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61E4" w:rsidRPr="00B0236C" w:rsidRDefault="001961E4" w:rsidP="001961E4">
      <w:pPr>
        <w:spacing w:before="71"/>
        <w:ind w:left="457" w:right="443"/>
        <w:jc w:val="center"/>
        <w:rPr>
          <w:sz w:val="28"/>
          <w:szCs w:val="28"/>
        </w:rPr>
      </w:pPr>
      <w:bookmarkStart w:id="0" w:name="_GoBack"/>
      <w:bookmarkEnd w:id="0"/>
      <w:r w:rsidRPr="00B0236C">
        <w:rPr>
          <w:sz w:val="28"/>
          <w:szCs w:val="28"/>
        </w:rPr>
        <w:t>«СЕМЕЙ</w:t>
      </w:r>
      <w:r w:rsidRPr="00B0236C">
        <w:rPr>
          <w:spacing w:val="-5"/>
          <w:sz w:val="28"/>
          <w:szCs w:val="28"/>
        </w:rPr>
        <w:t xml:space="preserve"> </w:t>
      </w:r>
      <w:r w:rsidRPr="00B0236C">
        <w:rPr>
          <w:sz w:val="28"/>
          <w:szCs w:val="28"/>
        </w:rPr>
        <w:t>МЕДИЦИНА</w:t>
      </w:r>
      <w:r w:rsidRPr="00B0236C">
        <w:rPr>
          <w:spacing w:val="-5"/>
          <w:sz w:val="28"/>
          <w:szCs w:val="28"/>
        </w:rPr>
        <w:t xml:space="preserve"> </w:t>
      </w:r>
      <w:r w:rsidRPr="00B0236C">
        <w:rPr>
          <w:sz w:val="28"/>
          <w:szCs w:val="28"/>
        </w:rPr>
        <w:t>УНИВЕРСИТЕТІ»</w:t>
      </w:r>
      <w:r w:rsidRPr="00B0236C">
        <w:rPr>
          <w:spacing w:val="-4"/>
          <w:sz w:val="28"/>
          <w:szCs w:val="28"/>
        </w:rPr>
        <w:t xml:space="preserve"> </w:t>
      </w:r>
      <w:r w:rsidRPr="00B0236C">
        <w:rPr>
          <w:sz w:val="28"/>
          <w:szCs w:val="28"/>
        </w:rPr>
        <w:t>КеАҚ</w:t>
      </w:r>
    </w:p>
    <w:p w:rsidR="001961E4" w:rsidRPr="00B0236C" w:rsidRDefault="001961E4" w:rsidP="001961E4">
      <w:pPr>
        <w:rPr>
          <w:sz w:val="28"/>
          <w:szCs w:val="28"/>
        </w:rPr>
      </w:pPr>
    </w:p>
    <w:p w:rsidR="001961E4" w:rsidRPr="00B0236C" w:rsidRDefault="001961E4" w:rsidP="001961E4">
      <w:pPr>
        <w:spacing w:before="11"/>
        <w:rPr>
          <w:sz w:val="28"/>
          <w:szCs w:val="28"/>
        </w:rPr>
      </w:pPr>
    </w:p>
    <w:p w:rsidR="001961E4" w:rsidRPr="00B0236C" w:rsidRDefault="001961E4" w:rsidP="001961E4">
      <w:pPr>
        <w:tabs>
          <w:tab w:val="left" w:pos="7074"/>
        </w:tabs>
        <w:ind w:left="382"/>
        <w:rPr>
          <w:sz w:val="28"/>
          <w:szCs w:val="28"/>
        </w:rPr>
      </w:pPr>
      <w:r w:rsidRPr="003838D1">
        <w:rPr>
          <w:sz w:val="28"/>
          <w:szCs w:val="28"/>
        </w:rPr>
        <w:t>ӘОЖ</w:t>
      </w:r>
      <w:r w:rsidRPr="003838D1">
        <w:rPr>
          <w:spacing w:val="-4"/>
          <w:sz w:val="28"/>
          <w:szCs w:val="28"/>
        </w:rPr>
        <w:t xml:space="preserve"> </w:t>
      </w:r>
      <w:r w:rsidRPr="003838D1">
        <w:rPr>
          <w:sz w:val="28"/>
          <w:szCs w:val="28"/>
        </w:rPr>
        <w:t>индексі:</w:t>
      </w:r>
      <w:r w:rsidRPr="003838D1">
        <w:rPr>
          <w:spacing w:val="61"/>
          <w:sz w:val="28"/>
          <w:szCs w:val="28"/>
        </w:rPr>
        <w:t xml:space="preserve"> </w:t>
      </w:r>
      <w:r w:rsidR="003838D1" w:rsidRPr="003838D1">
        <w:rPr>
          <w:sz w:val="28"/>
          <w:szCs w:val="28"/>
        </w:rPr>
        <w:t>615.33 : 336.762 : 303.094.5</w:t>
      </w:r>
      <w:r w:rsidRPr="00B0236C">
        <w:rPr>
          <w:sz w:val="28"/>
          <w:szCs w:val="28"/>
        </w:rPr>
        <w:tab/>
        <w:t>Қолжазба</w:t>
      </w:r>
      <w:r w:rsidRPr="00B0236C">
        <w:rPr>
          <w:spacing w:val="-2"/>
          <w:sz w:val="28"/>
          <w:szCs w:val="28"/>
        </w:rPr>
        <w:t xml:space="preserve"> </w:t>
      </w:r>
      <w:r w:rsidRPr="00B0236C">
        <w:rPr>
          <w:sz w:val="28"/>
          <w:szCs w:val="28"/>
        </w:rPr>
        <w:t>құқығында</w:t>
      </w:r>
    </w:p>
    <w:p w:rsidR="001961E4" w:rsidRPr="00B0236C" w:rsidRDefault="001961E4" w:rsidP="001961E4">
      <w:pPr>
        <w:rPr>
          <w:sz w:val="28"/>
          <w:szCs w:val="28"/>
        </w:rPr>
      </w:pPr>
    </w:p>
    <w:p w:rsidR="001961E4" w:rsidRPr="00B0236C" w:rsidRDefault="001961E4" w:rsidP="001961E4">
      <w:pPr>
        <w:rPr>
          <w:sz w:val="28"/>
          <w:szCs w:val="28"/>
        </w:rPr>
      </w:pPr>
    </w:p>
    <w:p w:rsidR="001961E4" w:rsidRPr="00B0236C" w:rsidRDefault="001961E4" w:rsidP="001961E4">
      <w:pPr>
        <w:rPr>
          <w:sz w:val="28"/>
          <w:szCs w:val="28"/>
        </w:rPr>
      </w:pPr>
    </w:p>
    <w:p w:rsidR="001961E4" w:rsidRPr="00B0236C" w:rsidRDefault="001961E4" w:rsidP="001961E4">
      <w:pPr>
        <w:rPr>
          <w:sz w:val="28"/>
          <w:szCs w:val="28"/>
        </w:rPr>
      </w:pPr>
    </w:p>
    <w:p w:rsidR="001961E4" w:rsidRPr="00B0236C" w:rsidRDefault="001961E4" w:rsidP="001961E4">
      <w:pPr>
        <w:rPr>
          <w:sz w:val="28"/>
          <w:szCs w:val="28"/>
        </w:rPr>
      </w:pPr>
    </w:p>
    <w:p w:rsidR="001961E4" w:rsidRPr="00B0236C" w:rsidRDefault="001961E4" w:rsidP="001961E4">
      <w:pPr>
        <w:spacing w:before="4"/>
        <w:rPr>
          <w:sz w:val="28"/>
          <w:szCs w:val="28"/>
        </w:rPr>
      </w:pPr>
    </w:p>
    <w:p w:rsidR="001961E4" w:rsidRPr="00B0236C" w:rsidRDefault="001961E4" w:rsidP="001961E4">
      <w:pPr>
        <w:ind w:left="458" w:right="441"/>
        <w:jc w:val="center"/>
        <w:outlineLvl w:val="0"/>
        <w:rPr>
          <w:b/>
          <w:bCs/>
          <w:sz w:val="28"/>
          <w:szCs w:val="28"/>
        </w:rPr>
      </w:pPr>
      <w:r w:rsidRPr="00B0236C">
        <w:rPr>
          <w:b/>
          <w:bCs/>
          <w:sz w:val="28"/>
          <w:szCs w:val="28"/>
        </w:rPr>
        <w:t>ИСКАКОВА НАЗЫМ СЕРИКАНОВНА</w:t>
      </w:r>
    </w:p>
    <w:p w:rsidR="001961E4" w:rsidRPr="00B0236C" w:rsidRDefault="001961E4" w:rsidP="001961E4">
      <w:pPr>
        <w:rPr>
          <w:b/>
          <w:sz w:val="28"/>
          <w:szCs w:val="28"/>
        </w:rPr>
      </w:pPr>
    </w:p>
    <w:p w:rsidR="001961E4" w:rsidRPr="00B0236C" w:rsidRDefault="001961E4" w:rsidP="001961E4">
      <w:pPr>
        <w:spacing w:before="2"/>
        <w:rPr>
          <w:b/>
          <w:sz w:val="28"/>
          <w:szCs w:val="28"/>
        </w:rPr>
      </w:pPr>
    </w:p>
    <w:p w:rsidR="001961E4" w:rsidRPr="00B0236C" w:rsidRDefault="001961E4" w:rsidP="001961E4">
      <w:pPr>
        <w:ind w:left="458" w:right="440"/>
        <w:jc w:val="center"/>
        <w:rPr>
          <w:b/>
          <w:sz w:val="28"/>
          <w:szCs w:val="28"/>
        </w:rPr>
      </w:pPr>
      <w:r w:rsidRPr="00B0236C">
        <w:rPr>
          <w:b/>
          <w:sz w:val="28"/>
          <w:szCs w:val="28"/>
        </w:rPr>
        <w:t>«Тұрғындардың антибактериалды препараттарды дұрыс қолдану мәселелері бойынша ақпараттануын бағалау (Шығыс Қазақстан облысы мысалында)»</w:t>
      </w:r>
    </w:p>
    <w:p w:rsidR="001961E4" w:rsidRPr="00B0236C" w:rsidRDefault="001961E4" w:rsidP="001961E4">
      <w:pPr>
        <w:rPr>
          <w:b/>
          <w:sz w:val="28"/>
          <w:szCs w:val="28"/>
        </w:rPr>
      </w:pPr>
    </w:p>
    <w:p w:rsidR="001961E4" w:rsidRPr="00B0236C" w:rsidRDefault="001961E4" w:rsidP="001961E4">
      <w:pPr>
        <w:spacing w:before="5"/>
        <w:rPr>
          <w:b/>
          <w:sz w:val="28"/>
          <w:szCs w:val="28"/>
        </w:rPr>
      </w:pPr>
    </w:p>
    <w:p w:rsidR="001961E4" w:rsidRPr="00B0236C" w:rsidRDefault="001961E4" w:rsidP="001961E4">
      <w:pPr>
        <w:ind w:left="458" w:right="440"/>
        <w:jc w:val="center"/>
        <w:rPr>
          <w:sz w:val="28"/>
          <w:szCs w:val="28"/>
        </w:rPr>
      </w:pPr>
      <w:r w:rsidRPr="00B0236C">
        <w:rPr>
          <w:sz w:val="28"/>
          <w:szCs w:val="28"/>
        </w:rPr>
        <w:t>8D10101</w:t>
      </w:r>
      <w:r w:rsidRPr="00B0236C">
        <w:rPr>
          <w:spacing w:val="-9"/>
          <w:sz w:val="28"/>
          <w:szCs w:val="28"/>
        </w:rPr>
        <w:t xml:space="preserve"> </w:t>
      </w:r>
      <w:r w:rsidRPr="00B0236C">
        <w:rPr>
          <w:sz w:val="28"/>
          <w:szCs w:val="28"/>
        </w:rPr>
        <w:t>−Қоғамдық</w:t>
      </w:r>
      <w:r w:rsidRPr="00B0236C">
        <w:rPr>
          <w:spacing w:val="-10"/>
          <w:sz w:val="28"/>
          <w:szCs w:val="28"/>
        </w:rPr>
        <w:t xml:space="preserve"> </w:t>
      </w:r>
      <w:r w:rsidRPr="00B0236C">
        <w:rPr>
          <w:sz w:val="28"/>
          <w:szCs w:val="28"/>
        </w:rPr>
        <w:t>денсаулық</w:t>
      </w:r>
      <w:r w:rsidRPr="00B0236C">
        <w:rPr>
          <w:spacing w:val="-10"/>
          <w:sz w:val="28"/>
          <w:szCs w:val="28"/>
        </w:rPr>
        <w:t xml:space="preserve"> </w:t>
      </w:r>
      <w:r w:rsidRPr="00B0236C">
        <w:rPr>
          <w:sz w:val="28"/>
          <w:szCs w:val="28"/>
        </w:rPr>
        <w:t>сақтау</w:t>
      </w:r>
    </w:p>
    <w:p w:rsidR="001961E4" w:rsidRPr="00B0236C" w:rsidRDefault="001961E4" w:rsidP="001961E4">
      <w:pPr>
        <w:rPr>
          <w:sz w:val="28"/>
          <w:szCs w:val="28"/>
        </w:rPr>
      </w:pPr>
    </w:p>
    <w:p w:rsidR="001961E4" w:rsidRPr="00B0236C" w:rsidRDefault="001961E4" w:rsidP="001961E4">
      <w:pPr>
        <w:rPr>
          <w:sz w:val="28"/>
          <w:szCs w:val="28"/>
        </w:rPr>
      </w:pPr>
    </w:p>
    <w:p w:rsidR="001961E4" w:rsidRPr="00B0236C" w:rsidRDefault="001961E4" w:rsidP="001961E4">
      <w:pPr>
        <w:spacing w:before="1"/>
        <w:rPr>
          <w:sz w:val="28"/>
          <w:szCs w:val="28"/>
        </w:rPr>
      </w:pPr>
    </w:p>
    <w:p w:rsidR="001961E4" w:rsidRPr="00B0236C" w:rsidRDefault="001961E4" w:rsidP="008D4DFE">
      <w:pPr>
        <w:ind w:left="2552" w:right="2122"/>
        <w:jc w:val="center"/>
        <w:rPr>
          <w:sz w:val="28"/>
          <w:szCs w:val="28"/>
        </w:rPr>
      </w:pPr>
      <w:r w:rsidRPr="00B0236C">
        <w:rPr>
          <w:sz w:val="28"/>
          <w:szCs w:val="28"/>
        </w:rPr>
        <w:t>Философия докторы (PhD)</w:t>
      </w:r>
      <w:r w:rsidRPr="00B0236C">
        <w:rPr>
          <w:spacing w:val="1"/>
          <w:sz w:val="28"/>
          <w:szCs w:val="28"/>
        </w:rPr>
        <w:t xml:space="preserve"> </w:t>
      </w:r>
      <w:r w:rsidRPr="00B0236C">
        <w:rPr>
          <w:sz w:val="28"/>
          <w:szCs w:val="28"/>
        </w:rPr>
        <w:t>дәрежесін</w:t>
      </w:r>
      <w:r w:rsidRPr="00B0236C">
        <w:rPr>
          <w:spacing w:val="-2"/>
          <w:sz w:val="28"/>
          <w:szCs w:val="28"/>
        </w:rPr>
        <w:t xml:space="preserve"> </w:t>
      </w:r>
      <w:r w:rsidRPr="00B0236C">
        <w:rPr>
          <w:sz w:val="28"/>
          <w:szCs w:val="28"/>
        </w:rPr>
        <w:t>алу</w:t>
      </w:r>
      <w:r w:rsidRPr="00B0236C">
        <w:rPr>
          <w:spacing w:val="-5"/>
          <w:sz w:val="28"/>
          <w:szCs w:val="28"/>
        </w:rPr>
        <w:t xml:space="preserve"> </w:t>
      </w:r>
      <w:r w:rsidRPr="00B0236C">
        <w:rPr>
          <w:sz w:val="28"/>
          <w:szCs w:val="28"/>
        </w:rPr>
        <w:t>үшін</w:t>
      </w:r>
      <w:r w:rsidRPr="00B0236C">
        <w:rPr>
          <w:spacing w:val="-4"/>
          <w:sz w:val="28"/>
          <w:szCs w:val="28"/>
        </w:rPr>
        <w:t xml:space="preserve"> </w:t>
      </w:r>
      <w:r w:rsidRPr="00B0236C">
        <w:rPr>
          <w:sz w:val="28"/>
          <w:szCs w:val="28"/>
        </w:rPr>
        <w:t>дайындалған</w:t>
      </w:r>
      <w:r w:rsidRPr="00B0236C">
        <w:rPr>
          <w:spacing w:val="-3"/>
          <w:sz w:val="28"/>
          <w:szCs w:val="28"/>
        </w:rPr>
        <w:t xml:space="preserve"> </w:t>
      </w:r>
      <w:r w:rsidRPr="00B0236C">
        <w:rPr>
          <w:sz w:val="28"/>
          <w:szCs w:val="28"/>
        </w:rPr>
        <w:t>диссертация</w:t>
      </w:r>
    </w:p>
    <w:p w:rsidR="001961E4" w:rsidRPr="00B0236C" w:rsidRDefault="001961E4" w:rsidP="001961E4">
      <w:pPr>
        <w:rPr>
          <w:sz w:val="28"/>
          <w:szCs w:val="28"/>
        </w:rPr>
      </w:pPr>
    </w:p>
    <w:p w:rsidR="001961E4" w:rsidRPr="00B0236C" w:rsidRDefault="001961E4" w:rsidP="001961E4">
      <w:pPr>
        <w:rPr>
          <w:sz w:val="28"/>
          <w:szCs w:val="28"/>
        </w:rPr>
      </w:pPr>
    </w:p>
    <w:p w:rsidR="001961E4" w:rsidRPr="00C16CE0" w:rsidRDefault="001961E4" w:rsidP="001961E4">
      <w:pPr>
        <w:rPr>
          <w:sz w:val="28"/>
          <w:szCs w:val="28"/>
        </w:rPr>
      </w:pPr>
    </w:p>
    <w:p w:rsidR="001961E4" w:rsidRPr="00B0236C" w:rsidRDefault="001961E4" w:rsidP="009F079C">
      <w:pPr>
        <w:ind w:right="570"/>
        <w:jc w:val="right"/>
        <w:rPr>
          <w:spacing w:val="-67"/>
          <w:sz w:val="28"/>
          <w:szCs w:val="28"/>
        </w:rPr>
      </w:pPr>
      <w:r w:rsidRPr="00B0236C">
        <w:rPr>
          <w:sz w:val="28"/>
          <w:szCs w:val="28"/>
        </w:rPr>
        <w:t>Ғылыми кеңесші</w:t>
      </w:r>
      <w:r w:rsidR="003838D1">
        <w:rPr>
          <w:sz w:val="28"/>
          <w:szCs w:val="28"/>
        </w:rPr>
        <w:t>лер</w:t>
      </w:r>
      <w:r w:rsidRPr="00B0236C">
        <w:rPr>
          <w:sz w:val="28"/>
          <w:szCs w:val="28"/>
        </w:rPr>
        <w:t>: м.ғ.к., қауымдастырылған профессор</w:t>
      </w:r>
    </w:p>
    <w:p w:rsidR="001961E4" w:rsidRPr="00B0236C" w:rsidRDefault="001961E4" w:rsidP="009F079C">
      <w:pPr>
        <w:ind w:right="570"/>
        <w:jc w:val="right"/>
        <w:rPr>
          <w:sz w:val="28"/>
          <w:szCs w:val="28"/>
        </w:rPr>
      </w:pPr>
      <w:r w:rsidRPr="00B0236C">
        <w:rPr>
          <w:sz w:val="28"/>
          <w:szCs w:val="28"/>
        </w:rPr>
        <w:t>Хисметова Зайтуна Абдулкасимовна</w:t>
      </w:r>
    </w:p>
    <w:p w:rsidR="005E6062" w:rsidRDefault="001961E4" w:rsidP="009F079C">
      <w:pPr>
        <w:ind w:right="570"/>
        <w:jc w:val="right"/>
        <w:rPr>
          <w:sz w:val="28"/>
          <w:szCs w:val="28"/>
          <w:lang w:val="ru-RU"/>
        </w:rPr>
      </w:pPr>
      <w:r w:rsidRPr="00B0236C">
        <w:rPr>
          <w:sz w:val="28"/>
          <w:szCs w:val="28"/>
          <w:lang w:val="en-US"/>
        </w:rPr>
        <w:t>PhD</w:t>
      </w:r>
      <w:r w:rsidR="005E6062">
        <w:rPr>
          <w:sz w:val="28"/>
          <w:szCs w:val="28"/>
          <w:lang w:val="ru-RU"/>
        </w:rPr>
        <w:t xml:space="preserve">, </w:t>
      </w:r>
      <w:r w:rsidR="005E6062" w:rsidRPr="005E6062">
        <w:rPr>
          <w:sz w:val="28"/>
          <w:szCs w:val="28"/>
          <w:lang w:val="ru-RU"/>
        </w:rPr>
        <w:t xml:space="preserve">қауымдастырылған профессор </w:t>
      </w:r>
    </w:p>
    <w:p w:rsidR="001961E4" w:rsidRPr="00B0236C" w:rsidRDefault="001961E4" w:rsidP="009F079C">
      <w:pPr>
        <w:ind w:right="570"/>
        <w:jc w:val="right"/>
        <w:rPr>
          <w:sz w:val="28"/>
          <w:szCs w:val="28"/>
        </w:rPr>
      </w:pPr>
      <w:r w:rsidRPr="00B0236C">
        <w:rPr>
          <w:sz w:val="28"/>
          <w:szCs w:val="28"/>
        </w:rPr>
        <w:t>Глушкова Наталья Егоровна</w:t>
      </w:r>
    </w:p>
    <w:p w:rsidR="001961E4" w:rsidRPr="00B0236C" w:rsidRDefault="001961E4" w:rsidP="003838D1">
      <w:pPr>
        <w:spacing w:before="6"/>
        <w:ind w:right="570"/>
        <w:jc w:val="right"/>
        <w:rPr>
          <w:sz w:val="28"/>
          <w:szCs w:val="28"/>
        </w:rPr>
      </w:pPr>
    </w:p>
    <w:p w:rsidR="001961E4" w:rsidRPr="00B0236C" w:rsidRDefault="001961E4" w:rsidP="003838D1">
      <w:pPr>
        <w:ind w:left="4919" w:right="570"/>
        <w:jc w:val="right"/>
        <w:rPr>
          <w:sz w:val="28"/>
          <w:szCs w:val="28"/>
        </w:rPr>
      </w:pPr>
      <w:r w:rsidRPr="00B0236C">
        <w:rPr>
          <w:sz w:val="28"/>
          <w:szCs w:val="28"/>
        </w:rPr>
        <w:t xml:space="preserve">Шетелдік ғылыми кеңесші: </w:t>
      </w:r>
      <w:r w:rsidR="000F14E8" w:rsidRPr="000F14E8">
        <w:rPr>
          <w:sz w:val="28"/>
          <w:szCs w:val="28"/>
        </w:rPr>
        <w:t xml:space="preserve">PhD, MD, доцент  </w:t>
      </w:r>
      <w:r w:rsidRPr="00B0236C">
        <w:rPr>
          <w:sz w:val="28"/>
          <w:szCs w:val="28"/>
        </w:rPr>
        <w:t>Джусупов Кенеш Осконбаевич</w:t>
      </w:r>
    </w:p>
    <w:p w:rsidR="001961E4" w:rsidRPr="00B0236C" w:rsidRDefault="001961E4" w:rsidP="003838D1">
      <w:pPr>
        <w:jc w:val="right"/>
        <w:rPr>
          <w:sz w:val="28"/>
          <w:szCs w:val="28"/>
        </w:rPr>
      </w:pPr>
    </w:p>
    <w:p w:rsidR="001961E4" w:rsidRDefault="001961E4" w:rsidP="001961E4">
      <w:pPr>
        <w:rPr>
          <w:sz w:val="28"/>
          <w:szCs w:val="28"/>
        </w:rPr>
      </w:pPr>
    </w:p>
    <w:p w:rsidR="009F079C" w:rsidRDefault="009F079C" w:rsidP="001961E4">
      <w:pPr>
        <w:rPr>
          <w:sz w:val="28"/>
          <w:szCs w:val="28"/>
        </w:rPr>
      </w:pPr>
    </w:p>
    <w:p w:rsidR="009F079C" w:rsidRDefault="009F079C" w:rsidP="001961E4">
      <w:pPr>
        <w:rPr>
          <w:sz w:val="28"/>
          <w:szCs w:val="28"/>
        </w:rPr>
      </w:pPr>
    </w:p>
    <w:p w:rsidR="009F079C" w:rsidRPr="00B0236C" w:rsidRDefault="009F079C" w:rsidP="001961E4">
      <w:pPr>
        <w:rPr>
          <w:sz w:val="28"/>
          <w:szCs w:val="28"/>
        </w:rPr>
      </w:pPr>
    </w:p>
    <w:p w:rsidR="001961E4" w:rsidRPr="00B0236C" w:rsidRDefault="001961E4" w:rsidP="001961E4">
      <w:pPr>
        <w:spacing w:before="230"/>
        <w:ind w:left="3713" w:right="3697"/>
        <w:jc w:val="center"/>
        <w:rPr>
          <w:sz w:val="28"/>
          <w:szCs w:val="28"/>
          <w:lang w:val="ru-RU"/>
        </w:rPr>
      </w:pPr>
      <w:r w:rsidRPr="00B0236C">
        <w:rPr>
          <w:sz w:val="28"/>
          <w:szCs w:val="28"/>
        </w:rPr>
        <w:t>Қазақстан Республикасы</w:t>
      </w:r>
      <w:r w:rsidRPr="00B0236C">
        <w:rPr>
          <w:spacing w:val="-67"/>
          <w:sz w:val="28"/>
          <w:szCs w:val="28"/>
        </w:rPr>
        <w:t xml:space="preserve"> </w:t>
      </w:r>
      <w:r w:rsidRPr="00B0236C">
        <w:rPr>
          <w:sz w:val="28"/>
          <w:szCs w:val="28"/>
        </w:rPr>
        <w:t>Cемей,</w:t>
      </w:r>
      <w:r w:rsidRPr="00B0236C">
        <w:rPr>
          <w:spacing w:val="-4"/>
          <w:sz w:val="28"/>
          <w:szCs w:val="28"/>
        </w:rPr>
        <w:t xml:space="preserve"> </w:t>
      </w:r>
      <w:r w:rsidR="000E19FA" w:rsidRPr="00B0236C">
        <w:rPr>
          <w:sz w:val="28"/>
          <w:szCs w:val="28"/>
        </w:rPr>
        <w:t>202</w:t>
      </w:r>
      <w:r w:rsidR="000E19FA" w:rsidRPr="00B0236C">
        <w:rPr>
          <w:sz w:val="28"/>
          <w:szCs w:val="28"/>
          <w:lang w:val="ru-RU"/>
        </w:rPr>
        <w:t>3</w:t>
      </w:r>
    </w:p>
    <w:p w:rsidR="001961E4" w:rsidRPr="00B0236C" w:rsidRDefault="001961E4" w:rsidP="001961E4">
      <w:pPr>
        <w:jc w:val="center"/>
        <w:rPr>
          <w:sz w:val="28"/>
          <w:szCs w:val="28"/>
        </w:rPr>
        <w:sectPr w:rsidR="001961E4" w:rsidRPr="00B0236C" w:rsidSect="00B0236C">
          <w:type w:val="continuous"/>
          <w:pgSz w:w="11910" w:h="16840"/>
          <w:pgMar w:top="1134" w:right="567" w:bottom="1134" w:left="1701" w:header="720" w:footer="720" w:gutter="0"/>
          <w:cols w:space="720"/>
        </w:sectPr>
      </w:pPr>
    </w:p>
    <w:tbl>
      <w:tblPr>
        <w:tblStyle w:val="TableNormal"/>
        <w:tblW w:w="9538" w:type="dxa"/>
        <w:tblLayout w:type="fixed"/>
        <w:tblLook w:val="01E0" w:firstRow="1" w:lastRow="1" w:firstColumn="1" w:lastColumn="1" w:noHBand="0" w:noVBand="0"/>
      </w:tblPr>
      <w:tblGrid>
        <w:gridCol w:w="790"/>
        <w:gridCol w:w="8058"/>
        <w:gridCol w:w="690"/>
      </w:tblGrid>
      <w:tr w:rsidR="00161ED5" w:rsidRPr="00DA741C" w:rsidTr="006003C0">
        <w:trPr>
          <w:trHeight w:val="443"/>
        </w:trPr>
        <w:tc>
          <w:tcPr>
            <w:tcW w:w="790" w:type="dxa"/>
          </w:tcPr>
          <w:p w:rsidR="00161ED5" w:rsidRPr="00DA741C" w:rsidRDefault="00161ED5" w:rsidP="006E377E">
            <w:pPr>
              <w:pStyle w:val="TableParagraph"/>
              <w:spacing w:line="240" w:lineRule="auto"/>
              <w:ind w:left="459" w:right="442"/>
              <w:rPr>
                <w:sz w:val="28"/>
                <w:szCs w:val="28"/>
              </w:rPr>
            </w:pPr>
          </w:p>
        </w:tc>
        <w:tc>
          <w:tcPr>
            <w:tcW w:w="8058" w:type="dxa"/>
          </w:tcPr>
          <w:p w:rsidR="00161ED5" w:rsidRPr="00DA741C" w:rsidRDefault="006D3B17" w:rsidP="006E377E">
            <w:pPr>
              <w:pStyle w:val="TableParagraph"/>
              <w:spacing w:line="240" w:lineRule="auto"/>
              <w:ind w:left="2901" w:right="3415"/>
              <w:rPr>
                <w:b/>
                <w:sz w:val="28"/>
                <w:szCs w:val="28"/>
              </w:rPr>
            </w:pPr>
            <w:r w:rsidRPr="00DA741C">
              <w:rPr>
                <w:b/>
                <w:sz w:val="28"/>
                <w:szCs w:val="28"/>
              </w:rPr>
              <w:t>МАЗМҰНЫ</w:t>
            </w:r>
          </w:p>
        </w:tc>
        <w:tc>
          <w:tcPr>
            <w:tcW w:w="690" w:type="dxa"/>
          </w:tcPr>
          <w:p w:rsidR="00161ED5" w:rsidRPr="00DA741C" w:rsidRDefault="006D3B17" w:rsidP="006E377E">
            <w:pPr>
              <w:pStyle w:val="TableParagraph"/>
              <w:spacing w:line="240" w:lineRule="auto"/>
              <w:ind w:left="108"/>
              <w:rPr>
                <w:sz w:val="28"/>
                <w:szCs w:val="28"/>
              </w:rPr>
            </w:pPr>
            <w:r w:rsidRPr="00DA741C">
              <w:rPr>
                <w:sz w:val="28"/>
                <w:szCs w:val="28"/>
              </w:rPr>
              <w:t>Бет</w:t>
            </w:r>
          </w:p>
        </w:tc>
      </w:tr>
      <w:tr w:rsidR="00161ED5" w:rsidRPr="00DA741C" w:rsidTr="006003C0">
        <w:trPr>
          <w:cantSplit/>
          <w:trHeight w:val="443"/>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FC1295">
            <w:pPr>
              <w:pStyle w:val="a7"/>
            </w:pPr>
            <w:r w:rsidRPr="00FC1295">
              <w:rPr>
                <w:b/>
                <w:spacing w:val="-1"/>
                <w:sz w:val="28"/>
              </w:rPr>
              <w:t>НОРМАТИВТІК</w:t>
            </w:r>
            <w:r w:rsidR="00FC1295" w:rsidRPr="00FC1295">
              <w:rPr>
                <w:b/>
                <w:spacing w:val="-1"/>
                <w:sz w:val="28"/>
              </w:rPr>
              <w:t xml:space="preserve">  </w:t>
            </w:r>
            <w:r w:rsidRPr="00FC1295">
              <w:rPr>
                <w:b/>
                <w:sz w:val="28"/>
              </w:rPr>
              <w:t>СІЛТЕМЕЛЕР</w:t>
            </w:r>
            <w:r w:rsidRPr="00DA741C">
              <w:t>…………………………………........</w:t>
            </w:r>
            <w:r w:rsidR="00FC1295">
              <w:t>.......</w:t>
            </w:r>
          </w:p>
        </w:tc>
        <w:tc>
          <w:tcPr>
            <w:tcW w:w="690" w:type="dxa"/>
          </w:tcPr>
          <w:p w:rsidR="00161ED5" w:rsidRPr="005A2C85" w:rsidRDefault="006003C0" w:rsidP="006E377E">
            <w:pPr>
              <w:pStyle w:val="TableParagraph"/>
              <w:spacing w:line="240" w:lineRule="auto"/>
              <w:ind w:left="178"/>
              <w:rPr>
                <w:sz w:val="28"/>
                <w:szCs w:val="28"/>
                <w:lang w:val="ru-RU"/>
              </w:rPr>
            </w:pPr>
            <w:r>
              <w:rPr>
                <w:sz w:val="28"/>
                <w:szCs w:val="28"/>
                <w:lang w:val="ru-RU"/>
              </w:rPr>
              <w:t>3</w:t>
            </w:r>
          </w:p>
        </w:tc>
      </w:tr>
      <w:tr w:rsidR="00161ED5" w:rsidRPr="00DA741C" w:rsidTr="006003C0">
        <w:trPr>
          <w:trHeight w:val="327"/>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6E377E">
            <w:pPr>
              <w:pStyle w:val="TableParagraph"/>
              <w:spacing w:line="240" w:lineRule="auto"/>
              <w:ind w:left="75"/>
              <w:rPr>
                <w:b/>
                <w:sz w:val="28"/>
                <w:szCs w:val="28"/>
              </w:rPr>
            </w:pPr>
            <w:r w:rsidRPr="00DA741C">
              <w:rPr>
                <w:b/>
                <w:sz w:val="28"/>
                <w:szCs w:val="28"/>
              </w:rPr>
              <w:t>АНЫҚТАМАЛАР</w:t>
            </w:r>
          </w:p>
        </w:tc>
        <w:tc>
          <w:tcPr>
            <w:tcW w:w="690" w:type="dxa"/>
          </w:tcPr>
          <w:p w:rsidR="00161ED5" w:rsidRPr="005A2C85" w:rsidRDefault="006003C0" w:rsidP="006E377E">
            <w:pPr>
              <w:pStyle w:val="TableParagraph"/>
              <w:spacing w:line="240" w:lineRule="auto"/>
              <w:ind w:left="178"/>
              <w:rPr>
                <w:sz w:val="28"/>
                <w:szCs w:val="28"/>
                <w:lang w:val="ru-RU"/>
              </w:rPr>
            </w:pPr>
            <w:r>
              <w:rPr>
                <w:sz w:val="28"/>
                <w:szCs w:val="28"/>
                <w:lang w:val="ru-RU"/>
              </w:rPr>
              <w:t>4</w:t>
            </w:r>
          </w:p>
        </w:tc>
      </w:tr>
      <w:tr w:rsidR="00161ED5" w:rsidRPr="00DA741C" w:rsidTr="006003C0">
        <w:trPr>
          <w:trHeight w:val="322"/>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6E377E">
            <w:pPr>
              <w:pStyle w:val="TableParagraph"/>
              <w:spacing w:line="240" w:lineRule="auto"/>
              <w:ind w:left="75"/>
              <w:rPr>
                <w:sz w:val="28"/>
                <w:szCs w:val="28"/>
              </w:rPr>
            </w:pPr>
            <w:r w:rsidRPr="00DA741C">
              <w:rPr>
                <w:b/>
                <w:sz w:val="28"/>
                <w:szCs w:val="28"/>
              </w:rPr>
              <w:t>ҚЫСҚАРТУЛАР</w:t>
            </w:r>
            <w:r w:rsidR="006E377E">
              <w:rPr>
                <w:sz w:val="28"/>
                <w:szCs w:val="28"/>
              </w:rPr>
              <w:t>…………………………………………………......</w:t>
            </w:r>
          </w:p>
        </w:tc>
        <w:tc>
          <w:tcPr>
            <w:tcW w:w="690" w:type="dxa"/>
          </w:tcPr>
          <w:p w:rsidR="00161ED5" w:rsidRPr="005A2C85" w:rsidRDefault="006003C0" w:rsidP="006E377E">
            <w:pPr>
              <w:pStyle w:val="TableParagraph"/>
              <w:spacing w:line="240" w:lineRule="auto"/>
              <w:ind w:left="178"/>
              <w:rPr>
                <w:sz w:val="28"/>
                <w:szCs w:val="28"/>
                <w:lang w:val="ru-RU"/>
              </w:rPr>
            </w:pPr>
            <w:r>
              <w:rPr>
                <w:sz w:val="28"/>
                <w:szCs w:val="28"/>
                <w:lang w:val="ru-RU"/>
              </w:rPr>
              <w:t>6</w:t>
            </w:r>
          </w:p>
        </w:tc>
      </w:tr>
      <w:tr w:rsidR="00161ED5" w:rsidRPr="00DA741C" w:rsidTr="006003C0">
        <w:trPr>
          <w:trHeight w:val="326"/>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6E377E">
            <w:pPr>
              <w:pStyle w:val="TableParagraph"/>
              <w:spacing w:line="240" w:lineRule="auto"/>
              <w:ind w:left="75"/>
              <w:rPr>
                <w:sz w:val="28"/>
                <w:szCs w:val="28"/>
              </w:rPr>
            </w:pPr>
            <w:r w:rsidRPr="00DA741C">
              <w:rPr>
                <w:b/>
                <w:sz w:val="28"/>
                <w:szCs w:val="28"/>
              </w:rPr>
              <w:t>КІРІСПЕ</w:t>
            </w:r>
            <w:r w:rsidRPr="00DA741C">
              <w:rPr>
                <w:sz w:val="28"/>
                <w:szCs w:val="28"/>
              </w:rPr>
              <w:t>……</w:t>
            </w:r>
            <w:r w:rsidR="006E377E">
              <w:rPr>
                <w:sz w:val="28"/>
                <w:szCs w:val="28"/>
              </w:rPr>
              <w:t>………………………………………………………....</w:t>
            </w:r>
          </w:p>
        </w:tc>
        <w:tc>
          <w:tcPr>
            <w:tcW w:w="690" w:type="dxa"/>
          </w:tcPr>
          <w:p w:rsidR="00161ED5" w:rsidRPr="005A2C85" w:rsidRDefault="006003C0" w:rsidP="006E377E">
            <w:pPr>
              <w:pStyle w:val="TableParagraph"/>
              <w:spacing w:line="240" w:lineRule="auto"/>
              <w:ind w:left="178"/>
              <w:rPr>
                <w:sz w:val="28"/>
                <w:szCs w:val="28"/>
                <w:lang w:val="ru-RU"/>
              </w:rPr>
            </w:pPr>
            <w:r>
              <w:rPr>
                <w:sz w:val="28"/>
                <w:szCs w:val="28"/>
                <w:lang w:val="ru-RU"/>
              </w:rPr>
              <w:t>7</w:t>
            </w:r>
          </w:p>
        </w:tc>
      </w:tr>
      <w:tr w:rsidR="006E377E" w:rsidRPr="00DA741C" w:rsidTr="006003C0">
        <w:trPr>
          <w:trHeight w:val="324"/>
        </w:trPr>
        <w:tc>
          <w:tcPr>
            <w:tcW w:w="790" w:type="dxa"/>
            <w:vMerge w:val="restart"/>
          </w:tcPr>
          <w:p w:rsidR="006E377E" w:rsidRPr="00DA741C" w:rsidRDefault="006E377E" w:rsidP="006E377E">
            <w:pPr>
              <w:pStyle w:val="TableParagraph"/>
              <w:spacing w:line="240" w:lineRule="auto"/>
              <w:ind w:left="200"/>
              <w:rPr>
                <w:b/>
                <w:sz w:val="28"/>
                <w:szCs w:val="28"/>
              </w:rPr>
            </w:pPr>
            <w:r w:rsidRPr="00DA741C">
              <w:rPr>
                <w:b/>
                <w:sz w:val="28"/>
                <w:szCs w:val="28"/>
              </w:rPr>
              <w:t>1</w:t>
            </w:r>
          </w:p>
        </w:tc>
        <w:tc>
          <w:tcPr>
            <w:tcW w:w="8058" w:type="dxa"/>
            <w:vMerge w:val="restart"/>
          </w:tcPr>
          <w:p w:rsidR="006E377E" w:rsidRPr="00DA741C" w:rsidRDefault="006E377E" w:rsidP="006E377E">
            <w:pPr>
              <w:pStyle w:val="TableParagraph"/>
              <w:spacing w:line="240" w:lineRule="auto"/>
              <w:ind w:left="75"/>
              <w:rPr>
                <w:sz w:val="28"/>
                <w:szCs w:val="28"/>
              </w:rPr>
            </w:pPr>
            <w:r w:rsidRPr="00DA741C">
              <w:rPr>
                <w:b/>
                <w:sz w:val="28"/>
                <w:szCs w:val="28"/>
              </w:rPr>
              <w:t>АНТИБИОТИККЕ ТӨЗІМДІЛІК – ЖАҺАНДЫҚ МӘСЕЛЕ (ӘДЕБИЕТТІК ШОЛУ)</w:t>
            </w:r>
            <w:r w:rsidRPr="00DA741C">
              <w:rPr>
                <w:sz w:val="28"/>
                <w:szCs w:val="28"/>
              </w:rPr>
              <w:t>......................................................................</w:t>
            </w:r>
          </w:p>
        </w:tc>
        <w:tc>
          <w:tcPr>
            <w:tcW w:w="690" w:type="dxa"/>
          </w:tcPr>
          <w:p w:rsidR="006E377E" w:rsidRPr="00DA741C" w:rsidRDefault="006E377E" w:rsidP="006E377E">
            <w:pPr>
              <w:pStyle w:val="TableParagraph"/>
              <w:spacing w:line="240" w:lineRule="auto"/>
              <w:rPr>
                <w:sz w:val="28"/>
                <w:szCs w:val="28"/>
              </w:rPr>
            </w:pPr>
          </w:p>
        </w:tc>
      </w:tr>
      <w:tr w:rsidR="006E377E" w:rsidRPr="00DA741C" w:rsidTr="006003C0">
        <w:trPr>
          <w:trHeight w:val="323"/>
        </w:trPr>
        <w:tc>
          <w:tcPr>
            <w:tcW w:w="790" w:type="dxa"/>
            <w:vMerge/>
          </w:tcPr>
          <w:p w:rsidR="006E377E" w:rsidRPr="00DA741C" w:rsidRDefault="006E377E" w:rsidP="006E377E">
            <w:pPr>
              <w:pStyle w:val="TableParagraph"/>
              <w:spacing w:line="240" w:lineRule="auto"/>
              <w:rPr>
                <w:sz w:val="28"/>
                <w:szCs w:val="28"/>
              </w:rPr>
            </w:pPr>
          </w:p>
        </w:tc>
        <w:tc>
          <w:tcPr>
            <w:tcW w:w="8058" w:type="dxa"/>
            <w:vMerge/>
          </w:tcPr>
          <w:p w:rsidR="006E377E" w:rsidRPr="00DA741C" w:rsidRDefault="006E377E" w:rsidP="006E377E">
            <w:pPr>
              <w:rPr>
                <w:sz w:val="28"/>
                <w:szCs w:val="28"/>
              </w:rPr>
            </w:pPr>
          </w:p>
        </w:tc>
        <w:tc>
          <w:tcPr>
            <w:tcW w:w="690" w:type="dxa"/>
          </w:tcPr>
          <w:p w:rsidR="006E377E" w:rsidRPr="005A2C85" w:rsidRDefault="005A2C85" w:rsidP="006E377E">
            <w:pPr>
              <w:pStyle w:val="TableParagraph"/>
              <w:spacing w:line="240" w:lineRule="auto"/>
              <w:ind w:left="108"/>
              <w:rPr>
                <w:sz w:val="28"/>
                <w:szCs w:val="28"/>
                <w:lang w:val="ru-RU"/>
              </w:rPr>
            </w:pPr>
            <w:r>
              <w:rPr>
                <w:sz w:val="28"/>
                <w:szCs w:val="28"/>
              </w:rPr>
              <w:t>1</w:t>
            </w:r>
            <w:r w:rsidR="006003C0">
              <w:rPr>
                <w:sz w:val="28"/>
                <w:szCs w:val="28"/>
                <w:lang w:val="ru-RU"/>
              </w:rPr>
              <w:t>2</w:t>
            </w:r>
          </w:p>
        </w:tc>
      </w:tr>
      <w:tr w:rsidR="00161ED5" w:rsidRPr="00DA741C" w:rsidTr="006003C0">
        <w:trPr>
          <w:trHeight w:val="649"/>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1.1</w:t>
            </w:r>
          </w:p>
        </w:tc>
        <w:tc>
          <w:tcPr>
            <w:tcW w:w="8058" w:type="dxa"/>
          </w:tcPr>
          <w:p w:rsidR="00161ED5" w:rsidRPr="00DA741C" w:rsidRDefault="00BE7D07" w:rsidP="00FC1295">
            <w:pPr>
              <w:pStyle w:val="TableParagraph"/>
              <w:spacing w:line="240" w:lineRule="auto"/>
              <w:ind w:left="75"/>
              <w:rPr>
                <w:sz w:val="28"/>
                <w:szCs w:val="28"/>
              </w:rPr>
            </w:pPr>
            <w:r w:rsidRPr="00DA741C">
              <w:rPr>
                <w:sz w:val="28"/>
                <w:szCs w:val="28"/>
              </w:rPr>
              <w:t>Антибиотикке төзімділік: анықтамасы, тарихы, м</w:t>
            </w:r>
            <w:r w:rsidR="00FC1295">
              <w:rPr>
                <w:sz w:val="28"/>
                <w:szCs w:val="28"/>
              </w:rPr>
              <w:t xml:space="preserve">әселенің өзектілігі, пайда </w:t>
            </w:r>
            <w:r w:rsidR="00FC1295" w:rsidRPr="00FC1295">
              <w:rPr>
                <w:sz w:val="28"/>
                <w:szCs w:val="28"/>
              </w:rPr>
              <w:t>болу себептері</w:t>
            </w:r>
            <w:r w:rsidR="00C93A1B">
              <w:rPr>
                <w:sz w:val="28"/>
                <w:szCs w:val="28"/>
              </w:rPr>
              <w:t xml:space="preserve">  .........................................................</w:t>
            </w:r>
          </w:p>
        </w:tc>
        <w:tc>
          <w:tcPr>
            <w:tcW w:w="690" w:type="dxa"/>
          </w:tcPr>
          <w:p w:rsidR="00161ED5" w:rsidRPr="00C93A1B" w:rsidRDefault="005A2C85" w:rsidP="006E377E">
            <w:pPr>
              <w:pStyle w:val="TableParagraph"/>
              <w:spacing w:line="240" w:lineRule="auto"/>
              <w:ind w:left="108"/>
              <w:rPr>
                <w:sz w:val="28"/>
                <w:szCs w:val="28"/>
              </w:rPr>
            </w:pPr>
            <w:r>
              <w:rPr>
                <w:sz w:val="28"/>
                <w:szCs w:val="28"/>
              </w:rPr>
              <w:t>1</w:t>
            </w:r>
            <w:r w:rsidR="006003C0">
              <w:rPr>
                <w:sz w:val="28"/>
                <w:szCs w:val="28"/>
              </w:rPr>
              <w:t>2</w:t>
            </w:r>
          </w:p>
        </w:tc>
      </w:tr>
      <w:tr w:rsidR="00161ED5" w:rsidRPr="00DA741C" w:rsidTr="006003C0">
        <w:trPr>
          <w:trHeight w:val="324"/>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1.2</w:t>
            </w:r>
          </w:p>
        </w:tc>
        <w:tc>
          <w:tcPr>
            <w:tcW w:w="8058" w:type="dxa"/>
          </w:tcPr>
          <w:p w:rsidR="00161ED5" w:rsidRPr="00DA741C" w:rsidRDefault="00BE7D07" w:rsidP="006E377E">
            <w:pPr>
              <w:pStyle w:val="TableParagraph"/>
              <w:spacing w:line="240" w:lineRule="auto"/>
              <w:ind w:left="75"/>
              <w:rPr>
                <w:sz w:val="28"/>
                <w:szCs w:val="28"/>
              </w:rPr>
            </w:pPr>
            <w:r w:rsidRPr="00DA741C">
              <w:rPr>
                <w:sz w:val="28"/>
                <w:szCs w:val="28"/>
              </w:rPr>
              <w:t>Антибиотиктерді қолдану мәселелері бойынша әртүрлі елдердің тұрғындарының ақпараттануы</w:t>
            </w:r>
            <w:r w:rsidR="006D3B17" w:rsidRPr="00DA741C">
              <w:rPr>
                <w:sz w:val="28"/>
                <w:szCs w:val="28"/>
              </w:rPr>
              <w:t>...................................</w:t>
            </w:r>
            <w:r w:rsidR="00FC1295">
              <w:rPr>
                <w:sz w:val="28"/>
                <w:szCs w:val="28"/>
              </w:rPr>
              <w:t>.........................</w:t>
            </w:r>
          </w:p>
        </w:tc>
        <w:tc>
          <w:tcPr>
            <w:tcW w:w="690" w:type="dxa"/>
          </w:tcPr>
          <w:p w:rsidR="00161ED5" w:rsidRPr="005A2C85" w:rsidRDefault="005A2C85" w:rsidP="006E377E">
            <w:pPr>
              <w:pStyle w:val="TableParagraph"/>
              <w:spacing w:line="240" w:lineRule="auto"/>
              <w:ind w:left="108"/>
              <w:rPr>
                <w:sz w:val="28"/>
                <w:szCs w:val="28"/>
                <w:lang w:val="ru-RU"/>
              </w:rPr>
            </w:pPr>
            <w:r>
              <w:rPr>
                <w:sz w:val="28"/>
                <w:szCs w:val="28"/>
              </w:rPr>
              <w:t>1</w:t>
            </w:r>
            <w:r w:rsidR="006003C0">
              <w:rPr>
                <w:sz w:val="28"/>
                <w:szCs w:val="28"/>
                <w:lang w:val="ru-RU"/>
              </w:rPr>
              <w:t>6</w:t>
            </w:r>
          </w:p>
        </w:tc>
      </w:tr>
      <w:tr w:rsidR="006E377E" w:rsidRPr="00DA741C" w:rsidTr="006003C0">
        <w:trPr>
          <w:trHeight w:val="324"/>
        </w:trPr>
        <w:tc>
          <w:tcPr>
            <w:tcW w:w="790" w:type="dxa"/>
            <w:vMerge w:val="restart"/>
          </w:tcPr>
          <w:p w:rsidR="006E377E" w:rsidRPr="00DA741C" w:rsidRDefault="006E377E" w:rsidP="006E377E">
            <w:pPr>
              <w:pStyle w:val="TableParagraph"/>
              <w:spacing w:line="240" w:lineRule="auto"/>
              <w:ind w:left="200"/>
              <w:rPr>
                <w:sz w:val="28"/>
                <w:szCs w:val="28"/>
              </w:rPr>
            </w:pPr>
            <w:r w:rsidRPr="00DA741C">
              <w:rPr>
                <w:sz w:val="28"/>
                <w:szCs w:val="28"/>
              </w:rPr>
              <w:t>1.3</w:t>
            </w:r>
          </w:p>
        </w:tc>
        <w:tc>
          <w:tcPr>
            <w:tcW w:w="8058" w:type="dxa"/>
            <w:vMerge w:val="restart"/>
          </w:tcPr>
          <w:p w:rsidR="006E377E" w:rsidRPr="00DA741C" w:rsidRDefault="006E377E" w:rsidP="006E377E">
            <w:pPr>
              <w:pStyle w:val="TableParagraph"/>
              <w:spacing w:line="240" w:lineRule="auto"/>
              <w:ind w:left="75"/>
              <w:rPr>
                <w:sz w:val="28"/>
                <w:szCs w:val="28"/>
              </w:rPr>
            </w:pPr>
            <w:r w:rsidRPr="00DA741C">
              <w:rPr>
                <w:sz w:val="28"/>
                <w:szCs w:val="28"/>
              </w:rPr>
              <w:t>Әлемдегі антибиотикке төзімділікті бақылау мен тежеудің заманауи тәсілдері.................................................</w:t>
            </w:r>
            <w:r w:rsidR="00FC1295">
              <w:rPr>
                <w:sz w:val="28"/>
                <w:szCs w:val="28"/>
              </w:rPr>
              <w:t>...............................</w:t>
            </w:r>
          </w:p>
        </w:tc>
        <w:tc>
          <w:tcPr>
            <w:tcW w:w="690" w:type="dxa"/>
          </w:tcPr>
          <w:p w:rsidR="006E377E" w:rsidRPr="00DA741C" w:rsidRDefault="006E377E" w:rsidP="006E377E">
            <w:pPr>
              <w:pStyle w:val="TableParagraph"/>
              <w:spacing w:line="240" w:lineRule="auto"/>
              <w:rPr>
                <w:sz w:val="28"/>
                <w:szCs w:val="28"/>
              </w:rPr>
            </w:pPr>
          </w:p>
        </w:tc>
      </w:tr>
      <w:tr w:rsidR="006E377E" w:rsidRPr="00DA741C" w:rsidTr="006003C0">
        <w:trPr>
          <w:trHeight w:val="324"/>
        </w:trPr>
        <w:tc>
          <w:tcPr>
            <w:tcW w:w="790" w:type="dxa"/>
            <w:vMerge/>
          </w:tcPr>
          <w:p w:rsidR="006E377E" w:rsidRPr="00DA741C" w:rsidRDefault="006E377E" w:rsidP="006E377E">
            <w:pPr>
              <w:pStyle w:val="TableParagraph"/>
              <w:spacing w:line="240" w:lineRule="auto"/>
              <w:rPr>
                <w:sz w:val="28"/>
                <w:szCs w:val="28"/>
              </w:rPr>
            </w:pPr>
          </w:p>
        </w:tc>
        <w:tc>
          <w:tcPr>
            <w:tcW w:w="8058" w:type="dxa"/>
            <w:vMerge/>
          </w:tcPr>
          <w:p w:rsidR="006E377E" w:rsidRPr="00DA741C" w:rsidRDefault="006E377E" w:rsidP="006E377E">
            <w:pPr>
              <w:rPr>
                <w:sz w:val="28"/>
                <w:szCs w:val="28"/>
              </w:rPr>
            </w:pPr>
          </w:p>
        </w:tc>
        <w:tc>
          <w:tcPr>
            <w:tcW w:w="690" w:type="dxa"/>
          </w:tcPr>
          <w:p w:rsidR="006E377E" w:rsidRPr="005A2C85" w:rsidRDefault="005A2C85" w:rsidP="006E377E">
            <w:pPr>
              <w:pStyle w:val="TableParagraph"/>
              <w:spacing w:line="240" w:lineRule="auto"/>
              <w:ind w:left="108"/>
              <w:rPr>
                <w:sz w:val="28"/>
                <w:szCs w:val="28"/>
                <w:lang w:val="ru-RU"/>
              </w:rPr>
            </w:pPr>
            <w:r>
              <w:rPr>
                <w:sz w:val="28"/>
                <w:szCs w:val="28"/>
              </w:rPr>
              <w:t>2</w:t>
            </w:r>
            <w:r w:rsidR="006003C0">
              <w:rPr>
                <w:sz w:val="28"/>
                <w:szCs w:val="28"/>
                <w:lang w:val="ru-RU"/>
              </w:rPr>
              <w:t>6</w:t>
            </w:r>
          </w:p>
        </w:tc>
      </w:tr>
      <w:tr w:rsidR="00161ED5" w:rsidRPr="00DA741C" w:rsidTr="006003C0">
        <w:trPr>
          <w:trHeight w:val="328"/>
        </w:trPr>
        <w:tc>
          <w:tcPr>
            <w:tcW w:w="790" w:type="dxa"/>
          </w:tcPr>
          <w:p w:rsidR="00161ED5" w:rsidRPr="00DA741C" w:rsidRDefault="006D3B17" w:rsidP="006E377E">
            <w:pPr>
              <w:pStyle w:val="TableParagraph"/>
              <w:spacing w:line="240" w:lineRule="auto"/>
              <w:ind w:left="200"/>
              <w:rPr>
                <w:b/>
                <w:sz w:val="28"/>
                <w:szCs w:val="28"/>
              </w:rPr>
            </w:pPr>
            <w:r w:rsidRPr="00DA741C">
              <w:rPr>
                <w:b/>
                <w:sz w:val="28"/>
                <w:szCs w:val="28"/>
              </w:rPr>
              <w:t>2</w:t>
            </w:r>
          </w:p>
        </w:tc>
        <w:tc>
          <w:tcPr>
            <w:tcW w:w="8058" w:type="dxa"/>
          </w:tcPr>
          <w:p w:rsidR="00161ED5" w:rsidRPr="00DA741C" w:rsidRDefault="006D3B17" w:rsidP="006E377E">
            <w:pPr>
              <w:pStyle w:val="TableParagraph"/>
              <w:spacing w:line="240" w:lineRule="auto"/>
              <w:ind w:left="75"/>
              <w:rPr>
                <w:sz w:val="28"/>
                <w:szCs w:val="28"/>
              </w:rPr>
            </w:pPr>
            <w:r w:rsidRPr="00DA741C">
              <w:rPr>
                <w:b/>
                <w:sz w:val="28"/>
                <w:szCs w:val="28"/>
              </w:rPr>
              <w:t>ЗЕРТТЕУ</w:t>
            </w:r>
            <w:r w:rsidRPr="00DA741C">
              <w:rPr>
                <w:b/>
                <w:spacing w:val="-3"/>
                <w:sz w:val="28"/>
                <w:szCs w:val="28"/>
              </w:rPr>
              <w:t xml:space="preserve"> </w:t>
            </w:r>
            <w:r w:rsidRPr="00DA741C">
              <w:rPr>
                <w:b/>
                <w:sz w:val="28"/>
                <w:szCs w:val="28"/>
              </w:rPr>
              <w:t>МАТЕРИАЛДАРЫ</w:t>
            </w:r>
            <w:r w:rsidRPr="00DA741C">
              <w:rPr>
                <w:b/>
                <w:spacing w:val="-2"/>
                <w:sz w:val="28"/>
                <w:szCs w:val="28"/>
              </w:rPr>
              <w:t xml:space="preserve"> </w:t>
            </w:r>
            <w:r w:rsidRPr="00DA741C">
              <w:rPr>
                <w:b/>
                <w:sz w:val="28"/>
                <w:szCs w:val="28"/>
              </w:rPr>
              <w:t>ЖӘНЕ</w:t>
            </w:r>
            <w:r w:rsidRPr="00DA741C">
              <w:rPr>
                <w:b/>
                <w:spacing w:val="-3"/>
                <w:sz w:val="28"/>
                <w:szCs w:val="28"/>
              </w:rPr>
              <w:t xml:space="preserve"> </w:t>
            </w:r>
            <w:r w:rsidRPr="00DA741C">
              <w:rPr>
                <w:b/>
                <w:sz w:val="28"/>
                <w:szCs w:val="28"/>
              </w:rPr>
              <w:t>ЗЕРТТЕУ</w:t>
            </w:r>
            <w:r w:rsidRPr="00DA741C">
              <w:rPr>
                <w:b/>
                <w:spacing w:val="-3"/>
                <w:sz w:val="28"/>
                <w:szCs w:val="28"/>
              </w:rPr>
              <w:t xml:space="preserve"> </w:t>
            </w:r>
            <w:r w:rsidRPr="00DA741C">
              <w:rPr>
                <w:b/>
                <w:sz w:val="28"/>
                <w:szCs w:val="28"/>
              </w:rPr>
              <w:t>ӘДІСТЕРІ</w:t>
            </w:r>
            <w:r w:rsidRPr="00DA741C">
              <w:rPr>
                <w:b/>
                <w:spacing w:val="-2"/>
                <w:sz w:val="28"/>
                <w:szCs w:val="28"/>
              </w:rPr>
              <w:t xml:space="preserve"> </w:t>
            </w:r>
            <w:r w:rsidR="006E377E">
              <w:rPr>
                <w:sz w:val="28"/>
                <w:szCs w:val="28"/>
              </w:rPr>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32</w:t>
            </w:r>
          </w:p>
        </w:tc>
      </w:tr>
      <w:tr w:rsidR="00161ED5" w:rsidRPr="00DA741C" w:rsidTr="006003C0">
        <w:trPr>
          <w:trHeight w:val="322"/>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2.1</w:t>
            </w:r>
          </w:p>
        </w:tc>
        <w:tc>
          <w:tcPr>
            <w:tcW w:w="8058" w:type="dxa"/>
          </w:tcPr>
          <w:p w:rsidR="00161ED5" w:rsidRPr="00DA741C" w:rsidRDefault="00DA741C" w:rsidP="006E377E">
            <w:pPr>
              <w:pStyle w:val="TableParagraph"/>
              <w:spacing w:line="240" w:lineRule="auto"/>
              <w:ind w:left="75"/>
              <w:rPr>
                <w:sz w:val="28"/>
                <w:szCs w:val="28"/>
              </w:rPr>
            </w:pPr>
            <w:r>
              <w:rPr>
                <w:sz w:val="28"/>
                <w:szCs w:val="28"/>
              </w:rPr>
              <w:t xml:space="preserve">Зерттеу материалдары мен әдістерінің жалпы </w:t>
            </w:r>
            <w:r w:rsidR="006E377E" w:rsidRPr="006E377E">
              <w:rPr>
                <w:sz w:val="28"/>
                <w:szCs w:val="28"/>
              </w:rPr>
              <w:t>сипаттамасы............................................</w:t>
            </w:r>
            <w:r w:rsidR="00FC1295">
              <w:rPr>
                <w:sz w:val="28"/>
                <w:szCs w:val="28"/>
              </w:rPr>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32</w:t>
            </w:r>
          </w:p>
        </w:tc>
      </w:tr>
      <w:tr w:rsidR="00161ED5" w:rsidRPr="00DA741C" w:rsidTr="006003C0">
        <w:trPr>
          <w:trHeight w:val="324"/>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2.2</w:t>
            </w:r>
          </w:p>
        </w:tc>
        <w:tc>
          <w:tcPr>
            <w:tcW w:w="8058" w:type="dxa"/>
          </w:tcPr>
          <w:p w:rsidR="00161ED5" w:rsidRPr="00DA741C" w:rsidRDefault="00F471AE" w:rsidP="006E377E">
            <w:pPr>
              <w:pStyle w:val="TableParagraph"/>
              <w:spacing w:line="240" w:lineRule="auto"/>
              <w:ind w:left="75"/>
              <w:rPr>
                <w:sz w:val="28"/>
                <w:szCs w:val="28"/>
              </w:rPr>
            </w:pPr>
            <w:r>
              <w:rPr>
                <w:sz w:val="28"/>
                <w:szCs w:val="28"/>
              </w:rPr>
              <w:t>Зерттеуге қатысушыларды іріктеу және таңдама жиынтықты анықтау</w:t>
            </w:r>
            <w:r w:rsidR="006D3B17" w:rsidRPr="00DA741C">
              <w:rPr>
                <w:sz w:val="28"/>
                <w:szCs w:val="28"/>
              </w:rPr>
              <w:t>....................................................</w:t>
            </w:r>
            <w:r w:rsidR="00FC1295">
              <w:rPr>
                <w:sz w:val="28"/>
                <w:szCs w:val="28"/>
              </w:rPr>
              <w:t>...............................................</w:t>
            </w:r>
          </w:p>
        </w:tc>
        <w:tc>
          <w:tcPr>
            <w:tcW w:w="690" w:type="dxa"/>
          </w:tcPr>
          <w:p w:rsidR="00161ED5" w:rsidRPr="005A2C85" w:rsidRDefault="005A2C85" w:rsidP="006E377E">
            <w:pPr>
              <w:pStyle w:val="TableParagraph"/>
              <w:spacing w:line="240" w:lineRule="auto"/>
              <w:ind w:left="108"/>
              <w:rPr>
                <w:sz w:val="28"/>
                <w:szCs w:val="28"/>
                <w:lang w:val="ru-RU"/>
              </w:rPr>
            </w:pPr>
            <w:r>
              <w:rPr>
                <w:sz w:val="28"/>
                <w:szCs w:val="28"/>
                <w:lang w:val="ru-RU"/>
              </w:rPr>
              <w:t>36</w:t>
            </w:r>
          </w:p>
        </w:tc>
      </w:tr>
      <w:tr w:rsidR="00161ED5" w:rsidRPr="00DA741C" w:rsidTr="006003C0">
        <w:trPr>
          <w:trHeight w:val="324"/>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2.3</w:t>
            </w:r>
          </w:p>
        </w:tc>
        <w:tc>
          <w:tcPr>
            <w:tcW w:w="8058" w:type="dxa"/>
          </w:tcPr>
          <w:p w:rsidR="00161ED5" w:rsidRPr="00DA741C" w:rsidRDefault="00F471AE" w:rsidP="006E377E">
            <w:pPr>
              <w:pStyle w:val="TableParagraph"/>
              <w:spacing w:line="240" w:lineRule="auto"/>
              <w:ind w:left="75"/>
              <w:rPr>
                <w:sz w:val="28"/>
                <w:szCs w:val="28"/>
              </w:rPr>
            </w:pPr>
            <w:r>
              <w:rPr>
                <w:sz w:val="28"/>
                <w:szCs w:val="28"/>
              </w:rPr>
              <w:t>Ғылыми зерттеу жүргізу үшін этикалық рұқсатнама</w:t>
            </w:r>
            <w:r w:rsidR="006D3B17" w:rsidRPr="00DA741C">
              <w:rPr>
                <w:sz w:val="28"/>
                <w:szCs w:val="28"/>
              </w:rPr>
              <w:t>.................................</w:t>
            </w:r>
            <w:r w:rsidR="00FC1295">
              <w:rPr>
                <w:sz w:val="28"/>
                <w:szCs w:val="28"/>
              </w:rPr>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39</w:t>
            </w:r>
          </w:p>
        </w:tc>
      </w:tr>
      <w:tr w:rsidR="00161ED5" w:rsidRPr="00DA741C" w:rsidTr="006003C0">
        <w:trPr>
          <w:trHeight w:val="324"/>
        </w:trPr>
        <w:tc>
          <w:tcPr>
            <w:tcW w:w="790" w:type="dxa"/>
          </w:tcPr>
          <w:p w:rsidR="00161ED5" w:rsidRPr="00DA741C" w:rsidRDefault="006D3B17" w:rsidP="006E377E">
            <w:pPr>
              <w:pStyle w:val="TableParagraph"/>
              <w:spacing w:line="240" w:lineRule="auto"/>
              <w:ind w:left="200"/>
              <w:rPr>
                <w:sz w:val="28"/>
                <w:szCs w:val="28"/>
              </w:rPr>
            </w:pPr>
            <w:r w:rsidRPr="00DA741C">
              <w:rPr>
                <w:sz w:val="28"/>
                <w:szCs w:val="28"/>
              </w:rPr>
              <w:t>2.4</w:t>
            </w:r>
          </w:p>
        </w:tc>
        <w:tc>
          <w:tcPr>
            <w:tcW w:w="8058" w:type="dxa"/>
          </w:tcPr>
          <w:p w:rsidR="00161ED5" w:rsidRPr="00DA741C" w:rsidRDefault="00F471AE" w:rsidP="006E377E">
            <w:pPr>
              <w:pStyle w:val="TableParagraph"/>
              <w:spacing w:line="240" w:lineRule="auto"/>
              <w:ind w:left="75"/>
              <w:rPr>
                <w:sz w:val="28"/>
                <w:szCs w:val="28"/>
              </w:rPr>
            </w:pPr>
            <w:r>
              <w:rPr>
                <w:sz w:val="28"/>
                <w:szCs w:val="28"/>
              </w:rPr>
              <w:t>Мәліметтерді статистикалық өңдеу</w:t>
            </w:r>
            <w:r w:rsidR="006D3B17" w:rsidRPr="00DA741C">
              <w:rPr>
                <w:sz w:val="28"/>
                <w:szCs w:val="28"/>
              </w:rPr>
              <w:t>.........................................</w:t>
            </w:r>
            <w:r w:rsidR="00FC1295">
              <w:rPr>
                <w:sz w:val="28"/>
                <w:szCs w:val="28"/>
              </w:rPr>
              <w:t>............</w:t>
            </w:r>
          </w:p>
        </w:tc>
        <w:tc>
          <w:tcPr>
            <w:tcW w:w="690" w:type="dxa"/>
          </w:tcPr>
          <w:p w:rsidR="00161ED5" w:rsidRPr="00DA741C" w:rsidRDefault="005A2C85" w:rsidP="006E377E">
            <w:pPr>
              <w:pStyle w:val="TableParagraph"/>
              <w:spacing w:line="240" w:lineRule="auto"/>
              <w:ind w:left="108"/>
              <w:rPr>
                <w:sz w:val="28"/>
                <w:szCs w:val="28"/>
              </w:rPr>
            </w:pPr>
            <w:r>
              <w:rPr>
                <w:sz w:val="28"/>
                <w:szCs w:val="28"/>
                <w:lang w:val="ru-RU"/>
              </w:rPr>
              <w:t>3</w:t>
            </w:r>
            <w:r w:rsidR="006003C0">
              <w:rPr>
                <w:sz w:val="28"/>
                <w:szCs w:val="28"/>
              </w:rPr>
              <w:t>9</w:t>
            </w:r>
          </w:p>
        </w:tc>
      </w:tr>
      <w:tr w:rsidR="00161ED5" w:rsidRPr="00DA741C" w:rsidTr="006003C0">
        <w:trPr>
          <w:trHeight w:val="328"/>
        </w:trPr>
        <w:tc>
          <w:tcPr>
            <w:tcW w:w="790" w:type="dxa"/>
          </w:tcPr>
          <w:p w:rsidR="00161ED5" w:rsidRPr="00DA741C" w:rsidRDefault="006D3B17" w:rsidP="006E377E">
            <w:pPr>
              <w:pStyle w:val="TableParagraph"/>
              <w:spacing w:line="240" w:lineRule="auto"/>
              <w:ind w:left="200"/>
              <w:rPr>
                <w:b/>
                <w:sz w:val="28"/>
                <w:szCs w:val="28"/>
              </w:rPr>
            </w:pPr>
            <w:r w:rsidRPr="00DA741C">
              <w:rPr>
                <w:b/>
                <w:sz w:val="28"/>
                <w:szCs w:val="28"/>
              </w:rPr>
              <w:t>3</w:t>
            </w:r>
          </w:p>
        </w:tc>
        <w:tc>
          <w:tcPr>
            <w:tcW w:w="8058" w:type="dxa"/>
          </w:tcPr>
          <w:p w:rsidR="00161ED5" w:rsidRPr="00DA741C" w:rsidRDefault="00BE7D07" w:rsidP="006E377E">
            <w:pPr>
              <w:pStyle w:val="TableParagraph"/>
              <w:spacing w:line="240" w:lineRule="auto"/>
              <w:ind w:left="75"/>
              <w:rPr>
                <w:sz w:val="28"/>
                <w:szCs w:val="28"/>
              </w:rPr>
            </w:pPr>
            <w:r w:rsidRPr="00DA741C">
              <w:rPr>
                <w:b/>
                <w:sz w:val="28"/>
                <w:szCs w:val="28"/>
              </w:rPr>
              <w:t>ШЫҒЫС ҚАЗАҚСТАН ОБЛЫСЫ ТҰРҒЫНДАРЫНЫҢ АНТИБАКТЕРИАЛДЫ ПРЕПАРАТТАРДЫ ДҰРЫС ҚОЛДАНУ МӘСЕЛЕЛЕРІ БОЙЫНША АҚПАРАТТАНУЫН БАҒАЛАУ</w:t>
            </w:r>
            <w:r w:rsidR="006D3B17" w:rsidRPr="00DA741C">
              <w:rPr>
                <w:sz w:val="28"/>
                <w:szCs w:val="28"/>
              </w:rPr>
              <w:t>.............................</w:t>
            </w:r>
            <w:r w:rsidR="00FC1295">
              <w:rPr>
                <w:sz w:val="28"/>
                <w:szCs w:val="28"/>
              </w:rPr>
              <w:t>................................................................</w:t>
            </w:r>
          </w:p>
        </w:tc>
        <w:tc>
          <w:tcPr>
            <w:tcW w:w="690" w:type="dxa"/>
          </w:tcPr>
          <w:p w:rsidR="00161ED5" w:rsidRPr="00DA741C" w:rsidRDefault="005A2C85" w:rsidP="006E377E">
            <w:pPr>
              <w:pStyle w:val="TableParagraph"/>
              <w:spacing w:line="240" w:lineRule="auto"/>
              <w:ind w:left="108"/>
              <w:rPr>
                <w:sz w:val="28"/>
                <w:szCs w:val="28"/>
              </w:rPr>
            </w:pPr>
            <w:r>
              <w:rPr>
                <w:sz w:val="28"/>
                <w:szCs w:val="28"/>
                <w:lang w:val="ru-RU"/>
              </w:rPr>
              <w:t>4</w:t>
            </w:r>
            <w:r w:rsidR="006D3B17" w:rsidRPr="00DA741C">
              <w:rPr>
                <w:sz w:val="28"/>
                <w:szCs w:val="28"/>
              </w:rPr>
              <w:t>1</w:t>
            </w:r>
          </w:p>
        </w:tc>
      </w:tr>
      <w:tr w:rsidR="00F471AE" w:rsidRPr="00DA741C" w:rsidTr="006003C0">
        <w:trPr>
          <w:trHeight w:val="981"/>
        </w:trPr>
        <w:tc>
          <w:tcPr>
            <w:tcW w:w="790" w:type="dxa"/>
          </w:tcPr>
          <w:p w:rsidR="00F471AE" w:rsidRPr="00DA741C" w:rsidRDefault="00F471AE" w:rsidP="006E377E">
            <w:pPr>
              <w:pStyle w:val="TableParagraph"/>
              <w:spacing w:line="240" w:lineRule="auto"/>
              <w:ind w:left="200"/>
              <w:rPr>
                <w:sz w:val="28"/>
                <w:szCs w:val="28"/>
              </w:rPr>
            </w:pPr>
            <w:r w:rsidRPr="00DA741C">
              <w:rPr>
                <w:sz w:val="28"/>
                <w:szCs w:val="28"/>
              </w:rPr>
              <w:t>3.1</w:t>
            </w:r>
          </w:p>
        </w:tc>
        <w:tc>
          <w:tcPr>
            <w:tcW w:w="8058" w:type="dxa"/>
          </w:tcPr>
          <w:p w:rsidR="00F471AE" w:rsidRPr="00DA741C" w:rsidRDefault="00F471AE" w:rsidP="006E377E">
            <w:pPr>
              <w:pStyle w:val="TableParagraph"/>
              <w:spacing w:line="240" w:lineRule="auto"/>
              <w:ind w:left="75"/>
              <w:rPr>
                <w:sz w:val="28"/>
                <w:szCs w:val="28"/>
              </w:rPr>
            </w:pPr>
            <w:r w:rsidRPr="00F471AE">
              <w:rPr>
                <w:sz w:val="28"/>
                <w:szCs w:val="28"/>
              </w:rPr>
              <w:t>Тұрғындардың антибиотиктерге қатысты білімін, көзқ</w:t>
            </w:r>
            <w:r>
              <w:rPr>
                <w:sz w:val="28"/>
                <w:szCs w:val="28"/>
              </w:rPr>
              <w:t xml:space="preserve">арасын және қолдану тәжірибесін </w:t>
            </w:r>
            <w:r w:rsidRPr="00F471AE">
              <w:rPr>
                <w:sz w:val="28"/>
                <w:szCs w:val="28"/>
              </w:rPr>
              <w:t>бағалау</w:t>
            </w:r>
            <w:r w:rsidRPr="00DA741C">
              <w:rPr>
                <w:sz w:val="28"/>
                <w:szCs w:val="28"/>
              </w:rPr>
              <w:t>...................................................................................</w:t>
            </w:r>
            <w:r w:rsidR="00FC1295">
              <w:rPr>
                <w:sz w:val="28"/>
                <w:szCs w:val="28"/>
              </w:rPr>
              <w:t>.................</w:t>
            </w:r>
          </w:p>
        </w:tc>
        <w:tc>
          <w:tcPr>
            <w:tcW w:w="690" w:type="dxa"/>
          </w:tcPr>
          <w:p w:rsidR="00F471AE" w:rsidRPr="00DA741C" w:rsidRDefault="005A2C85" w:rsidP="006E377E">
            <w:pPr>
              <w:pStyle w:val="TableParagraph"/>
              <w:spacing w:line="240" w:lineRule="auto"/>
              <w:ind w:left="108"/>
              <w:rPr>
                <w:sz w:val="28"/>
                <w:szCs w:val="28"/>
              </w:rPr>
            </w:pPr>
            <w:r>
              <w:rPr>
                <w:sz w:val="28"/>
                <w:szCs w:val="28"/>
                <w:lang w:val="ru-RU"/>
              </w:rPr>
              <w:t>4</w:t>
            </w:r>
            <w:r w:rsidR="00F471AE" w:rsidRPr="00DA741C">
              <w:rPr>
                <w:sz w:val="28"/>
                <w:szCs w:val="28"/>
              </w:rPr>
              <w:t>1</w:t>
            </w:r>
          </w:p>
        </w:tc>
      </w:tr>
      <w:tr w:rsidR="00F471AE" w:rsidRPr="00DA741C" w:rsidTr="006003C0">
        <w:trPr>
          <w:trHeight w:val="658"/>
        </w:trPr>
        <w:tc>
          <w:tcPr>
            <w:tcW w:w="790" w:type="dxa"/>
          </w:tcPr>
          <w:p w:rsidR="00F471AE" w:rsidRPr="00DA741C" w:rsidRDefault="00F471AE" w:rsidP="006E377E">
            <w:pPr>
              <w:pStyle w:val="TableParagraph"/>
              <w:spacing w:line="240" w:lineRule="auto"/>
              <w:ind w:left="200"/>
              <w:rPr>
                <w:sz w:val="28"/>
                <w:szCs w:val="28"/>
              </w:rPr>
            </w:pPr>
            <w:r w:rsidRPr="00DA741C">
              <w:rPr>
                <w:sz w:val="28"/>
                <w:szCs w:val="28"/>
              </w:rPr>
              <w:t>3.2</w:t>
            </w:r>
          </w:p>
        </w:tc>
        <w:tc>
          <w:tcPr>
            <w:tcW w:w="8058" w:type="dxa"/>
          </w:tcPr>
          <w:p w:rsidR="00F471AE" w:rsidRPr="00DA741C" w:rsidRDefault="00F471AE" w:rsidP="006E377E">
            <w:pPr>
              <w:pStyle w:val="TableParagraph"/>
              <w:spacing w:line="240" w:lineRule="auto"/>
              <w:ind w:left="75"/>
              <w:rPr>
                <w:sz w:val="28"/>
                <w:szCs w:val="28"/>
              </w:rPr>
            </w:pPr>
            <w:r w:rsidRPr="00DA741C">
              <w:rPr>
                <w:sz w:val="28"/>
                <w:szCs w:val="28"/>
              </w:rPr>
              <w:t>Тұрғындар</w:t>
            </w:r>
            <w:r>
              <w:rPr>
                <w:sz w:val="28"/>
                <w:szCs w:val="28"/>
              </w:rPr>
              <w:t>дың</w:t>
            </w:r>
            <w:r w:rsidRPr="00DA741C">
              <w:rPr>
                <w:sz w:val="28"/>
                <w:szCs w:val="28"/>
              </w:rPr>
              <w:t xml:space="preserve"> антибиотиктерді өз бетінше қолданатын және сатып </w:t>
            </w:r>
            <w:r>
              <w:rPr>
                <w:sz w:val="28"/>
                <w:szCs w:val="28"/>
              </w:rPr>
              <w:t>алатын жағдайларын</w:t>
            </w:r>
            <w:r w:rsidRPr="00DA741C">
              <w:rPr>
                <w:sz w:val="28"/>
                <w:szCs w:val="28"/>
              </w:rPr>
              <w:t xml:space="preserve"> анықтау</w:t>
            </w:r>
            <w:r w:rsidR="00FC1295">
              <w:rPr>
                <w:sz w:val="28"/>
                <w:szCs w:val="28"/>
              </w:rPr>
              <w:t>...................................................</w:t>
            </w:r>
          </w:p>
        </w:tc>
        <w:tc>
          <w:tcPr>
            <w:tcW w:w="690" w:type="dxa"/>
          </w:tcPr>
          <w:p w:rsidR="00F471AE" w:rsidRPr="005A2C85" w:rsidRDefault="006003C0" w:rsidP="006E377E">
            <w:pPr>
              <w:pStyle w:val="TableParagraph"/>
              <w:spacing w:line="240" w:lineRule="auto"/>
              <w:ind w:left="108"/>
              <w:rPr>
                <w:sz w:val="28"/>
                <w:szCs w:val="28"/>
                <w:lang w:val="ru-RU"/>
              </w:rPr>
            </w:pPr>
            <w:r>
              <w:rPr>
                <w:sz w:val="28"/>
                <w:szCs w:val="28"/>
                <w:lang w:val="ru-RU"/>
              </w:rPr>
              <w:t>66</w:t>
            </w:r>
          </w:p>
        </w:tc>
      </w:tr>
      <w:tr w:rsidR="00F471AE" w:rsidRPr="00DA741C" w:rsidTr="006003C0">
        <w:trPr>
          <w:trHeight w:val="658"/>
        </w:trPr>
        <w:tc>
          <w:tcPr>
            <w:tcW w:w="790" w:type="dxa"/>
          </w:tcPr>
          <w:p w:rsidR="00F471AE" w:rsidRPr="00DA741C" w:rsidRDefault="00F471AE" w:rsidP="006E377E">
            <w:pPr>
              <w:pStyle w:val="TableParagraph"/>
              <w:spacing w:line="240" w:lineRule="auto"/>
              <w:ind w:left="200"/>
              <w:rPr>
                <w:sz w:val="28"/>
                <w:szCs w:val="28"/>
                <w:lang w:val="ru-RU"/>
              </w:rPr>
            </w:pPr>
            <w:r>
              <w:rPr>
                <w:sz w:val="28"/>
                <w:szCs w:val="28"/>
                <w:lang w:val="ru-RU"/>
              </w:rPr>
              <w:t>3.3</w:t>
            </w:r>
          </w:p>
        </w:tc>
        <w:tc>
          <w:tcPr>
            <w:tcW w:w="8058" w:type="dxa"/>
          </w:tcPr>
          <w:p w:rsidR="00F471AE" w:rsidRPr="00F471AE" w:rsidRDefault="00F471AE" w:rsidP="006E377E">
            <w:pPr>
              <w:pStyle w:val="TableParagraph"/>
              <w:spacing w:line="240" w:lineRule="auto"/>
              <w:ind w:left="75"/>
              <w:rPr>
                <w:sz w:val="28"/>
                <w:szCs w:val="28"/>
              </w:rPr>
            </w:pPr>
            <w:r w:rsidRPr="00F471AE">
              <w:rPr>
                <w:sz w:val="28"/>
                <w:szCs w:val="28"/>
              </w:rPr>
              <w:t>Тұрғындардың өзін-өзі емдеу тәжірибесінің себептері мен оған әсер ететін факторларын анықтау</w:t>
            </w:r>
            <w:r w:rsidR="00FC1295">
              <w:rPr>
                <w:sz w:val="28"/>
                <w:szCs w:val="28"/>
              </w:rPr>
              <w:t>........................................................</w:t>
            </w:r>
          </w:p>
        </w:tc>
        <w:tc>
          <w:tcPr>
            <w:tcW w:w="690" w:type="dxa"/>
          </w:tcPr>
          <w:p w:rsidR="00F471AE" w:rsidRPr="005A2C85" w:rsidRDefault="005A2C85" w:rsidP="006E377E">
            <w:pPr>
              <w:pStyle w:val="TableParagraph"/>
              <w:spacing w:line="240" w:lineRule="auto"/>
              <w:ind w:left="108"/>
              <w:rPr>
                <w:sz w:val="28"/>
                <w:szCs w:val="28"/>
                <w:lang w:val="ru-RU"/>
              </w:rPr>
            </w:pPr>
            <w:r>
              <w:rPr>
                <w:sz w:val="28"/>
                <w:szCs w:val="28"/>
              </w:rPr>
              <w:t>6</w:t>
            </w:r>
            <w:r w:rsidR="006003C0">
              <w:rPr>
                <w:sz w:val="28"/>
                <w:szCs w:val="28"/>
                <w:lang w:val="ru-RU"/>
              </w:rPr>
              <w:t>8</w:t>
            </w:r>
          </w:p>
        </w:tc>
      </w:tr>
      <w:tr w:rsidR="00F471AE" w:rsidRPr="00DA741C" w:rsidTr="006003C0">
        <w:trPr>
          <w:trHeight w:val="984"/>
        </w:trPr>
        <w:tc>
          <w:tcPr>
            <w:tcW w:w="790" w:type="dxa"/>
          </w:tcPr>
          <w:p w:rsidR="00F471AE" w:rsidRPr="00DA741C" w:rsidRDefault="00F471AE" w:rsidP="006E377E">
            <w:pPr>
              <w:pStyle w:val="TableParagraph"/>
              <w:spacing w:line="240" w:lineRule="auto"/>
              <w:ind w:left="200"/>
              <w:rPr>
                <w:sz w:val="28"/>
                <w:szCs w:val="28"/>
              </w:rPr>
            </w:pPr>
            <w:r w:rsidRPr="00DA741C">
              <w:rPr>
                <w:sz w:val="28"/>
                <w:szCs w:val="28"/>
              </w:rPr>
              <w:t>3.4</w:t>
            </w:r>
          </w:p>
        </w:tc>
        <w:tc>
          <w:tcPr>
            <w:tcW w:w="8058" w:type="dxa"/>
          </w:tcPr>
          <w:p w:rsidR="00F471AE" w:rsidRPr="00DA741C" w:rsidRDefault="00F471AE" w:rsidP="006E377E">
            <w:pPr>
              <w:pStyle w:val="TableParagraph"/>
              <w:spacing w:line="240" w:lineRule="auto"/>
              <w:ind w:left="75"/>
              <w:rPr>
                <w:sz w:val="28"/>
                <w:szCs w:val="28"/>
              </w:rPr>
            </w:pPr>
            <w:r w:rsidRPr="00DA741C">
              <w:rPr>
                <w:sz w:val="28"/>
                <w:szCs w:val="28"/>
              </w:rPr>
              <w:t>Үйдегі дәрі</w:t>
            </w:r>
            <w:r>
              <w:rPr>
                <w:sz w:val="28"/>
                <w:szCs w:val="28"/>
              </w:rPr>
              <w:t xml:space="preserve"> қобдишаларында жүйелі қолдануға арналған антибиотиктердің болуын зерттеу</w:t>
            </w:r>
            <w:r w:rsidRPr="00DA741C">
              <w:rPr>
                <w:sz w:val="28"/>
                <w:szCs w:val="28"/>
              </w:rPr>
              <w:t>..........................................................................</w:t>
            </w:r>
            <w:r w:rsidR="00FC1295">
              <w:rPr>
                <w:sz w:val="28"/>
                <w:szCs w:val="28"/>
              </w:rPr>
              <w:t>..........................</w:t>
            </w:r>
          </w:p>
        </w:tc>
        <w:tc>
          <w:tcPr>
            <w:tcW w:w="690" w:type="dxa"/>
          </w:tcPr>
          <w:p w:rsidR="00F471AE" w:rsidRPr="005A2C85" w:rsidRDefault="005A2C85" w:rsidP="006E377E">
            <w:pPr>
              <w:pStyle w:val="TableParagraph"/>
              <w:spacing w:line="240" w:lineRule="auto"/>
              <w:ind w:left="108"/>
              <w:rPr>
                <w:sz w:val="28"/>
                <w:szCs w:val="28"/>
                <w:lang w:val="ru-RU"/>
              </w:rPr>
            </w:pPr>
            <w:r>
              <w:rPr>
                <w:sz w:val="28"/>
                <w:szCs w:val="28"/>
              </w:rPr>
              <w:t>7</w:t>
            </w:r>
            <w:r w:rsidR="006003C0">
              <w:rPr>
                <w:sz w:val="28"/>
                <w:szCs w:val="28"/>
                <w:lang w:val="ru-RU"/>
              </w:rPr>
              <w:t>4</w:t>
            </w:r>
          </w:p>
        </w:tc>
      </w:tr>
      <w:tr w:rsidR="006E377E" w:rsidRPr="00DA741C" w:rsidTr="006003C0">
        <w:trPr>
          <w:trHeight w:val="984"/>
        </w:trPr>
        <w:tc>
          <w:tcPr>
            <w:tcW w:w="790" w:type="dxa"/>
          </w:tcPr>
          <w:p w:rsidR="006E377E" w:rsidRPr="006E377E" w:rsidRDefault="006E377E" w:rsidP="006E377E">
            <w:pPr>
              <w:pStyle w:val="TableParagraph"/>
              <w:spacing w:line="240" w:lineRule="auto"/>
              <w:ind w:left="200"/>
              <w:rPr>
                <w:b/>
                <w:sz w:val="28"/>
                <w:szCs w:val="28"/>
              </w:rPr>
            </w:pPr>
            <w:r w:rsidRPr="006E377E">
              <w:rPr>
                <w:b/>
                <w:sz w:val="28"/>
                <w:szCs w:val="28"/>
              </w:rPr>
              <w:t>4</w:t>
            </w:r>
          </w:p>
        </w:tc>
        <w:tc>
          <w:tcPr>
            <w:tcW w:w="8058" w:type="dxa"/>
          </w:tcPr>
          <w:p w:rsidR="006E377E" w:rsidRPr="006E377E" w:rsidRDefault="006E377E" w:rsidP="006E377E">
            <w:pPr>
              <w:pStyle w:val="TableParagraph"/>
              <w:spacing w:line="240" w:lineRule="auto"/>
              <w:ind w:left="75"/>
              <w:rPr>
                <w:b/>
                <w:sz w:val="28"/>
                <w:szCs w:val="28"/>
              </w:rPr>
            </w:pPr>
            <w:r w:rsidRPr="006E377E">
              <w:rPr>
                <w:b/>
                <w:sz w:val="28"/>
                <w:szCs w:val="28"/>
              </w:rPr>
              <w:t>ТИІМДІ КОММУНИКАЦИЯ, БІЛІМ БЕРУ ЖӘНЕ КӘСІБИ ДАЙЫНДЫҚ АРҚЫЛЫ МИКРОБҚА ҚАРСЫ ТҰРАҚТЫЛЫҚ МӘСЕЛЕЛЕРІН ТҮСІНУДІ ЖАҚСАРТУ ЖӘНЕ ХАБАРДАРЛЫҚТЫ АРТТЫРУ ШАРАЛАРЫ</w:t>
            </w:r>
            <w:r w:rsidR="00FC1295">
              <w:rPr>
                <w:b/>
                <w:sz w:val="28"/>
                <w:szCs w:val="28"/>
              </w:rPr>
              <w:t>..............</w:t>
            </w:r>
          </w:p>
        </w:tc>
        <w:tc>
          <w:tcPr>
            <w:tcW w:w="690" w:type="dxa"/>
          </w:tcPr>
          <w:p w:rsidR="006E377E" w:rsidRPr="005A2C85" w:rsidRDefault="006003C0" w:rsidP="006E377E">
            <w:pPr>
              <w:pStyle w:val="TableParagraph"/>
              <w:spacing w:line="240" w:lineRule="auto"/>
              <w:ind w:left="108"/>
              <w:rPr>
                <w:sz w:val="28"/>
                <w:szCs w:val="28"/>
                <w:lang w:val="ru-RU"/>
              </w:rPr>
            </w:pPr>
            <w:r>
              <w:rPr>
                <w:sz w:val="28"/>
                <w:szCs w:val="28"/>
                <w:lang w:val="ru-RU"/>
              </w:rPr>
              <w:t>78</w:t>
            </w:r>
          </w:p>
        </w:tc>
      </w:tr>
      <w:tr w:rsidR="00161ED5" w:rsidRPr="00DA741C" w:rsidTr="006003C0">
        <w:trPr>
          <w:trHeight w:val="324"/>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6E377E">
            <w:pPr>
              <w:pStyle w:val="TableParagraph"/>
              <w:spacing w:line="240" w:lineRule="auto"/>
              <w:ind w:left="75"/>
              <w:rPr>
                <w:sz w:val="28"/>
                <w:szCs w:val="28"/>
              </w:rPr>
            </w:pPr>
            <w:r w:rsidRPr="00DA741C">
              <w:rPr>
                <w:b/>
                <w:sz w:val="28"/>
                <w:szCs w:val="28"/>
              </w:rPr>
              <w:t>ҚОРЫТЫНДЫ</w:t>
            </w:r>
            <w:r w:rsidR="006E377E">
              <w:rPr>
                <w:sz w:val="28"/>
                <w:szCs w:val="28"/>
              </w:rPr>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83</w:t>
            </w:r>
          </w:p>
        </w:tc>
      </w:tr>
      <w:tr w:rsidR="00161ED5" w:rsidRPr="00DA741C" w:rsidTr="006003C0">
        <w:trPr>
          <w:trHeight w:val="324"/>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FC1295">
            <w:pPr>
              <w:pStyle w:val="a7"/>
            </w:pPr>
            <w:r w:rsidRPr="00FC1295">
              <w:rPr>
                <w:b/>
                <w:spacing w:val="-1"/>
                <w:sz w:val="28"/>
              </w:rPr>
              <w:t>ТӘЖІРИБЕЛІК</w:t>
            </w:r>
            <w:r w:rsidR="00FC1295" w:rsidRPr="00FC1295">
              <w:rPr>
                <w:b/>
                <w:spacing w:val="-1"/>
                <w:sz w:val="28"/>
              </w:rPr>
              <w:t xml:space="preserve">  </w:t>
            </w:r>
            <w:r w:rsidRPr="00FC1295">
              <w:rPr>
                <w:b/>
                <w:sz w:val="28"/>
              </w:rPr>
              <w:t>ҰСЫНЫСТАР</w:t>
            </w:r>
            <w:r w:rsidRPr="00DA741C">
              <w:t>..........................................................</w:t>
            </w:r>
            <w:r w:rsidR="00FC1295">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86</w:t>
            </w:r>
          </w:p>
        </w:tc>
      </w:tr>
      <w:tr w:rsidR="00161ED5" w:rsidRPr="00DA741C" w:rsidTr="006003C0">
        <w:trPr>
          <w:trHeight w:val="324"/>
        </w:trPr>
        <w:tc>
          <w:tcPr>
            <w:tcW w:w="790" w:type="dxa"/>
          </w:tcPr>
          <w:p w:rsidR="00161ED5" w:rsidRPr="00DA741C" w:rsidRDefault="00161ED5" w:rsidP="006E377E">
            <w:pPr>
              <w:pStyle w:val="TableParagraph"/>
              <w:spacing w:line="240" w:lineRule="auto"/>
              <w:rPr>
                <w:sz w:val="28"/>
                <w:szCs w:val="28"/>
              </w:rPr>
            </w:pPr>
          </w:p>
        </w:tc>
        <w:tc>
          <w:tcPr>
            <w:tcW w:w="8058" w:type="dxa"/>
          </w:tcPr>
          <w:p w:rsidR="00FC1295" w:rsidRPr="00DA741C" w:rsidRDefault="006D3B17" w:rsidP="00FC1295">
            <w:pPr>
              <w:pStyle w:val="TableParagraph"/>
              <w:spacing w:line="240" w:lineRule="auto"/>
              <w:ind w:left="75"/>
              <w:rPr>
                <w:sz w:val="28"/>
                <w:szCs w:val="28"/>
              </w:rPr>
            </w:pPr>
            <w:r w:rsidRPr="00DA741C">
              <w:rPr>
                <w:b/>
                <w:sz w:val="28"/>
                <w:szCs w:val="28"/>
              </w:rPr>
              <w:t>ПАЙДАЛАНЫЛҒАН</w:t>
            </w:r>
            <w:r w:rsidRPr="00DA741C">
              <w:rPr>
                <w:b/>
                <w:spacing w:val="-5"/>
                <w:sz w:val="28"/>
                <w:szCs w:val="28"/>
              </w:rPr>
              <w:t xml:space="preserve"> </w:t>
            </w:r>
            <w:r w:rsidRPr="00DA741C">
              <w:rPr>
                <w:b/>
                <w:sz w:val="28"/>
                <w:szCs w:val="28"/>
              </w:rPr>
              <w:t>ӘДЕБИЕТТЕР</w:t>
            </w:r>
            <w:r w:rsidR="00FC1295">
              <w:rPr>
                <w:b/>
                <w:spacing w:val="-6"/>
                <w:sz w:val="28"/>
                <w:szCs w:val="28"/>
              </w:rPr>
              <w:t xml:space="preserve"> </w:t>
            </w:r>
            <w:r w:rsidRPr="00DA741C">
              <w:rPr>
                <w:b/>
                <w:sz w:val="28"/>
                <w:szCs w:val="28"/>
              </w:rPr>
              <w:t>ТІЗІМІ</w:t>
            </w:r>
            <w:r w:rsidR="00FC1295">
              <w:rPr>
                <w:sz w:val="28"/>
                <w:szCs w:val="28"/>
              </w:rPr>
              <w:t>.</w:t>
            </w:r>
            <w:r w:rsidR="00FC1295" w:rsidRPr="00FC1295">
              <w:rPr>
                <w:sz w:val="28"/>
                <w:szCs w:val="28"/>
              </w:rPr>
              <w:t>............................</w:t>
            </w:r>
          </w:p>
        </w:tc>
        <w:tc>
          <w:tcPr>
            <w:tcW w:w="690" w:type="dxa"/>
          </w:tcPr>
          <w:p w:rsidR="00161ED5" w:rsidRPr="005A2C85" w:rsidRDefault="006003C0" w:rsidP="006E377E">
            <w:pPr>
              <w:pStyle w:val="TableParagraph"/>
              <w:spacing w:line="240" w:lineRule="auto"/>
              <w:ind w:left="108"/>
              <w:rPr>
                <w:sz w:val="28"/>
                <w:szCs w:val="28"/>
                <w:lang w:val="ru-RU"/>
              </w:rPr>
            </w:pPr>
            <w:r>
              <w:rPr>
                <w:sz w:val="28"/>
                <w:szCs w:val="28"/>
                <w:lang w:val="ru-RU"/>
              </w:rPr>
              <w:t>87</w:t>
            </w:r>
          </w:p>
        </w:tc>
      </w:tr>
      <w:tr w:rsidR="00161ED5" w:rsidRPr="00DA741C" w:rsidTr="006003C0">
        <w:trPr>
          <w:trHeight w:val="318"/>
        </w:trPr>
        <w:tc>
          <w:tcPr>
            <w:tcW w:w="790" w:type="dxa"/>
          </w:tcPr>
          <w:p w:rsidR="00161ED5" w:rsidRPr="00DA741C" w:rsidRDefault="00161ED5" w:rsidP="006E377E">
            <w:pPr>
              <w:pStyle w:val="TableParagraph"/>
              <w:spacing w:line="240" w:lineRule="auto"/>
              <w:rPr>
                <w:sz w:val="28"/>
                <w:szCs w:val="28"/>
              </w:rPr>
            </w:pPr>
          </w:p>
        </w:tc>
        <w:tc>
          <w:tcPr>
            <w:tcW w:w="8058" w:type="dxa"/>
          </w:tcPr>
          <w:p w:rsidR="00161ED5" w:rsidRPr="00DA741C" w:rsidRDefault="006D3B17" w:rsidP="006E377E">
            <w:pPr>
              <w:pStyle w:val="TableParagraph"/>
              <w:spacing w:line="240" w:lineRule="auto"/>
              <w:ind w:left="75"/>
              <w:rPr>
                <w:sz w:val="28"/>
                <w:szCs w:val="28"/>
                <w:lang w:val="ru-RU"/>
              </w:rPr>
            </w:pPr>
            <w:r w:rsidRPr="00DA741C">
              <w:rPr>
                <w:b/>
                <w:sz w:val="28"/>
                <w:szCs w:val="28"/>
              </w:rPr>
              <w:t>ҚОСЫМШАЛАР</w:t>
            </w:r>
            <w:r w:rsidRPr="00DA741C">
              <w:rPr>
                <w:sz w:val="28"/>
                <w:szCs w:val="28"/>
              </w:rPr>
              <w:t>....................................................................</w:t>
            </w:r>
            <w:r w:rsidR="00F63869" w:rsidRPr="00DA741C">
              <w:rPr>
                <w:sz w:val="28"/>
                <w:szCs w:val="28"/>
              </w:rPr>
              <w:t>.............</w:t>
            </w:r>
          </w:p>
        </w:tc>
        <w:tc>
          <w:tcPr>
            <w:tcW w:w="690" w:type="dxa"/>
          </w:tcPr>
          <w:p w:rsidR="00161ED5" w:rsidRPr="005A2C85" w:rsidRDefault="005A2C85" w:rsidP="006E377E">
            <w:pPr>
              <w:pStyle w:val="TableParagraph"/>
              <w:spacing w:line="240" w:lineRule="auto"/>
              <w:ind w:left="108"/>
              <w:rPr>
                <w:sz w:val="28"/>
                <w:szCs w:val="28"/>
                <w:lang w:val="ru-RU"/>
              </w:rPr>
            </w:pPr>
            <w:r>
              <w:rPr>
                <w:sz w:val="28"/>
                <w:szCs w:val="28"/>
                <w:lang w:val="ru-RU"/>
              </w:rPr>
              <w:t>95</w:t>
            </w:r>
          </w:p>
        </w:tc>
      </w:tr>
    </w:tbl>
    <w:p w:rsidR="00161ED5" w:rsidRPr="00B0236C" w:rsidRDefault="00161ED5">
      <w:pPr>
        <w:spacing w:line="296" w:lineRule="exact"/>
        <w:rPr>
          <w:sz w:val="28"/>
          <w:szCs w:val="28"/>
        </w:rPr>
        <w:sectPr w:rsidR="00161ED5" w:rsidRPr="00B0236C" w:rsidSect="00B0236C">
          <w:footerReference w:type="default" r:id="rId8"/>
          <w:pgSz w:w="11910" w:h="16840"/>
          <w:pgMar w:top="1134" w:right="567" w:bottom="1134" w:left="1701" w:header="0" w:footer="882" w:gutter="0"/>
          <w:pgNumType w:start="2"/>
          <w:cols w:space="720"/>
        </w:sectPr>
      </w:pPr>
    </w:p>
    <w:p w:rsidR="00161ED5" w:rsidRPr="00B0236C" w:rsidRDefault="006D3B17">
      <w:pPr>
        <w:pStyle w:val="1"/>
        <w:ind w:left="458" w:right="435"/>
        <w:jc w:val="center"/>
      </w:pPr>
      <w:r w:rsidRPr="00B0236C">
        <w:rPr>
          <w:spacing w:val="-5"/>
        </w:rPr>
        <w:t>НОРМАТИВТІК</w:t>
      </w:r>
      <w:r w:rsidRPr="00B0236C">
        <w:rPr>
          <w:spacing w:val="-11"/>
        </w:rPr>
        <w:t xml:space="preserve"> </w:t>
      </w:r>
      <w:r w:rsidRPr="00B0236C">
        <w:rPr>
          <w:spacing w:val="-4"/>
        </w:rPr>
        <w:t>СІЛТЕМЕЛЕР</w:t>
      </w:r>
    </w:p>
    <w:p w:rsidR="00161ED5" w:rsidRPr="00B0236C" w:rsidRDefault="00161ED5">
      <w:pPr>
        <w:pStyle w:val="a5"/>
        <w:spacing w:before="8"/>
        <w:ind w:left="0" w:firstLine="0"/>
        <w:jc w:val="left"/>
        <w:rPr>
          <w:b/>
        </w:rPr>
      </w:pPr>
    </w:p>
    <w:p w:rsidR="008D4DFE" w:rsidRDefault="008D4DFE" w:rsidP="008D4DFE">
      <w:pPr>
        <w:pStyle w:val="a5"/>
        <w:spacing w:before="1" w:line="322" w:lineRule="exact"/>
        <w:ind w:left="0" w:firstLine="0"/>
      </w:pPr>
      <w:r>
        <w:t>Осы</w:t>
      </w:r>
      <w:r>
        <w:rPr>
          <w:spacing w:val="-1"/>
        </w:rPr>
        <w:t xml:space="preserve"> </w:t>
      </w:r>
      <w:r>
        <w:t>диссертацияда</w:t>
      </w:r>
      <w:r>
        <w:rPr>
          <w:spacing w:val="-5"/>
        </w:rPr>
        <w:t xml:space="preserve"> </w:t>
      </w:r>
      <w:r>
        <w:t>келесі</w:t>
      </w:r>
      <w:r>
        <w:rPr>
          <w:spacing w:val="-5"/>
        </w:rPr>
        <w:t xml:space="preserve"> </w:t>
      </w:r>
      <w:r>
        <w:t>нормативті</w:t>
      </w:r>
      <w:r>
        <w:rPr>
          <w:spacing w:val="-4"/>
        </w:rPr>
        <w:t xml:space="preserve"> </w:t>
      </w:r>
      <w:r>
        <w:t>құжаттар</w:t>
      </w:r>
      <w:r>
        <w:rPr>
          <w:spacing w:val="-5"/>
        </w:rPr>
        <w:t xml:space="preserve"> </w:t>
      </w:r>
      <w:r>
        <w:t>пайдаланылды:</w:t>
      </w:r>
    </w:p>
    <w:p w:rsidR="008D4DFE" w:rsidRDefault="008D4DFE" w:rsidP="008D4DFE">
      <w:pPr>
        <w:pStyle w:val="a7"/>
        <w:numPr>
          <w:ilvl w:val="0"/>
          <w:numId w:val="47"/>
        </w:numPr>
        <w:tabs>
          <w:tab w:val="left" w:pos="1375"/>
          <w:tab w:val="left" w:pos="1376"/>
        </w:tabs>
        <w:spacing w:line="322" w:lineRule="exact"/>
        <w:jc w:val="both"/>
        <w:rPr>
          <w:sz w:val="28"/>
        </w:rPr>
      </w:pPr>
      <w:r>
        <w:rPr>
          <w:sz w:val="28"/>
        </w:rPr>
        <w:t>Қазақстан</w:t>
      </w:r>
      <w:r>
        <w:rPr>
          <w:spacing w:val="-2"/>
          <w:sz w:val="28"/>
        </w:rPr>
        <w:t xml:space="preserve"> </w:t>
      </w:r>
      <w:r>
        <w:rPr>
          <w:sz w:val="28"/>
        </w:rPr>
        <w:t>Республикасының</w:t>
      </w:r>
      <w:r>
        <w:rPr>
          <w:spacing w:val="-2"/>
          <w:sz w:val="28"/>
        </w:rPr>
        <w:t xml:space="preserve"> </w:t>
      </w:r>
      <w:r>
        <w:rPr>
          <w:sz w:val="28"/>
        </w:rPr>
        <w:t>Конституциясы,</w:t>
      </w:r>
      <w:r>
        <w:rPr>
          <w:spacing w:val="-3"/>
          <w:sz w:val="28"/>
        </w:rPr>
        <w:t xml:space="preserve"> </w:t>
      </w:r>
      <w:r>
        <w:rPr>
          <w:sz w:val="28"/>
        </w:rPr>
        <w:t>30</w:t>
      </w:r>
      <w:r>
        <w:rPr>
          <w:spacing w:val="-2"/>
          <w:sz w:val="28"/>
        </w:rPr>
        <w:t xml:space="preserve"> </w:t>
      </w:r>
      <w:r>
        <w:rPr>
          <w:sz w:val="28"/>
        </w:rPr>
        <w:t>тамыз</w:t>
      </w:r>
      <w:r>
        <w:rPr>
          <w:spacing w:val="-3"/>
          <w:sz w:val="28"/>
        </w:rPr>
        <w:t xml:space="preserve"> </w:t>
      </w:r>
      <w:r>
        <w:rPr>
          <w:sz w:val="28"/>
        </w:rPr>
        <w:t>1995</w:t>
      </w:r>
      <w:r>
        <w:rPr>
          <w:spacing w:val="-3"/>
          <w:sz w:val="28"/>
        </w:rPr>
        <w:t xml:space="preserve"> </w:t>
      </w:r>
      <w:r>
        <w:rPr>
          <w:sz w:val="28"/>
        </w:rPr>
        <w:t>жыл.</w:t>
      </w:r>
    </w:p>
    <w:p w:rsidR="008D4DFE" w:rsidRDefault="008D4DFE" w:rsidP="008D4DFE">
      <w:pPr>
        <w:pStyle w:val="a7"/>
        <w:numPr>
          <w:ilvl w:val="0"/>
          <w:numId w:val="47"/>
        </w:numPr>
        <w:tabs>
          <w:tab w:val="left" w:pos="1375"/>
          <w:tab w:val="left" w:pos="1376"/>
        </w:tabs>
        <w:spacing w:line="322" w:lineRule="exact"/>
        <w:jc w:val="both"/>
        <w:rPr>
          <w:sz w:val="28"/>
        </w:rPr>
      </w:pPr>
      <w:r>
        <w:rPr>
          <w:sz w:val="28"/>
        </w:rPr>
        <w:t>Қазақстан</w:t>
      </w:r>
      <w:r>
        <w:rPr>
          <w:spacing w:val="19"/>
          <w:sz w:val="28"/>
        </w:rPr>
        <w:t xml:space="preserve"> </w:t>
      </w:r>
      <w:r>
        <w:rPr>
          <w:sz w:val="28"/>
        </w:rPr>
        <w:t>Республикасы</w:t>
      </w:r>
      <w:r>
        <w:rPr>
          <w:spacing w:val="38"/>
          <w:sz w:val="28"/>
        </w:rPr>
        <w:t xml:space="preserve"> </w:t>
      </w:r>
      <w:r>
        <w:rPr>
          <w:sz w:val="28"/>
        </w:rPr>
        <w:t>Президентінің</w:t>
      </w:r>
      <w:r>
        <w:rPr>
          <w:spacing w:val="18"/>
          <w:sz w:val="28"/>
        </w:rPr>
        <w:t xml:space="preserve"> </w:t>
      </w:r>
      <w:r>
        <w:rPr>
          <w:sz w:val="28"/>
        </w:rPr>
        <w:t>2016</w:t>
      </w:r>
      <w:r>
        <w:rPr>
          <w:spacing w:val="16"/>
          <w:sz w:val="28"/>
        </w:rPr>
        <w:t xml:space="preserve"> </w:t>
      </w:r>
      <w:r>
        <w:rPr>
          <w:sz w:val="28"/>
        </w:rPr>
        <w:t>жылғы</w:t>
      </w:r>
      <w:r>
        <w:rPr>
          <w:spacing w:val="17"/>
          <w:sz w:val="28"/>
        </w:rPr>
        <w:t xml:space="preserve"> </w:t>
      </w:r>
      <w:r>
        <w:rPr>
          <w:sz w:val="28"/>
        </w:rPr>
        <w:t>15</w:t>
      </w:r>
      <w:r>
        <w:rPr>
          <w:spacing w:val="18"/>
          <w:sz w:val="28"/>
        </w:rPr>
        <w:t xml:space="preserve"> </w:t>
      </w:r>
      <w:r>
        <w:rPr>
          <w:sz w:val="28"/>
        </w:rPr>
        <w:t>қаңтардағы</w:t>
      </w:r>
      <w:r>
        <w:rPr>
          <w:spacing w:val="16"/>
          <w:sz w:val="28"/>
        </w:rPr>
        <w:t xml:space="preserve"> </w:t>
      </w:r>
      <w:r>
        <w:rPr>
          <w:sz w:val="28"/>
        </w:rPr>
        <w:t>№</w:t>
      </w:r>
    </w:p>
    <w:p w:rsidR="008D4DFE" w:rsidRDefault="008D4DFE" w:rsidP="008D4DFE">
      <w:pPr>
        <w:pStyle w:val="a5"/>
        <w:ind w:left="720" w:right="360" w:firstLine="0"/>
      </w:pPr>
      <w:r>
        <w:t>176</w:t>
      </w:r>
      <w:r>
        <w:rPr>
          <w:spacing w:val="1"/>
        </w:rPr>
        <w:t xml:space="preserve"> </w:t>
      </w:r>
      <w:r>
        <w:t>Жарлығымен</w:t>
      </w:r>
      <w:r>
        <w:rPr>
          <w:spacing w:val="1"/>
        </w:rPr>
        <w:t xml:space="preserve"> </w:t>
      </w:r>
      <w:r>
        <w:t>бекітілген</w:t>
      </w:r>
      <w:r>
        <w:rPr>
          <w:spacing w:val="1"/>
        </w:rPr>
        <w:t xml:space="preserve"> </w:t>
      </w:r>
      <w:r>
        <w:t>Қазақстан</w:t>
      </w:r>
      <w:r>
        <w:rPr>
          <w:spacing w:val="1"/>
        </w:rPr>
        <w:t xml:space="preserve"> </w:t>
      </w:r>
      <w:r>
        <w:t>Республикасының</w:t>
      </w:r>
      <w:r>
        <w:rPr>
          <w:spacing w:val="1"/>
        </w:rPr>
        <w:t xml:space="preserve"> </w:t>
      </w:r>
      <w:r>
        <w:t>денсаулық</w:t>
      </w:r>
      <w:r>
        <w:rPr>
          <w:spacing w:val="1"/>
        </w:rPr>
        <w:t xml:space="preserve"> </w:t>
      </w:r>
      <w:r>
        <w:t>сақтау</w:t>
      </w:r>
      <w:r>
        <w:rPr>
          <w:spacing w:val="1"/>
        </w:rPr>
        <w:t xml:space="preserve"> </w:t>
      </w:r>
      <w:r>
        <w:t>саласын дамытудың 2016-2019 жылдарға арналған «Денсаулық» мемлекеттік</w:t>
      </w:r>
      <w:r>
        <w:rPr>
          <w:spacing w:val="1"/>
        </w:rPr>
        <w:t xml:space="preserve"> </w:t>
      </w:r>
      <w:r>
        <w:t>бағдарламасы.</w:t>
      </w:r>
    </w:p>
    <w:p w:rsidR="008D4DFE" w:rsidRPr="008D4DFE" w:rsidRDefault="008D4DFE" w:rsidP="008D4DFE">
      <w:pPr>
        <w:pStyle w:val="a7"/>
        <w:numPr>
          <w:ilvl w:val="0"/>
          <w:numId w:val="47"/>
        </w:numPr>
        <w:tabs>
          <w:tab w:val="left" w:pos="1376"/>
        </w:tabs>
        <w:spacing w:before="1"/>
        <w:ind w:right="360"/>
        <w:jc w:val="both"/>
        <w:rPr>
          <w:sz w:val="28"/>
        </w:rPr>
      </w:pPr>
      <w:r w:rsidRPr="008D4DFE">
        <w:rPr>
          <w:sz w:val="28"/>
        </w:rPr>
        <w:t>14 желтоқсан 2014 жылғы Қазақстан Республикасының Президенті –</w:t>
      </w:r>
      <w:r w:rsidRPr="008D4DFE">
        <w:rPr>
          <w:spacing w:val="1"/>
          <w:sz w:val="28"/>
        </w:rPr>
        <w:t xml:space="preserve"> </w:t>
      </w:r>
      <w:r w:rsidRPr="008D4DFE">
        <w:rPr>
          <w:sz w:val="28"/>
        </w:rPr>
        <w:t>Елбасы</w:t>
      </w:r>
      <w:r w:rsidRPr="008D4DFE">
        <w:rPr>
          <w:spacing w:val="1"/>
          <w:sz w:val="28"/>
        </w:rPr>
        <w:t xml:space="preserve"> </w:t>
      </w:r>
      <w:r w:rsidRPr="008D4DFE">
        <w:rPr>
          <w:sz w:val="28"/>
        </w:rPr>
        <w:t>Н.Ә.</w:t>
      </w:r>
      <w:r w:rsidRPr="008D4DFE">
        <w:rPr>
          <w:spacing w:val="1"/>
          <w:sz w:val="28"/>
        </w:rPr>
        <w:t xml:space="preserve"> </w:t>
      </w:r>
      <w:r w:rsidRPr="008D4DFE">
        <w:rPr>
          <w:sz w:val="28"/>
        </w:rPr>
        <w:t>Назарбаевтың</w:t>
      </w:r>
      <w:r w:rsidRPr="008D4DFE">
        <w:rPr>
          <w:spacing w:val="1"/>
          <w:sz w:val="28"/>
        </w:rPr>
        <w:t xml:space="preserve"> </w:t>
      </w:r>
      <w:r w:rsidRPr="008D4DFE">
        <w:rPr>
          <w:sz w:val="28"/>
        </w:rPr>
        <w:t>«Қазақстан-2050»</w:t>
      </w:r>
      <w:r w:rsidRPr="008D4DFE">
        <w:rPr>
          <w:spacing w:val="1"/>
          <w:sz w:val="28"/>
        </w:rPr>
        <w:t xml:space="preserve"> </w:t>
      </w:r>
      <w:r w:rsidRPr="008D4DFE">
        <w:rPr>
          <w:sz w:val="28"/>
        </w:rPr>
        <w:t>Стратегиясы</w:t>
      </w:r>
      <w:r w:rsidRPr="008D4DFE">
        <w:rPr>
          <w:spacing w:val="1"/>
          <w:sz w:val="28"/>
        </w:rPr>
        <w:t xml:space="preserve"> </w:t>
      </w:r>
      <w:r w:rsidRPr="008D4DFE">
        <w:rPr>
          <w:sz w:val="28"/>
        </w:rPr>
        <w:t>қалыптасқан</w:t>
      </w:r>
      <w:r w:rsidRPr="008D4DFE">
        <w:rPr>
          <w:spacing w:val="1"/>
          <w:sz w:val="28"/>
        </w:rPr>
        <w:t xml:space="preserve"> </w:t>
      </w:r>
      <w:r w:rsidRPr="008D4DFE">
        <w:rPr>
          <w:sz w:val="28"/>
        </w:rPr>
        <w:t>мемлекеттің</w:t>
      </w:r>
      <w:r w:rsidRPr="008D4DFE">
        <w:rPr>
          <w:spacing w:val="-1"/>
          <w:sz w:val="28"/>
        </w:rPr>
        <w:t xml:space="preserve"> </w:t>
      </w:r>
      <w:r w:rsidRPr="008D4DFE">
        <w:rPr>
          <w:sz w:val="28"/>
        </w:rPr>
        <w:t>жаңа саяси</w:t>
      </w:r>
      <w:r w:rsidRPr="008D4DFE">
        <w:rPr>
          <w:spacing w:val="-3"/>
          <w:sz w:val="28"/>
        </w:rPr>
        <w:t xml:space="preserve"> </w:t>
      </w:r>
      <w:r w:rsidRPr="008D4DFE">
        <w:rPr>
          <w:sz w:val="28"/>
        </w:rPr>
        <w:t>бағыты»</w:t>
      </w:r>
      <w:r w:rsidRPr="008D4DFE">
        <w:rPr>
          <w:spacing w:val="-1"/>
          <w:sz w:val="28"/>
        </w:rPr>
        <w:t xml:space="preserve"> </w:t>
      </w:r>
      <w:r w:rsidRPr="008D4DFE">
        <w:rPr>
          <w:sz w:val="28"/>
        </w:rPr>
        <w:t>атты</w:t>
      </w:r>
      <w:r w:rsidRPr="008D4DFE">
        <w:rPr>
          <w:spacing w:val="-1"/>
          <w:sz w:val="28"/>
        </w:rPr>
        <w:t xml:space="preserve"> </w:t>
      </w:r>
      <w:r w:rsidRPr="008D4DFE">
        <w:rPr>
          <w:sz w:val="28"/>
        </w:rPr>
        <w:t>Қазақстан халқына</w:t>
      </w:r>
      <w:r w:rsidRPr="008D4DFE">
        <w:rPr>
          <w:spacing w:val="-1"/>
          <w:sz w:val="28"/>
        </w:rPr>
        <w:t xml:space="preserve"> </w:t>
      </w:r>
      <w:r w:rsidRPr="008D4DFE">
        <w:rPr>
          <w:sz w:val="28"/>
        </w:rPr>
        <w:t>Жолдауы.</w:t>
      </w:r>
    </w:p>
    <w:p w:rsidR="008D4DFE" w:rsidRDefault="008D4DFE" w:rsidP="008D4DFE">
      <w:pPr>
        <w:pStyle w:val="a7"/>
        <w:numPr>
          <w:ilvl w:val="0"/>
          <w:numId w:val="47"/>
        </w:numPr>
        <w:tabs>
          <w:tab w:val="left" w:pos="1376"/>
        </w:tabs>
        <w:spacing w:line="321" w:lineRule="exact"/>
        <w:jc w:val="both"/>
        <w:rPr>
          <w:sz w:val="28"/>
        </w:rPr>
      </w:pPr>
      <w:r>
        <w:rPr>
          <w:sz w:val="28"/>
        </w:rPr>
        <w:t>18</w:t>
      </w:r>
      <w:r>
        <w:rPr>
          <w:spacing w:val="57"/>
          <w:sz w:val="28"/>
        </w:rPr>
        <w:t xml:space="preserve"> </w:t>
      </w:r>
      <w:r>
        <w:rPr>
          <w:sz w:val="28"/>
        </w:rPr>
        <w:t>қыркүйек</w:t>
      </w:r>
      <w:r>
        <w:rPr>
          <w:spacing w:val="57"/>
          <w:sz w:val="28"/>
        </w:rPr>
        <w:t xml:space="preserve"> </w:t>
      </w:r>
      <w:r>
        <w:rPr>
          <w:sz w:val="28"/>
        </w:rPr>
        <w:t>2009</w:t>
      </w:r>
      <w:r>
        <w:rPr>
          <w:spacing w:val="58"/>
          <w:sz w:val="28"/>
        </w:rPr>
        <w:t xml:space="preserve"> </w:t>
      </w:r>
      <w:r>
        <w:rPr>
          <w:sz w:val="28"/>
        </w:rPr>
        <w:t>ж</w:t>
      </w:r>
      <w:r>
        <w:rPr>
          <w:spacing w:val="57"/>
          <w:sz w:val="28"/>
        </w:rPr>
        <w:t xml:space="preserve"> </w:t>
      </w:r>
      <w:r>
        <w:rPr>
          <w:sz w:val="28"/>
        </w:rPr>
        <w:t>№193-IV</w:t>
      </w:r>
      <w:r>
        <w:rPr>
          <w:spacing w:val="56"/>
          <w:sz w:val="28"/>
        </w:rPr>
        <w:t xml:space="preserve"> </w:t>
      </w:r>
      <w:r>
        <w:rPr>
          <w:sz w:val="28"/>
        </w:rPr>
        <w:t>Қазақстан</w:t>
      </w:r>
      <w:r>
        <w:rPr>
          <w:spacing w:val="58"/>
          <w:sz w:val="28"/>
        </w:rPr>
        <w:t xml:space="preserve"> </w:t>
      </w:r>
      <w:r>
        <w:rPr>
          <w:sz w:val="28"/>
        </w:rPr>
        <w:t>Республикасынынң</w:t>
      </w:r>
      <w:r>
        <w:rPr>
          <w:spacing w:val="57"/>
          <w:sz w:val="28"/>
        </w:rPr>
        <w:t xml:space="preserve"> </w:t>
      </w:r>
      <w:r>
        <w:rPr>
          <w:sz w:val="28"/>
        </w:rPr>
        <w:t>Кодексі</w:t>
      </w:r>
    </w:p>
    <w:p w:rsidR="008D4DFE" w:rsidRDefault="008D4DFE" w:rsidP="008D4DFE">
      <w:pPr>
        <w:pStyle w:val="a5"/>
        <w:ind w:left="720" w:firstLine="0"/>
      </w:pPr>
      <w:r>
        <w:t>«Халық</w:t>
      </w:r>
      <w:r>
        <w:rPr>
          <w:spacing w:val="-1"/>
        </w:rPr>
        <w:t xml:space="preserve"> </w:t>
      </w:r>
      <w:r>
        <w:t>денсаулығы</w:t>
      </w:r>
      <w:r>
        <w:rPr>
          <w:spacing w:val="-3"/>
        </w:rPr>
        <w:t xml:space="preserve"> </w:t>
      </w:r>
      <w:r>
        <w:t>және</w:t>
      </w:r>
      <w:r>
        <w:rPr>
          <w:spacing w:val="-4"/>
        </w:rPr>
        <w:t xml:space="preserve"> </w:t>
      </w:r>
      <w:r>
        <w:t>денсаулық</w:t>
      </w:r>
      <w:r>
        <w:rPr>
          <w:spacing w:val="-1"/>
        </w:rPr>
        <w:t xml:space="preserve"> </w:t>
      </w:r>
      <w:r>
        <w:t>сақтау</w:t>
      </w:r>
      <w:r>
        <w:rPr>
          <w:spacing w:val="-5"/>
        </w:rPr>
        <w:t xml:space="preserve"> </w:t>
      </w:r>
      <w:r>
        <w:t>жүйесі».</w:t>
      </w:r>
    </w:p>
    <w:p w:rsidR="008D4DFE" w:rsidRPr="008D4DFE" w:rsidRDefault="008D4DFE" w:rsidP="008D4DFE">
      <w:pPr>
        <w:pStyle w:val="a7"/>
        <w:numPr>
          <w:ilvl w:val="0"/>
          <w:numId w:val="47"/>
        </w:numPr>
        <w:tabs>
          <w:tab w:val="left" w:pos="1376"/>
        </w:tabs>
        <w:spacing w:before="2"/>
        <w:ind w:right="360"/>
        <w:jc w:val="both"/>
        <w:rPr>
          <w:sz w:val="28"/>
        </w:rPr>
      </w:pPr>
      <w:r w:rsidRPr="008D4DFE">
        <w:rPr>
          <w:sz w:val="28"/>
        </w:rPr>
        <w:t>«Халық денсаулығы және денсаулық сақтау жүйесі туралы» Қазақстан</w:t>
      </w:r>
      <w:r w:rsidRPr="008D4DFE">
        <w:rPr>
          <w:spacing w:val="1"/>
          <w:sz w:val="28"/>
        </w:rPr>
        <w:t xml:space="preserve"> </w:t>
      </w:r>
      <w:r w:rsidRPr="008D4DFE">
        <w:rPr>
          <w:sz w:val="28"/>
        </w:rPr>
        <w:t>Республикасының</w:t>
      </w:r>
      <w:r w:rsidRPr="008D4DFE">
        <w:rPr>
          <w:spacing w:val="-1"/>
          <w:sz w:val="28"/>
        </w:rPr>
        <w:t xml:space="preserve"> </w:t>
      </w:r>
      <w:r w:rsidRPr="008D4DFE">
        <w:rPr>
          <w:sz w:val="28"/>
        </w:rPr>
        <w:t>2020 жылғы</w:t>
      </w:r>
      <w:r w:rsidRPr="008D4DFE">
        <w:rPr>
          <w:spacing w:val="-3"/>
          <w:sz w:val="28"/>
        </w:rPr>
        <w:t xml:space="preserve"> </w:t>
      </w:r>
      <w:r w:rsidRPr="008D4DFE">
        <w:rPr>
          <w:sz w:val="28"/>
        </w:rPr>
        <w:t>7 шiлдедегi №</w:t>
      </w:r>
      <w:r w:rsidRPr="008D4DFE">
        <w:rPr>
          <w:spacing w:val="-3"/>
          <w:sz w:val="28"/>
        </w:rPr>
        <w:t xml:space="preserve"> </w:t>
      </w:r>
      <w:r w:rsidRPr="008D4DFE">
        <w:rPr>
          <w:sz w:val="28"/>
        </w:rPr>
        <w:t>360-VI</w:t>
      </w:r>
      <w:r w:rsidRPr="008D4DFE">
        <w:rPr>
          <w:spacing w:val="-1"/>
          <w:sz w:val="28"/>
        </w:rPr>
        <w:t xml:space="preserve"> </w:t>
      </w:r>
      <w:r w:rsidRPr="008D4DFE">
        <w:rPr>
          <w:sz w:val="28"/>
        </w:rPr>
        <w:t>ҚРЗ Кодексі.</w:t>
      </w:r>
    </w:p>
    <w:p w:rsidR="008D4DFE" w:rsidRPr="008D4DFE" w:rsidRDefault="008D4DFE" w:rsidP="008D4DFE">
      <w:pPr>
        <w:pStyle w:val="a7"/>
        <w:numPr>
          <w:ilvl w:val="0"/>
          <w:numId w:val="47"/>
        </w:numPr>
        <w:tabs>
          <w:tab w:val="left" w:pos="1376"/>
        </w:tabs>
        <w:ind w:right="361"/>
        <w:jc w:val="both"/>
        <w:rPr>
          <w:sz w:val="28"/>
        </w:rPr>
      </w:pPr>
      <w:r w:rsidRPr="008D4DFE">
        <w:rPr>
          <w:sz w:val="28"/>
        </w:rPr>
        <w:t>«Міндетті әлеуметтік медициналық сақтандыру туралы»</w:t>
      </w:r>
      <w:r w:rsidRPr="008D4DFE">
        <w:rPr>
          <w:spacing w:val="70"/>
          <w:sz w:val="28"/>
        </w:rPr>
        <w:t xml:space="preserve"> </w:t>
      </w:r>
      <w:r w:rsidRPr="008D4DFE">
        <w:rPr>
          <w:sz w:val="28"/>
        </w:rPr>
        <w:t>2015 жылғы</w:t>
      </w:r>
      <w:r w:rsidRPr="008D4DFE">
        <w:rPr>
          <w:spacing w:val="1"/>
          <w:sz w:val="28"/>
        </w:rPr>
        <w:t xml:space="preserve"> </w:t>
      </w:r>
      <w:r w:rsidRPr="008D4DFE">
        <w:rPr>
          <w:sz w:val="28"/>
        </w:rPr>
        <w:t>16 қарашадағы</w:t>
      </w:r>
      <w:r w:rsidRPr="008D4DFE">
        <w:rPr>
          <w:spacing w:val="-1"/>
          <w:sz w:val="28"/>
        </w:rPr>
        <w:t xml:space="preserve"> </w:t>
      </w:r>
      <w:r w:rsidRPr="008D4DFE">
        <w:rPr>
          <w:sz w:val="28"/>
        </w:rPr>
        <w:t>№</w:t>
      </w:r>
      <w:r w:rsidRPr="008D4DFE">
        <w:rPr>
          <w:spacing w:val="-3"/>
          <w:sz w:val="28"/>
        </w:rPr>
        <w:t xml:space="preserve"> </w:t>
      </w:r>
      <w:r w:rsidRPr="008D4DFE">
        <w:rPr>
          <w:sz w:val="28"/>
        </w:rPr>
        <w:t>405-V</w:t>
      </w:r>
      <w:r w:rsidRPr="008D4DFE">
        <w:rPr>
          <w:spacing w:val="-2"/>
          <w:sz w:val="28"/>
        </w:rPr>
        <w:t xml:space="preserve"> </w:t>
      </w:r>
      <w:r w:rsidRPr="008D4DFE">
        <w:rPr>
          <w:sz w:val="28"/>
        </w:rPr>
        <w:t>ҚРЗ Қазақстан</w:t>
      </w:r>
      <w:r w:rsidRPr="008D4DFE">
        <w:rPr>
          <w:spacing w:val="-3"/>
          <w:sz w:val="28"/>
        </w:rPr>
        <w:t xml:space="preserve"> </w:t>
      </w:r>
      <w:r w:rsidRPr="008D4DFE">
        <w:rPr>
          <w:sz w:val="28"/>
        </w:rPr>
        <w:t>Республикасының Заңы.</w:t>
      </w:r>
    </w:p>
    <w:p w:rsidR="008D4DFE" w:rsidRPr="008D4DFE" w:rsidRDefault="008D4DFE" w:rsidP="008D4DFE">
      <w:pPr>
        <w:pStyle w:val="a7"/>
        <w:numPr>
          <w:ilvl w:val="0"/>
          <w:numId w:val="47"/>
        </w:numPr>
        <w:tabs>
          <w:tab w:val="left" w:pos="1376"/>
        </w:tabs>
        <w:ind w:right="359"/>
        <w:jc w:val="both"/>
        <w:rPr>
          <w:sz w:val="28"/>
        </w:rPr>
      </w:pPr>
      <w:r w:rsidRPr="008D4DFE">
        <w:rPr>
          <w:sz w:val="28"/>
        </w:rPr>
        <w:t>Қазақстан Республикасы Үкіметінің 2021 жылғы 12 қазандағы № 725</w:t>
      </w:r>
      <w:r w:rsidRPr="008D4DFE">
        <w:rPr>
          <w:spacing w:val="1"/>
          <w:sz w:val="28"/>
        </w:rPr>
        <w:t xml:space="preserve"> </w:t>
      </w:r>
      <w:r w:rsidRPr="008D4DFE">
        <w:rPr>
          <w:sz w:val="28"/>
        </w:rPr>
        <w:t>қаулысымен</w:t>
      </w:r>
      <w:r w:rsidRPr="008D4DFE">
        <w:rPr>
          <w:spacing w:val="1"/>
          <w:sz w:val="28"/>
        </w:rPr>
        <w:t xml:space="preserve"> </w:t>
      </w:r>
      <w:r w:rsidRPr="008D4DFE">
        <w:rPr>
          <w:sz w:val="28"/>
        </w:rPr>
        <w:t>бекітілген</w:t>
      </w:r>
      <w:r w:rsidRPr="008D4DFE">
        <w:rPr>
          <w:spacing w:val="1"/>
          <w:sz w:val="28"/>
        </w:rPr>
        <w:t xml:space="preserve"> </w:t>
      </w:r>
      <w:r w:rsidRPr="008D4DFE">
        <w:rPr>
          <w:sz w:val="28"/>
        </w:rPr>
        <w:t>«Дені</w:t>
      </w:r>
      <w:r w:rsidRPr="008D4DFE">
        <w:rPr>
          <w:spacing w:val="1"/>
          <w:sz w:val="28"/>
        </w:rPr>
        <w:t xml:space="preserve"> </w:t>
      </w:r>
      <w:r w:rsidRPr="008D4DFE">
        <w:rPr>
          <w:sz w:val="28"/>
        </w:rPr>
        <w:t>сау</w:t>
      </w:r>
      <w:r w:rsidRPr="008D4DFE">
        <w:rPr>
          <w:spacing w:val="1"/>
          <w:sz w:val="28"/>
        </w:rPr>
        <w:t xml:space="preserve"> </w:t>
      </w:r>
      <w:r w:rsidRPr="008D4DFE">
        <w:rPr>
          <w:sz w:val="28"/>
        </w:rPr>
        <w:t>ұлт»</w:t>
      </w:r>
      <w:r w:rsidRPr="008D4DFE">
        <w:rPr>
          <w:spacing w:val="1"/>
          <w:sz w:val="28"/>
        </w:rPr>
        <w:t xml:space="preserve"> </w:t>
      </w:r>
      <w:r w:rsidRPr="008D4DFE">
        <w:rPr>
          <w:sz w:val="28"/>
        </w:rPr>
        <w:t>әрбір</w:t>
      </w:r>
      <w:r w:rsidRPr="008D4DFE">
        <w:rPr>
          <w:spacing w:val="1"/>
          <w:sz w:val="28"/>
        </w:rPr>
        <w:t xml:space="preserve"> </w:t>
      </w:r>
      <w:r w:rsidRPr="008D4DFE">
        <w:rPr>
          <w:sz w:val="28"/>
        </w:rPr>
        <w:t>азамат</w:t>
      </w:r>
      <w:r w:rsidRPr="008D4DFE">
        <w:rPr>
          <w:spacing w:val="1"/>
          <w:sz w:val="28"/>
        </w:rPr>
        <w:t xml:space="preserve"> </w:t>
      </w:r>
      <w:r w:rsidRPr="008D4DFE">
        <w:rPr>
          <w:sz w:val="28"/>
        </w:rPr>
        <w:t>үшін</w:t>
      </w:r>
      <w:r w:rsidRPr="008D4DFE">
        <w:rPr>
          <w:spacing w:val="1"/>
          <w:sz w:val="28"/>
        </w:rPr>
        <w:t xml:space="preserve"> </w:t>
      </w:r>
      <w:r w:rsidRPr="008D4DFE">
        <w:rPr>
          <w:sz w:val="28"/>
        </w:rPr>
        <w:t>сапалы</w:t>
      </w:r>
      <w:r w:rsidRPr="008D4DFE">
        <w:rPr>
          <w:spacing w:val="1"/>
          <w:sz w:val="28"/>
        </w:rPr>
        <w:t xml:space="preserve"> </w:t>
      </w:r>
      <w:r w:rsidRPr="008D4DFE">
        <w:rPr>
          <w:sz w:val="28"/>
        </w:rPr>
        <w:t>және</w:t>
      </w:r>
      <w:r w:rsidRPr="008D4DFE">
        <w:rPr>
          <w:spacing w:val="-67"/>
          <w:sz w:val="28"/>
        </w:rPr>
        <w:t xml:space="preserve"> </w:t>
      </w:r>
      <w:r w:rsidRPr="008D4DFE">
        <w:rPr>
          <w:sz w:val="28"/>
        </w:rPr>
        <w:t>қолжетімді</w:t>
      </w:r>
      <w:r w:rsidRPr="008D4DFE">
        <w:rPr>
          <w:spacing w:val="-3"/>
          <w:sz w:val="28"/>
        </w:rPr>
        <w:t xml:space="preserve"> </w:t>
      </w:r>
      <w:r w:rsidRPr="008D4DFE">
        <w:rPr>
          <w:sz w:val="28"/>
        </w:rPr>
        <w:t>денсаулық сақтау»</w:t>
      </w:r>
      <w:r w:rsidRPr="008D4DFE">
        <w:rPr>
          <w:spacing w:val="-2"/>
          <w:sz w:val="28"/>
        </w:rPr>
        <w:t xml:space="preserve"> </w:t>
      </w:r>
      <w:r w:rsidRPr="008D4DFE">
        <w:rPr>
          <w:sz w:val="28"/>
        </w:rPr>
        <w:t>ұлттық жобасы</w:t>
      </w:r>
    </w:p>
    <w:p w:rsidR="008D4DFE" w:rsidRPr="008D4DFE" w:rsidRDefault="008D4DFE" w:rsidP="008D4DFE">
      <w:pPr>
        <w:pStyle w:val="a7"/>
        <w:numPr>
          <w:ilvl w:val="0"/>
          <w:numId w:val="47"/>
        </w:numPr>
        <w:tabs>
          <w:tab w:val="left" w:pos="1376"/>
        </w:tabs>
        <w:ind w:right="364"/>
        <w:jc w:val="both"/>
        <w:rPr>
          <w:sz w:val="28"/>
        </w:rPr>
      </w:pPr>
      <w:r w:rsidRPr="008D4DFE">
        <w:rPr>
          <w:sz w:val="28"/>
        </w:rPr>
        <w:t>ДДСҰ</w:t>
      </w:r>
      <w:r w:rsidRPr="008D4DFE">
        <w:rPr>
          <w:spacing w:val="1"/>
          <w:sz w:val="28"/>
        </w:rPr>
        <w:t xml:space="preserve"> </w:t>
      </w:r>
      <w:r w:rsidRPr="008D4DFE">
        <w:rPr>
          <w:sz w:val="28"/>
        </w:rPr>
        <w:t>медициналық-санитариялық</w:t>
      </w:r>
      <w:r w:rsidRPr="008D4DFE">
        <w:rPr>
          <w:spacing w:val="1"/>
          <w:sz w:val="28"/>
        </w:rPr>
        <w:t xml:space="preserve"> </w:t>
      </w:r>
      <w:r w:rsidRPr="008D4DFE">
        <w:rPr>
          <w:sz w:val="28"/>
        </w:rPr>
        <w:t>алғашқы</w:t>
      </w:r>
      <w:r w:rsidRPr="008D4DFE">
        <w:rPr>
          <w:spacing w:val="1"/>
          <w:sz w:val="28"/>
        </w:rPr>
        <w:t xml:space="preserve"> </w:t>
      </w:r>
      <w:r>
        <w:rPr>
          <w:sz w:val="28"/>
        </w:rPr>
        <w:t>кө</w:t>
      </w:r>
      <w:r w:rsidRPr="008D4DFE">
        <w:rPr>
          <w:sz w:val="28"/>
        </w:rPr>
        <w:t>мек</w:t>
      </w:r>
      <w:r w:rsidRPr="008D4DFE">
        <w:rPr>
          <w:spacing w:val="1"/>
          <w:sz w:val="28"/>
        </w:rPr>
        <w:t xml:space="preserve"> </w:t>
      </w:r>
      <w:r>
        <w:rPr>
          <w:sz w:val="28"/>
        </w:rPr>
        <w:t>жө</w:t>
      </w:r>
      <w:r w:rsidRPr="008D4DFE">
        <w:rPr>
          <w:sz w:val="28"/>
        </w:rPr>
        <w:t>ніндегі</w:t>
      </w:r>
      <w:r w:rsidRPr="008D4DFE">
        <w:rPr>
          <w:spacing w:val="1"/>
          <w:sz w:val="28"/>
        </w:rPr>
        <w:t xml:space="preserve"> </w:t>
      </w:r>
      <w:r w:rsidRPr="008D4DFE">
        <w:rPr>
          <w:sz w:val="28"/>
        </w:rPr>
        <w:t>халықаралық</w:t>
      </w:r>
      <w:r w:rsidRPr="008D4DFE">
        <w:rPr>
          <w:spacing w:val="-4"/>
          <w:sz w:val="28"/>
        </w:rPr>
        <w:t xml:space="preserve"> </w:t>
      </w:r>
      <w:r w:rsidRPr="008D4DFE">
        <w:rPr>
          <w:sz w:val="28"/>
        </w:rPr>
        <w:t>декларациясы</w:t>
      </w:r>
      <w:r w:rsidRPr="008D4DFE">
        <w:rPr>
          <w:spacing w:val="1"/>
          <w:sz w:val="28"/>
        </w:rPr>
        <w:t xml:space="preserve"> </w:t>
      </w:r>
      <w:r w:rsidRPr="008D4DFE">
        <w:rPr>
          <w:sz w:val="28"/>
        </w:rPr>
        <w:t>(1978</w:t>
      </w:r>
      <w:r w:rsidRPr="008D4DFE">
        <w:rPr>
          <w:spacing w:val="1"/>
          <w:sz w:val="28"/>
        </w:rPr>
        <w:t xml:space="preserve"> </w:t>
      </w:r>
      <w:r w:rsidRPr="008D4DFE">
        <w:rPr>
          <w:sz w:val="28"/>
        </w:rPr>
        <w:t>қыркүйек)</w:t>
      </w:r>
    </w:p>
    <w:p w:rsidR="008D4DFE" w:rsidRPr="008D4DFE" w:rsidRDefault="008D4DFE" w:rsidP="008D4DFE">
      <w:pPr>
        <w:pStyle w:val="a7"/>
        <w:numPr>
          <w:ilvl w:val="0"/>
          <w:numId w:val="47"/>
        </w:numPr>
        <w:tabs>
          <w:tab w:val="left" w:pos="1376"/>
        </w:tabs>
        <w:ind w:right="364"/>
        <w:jc w:val="both"/>
        <w:rPr>
          <w:sz w:val="28"/>
        </w:rPr>
      </w:pPr>
      <w:r w:rsidRPr="008D4DFE">
        <w:rPr>
          <w:sz w:val="28"/>
        </w:rPr>
        <w:t>МемСТ</w:t>
      </w:r>
      <w:r w:rsidRPr="008D4DFE">
        <w:rPr>
          <w:spacing w:val="1"/>
          <w:sz w:val="28"/>
        </w:rPr>
        <w:t xml:space="preserve"> </w:t>
      </w:r>
      <w:r w:rsidRPr="008D4DFE">
        <w:rPr>
          <w:sz w:val="28"/>
        </w:rPr>
        <w:t>2.105-95</w:t>
      </w:r>
      <w:r w:rsidRPr="008D4DFE">
        <w:rPr>
          <w:spacing w:val="1"/>
          <w:sz w:val="28"/>
        </w:rPr>
        <w:t xml:space="preserve"> </w:t>
      </w:r>
      <w:r w:rsidRPr="008D4DFE">
        <w:rPr>
          <w:sz w:val="28"/>
        </w:rPr>
        <w:t>Конструкторлық</w:t>
      </w:r>
      <w:r w:rsidRPr="008D4DFE">
        <w:rPr>
          <w:spacing w:val="1"/>
          <w:sz w:val="28"/>
        </w:rPr>
        <w:t xml:space="preserve"> </w:t>
      </w:r>
      <w:r w:rsidRPr="008D4DFE">
        <w:rPr>
          <w:sz w:val="28"/>
        </w:rPr>
        <w:t>құжаттардың</w:t>
      </w:r>
      <w:r w:rsidRPr="008D4DFE">
        <w:rPr>
          <w:spacing w:val="1"/>
          <w:sz w:val="28"/>
        </w:rPr>
        <w:t xml:space="preserve"> </w:t>
      </w:r>
      <w:r w:rsidRPr="008D4DFE">
        <w:rPr>
          <w:sz w:val="28"/>
        </w:rPr>
        <w:t>бірегейлік</w:t>
      </w:r>
      <w:r w:rsidRPr="008D4DFE">
        <w:rPr>
          <w:spacing w:val="1"/>
          <w:sz w:val="28"/>
        </w:rPr>
        <w:t xml:space="preserve"> </w:t>
      </w:r>
      <w:r w:rsidRPr="008D4DFE">
        <w:rPr>
          <w:sz w:val="28"/>
        </w:rPr>
        <w:t>жүйесі.</w:t>
      </w:r>
      <w:r w:rsidRPr="008D4DFE">
        <w:rPr>
          <w:spacing w:val="1"/>
          <w:sz w:val="28"/>
        </w:rPr>
        <w:t xml:space="preserve"> </w:t>
      </w:r>
      <w:r w:rsidRPr="008D4DFE">
        <w:rPr>
          <w:sz w:val="28"/>
        </w:rPr>
        <w:t>Мәтіндік</w:t>
      </w:r>
      <w:r w:rsidRPr="008D4DFE">
        <w:rPr>
          <w:spacing w:val="-1"/>
          <w:sz w:val="28"/>
        </w:rPr>
        <w:t xml:space="preserve"> </w:t>
      </w:r>
      <w:r w:rsidRPr="008D4DFE">
        <w:rPr>
          <w:sz w:val="28"/>
        </w:rPr>
        <w:t>құжаттарды жазуға жалпы</w:t>
      </w:r>
      <w:r w:rsidRPr="008D4DFE">
        <w:rPr>
          <w:spacing w:val="1"/>
          <w:sz w:val="28"/>
        </w:rPr>
        <w:t xml:space="preserve"> </w:t>
      </w:r>
      <w:r w:rsidRPr="008D4DFE">
        <w:rPr>
          <w:sz w:val="28"/>
        </w:rPr>
        <w:t>талаптар</w:t>
      </w:r>
    </w:p>
    <w:p w:rsidR="008D4DFE" w:rsidRPr="008D4DFE" w:rsidRDefault="008D4DFE" w:rsidP="008D4DFE">
      <w:pPr>
        <w:pStyle w:val="a7"/>
        <w:numPr>
          <w:ilvl w:val="0"/>
          <w:numId w:val="47"/>
        </w:numPr>
        <w:tabs>
          <w:tab w:val="left" w:pos="1376"/>
        </w:tabs>
        <w:ind w:right="369"/>
        <w:jc w:val="both"/>
        <w:rPr>
          <w:sz w:val="28"/>
        </w:rPr>
      </w:pPr>
      <w:r w:rsidRPr="008D4DFE">
        <w:rPr>
          <w:sz w:val="28"/>
        </w:rPr>
        <w:t>МемСТ</w:t>
      </w:r>
      <w:r w:rsidRPr="008D4DFE">
        <w:rPr>
          <w:spacing w:val="1"/>
          <w:sz w:val="28"/>
        </w:rPr>
        <w:t xml:space="preserve"> </w:t>
      </w:r>
      <w:r w:rsidRPr="008D4DFE">
        <w:rPr>
          <w:sz w:val="28"/>
        </w:rPr>
        <w:t>7.1-2003</w:t>
      </w:r>
      <w:r w:rsidRPr="008D4DFE">
        <w:rPr>
          <w:spacing w:val="1"/>
          <w:sz w:val="28"/>
        </w:rPr>
        <w:t xml:space="preserve"> </w:t>
      </w:r>
      <w:r w:rsidRPr="008D4DFE">
        <w:rPr>
          <w:sz w:val="28"/>
        </w:rPr>
        <w:t>Ақпарат,</w:t>
      </w:r>
      <w:r w:rsidRPr="008D4DFE">
        <w:rPr>
          <w:spacing w:val="1"/>
          <w:sz w:val="28"/>
        </w:rPr>
        <w:t xml:space="preserve"> </w:t>
      </w:r>
      <w:r w:rsidRPr="008D4DFE">
        <w:rPr>
          <w:sz w:val="28"/>
        </w:rPr>
        <w:t>кітапхана,</w:t>
      </w:r>
      <w:r w:rsidRPr="008D4DFE">
        <w:rPr>
          <w:spacing w:val="1"/>
          <w:sz w:val="28"/>
        </w:rPr>
        <w:t xml:space="preserve"> </w:t>
      </w:r>
      <w:r w:rsidRPr="008D4DFE">
        <w:rPr>
          <w:sz w:val="28"/>
        </w:rPr>
        <w:t>және</w:t>
      </w:r>
      <w:r w:rsidRPr="008D4DFE">
        <w:rPr>
          <w:spacing w:val="1"/>
          <w:sz w:val="28"/>
        </w:rPr>
        <w:t xml:space="preserve"> </w:t>
      </w:r>
      <w:r w:rsidRPr="008D4DFE">
        <w:rPr>
          <w:sz w:val="28"/>
        </w:rPr>
        <w:t>баспа</w:t>
      </w:r>
      <w:r w:rsidRPr="008D4DFE">
        <w:rPr>
          <w:spacing w:val="1"/>
          <w:sz w:val="28"/>
        </w:rPr>
        <w:t xml:space="preserve"> </w:t>
      </w:r>
      <w:r w:rsidRPr="008D4DFE">
        <w:rPr>
          <w:sz w:val="28"/>
        </w:rPr>
        <w:t>ісінің</w:t>
      </w:r>
      <w:r w:rsidRPr="008D4DFE">
        <w:rPr>
          <w:spacing w:val="1"/>
          <w:sz w:val="28"/>
        </w:rPr>
        <w:t xml:space="preserve"> </w:t>
      </w:r>
      <w:r w:rsidRPr="008D4DFE">
        <w:rPr>
          <w:sz w:val="28"/>
        </w:rPr>
        <w:t>жүйесіндегі</w:t>
      </w:r>
      <w:r w:rsidRPr="008D4DFE">
        <w:rPr>
          <w:spacing w:val="1"/>
          <w:sz w:val="28"/>
        </w:rPr>
        <w:t xml:space="preserve"> </w:t>
      </w:r>
      <w:r w:rsidRPr="008D4DFE">
        <w:rPr>
          <w:sz w:val="28"/>
        </w:rPr>
        <w:t>стандарттар. Құжаттарды библиографиялы хаттамалау. Жалпы талаптар және</w:t>
      </w:r>
      <w:r w:rsidRPr="008D4DFE">
        <w:rPr>
          <w:spacing w:val="1"/>
          <w:sz w:val="28"/>
        </w:rPr>
        <w:t xml:space="preserve"> </w:t>
      </w:r>
      <w:r w:rsidRPr="008D4DFE">
        <w:rPr>
          <w:sz w:val="28"/>
        </w:rPr>
        <w:t>құрастыру</w:t>
      </w:r>
      <w:r w:rsidRPr="008D4DFE">
        <w:rPr>
          <w:spacing w:val="-4"/>
          <w:sz w:val="28"/>
        </w:rPr>
        <w:t xml:space="preserve"> </w:t>
      </w:r>
      <w:r w:rsidRPr="008D4DFE">
        <w:rPr>
          <w:sz w:val="28"/>
        </w:rPr>
        <w:t>ережелері.</w:t>
      </w:r>
    </w:p>
    <w:p w:rsidR="008D4DFE" w:rsidRPr="008D4DFE" w:rsidRDefault="008D4DFE" w:rsidP="008D4DFE">
      <w:pPr>
        <w:pStyle w:val="a7"/>
        <w:numPr>
          <w:ilvl w:val="0"/>
          <w:numId w:val="47"/>
        </w:numPr>
        <w:tabs>
          <w:tab w:val="left" w:pos="1376"/>
        </w:tabs>
        <w:ind w:right="362"/>
        <w:jc w:val="both"/>
        <w:rPr>
          <w:sz w:val="28"/>
        </w:rPr>
      </w:pPr>
      <w:r w:rsidRPr="008D4DFE">
        <w:rPr>
          <w:sz w:val="28"/>
        </w:rPr>
        <w:t>МемСТ</w:t>
      </w:r>
      <w:r w:rsidRPr="008D4DFE">
        <w:rPr>
          <w:spacing w:val="1"/>
          <w:sz w:val="28"/>
        </w:rPr>
        <w:t xml:space="preserve"> </w:t>
      </w:r>
      <w:r w:rsidRPr="008D4DFE">
        <w:rPr>
          <w:sz w:val="28"/>
        </w:rPr>
        <w:t>7.32-2001</w:t>
      </w:r>
      <w:r w:rsidRPr="008D4DFE">
        <w:rPr>
          <w:spacing w:val="1"/>
          <w:sz w:val="28"/>
        </w:rPr>
        <w:t xml:space="preserve"> </w:t>
      </w:r>
      <w:r w:rsidRPr="008D4DFE">
        <w:rPr>
          <w:sz w:val="28"/>
        </w:rPr>
        <w:t>Ғылыми-зерттеу</w:t>
      </w:r>
      <w:r w:rsidRPr="008D4DFE">
        <w:rPr>
          <w:spacing w:val="1"/>
          <w:sz w:val="28"/>
        </w:rPr>
        <w:t xml:space="preserve"> </w:t>
      </w:r>
      <w:r w:rsidRPr="008D4DFE">
        <w:rPr>
          <w:sz w:val="28"/>
        </w:rPr>
        <w:t>жұмыстары</w:t>
      </w:r>
      <w:r w:rsidRPr="008D4DFE">
        <w:rPr>
          <w:spacing w:val="1"/>
          <w:sz w:val="28"/>
        </w:rPr>
        <w:t xml:space="preserve"> </w:t>
      </w:r>
      <w:r w:rsidRPr="008D4DFE">
        <w:rPr>
          <w:sz w:val="28"/>
        </w:rPr>
        <w:t>туралы</w:t>
      </w:r>
      <w:r w:rsidRPr="008D4DFE">
        <w:rPr>
          <w:spacing w:val="1"/>
          <w:sz w:val="28"/>
        </w:rPr>
        <w:t xml:space="preserve"> </w:t>
      </w:r>
      <w:r w:rsidRPr="008D4DFE">
        <w:rPr>
          <w:sz w:val="28"/>
        </w:rPr>
        <w:t>есеп</w:t>
      </w:r>
      <w:r w:rsidRPr="008D4DFE">
        <w:rPr>
          <w:spacing w:val="1"/>
          <w:sz w:val="28"/>
        </w:rPr>
        <w:t xml:space="preserve"> </w:t>
      </w:r>
      <w:r w:rsidRPr="008D4DFE">
        <w:rPr>
          <w:sz w:val="28"/>
        </w:rPr>
        <w:t>беру</w:t>
      </w:r>
      <w:r w:rsidRPr="008D4DFE">
        <w:rPr>
          <w:spacing w:val="-67"/>
          <w:sz w:val="28"/>
        </w:rPr>
        <w:t xml:space="preserve"> </w:t>
      </w:r>
      <w:r>
        <w:rPr>
          <w:sz w:val="28"/>
        </w:rPr>
        <w:t>(құрылымдары және кө</w:t>
      </w:r>
      <w:r w:rsidRPr="008D4DFE">
        <w:rPr>
          <w:sz w:val="28"/>
        </w:rPr>
        <w:t>ркемдеу</w:t>
      </w:r>
      <w:r w:rsidRPr="008D4DFE">
        <w:rPr>
          <w:spacing w:val="-4"/>
          <w:sz w:val="28"/>
        </w:rPr>
        <w:t xml:space="preserve"> </w:t>
      </w:r>
      <w:r w:rsidRPr="008D4DFE">
        <w:rPr>
          <w:sz w:val="28"/>
        </w:rPr>
        <w:t>ережелері).</w:t>
      </w:r>
    </w:p>
    <w:p w:rsidR="00161ED5" w:rsidRPr="008D4DFE" w:rsidRDefault="00161ED5">
      <w:pPr>
        <w:jc w:val="both"/>
        <w:rPr>
          <w:sz w:val="28"/>
          <w:szCs w:val="28"/>
        </w:rPr>
        <w:sectPr w:rsidR="00161ED5" w:rsidRPr="008D4DFE" w:rsidSect="00B0236C">
          <w:pgSz w:w="11910" w:h="16840"/>
          <w:pgMar w:top="1134" w:right="567" w:bottom="1134" w:left="1701" w:header="0" w:footer="882" w:gutter="0"/>
          <w:cols w:space="720"/>
        </w:sectPr>
      </w:pPr>
    </w:p>
    <w:p w:rsidR="00161ED5" w:rsidRPr="00B0236C" w:rsidRDefault="006D3B17">
      <w:pPr>
        <w:pStyle w:val="1"/>
        <w:ind w:left="458" w:right="442"/>
        <w:jc w:val="center"/>
      </w:pPr>
      <w:r w:rsidRPr="00B0236C">
        <w:t>АНЫҚТАМАЛАР</w:t>
      </w:r>
    </w:p>
    <w:p w:rsidR="00161ED5" w:rsidRPr="00B0236C" w:rsidRDefault="00161ED5">
      <w:pPr>
        <w:pStyle w:val="a5"/>
        <w:spacing w:before="8"/>
        <w:ind w:left="0" w:firstLine="0"/>
        <w:jc w:val="left"/>
        <w:rPr>
          <w:b/>
        </w:rPr>
      </w:pPr>
    </w:p>
    <w:p w:rsidR="00161ED5" w:rsidRPr="00B0236C" w:rsidRDefault="006D3B17">
      <w:pPr>
        <w:pStyle w:val="a5"/>
        <w:spacing w:before="1" w:line="322" w:lineRule="exact"/>
        <w:ind w:left="948" w:firstLine="0"/>
      </w:pPr>
      <w:r w:rsidRPr="00B0236C">
        <w:t>Осы</w:t>
      </w:r>
      <w:r w:rsidRPr="00B0236C">
        <w:rPr>
          <w:spacing w:val="-3"/>
        </w:rPr>
        <w:t xml:space="preserve"> </w:t>
      </w:r>
      <w:r w:rsidRPr="00B0236C">
        <w:t>диссертациялық</w:t>
      </w:r>
      <w:r w:rsidRPr="00B0236C">
        <w:rPr>
          <w:spacing w:val="-3"/>
        </w:rPr>
        <w:t xml:space="preserve"> </w:t>
      </w:r>
      <w:r w:rsidRPr="00B0236C">
        <w:t>жұмыста</w:t>
      </w:r>
      <w:r w:rsidRPr="00B0236C">
        <w:rPr>
          <w:spacing w:val="-6"/>
        </w:rPr>
        <w:t xml:space="preserve"> </w:t>
      </w:r>
      <w:r w:rsidRPr="00B0236C">
        <w:t>қолданылған</w:t>
      </w:r>
      <w:r w:rsidRPr="00B0236C">
        <w:rPr>
          <w:spacing w:val="-2"/>
        </w:rPr>
        <w:t xml:space="preserve"> </w:t>
      </w:r>
      <w:r w:rsidRPr="00B0236C">
        <w:t>терминдер</w:t>
      </w:r>
      <w:r w:rsidRPr="00B0236C">
        <w:rPr>
          <w:spacing w:val="-2"/>
        </w:rPr>
        <w:t xml:space="preserve"> </w:t>
      </w:r>
      <w:r w:rsidRPr="00B0236C">
        <w:t>анықтамалары:</w:t>
      </w:r>
    </w:p>
    <w:p w:rsidR="00A322BA" w:rsidRPr="00B0236C" w:rsidRDefault="00A322BA">
      <w:pPr>
        <w:pStyle w:val="a5"/>
        <w:spacing w:before="1" w:line="322" w:lineRule="exact"/>
        <w:ind w:left="948" w:firstLine="0"/>
      </w:pPr>
    </w:p>
    <w:p w:rsidR="004C4E4B" w:rsidRPr="008F5F09" w:rsidRDefault="004C4E4B" w:rsidP="00A322BA">
      <w:pPr>
        <w:pStyle w:val="a5"/>
        <w:spacing w:before="1" w:line="322" w:lineRule="exact"/>
        <w:ind w:left="426" w:firstLine="567"/>
      </w:pPr>
      <w:r w:rsidRPr="00B0236C">
        <w:rPr>
          <w:b/>
        </w:rPr>
        <w:t>Антибиотиктер –</w:t>
      </w:r>
      <w:r w:rsidR="00A322BA" w:rsidRPr="00B0236C">
        <w:rPr>
          <w:b/>
        </w:rPr>
        <w:t xml:space="preserve"> </w:t>
      </w:r>
      <w:r w:rsidR="00A322BA" w:rsidRPr="00B0236C">
        <w:t>(гр. autі — қарсы және гр. bіos — тіршілік) — микроорганизмдердің өсуін, көбеюін тежейтін немесе тоқтататын микробтар, өсімдіктер мен жануарлар жасушасынан алынатын органикалық зат.</w:t>
      </w:r>
    </w:p>
    <w:p w:rsidR="00735566" w:rsidRDefault="00735566" w:rsidP="00A322BA">
      <w:pPr>
        <w:pStyle w:val="a5"/>
        <w:spacing w:before="1" w:line="322" w:lineRule="exact"/>
        <w:ind w:left="426" w:firstLine="567"/>
        <w:rPr>
          <w:lang w:val="ru-RU"/>
        </w:rPr>
      </w:pPr>
      <w:r>
        <w:rPr>
          <w:b/>
          <w:lang w:val="ru-RU"/>
        </w:rPr>
        <w:t>Бактериялар -</w:t>
      </w:r>
      <w:r>
        <w:rPr>
          <w:lang w:val="ru-RU"/>
        </w:rPr>
        <w:t xml:space="preserve"> и</w:t>
      </w:r>
      <w:r w:rsidRPr="00735566">
        <w:rPr>
          <w:lang w:val="ru-RU"/>
        </w:rPr>
        <w:t>нфекцияны тудыруы мүмкін бір жасушалы микроорганизмдер.</w:t>
      </w:r>
    </w:p>
    <w:p w:rsidR="007D00B1" w:rsidRPr="007D00B1" w:rsidRDefault="007D00B1" w:rsidP="007D00B1">
      <w:pPr>
        <w:pStyle w:val="a5"/>
        <w:spacing w:before="1" w:line="322" w:lineRule="exact"/>
        <w:ind w:left="426" w:firstLine="567"/>
        <w:rPr>
          <w:lang w:val="ru-RU"/>
        </w:rPr>
      </w:pPr>
      <w:r w:rsidRPr="007D00B1">
        <w:rPr>
          <w:b/>
          <w:lang w:val="ru-RU"/>
        </w:rPr>
        <w:t>Бактерицидтік әсер</w:t>
      </w:r>
      <w:r>
        <w:rPr>
          <w:lang w:val="ru-RU"/>
        </w:rPr>
        <w:t xml:space="preserve"> - </w:t>
      </w:r>
      <w:r w:rsidRPr="007D00B1">
        <w:rPr>
          <w:lang w:val="ru-RU"/>
        </w:rPr>
        <w:t>антибиотиктің</w:t>
      </w:r>
      <w:r>
        <w:rPr>
          <w:lang w:val="ru-RU"/>
        </w:rPr>
        <w:t xml:space="preserve"> бактерияларды өлтіру қабілеті.</w:t>
      </w:r>
    </w:p>
    <w:p w:rsidR="007D00B1" w:rsidRDefault="007D00B1" w:rsidP="007D00B1">
      <w:pPr>
        <w:pStyle w:val="a5"/>
        <w:spacing w:before="1" w:line="322" w:lineRule="exact"/>
        <w:ind w:left="426" w:firstLine="567"/>
        <w:rPr>
          <w:lang w:val="ru-RU"/>
        </w:rPr>
      </w:pPr>
      <w:r w:rsidRPr="007D00B1">
        <w:rPr>
          <w:b/>
          <w:lang w:val="ru-RU"/>
        </w:rPr>
        <w:t>Бактериостатикалық әсер</w:t>
      </w:r>
      <w:r>
        <w:rPr>
          <w:lang w:val="ru-RU"/>
        </w:rPr>
        <w:t xml:space="preserve"> - </w:t>
      </w:r>
      <w:r w:rsidRPr="007D00B1">
        <w:rPr>
          <w:lang w:val="ru-RU"/>
        </w:rPr>
        <w:t>антибиотиктің бактериялардың өсуі мен көбеюін бәсеңдету қабілеті, бірақ оларды жоймайды.</w:t>
      </w:r>
    </w:p>
    <w:p w:rsidR="007D00B1" w:rsidRPr="00735566" w:rsidRDefault="007D00B1" w:rsidP="007D00B1">
      <w:pPr>
        <w:pStyle w:val="a5"/>
        <w:spacing w:before="1" w:line="322" w:lineRule="exact"/>
        <w:ind w:left="426" w:firstLine="567"/>
        <w:rPr>
          <w:lang w:val="ru-RU"/>
        </w:rPr>
      </w:pPr>
      <w:r w:rsidRPr="007D00B1">
        <w:rPr>
          <w:b/>
          <w:lang w:val="ru-RU"/>
        </w:rPr>
        <w:t>Антибиотиктің дозасы</w:t>
      </w:r>
      <w:r>
        <w:rPr>
          <w:lang w:val="ru-RU"/>
        </w:rPr>
        <w:t xml:space="preserve"> - </w:t>
      </w:r>
      <w:r w:rsidRPr="007D00B1">
        <w:rPr>
          <w:lang w:val="ru-RU"/>
        </w:rPr>
        <w:t>терапевтік әсерге жету үшін белгілі бір уақыт аралығында қабылдануы керек антибиотиктің мөлшері.</w:t>
      </w:r>
    </w:p>
    <w:p w:rsidR="00735566" w:rsidRDefault="004C4E4B" w:rsidP="00735566">
      <w:pPr>
        <w:pStyle w:val="a5"/>
        <w:spacing w:before="1" w:line="322" w:lineRule="exact"/>
        <w:ind w:left="426" w:firstLine="567"/>
        <w:rPr>
          <w:lang w:val="ru-RU"/>
        </w:rPr>
      </w:pPr>
      <w:r w:rsidRPr="00B0236C">
        <w:rPr>
          <w:b/>
        </w:rPr>
        <w:t>Антибиотиктерге төзімділік –</w:t>
      </w:r>
      <w:r w:rsidR="00A322BA" w:rsidRPr="00B0236C">
        <w:t xml:space="preserve"> антибиотиктердің инфекциямен күресу үшін оларға мұқтаж адамның организміне мүлдем әсер етпейтіндей бактерияның өзгеру құбылысы.</w:t>
      </w:r>
    </w:p>
    <w:p w:rsidR="007D00B1" w:rsidRPr="007D00B1" w:rsidRDefault="007D00B1" w:rsidP="00735566">
      <w:pPr>
        <w:pStyle w:val="a5"/>
        <w:spacing w:before="1" w:line="322" w:lineRule="exact"/>
        <w:ind w:left="426" w:firstLine="567"/>
        <w:rPr>
          <w:lang w:val="ru-RU"/>
        </w:rPr>
      </w:pPr>
      <w:r w:rsidRPr="007D00B1">
        <w:rPr>
          <w:b/>
          <w:lang w:val="ru-RU"/>
        </w:rPr>
        <w:t>Гендердің көлденең тасымалдануы</w:t>
      </w:r>
      <w:r>
        <w:rPr>
          <w:lang w:val="ru-RU"/>
        </w:rPr>
        <w:t xml:space="preserve"> - </w:t>
      </w:r>
      <w:r w:rsidRPr="007D00B1">
        <w:rPr>
          <w:lang w:val="ru-RU"/>
        </w:rPr>
        <w:t>ұрпақты болу процестеріне әсер етпестен бактериялар арасында генетикалық ақпаратты беру механизмі.</w:t>
      </w:r>
    </w:p>
    <w:p w:rsidR="00735566" w:rsidRDefault="008478F6" w:rsidP="00571AF2">
      <w:pPr>
        <w:pStyle w:val="a5"/>
        <w:spacing w:before="1" w:line="322" w:lineRule="exact"/>
        <w:ind w:left="426" w:firstLine="567"/>
        <w:rPr>
          <w:lang w:val="ru-RU"/>
        </w:rPr>
      </w:pPr>
      <w:r w:rsidRPr="00B0236C">
        <w:rPr>
          <w:b/>
        </w:rPr>
        <w:t xml:space="preserve">Супербактериялар – </w:t>
      </w:r>
      <w:r w:rsidR="00735566">
        <w:rPr>
          <w:lang w:val="ru-RU"/>
        </w:rPr>
        <w:t>а</w:t>
      </w:r>
      <w:r w:rsidR="00735566" w:rsidRPr="00735566">
        <w:t>нтибиотиктердің көпшілігіне төзімділігі жоғары бактериялар.</w:t>
      </w:r>
    </w:p>
    <w:p w:rsidR="004C4E4B" w:rsidRPr="00B0236C" w:rsidRDefault="008478F6" w:rsidP="00571AF2">
      <w:pPr>
        <w:pStyle w:val="a5"/>
        <w:spacing w:before="1" w:line="322" w:lineRule="exact"/>
        <w:ind w:left="426" w:firstLine="567"/>
      </w:pPr>
      <w:r w:rsidRPr="00B0236C">
        <w:rPr>
          <w:b/>
        </w:rPr>
        <w:t xml:space="preserve">Туберкулез – </w:t>
      </w:r>
      <w:r w:rsidR="00571AF2" w:rsidRPr="00B0236C">
        <w:t>бұл өкпе және лимфа түйіндерде ерекше қабыну өзгерістерінің пайда болуымен сипатталатын жұқпалы ауру.</w:t>
      </w:r>
    </w:p>
    <w:p w:rsidR="00161ED5" w:rsidRPr="00B0236C" w:rsidRDefault="006D3B17">
      <w:pPr>
        <w:pStyle w:val="a5"/>
        <w:ind w:right="365"/>
      </w:pPr>
      <w:r w:rsidRPr="00B0236C">
        <w:rPr>
          <w:b/>
        </w:rPr>
        <w:t>Денсаулық</w:t>
      </w:r>
      <w:r w:rsidRPr="00B0236C">
        <w:rPr>
          <w:b/>
          <w:spacing w:val="1"/>
        </w:rPr>
        <w:t xml:space="preserve"> </w:t>
      </w:r>
      <w:r w:rsidRPr="00B0236C">
        <w:t>–</w:t>
      </w:r>
      <w:r w:rsidRPr="00B0236C">
        <w:rPr>
          <w:spacing w:val="1"/>
        </w:rPr>
        <w:t xml:space="preserve"> </w:t>
      </w:r>
      <w:r w:rsidRPr="00B0236C">
        <w:t>аурулар</w:t>
      </w:r>
      <w:r w:rsidRPr="00B0236C">
        <w:rPr>
          <w:spacing w:val="1"/>
        </w:rPr>
        <w:t xml:space="preserve"> </w:t>
      </w:r>
      <w:r w:rsidRPr="00B0236C">
        <w:t>мен</w:t>
      </w:r>
      <w:r w:rsidRPr="00B0236C">
        <w:rPr>
          <w:spacing w:val="1"/>
        </w:rPr>
        <w:t xml:space="preserve"> </w:t>
      </w:r>
      <w:r w:rsidRPr="00B0236C">
        <w:t>дене</w:t>
      </w:r>
      <w:r w:rsidRPr="00B0236C">
        <w:rPr>
          <w:spacing w:val="1"/>
        </w:rPr>
        <w:t xml:space="preserve"> </w:t>
      </w:r>
      <w:r w:rsidRPr="00B0236C">
        <w:t>кемістіктерінің</w:t>
      </w:r>
      <w:r w:rsidRPr="00B0236C">
        <w:rPr>
          <w:spacing w:val="1"/>
        </w:rPr>
        <w:t xml:space="preserve"> </w:t>
      </w:r>
      <w:r w:rsidRPr="00B0236C">
        <w:t>болмауы</w:t>
      </w:r>
      <w:r w:rsidRPr="00B0236C">
        <w:rPr>
          <w:spacing w:val="1"/>
        </w:rPr>
        <w:t xml:space="preserve"> </w:t>
      </w:r>
      <w:r w:rsidRPr="00B0236C">
        <w:t>ғана</w:t>
      </w:r>
      <w:r w:rsidRPr="00B0236C">
        <w:rPr>
          <w:spacing w:val="1"/>
        </w:rPr>
        <w:t xml:space="preserve"> </w:t>
      </w:r>
      <w:r w:rsidRPr="00B0236C">
        <w:t>емес,</w:t>
      </w:r>
      <w:r w:rsidRPr="00B0236C">
        <w:rPr>
          <w:spacing w:val="1"/>
        </w:rPr>
        <w:t xml:space="preserve"> </w:t>
      </w:r>
      <w:r w:rsidRPr="00B0236C">
        <w:t>тұтастай</w:t>
      </w:r>
      <w:r w:rsidRPr="00B0236C">
        <w:rPr>
          <w:spacing w:val="-1"/>
        </w:rPr>
        <w:t xml:space="preserve"> </w:t>
      </w:r>
      <w:r w:rsidRPr="00B0236C">
        <w:t>тәни,</w:t>
      </w:r>
      <w:r w:rsidRPr="00B0236C">
        <w:rPr>
          <w:spacing w:val="-2"/>
        </w:rPr>
        <w:t xml:space="preserve"> </w:t>
      </w:r>
      <w:r w:rsidRPr="00B0236C">
        <w:t>рухани</w:t>
      </w:r>
      <w:r w:rsidRPr="00B0236C">
        <w:rPr>
          <w:spacing w:val="-1"/>
        </w:rPr>
        <w:t xml:space="preserve"> </w:t>
      </w:r>
      <w:r w:rsidRPr="00B0236C">
        <w:t>(психикалық)</w:t>
      </w:r>
      <w:r w:rsidRPr="00B0236C">
        <w:rPr>
          <w:spacing w:val="-1"/>
        </w:rPr>
        <w:t xml:space="preserve"> </w:t>
      </w:r>
      <w:r w:rsidRPr="00B0236C">
        <w:t>және</w:t>
      </w:r>
      <w:r w:rsidRPr="00B0236C">
        <w:rPr>
          <w:spacing w:val="-1"/>
        </w:rPr>
        <w:t xml:space="preserve"> </w:t>
      </w:r>
      <w:r w:rsidRPr="00B0236C">
        <w:t>әлеуметтік</w:t>
      </w:r>
      <w:r w:rsidRPr="00B0236C">
        <w:rPr>
          <w:spacing w:val="-1"/>
        </w:rPr>
        <w:t xml:space="preserve"> </w:t>
      </w:r>
      <w:r w:rsidRPr="00B0236C">
        <w:t>салауаттылық</w:t>
      </w:r>
      <w:r w:rsidRPr="00B0236C">
        <w:rPr>
          <w:spacing w:val="-1"/>
        </w:rPr>
        <w:t xml:space="preserve"> </w:t>
      </w:r>
      <w:r w:rsidRPr="00B0236C">
        <w:t>жағдайы.</w:t>
      </w:r>
    </w:p>
    <w:p w:rsidR="00161ED5" w:rsidRPr="00B0236C" w:rsidRDefault="006D3B17">
      <w:pPr>
        <w:pStyle w:val="a5"/>
        <w:ind w:right="365"/>
      </w:pPr>
      <w:r w:rsidRPr="00B0236C">
        <w:rPr>
          <w:b/>
        </w:rPr>
        <w:t>Денсаулық</w:t>
      </w:r>
      <w:r w:rsidRPr="00B0236C">
        <w:rPr>
          <w:b/>
          <w:spacing w:val="1"/>
        </w:rPr>
        <w:t xml:space="preserve"> </w:t>
      </w:r>
      <w:r w:rsidRPr="00B0236C">
        <w:rPr>
          <w:b/>
        </w:rPr>
        <w:t>сақтау</w:t>
      </w:r>
      <w:r w:rsidRPr="00B0236C">
        <w:rPr>
          <w:b/>
          <w:spacing w:val="1"/>
        </w:rPr>
        <w:t xml:space="preserve"> </w:t>
      </w:r>
      <w:r w:rsidRPr="00B0236C">
        <w:t>–</w:t>
      </w:r>
      <w:r w:rsidRPr="00B0236C">
        <w:rPr>
          <w:spacing w:val="1"/>
        </w:rPr>
        <w:t xml:space="preserve"> </w:t>
      </w:r>
      <w:r w:rsidRPr="00B0236C">
        <w:t>аурулардың</w:t>
      </w:r>
      <w:r w:rsidRPr="00B0236C">
        <w:rPr>
          <w:spacing w:val="1"/>
        </w:rPr>
        <w:t xml:space="preserve"> </w:t>
      </w:r>
      <w:r w:rsidRPr="00B0236C">
        <w:t>алдын</w:t>
      </w:r>
      <w:r w:rsidRPr="00B0236C">
        <w:rPr>
          <w:spacing w:val="1"/>
        </w:rPr>
        <w:t xml:space="preserve"> </w:t>
      </w:r>
      <w:r w:rsidRPr="00B0236C">
        <w:t>алуға</w:t>
      </w:r>
      <w:r w:rsidRPr="00B0236C">
        <w:rPr>
          <w:spacing w:val="1"/>
        </w:rPr>
        <w:t xml:space="preserve"> </w:t>
      </w:r>
      <w:r w:rsidRPr="00B0236C">
        <w:t>және</w:t>
      </w:r>
      <w:r w:rsidRPr="00B0236C">
        <w:rPr>
          <w:spacing w:val="1"/>
        </w:rPr>
        <w:t xml:space="preserve"> </w:t>
      </w:r>
      <w:r w:rsidRPr="00B0236C">
        <w:t>оларды</w:t>
      </w:r>
      <w:r w:rsidRPr="00B0236C">
        <w:rPr>
          <w:spacing w:val="1"/>
        </w:rPr>
        <w:t xml:space="preserve"> </w:t>
      </w:r>
      <w:r w:rsidRPr="00B0236C">
        <w:t>емдеуге,</w:t>
      </w:r>
      <w:r w:rsidRPr="00B0236C">
        <w:rPr>
          <w:spacing w:val="1"/>
        </w:rPr>
        <w:t xml:space="preserve"> </w:t>
      </w:r>
      <w:r w:rsidRPr="00B0236C">
        <w:t>қоғамдық</w:t>
      </w:r>
      <w:r w:rsidRPr="00B0236C">
        <w:rPr>
          <w:spacing w:val="1"/>
        </w:rPr>
        <w:t xml:space="preserve"> </w:t>
      </w:r>
      <w:r w:rsidRPr="00B0236C">
        <w:t>гигиена</w:t>
      </w:r>
      <w:r w:rsidRPr="00B0236C">
        <w:rPr>
          <w:spacing w:val="1"/>
        </w:rPr>
        <w:t xml:space="preserve"> </w:t>
      </w:r>
      <w:r w:rsidRPr="00B0236C">
        <w:t>мен</w:t>
      </w:r>
      <w:r w:rsidRPr="00B0236C">
        <w:rPr>
          <w:spacing w:val="1"/>
        </w:rPr>
        <w:t xml:space="preserve"> </w:t>
      </w:r>
      <w:r w:rsidRPr="00B0236C">
        <w:t>санитарияны</w:t>
      </w:r>
      <w:r w:rsidRPr="00B0236C">
        <w:rPr>
          <w:spacing w:val="1"/>
        </w:rPr>
        <w:t xml:space="preserve"> </w:t>
      </w:r>
      <w:r w:rsidRPr="00B0236C">
        <w:t>қолдауға,</w:t>
      </w:r>
      <w:r w:rsidRPr="00B0236C">
        <w:rPr>
          <w:spacing w:val="1"/>
        </w:rPr>
        <w:t xml:space="preserve"> </w:t>
      </w:r>
      <w:r w:rsidRPr="00B0236C">
        <w:t>әрбір</w:t>
      </w:r>
      <w:r w:rsidRPr="00B0236C">
        <w:rPr>
          <w:spacing w:val="1"/>
        </w:rPr>
        <w:t xml:space="preserve"> </w:t>
      </w:r>
      <w:r w:rsidRPr="00B0236C">
        <w:t>адамның</w:t>
      </w:r>
      <w:r w:rsidRPr="00B0236C">
        <w:rPr>
          <w:spacing w:val="1"/>
        </w:rPr>
        <w:t xml:space="preserve"> </w:t>
      </w:r>
      <w:r w:rsidRPr="00B0236C">
        <w:t>тәни</w:t>
      </w:r>
      <w:r w:rsidRPr="00B0236C">
        <w:rPr>
          <w:spacing w:val="1"/>
        </w:rPr>
        <w:t xml:space="preserve"> </w:t>
      </w:r>
      <w:r w:rsidRPr="00B0236C">
        <w:t>және</w:t>
      </w:r>
      <w:r w:rsidRPr="00B0236C">
        <w:rPr>
          <w:spacing w:val="1"/>
        </w:rPr>
        <w:t xml:space="preserve"> </w:t>
      </w:r>
      <w:r w:rsidRPr="00B0236C">
        <w:t>психикалық саулығын сақтап, нығ</w:t>
      </w:r>
      <w:r w:rsidR="002250F3" w:rsidRPr="00B0236C">
        <w:t>айтуға, оның ұзақ жыл белсенді ө</w:t>
      </w:r>
      <w:r w:rsidRPr="00B0236C">
        <w:t>мір сүруін</w:t>
      </w:r>
      <w:r w:rsidRPr="00B0236C">
        <w:rPr>
          <w:spacing w:val="1"/>
        </w:rPr>
        <w:t xml:space="preserve"> </w:t>
      </w:r>
      <w:r w:rsidRPr="00B0236C">
        <w:t>қолдауға,</w:t>
      </w:r>
      <w:r w:rsidRPr="00B0236C">
        <w:rPr>
          <w:spacing w:val="1"/>
        </w:rPr>
        <w:t xml:space="preserve"> </w:t>
      </w:r>
      <w:r w:rsidRPr="00B0236C">
        <w:t>денсаулығынан</w:t>
      </w:r>
      <w:r w:rsidRPr="00B0236C">
        <w:rPr>
          <w:spacing w:val="1"/>
        </w:rPr>
        <w:t xml:space="preserve"> </w:t>
      </w:r>
      <w:r w:rsidRPr="00B0236C">
        <w:t>айырылған</w:t>
      </w:r>
      <w:r w:rsidRPr="00B0236C">
        <w:rPr>
          <w:spacing w:val="1"/>
        </w:rPr>
        <w:t xml:space="preserve"> </w:t>
      </w:r>
      <w:r w:rsidRPr="00B0236C">
        <w:t>жағдайда</w:t>
      </w:r>
      <w:r w:rsidRPr="00B0236C">
        <w:rPr>
          <w:spacing w:val="1"/>
        </w:rPr>
        <w:t xml:space="preserve"> </w:t>
      </w:r>
      <w:r w:rsidRPr="00B0236C">
        <w:t>оған</w:t>
      </w:r>
      <w:r w:rsidRPr="00B0236C">
        <w:rPr>
          <w:spacing w:val="1"/>
        </w:rPr>
        <w:t xml:space="preserve"> </w:t>
      </w:r>
      <w:r w:rsidRPr="00B0236C">
        <w:t>медициналық</w:t>
      </w:r>
      <w:r w:rsidRPr="00B0236C">
        <w:rPr>
          <w:spacing w:val="1"/>
        </w:rPr>
        <w:t xml:space="preserve"> </w:t>
      </w:r>
      <w:r w:rsidR="002250F3" w:rsidRPr="00B0236C">
        <w:t>кө</w:t>
      </w:r>
      <w:r w:rsidRPr="00B0236C">
        <w:t>мек</w:t>
      </w:r>
      <w:r w:rsidRPr="00B0236C">
        <w:rPr>
          <w:spacing w:val="1"/>
        </w:rPr>
        <w:t xml:space="preserve"> </w:t>
      </w:r>
      <w:r w:rsidRPr="00B0236C">
        <w:t>ұсынуға</w:t>
      </w:r>
      <w:r w:rsidRPr="00B0236C">
        <w:rPr>
          <w:spacing w:val="1"/>
        </w:rPr>
        <w:t xml:space="preserve"> </w:t>
      </w:r>
      <w:r w:rsidRPr="00B0236C">
        <w:t>бағытталған</w:t>
      </w:r>
      <w:r w:rsidRPr="00B0236C">
        <w:rPr>
          <w:spacing w:val="1"/>
        </w:rPr>
        <w:t xml:space="preserve"> </w:t>
      </w:r>
      <w:r w:rsidRPr="00B0236C">
        <w:t>саяси,</w:t>
      </w:r>
      <w:r w:rsidRPr="00B0236C">
        <w:rPr>
          <w:spacing w:val="1"/>
        </w:rPr>
        <w:t xml:space="preserve"> </w:t>
      </w:r>
      <w:r w:rsidRPr="00B0236C">
        <w:t>экономикалық,</w:t>
      </w:r>
      <w:r w:rsidRPr="00B0236C">
        <w:rPr>
          <w:spacing w:val="1"/>
        </w:rPr>
        <w:t xml:space="preserve"> </w:t>
      </w:r>
      <w:r w:rsidRPr="00B0236C">
        <w:t>құқықтық,</w:t>
      </w:r>
      <w:r w:rsidRPr="00B0236C">
        <w:rPr>
          <w:spacing w:val="1"/>
        </w:rPr>
        <w:t xml:space="preserve"> </w:t>
      </w:r>
      <w:r w:rsidRPr="00B0236C">
        <w:t>әлеуметтік,</w:t>
      </w:r>
      <w:r w:rsidRPr="00B0236C">
        <w:rPr>
          <w:spacing w:val="1"/>
        </w:rPr>
        <w:t xml:space="preserve"> </w:t>
      </w:r>
      <w:r w:rsidRPr="00B0236C">
        <w:t>мәдени,</w:t>
      </w:r>
      <w:r w:rsidRPr="00B0236C">
        <w:rPr>
          <w:spacing w:val="1"/>
        </w:rPr>
        <w:t xml:space="preserve"> </w:t>
      </w:r>
      <w:r w:rsidRPr="00B0236C">
        <w:t>медициналық</w:t>
      </w:r>
      <w:r w:rsidRPr="00B0236C">
        <w:rPr>
          <w:spacing w:val="-1"/>
        </w:rPr>
        <w:t xml:space="preserve"> </w:t>
      </w:r>
      <w:r w:rsidRPr="00B0236C">
        <w:t>сипаттағы шаралар</w:t>
      </w:r>
      <w:r w:rsidRPr="00B0236C">
        <w:rPr>
          <w:spacing w:val="1"/>
        </w:rPr>
        <w:t xml:space="preserve"> </w:t>
      </w:r>
      <w:r w:rsidRPr="00B0236C">
        <w:t>жүйесі.</w:t>
      </w:r>
    </w:p>
    <w:p w:rsidR="00161ED5" w:rsidRPr="008F5F09" w:rsidRDefault="006D3B17">
      <w:pPr>
        <w:pStyle w:val="a5"/>
        <w:ind w:right="364"/>
      </w:pPr>
      <w:r w:rsidRPr="00B0236C">
        <w:rPr>
          <w:b/>
        </w:rPr>
        <w:t>Денсаулық</w:t>
      </w:r>
      <w:r w:rsidRPr="00B0236C">
        <w:rPr>
          <w:b/>
          <w:spacing w:val="1"/>
        </w:rPr>
        <w:t xml:space="preserve"> </w:t>
      </w:r>
      <w:r w:rsidRPr="00B0236C">
        <w:rPr>
          <w:b/>
        </w:rPr>
        <w:t>сақтау</w:t>
      </w:r>
      <w:r w:rsidRPr="00B0236C">
        <w:rPr>
          <w:b/>
          <w:spacing w:val="1"/>
        </w:rPr>
        <w:t xml:space="preserve"> </w:t>
      </w:r>
      <w:r w:rsidRPr="00B0236C">
        <w:rPr>
          <w:b/>
        </w:rPr>
        <w:t>жүйесі</w:t>
      </w:r>
      <w:r w:rsidRPr="00B0236C">
        <w:rPr>
          <w:b/>
          <w:spacing w:val="1"/>
        </w:rPr>
        <w:t xml:space="preserve"> </w:t>
      </w:r>
      <w:r w:rsidRPr="00B0236C">
        <w:t>–</w:t>
      </w:r>
      <w:r w:rsidRPr="00B0236C">
        <w:rPr>
          <w:spacing w:val="1"/>
        </w:rPr>
        <w:t xml:space="preserve"> </w:t>
      </w:r>
      <w:r w:rsidRPr="00B0236C">
        <w:t>қызметі</w:t>
      </w:r>
      <w:r w:rsidRPr="00B0236C">
        <w:rPr>
          <w:spacing w:val="1"/>
        </w:rPr>
        <w:t xml:space="preserve"> </w:t>
      </w:r>
      <w:r w:rsidRPr="00B0236C">
        <w:t>азаматтардың</w:t>
      </w:r>
      <w:r w:rsidRPr="00B0236C">
        <w:rPr>
          <w:spacing w:val="1"/>
        </w:rPr>
        <w:t xml:space="preserve"> </w:t>
      </w:r>
      <w:r w:rsidRPr="00B0236C">
        <w:t>денсаулық</w:t>
      </w:r>
      <w:r w:rsidRPr="00B0236C">
        <w:rPr>
          <w:spacing w:val="1"/>
        </w:rPr>
        <w:t xml:space="preserve"> </w:t>
      </w:r>
      <w:r w:rsidRPr="00B0236C">
        <w:t>сақтау</w:t>
      </w:r>
      <w:r w:rsidRPr="00B0236C">
        <w:rPr>
          <w:spacing w:val="1"/>
        </w:rPr>
        <w:t xml:space="preserve"> </w:t>
      </w:r>
      <w:r w:rsidRPr="00B0236C">
        <w:t>құқықтарын</w:t>
      </w:r>
      <w:r w:rsidRPr="00B0236C">
        <w:rPr>
          <w:spacing w:val="1"/>
        </w:rPr>
        <w:t xml:space="preserve"> </w:t>
      </w:r>
      <w:r w:rsidRPr="00B0236C">
        <w:t>қамтамасыз</w:t>
      </w:r>
      <w:r w:rsidRPr="00B0236C">
        <w:rPr>
          <w:spacing w:val="1"/>
        </w:rPr>
        <w:t xml:space="preserve"> </w:t>
      </w:r>
      <w:r w:rsidRPr="00B0236C">
        <w:t>етуге</w:t>
      </w:r>
      <w:r w:rsidRPr="00B0236C">
        <w:rPr>
          <w:spacing w:val="1"/>
        </w:rPr>
        <w:t xml:space="preserve"> </w:t>
      </w:r>
      <w:r w:rsidRPr="00B0236C">
        <w:t>бағытталған</w:t>
      </w:r>
      <w:r w:rsidRPr="00B0236C">
        <w:rPr>
          <w:spacing w:val="1"/>
        </w:rPr>
        <w:t xml:space="preserve"> </w:t>
      </w:r>
      <w:r w:rsidRPr="00B0236C">
        <w:t>мемлекеттік</w:t>
      </w:r>
      <w:r w:rsidRPr="00B0236C">
        <w:rPr>
          <w:spacing w:val="1"/>
        </w:rPr>
        <w:t xml:space="preserve"> </w:t>
      </w:r>
      <w:r w:rsidRPr="00B0236C">
        <w:t>органдар</w:t>
      </w:r>
      <w:r w:rsidRPr="00B0236C">
        <w:rPr>
          <w:spacing w:val="71"/>
        </w:rPr>
        <w:t xml:space="preserve"> </w:t>
      </w:r>
      <w:r w:rsidRPr="00B0236C">
        <w:t>мен</w:t>
      </w:r>
      <w:r w:rsidRPr="00B0236C">
        <w:rPr>
          <w:spacing w:val="-67"/>
        </w:rPr>
        <w:t xml:space="preserve"> </w:t>
      </w:r>
      <w:r w:rsidRPr="00B0236C">
        <w:t>денсаулық</w:t>
      </w:r>
      <w:r w:rsidRPr="00B0236C">
        <w:rPr>
          <w:spacing w:val="-1"/>
        </w:rPr>
        <w:t xml:space="preserve"> </w:t>
      </w:r>
      <w:r w:rsidRPr="00B0236C">
        <w:t>сақтау</w:t>
      </w:r>
      <w:r w:rsidRPr="00B0236C">
        <w:rPr>
          <w:spacing w:val="-4"/>
        </w:rPr>
        <w:t xml:space="preserve"> </w:t>
      </w:r>
      <w:r w:rsidRPr="00B0236C">
        <w:t>субъектілерінің</w:t>
      </w:r>
      <w:r w:rsidRPr="00B0236C">
        <w:rPr>
          <w:spacing w:val="-3"/>
        </w:rPr>
        <w:t xml:space="preserve"> </w:t>
      </w:r>
      <w:r w:rsidRPr="00B0236C">
        <w:t>жиынтығы.</w:t>
      </w:r>
    </w:p>
    <w:p w:rsidR="00735566" w:rsidRPr="008F5F09" w:rsidRDefault="00735566">
      <w:pPr>
        <w:pStyle w:val="a5"/>
        <w:ind w:right="364"/>
      </w:pPr>
      <w:r w:rsidRPr="008F5F09">
        <w:rPr>
          <w:b/>
        </w:rPr>
        <w:t>Мутациялар</w:t>
      </w:r>
      <w:r w:rsidRPr="008F5F09">
        <w:t xml:space="preserve"> - бактериялардың генетикалық материалындағы өзгерістер антибиотиктерге төзімділіктің пайда болуына әкеледі.</w:t>
      </w:r>
    </w:p>
    <w:p w:rsidR="00735566" w:rsidRPr="008F5F09" w:rsidRDefault="00735566">
      <w:pPr>
        <w:pStyle w:val="a5"/>
        <w:ind w:right="364"/>
      </w:pPr>
      <w:r w:rsidRPr="008F5F09">
        <w:rPr>
          <w:b/>
        </w:rPr>
        <w:t>Кең және тар спектр</w:t>
      </w:r>
      <w:r w:rsidRPr="008F5F09">
        <w:t xml:space="preserve"> - антибиотиктің бактериялардың кең немесе тар шеңберіне әсер ету қабілетін білдіреді.</w:t>
      </w:r>
    </w:p>
    <w:p w:rsidR="00161ED5" w:rsidRPr="008F5F09" w:rsidRDefault="006D3B17">
      <w:pPr>
        <w:pStyle w:val="a5"/>
        <w:ind w:right="364"/>
      </w:pPr>
      <w:r w:rsidRPr="00B0236C">
        <w:rPr>
          <w:b/>
        </w:rPr>
        <w:t>Қауіп-қатер</w:t>
      </w:r>
      <w:r w:rsidRPr="00B0236C">
        <w:rPr>
          <w:b/>
          <w:spacing w:val="1"/>
        </w:rPr>
        <w:t xml:space="preserve"> </w:t>
      </w:r>
      <w:r w:rsidRPr="00B0236C">
        <w:rPr>
          <w:b/>
        </w:rPr>
        <w:t>факторы</w:t>
      </w:r>
      <w:r w:rsidRPr="00B0236C">
        <w:rPr>
          <w:b/>
          <w:spacing w:val="1"/>
        </w:rPr>
        <w:t xml:space="preserve"> </w:t>
      </w:r>
      <w:r w:rsidRPr="00B0236C">
        <w:t>–</w:t>
      </w:r>
      <w:r w:rsidRPr="00B0236C">
        <w:rPr>
          <w:spacing w:val="1"/>
        </w:rPr>
        <w:t xml:space="preserve"> </w:t>
      </w:r>
      <w:r w:rsidRPr="00B0236C">
        <w:t>адамның</w:t>
      </w:r>
      <w:r w:rsidRPr="00B0236C">
        <w:rPr>
          <w:spacing w:val="1"/>
        </w:rPr>
        <w:t xml:space="preserve"> </w:t>
      </w:r>
      <w:r w:rsidRPr="00B0236C">
        <w:t>әлдебір</w:t>
      </w:r>
      <w:r w:rsidRPr="00B0236C">
        <w:rPr>
          <w:spacing w:val="1"/>
        </w:rPr>
        <w:t xml:space="preserve"> </w:t>
      </w:r>
      <w:r w:rsidRPr="00B0236C">
        <w:t>қасиеті</w:t>
      </w:r>
      <w:r w:rsidRPr="00B0236C">
        <w:rPr>
          <w:spacing w:val="1"/>
        </w:rPr>
        <w:t xml:space="preserve"> </w:t>
      </w:r>
      <w:r w:rsidRPr="00B0236C">
        <w:t>немесе</w:t>
      </w:r>
      <w:r w:rsidRPr="00B0236C">
        <w:rPr>
          <w:spacing w:val="70"/>
        </w:rPr>
        <w:t xml:space="preserve"> </w:t>
      </w:r>
      <w:r w:rsidRPr="00B0236C">
        <w:t>ерекшелігі</w:t>
      </w:r>
      <w:r w:rsidRPr="00B0236C">
        <w:rPr>
          <w:spacing w:val="1"/>
        </w:rPr>
        <w:t xml:space="preserve"> </w:t>
      </w:r>
      <w:r w:rsidRPr="00B0236C">
        <w:t>немесе ауруды немесе жарақаттың даму мүмкіндігін жоғарылататын әлдебір</w:t>
      </w:r>
      <w:r w:rsidRPr="00B0236C">
        <w:rPr>
          <w:spacing w:val="1"/>
        </w:rPr>
        <w:t xml:space="preserve"> </w:t>
      </w:r>
      <w:r w:rsidRPr="00B0236C">
        <w:t>әсер. Аса м</w:t>
      </w:r>
      <w:r w:rsidR="002250F3" w:rsidRPr="00B0236C">
        <w:t>аңызды қауіп-қатер факторлары тө</w:t>
      </w:r>
      <w:r w:rsidRPr="00B0236C">
        <w:t>мен дене салмағы, қауіпсіз емес</w:t>
      </w:r>
      <w:r w:rsidRPr="00B0236C">
        <w:rPr>
          <w:spacing w:val="1"/>
        </w:rPr>
        <w:t xml:space="preserve"> </w:t>
      </w:r>
      <w:r w:rsidRPr="00B0236C">
        <w:t>жыныстық</w:t>
      </w:r>
      <w:r w:rsidRPr="00B0236C">
        <w:rPr>
          <w:spacing w:val="1"/>
        </w:rPr>
        <w:t xml:space="preserve"> </w:t>
      </w:r>
      <w:r w:rsidRPr="00B0236C">
        <w:t>қатынас,</w:t>
      </w:r>
      <w:r w:rsidRPr="00B0236C">
        <w:rPr>
          <w:spacing w:val="1"/>
        </w:rPr>
        <w:t xml:space="preserve"> </w:t>
      </w:r>
      <w:r w:rsidRPr="00B0236C">
        <w:t>жоғары</w:t>
      </w:r>
      <w:r w:rsidRPr="00B0236C">
        <w:rPr>
          <w:spacing w:val="1"/>
        </w:rPr>
        <w:t xml:space="preserve"> </w:t>
      </w:r>
      <w:r w:rsidRPr="00B0236C">
        <w:t>қан</w:t>
      </w:r>
      <w:r w:rsidRPr="00B0236C">
        <w:rPr>
          <w:spacing w:val="1"/>
        </w:rPr>
        <w:t xml:space="preserve"> </w:t>
      </w:r>
      <w:r w:rsidRPr="00B0236C">
        <w:t>қысымы,</w:t>
      </w:r>
      <w:r w:rsidRPr="00B0236C">
        <w:rPr>
          <w:spacing w:val="1"/>
        </w:rPr>
        <w:t xml:space="preserve"> </w:t>
      </w:r>
      <w:r w:rsidRPr="00B0236C">
        <w:t>шылым</w:t>
      </w:r>
      <w:r w:rsidRPr="00B0236C">
        <w:rPr>
          <w:spacing w:val="1"/>
        </w:rPr>
        <w:t xml:space="preserve"> </w:t>
      </w:r>
      <w:r w:rsidRPr="00B0236C">
        <w:t>шегу</w:t>
      </w:r>
      <w:r w:rsidRPr="00B0236C">
        <w:rPr>
          <w:spacing w:val="1"/>
        </w:rPr>
        <w:t xml:space="preserve"> </w:t>
      </w:r>
      <w:r w:rsidRPr="00B0236C">
        <w:t>және</w:t>
      </w:r>
      <w:r w:rsidRPr="00B0236C">
        <w:rPr>
          <w:spacing w:val="1"/>
        </w:rPr>
        <w:t xml:space="preserve"> </w:t>
      </w:r>
      <w:r w:rsidRPr="00B0236C">
        <w:t>алкоголь</w:t>
      </w:r>
      <w:r w:rsidRPr="00B0236C">
        <w:rPr>
          <w:spacing w:val="1"/>
        </w:rPr>
        <w:t xml:space="preserve"> </w:t>
      </w:r>
      <w:r w:rsidRPr="00B0236C">
        <w:t>пайдалану,</w:t>
      </w:r>
      <w:r w:rsidRPr="00B0236C">
        <w:rPr>
          <w:spacing w:val="-2"/>
        </w:rPr>
        <w:t xml:space="preserve"> </w:t>
      </w:r>
      <w:r w:rsidRPr="00B0236C">
        <w:t>қауіпсіз</w:t>
      </w:r>
      <w:r w:rsidRPr="00B0236C">
        <w:rPr>
          <w:spacing w:val="-5"/>
        </w:rPr>
        <w:t xml:space="preserve"> </w:t>
      </w:r>
      <w:r w:rsidRPr="00B0236C">
        <w:t>емес су,</w:t>
      </w:r>
      <w:r w:rsidRPr="00B0236C">
        <w:rPr>
          <w:spacing w:val="-2"/>
        </w:rPr>
        <w:t xml:space="preserve"> </w:t>
      </w:r>
      <w:r w:rsidRPr="00B0236C">
        <w:t>санитария</w:t>
      </w:r>
      <w:r w:rsidRPr="00B0236C">
        <w:rPr>
          <w:spacing w:val="-1"/>
        </w:rPr>
        <w:t xml:space="preserve"> </w:t>
      </w:r>
      <w:r w:rsidRPr="00B0236C">
        <w:t>және</w:t>
      </w:r>
      <w:r w:rsidRPr="00B0236C">
        <w:rPr>
          <w:spacing w:val="-1"/>
        </w:rPr>
        <w:t xml:space="preserve"> </w:t>
      </w:r>
      <w:r w:rsidRPr="00B0236C">
        <w:t>гигиена болып</w:t>
      </w:r>
      <w:r w:rsidRPr="00B0236C">
        <w:rPr>
          <w:spacing w:val="-3"/>
        </w:rPr>
        <w:t xml:space="preserve"> </w:t>
      </w:r>
      <w:r w:rsidRPr="00B0236C">
        <w:t>табылады.</w:t>
      </w:r>
    </w:p>
    <w:p w:rsidR="00735566" w:rsidRPr="00735566" w:rsidRDefault="00735566" w:rsidP="00735566">
      <w:pPr>
        <w:pStyle w:val="a5"/>
        <w:ind w:right="364"/>
        <w:rPr>
          <w:lang w:val="ru-RU"/>
        </w:rPr>
      </w:pPr>
      <w:r w:rsidRPr="00735566">
        <w:rPr>
          <w:b/>
          <w:lang w:val="ru-RU"/>
        </w:rPr>
        <w:t>Резистом</w:t>
      </w:r>
      <w:r>
        <w:rPr>
          <w:lang w:val="ru-RU"/>
        </w:rPr>
        <w:t xml:space="preserve"> - </w:t>
      </w:r>
      <w:r w:rsidRPr="00735566">
        <w:rPr>
          <w:lang w:val="ru-RU"/>
        </w:rPr>
        <w:t>бактерияның антибиотиктерге төзімділігіне жауа</w:t>
      </w:r>
      <w:r>
        <w:rPr>
          <w:lang w:val="ru-RU"/>
        </w:rPr>
        <w:t>п беретін генетикалық материал.</w:t>
      </w:r>
    </w:p>
    <w:p w:rsidR="00735566" w:rsidRPr="00735566" w:rsidRDefault="00735566" w:rsidP="007D00B1">
      <w:pPr>
        <w:pStyle w:val="a5"/>
        <w:ind w:right="364"/>
        <w:rPr>
          <w:lang w:val="ru-RU"/>
        </w:rPr>
      </w:pPr>
      <w:r w:rsidRPr="00735566">
        <w:rPr>
          <w:b/>
          <w:lang w:val="ru-RU"/>
        </w:rPr>
        <w:t>Синергия</w:t>
      </w:r>
      <w:r>
        <w:rPr>
          <w:lang w:val="ru-RU"/>
        </w:rPr>
        <w:t xml:space="preserve"> -</w:t>
      </w:r>
      <w:r w:rsidRPr="00735566">
        <w:rPr>
          <w:lang w:val="ru-RU"/>
        </w:rPr>
        <w:t xml:space="preserve"> әсерін күшейту үшін бірнеше анти</w:t>
      </w:r>
      <w:r w:rsidR="007D00B1">
        <w:rPr>
          <w:lang w:val="ru-RU"/>
        </w:rPr>
        <w:t>биотиктердің өзара әрекеттесуі.</w:t>
      </w:r>
    </w:p>
    <w:p w:rsidR="00735566" w:rsidRPr="00735566" w:rsidRDefault="00735566" w:rsidP="007D00B1">
      <w:pPr>
        <w:pStyle w:val="a5"/>
        <w:ind w:right="364"/>
        <w:rPr>
          <w:lang w:val="ru-RU"/>
        </w:rPr>
      </w:pPr>
      <w:r w:rsidRPr="007D00B1">
        <w:rPr>
          <w:b/>
          <w:lang w:val="ru-RU"/>
        </w:rPr>
        <w:t>Кро</w:t>
      </w:r>
      <w:r w:rsidR="007D00B1" w:rsidRPr="007D00B1">
        <w:rPr>
          <w:b/>
          <w:lang w:val="ru-RU"/>
        </w:rPr>
        <w:t>сс-</w:t>
      </w:r>
      <w:r w:rsidRPr="007D00B1">
        <w:rPr>
          <w:b/>
          <w:lang w:val="ru-RU"/>
        </w:rPr>
        <w:t>төзімд</w:t>
      </w:r>
      <w:r w:rsidR="007D00B1" w:rsidRPr="007D00B1">
        <w:rPr>
          <w:b/>
          <w:lang w:val="ru-RU"/>
        </w:rPr>
        <w:t>ілік</w:t>
      </w:r>
      <w:r w:rsidR="007D00B1">
        <w:rPr>
          <w:lang w:val="ru-RU"/>
        </w:rPr>
        <w:t xml:space="preserve"> - бактериялардың бір тобының</w:t>
      </w:r>
      <w:r w:rsidRPr="00735566">
        <w:rPr>
          <w:lang w:val="ru-RU"/>
        </w:rPr>
        <w:t xml:space="preserve"> бірнеше түр</w:t>
      </w:r>
      <w:r w:rsidR="007D00B1">
        <w:rPr>
          <w:lang w:val="ru-RU"/>
        </w:rPr>
        <w:t>лі антибиотиктерге төзімділігі.</w:t>
      </w:r>
    </w:p>
    <w:p w:rsidR="00735566" w:rsidRDefault="007D00B1" w:rsidP="00735566">
      <w:pPr>
        <w:pStyle w:val="a5"/>
        <w:ind w:right="364"/>
        <w:rPr>
          <w:lang w:val="ru-RU"/>
        </w:rPr>
      </w:pPr>
      <w:r w:rsidRPr="007D00B1">
        <w:rPr>
          <w:b/>
          <w:lang w:val="ru-RU"/>
        </w:rPr>
        <w:t>Инфекцияны бақылау</w:t>
      </w:r>
      <w:r>
        <w:rPr>
          <w:lang w:val="ru-RU"/>
        </w:rPr>
        <w:t xml:space="preserve"> - </w:t>
      </w:r>
      <w:r w:rsidR="00735566" w:rsidRPr="00735566">
        <w:rPr>
          <w:lang w:val="ru-RU"/>
        </w:rPr>
        <w:t>инфекциялардың таралуын</w:t>
      </w:r>
      <w:r>
        <w:rPr>
          <w:lang w:val="ru-RU"/>
        </w:rPr>
        <w:t xml:space="preserve"> болдырмайтын</w:t>
      </w:r>
      <w:r w:rsidR="00735566" w:rsidRPr="00735566">
        <w:rPr>
          <w:lang w:val="ru-RU"/>
        </w:rPr>
        <w:t xml:space="preserve"> және </w:t>
      </w:r>
      <w:r>
        <w:rPr>
          <w:lang w:val="ru-RU"/>
        </w:rPr>
        <w:t>антибиотикке төзімділікті тежеу</w:t>
      </w:r>
      <w:r w:rsidR="00735566" w:rsidRPr="00735566">
        <w:rPr>
          <w:lang w:val="ru-RU"/>
        </w:rPr>
        <w:t xml:space="preserve"> шаралары.</w:t>
      </w:r>
    </w:p>
    <w:p w:rsidR="007D00B1" w:rsidRPr="00735566" w:rsidRDefault="007D00B1" w:rsidP="00735566">
      <w:pPr>
        <w:pStyle w:val="a5"/>
        <w:ind w:right="364"/>
        <w:rPr>
          <w:lang w:val="ru-RU"/>
        </w:rPr>
      </w:pPr>
      <w:r w:rsidRPr="007D00B1">
        <w:rPr>
          <w:b/>
          <w:lang w:val="ru-RU"/>
        </w:rPr>
        <w:t>Антибиотиктерді ұтымды қолдану</w:t>
      </w:r>
      <w:r>
        <w:rPr>
          <w:lang w:val="ru-RU"/>
        </w:rPr>
        <w:t xml:space="preserve"> - </w:t>
      </w:r>
      <w:r w:rsidRPr="007D00B1">
        <w:rPr>
          <w:lang w:val="ru-RU"/>
        </w:rPr>
        <w:t>антибиотиктерге төзімділіктің даму қаупін азайту үшін дәрігердің ұсыныстары мен микробқа қарсы терапия принциптерін ескере отырып, антибиотиктерді қолдану.</w:t>
      </w:r>
    </w:p>
    <w:p w:rsidR="00161ED5" w:rsidRPr="00B0236C" w:rsidRDefault="006D3B17" w:rsidP="004C4E4B">
      <w:pPr>
        <w:pStyle w:val="a5"/>
        <w:ind w:right="362"/>
      </w:pPr>
      <w:r w:rsidRPr="00B0236C">
        <w:rPr>
          <w:b/>
        </w:rPr>
        <w:t>Санитарлы-ағарту жұмысы</w:t>
      </w:r>
      <w:r w:rsidRPr="00B0236C">
        <w:rPr>
          <w:b/>
          <w:spacing w:val="1"/>
        </w:rPr>
        <w:t xml:space="preserve"> </w:t>
      </w:r>
      <w:r w:rsidRPr="00B0236C">
        <w:t>–</w:t>
      </w:r>
      <w:r w:rsidRPr="00B0236C">
        <w:rPr>
          <w:spacing w:val="1"/>
        </w:rPr>
        <w:t xml:space="preserve"> </w:t>
      </w:r>
      <w:r w:rsidRPr="00B0236C">
        <w:t>салауатты</w:t>
      </w:r>
      <w:r w:rsidRPr="00B0236C">
        <w:rPr>
          <w:spacing w:val="1"/>
        </w:rPr>
        <w:t xml:space="preserve"> </w:t>
      </w:r>
      <w:r w:rsidR="002250F3" w:rsidRPr="00B0236C">
        <w:t>ө</w:t>
      </w:r>
      <w:r w:rsidRPr="00B0236C">
        <w:t>мір</w:t>
      </w:r>
      <w:r w:rsidRPr="00B0236C">
        <w:rPr>
          <w:spacing w:val="1"/>
        </w:rPr>
        <w:t xml:space="preserve"> </w:t>
      </w:r>
      <w:r w:rsidRPr="00B0236C">
        <w:t>салтын</w:t>
      </w:r>
      <w:r w:rsidRPr="00B0236C">
        <w:rPr>
          <w:spacing w:val="1"/>
        </w:rPr>
        <w:t xml:space="preserve"> </w:t>
      </w:r>
      <w:r w:rsidRPr="00B0236C">
        <w:t>қалыптастыруға,</w:t>
      </w:r>
      <w:r w:rsidRPr="00B0236C">
        <w:rPr>
          <w:spacing w:val="1"/>
        </w:rPr>
        <w:t xml:space="preserve"> </w:t>
      </w:r>
      <w:r w:rsidRPr="00B0236C">
        <w:t>сырқаттардың алдын алуына, денсаулықты сақтау мен нығайтуға, адамдардың</w:t>
      </w:r>
      <w:r w:rsidRPr="00B0236C">
        <w:rPr>
          <w:spacing w:val="1"/>
        </w:rPr>
        <w:t xml:space="preserve"> </w:t>
      </w:r>
      <w:r w:rsidRPr="00B0236C">
        <w:t>еңбекке</w:t>
      </w:r>
      <w:r w:rsidRPr="00B0236C">
        <w:rPr>
          <w:spacing w:val="1"/>
        </w:rPr>
        <w:t xml:space="preserve"> </w:t>
      </w:r>
      <w:r w:rsidRPr="00B0236C">
        <w:t>қабілеттілігін</w:t>
      </w:r>
      <w:r w:rsidRPr="00B0236C">
        <w:rPr>
          <w:spacing w:val="1"/>
        </w:rPr>
        <w:t xml:space="preserve"> </w:t>
      </w:r>
      <w:r w:rsidRPr="00B0236C">
        <w:t>жоғарлатуға</w:t>
      </w:r>
      <w:r w:rsidRPr="00B0236C">
        <w:rPr>
          <w:spacing w:val="1"/>
        </w:rPr>
        <w:t xml:space="preserve"> </w:t>
      </w:r>
      <w:r w:rsidRPr="00B0236C">
        <w:t>және</w:t>
      </w:r>
      <w:r w:rsidRPr="00B0236C">
        <w:rPr>
          <w:spacing w:val="1"/>
        </w:rPr>
        <w:t xml:space="preserve"> </w:t>
      </w:r>
      <w:r w:rsidRPr="00B0236C">
        <w:t>олардың</w:t>
      </w:r>
      <w:r w:rsidRPr="00B0236C">
        <w:rPr>
          <w:spacing w:val="1"/>
        </w:rPr>
        <w:t xml:space="preserve"> </w:t>
      </w:r>
      <w:r w:rsidRPr="00B0236C">
        <w:t>белсенді</w:t>
      </w:r>
      <w:r w:rsidRPr="00B0236C">
        <w:rPr>
          <w:spacing w:val="1"/>
        </w:rPr>
        <w:t xml:space="preserve"> </w:t>
      </w:r>
      <w:r w:rsidR="002250F3" w:rsidRPr="00B0236C">
        <w:t>ө</w:t>
      </w:r>
      <w:r w:rsidRPr="00B0236C">
        <w:t>мірін</w:t>
      </w:r>
      <w:r w:rsidRPr="00B0236C">
        <w:rPr>
          <w:spacing w:val="1"/>
        </w:rPr>
        <w:t xml:space="preserve"> </w:t>
      </w:r>
      <w:r w:rsidRPr="00B0236C">
        <w:t>ұзартуға</w:t>
      </w:r>
      <w:r w:rsidRPr="00B0236C">
        <w:rPr>
          <w:spacing w:val="1"/>
        </w:rPr>
        <w:t xml:space="preserve"> </w:t>
      </w:r>
      <w:r w:rsidRPr="00B0236C">
        <w:t>бағытталған білім беретін, тәрбиелік және үгіт – насихат бойынша шаралардың</w:t>
      </w:r>
      <w:r w:rsidRPr="00B0236C">
        <w:rPr>
          <w:spacing w:val="1"/>
        </w:rPr>
        <w:t xml:space="preserve"> </w:t>
      </w:r>
      <w:r w:rsidRPr="00B0236C">
        <w:t>кешені.</w:t>
      </w:r>
    </w:p>
    <w:p w:rsidR="004C4E4B" w:rsidRPr="002B433C" w:rsidRDefault="004C4E4B" w:rsidP="000E19FA">
      <w:pPr>
        <w:rPr>
          <w:sz w:val="28"/>
          <w:szCs w:val="28"/>
        </w:rPr>
        <w:sectPr w:rsidR="004C4E4B" w:rsidRPr="002B433C" w:rsidSect="00B0236C">
          <w:pgSz w:w="11910" w:h="16840"/>
          <w:pgMar w:top="1134" w:right="567" w:bottom="1134" w:left="1701" w:header="0" w:footer="882" w:gutter="0"/>
          <w:cols w:space="720"/>
        </w:sectPr>
      </w:pPr>
    </w:p>
    <w:p w:rsidR="00161ED5" w:rsidRPr="00B0236C" w:rsidRDefault="006D3B17" w:rsidP="000E19FA">
      <w:pPr>
        <w:pStyle w:val="1"/>
        <w:ind w:left="0" w:right="440"/>
      </w:pPr>
      <w:r w:rsidRPr="00B0236C">
        <w:t>ҚЫСҚАРТУЛАР</w:t>
      </w:r>
    </w:p>
    <w:p w:rsidR="00161ED5" w:rsidRPr="00B0236C" w:rsidRDefault="00161ED5">
      <w:pPr>
        <w:pStyle w:val="a5"/>
        <w:spacing w:before="8"/>
        <w:ind w:left="0" w:firstLine="0"/>
        <w:jc w:val="left"/>
        <w:rPr>
          <w:b/>
        </w:rPr>
      </w:pPr>
    </w:p>
    <w:p w:rsidR="004C4E4B" w:rsidRPr="00B0236C" w:rsidRDefault="008478F6" w:rsidP="00A322BA">
      <w:pPr>
        <w:spacing w:line="242" w:lineRule="auto"/>
        <w:jc w:val="both"/>
        <w:rPr>
          <w:i/>
          <w:sz w:val="28"/>
          <w:szCs w:val="28"/>
        </w:rPr>
      </w:pPr>
      <w:r w:rsidRPr="00B0236C">
        <w:rPr>
          <w:i/>
          <w:sz w:val="28"/>
          <w:szCs w:val="28"/>
        </w:rPr>
        <w:t>Микроорганизмдер</w:t>
      </w:r>
    </w:p>
    <w:p w:rsidR="008478F6" w:rsidRPr="00B0236C" w:rsidRDefault="008478F6" w:rsidP="00A322BA">
      <w:pPr>
        <w:spacing w:line="242" w:lineRule="auto"/>
        <w:jc w:val="both"/>
        <w:rPr>
          <w:sz w:val="28"/>
          <w:szCs w:val="28"/>
        </w:rPr>
      </w:pPr>
    </w:p>
    <w:p w:rsidR="004C4E4B" w:rsidRPr="00B97E50" w:rsidRDefault="004C4E4B" w:rsidP="00A322BA">
      <w:pPr>
        <w:spacing w:line="242" w:lineRule="auto"/>
        <w:jc w:val="both"/>
        <w:rPr>
          <w:sz w:val="28"/>
          <w:szCs w:val="28"/>
        </w:rPr>
      </w:pPr>
      <w:r w:rsidRPr="00B0236C">
        <w:rPr>
          <w:sz w:val="28"/>
          <w:szCs w:val="28"/>
        </w:rPr>
        <w:t xml:space="preserve">Е.coli </w:t>
      </w:r>
      <w:r w:rsidRPr="00B97E50">
        <w:rPr>
          <w:sz w:val="28"/>
          <w:szCs w:val="28"/>
        </w:rPr>
        <w:t>- Escherichia coli</w:t>
      </w:r>
    </w:p>
    <w:p w:rsidR="004C4E4B" w:rsidRDefault="004C4E4B" w:rsidP="00A322BA">
      <w:pPr>
        <w:spacing w:line="242" w:lineRule="auto"/>
        <w:jc w:val="both"/>
        <w:rPr>
          <w:sz w:val="28"/>
          <w:szCs w:val="28"/>
        </w:rPr>
      </w:pPr>
      <w:r w:rsidRPr="00B0236C">
        <w:rPr>
          <w:sz w:val="28"/>
          <w:szCs w:val="28"/>
        </w:rPr>
        <w:t xml:space="preserve">E.faecium </w:t>
      </w:r>
      <w:r w:rsidRPr="00B0236C">
        <w:rPr>
          <w:sz w:val="28"/>
          <w:szCs w:val="28"/>
          <w:lang w:val="en-US"/>
        </w:rPr>
        <w:t>- Enterococcus faecium</w:t>
      </w:r>
    </w:p>
    <w:p w:rsidR="008D4DFE" w:rsidRPr="008D4DFE" w:rsidRDefault="008D4DFE" w:rsidP="00A322BA">
      <w:pPr>
        <w:spacing w:line="242" w:lineRule="auto"/>
        <w:jc w:val="both"/>
        <w:rPr>
          <w:sz w:val="28"/>
          <w:szCs w:val="28"/>
        </w:rPr>
      </w:pPr>
      <w:r w:rsidRPr="008D4DFE">
        <w:rPr>
          <w:sz w:val="28"/>
          <w:szCs w:val="28"/>
        </w:rPr>
        <w:t>Н. influenzae - Haemophilus influenzae</w:t>
      </w:r>
    </w:p>
    <w:p w:rsidR="004C4E4B" w:rsidRPr="00B0236C" w:rsidRDefault="004C4E4B" w:rsidP="00A322BA">
      <w:pPr>
        <w:spacing w:line="242" w:lineRule="auto"/>
        <w:jc w:val="both"/>
        <w:rPr>
          <w:sz w:val="28"/>
          <w:szCs w:val="28"/>
          <w:lang w:val="en-US"/>
        </w:rPr>
      </w:pPr>
      <w:r w:rsidRPr="00B0236C">
        <w:rPr>
          <w:sz w:val="28"/>
          <w:szCs w:val="28"/>
        </w:rPr>
        <w:t xml:space="preserve">М.catarrhalis </w:t>
      </w:r>
      <w:r w:rsidRPr="00B0236C">
        <w:rPr>
          <w:sz w:val="28"/>
          <w:szCs w:val="28"/>
          <w:lang w:val="en-US"/>
        </w:rPr>
        <w:t>- Moraxella catarrhalis</w:t>
      </w:r>
    </w:p>
    <w:p w:rsidR="004C4E4B" w:rsidRPr="00B0236C" w:rsidRDefault="004C4E4B" w:rsidP="00A322BA">
      <w:pPr>
        <w:spacing w:line="242" w:lineRule="auto"/>
        <w:jc w:val="both"/>
        <w:rPr>
          <w:sz w:val="28"/>
          <w:szCs w:val="28"/>
          <w:lang w:val="en-US"/>
        </w:rPr>
      </w:pPr>
      <w:r w:rsidRPr="00B0236C">
        <w:rPr>
          <w:sz w:val="28"/>
          <w:szCs w:val="28"/>
        </w:rPr>
        <w:t xml:space="preserve">М. tuberculosis </w:t>
      </w:r>
      <w:r w:rsidRPr="00B0236C">
        <w:rPr>
          <w:sz w:val="28"/>
          <w:szCs w:val="28"/>
          <w:lang w:val="en-US"/>
        </w:rPr>
        <w:t xml:space="preserve"> - Micobacterium tuberculosis</w:t>
      </w:r>
    </w:p>
    <w:p w:rsidR="004C4E4B" w:rsidRPr="00B0236C" w:rsidRDefault="004C4E4B" w:rsidP="00A322BA">
      <w:pPr>
        <w:spacing w:line="242" w:lineRule="auto"/>
        <w:jc w:val="both"/>
        <w:rPr>
          <w:sz w:val="28"/>
          <w:szCs w:val="28"/>
          <w:lang w:val="en-US"/>
        </w:rPr>
      </w:pPr>
      <w:r w:rsidRPr="00B0236C">
        <w:rPr>
          <w:sz w:val="28"/>
          <w:szCs w:val="28"/>
        </w:rPr>
        <w:t xml:space="preserve">N. gonorrhoeae </w:t>
      </w:r>
      <w:r w:rsidRPr="00B0236C">
        <w:rPr>
          <w:sz w:val="28"/>
          <w:szCs w:val="28"/>
          <w:lang w:val="en-US"/>
        </w:rPr>
        <w:t>- Neisseria gonorrhoeae</w:t>
      </w:r>
    </w:p>
    <w:p w:rsidR="004C4E4B" w:rsidRPr="00B0236C" w:rsidRDefault="004C4E4B" w:rsidP="00A322BA">
      <w:pPr>
        <w:spacing w:line="242" w:lineRule="auto"/>
        <w:jc w:val="both"/>
        <w:rPr>
          <w:sz w:val="28"/>
          <w:szCs w:val="28"/>
          <w:lang w:val="en-US"/>
        </w:rPr>
      </w:pPr>
      <w:r w:rsidRPr="00B0236C">
        <w:rPr>
          <w:sz w:val="28"/>
          <w:szCs w:val="28"/>
        </w:rPr>
        <w:t xml:space="preserve">P.aeruginosa </w:t>
      </w:r>
      <w:r w:rsidR="008478F6" w:rsidRPr="00B0236C">
        <w:rPr>
          <w:sz w:val="28"/>
          <w:szCs w:val="28"/>
          <w:lang w:val="en-US"/>
        </w:rPr>
        <w:t>- Pseudomonas aeruginosa</w:t>
      </w:r>
    </w:p>
    <w:p w:rsidR="004C4E4B" w:rsidRPr="00B0236C" w:rsidRDefault="004C4E4B" w:rsidP="00A322BA">
      <w:pPr>
        <w:spacing w:line="242" w:lineRule="auto"/>
        <w:jc w:val="both"/>
        <w:rPr>
          <w:sz w:val="28"/>
          <w:szCs w:val="28"/>
          <w:lang w:val="en-US"/>
        </w:rPr>
      </w:pPr>
      <w:r w:rsidRPr="00B0236C">
        <w:rPr>
          <w:sz w:val="28"/>
          <w:szCs w:val="28"/>
        </w:rPr>
        <w:t xml:space="preserve">S.aureus </w:t>
      </w:r>
      <w:r w:rsidR="008478F6" w:rsidRPr="00B0236C">
        <w:rPr>
          <w:sz w:val="28"/>
          <w:szCs w:val="28"/>
          <w:lang w:val="en-US"/>
        </w:rPr>
        <w:t>- Staphylococcus aureus</w:t>
      </w:r>
    </w:p>
    <w:p w:rsidR="004C4E4B" w:rsidRPr="00B0236C" w:rsidRDefault="004C4E4B" w:rsidP="00A322BA">
      <w:pPr>
        <w:spacing w:line="242" w:lineRule="auto"/>
        <w:jc w:val="both"/>
        <w:rPr>
          <w:sz w:val="28"/>
          <w:szCs w:val="28"/>
          <w:lang w:val="en-US"/>
        </w:rPr>
      </w:pPr>
      <w:r w:rsidRPr="00B0236C">
        <w:rPr>
          <w:sz w:val="28"/>
          <w:szCs w:val="28"/>
        </w:rPr>
        <w:t xml:space="preserve">S.pneumoniae </w:t>
      </w:r>
      <w:r w:rsidR="008478F6" w:rsidRPr="00B0236C">
        <w:rPr>
          <w:sz w:val="28"/>
          <w:szCs w:val="28"/>
          <w:lang w:val="en-US"/>
        </w:rPr>
        <w:t xml:space="preserve"> - Streptococcus pneumoniae</w:t>
      </w:r>
    </w:p>
    <w:p w:rsidR="004C4E4B" w:rsidRPr="00B0236C" w:rsidRDefault="004C4E4B" w:rsidP="00A322BA">
      <w:pPr>
        <w:spacing w:line="242" w:lineRule="auto"/>
        <w:jc w:val="both"/>
        <w:rPr>
          <w:sz w:val="28"/>
          <w:szCs w:val="28"/>
          <w:lang w:val="en-US"/>
        </w:rPr>
      </w:pPr>
      <w:r w:rsidRPr="00B0236C">
        <w:rPr>
          <w:sz w:val="28"/>
          <w:szCs w:val="28"/>
        </w:rPr>
        <w:t xml:space="preserve">S. pyogenes </w:t>
      </w:r>
      <w:r w:rsidR="008478F6" w:rsidRPr="00B0236C">
        <w:rPr>
          <w:sz w:val="28"/>
          <w:szCs w:val="28"/>
          <w:lang w:val="en-US"/>
        </w:rPr>
        <w:t>- Streptococcus pyogenes</w:t>
      </w:r>
    </w:p>
    <w:p w:rsidR="004C4E4B" w:rsidRPr="00B0236C" w:rsidRDefault="004C4E4B" w:rsidP="00A322BA">
      <w:pPr>
        <w:spacing w:line="242" w:lineRule="auto"/>
        <w:jc w:val="both"/>
        <w:rPr>
          <w:sz w:val="28"/>
          <w:szCs w:val="28"/>
          <w:lang w:val="en-US"/>
        </w:rPr>
      </w:pPr>
      <w:r w:rsidRPr="00B0236C">
        <w:rPr>
          <w:sz w:val="28"/>
          <w:szCs w:val="28"/>
        </w:rPr>
        <w:t xml:space="preserve">S. dysenteriae </w:t>
      </w:r>
      <w:r w:rsidR="008478F6" w:rsidRPr="00B0236C">
        <w:rPr>
          <w:sz w:val="28"/>
          <w:szCs w:val="28"/>
          <w:lang w:val="en-US"/>
        </w:rPr>
        <w:t>- Shigella dysenteriae</w:t>
      </w:r>
    </w:p>
    <w:p w:rsidR="004C4E4B" w:rsidRPr="00B0236C" w:rsidRDefault="004C4E4B" w:rsidP="00A322BA">
      <w:pPr>
        <w:spacing w:line="242" w:lineRule="auto"/>
        <w:jc w:val="both"/>
        <w:rPr>
          <w:sz w:val="28"/>
          <w:szCs w:val="28"/>
          <w:lang w:val="en-US"/>
        </w:rPr>
      </w:pPr>
      <w:r w:rsidRPr="00B0236C">
        <w:rPr>
          <w:sz w:val="28"/>
          <w:szCs w:val="28"/>
        </w:rPr>
        <w:t xml:space="preserve">Shigella spp. </w:t>
      </w:r>
      <w:r w:rsidR="008478F6" w:rsidRPr="00B0236C">
        <w:rPr>
          <w:sz w:val="28"/>
          <w:szCs w:val="28"/>
          <w:lang w:val="en-US"/>
        </w:rPr>
        <w:t xml:space="preserve">- </w:t>
      </w:r>
      <w:r w:rsidR="008478F6" w:rsidRPr="00B0236C">
        <w:rPr>
          <w:sz w:val="28"/>
          <w:szCs w:val="28"/>
          <w:lang w:val="ru-RU"/>
        </w:rPr>
        <w:t>род</w:t>
      </w:r>
      <w:r w:rsidR="008478F6" w:rsidRPr="00B0236C">
        <w:rPr>
          <w:sz w:val="28"/>
          <w:szCs w:val="28"/>
          <w:lang w:val="en-US"/>
        </w:rPr>
        <w:t xml:space="preserve"> Shigella</w:t>
      </w:r>
    </w:p>
    <w:p w:rsidR="004C4E4B" w:rsidRPr="00B0236C" w:rsidRDefault="004C4E4B" w:rsidP="00A322BA">
      <w:pPr>
        <w:spacing w:line="242" w:lineRule="auto"/>
        <w:jc w:val="both"/>
        <w:rPr>
          <w:sz w:val="28"/>
          <w:szCs w:val="28"/>
          <w:lang w:val="en-US"/>
        </w:rPr>
      </w:pPr>
      <w:r w:rsidRPr="00B0236C">
        <w:rPr>
          <w:sz w:val="28"/>
          <w:szCs w:val="28"/>
        </w:rPr>
        <w:t xml:space="preserve">S. typhi </w:t>
      </w:r>
      <w:r w:rsidR="008478F6" w:rsidRPr="00B0236C">
        <w:rPr>
          <w:sz w:val="28"/>
          <w:szCs w:val="28"/>
          <w:lang w:val="en-US"/>
        </w:rPr>
        <w:t>- Salmonella typhi</w:t>
      </w:r>
    </w:p>
    <w:p w:rsidR="004C4E4B" w:rsidRPr="00B0236C" w:rsidRDefault="004C4E4B" w:rsidP="00A322BA">
      <w:pPr>
        <w:spacing w:line="242" w:lineRule="auto"/>
        <w:jc w:val="both"/>
        <w:rPr>
          <w:sz w:val="28"/>
          <w:szCs w:val="28"/>
          <w:lang w:val="en-US"/>
        </w:rPr>
      </w:pPr>
      <w:r w:rsidRPr="00B0236C">
        <w:rPr>
          <w:sz w:val="28"/>
          <w:szCs w:val="28"/>
        </w:rPr>
        <w:t xml:space="preserve">V. cholerae </w:t>
      </w:r>
      <w:r w:rsidR="008478F6" w:rsidRPr="00B0236C">
        <w:rPr>
          <w:sz w:val="28"/>
          <w:szCs w:val="28"/>
          <w:lang w:val="en-US"/>
        </w:rPr>
        <w:t>- Vibrio cholerae</w:t>
      </w:r>
    </w:p>
    <w:p w:rsidR="008478F6" w:rsidRPr="00B0236C" w:rsidRDefault="004C4E4B" w:rsidP="00A322BA">
      <w:pPr>
        <w:spacing w:line="242" w:lineRule="auto"/>
        <w:jc w:val="both"/>
        <w:rPr>
          <w:sz w:val="28"/>
          <w:szCs w:val="28"/>
          <w:lang w:val="en-US"/>
        </w:rPr>
      </w:pPr>
      <w:r w:rsidRPr="00B0236C">
        <w:rPr>
          <w:sz w:val="28"/>
          <w:szCs w:val="28"/>
        </w:rPr>
        <w:t xml:space="preserve">VRSA </w:t>
      </w:r>
      <w:r w:rsidR="008478F6" w:rsidRPr="00B0236C">
        <w:rPr>
          <w:sz w:val="28"/>
          <w:szCs w:val="28"/>
          <w:lang w:val="en-US"/>
        </w:rPr>
        <w:t xml:space="preserve">- Vancomycin-resistant Staphylococcus </w:t>
      </w:r>
    </w:p>
    <w:p w:rsidR="004C4E4B" w:rsidRPr="00B0236C" w:rsidRDefault="008478F6" w:rsidP="00A322BA">
      <w:pPr>
        <w:spacing w:line="242" w:lineRule="auto"/>
        <w:jc w:val="both"/>
        <w:rPr>
          <w:sz w:val="28"/>
          <w:szCs w:val="28"/>
          <w:lang w:val="en-US"/>
        </w:rPr>
      </w:pPr>
      <w:r w:rsidRPr="00B0236C">
        <w:rPr>
          <w:sz w:val="28"/>
          <w:szCs w:val="28"/>
          <w:lang w:val="en-US"/>
        </w:rPr>
        <w:t xml:space="preserve">aureus </w:t>
      </w:r>
      <w:r w:rsidRPr="00B0236C">
        <w:rPr>
          <w:sz w:val="28"/>
          <w:szCs w:val="28"/>
          <w:lang w:val="ru-RU"/>
        </w:rPr>
        <w:t>С</w:t>
      </w:r>
      <w:r w:rsidRPr="00B0236C">
        <w:rPr>
          <w:sz w:val="28"/>
          <w:szCs w:val="28"/>
          <w:lang w:val="en-US"/>
        </w:rPr>
        <w:t xml:space="preserve"> </w:t>
      </w:r>
      <w:r w:rsidRPr="00B0236C">
        <w:rPr>
          <w:sz w:val="28"/>
          <w:szCs w:val="28"/>
          <w:lang w:val="ru-RU"/>
        </w:rPr>
        <w:t>Ванкомицинға</w:t>
      </w:r>
      <w:r w:rsidRPr="00B0236C">
        <w:rPr>
          <w:sz w:val="28"/>
          <w:szCs w:val="28"/>
          <w:lang w:val="en-US"/>
        </w:rPr>
        <w:t xml:space="preserve"> </w:t>
      </w:r>
      <w:r w:rsidRPr="00B0236C">
        <w:rPr>
          <w:sz w:val="28"/>
          <w:szCs w:val="28"/>
          <w:lang w:val="ru-RU"/>
        </w:rPr>
        <w:t>төзімді</w:t>
      </w:r>
      <w:r w:rsidRPr="00B0236C">
        <w:rPr>
          <w:sz w:val="28"/>
          <w:szCs w:val="28"/>
          <w:lang w:val="en-US"/>
        </w:rPr>
        <w:t xml:space="preserve"> Staphy lococcus aureus)</w:t>
      </w:r>
    </w:p>
    <w:p w:rsidR="004C4E4B" w:rsidRPr="00B0236C" w:rsidRDefault="004C4E4B" w:rsidP="00A322BA">
      <w:pPr>
        <w:spacing w:line="242" w:lineRule="auto"/>
        <w:jc w:val="both"/>
        <w:rPr>
          <w:sz w:val="28"/>
          <w:szCs w:val="28"/>
        </w:rPr>
      </w:pPr>
    </w:p>
    <w:p w:rsidR="008478F6" w:rsidRPr="00B0236C" w:rsidRDefault="008478F6" w:rsidP="00A322BA">
      <w:pPr>
        <w:spacing w:line="242" w:lineRule="auto"/>
        <w:jc w:val="both"/>
        <w:rPr>
          <w:i/>
          <w:sz w:val="28"/>
          <w:szCs w:val="28"/>
        </w:rPr>
      </w:pPr>
      <w:r w:rsidRPr="00B0236C">
        <w:rPr>
          <w:i/>
          <w:sz w:val="28"/>
          <w:szCs w:val="28"/>
        </w:rPr>
        <w:t xml:space="preserve">Басқа терминдер </w:t>
      </w:r>
    </w:p>
    <w:p w:rsidR="008478F6" w:rsidRPr="00B0236C" w:rsidRDefault="008478F6" w:rsidP="00A322BA">
      <w:pPr>
        <w:spacing w:line="242" w:lineRule="auto"/>
        <w:jc w:val="both"/>
        <w:rPr>
          <w:sz w:val="28"/>
          <w:szCs w:val="28"/>
        </w:rPr>
      </w:pPr>
    </w:p>
    <w:p w:rsidR="008478F6" w:rsidRPr="002B433C" w:rsidRDefault="008478F6" w:rsidP="00A322BA">
      <w:pPr>
        <w:spacing w:line="242" w:lineRule="auto"/>
        <w:jc w:val="both"/>
        <w:rPr>
          <w:sz w:val="28"/>
          <w:szCs w:val="28"/>
        </w:rPr>
      </w:pPr>
      <w:r w:rsidRPr="00B0236C">
        <w:rPr>
          <w:sz w:val="28"/>
          <w:szCs w:val="28"/>
        </w:rPr>
        <w:t xml:space="preserve">АБП </w:t>
      </w:r>
      <w:r w:rsidR="006F791C" w:rsidRPr="002B433C">
        <w:rPr>
          <w:sz w:val="28"/>
          <w:szCs w:val="28"/>
        </w:rPr>
        <w:t>–</w:t>
      </w:r>
      <w:r w:rsidRPr="002B433C">
        <w:rPr>
          <w:sz w:val="28"/>
          <w:szCs w:val="28"/>
        </w:rPr>
        <w:t xml:space="preserve"> </w:t>
      </w:r>
      <w:r w:rsidR="006F791C" w:rsidRPr="002B433C">
        <w:rPr>
          <w:sz w:val="28"/>
          <w:szCs w:val="28"/>
        </w:rPr>
        <w:t>Антибактериалды  препараттар</w:t>
      </w:r>
    </w:p>
    <w:p w:rsidR="008478F6" w:rsidRDefault="006F791C" w:rsidP="00A322BA">
      <w:pPr>
        <w:spacing w:line="242" w:lineRule="auto"/>
        <w:jc w:val="both"/>
        <w:rPr>
          <w:color w:val="333333"/>
          <w:sz w:val="28"/>
          <w:szCs w:val="28"/>
          <w:shd w:val="clear" w:color="auto" w:fill="FFFFFF"/>
        </w:rPr>
      </w:pPr>
      <w:r w:rsidRPr="00B0236C">
        <w:rPr>
          <w:sz w:val="28"/>
          <w:szCs w:val="28"/>
        </w:rPr>
        <w:t>АҚТҚ</w:t>
      </w:r>
      <w:r w:rsidR="008478F6" w:rsidRPr="00B0236C">
        <w:rPr>
          <w:sz w:val="28"/>
          <w:szCs w:val="28"/>
        </w:rPr>
        <w:t xml:space="preserve"> </w:t>
      </w:r>
      <w:r w:rsidR="008478F6" w:rsidRPr="002B433C">
        <w:rPr>
          <w:sz w:val="28"/>
          <w:szCs w:val="28"/>
        </w:rPr>
        <w:t xml:space="preserve"> - </w:t>
      </w:r>
      <w:r w:rsidRPr="00B0236C">
        <w:rPr>
          <w:color w:val="333333"/>
          <w:sz w:val="28"/>
          <w:szCs w:val="28"/>
          <w:shd w:val="clear" w:color="auto" w:fill="FFFFFF"/>
        </w:rPr>
        <w:t>адамның иммундық тапшылық вирусы</w:t>
      </w:r>
    </w:p>
    <w:p w:rsidR="008D4DFE" w:rsidRPr="002B433C" w:rsidRDefault="008D4DFE" w:rsidP="00A322BA">
      <w:pPr>
        <w:spacing w:line="242" w:lineRule="auto"/>
        <w:jc w:val="both"/>
        <w:rPr>
          <w:sz w:val="28"/>
          <w:szCs w:val="28"/>
        </w:rPr>
      </w:pPr>
      <w:r w:rsidRPr="008D4DFE">
        <w:rPr>
          <w:sz w:val="28"/>
          <w:szCs w:val="28"/>
        </w:rPr>
        <w:t>БДЗТ – Бірнеше дәрілік заттарға төзімділік</w:t>
      </w:r>
    </w:p>
    <w:p w:rsidR="008478F6" w:rsidRDefault="006F791C" w:rsidP="00A322BA">
      <w:pPr>
        <w:spacing w:line="242" w:lineRule="auto"/>
        <w:jc w:val="both"/>
        <w:rPr>
          <w:sz w:val="28"/>
          <w:szCs w:val="28"/>
        </w:rPr>
      </w:pPr>
      <w:r w:rsidRPr="00B0236C">
        <w:rPr>
          <w:sz w:val="28"/>
          <w:szCs w:val="28"/>
        </w:rPr>
        <w:t>ДДСҰ</w:t>
      </w:r>
      <w:r w:rsidR="008478F6" w:rsidRPr="002B433C">
        <w:rPr>
          <w:sz w:val="28"/>
          <w:szCs w:val="28"/>
        </w:rPr>
        <w:t xml:space="preserve"> </w:t>
      </w:r>
      <w:r w:rsidRPr="002B433C">
        <w:rPr>
          <w:sz w:val="28"/>
          <w:szCs w:val="28"/>
        </w:rPr>
        <w:t>–</w:t>
      </w:r>
      <w:r w:rsidR="008478F6" w:rsidRPr="002B433C">
        <w:rPr>
          <w:sz w:val="28"/>
          <w:szCs w:val="28"/>
        </w:rPr>
        <w:t xml:space="preserve"> </w:t>
      </w:r>
      <w:r w:rsidRPr="002B433C">
        <w:rPr>
          <w:sz w:val="28"/>
          <w:szCs w:val="28"/>
        </w:rPr>
        <w:t>Дүниежүзілік денсаулық сақтау ұйымы</w:t>
      </w:r>
    </w:p>
    <w:p w:rsidR="008D4DFE" w:rsidRDefault="008D4DFE" w:rsidP="00A322BA">
      <w:pPr>
        <w:spacing w:line="242" w:lineRule="auto"/>
        <w:jc w:val="both"/>
        <w:rPr>
          <w:sz w:val="28"/>
          <w:szCs w:val="28"/>
        </w:rPr>
      </w:pPr>
      <w:r w:rsidRPr="008D4DFE">
        <w:rPr>
          <w:sz w:val="28"/>
          <w:szCs w:val="28"/>
        </w:rPr>
        <w:t xml:space="preserve">ДЗЖТШ – Дәрілік заттарға жоғары төзімділігі бар штаммдар  </w:t>
      </w:r>
    </w:p>
    <w:p w:rsidR="008D4DFE" w:rsidRPr="002B433C" w:rsidRDefault="008D4DFE" w:rsidP="00A322BA">
      <w:pPr>
        <w:spacing w:line="242" w:lineRule="auto"/>
        <w:jc w:val="both"/>
        <w:rPr>
          <w:sz w:val="28"/>
          <w:szCs w:val="28"/>
        </w:rPr>
      </w:pPr>
      <w:r w:rsidRPr="008D4DFE">
        <w:rPr>
          <w:sz w:val="28"/>
          <w:szCs w:val="28"/>
        </w:rPr>
        <w:t>ДНҚ – Дезоксирибонуклеин қышқылы</w:t>
      </w:r>
    </w:p>
    <w:p w:rsidR="008478F6" w:rsidRDefault="006F791C" w:rsidP="00A322BA">
      <w:pPr>
        <w:spacing w:line="242" w:lineRule="auto"/>
        <w:jc w:val="both"/>
        <w:rPr>
          <w:sz w:val="28"/>
          <w:szCs w:val="28"/>
        </w:rPr>
      </w:pPr>
      <w:r w:rsidRPr="00B0236C">
        <w:rPr>
          <w:sz w:val="28"/>
          <w:szCs w:val="28"/>
        </w:rPr>
        <w:t>ЕҚ</w:t>
      </w:r>
      <w:r w:rsidR="008478F6" w:rsidRPr="002B433C">
        <w:rPr>
          <w:sz w:val="28"/>
          <w:szCs w:val="28"/>
        </w:rPr>
        <w:t xml:space="preserve"> - </w:t>
      </w:r>
      <w:r w:rsidRPr="00B0236C">
        <w:rPr>
          <w:sz w:val="28"/>
          <w:szCs w:val="28"/>
        </w:rPr>
        <w:t xml:space="preserve"> Еуропа қауымдастығы</w:t>
      </w:r>
    </w:p>
    <w:p w:rsidR="008D4DFE" w:rsidRPr="002B433C" w:rsidRDefault="008D4DFE" w:rsidP="00A322BA">
      <w:pPr>
        <w:spacing w:line="242" w:lineRule="auto"/>
        <w:jc w:val="both"/>
        <w:rPr>
          <w:sz w:val="28"/>
          <w:szCs w:val="28"/>
        </w:rPr>
      </w:pPr>
      <w:r w:rsidRPr="00B0236C">
        <w:rPr>
          <w:sz w:val="28"/>
          <w:szCs w:val="28"/>
        </w:rPr>
        <w:t xml:space="preserve">ЕПМ </w:t>
      </w:r>
      <w:r w:rsidRPr="00B0236C">
        <w:rPr>
          <w:sz w:val="28"/>
          <w:szCs w:val="28"/>
          <w:lang w:val="ru-RU"/>
        </w:rPr>
        <w:t>– Емдік-профилактикалы</w:t>
      </w:r>
      <w:r w:rsidRPr="00B0236C">
        <w:rPr>
          <w:sz w:val="28"/>
          <w:szCs w:val="28"/>
        </w:rPr>
        <w:t>қ мекеме</w:t>
      </w:r>
    </w:p>
    <w:p w:rsidR="008478F6" w:rsidRPr="00B0236C" w:rsidRDefault="006F791C" w:rsidP="00A322BA">
      <w:pPr>
        <w:spacing w:line="242" w:lineRule="auto"/>
        <w:jc w:val="both"/>
        <w:rPr>
          <w:sz w:val="28"/>
          <w:szCs w:val="28"/>
          <w:lang w:val="ru-RU"/>
        </w:rPr>
      </w:pPr>
      <w:r w:rsidRPr="00B0236C">
        <w:rPr>
          <w:sz w:val="28"/>
          <w:szCs w:val="28"/>
        </w:rPr>
        <w:t>КЗ</w:t>
      </w:r>
      <w:r w:rsidR="008478F6" w:rsidRPr="00B0236C">
        <w:rPr>
          <w:sz w:val="28"/>
          <w:szCs w:val="28"/>
        </w:rPr>
        <w:t xml:space="preserve"> </w:t>
      </w:r>
      <w:r w:rsidRPr="00B0236C">
        <w:rPr>
          <w:sz w:val="28"/>
          <w:szCs w:val="28"/>
          <w:lang w:val="ru-RU"/>
        </w:rPr>
        <w:t>–</w:t>
      </w:r>
      <w:r w:rsidR="008478F6" w:rsidRPr="00B0236C">
        <w:rPr>
          <w:sz w:val="28"/>
          <w:szCs w:val="28"/>
          <w:lang w:val="ru-RU"/>
        </w:rPr>
        <w:t xml:space="preserve"> </w:t>
      </w:r>
      <w:r w:rsidRPr="00B0236C">
        <w:rPr>
          <w:sz w:val="28"/>
          <w:szCs w:val="28"/>
          <w:lang w:val="ru-RU"/>
        </w:rPr>
        <w:t>Клиникалық зерттеулер</w:t>
      </w:r>
    </w:p>
    <w:p w:rsidR="008478F6" w:rsidRPr="00B0236C" w:rsidRDefault="008478F6" w:rsidP="00A322BA">
      <w:pPr>
        <w:spacing w:line="242" w:lineRule="auto"/>
        <w:jc w:val="both"/>
        <w:rPr>
          <w:sz w:val="28"/>
          <w:szCs w:val="28"/>
          <w:lang w:val="ru-RU"/>
        </w:rPr>
      </w:pPr>
      <w:r w:rsidRPr="00B0236C">
        <w:rPr>
          <w:sz w:val="28"/>
          <w:szCs w:val="28"/>
        </w:rPr>
        <w:t xml:space="preserve">КФ </w:t>
      </w:r>
      <w:r w:rsidRPr="00B0236C">
        <w:rPr>
          <w:sz w:val="28"/>
          <w:szCs w:val="28"/>
          <w:lang w:val="ru-RU"/>
        </w:rPr>
        <w:t xml:space="preserve">- </w:t>
      </w:r>
      <w:r w:rsidR="006F791C" w:rsidRPr="00B0236C">
        <w:rPr>
          <w:sz w:val="28"/>
          <w:szCs w:val="28"/>
          <w:lang w:val="ru-RU"/>
        </w:rPr>
        <w:t>Клиникалық</w:t>
      </w:r>
      <w:r w:rsidRPr="00B0236C">
        <w:rPr>
          <w:sz w:val="28"/>
          <w:szCs w:val="28"/>
          <w:lang w:val="ru-RU"/>
        </w:rPr>
        <w:t xml:space="preserve"> фармакология</w:t>
      </w:r>
    </w:p>
    <w:p w:rsidR="004C4E4B" w:rsidRPr="002B433C" w:rsidRDefault="008478F6" w:rsidP="00A322BA">
      <w:pPr>
        <w:spacing w:line="242" w:lineRule="auto"/>
        <w:jc w:val="both"/>
        <w:rPr>
          <w:sz w:val="28"/>
          <w:szCs w:val="28"/>
        </w:rPr>
      </w:pPr>
      <w:r w:rsidRPr="002B433C">
        <w:rPr>
          <w:sz w:val="28"/>
          <w:szCs w:val="28"/>
        </w:rPr>
        <w:t>HGT</w:t>
      </w:r>
      <w:r w:rsidR="002B433C" w:rsidRPr="002B433C">
        <w:rPr>
          <w:sz w:val="28"/>
          <w:szCs w:val="28"/>
        </w:rPr>
        <w:t xml:space="preserve"> – К</w:t>
      </w:r>
      <w:r w:rsidRPr="002B433C">
        <w:rPr>
          <w:sz w:val="28"/>
          <w:szCs w:val="28"/>
        </w:rPr>
        <w:t>өлденең генді тасымалдау</w:t>
      </w:r>
    </w:p>
    <w:p w:rsidR="001822B5" w:rsidRPr="00001385" w:rsidRDefault="001822B5" w:rsidP="00A322BA">
      <w:pPr>
        <w:spacing w:line="242" w:lineRule="auto"/>
        <w:jc w:val="both"/>
        <w:rPr>
          <w:sz w:val="28"/>
          <w:szCs w:val="28"/>
        </w:rPr>
      </w:pPr>
      <w:r w:rsidRPr="00001385">
        <w:rPr>
          <w:sz w:val="28"/>
          <w:szCs w:val="28"/>
        </w:rPr>
        <w:t xml:space="preserve">MRSA </w:t>
      </w:r>
      <w:r w:rsidR="00914A9B" w:rsidRPr="00001385">
        <w:rPr>
          <w:sz w:val="28"/>
          <w:szCs w:val="28"/>
        </w:rPr>
        <w:t>–</w:t>
      </w:r>
      <w:r w:rsidRPr="00001385">
        <w:rPr>
          <w:sz w:val="28"/>
          <w:szCs w:val="28"/>
        </w:rPr>
        <w:t xml:space="preserve"> </w:t>
      </w:r>
      <w:r w:rsidR="00914A9B" w:rsidRPr="00001385">
        <w:rPr>
          <w:sz w:val="28"/>
          <w:szCs w:val="28"/>
        </w:rPr>
        <w:t xml:space="preserve">метициллинрезистентті алтындалған </w:t>
      </w:r>
      <w:r w:rsidRPr="00001385">
        <w:rPr>
          <w:sz w:val="28"/>
          <w:szCs w:val="28"/>
        </w:rPr>
        <w:t xml:space="preserve"> стафилококк</w:t>
      </w:r>
    </w:p>
    <w:p w:rsidR="008478F6" w:rsidRPr="00001385" w:rsidRDefault="008478F6" w:rsidP="004C4E4B">
      <w:pPr>
        <w:spacing w:line="242" w:lineRule="auto"/>
        <w:rPr>
          <w:sz w:val="28"/>
          <w:szCs w:val="28"/>
        </w:rPr>
      </w:pPr>
    </w:p>
    <w:p w:rsidR="008478F6" w:rsidRPr="00001385" w:rsidRDefault="008478F6" w:rsidP="004C4E4B">
      <w:pPr>
        <w:spacing w:line="242" w:lineRule="auto"/>
        <w:rPr>
          <w:sz w:val="28"/>
          <w:szCs w:val="28"/>
        </w:rPr>
      </w:pPr>
    </w:p>
    <w:p w:rsidR="008478F6" w:rsidRPr="00001385" w:rsidRDefault="008478F6" w:rsidP="004C4E4B">
      <w:pPr>
        <w:spacing w:line="242" w:lineRule="auto"/>
        <w:rPr>
          <w:sz w:val="28"/>
          <w:szCs w:val="28"/>
        </w:rPr>
      </w:pPr>
    </w:p>
    <w:p w:rsidR="00161ED5" w:rsidRPr="00B0236C" w:rsidRDefault="004C4E4B" w:rsidP="004C4E4B">
      <w:pPr>
        <w:spacing w:line="242" w:lineRule="auto"/>
        <w:rPr>
          <w:sz w:val="28"/>
          <w:szCs w:val="28"/>
        </w:rPr>
        <w:sectPr w:rsidR="00161ED5" w:rsidRPr="00B0236C" w:rsidSect="00B0236C">
          <w:pgSz w:w="11910" w:h="16840"/>
          <w:pgMar w:top="1134" w:right="567" w:bottom="1134" w:left="1701" w:header="0" w:footer="882" w:gutter="0"/>
          <w:cols w:space="720"/>
        </w:sectPr>
      </w:pPr>
      <w:r w:rsidRPr="00B0236C">
        <w:rPr>
          <w:sz w:val="28"/>
          <w:szCs w:val="28"/>
        </w:rPr>
        <w:cr/>
      </w:r>
    </w:p>
    <w:p w:rsidR="00161ED5" w:rsidRPr="00EF2BD2" w:rsidRDefault="006D3B17">
      <w:pPr>
        <w:pStyle w:val="1"/>
        <w:ind w:left="458" w:right="438"/>
        <w:jc w:val="center"/>
      </w:pPr>
      <w:r w:rsidRPr="00B0236C">
        <w:t>КІРІСПЕ</w:t>
      </w:r>
    </w:p>
    <w:p w:rsidR="00F63869" w:rsidRPr="00EF2BD2" w:rsidRDefault="00F63869">
      <w:pPr>
        <w:pStyle w:val="1"/>
        <w:ind w:left="458" w:right="438"/>
        <w:jc w:val="center"/>
      </w:pPr>
    </w:p>
    <w:p w:rsidR="00064B2B" w:rsidRDefault="0012290F" w:rsidP="005A20B1">
      <w:pPr>
        <w:widowControl/>
        <w:autoSpaceDE/>
        <w:autoSpaceDN/>
        <w:ind w:firstLine="567"/>
        <w:jc w:val="both"/>
        <w:rPr>
          <w:rFonts w:eastAsia="Calibri"/>
          <w:b/>
          <w:sz w:val="28"/>
          <w:szCs w:val="28"/>
        </w:rPr>
      </w:pPr>
      <w:r>
        <w:rPr>
          <w:rFonts w:eastAsia="Calibri"/>
          <w:b/>
          <w:sz w:val="28"/>
          <w:szCs w:val="28"/>
        </w:rPr>
        <w:t>Мәселенің</w:t>
      </w:r>
      <w:r w:rsidR="005A20B1">
        <w:rPr>
          <w:rFonts w:eastAsia="Calibri"/>
          <w:b/>
          <w:sz w:val="28"/>
          <w:szCs w:val="28"/>
        </w:rPr>
        <w:t xml:space="preserve"> өзектілігі</w:t>
      </w:r>
    </w:p>
    <w:p w:rsidR="003838D1" w:rsidRPr="00B0236C" w:rsidRDefault="003838D1" w:rsidP="005A20B1">
      <w:pPr>
        <w:widowControl/>
        <w:autoSpaceDE/>
        <w:autoSpaceDN/>
        <w:ind w:firstLine="567"/>
        <w:jc w:val="both"/>
        <w:rPr>
          <w:rFonts w:eastAsia="Calibri"/>
          <w:b/>
          <w:sz w:val="28"/>
          <w:szCs w:val="28"/>
        </w:rPr>
      </w:pPr>
    </w:p>
    <w:p w:rsidR="00446928" w:rsidRPr="000D2DB3" w:rsidRDefault="005A20B1" w:rsidP="00446928">
      <w:pPr>
        <w:widowControl/>
        <w:autoSpaceDE/>
        <w:autoSpaceDN/>
        <w:ind w:firstLine="567"/>
        <w:jc w:val="both"/>
        <w:rPr>
          <w:sz w:val="28"/>
          <w:szCs w:val="28"/>
        </w:rPr>
      </w:pPr>
      <w:r w:rsidRPr="005A20B1">
        <w:rPr>
          <w:sz w:val="28"/>
          <w:szCs w:val="28"/>
        </w:rPr>
        <w:t>Соңғы онжылдықтарда антибиотиктер әлеуметтік-экономикалық дамуға айтарлықтай үлес қоса отырып, адам өмірі мен денсаулығын сақтауда және мал шаруашылығын ын</w:t>
      </w:r>
      <w:r w:rsidR="003838D1">
        <w:rPr>
          <w:sz w:val="28"/>
          <w:szCs w:val="28"/>
        </w:rPr>
        <w:t>таландыруда маңызды рөл атқарды</w:t>
      </w:r>
      <w:r w:rsidR="001E6624" w:rsidRPr="001E6624">
        <w:rPr>
          <w:sz w:val="28"/>
          <w:szCs w:val="28"/>
        </w:rPr>
        <w:t>.</w:t>
      </w:r>
      <w:r w:rsidR="003838D1">
        <w:rPr>
          <w:sz w:val="28"/>
          <w:szCs w:val="28"/>
        </w:rPr>
        <w:t xml:space="preserve"> </w:t>
      </w:r>
      <w:r w:rsidR="00F97846">
        <w:rPr>
          <w:sz w:val="28"/>
          <w:szCs w:val="28"/>
        </w:rPr>
        <w:t xml:space="preserve">Алайда, антибиотиктерге төзімділіктің өсуі және бұл мәселемен күресте жаңа антибиотиктерді ойлап табу қарқынының төмендеуіне байланысты бүкіл әлемнің денсаулық сақтау саясатын анықтайтын мамандарға, денсаулық сақтау қызметкерлеріне және тұрғындарға ауқымды проблемалар тудырды </w:t>
      </w:r>
      <w:r w:rsidR="003838D1">
        <w:rPr>
          <w:sz w:val="28"/>
          <w:szCs w:val="28"/>
        </w:rPr>
        <w:fldChar w:fldCharType="begin" w:fldLock="1"/>
      </w:r>
      <w:r w:rsidR="003838D1">
        <w:rPr>
          <w:sz w:val="28"/>
          <w:szCs w:val="28"/>
        </w:rPr>
        <w:instrText>ADDIN CSL_CITATION {"citationItems":[{"id":"ITEM-1","itemData":{"DOI":"10.1093/JAC/DKL188","ISSN":"0305-7453","PMID":"16735414","abstract":"Background: The ESAC project, granted by DG SANCO of the European Commission, is an international network of surveillance systems, aiming to collect comparable and reliable data on antibiotic use in Europe. Data on outpatient antibiotic use were collected from 34 countries using the ATC/DDD methodology. Methods: For the period 1997-2003, data on out patient use of systemic antibiotics aggregated at the level of the active substance were collected and expressed in DDD (WHO, version 2004) per 1000 inhabitants per day (DID). Outpatient antibiotic (ATC J01) use in 25 European countries, able to deliver valid data, was analysed. Results: Total out patient antibiotic use in 2003 varied by a factor of 3 between the country with the highest (31.4 DID in Greece) and the country with the lowest (9.8 DID in the Netherlands) use. General use patterns in individual countries as well as trends during the period 1997-2003 are described in this paper, while major antibiotic classes (penicillins, cephalosporins, macrolides/lincosamides/streptogramins and quinolones) will be analysed in detail in separate papers. Conclusion: The ESAC project established for the first time a credible alternative to industry sources for the collection of internationally comparable data on antibiotic use in Europe, based on cooperation between regulatory authorities, scientific societies, health insurers and professional organizations. These data provide a tool for assessing public health strategies aiming to optimize antibiotic prescribing. © 2006 Oxford University Press.","author":[{"dropping-particle":"","family":"Ferech","given":"Matus","non-dropping-particle":"","parse-names":false,"suffix":""},{"dropping-particle":"","family":"Coenen","given":"Samuel","non-dropping-particle":"","parse-names":false,"suffix":""},{"dropping-particle":"","family":"Malhotra-Kumar","given":"Surbhi","non-dropping-particle":"","parse-names":false,"suffix":""},{"dropping-particle":"","family":"Dvorakova","given":"Katerina","non-dropping-particle":"","parse-names":false,"suffix":""},{"dropping-particle":"","family":"Hendrickx","given":"Erik","non-dropping-particle":"","parse-names":false,"suffix":""},{"dropping-particle":"","family":"Suetens","given":"Carl","non-dropping-particle":"","parse-names":false,"suffix":""},{"dropping-particle":"","family":"Goossens","given":"Herman","non-dropping-particle":"","parse-names":false,"suffix":""}],"container-title":"The Journal of antimicrobial chemotherapy","id":"ITEM-1","issue":"2","issued":{"date-parts":[["2006","8"]]},"page":"401-407","publisher":"J Antimicrob Chemother","title":"European Surveillance of Antimicrobial Consumption (ESAC): outpatient antibiotic use in Europe","type":"article-journal","volume":"58"},"uris":["http://www.mendeley.com/documents/?uuid=5e262bc4-4976-35a9-9cb3-5c7925ca4daa"]}],"mendeley":{"formattedCitation":"[1]","plainTextFormattedCitation":"[1]","previouslyFormattedCitation":"[1]"},"properties":{"noteIndex":0},"schema":"https://github.com/citation-style-language/schema/raw/master/csl-citation.json"}</w:instrText>
      </w:r>
      <w:r w:rsidR="003838D1">
        <w:rPr>
          <w:sz w:val="28"/>
          <w:szCs w:val="28"/>
        </w:rPr>
        <w:fldChar w:fldCharType="separate"/>
      </w:r>
      <w:r w:rsidR="003838D1" w:rsidRPr="003838D1">
        <w:rPr>
          <w:noProof/>
          <w:sz w:val="28"/>
          <w:szCs w:val="28"/>
        </w:rPr>
        <w:t>[1]</w:t>
      </w:r>
      <w:r w:rsidR="003838D1">
        <w:rPr>
          <w:sz w:val="28"/>
          <w:szCs w:val="28"/>
        </w:rPr>
        <w:fldChar w:fldCharType="end"/>
      </w:r>
      <w:r w:rsidR="00CA4DE3">
        <w:rPr>
          <w:sz w:val="28"/>
          <w:szCs w:val="28"/>
        </w:rPr>
        <w:t xml:space="preserve">, </w:t>
      </w:r>
      <w:r w:rsidR="00CA4DE3">
        <w:rPr>
          <w:sz w:val="28"/>
          <w:szCs w:val="28"/>
        </w:rPr>
        <w:fldChar w:fldCharType="begin" w:fldLock="1"/>
      </w:r>
      <w:r w:rsidR="00CA4DE3">
        <w:rPr>
          <w:sz w:val="28"/>
          <w:szCs w:val="28"/>
        </w:rPr>
        <w:instrText>ADDIN CSL_CITATION {"citationItems":[{"id":"ITEM-1","itemData":{"ISBN":"978-92-4-156344-4","abstract":"World Health Report 2007 discusses the challenges to global health security by the increasing and constant movement around the world of people and products. It looks at the potential of new tools for collective defence, particularly the revised International Health Regulations (2005) which came into force this year. Significantly, the revised Regulations move away from a focus on passive barriers at airports, seaports and borders to a strategy of proactive risk management - detecting an event early and stopping it at its source - before it has a chance to become an international threat. Evolution of public health security -- Threats to public health security -- New health threats in the 21st century -- Learning lessons, thinking ahead -- Towards a safer future.","author":[{"dropping-particle":"","family":"World Health Organization.","given":"","non-dropping-particle":"","parse-names":false,"suffix":""},{"dropping-particle":"","family":"Heymann","given":"David L.","non-dropping-particle":"","parse-names":false,"suffix":""},{"dropping-particle":"","family":"Prentice","given":"Thomson.","non-dropping-particle":"","parse-names":false,"suffix":""},{"dropping-particle":"","family":"Reinders","given":"Lina Tucker.","non-dropping-particle":"","parse-names":false,"suffix":""}],"id":"ITEM-1","issued":{"date-parts":[["2007"]]},"page":"72","publisher":"World Health Organization","title":"The world health report 2007 : a safer future : global public health security in the 21st century","type":"article-journal"},"uris":["http://www.mendeley.com/documents/?uuid=1bacc973-ca7c-30ce-a2b3-bc3225fb3db8"]}],"mendeley":{"formattedCitation":"[2]","plainTextFormattedCitation":"[2]","previouslyFormattedCitation":"[2]"},"properties":{"noteIndex":0},"schema":"https://github.com/citation-style-language/schema/raw/master/csl-citation.json"}</w:instrText>
      </w:r>
      <w:r w:rsidR="00CA4DE3">
        <w:rPr>
          <w:sz w:val="28"/>
          <w:szCs w:val="28"/>
        </w:rPr>
        <w:fldChar w:fldCharType="separate"/>
      </w:r>
      <w:r w:rsidR="00CA4DE3" w:rsidRPr="00CA4DE3">
        <w:rPr>
          <w:noProof/>
          <w:sz w:val="28"/>
          <w:szCs w:val="28"/>
        </w:rPr>
        <w:t>[2]</w:t>
      </w:r>
      <w:r w:rsidR="00CA4DE3">
        <w:rPr>
          <w:sz w:val="28"/>
          <w:szCs w:val="28"/>
        </w:rPr>
        <w:fldChar w:fldCharType="end"/>
      </w:r>
      <w:r w:rsidR="001E6624" w:rsidRPr="00F97846">
        <w:rPr>
          <w:sz w:val="28"/>
          <w:szCs w:val="28"/>
        </w:rPr>
        <w:t xml:space="preserve">. </w:t>
      </w:r>
      <w:r w:rsidR="00F97846" w:rsidRPr="00F97846">
        <w:rPr>
          <w:sz w:val="28"/>
          <w:szCs w:val="28"/>
        </w:rPr>
        <w:t>Микробқа қарсы препараттарға төзімділік қазіргі заманғы медицинаның негіздеріне және жұқпалы аурулар тарапынан тұрақты қауіпке тиімді жаһандық медициналық-санитарлық жауаптардың сенімділігіне қауіп төндіреді. Төзімді микроо</w:t>
      </w:r>
      <w:r w:rsidR="00462153">
        <w:rPr>
          <w:sz w:val="28"/>
          <w:szCs w:val="28"/>
        </w:rPr>
        <w:t xml:space="preserve">рганизмдермен жұқтырылған инфекцияның </w:t>
      </w:r>
      <w:r w:rsidR="00F97846" w:rsidRPr="00F97846">
        <w:rPr>
          <w:sz w:val="28"/>
          <w:szCs w:val="28"/>
        </w:rPr>
        <w:t>салдары ауыр болуы мүмкін, соның ішінде аурудың ұзағырақ ағымы, өлім-жітімнің жоғарылауы, ауруханаға жатқызудың ұзағырақ болуы, операциялар мен басқа да медициналық процедуралар кезінде пациенттерді инфекциядан әлсіз қорғау және емдеу құнының артуы. Алайда, бұл дәрі-дәрмектерді адам медицинасында және тамақ өнд</w:t>
      </w:r>
      <w:r w:rsidR="00462153">
        <w:rPr>
          <w:sz w:val="28"/>
          <w:szCs w:val="28"/>
        </w:rPr>
        <w:t>ірісінде жүйелі түрде дұрыс қолданбау</w:t>
      </w:r>
      <w:r w:rsidR="00F97846" w:rsidRPr="00F97846">
        <w:rPr>
          <w:sz w:val="28"/>
          <w:szCs w:val="28"/>
        </w:rPr>
        <w:t xml:space="preserve"> және шамадан тыс қолдану барлық елдерге қауіп төндірді. Микробқа қарсы препараттарға төзімділік денсаулық сақтаудың барлық салаларына және ә</w:t>
      </w:r>
      <w:r w:rsidR="00462153">
        <w:rPr>
          <w:sz w:val="28"/>
          <w:szCs w:val="28"/>
        </w:rPr>
        <w:t>ртүрлі секторларға әсер етеді, ж</w:t>
      </w:r>
      <w:r w:rsidR="00F97846" w:rsidRPr="00F97846">
        <w:rPr>
          <w:sz w:val="28"/>
          <w:szCs w:val="28"/>
        </w:rPr>
        <w:t>алпы қоғамға әсер етеді. Дүниежүзілік денсаулық сақтау ұйымы (ДД</w:t>
      </w:r>
      <w:r w:rsidR="00462153">
        <w:rPr>
          <w:sz w:val="28"/>
          <w:szCs w:val="28"/>
        </w:rPr>
        <w:t>С</w:t>
      </w:r>
      <w:r w:rsidR="00F97846" w:rsidRPr="00F97846">
        <w:rPr>
          <w:sz w:val="28"/>
          <w:szCs w:val="28"/>
        </w:rPr>
        <w:t xml:space="preserve">Ұ) қоғамда антибиотиктердің 80% - ы қолданылады деп есептейді, олардың шамамен 20-50% - ы орынсыз қолданылады </w:t>
      </w:r>
      <w:r w:rsidR="00CA4DE3">
        <w:rPr>
          <w:sz w:val="28"/>
          <w:szCs w:val="28"/>
        </w:rPr>
        <w:fldChar w:fldCharType="begin" w:fldLock="1"/>
      </w:r>
      <w:r w:rsidR="00CA4DE3">
        <w:rPr>
          <w:sz w:val="28"/>
          <w:szCs w:val="28"/>
        </w:rPr>
        <w:instrText>ADDIN CSL_CITATION {"citationItems":[{"id":"ITEM-1","itemData":{"ISBN":"978-92-4-156344-4","abstract":"World Health Report 2007 discusses the challenges to global health security by the increasing and constant movement around the world of people and products. It looks at the potential of new tools for collective defence, particularly the revised International Health Regulations (2005) which came into force this year. Significantly, the revised Regulations move away from a focus on passive barriers at airports, seaports and borders to a strategy of proactive risk management - detecting an event early and stopping it at its source - before it has a chance to become an international threat. Evolution of public health security -- Threats to public health security -- New health threats in the 21st century -- Learning lessons, thinking ahead -- Towards a safer future.","author":[{"dropping-particle":"","family":"World Health Organization.","given":"","non-dropping-particle":"","parse-names":false,"suffix":""},{"dropping-particle":"","family":"Heymann","given":"David L.","non-dropping-particle":"","parse-names":false,"suffix":""},{"dropping-particle":"","family":"Prentice","given":"Thomson.","non-dropping-particle":"","parse-names":false,"suffix":""},{"dropping-particle":"","family":"Reinders","given":"Lina Tucker.","non-dropping-particle":"","parse-names":false,"suffix":""}],"id":"ITEM-1","issued":{"date-parts":[["2007"]]},"page":"72","publisher":"World Health Organization","title":"The world health report 2007 : a safer future : global public health security in the 21st century","type":"article-journal"},"uris":["http://www.mendeley.com/documents/?uuid=1bacc973-ca7c-30ce-a2b3-bc3225fb3db8"]}],"mendeley":{"formattedCitation":"[2]","plainTextFormattedCitation":"[2]","previouslyFormattedCitation":"[2]"},"properties":{"noteIndex":0},"schema":"https://github.com/citation-style-language/schema/raw/master/csl-citation.json"}</w:instrText>
      </w:r>
      <w:r w:rsidR="00CA4DE3">
        <w:rPr>
          <w:sz w:val="28"/>
          <w:szCs w:val="28"/>
        </w:rPr>
        <w:fldChar w:fldCharType="separate"/>
      </w:r>
      <w:r w:rsidR="00CA4DE3" w:rsidRPr="00CA4DE3">
        <w:rPr>
          <w:noProof/>
          <w:sz w:val="28"/>
          <w:szCs w:val="28"/>
        </w:rPr>
        <w:t>[2]</w:t>
      </w:r>
      <w:r w:rsidR="00CA4DE3">
        <w:rPr>
          <w:sz w:val="28"/>
          <w:szCs w:val="28"/>
        </w:rPr>
        <w:fldChar w:fldCharType="end"/>
      </w:r>
      <w:r w:rsidR="001E6624" w:rsidRPr="001E6624">
        <w:rPr>
          <w:sz w:val="28"/>
          <w:szCs w:val="28"/>
        </w:rPr>
        <w:t xml:space="preserve">. </w:t>
      </w:r>
      <w:r w:rsidR="00462153" w:rsidRPr="00462153">
        <w:rPr>
          <w:sz w:val="28"/>
          <w:szCs w:val="28"/>
        </w:rPr>
        <w:t>Нәтижесінде ДД</w:t>
      </w:r>
      <w:r w:rsidR="00462153">
        <w:rPr>
          <w:sz w:val="28"/>
          <w:szCs w:val="28"/>
        </w:rPr>
        <w:t>С</w:t>
      </w:r>
      <w:r w:rsidR="00462153" w:rsidRPr="00462153">
        <w:rPr>
          <w:sz w:val="28"/>
          <w:szCs w:val="28"/>
        </w:rPr>
        <w:t>Ұ медициналық қызметтерге қол жетімділікті жақсарту, антибиотиктерді қажетсіз пайдалануды азайту, толық емдеу курсынан өту, дәрі-дәрмектерді басқа адамдармен бөліспеу және басқа жағдай үшін алдыңғы емдеу курсынан қалған антибиотиктерді сақтамау арқылы қауымдастықты антибиотиктерге төзімд</w:t>
      </w:r>
      <w:r w:rsidR="00CA4DE3">
        <w:rPr>
          <w:sz w:val="28"/>
          <w:szCs w:val="28"/>
        </w:rPr>
        <w:t xml:space="preserve">ілікпен күресуге тартуды ұсынды </w:t>
      </w:r>
      <w:r w:rsidR="00CA4DE3">
        <w:rPr>
          <w:sz w:val="28"/>
          <w:szCs w:val="28"/>
        </w:rPr>
        <w:fldChar w:fldCharType="begin" w:fldLock="1"/>
      </w:r>
      <w:r w:rsidR="00CA4DE3">
        <w:rPr>
          <w:sz w:val="28"/>
          <w:szCs w:val="28"/>
        </w:rPr>
        <w:instrText>ADDIN CSL_CITATION {"citationItems":[{"id":"ITEM-1","itemData":{"DOI":"10.1007/s13312-014-0374-3","ISBN":"9789241564748","ISSN":"0042-9686","PMID":"6603914","abstract":"The development of antimicrobial drugs, and particularly of antibiotics, has played a considerable role in substantially reducing the morbidity and mortality rates of many infectious diseases. However, the fact that bacteria can develop resistance to antibiotics has produced a situation where antimicrobial agents are losing their effectiveness because of the spread and persistence of drug-resistant organisms. To combat this, more and more antibiotics with increased therapeutic and prophylactic action will need to be developed.This article is concerned with antibiotic resistance in bacteria which are pathogenic to man and animals. The historical background is given, as well as some information on the present situation and trends of antibiotic resistance to certain bacteria in different parts of the world. Considerable concern is raised over the use of antibiotics in man and animals. It is stated that antibiotic resistance in human pathogens is widely attributed to the \"misuse\" of antibiotics for treatment and prophylaxis in man and to the administration of antibiotics to animals for a variety of purposes (growth promotion, prophylaxis, or therapy), leading to the accumulation of resistant bacteria in their flora. Factors favouring the development of resistance are discussed.","author":[{"dropping-particle":"","family":"WHO","given":"","non-dropping-particle":"","parse-names":false,"suffix":""}],"container-title":"World Health Organization","id":"ITEM-1","issue":"3","issued":{"date-parts":[["2014"]]},"page":"12-28","title":"Antimicrobial resistance. Global report on surveillance","type":"article-journal","volume":"61"},"uris":["http://www.mendeley.com/documents/?uuid=8504e142-5c79-3da8-82a9-e03b26f496ce"]}],"mendeley":{"formattedCitation":"[3]","plainTextFormattedCitation":"[3]","previouslyFormattedCitation":"[3]"},"properties":{"noteIndex":0},"schema":"https://github.com/citation-style-language/schema/raw/master/csl-citation.json"}</w:instrText>
      </w:r>
      <w:r w:rsidR="00CA4DE3">
        <w:rPr>
          <w:sz w:val="28"/>
          <w:szCs w:val="28"/>
        </w:rPr>
        <w:fldChar w:fldCharType="separate"/>
      </w:r>
      <w:r w:rsidR="00CA4DE3" w:rsidRPr="00CA4DE3">
        <w:rPr>
          <w:noProof/>
          <w:sz w:val="28"/>
          <w:szCs w:val="28"/>
        </w:rPr>
        <w:t>[3]</w:t>
      </w:r>
      <w:r w:rsidR="00CA4DE3">
        <w:rPr>
          <w:sz w:val="28"/>
          <w:szCs w:val="28"/>
        </w:rPr>
        <w:fldChar w:fldCharType="end"/>
      </w:r>
      <w:r w:rsidR="001E6624" w:rsidRPr="001E6624">
        <w:rPr>
          <w:sz w:val="28"/>
          <w:szCs w:val="28"/>
        </w:rPr>
        <w:t>.</w:t>
      </w:r>
      <w:r w:rsidR="00494085" w:rsidRPr="00494085">
        <w:t xml:space="preserve"> </w:t>
      </w:r>
      <w:r w:rsidR="00462153" w:rsidRPr="00462153">
        <w:rPr>
          <w:sz w:val="28"/>
          <w:szCs w:val="28"/>
        </w:rPr>
        <w:t>Жаһандық ауқымда келіс</w:t>
      </w:r>
      <w:r w:rsidR="00462153">
        <w:rPr>
          <w:sz w:val="28"/>
          <w:szCs w:val="28"/>
        </w:rPr>
        <w:t>ілген және жедел әрекеттер қолданылмаса</w:t>
      </w:r>
      <w:r w:rsidR="00462153" w:rsidRPr="00462153">
        <w:rPr>
          <w:sz w:val="28"/>
          <w:szCs w:val="28"/>
        </w:rPr>
        <w:t>, әлем "антибиотиктен кейінгі" дәуірге жақындайды</w:t>
      </w:r>
      <w:r w:rsidR="00462153">
        <w:rPr>
          <w:sz w:val="28"/>
          <w:szCs w:val="28"/>
        </w:rPr>
        <w:t>, яғни адамдар қарапайым</w:t>
      </w:r>
      <w:r w:rsidR="00462153" w:rsidRPr="00462153">
        <w:rPr>
          <w:sz w:val="28"/>
          <w:szCs w:val="28"/>
        </w:rPr>
        <w:t xml:space="preserve"> инфекциялар</w:t>
      </w:r>
      <w:r w:rsidR="00462153">
        <w:rPr>
          <w:sz w:val="28"/>
          <w:szCs w:val="28"/>
        </w:rPr>
        <w:t xml:space="preserve">дан </w:t>
      </w:r>
      <w:r w:rsidR="00462153" w:rsidRPr="00462153">
        <w:rPr>
          <w:sz w:val="28"/>
          <w:szCs w:val="28"/>
        </w:rPr>
        <w:t xml:space="preserve"> </w:t>
      </w:r>
      <w:r w:rsidR="00462153">
        <w:rPr>
          <w:sz w:val="28"/>
          <w:szCs w:val="28"/>
        </w:rPr>
        <w:t>көз жұму қаупі жоғарылайды</w:t>
      </w:r>
      <w:r w:rsidR="00462153" w:rsidRPr="00462153">
        <w:rPr>
          <w:sz w:val="28"/>
          <w:szCs w:val="28"/>
        </w:rPr>
        <w:t xml:space="preserve">. Денсаулық сақтау мекемелеріндегі денсаулық сақтаумен байланысты инфекциялардың 25% - дан астамы </w:t>
      </w:r>
      <w:r w:rsidR="00462153">
        <w:rPr>
          <w:sz w:val="28"/>
          <w:szCs w:val="28"/>
        </w:rPr>
        <w:t xml:space="preserve">антибиотиктерге төзімді бактериялардан </w:t>
      </w:r>
      <w:r w:rsidR="00462153" w:rsidRPr="00462153">
        <w:rPr>
          <w:sz w:val="28"/>
          <w:szCs w:val="28"/>
        </w:rPr>
        <w:t xml:space="preserve">туындайды, бұл </w:t>
      </w:r>
      <w:r w:rsidR="00462153">
        <w:rPr>
          <w:sz w:val="28"/>
          <w:szCs w:val="28"/>
        </w:rPr>
        <w:t xml:space="preserve">жағдай </w:t>
      </w:r>
      <w:r w:rsidR="00462153" w:rsidRPr="00462153">
        <w:rPr>
          <w:sz w:val="28"/>
          <w:szCs w:val="28"/>
        </w:rPr>
        <w:t>2050 жылға қарай 10 миллион өлімге әкелуі мүмкін</w:t>
      </w:r>
      <w:r w:rsidR="001E6624" w:rsidRPr="00462153">
        <w:rPr>
          <w:sz w:val="28"/>
          <w:szCs w:val="28"/>
        </w:rPr>
        <w:t xml:space="preserve">. </w:t>
      </w:r>
      <w:r w:rsidR="0012290F" w:rsidRPr="0012290F">
        <w:rPr>
          <w:sz w:val="28"/>
          <w:szCs w:val="28"/>
        </w:rPr>
        <w:t xml:space="preserve">Адам ағзасындағы </w:t>
      </w:r>
      <w:r w:rsidR="0012290F">
        <w:rPr>
          <w:sz w:val="28"/>
          <w:szCs w:val="28"/>
        </w:rPr>
        <w:t>антибиотикке төзімді бактериялар</w:t>
      </w:r>
      <w:r w:rsidR="0012290F" w:rsidRPr="0012290F">
        <w:rPr>
          <w:sz w:val="28"/>
          <w:szCs w:val="28"/>
        </w:rPr>
        <w:t xml:space="preserve"> адам денсаулығына үнемі қауіп төндіретін үлкен деструкт</w:t>
      </w:r>
      <w:r w:rsidR="0012290F">
        <w:rPr>
          <w:sz w:val="28"/>
          <w:szCs w:val="28"/>
        </w:rPr>
        <w:t>ивті әлеуеті бар "уақыт бомбасы</w:t>
      </w:r>
      <w:r w:rsidR="0012290F" w:rsidRPr="0012290F">
        <w:rPr>
          <w:sz w:val="28"/>
          <w:szCs w:val="28"/>
        </w:rPr>
        <w:t xml:space="preserve">" </w:t>
      </w:r>
      <w:r w:rsidR="0012290F">
        <w:rPr>
          <w:sz w:val="28"/>
          <w:szCs w:val="28"/>
        </w:rPr>
        <w:t>іспетті</w:t>
      </w:r>
      <w:r w:rsidR="001E6624" w:rsidRPr="0012290F">
        <w:rPr>
          <w:sz w:val="28"/>
          <w:szCs w:val="28"/>
        </w:rPr>
        <w:t xml:space="preserve">. </w:t>
      </w:r>
      <w:r w:rsidR="0012290F" w:rsidRPr="0012290F">
        <w:rPr>
          <w:sz w:val="28"/>
          <w:szCs w:val="28"/>
        </w:rPr>
        <w:t xml:space="preserve">Антибиотиктерді ұтымсыз қолдану олардың орынсыз қолданылуын білдіреді, мысалы, вирустық ауруларды емдеу үшін немесе </w:t>
      </w:r>
      <w:r w:rsidR="0012290F">
        <w:rPr>
          <w:sz w:val="28"/>
          <w:szCs w:val="28"/>
        </w:rPr>
        <w:t xml:space="preserve">емдеу ұзақтығы мен дозасын </w:t>
      </w:r>
      <w:r w:rsidR="0012290F" w:rsidRPr="0012290F">
        <w:rPr>
          <w:sz w:val="28"/>
          <w:szCs w:val="28"/>
        </w:rPr>
        <w:t>дұ</w:t>
      </w:r>
      <w:r w:rsidR="0012290F">
        <w:rPr>
          <w:sz w:val="28"/>
          <w:szCs w:val="28"/>
        </w:rPr>
        <w:t>рыс сақтамау</w:t>
      </w:r>
      <w:r w:rsidR="00CA4DE3">
        <w:rPr>
          <w:sz w:val="28"/>
          <w:szCs w:val="28"/>
        </w:rPr>
        <w:t xml:space="preserve"> </w:t>
      </w:r>
      <w:r w:rsidR="00CA4DE3">
        <w:rPr>
          <w:sz w:val="28"/>
          <w:szCs w:val="28"/>
        </w:rPr>
        <w:fldChar w:fldCharType="begin" w:fldLock="1"/>
      </w:r>
      <w:r w:rsidR="00A9746B">
        <w:rPr>
          <w:sz w:val="28"/>
          <w:szCs w:val="28"/>
        </w:rPr>
        <w:instrText>ADDIN CSL_CITATION {"citationItems":[{"id":"ITEM-1","itemData":{"DOI":"10.1016/S0140-6736(99)07446-2","ISSN":"0140-6736","PMID":"10533872","abstract":"Taiwan has high prevalence of antibiotic resistant, community-acquired respiratory pathogens. We investigated whether there was a high frequency of antibiotic use in the community. Antimicrobial activity in urine was detected in 55.2% of 1182 patients on arrival at an emergency department, 25.1% of 203 internal medicine out-patients, 7.6% of 471 high school students, and 7.4% of 202 people at a centre for senior citizens.","author":[{"dropping-particle":"","family":"Liu","given":"Yung Ching","non-dropping-particle":"","parse-names":false,"suffix":""},{"dropping-particle":"","family":"Huang","given":"Wen Kuei","non-dropping-particle":"","parse-names":false,"suffix":""},{"dropping-particle":"","family":"Huang","given":"Tsi Shu","non-dropping-particle":"","parse-names":false,"suffix":""},{"dropping-particle":"","family":"Kunin","given":"Calvin M.","non-dropping-particle":"","parse-names":false,"suffix":""}],"container-title":"Lancet (London, England)","id":"ITEM-1","issue":"9187","issued":{"date-parts":[["1999","10","16"]]},"page":"1360","publisher":"Lancet","title":"Extent of antibiotic use in Taiwan shown by antimicrobial activity in urine","type":"article-journal","volume":"354"},"uris":["http://www.mendeley.com/documents/?uuid=4261d8bf-c6fe-3ad1-8a38-9c4a1b4945db"]}],"mendeley":{"formattedCitation":"[4]","plainTextFormattedCitation":"[4]","previouslyFormattedCitation":"[4]"},"properties":{"noteIndex":0},"schema":"https://github.com/citation-style-language/schema/raw/master/csl-citation.json"}</w:instrText>
      </w:r>
      <w:r w:rsidR="00CA4DE3">
        <w:rPr>
          <w:sz w:val="28"/>
          <w:szCs w:val="28"/>
        </w:rPr>
        <w:fldChar w:fldCharType="separate"/>
      </w:r>
      <w:r w:rsidR="00CA4DE3" w:rsidRPr="00CA4DE3">
        <w:rPr>
          <w:noProof/>
          <w:sz w:val="28"/>
          <w:szCs w:val="28"/>
        </w:rPr>
        <w:t>[4]</w:t>
      </w:r>
      <w:r w:rsidR="00CA4DE3">
        <w:rPr>
          <w:sz w:val="28"/>
          <w:szCs w:val="28"/>
        </w:rPr>
        <w:fldChar w:fldCharType="end"/>
      </w:r>
      <w:r w:rsidR="00446928" w:rsidRPr="0012290F">
        <w:rPr>
          <w:sz w:val="28"/>
          <w:szCs w:val="28"/>
        </w:rPr>
        <w:t xml:space="preserve">. </w:t>
      </w:r>
      <w:r w:rsidR="0012290F" w:rsidRPr="0012290F">
        <w:rPr>
          <w:sz w:val="28"/>
          <w:szCs w:val="28"/>
        </w:rPr>
        <w:t xml:space="preserve">Жалпыға қол жетімді антибиотиктерге төзімділіктің дамуы оларды ұтымсыз қолданудың тікелей салдары болып табылады </w:t>
      </w:r>
      <w:r w:rsidR="00A9746B">
        <w:rPr>
          <w:sz w:val="28"/>
          <w:szCs w:val="28"/>
        </w:rPr>
        <w:fldChar w:fldCharType="begin" w:fldLock="1"/>
      </w:r>
      <w:r w:rsidR="00A9746B">
        <w:rPr>
          <w:sz w:val="28"/>
          <w:szCs w:val="28"/>
        </w:rPr>
        <w:instrText>ADDIN CSL_CITATION {"citationItems":[{"id":"ITEM-1","itemData":{"DOI":"10.1186/1471-2334-11-293","ISSN":"1471-2334","PMID":"22032233","abstract":"Background: Over 90% of all antibiotics in Europe are prescribed in primary care. It is important that antibiotics are prescribed that are likely to be effective; however, information about antibiotic resistance in the community is incomplete. The aim of our study is to investigate the appropriateness of antibiotic prescribing in primary care in Europe by collecting and combining patterns of antibiotic resistance patterns and antibiotic prescription patterns in primary care. We will also evaluate the appropriateness of national antibiotic prescription guidelines in relation to resistance patterns.Methods/Design: Antibiotic resistance will be studied in an opportunistic sample from the community in nine European countries. Resistance data will be collected by taking a nose swab of persons (N = 4,000 per country) visiting a primary care practice for a non-infectious disease. Staphylococcus aureus and Streptococcus pneumoniae will be isolated and tested for resistance to a range of antibiotics in one central laboratory. Data on antibiotic prescriptions over the past 5 years will be extracted from the electronic medical records of General Practitioners (GPs). The results of the study will include the prevalence and resistance data of the two species and 5 years of antibiotic prescription data in nine European countries.The odds of receiving an effective antibiotic in each country will be calculated as a measure for the appropriateness of prescribing. Multilevel analysis will be used to assess the appropriateness of prescribing. Relevant treatment guidelines of the nine participating countries will be evaluated using a standardized instrument and related to the resistance patterns in that country.Discussion: This study will provide valuable and unique data concerning resistance patterns and prescription behaviour in primary care in nine European countries. It will provide evidence-based recommendations for antibiotic treatment guidelines that take resistance patterns into account which will be useful for both clinicians and policy makers. By improving antibiotic use we can move towards controlling the resistance problem globally. © 2011 van Bijnen et al; licensee BioMed Central Ltd.","author":[{"dropping-particle":"","family":"Bijnen","given":"Evelien M.E.","non-dropping-particle":"van","parse-names":false,"suffix":""},{"dropping-particle":"","family":"Heijer","given":"Casper D.J.","non-dropping-particle":"den","parse-names":false,"suffix":""},{"dropping-particle":"","family":"Paget","given":"W. John","non-dropping-particle":"","parse-names":false,"suffix":""},{"dropping-particle":"","family":"Stobberingh","given":"Ellen E.","non-dropping-particle":"","parse-names":false,"suffix":""},{"dropping-particle":"","family":"Verheij","given":"Robert A.","non-dropping-particle":"","parse-names":false,"suffix":""},{"dropping-particle":"","family":"Bruggeman","given":"Cathrien A.","non-dropping-particle":"","parse-names":false,"suffix":""},{"dropping-particle":"","family":"Pringle","given":"Mike","non-dropping-particle":"","parse-names":false,"suffix":""},{"dropping-particle":"","family":"Goossens","given":"Herman","non-dropping-particle":"","parse-names":false,"suffix":""},{"dropping-particle":"","family":"Schellevis","given":"François G.","non-dropping-particle":"","parse-names":false,"suffix":""}],"container-title":"BMC infectious diseases","id":"ITEM-1","issued":{"date-parts":[["2011","10","28"]]},"publisher":"BMC Infect Dis","title":"The appropriateness of prescribing antibiotics in the community in Europe: study design","type":"article-journal","volume":"11"},"uris":["http://www.mendeley.com/documents/?uuid=bad920ec-c99f-3eb3-b8c2-9c6bf35161b7"]}],"mendeley":{"formattedCitation":"[5]","plainTextFormattedCitation":"[5]","previouslyFormattedCitation":"[5]"},"properties":{"noteIndex":0},"schema":"https://github.com/citation-style-language/schema/raw/master/csl-citation.json"}</w:instrText>
      </w:r>
      <w:r w:rsidR="00A9746B">
        <w:rPr>
          <w:sz w:val="28"/>
          <w:szCs w:val="28"/>
        </w:rPr>
        <w:fldChar w:fldCharType="separate"/>
      </w:r>
      <w:r w:rsidR="00A9746B" w:rsidRPr="00A9746B">
        <w:rPr>
          <w:noProof/>
          <w:sz w:val="28"/>
          <w:szCs w:val="28"/>
        </w:rPr>
        <w:t>[5]</w:t>
      </w:r>
      <w:r w:rsidR="00A9746B">
        <w:rPr>
          <w:sz w:val="28"/>
          <w:szCs w:val="28"/>
        </w:rPr>
        <w:fldChar w:fldCharType="end"/>
      </w:r>
      <w:r w:rsidR="00446928" w:rsidRPr="0012290F">
        <w:rPr>
          <w:sz w:val="28"/>
          <w:szCs w:val="28"/>
        </w:rPr>
        <w:t xml:space="preserve">. </w:t>
      </w:r>
      <w:r w:rsidR="0012290F" w:rsidRPr="0012290F">
        <w:rPr>
          <w:sz w:val="28"/>
          <w:szCs w:val="28"/>
        </w:rPr>
        <w:t xml:space="preserve">Антибиотиктерді ұтымсыз қолданудың негізгі себептерінің бірі </w:t>
      </w:r>
      <w:r w:rsidR="0012290F">
        <w:rPr>
          <w:sz w:val="28"/>
          <w:szCs w:val="28"/>
        </w:rPr>
        <w:t>тұрғындардың</w:t>
      </w:r>
      <w:r w:rsidR="0012290F" w:rsidRPr="0012290F">
        <w:rPr>
          <w:sz w:val="28"/>
          <w:szCs w:val="28"/>
        </w:rPr>
        <w:t xml:space="preserve"> оларды дұрыс қолдануы туралы жеткіліксіз хабардар болуы </w:t>
      </w:r>
      <w:r w:rsidR="00A9746B">
        <w:rPr>
          <w:sz w:val="28"/>
          <w:szCs w:val="28"/>
        </w:rPr>
        <w:fldChar w:fldCharType="begin" w:fldLock="1"/>
      </w:r>
      <w:r w:rsidR="00A9746B">
        <w:rPr>
          <w:sz w:val="28"/>
          <w:szCs w:val="28"/>
        </w:rPr>
        <w:instrText>ADDIN CSL_CITATION {"citationItems":[{"id":"ITEM-1","itemData":{"DOI":"10.1093/HEAPOL/CZV048","ISSN":"1460-2237","PMID":"26045328","abstract":"Resistance to antibiotics is increasing globally and is a threat to public health. Research has demonstrated a correlation between antibiotic use and resistance development. Developing countries are the most affected by resistance because of high infectious disease burden, limited access to quality assured antibiotics and more optimal drugs and poor antibiotic use practices. The appropriate use of antibiotics to slow the pace of resistance development is crucial. The study retrospectively assessed antibiotic prescription practices in four public and private primary health-care facilities in Eastern Region, Ghana using the WHO/International Network for the Rational Use of Drugs rational drug use indicators. Using a systematic sampling procedure, 400 prescriptions were selected per facility for the period April 2010 to March 2011. Rational drug use indicators were assessed in the descriptive analysis and logistic regression was used to explore for predictors of antibiotic prescription. Average number of medicines prescribed per encounter was 4.01, and 59.9% of prescriptions had antibiotics whilst 24.2% had injections. In total, 79.2% and 88.1% of prescribed medicines were generics and from the national essential medicine list, respectively. In the multivariate analysis, health facility type (odds ratio [OR] = 2.05; 95% confidence interval [CI]: 1.42, 2.95), patient age (OR = 0.97; 95% CI: 0.97, 0.98), number of medicines on a prescription (OR = 1.85; 95% CI: 1.63, 2.10) and 'no malaria drug' on prescription (OR = 5.05; 95% CI: 2.08, 12.25) were associated with an antibiotic prescription. A diagnosis of upper respiratory tract infection was positively associated with antibiotic use. The level of antibiotic use varied depending on the health facility type and was generally high compared with the national average estimated in 2008. Interventions that reduce diagnostic uncertainty in illness management should be considered. The National Health Insurance Scheme, as the main purchaser of health services in Ghana, offers an opportunity that should be exploited to introduce policies in support of rational drug use.","author":[{"dropping-particle":"","family":"Ahiabu","given":"Mary Anne","non-dropping-particle":"","parse-names":false,"suffix":""},{"dropping-particle":"","family":"Tersbøl","given":"Britt P.","non-dropping-particle":"","parse-names":false,"suffix":""},{"dropping-particle":"","family":"Biritwum","given":"Richard","non-dropping-particle":"","parse-names":false,"suffix":""},{"dropping-particle":"","family":"Bygbjerg","given":"Ib C.","non-dropping-particle":"","parse-names":false,"suffix":""},{"dropping-particle":"","family":"Magnussen","given":"Pascal","non-dropping-particle":"","parse-names":false,"suffix":""}],"container-title":"Health policy and planning","id":"ITEM-1","issue":"2","issued":{"date-parts":[["2016","3","1"]]},"page":"250-258","publisher":"Health Policy Plan","title":"A retrospective audit of antibiotic prescriptions in primary health-care facilities in Eastern Region, Ghana","type":"article-journal","volume":"31"},"uris":["http://www.mendeley.com/documents/?uuid=a868e851-a153-3dc9-bd76-2e42aa79055b"]}],"mendeley":{"formattedCitation":"[6]","plainTextFormattedCitation":"[6]","previouslyFormattedCitation":"[6]"},"properties":{"noteIndex":0},"schema":"https://github.com/citation-style-language/schema/raw/master/csl-citation.json"}</w:instrText>
      </w:r>
      <w:r w:rsidR="00A9746B">
        <w:rPr>
          <w:sz w:val="28"/>
          <w:szCs w:val="28"/>
        </w:rPr>
        <w:fldChar w:fldCharType="separate"/>
      </w:r>
      <w:r w:rsidR="00A9746B" w:rsidRPr="00A9746B">
        <w:rPr>
          <w:noProof/>
          <w:sz w:val="28"/>
          <w:szCs w:val="28"/>
        </w:rPr>
        <w:t>[6]</w:t>
      </w:r>
      <w:r w:rsidR="00A9746B">
        <w:rPr>
          <w:sz w:val="28"/>
          <w:szCs w:val="28"/>
        </w:rPr>
        <w:fldChar w:fldCharType="end"/>
      </w:r>
      <w:r w:rsidR="00446928" w:rsidRPr="0012290F">
        <w:rPr>
          <w:sz w:val="28"/>
          <w:szCs w:val="28"/>
        </w:rPr>
        <w:t xml:space="preserve">. </w:t>
      </w:r>
      <w:r w:rsidR="0012290F" w:rsidRPr="0012290F">
        <w:rPr>
          <w:sz w:val="28"/>
          <w:szCs w:val="28"/>
        </w:rPr>
        <w:t xml:space="preserve">Мысалы, антибиотиктер көбінесе кез-келген ауруды емдеуге қабілетті "керемет дәрі" болып саналады. </w:t>
      </w:r>
      <w:r w:rsidR="0012290F" w:rsidRPr="00EF2BD2">
        <w:rPr>
          <w:sz w:val="28"/>
          <w:szCs w:val="28"/>
        </w:rPr>
        <w:t>Бұл көзқарас қоғамда антибиотиктерді ұтымсыз қ</w:t>
      </w:r>
      <w:r w:rsidR="00A9746B">
        <w:rPr>
          <w:sz w:val="28"/>
          <w:szCs w:val="28"/>
        </w:rPr>
        <w:t xml:space="preserve">олдануға айтарлықтай әсер етеді </w:t>
      </w:r>
      <w:r w:rsidR="00A9746B">
        <w:rPr>
          <w:sz w:val="28"/>
          <w:szCs w:val="28"/>
        </w:rPr>
        <w:fldChar w:fldCharType="begin" w:fldLock="1"/>
      </w:r>
      <w:r w:rsidR="00A9746B">
        <w:rPr>
          <w:sz w:val="28"/>
          <w:szCs w:val="28"/>
        </w:rPr>
        <w:instrText>ADDIN CSL_CITATION {"citationItems":[{"id":"ITEM-1","itemData":{"DOI":"10.1016/J.IJANTIMICAG.2005.04.017","ISSN":"0924-8579","PMID":"16009535","abstract":"Misuse of antibiotic therapy can have a profound negative impact both on individuals and on the community. The objective of this meta-analysis was to estimate the prevalence of antibiotic misuse in terms of non-compliance with therapy or reuse of leftover antibiotics in the community. Of 2848 screened articles, 46 contained the required information on the number of participants, the number compliant/using leftovers and the measurement technique. Mean compliance with antibiotics was 62.2% (95% confidence interval (CI), 56.4-68.0%) and mean use of leftover antibiotics was 28.6% (95% CI, 21.8-35.4%). Although variation in the methods resulted in substantial heterogeneity in the estimates, results were generally consistent by region and measurement technique. Patient education and simpler antibiotic regimens should be encouraged to promote responsible use of antibiotic therapy. © 2005 Elsevier B.V. and the International Society of Chemotherapy. All rights reserved.","author":[{"dropping-particle":"","family":"Kardas","given":"Przemyslaw","non-dropping-particle":"","parse-names":false,"suffix":""},{"dropping-particle":"","family":"Devine","given":"Scott","non-dropping-particle":"","parse-names":false,"suffix":""},{"dropping-particle":"","family":"Golembesky","given":"Amanda","non-dropping-particle":"","parse-names":false,"suffix":""},{"dropping-particle":"","family":"Roberts","given":"Craig","non-dropping-particle":"","parse-names":false,"suffix":""}],"container-title":"International journal of antimicrobial agents","id":"ITEM-1","issue":"2","issued":{"date-parts":[["2005"]]},"page":"106-113","publisher":"Int J Antimicrob Agents","title":"A systematic review and meta-analysis of misuse of antibiotic therapies in the community","type":"article-journal","volume":"26"},"uris":["http://www.mendeley.com/documents/?uuid=2d9e78f8-24db-33fc-92c7-4031010385a3"]}],"mendeley":{"formattedCitation":"[7]","plainTextFormattedCitation":"[7]","previouslyFormattedCitation":"[7]"},"properties":{"noteIndex":0},"schema":"https://github.com/citation-style-language/schema/raw/master/csl-citation.json"}</w:instrText>
      </w:r>
      <w:r w:rsidR="00A9746B">
        <w:rPr>
          <w:sz w:val="28"/>
          <w:szCs w:val="28"/>
        </w:rPr>
        <w:fldChar w:fldCharType="separate"/>
      </w:r>
      <w:r w:rsidR="00A9746B" w:rsidRPr="00A9746B">
        <w:rPr>
          <w:noProof/>
          <w:sz w:val="28"/>
          <w:szCs w:val="28"/>
        </w:rPr>
        <w:t>[7]</w:t>
      </w:r>
      <w:r w:rsidR="00A9746B">
        <w:rPr>
          <w:sz w:val="28"/>
          <w:szCs w:val="28"/>
        </w:rPr>
        <w:fldChar w:fldCharType="end"/>
      </w:r>
      <w:r w:rsidR="00446928" w:rsidRPr="00EF2BD2">
        <w:rPr>
          <w:sz w:val="28"/>
          <w:szCs w:val="28"/>
        </w:rPr>
        <w:t xml:space="preserve">. </w:t>
      </w:r>
      <w:r w:rsidR="0012290F" w:rsidRPr="00EF2BD2">
        <w:rPr>
          <w:sz w:val="28"/>
          <w:szCs w:val="28"/>
        </w:rPr>
        <w:t xml:space="preserve">Антибиотиктердің тек бактерияларға әсер ететінін, ал басқа патогендерге қатысты (вирустар, саңырауқұлақтар, паразиттер) белсенділігі жоқ екендігі туралы, сонымен қатар антибиотиктерді дұрыс қолданбаған жағдайда антибиотиктерге төзімділіктің пайда болатыны жайлы білімнің жоқтығы немесе жеткіліксіздігі оларды ұтымсыз қолдануға әкеледі </w:t>
      </w:r>
      <w:r w:rsidR="00A9746B">
        <w:rPr>
          <w:sz w:val="28"/>
          <w:szCs w:val="28"/>
        </w:rPr>
        <w:fldChar w:fldCharType="begin" w:fldLock="1"/>
      </w:r>
      <w:r w:rsidR="00A9746B">
        <w:rPr>
          <w:sz w:val="28"/>
          <w:szCs w:val="28"/>
        </w:rPr>
        <w:instrText>ADDIN CSL_CITATION {"citationItems":[{"id":"ITEM-1","itemData":{"DOI":"10.1136/BMJ.C2096","ISSN":"1756-1833","PMID":"20483949","abstract":"Objective: To systematically review the literature and, where appropriate, meta-analyse studies investigating subsequent antibiotic resistance in individuals prescribed antibiotics in primary care. Design: Systematic review with meta-analysis. Data sources: Observational and experimental studies identified through Medline, Embase, and Cochrane searches. Review methods: Electronic searches using MeSH terms and text words identified 4373 papers. Two independent reviewers assessed quality of eligible studies and extracted data. Meta-analyses were conducted for studies presenting similar outcomes. Results: The review included 24 studies; 22 involved patients with symptomatic infection and two involved healthy volunteers; 19 were observational studies (of which two were prospective) and five were randomised trials. In five studies of urinary tract bacteria (14 348 participants), the pooled odds ratio (OR) for resistance was 2.5 (95% confidence interval 2.1 to 2.9) within 2 months of antibiotic treatment and 1.33 (1.2 to 1.5) within 12 months. In seven studies of respiratory tract bacteria (2605 participants), pooled ORs were 2.4 (1.4 to 3.9) and 2.4 (1.3 to 4.5) for the same periods, respectively. Studies reporting the quantity of antibiotic prescribed found that longer duration and multiple courses were associated with higher rates of resistance. Studies comparing the potential for different antibiotics to induce resistance showed no consistent effects. Only one prospective study reported changes in resistance over a long period; pooled ORs fell from 12.2 (6.8 to 22.1) at 1 week to 6.1 (2.8 to 13.4) at 1 month, 3.6 (2.2 to 6.0) at 2 months, and 2.2 (1.3 to 3.6) at 6 months. Conclusions: Individuals prescribed an antibiotic in primary care for a respiratory or urinary infection develop bacterial resistance to that antibiotic. The effect is greatest in the month immediately after treatment but may persist for up to 12 months. This effect not only increases the population carriage of organisms resistant to first line antibiotics, but also creates the conditions for increased use of second line antibiotics in the community.","author":[{"dropping-particle":"","family":"Costelloe","given":"Céire","non-dropping-particle":"","parse-names":false,"suffix":""},{"dropping-particle":"","family":"Metcalfe","given":"Chris","non-dropping-particle":"","parse-names":false,"suffix":""},{"dropping-particle":"","family":"Lovering","given":"Andrew","non-dropping-particle":"","parse-names":false,"suffix":""},{"dropping-particle":"","family":"Mant","given":"David","non-dropping-particle":"","parse-names":false,"suffix":""},{"dropping-particle":"","family":"Hay","given":"Alastair D.","non-dropping-particle":"","parse-names":false,"suffix":""}],"container-title":"BMJ (Clinical research ed.)","id":"ITEM-1","issue":"7756","issued":{"date-parts":[["2010","5","22"]]},"page":"1120","publisher":"BMJ","title":"Effect of antibiotic prescribing in primary care on antimicrobial resistance in individual patients: systematic review and meta-analysis","type":"article-journal","volume":"340"},"uris":["http://www.mendeley.com/documents/?uuid=949f11c7-a927-3e3a-9f97-32dea5acec09"]}],"mendeley":{"formattedCitation":"[8]","plainTextFormattedCitation":"[8]","previouslyFormattedCitation":"[8]"},"properties":{"noteIndex":0},"schema":"https://github.com/citation-style-language/schema/raw/master/csl-citation.json"}</w:instrText>
      </w:r>
      <w:r w:rsidR="00A9746B">
        <w:rPr>
          <w:sz w:val="28"/>
          <w:szCs w:val="28"/>
        </w:rPr>
        <w:fldChar w:fldCharType="separate"/>
      </w:r>
      <w:r w:rsidR="00A9746B" w:rsidRPr="00A9746B">
        <w:rPr>
          <w:noProof/>
          <w:sz w:val="28"/>
          <w:szCs w:val="28"/>
        </w:rPr>
        <w:t>[8]</w:t>
      </w:r>
      <w:r w:rsidR="00A9746B">
        <w:rPr>
          <w:sz w:val="28"/>
          <w:szCs w:val="28"/>
        </w:rPr>
        <w:fldChar w:fldCharType="end"/>
      </w:r>
      <w:r w:rsidR="00A9746B">
        <w:rPr>
          <w:sz w:val="28"/>
          <w:szCs w:val="28"/>
        </w:rPr>
        <w:t xml:space="preserve">, </w:t>
      </w:r>
      <w:r w:rsidR="00A9746B">
        <w:rPr>
          <w:sz w:val="28"/>
          <w:szCs w:val="28"/>
        </w:rPr>
        <w:fldChar w:fldCharType="begin" w:fldLock="1"/>
      </w:r>
      <w:r w:rsidR="00A9746B">
        <w:rPr>
          <w:sz w:val="28"/>
          <w:szCs w:val="28"/>
        </w:rPr>
        <w:instrText>ADDIN CSL_CITATION {"citationItems":[{"id":"ITEM-1","itemData":{"DOI":"10.1016/J.HEALTHPOL.2005.07.001","ISSN":"0168-8510","PMID":"16095749","abstract":"Aims and methods: The aim of this study was to determine whether antibiotics are used for self-medication in southern Spain, a region belonging to European Union. The data were collected by a survey in the Costa del Sol region, Spain during 2002 by using a convenience sample of 1000 Finns living permanently in the area (response rate 53%, n = 530). Results: Antibiotics were used by 28% of the respondents during the previous 6 months before the query. Of the antibiotic users, 41% had bought their antibiotics without a prescription. Clearly the most common indication for antibiotic use was common cold, with almost half (45%) of the antibiotic users reporting it as purpose of medication, followed by sore throat (17%). The number of courses did not differ between prescription and non-prescription antibiotic users, most (64%) of the users having used one course. Neither did the groups differ according to background variables used, including the frequency of experiencing adverse reactions. Conclusions: Unnecessary and unrational self-medication with antibiotics seems to be common in southern Spain among Finnish immigrants. This may indicate that Spanish health care system, including community pharmacies are failing their task in enhancing rational use of medicines. It is important that all the member countries within EU will take their responsibility in promoting public health goals in their national policy, e.g., in minimising the antibiotic resistance for expanding. © 2005 Elsevier Ireland Ltd. All rights reserved.","author":[{"dropping-particle":"","family":"Väänänen","given":"Minna Heleena","non-dropping-particle":"","parse-names":false,"suffix":""},{"dropping-particle":"","family":"Pietilä","given":"Kirsi","non-dropping-particle":"","parse-names":false,"suffix":""},{"dropping-particle":"","family":"Airaksinen","given":"Marja","non-dropping-particle":"","parse-names":false,"suffix":""}],"container-title":"Health policy (Amsterdam, Netherlands)","id":"ITEM-1","issue":"2","issued":{"date-parts":[["2006","7"]]},"page":"166-171","publisher":"Health Policy","title":"Self-medication with antibiotics--does it really happen in Europe?","type":"article-journal","volume":"77"},"uris":["http://www.mendeley.com/documents/?uuid=94ae2be9-76f8-398f-81d6-9c07a950018d"]}],"mendeley":{"formattedCitation":"[9]","plainTextFormattedCitation":"[9]","previouslyFormattedCitation":"[9]"},"properties":{"noteIndex":0},"schema":"https://github.com/citation-style-language/schema/raw/master/csl-citation.json"}</w:instrText>
      </w:r>
      <w:r w:rsidR="00A9746B">
        <w:rPr>
          <w:sz w:val="28"/>
          <w:szCs w:val="28"/>
        </w:rPr>
        <w:fldChar w:fldCharType="separate"/>
      </w:r>
      <w:r w:rsidR="00A9746B" w:rsidRPr="00A9746B">
        <w:rPr>
          <w:noProof/>
          <w:sz w:val="28"/>
          <w:szCs w:val="28"/>
        </w:rPr>
        <w:t>[9]</w:t>
      </w:r>
      <w:r w:rsidR="00A9746B">
        <w:rPr>
          <w:sz w:val="28"/>
          <w:szCs w:val="28"/>
        </w:rPr>
        <w:fldChar w:fldCharType="end"/>
      </w:r>
      <w:r w:rsidR="00446928" w:rsidRPr="00EF2BD2">
        <w:rPr>
          <w:sz w:val="28"/>
          <w:szCs w:val="28"/>
        </w:rPr>
        <w:t>.</w:t>
      </w:r>
      <w:r w:rsidR="007355BC" w:rsidRPr="007355BC">
        <w:t xml:space="preserve"> </w:t>
      </w:r>
    </w:p>
    <w:p w:rsidR="00064B2B" w:rsidRPr="000D2DB3" w:rsidRDefault="005E2BA6" w:rsidP="005E2BA6">
      <w:pPr>
        <w:widowControl/>
        <w:autoSpaceDE/>
        <w:autoSpaceDN/>
        <w:ind w:firstLine="567"/>
        <w:jc w:val="both"/>
        <w:rPr>
          <w:sz w:val="28"/>
          <w:szCs w:val="28"/>
        </w:rPr>
      </w:pPr>
      <w:r w:rsidRPr="005E2BA6">
        <w:rPr>
          <w:rFonts w:eastAsia="Calibri"/>
          <w:b/>
          <w:sz w:val="28"/>
          <w:szCs w:val="28"/>
        </w:rPr>
        <w:t>Жұмыстың мақсаты</w:t>
      </w:r>
    </w:p>
    <w:p w:rsidR="00AD231C" w:rsidRPr="005B760C" w:rsidRDefault="00AD231C" w:rsidP="00793AB2">
      <w:pPr>
        <w:widowControl/>
        <w:autoSpaceDE/>
        <w:autoSpaceDN/>
        <w:ind w:firstLine="567"/>
        <w:jc w:val="both"/>
        <w:rPr>
          <w:rFonts w:eastAsia="Calibri"/>
          <w:sz w:val="28"/>
          <w:szCs w:val="28"/>
        </w:rPr>
      </w:pPr>
      <w:r w:rsidRPr="00AD231C">
        <w:rPr>
          <w:rFonts w:eastAsia="Calibri"/>
          <w:sz w:val="28"/>
          <w:szCs w:val="28"/>
        </w:rPr>
        <w:t xml:space="preserve">Тұрғындардың антибактериалды препараттарды дұрыс қолдану мәселелері бойынша ақпараттануын бағалау. </w:t>
      </w:r>
    </w:p>
    <w:p w:rsidR="00E76222" w:rsidRPr="005E2BA6" w:rsidRDefault="00064B2B" w:rsidP="00793AB2">
      <w:pPr>
        <w:widowControl/>
        <w:autoSpaceDE/>
        <w:autoSpaceDN/>
        <w:ind w:firstLine="567"/>
        <w:jc w:val="both"/>
        <w:rPr>
          <w:rFonts w:eastAsia="Calibri"/>
          <w:b/>
          <w:sz w:val="28"/>
          <w:szCs w:val="28"/>
          <w:lang w:val="en-US"/>
        </w:rPr>
      </w:pPr>
      <w:r w:rsidRPr="005E2BA6">
        <w:rPr>
          <w:rFonts w:eastAsia="Calibri"/>
          <w:b/>
          <w:sz w:val="28"/>
          <w:szCs w:val="28"/>
        </w:rPr>
        <w:t>Жұмыстың  міндеттері.</w:t>
      </w:r>
    </w:p>
    <w:p w:rsidR="00793AB2" w:rsidRDefault="00CA5C29" w:rsidP="00CA5C29">
      <w:pPr>
        <w:pStyle w:val="a7"/>
        <w:numPr>
          <w:ilvl w:val="0"/>
          <w:numId w:val="16"/>
        </w:numPr>
        <w:ind w:left="567" w:firstLine="0"/>
        <w:jc w:val="both"/>
        <w:rPr>
          <w:sz w:val="28"/>
          <w:szCs w:val="28"/>
        </w:rPr>
      </w:pPr>
      <w:r w:rsidRPr="00CA5C29">
        <w:rPr>
          <w:sz w:val="28"/>
          <w:szCs w:val="28"/>
        </w:rPr>
        <w:t>Тұрғындардың антибиотиктерге қатысты білімін, көзқарасын және қолдану тәжірибесін</w:t>
      </w:r>
      <w:r>
        <w:rPr>
          <w:sz w:val="28"/>
          <w:szCs w:val="28"/>
        </w:rPr>
        <w:t xml:space="preserve"> бағалау</w:t>
      </w:r>
      <w:r w:rsidR="00C16CE0">
        <w:rPr>
          <w:sz w:val="28"/>
          <w:szCs w:val="28"/>
        </w:rPr>
        <w:t>;</w:t>
      </w:r>
      <w:r w:rsidR="00793AB2">
        <w:rPr>
          <w:sz w:val="28"/>
          <w:szCs w:val="28"/>
        </w:rPr>
        <w:t xml:space="preserve"> </w:t>
      </w:r>
    </w:p>
    <w:p w:rsidR="00C16CE0" w:rsidRPr="00C16CE0" w:rsidRDefault="00793AB2" w:rsidP="00793AB2">
      <w:pPr>
        <w:pStyle w:val="a7"/>
        <w:numPr>
          <w:ilvl w:val="0"/>
          <w:numId w:val="16"/>
        </w:numPr>
        <w:ind w:left="567" w:firstLine="0"/>
        <w:jc w:val="both"/>
        <w:rPr>
          <w:sz w:val="28"/>
          <w:szCs w:val="28"/>
        </w:rPr>
      </w:pPr>
      <w:r>
        <w:rPr>
          <w:sz w:val="28"/>
          <w:szCs w:val="28"/>
        </w:rPr>
        <w:t>Тұрғындардың антибиотиктерді өз бетінше</w:t>
      </w:r>
      <w:r w:rsidR="00C16CE0">
        <w:rPr>
          <w:sz w:val="28"/>
          <w:szCs w:val="28"/>
        </w:rPr>
        <w:t xml:space="preserve"> қолданатын жағдайларын анықтау;</w:t>
      </w:r>
    </w:p>
    <w:p w:rsidR="005E2BA6" w:rsidRPr="005E2BA6" w:rsidRDefault="00C16CE0" w:rsidP="00793AB2">
      <w:pPr>
        <w:pStyle w:val="a7"/>
        <w:numPr>
          <w:ilvl w:val="0"/>
          <w:numId w:val="16"/>
        </w:numPr>
        <w:ind w:left="567" w:firstLine="0"/>
        <w:jc w:val="both"/>
        <w:rPr>
          <w:sz w:val="28"/>
          <w:szCs w:val="28"/>
        </w:rPr>
      </w:pPr>
      <w:r>
        <w:rPr>
          <w:sz w:val="28"/>
          <w:szCs w:val="28"/>
        </w:rPr>
        <w:t>Тұрғындардың өзін</w:t>
      </w:r>
      <w:r w:rsidRPr="00C16CE0">
        <w:rPr>
          <w:sz w:val="28"/>
          <w:szCs w:val="28"/>
        </w:rPr>
        <w:t>-</w:t>
      </w:r>
      <w:r w:rsidR="000A59FC">
        <w:rPr>
          <w:sz w:val="28"/>
          <w:szCs w:val="28"/>
        </w:rPr>
        <w:t>өзі емдеу</w:t>
      </w:r>
      <w:r>
        <w:rPr>
          <w:sz w:val="28"/>
          <w:szCs w:val="28"/>
        </w:rPr>
        <w:t xml:space="preserve"> тәжірибесінің себептері мен оған әсер ететін факторларын анықтау;</w:t>
      </w:r>
    </w:p>
    <w:p w:rsidR="00793AB2" w:rsidRDefault="00793AB2" w:rsidP="00793AB2">
      <w:pPr>
        <w:pStyle w:val="a7"/>
        <w:widowControl/>
        <w:numPr>
          <w:ilvl w:val="0"/>
          <w:numId w:val="16"/>
        </w:numPr>
        <w:autoSpaceDE/>
        <w:autoSpaceDN/>
        <w:ind w:left="567" w:firstLine="0"/>
        <w:jc w:val="both"/>
        <w:rPr>
          <w:sz w:val="28"/>
          <w:szCs w:val="28"/>
        </w:rPr>
      </w:pPr>
      <w:r>
        <w:rPr>
          <w:sz w:val="28"/>
          <w:szCs w:val="28"/>
        </w:rPr>
        <w:t>Үйдегі дәрі қобдишаларында</w:t>
      </w:r>
      <w:r w:rsidRPr="00793AB2">
        <w:rPr>
          <w:sz w:val="28"/>
          <w:szCs w:val="28"/>
        </w:rPr>
        <w:t xml:space="preserve"> жүйелі қолдануға арналған антибиотиктерд</w:t>
      </w:r>
      <w:r w:rsidR="002D2CFF">
        <w:rPr>
          <w:sz w:val="28"/>
          <w:szCs w:val="28"/>
        </w:rPr>
        <w:t>ің бар</w:t>
      </w:r>
      <w:r w:rsidR="002D2CFF" w:rsidRPr="002D2CFF">
        <w:rPr>
          <w:sz w:val="28"/>
          <w:szCs w:val="28"/>
        </w:rPr>
        <w:t>-</w:t>
      </w:r>
      <w:r w:rsidR="002D2CFF">
        <w:rPr>
          <w:sz w:val="28"/>
          <w:szCs w:val="28"/>
        </w:rPr>
        <w:t>жоқтығын</w:t>
      </w:r>
      <w:r w:rsidRPr="00793AB2">
        <w:rPr>
          <w:sz w:val="28"/>
          <w:szCs w:val="28"/>
        </w:rPr>
        <w:t xml:space="preserve"> зерттеп, олард</w:t>
      </w:r>
      <w:r>
        <w:rPr>
          <w:sz w:val="28"/>
          <w:szCs w:val="28"/>
        </w:rPr>
        <w:t>ың жарамдылық мерзімін бағалау</w:t>
      </w:r>
      <w:r w:rsidR="00C16CE0">
        <w:rPr>
          <w:sz w:val="28"/>
          <w:szCs w:val="28"/>
        </w:rPr>
        <w:t>;</w:t>
      </w:r>
    </w:p>
    <w:p w:rsidR="00E76222" w:rsidRPr="00793AB2" w:rsidRDefault="00E76222" w:rsidP="00793AB2">
      <w:pPr>
        <w:pStyle w:val="a7"/>
        <w:widowControl/>
        <w:numPr>
          <w:ilvl w:val="0"/>
          <w:numId w:val="16"/>
        </w:numPr>
        <w:autoSpaceDE/>
        <w:autoSpaceDN/>
        <w:ind w:left="567" w:firstLine="0"/>
        <w:jc w:val="both"/>
        <w:rPr>
          <w:sz w:val="28"/>
          <w:szCs w:val="28"/>
        </w:rPr>
      </w:pPr>
      <w:r w:rsidRPr="00793AB2">
        <w:rPr>
          <w:sz w:val="28"/>
          <w:szCs w:val="28"/>
        </w:rPr>
        <w:t>Тұрғындар арасында антибиотиктерді дұрыс қолдану бойынша практикалық ұсыныстар мен</w:t>
      </w:r>
      <w:r w:rsidR="005E2BA6" w:rsidRPr="00793AB2">
        <w:rPr>
          <w:sz w:val="28"/>
          <w:szCs w:val="28"/>
        </w:rPr>
        <w:t xml:space="preserve"> </w:t>
      </w:r>
      <w:r w:rsidRPr="00793AB2">
        <w:rPr>
          <w:sz w:val="28"/>
          <w:szCs w:val="28"/>
        </w:rPr>
        <w:t xml:space="preserve"> </w:t>
      </w:r>
      <w:r w:rsidR="00793AB2" w:rsidRPr="00793AB2">
        <w:rPr>
          <w:sz w:val="28"/>
          <w:szCs w:val="28"/>
        </w:rPr>
        <w:t>ақпараттық материалдар</w:t>
      </w:r>
      <w:r w:rsidRPr="00793AB2">
        <w:rPr>
          <w:sz w:val="28"/>
          <w:szCs w:val="28"/>
        </w:rPr>
        <w:t xml:space="preserve"> әзірлеу.</w:t>
      </w:r>
    </w:p>
    <w:p w:rsidR="00C8593D" w:rsidRPr="002D2CFF" w:rsidRDefault="00793AB2" w:rsidP="005E2BA6">
      <w:pPr>
        <w:pBdr>
          <w:top w:val="nil"/>
          <w:left w:val="nil"/>
          <w:bottom w:val="nil"/>
          <w:right w:val="nil"/>
          <w:between w:val="nil"/>
        </w:pBdr>
        <w:autoSpaceDE/>
        <w:autoSpaceDN/>
        <w:spacing w:before="12"/>
        <w:ind w:firstLine="567"/>
        <w:rPr>
          <w:rFonts w:eastAsia="Times"/>
          <w:b/>
          <w:color w:val="000000"/>
          <w:sz w:val="28"/>
          <w:szCs w:val="28"/>
          <w:lang w:eastAsia="ru-RU"/>
        </w:rPr>
      </w:pPr>
      <w:r w:rsidRPr="002D2CFF">
        <w:rPr>
          <w:rFonts w:eastAsia="Times"/>
          <w:b/>
          <w:color w:val="000000"/>
          <w:sz w:val="28"/>
          <w:szCs w:val="28"/>
          <w:lang w:eastAsia="ru-RU"/>
        </w:rPr>
        <w:t>Ғылыми жаңалығы</w:t>
      </w:r>
    </w:p>
    <w:p w:rsidR="00C8593D" w:rsidRPr="002D2CFF" w:rsidRDefault="00793AB2" w:rsidP="002D2CFF">
      <w:pPr>
        <w:pBdr>
          <w:top w:val="nil"/>
          <w:left w:val="nil"/>
          <w:bottom w:val="nil"/>
          <w:right w:val="nil"/>
          <w:between w:val="nil"/>
        </w:pBdr>
        <w:autoSpaceDE/>
        <w:autoSpaceDN/>
        <w:ind w:firstLine="567"/>
        <w:jc w:val="both"/>
        <w:rPr>
          <w:rFonts w:eastAsia="Times"/>
          <w:color w:val="000000"/>
          <w:sz w:val="28"/>
          <w:szCs w:val="28"/>
          <w:lang w:eastAsia="ru-RU"/>
        </w:rPr>
      </w:pPr>
      <w:r w:rsidRPr="002D2CFF">
        <w:rPr>
          <w:rFonts w:eastAsia="Times"/>
          <w:color w:val="000000"/>
          <w:sz w:val="28"/>
          <w:szCs w:val="28"/>
          <w:lang w:eastAsia="ru-RU"/>
        </w:rPr>
        <w:t>Зерттеу барысында</w:t>
      </w:r>
      <w:r w:rsidR="00C8593D" w:rsidRPr="002D2CFF">
        <w:rPr>
          <w:rFonts w:eastAsia="Times"/>
          <w:color w:val="000000"/>
          <w:sz w:val="28"/>
          <w:szCs w:val="28"/>
          <w:lang w:eastAsia="ru-RU"/>
        </w:rPr>
        <w:t xml:space="preserve">: </w:t>
      </w:r>
    </w:p>
    <w:p w:rsidR="002D2CFF" w:rsidRPr="002D2CFF" w:rsidRDefault="00CA5C29" w:rsidP="00CA5C29">
      <w:pPr>
        <w:pStyle w:val="a7"/>
        <w:numPr>
          <w:ilvl w:val="0"/>
          <w:numId w:val="18"/>
        </w:numPr>
        <w:pBdr>
          <w:top w:val="nil"/>
          <w:left w:val="nil"/>
          <w:bottom w:val="nil"/>
          <w:right w:val="nil"/>
          <w:between w:val="nil"/>
        </w:pBdr>
        <w:autoSpaceDE/>
        <w:autoSpaceDN/>
        <w:spacing w:before="12"/>
        <w:ind w:left="567" w:firstLine="0"/>
        <w:jc w:val="both"/>
        <w:rPr>
          <w:sz w:val="28"/>
          <w:szCs w:val="28"/>
        </w:rPr>
      </w:pPr>
      <w:r w:rsidRPr="00CA5C29">
        <w:rPr>
          <w:sz w:val="28"/>
          <w:szCs w:val="28"/>
        </w:rPr>
        <w:t>Тұрғындардың</w:t>
      </w:r>
      <w:r w:rsidR="00272C88">
        <w:rPr>
          <w:sz w:val="28"/>
          <w:szCs w:val="28"/>
        </w:rPr>
        <w:t xml:space="preserve"> антибиотиктерге қатысты білімі, көзқарасы және қолдану тәжірибесі бағаланды</w:t>
      </w:r>
      <w:r w:rsidR="00C16CE0">
        <w:rPr>
          <w:sz w:val="28"/>
          <w:szCs w:val="28"/>
        </w:rPr>
        <w:t>;</w:t>
      </w:r>
    </w:p>
    <w:p w:rsidR="002D2CFF" w:rsidRDefault="002D2CFF" w:rsidP="002D2CFF">
      <w:pPr>
        <w:pStyle w:val="a7"/>
        <w:numPr>
          <w:ilvl w:val="0"/>
          <w:numId w:val="18"/>
        </w:numPr>
        <w:pBdr>
          <w:top w:val="nil"/>
          <w:left w:val="nil"/>
          <w:bottom w:val="nil"/>
          <w:right w:val="nil"/>
          <w:between w:val="nil"/>
        </w:pBdr>
        <w:autoSpaceDE/>
        <w:autoSpaceDN/>
        <w:spacing w:before="12"/>
        <w:ind w:left="567" w:firstLine="0"/>
        <w:jc w:val="both"/>
        <w:rPr>
          <w:sz w:val="28"/>
          <w:szCs w:val="28"/>
        </w:rPr>
      </w:pPr>
      <w:r w:rsidRPr="002D2CFF">
        <w:rPr>
          <w:sz w:val="28"/>
          <w:szCs w:val="28"/>
        </w:rPr>
        <w:t>Тұрғындардың антибиотиктерді өз</w:t>
      </w:r>
      <w:r>
        <w:rPr>
          <w:sz w:val="28"/>
          <w:szCs w:val="28"/>
        </w:rPr>
        <w:t xml:space="preserve"> бетінше қолданатын жағдайлары анықталды</w:t>
      </w:r>
      <w:r w:rsidR="00C16CE0">
        <w:rPr>
          <w:sz w:val="28"/>
          <w:szCs w:val="28"/>
        </w:rPr>
        <w:t>;</w:t>
      </w:r>
    </w:p>
    <w:p w:rsidR="00C16CE0" w:rsidRPr="00C16CE0" w:rsidRDefault="000A59FC" w:rsidP="00C16CE0">
      <w:pPr>
        <w:pStyle w:val="a7"/>
        <w:numPr>
          <w:ilvl w:val="0"/>
          <w:numId w:val="18"/>
        </w:numPr>
        <w:ind w:left="567" w:firstLine="0"/>
        <w:rPr>
          <w:sz w:val="28"/>
          <w:szCs w:val="28"/>
        </w:rPr>
      </w:pPr>
      <w:r>
        <w:rPr>
          <w:sz w:val="28"/>
          <w:szCs w:val="28"/>
        </w:rPr>
        <w:t>Тұрғындардың өзін-өзі емдеу</w:t>
      </w:r>
      <w:r w:rsidR="00C16CE0" w:rsidRPr="00C16CE0">
        <w:rPr>
          <w:sz w:val="28"/>
          <w:szCs w:val="28"/>
        </w:rPr>
        <w:t xml:space="preserve"> тәжірибесінің себептері мен оған әсер ете</w:t>
      </w:r>
      <w:r w:rsidR="00C16CE0">
        <w:rPr>
          <w:sz w:val="28"/>
          <w:szCs w:val="28"/>
        </w:rPr>
        <w:t>тін факторлар анықталды;</w:t>
      </w:r>
    </w:p>
    <w:p w:rsidR="002D2CFF" w:rsidRPr="002D2CFF" w:rsidRDefault="002D2CFF" w:rsidP="002D2CFF">
      <w:pPr>
        <w:pStyle w:val="a7"/>
        <w:numPr>
          <w:ilvl w:val="0"/>
          <w:numId w:val="18"/>
        </w:numPr>
        <w:pBdr>
          <w:top w:val="nil"/>
          <w:left w:val="nil"/>
          <w:bottom w:val="nil"/>
          <w:right w:val="nil"/>
          <w:between w:val="nil"/>
        </w:pBdr>
        <w:autoSpaceDE/>
        <w:autoSpaceDN/>
        <w:spacing w:before="12"/>
        <w:ind w:left="567" w:firstLine="0"/>
        <w:jc w:val="both"/>
        <w:rPr>
          <w:sz w:val="28"/>
          <w:szCs w:val="28"/>
        </w:rPr>
      </w:pPr>
      <w:r w:rsidRPr="002D2CFF">
        <w:rPr>
          <w:sz w:val="28"/>
          <w:szCs w:val="28"/>
        </w:rPr>
        <w:t>Үйдегі дәрі қобдишала</w:t>
      </w:r>
      <w:r>
        <w:rPr>
          <w:sz w:val="28"/>
          <w:szCs w:val="28"/>
        </w:rPr>
        <w:t>рында жүйелі қолдануға арналған антибиотиктердің бар</w:t>
      </w:r>
      <w:r w:rsidRPr="002D2CFF">
        <w:rPr>
          <w:sz w:val="28"/>
          <w:szCs w:val="28"/>
        </w:rPr>
        <w:t>-</w:t>
      </w:r>
      <w:r>
        <w:rPr>
          <w:sz w:val="28"/>
          <w:szCs w:val="28"/>
        </w:rPr>
        <w:t>жоқтығы зерттелді</w:t>
      </w:r>
      <w:r w:rsidRPr="002D2CFF">
        <w:rPr>
          <w:sz w:val="28"/>
          <w:szCs w:val="28"/>
        </w:rPr>
        <w:t xml:space="preserve">, </w:t>
      </w:r>
      <w:r>
        <w:rPr>
          <w:sz w:val="28"/>
          <w:szCs w:val="28"/>
        </w:rPr>
        <w:t>және олардың жарамдылық мерзімі бағаланды</w:t>
      </w:r>
      <w:r w:rsidRPr="002D2CFF">
        <w:rPr>
          <w:sz w:val="28"/>
          <w:szCs w:val="28"/>
        </w:rPr>
        <w:t xml:space="preserve">. </w:t>
      </w:r>
    </w:p>
    <w:p w:rsidR="00C8593D" w:rsidRPr="00EF2BD2" w:rsidRDefault="00843D04" w:rsidP="002D2CFF">
      <w:pPr>
        <w:pBdr>
          <w:top w:val="nil"/>
          <w:left w:val="nil"/>
          <w:bottom w:val="nil"/>
          <w:right w:val="nil"/>
          <w:between w:val="nil"/>
        </w:pBdr>
        <w:autoSpaceDE/>
        <w:autoSpaceDN/>
        <w:spacing w:before="12"/>
        <w:ind w:firstLine="567"/>
        <w:rPr>
          <w:rFonts w:eastAsia="Times"/>
          <w:b/>
          <w:color w:val="000000"/>
          <w:sz w:val="28"/>
          <w:szCs w:val="28"/>
          <w:lang w:eastAsia="ru-RU"/>
        </w:rPr>
      </w:pPr>
      <w:r w:rsidRPr="00EF2BD2">
        <w:rPr>
          <w:rFonts w:eastAsia="Times"/>
          <w:b/>
          <w:color w:val="000000"/>
          <w:sz w:val="28"/>
          <w:szCs w:val="28"/>
          <w:lang w:eastAsia="ru-RU"/>
        </w:rPr>
        <w:t>Тәжірибелік маңыздылығы</w:t>
      </w:r>
      <w:r w:rsidR="00C8593D" w:rsidRPr="00EF2BD2">
        <w:rPr>
          <w:rFonts w:eastAsia="Times"/>
          <w:b/>
          <w:color w:val="000000"/>
          <w:sz w:val="28"/>
          <w:szCs w:val="28"/>
          <w:lang w:eastAsia="ru-RU"/>
        </w:rPr>
        <w:t xml:space="preserve"> </w:t>
      </w:r>
    </w:p>
    <w:p w:rsidR="00843D04" w:rsidRPr="00EF2BD2" w:rsidRDefault="00C8593D" w:rsidP="00843D04">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EF2BD2">
        <w:rPr>
          <w:rFonts w:eastAsia="Times"/>
          <w:color w:val="000000"/>
          <w:sz w:val="28"/>
          <w:szCs w:val="28"/>
          <w:lang w:eastAsia="ru-RU"/>
        </w:rPr>
        <w:t xml:space="preserve">- </w:t>
      </w:r>
      <w:r w:rsidR="00843D04" w:rsidRPr="00EF2BD2">
        <w:rPr>
          <w:rFonts w:eastAsia="Times"/>
          <w:color w:val="000000"/>
          <w:sz w:val="28"/>
          <w:szCs w:val="28"/>
          <w:lang w:eastAsia="ru-RU"/>
        </w:rPr>
        <w:t>Антибиотиктерді ұтымды және дұрыс қолдану туралы ақпараттық материал әзірленді және қажетті мекемелерге таратылды</w:t>
      </w:r>
    </w:p>
    <w:p w:rsidR="00843D04" w:rsidRDefault="00C8593D" w:rsidP="00843D04">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EF2BD2">
        <w:rPr>
          <w:rFonts w:eastAsia="Times"/>
          <w:color w:val="000000"/>
          <w:sz w:val="28"/>
          <w:szCs w:val="28"/>
          <w:lang w:eastAsia="ru-RU"/>
        </w:rPr>
        <w:t xml:space="preserve">- </w:t>
      </w:r>
      <w:r w:rsidR="00843D04" w:rsidRPr="00EF2BD2">
        <w:rPr>
          <w:rFonts w:eastAsia="Times"/>
          <w:color w:val="000000"/>
          <w:sz w:val="28"/>
          <w:szCs w:val="28"/>
          <w:lang w:eastAsia="ru-RU"/>
        </w:rPr>
        <w:t>Жалпы тәжірибе дәрігерлері, АМСК деңгейіндегі денсаулық сақтау менеджерлері, сондай-ақ магистранттар мен докторанттар үшін амбулаторлық жағдайда микробқа қарсы препараттарды басқару бойынша әдістемелік ұсынымдар әзірленді.</w:t>
      </w:r>
    </w:p>
    <w:p w:rsidR="00272C88" w:rsidRDefault="00272C88" w:rsidP="00843D04">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272C88">
        <w:rPr>
          <w:rFonts w:eastAsia="Times"/>
          <w:color w:val="000000"/>
          <w:sz w:val="28"/>
          <w:szCs w:val="28"/>
          <w:lang w:eastAsia="ru-RU"/>
        </w:rPr>
        <w:t>- Erasmus+</w:t>
      </w:r>
      <w:r>
        <w:rPr>
          <w:rFonts w:eastAsia="Times"/>
          <w:color w:val="000000"/>
          <w:sz w:val="28"/>
          <w:szCs w:val="28"/>
          <w:lang w:eastAsia="ru-RU"/>
        </w:rPr>
        <w:t xml:space="preserve"> бағдарламасы бойынша </w:t>
      </w:r>
      <w:r w:rsidRPr="00272C88">
        <w:rPr>
          <w:rFonts w:eastAsia="Times"/>
          <w:color w:val="000000"/>
          <w:sz w:val="28"/>
          <w:szCs w:val="28"/>
          <w:lang w:eastAsia="ru-RU"/>
        </w:rPr>
        <w:t xml:space="preserve">Harmonee </w:t>
      </w:r>
      <w:r>
        <w:rPr>
          <w:rFonts w:eastAsia="Times"/>
          <w:color w:val="000000"/>
          <w:sz w:val="28"/>
          <w:szCs w:val="28"/>
          <w:lang w:eastAsia="ru-RU"/>
        </w:rPr>
        <w:t>жобасы аясында магистратура деңгейінде «Қоғамдық денсаулық</w:t>
      </w:r>
      <w:r w:rsidR="005F6322">
        <w:rPr>
          <w:rFonts w:eastAsia="Times"/>
          <w:color w:val="000000"/>
          <w:sz w:val="28"/>
          <w:szCs w:val="28"/>
          <w:lang w:eastAsia="ru-RU"/>
        </w:rPr>
        <w:t xml:space="preserve">қа </w:t>
      </w:r>
      <w:r>
        <w:rPr>
          <w:rFonts w:eastAsia="Times"/>
          <w:color w:val="000000"/>
          <w:sz w:val="28"/>
          <w:szCs w:val="28"/>
          <w:lang w:eastAsia="ru-RU"/>
        </w:rPr>
        <w:t>кіріспе» модуліне «</w:t>
      </w:r>
      <w:r w:rsidRPr="00272C88">
        <w:rPr>
          <w:rFonts w:eastAsia="Times"/>
          <w:color w:val="000000"/>
          <w:sz w:val="28"/>
          <w:szCs w:val="28"/>
          <w:lang w:eastAsia="ru-RU"/>
        </w:rPr>
        <w:t>Микробқа қарсы тұрақтылық: жаһандық көп қырлы құбыл</w:t>
      </w:r>
      <w:r>
        <w:rPr>
          <w:rFonts w:eastAsia="Times"/>
          <w:color w:val="000000"/>
          <w:sz w:val="28"/>
          <w:szCs w:val="28"/>
          <w:lang w:eastAsia="ru-RU"/>
        </w:rPr>
        <w:t>ыс. Дәріге төзімділікпен күресу»</w:t>
      </w:r>
      <w:r w:rsidR="005F6322">
        <w:rPr>
          <w:rFonts w:eastAsia="Times"/>
          <w:color w:val="000000"/>
          <w:sz w:val="28"/>
          <w:szCs w:val="28"/>
          <w:lang w:eastAsia="ru-RU"/>
        </w:rPr>
        <w:t xml:space="preserve"> тақырыбы енгізілді</w:t>
      </w:r>
      <w:r w:rsidR="005A469E">
        <w:rPr>
          <w:rFonts w:eastAsia="Times"/>
          <w:color w:val="000000"/>
          <w:sz w:val="28"/>
          <w:szCs w:val="28"/>
          <w:lang w:eastAsia="ru-RU"/>
        </w:rPr>
        <w:t xml:space="preserve"> (21 қосымша)</w:t>
      </w:r>
      <w:r w:rsidR="005F6322">
        <w:rPr>
          <w:rFonts w:eastAsia="Times"/>
          <w:color w:val="000000"/>
          <w:sz w:val="28"/>
          <w:szCs w:val="28"/>
          <w:lang w:eastAsia="ru-RU"/>
        </w:rPr>
        <w:t>.</w:t>
      </w:r>
    </w:p>
    <w:p w:rsidR="005F6322" w:rsidRPr="005F6322" w:rsidRDefault="005F6322" w:rsidP="00843D04">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5F6322">
        <w:rPr>
          <w:rFonts w:eastAsia="Times"/>
          <w:color w:val="000000"/>
          <w:sz w:val="28"/>
          <w:szCs w:val="28"/>
          <w:lang w:eastAsia="ru-RU"/>
        </w:rPr>
        <w:t xml:space="preserve">- </w:t>
      </w:r>
      <w:r>
        <w:rPr>
          <w:rFonts w:eastAsia="Times"/>
          <w:color w:val="000000"/>
          <w:sz w:val="28"/>
          <w:szCs w:val="28"/>
          <w:lang w:eastAsia="ru-RU"/>
        </w:rPr>
        <w:t>ҚР Денсаулық сақтау министрлігінің Ғылым және адами ресурстар департаменті және Дәрі</w:t>
      </w:r>
      <w:r w:rsidRPr="005F6322">
        <w:rPr>
          <w:rFonts w:eastAsia="Times"/>
          <w:color w:val="000000"/>
          <w:sz w:val="28"/>
          <w:szCs w:val="28"/>
          <w:lang w:eastAsia="ru-RU"/>
        </w:rPr>
        <w:t>-</w:t>
      </w:r>
      <w:r>
        <w:rPr>
          <w:rFonts w:eastAsia="Times"/>
          <w:color w:val="000000"/>
          <w:sz w:val="28"/>
          <w:szCs w:val="28"/>
          <w:lang w:eastAsia="ru-RU"/>
        </w:rPr>
        <w:t>дәрмек саясаты департаментіне антибиотиктерді сатудағы бақылауды күшейтуге және оларды сатып алу кезінде дәрігерден міндетті түрде рецептті талап ету бойынша хат жолданды</w:t>
      </w:r>
      <w:r w:rsidR="00052070" w:rsidRPr="00052070">
        <w:rPr>
          <w:rFonts w:eastAsia="Times"/>
          <w:color w:val="000000"/>
          <w:sz w:val="28"/>
          <w:szCs w:val="28"/>
          <w:lang w:eastAsia="ru-RU"/>
        </w:rPr>
        <w:t xml:space="preserve"> (19-20 </w:t>
      </w:r>
      <w:r w:rsidR="00052070">
        <w:rPr>
          <w:rFonts w:eastAsia="Times"/>
          <w:color w:val="000000"/>
          <w:sz w:val="28"/>
          <w:szCs w:val="28"/>
          <w:lang w:eastAsia="ru-RU"/>
        </w:rPr>
        <w:t>қосымшалар</w:t>
      </w:r>
      <w:r w:rsidR="00052070" w:rsidRPr="00052070">
        <w:rPr>
          <w:rFonts w:eastAsia="Times"/>
          <w:color w:val="000000"/>
          <w:sz w:val="28"/>
          <w:szCs w:val="28"/>
          <w:lang w:eastAsia="ru-RU"/>
        </w:rPr>
        <w:t>)</w:t>
      </w:r>
      <w:r>
        <w:rPr>
          <w:rFonts w:eastAsia="Times"/>
          <w:color w:val="000000"/>
          <w:sz w:val="28"/>
          <w:szCs w:val="28"/>
          <w:lang w:eastAsia="ru-RU"/>
        </w:rPr>
        <w:t>.</w:t>
      </w:r>
    </w:p>
    <w:p w:rsidR="00B920EB" w:rsidRPr="00B920EB" w:rsidRDefault="00B920EB" w:rsidP="00843D04">
      <w:pPr>
        <w:pBdr>
          <w:top w:val="nil"/>
          <w:left w:val="nil"/>
          <w:bottom w:val="nil"/>
          <w:right w:val="nil"/>
          <w:between w:val="nil"/>
        </w:pBdr>
        <w:autoSpaceDE/>
        <w:autoSpaceDN/>
        <w:spacing w:before="6"/>
        <w:ind w:left="142" w:right="71" w:firstLine="425"/>
        <w:jc w:val="both"/>
        <w:rPr>
          <w:rFonts w:eastAsia="Times"/>
          <w:b/>
          <w:color w:val="000000"/>
          <w:sz w:val="28"/>
          <w:szCs w:val="28"/>
          <w:lang w:eastAsia="ru-RU"/>
        </w:rPr>
      </w:pPr>
      <w:r w:rsidRPr="00B920EB">
        <w:rPr>
          <w:rFonts w:eastAsia="Times"/>
          <w:b/>
          <w:color w:val="000000"/>
          <w:sz w:val="28"/>
          <w:szCs w:val="28"/>
          <w:lang w:eastAsia="ru-RU"/>
        </w:rPr>
        <w:t xml:space="preserve">Зерттеу нәтижелерін енгізу </w:t>
      </w:r>
    </w:p>
    <w:p w:rsidR="00AD231C" w:rsidRPr="00AD231C" w:rsidRDefault="00AD231C" w:rsidP="00AD231C">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AD231C">
        <w:rPr>
          <w:rFonts w:eastAsia="Times"/>
          <w:color w:val="000000"/>
          <w:sz w:val="28"/>
          <w:szCs w:val="28"/>
          <w:lang w:eastAsia="ru-RU"/>
        </w:rPr>
        <w:t>Тұрғындардің антибиотиктерді дұрыс қолдану бойынша ақпараттануын жоғарылату мақсатында дәлелді медицина негіздеріне негізделген түсінікті тілде «Антибиотиктерсіз сауығыныз» және «Өзіңізді, отбасыңызды және достарыңызды антибиотиктерге төзімділіктің таралуынан қорғаңыз» атты қысқаша ақпараттық брошюлар дайындалды және келесі мекемелерде енгізілді, 6 енгізу актілері алынды (</w:t>
      </w:r>
      <w:r>
        <w:rPr>
          <w:rFonts w:eastAsia="Times"/>
          <w:color w:val="000000"/>
          <w:sz w:val="28"/>
          <w:szCs w:val="28"/>
          <w:lang w:eastAsia="ru-RU"/>
        </w:rPr>
        <w:t>7-12 қ</w:t>
      </w:r>
      <w:r w:rsidRPr="00AD231C">
        <w:rPr>
          <w:rFonts w:eastAsia="Times"/>
          <w:color w:val="000000"/>
          <w:sz w:val="28"/>
          <w:szCs w:val="28"/>
          <w:lang w:eastAsia="ru-RU"/>
        </w:rPr>
        <w:t>осымшалар):</w:t>
      </w:r>
    </w:p>
    <w:p w:rsidR="00AD231C" w:rsidRPr="00AD231C" w:rsidRDefault="00AD231C" w:rsidP="00AD231C">
      <w:pPr>
        <w:numPr>
          <w:ilvl w:val="0"/>
          <w:numId w:val="43"/>
        </w:numPr>
        <w:pBdr>
          <w:top w:val="nil"/>
          <w:left w:val="nil"/>
          <w:bottom w:val="nil"/>
          <w:right w:val="nil"/>
          <w:between w:val="nil"/>
        </w:pBdr>
        <w:autoSpaceDE/>
        <w:autoSpaceDN/>
        <w:spacing w:before="6"/>
        <w:ind w:left="142" w:right="71"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№1 емханасы» ШЖҚ КМК.</w:t>
      </w:r>
    </w:p>
    <w:p w:rsidR="00AD231C" w:rsidRPr="00AD231C" w:rsidRDefault="00AD231C" w:rsidP="00AD231C">
      <w:pPr>
        <w:numPr>
          <w:ilvl w:val="0"/>
          <w:numId w:val="43"/>
        </w:numPr>
        <w:pBdr>
          <w:top w:val="nil"/>
          <w:left w:val="nil"/>
          <w:bottom w:val="nil"/>
          <w:right w:val="nil"/>
          <w:between w:val="nil"/>
        </w:pBdr>
        <w:autoSpaceDE/>
        <w:autoSpaceDN/>
        <w:spacing w:before="6"/>
        <w:ind w:left="142" w:right="71" w:firstLine="0"/>
        <w:jc w:val="both"/>
        <w:rPr>
          <w:rFonts w:eastAsia="Times"/>
          <w:color w:val="000000"/>
          <w:sz w:val="28"/>
          <w:szCs w:val="28"/>
          <w:lang w:eastAsia="ru-RU"/>
        </w:rPr>
      </w:pPr>
      <w:r w:rsidRPr="00AD231C">
        <w:rPr>
          <w:rFonts w:eastAsia="Times"/>
          <w:color w:val="000000"/>
          <w:sz w:val="28"/>
          <w:szCs w:val="28"/>
          <w:lang w:eastAsia="ru-RU"/>
        </w:rPr>
        <w:t>Абай облысының ДСБ «№12 АМСК орталығы» КМҚК.</w:t>
      </w:r>
    </w:p>
    <w:p w:rsidR="00AD231C" w:rsidRPr="00AD231C" w:rsidRDefault="00AD231C" w:rsidP="00AD231C">
      <w:pPr>
        <w:numPr>
          <w:ilvl w:val="0"/>
          <w:numId w:val="43"/>
        </w:numPr>
        <w:pBdr>
          <w:top w:val="nil"/>
          <w:left w:val="nil"/>
          <w:bottom w:val="nil"/>
          <w:right w:val="nil"/>
          <w:between w:val="nil"/>
        </w:pBdr>
        <w:autoSpaceDE/>
        <w:autoSpaceDN/>
        <w:spacing w:before="6"/>
        <w:ind w:left="142" w:right="71"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«Победа» ММ.</w:t>
      </w:r>
    </w:p>
    <w:p w:rsidR="00AD231C" w:rsidRPr="00AD231C" w:rsidRDefault="00AD231C" w:rsidP="00AD231C">
      <w:pPr>
        <w:numPr>
          <w:ilvl w:val="0"/>
          <w:numId w:val="43"/>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«Шүлбі дәрігерлік амбулаториясы» ШЖҚ КМК.</w:t>
      </w:r>
    </w:p>
    <w:p w:rsidR="00AD231C" w:rsidRPr="00AD231C" w:rsidRDefault="00AD231C" w:rsidP="00AD231C">
      <w:pPr>
        <w:numPr>
          <w:ilvl w:val="0"/>
          <w:numId w:val="43"/>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№7 емханасы» ШЖҚ КМК.</w:t>
      </w:r>
    </w:p>
    <w:p w:rsidR="00AD231C" w:rsidRPr="00AD231C" w:rsidRDefault="00AD231C" w:rsidP="00AD231C">
      <w:pPr>
        <w:numPr>
          <w:ilvl w:val="0"/>
          <w:numId w:val="43"/>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№4 емханасы» ШЖҚ КМК.</w:t>
      </w:r>
    </w:p>
    <w:p w:rsidR="00AD231C" w:rsidRPr="00AD231C" w:rsidRDefault="00052070" w:rsidP="00AD231C">
      <w:pPr>
        <w:pBdr>
          <w:top w:val="nil"/>
          <w:left w:val="nil"/>
          <w:bottom w:val="nil"/>
          <w:right w:val="nil"/>
          <w:between w:val="nil"/>
        </w:pBdr>
        <w:autoSpaceDE/>
        <w:autoSpaceDN/>
        <w:spacing w:before="6"/>
        <w:ind w:left="142" w:right="71" w:firstLine="425"/>
        <w:jc w:val="both"/>
        <w:rPr>
          <w:rFonts w:eastAsia="Times"/>
          <w:color w:val="000000"/>
          <w:sz w:val="28"/>
          <w:szCs w:val="28"/>
          <w:lang w:eastAsia="ru-RU"/>
        </w:rPr>
      </w:pPr>
      <w:r w:rsidRPr="00052070">
        <w:rPr>
          <w:rFonts w:eastAsia="Times"/>
          <w:color w:val="000000"/>
          <w:sz w:val="28"/>
          <w:szCs w:val="28"/>
          <w:lang w:eastAsia="ru-RU"/>
        </w:rPr>
        <w:t xml:space="preserve">Тұрғындар арасында микробқа қарсы препараттарды қолдануға тағайындаудың көп бөлігі амбулаторлық жағдайда болады, бұл оны микробқа қарсы препараттарды ұтымды пайдаланудың маңызды мақсатына айналдырады. </w:t>
      </w:r>
      <w:r w:rsidR="00AD231C" w:rsidRPr="00AD231C">
        <w:rPr>
          <w:rFonts w:eastAsia="Times"/>
          <w:color w:val="000000"/>
          <w:sz w:val="28"/>
          <w:szCs w:val="28"/>
          <w:lang w:eastAsia="ru-RU"/>
        </w:rPr>
        <w:t>Осыған орай, жалпы тәжірибе дәрігерлері, АМСК деңгейіндегі денсаулық сақтау менеджерлері, сондай-ақ магистранттар мен докторанттар үшін амбулаторлық жағдайда микробқа қарсы препараттарды басқару бойынша әдістемелік ұсыныстар келесі мекемелердің тәжірибесіне енгізілді, 4 енгізу актілері алынды</w:t>
      </w:r>
      <w:r w:rsidR="00AD231C">
        <w:rPr>
          <w:rFonts w:eastAsia="Times"/>
          <w:color w:val="000000"/>
          <w:sz w:val="28"/>
          <w:szCs w:val="28"/>
          <w:lang w:eastAsia="ru-RU"/>
        </w:rPr>
        <w:t xml:space="preserve"> (13-16</w:t>
      </w:r>
      <w:r w:rsidR="00AD231C" w:rsidRPr="00AD231C">
        <w:rPr>
          <w:rFonts w:eastAsia="Times"/>
          <w:color w:val="000000"/>
          <w:sz w:val="28"/>
          <w:szCs w:val="28"/>
          <w:lang w:eastAsia="ru-RU"/>
        </w:rPr>
        <w:t xml:space="preserve"> қосымшалар):</w:t>
      </w:r>
    </w:p>
    <w:p w:rsidR="00AD231C" w:rsidRPr="00AD231C" w:rsidRDefault="00AD231C" w:rsidP="00AD231C">
      <w:pPr>
        <w:numPr>
          <w:ilvl w:val="0"/>
          <w:numId w:val="44"/>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«Шүлбі дәрігерлік амбулаториясы» ШЖҚ КМК.</w:t>
      </w:r>
    </w:p>
    <w:p w:rsidR="00AD231C" w:rsidRPr="00AD231C" w:rsidRDefault="00AD231C" w:rsidP="00AD231C">
      <w:pPr>
        <w:numPr>
          <w:ilvl w:val="0"/>
          <w:numId w:val="44"/>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№7 емханасы» ШЖҚ КМК.</w:t>
      </w:r>
    </w:p>
    <w:p w:rsidR="00AD231C" w:rsidRPr="00AD231C" w:rsidRDefault="00AD231C" w:rsidP="00AD231C">
      <w:pPr>
        <w:numPr>
          <w:ilvl w:val="0"/>
          <w:numId w:val="44"/>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«№12 АМСК орталығы» КМҚК.</w:t>
      </w:r>
    </w:p>
    <w:p w:rsidR="00AD231C" w:rsidRPr="00AD231C" w:rsidRDefault="00AD231C" w:rsidP="00AD231C">
      <w:pPr>
        <w:numPr>
          <w:ilvl w:val="0"/>
          <w:numId w:val="44"/>
        </w:numPr>
        <w:ind w:left="142" w:firstLine="0"/>
        <w:jc w:val="both"/>
        <w:rPr>
          <w:rFonts w:eastAsia="Times"/>
          <w:color w:val="000000"/>
          <w:sz w:val="28"/>
          <w:szCs w:val="28"/>
          <w:lang w:eastAsia="ru-RU"/>
        </w:rPr>
      </w:pPr>
      <w:r w:rsidRPr="00AD231C">
        <w:rPr>
          <w:rFonts w:eastAsia="Times"/>
          <w:color w:val="000000"/>
          <w:sz w:val="28"/>
          <w:szCs w:val="28"/>
          <w:lang w:eastAsia="ru-RU"/>
        </w:rPr>
        <w:t>Абай облысының ДСБ «Семей қ. №4 емханасы» ШЖҚ КМК.</w:t>
      </w:r>
    </w:p>
    <w:p w:rsidR="00C8593D" w:rsidRPr="007611BF" w:rsidRDefault="00B920EB" w:rsidP="00B920EB">
      <w:pPr>
        <w:pBdr>
          <w:top w:val="nil"/>
          <w:left w:val="nil"/>
          <w:bottom w:val="nil"/>
          <w:right w:val="nil"/>
          <w:between w:val="nil"/>
        </w:pBdr>
        <w:autoSpaceDE/>
        <w:autoSpaceDN/>
        <w:ind w:right="133" w:firstLine="567"/>
        <w:jc w:val="both"/>
        <w:rPr>
          <w:rFonts w:eastAsia="Times"/>
          <w:b/>
          <w:color w:val="000000"/>
          <w:sz w:val="28"/>
          <w:szCs w:val="28"/>
          <w:lang w:eastAsia="ru-RU"/>
        </w:rPr>
      </w:pPr>
      <w:r w:rsidRPr="007611BF">
        <w:rPr>
          <w:rFonts w:eastAsia="Times"/>
          <w:b/>
          <w:color w:val="000000"/>
          <w:sz w:val="28"/>
          <w:szCs w:val="28"/>
          <w:lang w:eastAsia="ru-RU"/>
        </w:rPr>
        <w:t>Қорғауға ұсынылатын диссертацияның негізгі қағидалары</w:t>
      </w:r>
    </w:p>
    <w:p w:rsidR="00480E7A" w:rsidRPr="007611BF" w:rsidRDefault="00102EA0"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Pr>
          <w:rFonts w:eastAsia="Times"/>
          <w:color w:val="000000"/>
          <w:sz w:val="28"/>
          <w:szCs w:val="28"/>
          <w:lang w:eastAsia="ru-RU"/>
        </w:rPr>
        <w:t>Тұрғындардың</w:t>
      </w:r>
      <w:r w:rsidR="00480E7A" w:rsidRPr="007611BF">
        <w:rPr>
          <w:rFonts w:eastAsia="Times"/>
          <w:color w:val="000000"/>
          <w:sz w:val="28"/>
          <w:szCs w:val="28"/>
          <w:lang w:eastAsia="ru-RU"/>
        </w:rPr>
        <w:t xml:space="preserve"> төрттен бір бөлігі (21,7%) оларды соңғы айда қабылдағанын хабарлады;</w:t>
      </w:r>
    </w:p>
    <w:p w:rsidR="00480E7A" w:rsidRPr="007611BF" w:rsidRDefault="00102EA0"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Pr>
          <w:rFonts w:eastAsia="Times"/>
          <w:color w:val="000000"/>
          <w:sz w:val="28"/>
          <w:szCs w:val="28"/>
          <w:lang w:eastAsia="ru-RU"/>
        </w:rPr>
        <w:t>Тұрғындардың</w:t>
      </w:r>
      <w:r w:rsidR="00480E7A" w:rsidRPr="007611BF">
        <w:rPr>
          <w:rFonts w:eastAsia="Times"/>
          <w:color w:val="000000"/>
          <w:sz w:val="28"/>
          <w:szCs w:val="28"/>
          <w:lang w:eastAsia="ru-RU"/>
        </w:rPr>
        <w:t xml:space="preserve"> </w:t>
      </w:r>
      <w:r w:rsidR="00480E7A" w:rsidRPr="00102EA0">
        <w:rPr>
          <w:rFonts w:eastAsia="Times"/>
          <w:color w:val="000000"/>
          <w:sz w:val="28"/>
          <w:szCs w:val="28"/>
          <w:lang w:eastAsia="ru-RU"/>
        </w:rPr>
        <w:t xml:space="preserve">35,1% </w:t>
      </w:r>
      <w:r w:rsidR="006638BD" w:rsidRPr="00102EA0">
        <w:rPr>
          <w:rFonts w:eastAsia="Times"/>
          <w:color w:val="000000"/>
          <w:sz w:val="28"/>
          <w:szCs w:val="28"/>
          <w:lang w:eastAsia="ru-RU"/>
        </w:rPr>
        <w:t>антибиотиктерді рецептсіз сатып алған;</w:t>
      </w:r>
    </w:p>
    <w:p w:rsidR="006638BD" w:rsidRPr="007611BF" w:rsidRDefault="00102EA0"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Pr>
          <w:rFonts w:eastAsia="Times"/>
          <w:color w:val="000000"/>
          <w:sz w:val="28"/>
          <w:szCs w:val="28"/>
          <w:lang w:eastAsia="ru-RU"/>
        </w:rPr>
        <w:t>Тұрғындардың</w:t>
      </w:r>
      <w:r w:rsidRPr="007611BF">
        <w:rPr>
          <w:rFonts w:eastAsia="Times"/>
          <w:color w:val="000000"/>
          <w:sz w:val="28"/>
          <w:szCs w:val="28"/>
          <w:lang w:eastAsia="ru-RU"/>
        </w:rPr>
        <w:t xml:space="preserve"> </w:t>
      </w:r>
      <w:r w:rsidR="006638BD" w:rsidRPr="007611BF">
        <w:rPr>
          <w:rFonts w:eastAsia="Times"/>
          <w:color w:val="000000"/>
          <w:sz w:val="28"/>
          <w:szCs w:val="28"/>
          <w:lang w:eastAsia="ru-RU"/>
        </w:rPr>
        <w:t>үштен бірге жуығы (28,2 %) өздерін жақсы сезінген кезде антибиотиктерді қабылдауды тоқтату керек деп санайды;</w:t>
      </w:r>
    </w:p>
    <w:p w:rsidR="006638BD" w:rsidRDefault="00102EA0"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Pr>
          <w:rFonts w:eastAsia="Times"/>
          <w:color w:val="000000"/>
          <w:sz w:val="28"/>
          <w:szCs w:val="28"/>
          <w:lang w:eastAsia="ru-RU"/>
        </w:rPr>
        <w:t>Тұрғындардың</w:t>
      </w:r>
      <w:r w:rsidRPr="007611BF">
        <w:rPr>
          <w:rFonts w:eastAsia="Times"/>
          <w:color w:val="000000"/>
          <w:sz w:val="28"/>
          <w:szCs w:val="28"/>
          <w:lang w:eastAsia="ru-RU"/>
        </w:rPr>
        <w:t xml:space="preserve"> </w:t>
      </w:r>
      <w:r w:rsidR="006638BD" w:rsidRPr="007611BF">
        <w:rPr>
          <w:rFonts w:eastAsia="Times"/>
          <w:color w:val="000000"/>
          <w:sz w:val="28"/>
          <w:szCs w:val="28"/>
          <w:lang w:eastAsia="ru-RU"/>
        </w:rPr>
        <w:t>91,9 % суық тию және тұмау кезінде антибиотиктерді қолдану керек деп есептейді;</w:t>
      </w:r>
    </w:p>
    <w:p w:rsidR="0039235E" w:rsidRPr="007611BF" w:rsidRDefault="00102EA0"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Pr>
          <w:rFonts w:eastAsia="Times"/>
          <w:color w:val="000000"/>
          <w:sz w:val="28"/>
          <w:szCs w:val="28"/>
          <w:lang w:eastAsia="ru-RU"/>
        </w:rPr>
        <w:t>Тұрғындардың</w:t>
      </w:r>
      <w:r w:rsidR="0039235E">
        <w:rPr>
          <w:rFonts w:eastAsia="Times"/>
          <w:color w:val="000000"/>
          <w:sz w:val="28"/>
          <w:szCs w:val="28"/>
          <w:lang w:eastAsia="ru-RU"/>
        </w:rPr>
        <w:t xml:space="preserve"> басым көпшілігі антибиотиктерге төзімділік, супербактериялар, дәрілерге төзімділік, антибиотиктерге төзімді бактериялар терминдері</w:t>
      </w:r>
      <w:r w:rsidR="00477247">
        <w:rPr>
          <w:rFonts w:eastAsia="Times"/>
          <w:color w:val="000000"/>
          <w:sz w:val="28"/>
          <w:szCs w:val="28"/>
          <w:lang w:eastAsia="ru-RU"/>
        </w:rPr>
        <w:t>н естімеген;</w:t>
      </w:r>
    </w:p>
    <w:p w:rsidR="006638BD" w:rsidRPr="007611BF" w:rsidRDefault="006638BD" w:rsidP="007611BF">
      <w:pPr>
        <w:pStyle w:val="a7"/>
        <w:numPr>
          <w:ilvl w:val="0"/>
          <w:numId w:val="24"/>
        </w:numPr>
        <w:pBdr>
          <w:top w:val="nil"/>
          <w:left w:val="nil"/>
          <w:bottom w:val="nil"/>
          <w:right w:val="nil"/>
          <w:between w:val="nil"/>
        </w:pBdr>
        <w:autoSpaceDE/>
        <w:autoSpaceDN/>
        <w:ind w:left="142" w:right="133" w:firstLine="0"/>
        <w:jc w:val="both"/>
        <w:rPr>
          <w:rFonts w:eastAsia="Times"/>
          <w:color w:val="000000"/>
          <w:sz w:val="28"/>
          <w:szCs w:val="28"/>
          <w:lang w:eastAsia="ru-RU"/>
        </w:rPr>
      </w:pPr>
      <w:r w:rsidRPr="007611BF">
        <w:rPr>
          <w:rFonts w:eastAsia="Times"/>
          <w:color w:val="000000"/>
          <w:sz w:val="28"/>
          <w:szCs w:val="28"/>
          <w:lang w:eastAsia="ru-RU"/>
        </w:rPr>
        <w:t xml:space="preserve">76 отбасының үй дәрі қобдишаларынан 224 антибиотик анықталды, олардың </w:t>
      </w:r>
      <w:r w:rsidR="007611BF" w:rsidRPr="007611BF">
        <w:rPr>
          <w:rFonts w:eastAsia="Times"/>
          <w:color w:val="000000"/>
          <w:sz w:val="28"/>
          <w:szCs w:val="28"/>
          <w:lang w:eastAsia="ru-RU"/>
        </w:rPr>
        <w:t>19,2% жарамдылық мерзімі өтіп кеткен.</w:t>
      </w:r>
    </w:p>
    <w:p w:rsidR="00C8593D" w:rsidRPr="00B920EB" w:rsidRDefault="00455F61" w:rsidP="005E2BA6">
      <w:pPr>
        <w:pBdr>
          <w:top w:val="nil"/>
          <w:left w:val="nil"/>
          <w:bottom w:val="nil"/>
          <w:right w:val="nil"/>
          <w:between w:val="nil"/>
        </w:pBdr>
        <w:autoSpaceDE/>
        <w:autoSpaceDN/>
        <w:spacing w:before="12"/>
        <w:ind w:firstLine="567"/>
        <w:jc w:val="both"/>
        <w:rPr>
          <w:rFonts w:eastAsia="Times"/>
          <w:b/>
          <w:color w:val="000000"/>
          <w:sz w:val="28"/>
          <w:szCs w:val="28"/>
          <w:lang w:eastAsia="ru-RU"/>
        </w:rPr>
      </w:pPr>
      <w:r w:rsidRPr="00B920EB">
        <w:rPr>
          <w:rFonts w:eastAsia="Times"/>
          <w:b/>
          <w:color w:val="000000"/>
          <w:sz w:val="28"/>
          <w:szCs w:val="28"/>
          <w:lang w:eastAsia="ru-RU"/>
        </w:rPr>
        <w:t>Зерттеу тақырыбы бойынша жарияланымдар</w:t>
      </w:r>
    </w:p>
    <w:p w:rsidR="00EF2BD2" w:rsidRPr="00C16CE0" w:rsidRDefault="00455F61" w:rsidP="00EF2BD2">
      <w:pPr>
        <w:pBdr>
          <w:top w:val="nil"/>
          <w:left w:val="nil"/>
          <w:bottom w:val="nil"/>
          <w:right w:val="nil"/>
          <w:between w:val="nil"/>
        </w:pBdr>
        <w:autoSpaceDE/>
        <w:autoSpaceDN/>
        <w:ind w:right="45" w:firstLine="567"/>
        <w:jc w:val="both"/>
        <w:rPr>
          <w:rFonts w:eastAsia="Times"/>
          <w:color w:val="000000"/>
          <w:sz w:val="28"/>
          <w:szCs w:val="28"/>
          <w:lang w:eastAsia="ru-RU"/>
        </w:rPr>
      </w:pPr>
      <w:r w:rsidRPr="00C16CE0">
        <w:rPr>
          <w:rFonts w:eastAsia="Times"/>
          <w:color w:val="000000"/>
          <w:sz w:val="28"/>
          <w:szCs w:val="28"/>
          <w:lang w:eastAsia="ru-RU"/>
        </w:rPr>
        <w:t xml:space="preserve">Диссертация материалдары бойынша 10 </w:t>
      </w:r>
      <w:r>
        <w:rPr>
          <w:rFonts w:eastAsia="Times"/>
          <w:color w:val="000000"/>
          <w:sz w:val="28"/>
          <w:szCs w:val="28"/>
          <w:lang w:eastAsia="ru-RU"/>
        </w:rPr>
        <w:t>ғылыми</w:t>
      </w:r>
      <w:r w:rsidR="00EF2BD2">
        <w:rPr>
          <w:rFonts w:eastAsia="Times"/>
          <w:color w:val="000000"/>
          <w:sz w:val="28"/>
          <w:szCs w:val="28"/>
          <w:lang w:eastAsia="ru-RU"/>
        </w:rPr>
        <w:t xml:space="preserve"> жұмыс жарыққа шықты</w:t>
      </w:r>
      <w:r w:rsidR="00EF2BD2" w:rsidRPr="00C16CE0">
        <w:rPr>
          <w:rFonts w:eastAsia="Times"/>
          <w:color w:val="000000"/>
          <w:sz w:val="28"/>
          <w:szCs w:val="28"/>
          <w:lang w:eastAsia="ru-RU"/>
        </w:rPr>
        <w:t xml:space="preserve">. </w:t>
      </w:r>
      <w:r>
        <w:rPr>
          <w:rFonts w:eastAsia="Times"/>
          <w:color w:val="000000"/>
          <w:sz w:val="28"/>
          <w:szCs w:val="28"/>
          <w:lang w:eastAsia="ru-RU"/>
        </w:rPr>
        <w:t>Оның і</w:t>
      </w:r>
      <w:r w:rsidRPr="00C16CE0">
        <w:rPr>
          <w:rFonts w:eastAsia="Times"/>
          <w:color w:val="000000"/>
          <w:sz w:val="28"/>
          <w:szCs w:val="28"/>
          <w:lang w:eastAsia="ru-RU"/>
        </w:rPr>
        <w:t xml:space="preserve">шінде </w:t>
      </w:r>
      <w:r w:rsidRPr="00455F61">
        <w:rPr>
          <w:rFonts w:eastAsia="Times"/>
          <w:color w:val="000000"/>
          <w:sz w:val="28"/>
          <w:szCs w:val="28"/>
          <w:lang w:eastAsia="ru-RU"/>
        </w:rPr>
        <w:t>4 мақала ҚР Білім және ғылым министрлігі білім және ғылым саласындағы бақылау комитеті ұсынған журналдарда</w:t>
      </w:r>
      <w:r>
        <w:rPr>
          <w:rFonts w:eastAsia="Times"/>
          <w:color w:val="000000"/>
          <w:sz w:val="28"/>
          <w:szCs w:val="28"/>
          <w:lang w:eastAsia="ru-RU"/>
        </w:rPr>
        <w:t xml:space="preserve">, </w:t>
      </w:r>
      <w:r w:rsidRPr="00C16CE0">
        <w:rPr>
          <w:rFonts w:eastAsia="Times"/>
          <w:color w:val="000000"/>
          <w:sz w:val="28"/>
          <w:szCs w:val="28"/>
          <w:lang w:eastAsia="ru-RU"/>
        </w:rPr>
        <w:t xml:space="preserve">5 тезис халықаралық және республикалық ғылыми-тәжірибелік конференциялар материалдарында, және </w:t>
      </w:r>
      <w:r w:rsidR="00F62D6D" w:rsidRPr="00C16CE0">
        <w:rPr>
          <w:rFonts w:eastAsia="Times"/>
          <w:color w:val="000000"/>
          <w:sz w:val="28"/>
          <w:szCs w:val="28"/>
          <w:lang w:eastAsia="ru-RU"/>
        </w:rPr>
        <w:t xml:space="preserve">1 мақала Scopus, Web of Science (Clarivate Analytics) </w:t>
      </w:r>
      <w:r w:rsidR="00F62D6D">
        <w:rPr>
          <w:rFonts w:eastAsia="Times"/>
          <w:color w:val="000000"/>
          <w:sz w:val="28"/>
          <w:szCs w:val="28"/>
          <w:lang w:eastAsia="ru-RU"/>
        </w:rPr>
        <w:t>базаларында индекстелетін жур</w:t>
      </w:r>
      <w:r w:rsidR="00EF2BD2" w:rsidRPr="00C16CE0">
        <w:rPr>
          <w:rFonts w:eastAsia="Times"/>
          <w:color w:val="000000"/>
          <w:sz w:val="28"/>
          <w:szCs w:val="28"/>
          <w:lang w:eastAsia="ru-RU"/>
        </w:rPr>
        <w:t>налында жарияланды. 2 авторлық құқық объектісіне құқықтық мемлекеттік тіркеу куәлігі алынды.</w:t>
      </w:r>
    </w:p>
    <w:p w:rsidR="00B920EB" w:rsidRPr="00C16CE0" w:rsidRDefault="00B920EB" w:rsidP="005E2BA6">
      <w:pPr>
        <w:pBdr>
          <w:top w:val="nil"/>
          <w:left w:val="nil"/>
          <w:bottom w:val="nil"/>
          <w:right w:val="nil"/>
          <w:between w:val="nil"/>
        </w:pBdr>
        <w:autoSpaceDE/>
        <w:autoSpaceDN/>
        <w:ind w:right="45" w:firstLine="567"/>
        <w:jc w:val="both"/>
        <w:rPr>
          <w:rFonts w:eastAsia="Times"/>
          <w:b/>
          <w:color w:val="000000"/>
          <w:sz w:val="28"/>
          <w:szCs w:val="28"/>
          <w:lang w:eastAsia="ru-RU"/>
        </w:rPr>
      </w:pPr>
      <w:r w:rsidRPr="00C16CE0">
        <w:rPr>
          <w:rFonts w:eastAsia="Times"/>
          <w:b/>
          <w:color w:val="000000"/>
          <w:sz w:val="28"/>
          <w:szCs w:val="28"/>
          <w:lang w:eastAsia="ru-RU"/>
        </w:rPr>
        <w:t>Диссертация апробациясы</w:t>
      </w:r>
    </w:p>
    <w:p w:rsidR="00EF2BD2" w:rsidRPr="00C16CE0" w:rsidRDefault="00EF2BD2" w:rsidP="005E2BA6">
      <w:pPr>
        <w:pBdr>
          <w:top w:val="nil"/>
          <w:left w:val="nil"/>
          <w:bottom w:val="nil"/>
          <w:right w:val="nil"/>
          <w:between w:val="nil"/>
        </w:pBdr>
        <w:autoSpaceDE/>
        <w:autoSpaceDN/>
        <w:ind w:right="45" w:firstLine="567"/>
        <w:jc w:val="both"/>
        <w:rPr>
          <w:rFonts w:eastAsia="Times"/>
          <w:color w:val="000000"/>
          <w:sz w:val="28"/>
          <w:szCs w:val="28"/>
          <w:lang w:eastAsia="ru-RU"/>
        </w:rPr>
      </w:pPr>
      <w:r w:rsidRPr="00C16CE0">
        <w:rPr>
          <w:rFonts w:eastAsia="Times"/>
          <w:color w:val="000000"/>
          <w:sz w:val="28"/>
          <w:szCs w:val="28"/>
          <w:lang w:eastAsia="ru-RU"/>
        </w:rPr>
        <w:t>Диссертацияны</w:t>
      </w:r>
      <w:r>
        <w:rPr>
          <w:rFonts w:eastAsia="Times"/>
          <w:color w:val="000000"/>
          <w:sz w:val="28"/>
          <w:szCs w:val="28"/>
          <w:lang w:eastAsia="ru-RU"/>
        </w:rPr>
        <w:t xml:space="preserve">ң негізгі нәтижелері, қағидалары және қорытындысы келесі конференцияларда баяндалды және талқыланды: </w:t>
      </w:r>
    </w:p>
    <w:p w:rsidR="00EF2BD2" w:rsidRPr="00C16CE0"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eastAsia="ru-RU"/>
        </w:rPr>
      </w:pPr>
      <w:r w:rsidRPr="00C16CE0">
        <w:rPr>
          <w:rFonts w:eastAsia="Times"/>
          <w:color w:val="000000"/>
          <w:sz w:val="28"/>
          <w:szCs w:val="28"/>
          <w:lang w:eastAsia="ru-RU"/>
        </w:rPr>
        <w:t xml:space="preserve">2020 жылдың 20 қарашасында өткен Халықаралық қатысумен жас ғалымдардың «Ғылым және денсаулық» атты республикалық ғылыми - тәжірибелік конференцияда постерлық баяндама; </w:t>
      </w:r>
    </w:p>
    <w:p w:rsidR="00EF2BD2"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2021 жылдың 28 тамызында  XV «Экология. Радиация. Денсаулық» Халықаралық ғылыми-тәжірибелік конференцияда постерлық баяндама;</w:t>
      </w:r>
    </w:p>
    <w:p w:rsidR="00EF2BD2"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 xml:space="preserve">2021 жылдың 19 қарашасында өткен Халықаралық қатысумен жас ғалымдардың «Ғылым және денсаулық» атты республикалық ғылыми - тәжірибелік конференцияда ауызша баяндама; </w:t>
      </w:r>
    </w:p>
    <w:p w:rsidR="00EF2BD2"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 xml:space="preserve">2022 жылдың 25 наурызында профессор, м.ғ.д., Мажитов Талғат Мансұрұлын еске алуға арналған Қазақстанның клиникалық фармакологтарының халықаралық қатысуымен II конгресінде ауызша баяндама; </w:t>
      </w:r>
    </w:p>
    <w:p w:rsidR="00EF2BD2"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 xml:space="preserve">2022 жылдың 18-19 қазанында «Адам және денсаулық. Медицинадағы мультидисциплинарлық тәсіл» атты І халықаралық med-конгресс, ауызша баяндама; </w:t>
      </w:r>
    </w:p>
    <w:p w:rsidR="00EF2BD2"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2022 жылдың  25 қарашада «</w:t>
      </w:r>
      <w:r w:rsidR="00EF2BD2">
        <w:rPr>
          <w:rFonts w:eastAsia="Times"/>
          <w:color w:val="000000"/>
          <w:sz w:val="28"/>
          <w:szCs w:val="28"/>
          <w:lang w:val="ru-RU" w:eastAsia="ru-RU"/>
        </w:rPr>
        <w:t>М</w:t>
      </w:r>
      <w:r w:rsidR="00EF2BD2" w:rsidRPr="00EF2BD2">
        <w:rPr>
          <w:rFonts w:eastAsia="Times"/>
          <w:color w:val="000000"/>
          <w:sz w:val="28"/>
          <w:szCs w:val="28"/>
          <w:lang w:val="ru-RU" w:eastAsia="ru-RU"/>
        </w:rPr>
        <w:t>едицина ғылымы мен денсаулық сақтаудағы жас ғалымдардың заманауи жетістіктері</w:t>
      </w:r>
      <w:r w:rsidRPr="00EF2BD2">
        <w:rPr>
          <w:rFonts w:eastAsia="Times"/>
          <w:color w:val="000000"/>
          <w:sz w:val="28"/>
          <w:szCs w:val="28"/>
          <w:lang w:val="ru-RU" w:eastAsia="ru-RU"/>
        </w:rPr>
        <w:t xml:space="preserve">» халықаралық қатысуымен жас ғалымдардың республикалық ғылыми-практикалық конференциясында постерлық баяндама берілді. </w:t>
      </w:r>
    </w:p>
    <w:p w:rsidR="00034B23" w:rsidRDefault="00034B23" w:rsidP="00EF2BD2">
      <w:pPr>
        <w:pStyle w:val="a7"/>
        <w:numPr>
          <w:ilvl w:val="0"/>
          <w:numId w:val="21"/>
        </w:numPr>
        <w:pBdr>
          <w:top w:val="nil"/>
          <w:left w:val="nil"/>
          <w:bottom w:val="nil"/>
          <w:right w:val="nil"/>
          <w:between w:val="nil"/>
        </w:pBdr>
        <w:autoSpaceDE/>
        <w:autoSpaceDN/>
        <w:ind w:right="45"/>
        <w:jc w:val="both"/>
        <w:rPr>
          <w:rFonts w:eastAsia="Times"/>
          <w:color w:val="000000"/>
          <w:sz w:val="28"/>
          <w:szCs w:val="28"/>
          <w:lang w:val="ru-RU" w:eastAsia="ru-RU"/>
        </w:rPr>
      </w:pPr>
      <w:r w:rsidRPr="00EF2BD2">
        <w:rPr>
          <w:rFonts w:eastAsia="Times"/>
          <w:color w:val="000000"/>
          <w:sz w:val="28"/>
          <w:szCs w:val="28"/>
          <w:lang w:val="ru-RU" w:eastAsia="ru-RU"/>
        </w:rPr>
        <w:t>2023 жылдың 12-13 сәуірінде өткен халықаралық қатысуымен білім алушылардың республикалық ғылыми-практикалық конференциясында ауызша баяндамамен қатысу.</w:t>
      </w:r>
    </w:p>
    <w:p w:rsidR="000A59FC" w:rsidRDefault="000A59FC" w:rsidP="000A59FC">
      <w:pPr>
        <w:pStyle w:val="a7"/>
        <w:numPr>
          <w:ilvl w:val="0"/>
          <w:numId w:val="21"/>
        </w:numPr>
        <w:jc w:val="both"/>
        <w:rPr>
          <w:rFonts w:eastAsia="Times"/>
          <w:color w:val="000000"/>
          <w:sz w:val="28"/>
          <w:szCs w:val="28"/>
          <w:lang w:val="ru-RU" w:eastAsia="ru-RU"/>
        </w:rPr>
      </w:pPr>
      <w:r>
        <w:rPr>
          <w:rFonts w:eastAsia="Times"/>
          <w:color w:val="000000"/>
          <w:sz w:val="28"/>
          <w:szCs w:val="28"/>
          <w:lang w:val="ru-RU" w:eastAsia="ru-RU"/>
        </w:rPr>
        <w:t>2023 жылдың  10</w:t>
      </w:r>
      <w:r w:rsidRPr="000A59FC">
        <w:rPr>
          <w:rFonts w:eastAsia="Times"/>
          <w:color w:val="000000"/>
          <w:sz w:val="28"/>
          <w:szCs w:val="28"/>
          <w:lang w:val="ru-RU" w:eastAsia="ru-RU"/>
        </w:rPr>
        <w:t xml:space="preserve"> қарашада «Медицина ғылымы мен денсаулық сақтаудағы жас ғалымдардың заманауи жетістіктері» халықаралық қатысуымен жас ғалымдардың республикалық ғылыми-практикалық конференциясында </w:t>
      </w:r>
      <w:r>
        <w:rPr>
          <w:rFonts w:eastAsia="Times"/>
          <w:color w:val="000000"/>
          <w:sz w:val="28"/>
          <w:szCs w:val="28"/>
          <w:lang w:val="ru-RU" w:eastAsia="ru-RU"/>
        </w:rPr>
        <w:t>ауызша</w:t>
      </w:r>
      <w:r w:rsidRPr="000A59FC">
        <w:rPr>
          <w:rFonts w:eastAsia="Times"/>
          <w:color w:val="000000"/>
          <w:sz w:val="28"/>
          <w:szCs w:val="28"/>
          <w:lang w:val="ru-RU" w:eastAsia="ru-RU"/>
        </w:rPr>
        <w:t xml:space="preserve"> баяндама</w:t>
      </w:r>
      <w:r>
        <w:rPr>
          <w:rFonts w:eastAsia="Times"/>
          <w:color w:val="000000"/>
          <w:sz w:val="28"/>
          <w:szCs w:val="28"/>
          <w:lang w:val="ru-RU" w:eastAsia="ru-RU"/>
        </w:rPr>
        <w:t xml:space="preserve">мен </w:t>
      </w:r>
      <w:r>
        <w:rPr>
          <w:rFonts w:eastAsia="Times"/>
          <w:color w:val="000000"/>
          <w:sz w:val="28"/>
          <w:szCs w:val="28"/>
          <w:lang w:eastAsia="ru-RU"/>
        </w:rPr>
        <w:t>қатысу.</w:t>
      </w:r>
    </w:p>
    <w:p w:rsidR="000A59FC" w:rsidRPr="00AD231C" w:rsidRDefault="00AD231C" w:rsidP="00AD231C">
      <w:pPr>
        <w:ind w:left="102" w:right="109" w:firstLine="566"/>
        <w:jc w:val="both"/>
        <w:rPr>
          <w:sz w:val="28"/>
        </w:rPr>
      </w:pPr>
      <w:r>
        <w:rPr>
          <w:b/>
          <w:sz w:val="28"/>
        </w:rPr>
        <w:t>Автордың</w:t>
      </w:r>
      <w:r>
        <w:rPr>
          <w:b/>
          <w:spacing w:val="40"/>
          <w:sz w:val="28"/>
        </w:rPr>
        <w:t xml:space="preserve"> </w:t>
      </w:r>
      <w:r>
        <w:rPr>
          <w:b/>
          <w:sz w:val="28"/>
        </w:rPr>
        <w:t>жеке</w:t>
      </w:r>
      <w:r>
        <w:rPr>
          <w:b/>
          <w:spacing w:val="40"/>
          <w:sz w:val="28"/>
        </w:rPr>
        <w:t xml:space="preserve"> </w:t>
      </w:r>
      <w:r>
        <w:rPr>
          <w:b/>
          <w:sz w:val="28"/>
        </w:rPr>
        <w:t>үлесі:</w:t>
      </w:r>
      <w:r>
        <w:rPr>
          <w:b/>
          <w:spacing w:val="40"/>
          <w:sz w:val="28"/>
        </w:rPr>
        <w:t xml:space="preserve"> </w:t>
      </w:r>
      <w:r w:rsidRPr="0046731F">
        <w:rPr>
          <w:sz w:val="28"/>
        </w:rPr>
        <w:t>Материалды дербес түрде жинады, өңірлерде пациенттерге са</w:t>
      </w:r>
      <w:r>
        <w:rPr>
          <w:sz w:val="28"/>
        </w:rPr>
        <w:t xml:space="preserve">уалнама </w:t>
      </w:r>
      <w:r w:rsidR="001A373E">
        <w:rPr>
          <w:sz w:val="28"/>
        </w:rPr>
        <w:t>жүргізді.</w:t>
      </w:r>
      <w:r w:rsidRPr="0046731F">
        <w:rPr>
          <w:sz w:val="28"/>
        </w:rPr>
        <w:t xml:space="preserve"> Диссертациялық жұмыс тақырыбы </w:t>
      </w:r>
      <w:r>
        <w:rPr>
          <w:sz w:val="28"/>
        </w:rPr>
        <w:t xml:space="preserve">бойынша әдеби деректерді дербес </w:t>
      </w:r>
      <w:r w:rsidRPr="0046731F">
        <w:rPr>
          <w:sz w:val="28"/>
        </w:rPr>
        <w:t>түрде жинады, алынған мәліметт</w:t>
      </w:r>
      <w:r>
        <w:rPr>
          <w:sz w:val="28"/>
        </w:rPr>
        <w:t xml:space="preserve">ерге талдау және қорыту, оларға статистикалық өңдеу жүргізді. </w:t>
      </w:r>
      <w:r w:rsidRPr="0046731F">
        <w:rPr>
          <w:sz w:val="28"/>
        </w:rPr>
        <w:t>Әдістемелік ұсыным</w:t>
      </w:r>
      <w:r>
        <w:rPr>
          <w:sz w:val="28"/>
        </w:rPr>
        <w:t xml:space="preserve">дар </w:t>
      </w:r>
      <w:r w:rsidRPr="0046731F">
        <w:rPr>
          <w:sz w:val="28"/>
        </w:rPr>
        <w:t>жасақтауға қ</w:t>
      </w:r>
      <w:r>
        <w:rPr>
          <w:sz w:val="28"/>
        </w:rPr>
        <w:t xml:space="preserve">атысты. Автордың жұмысқа қосқан </w:t>
      </w:r>
      <w:r w:rsidRPr="0046731F">
        <w:rPr>
          <w:sz w:val="28"/>
        </w:rPr>
        <w:t xml:space="preserve">үлесі ғылыми журналдарда жарияланып, </w:t>
      </w:r>
      <w:r>
        <w:rPr>
          <w:sz w:val="28"/>
        </w:rPr>
        <w:t xml:space="preserve">диссертациялық жұмыс мәселелері </w:t>
      </w:r>
      <w:r w:rsidRPr="0046731F">
        <w:rPr>
          <w:sz w:val="28"/>
        </w:rPr>
        <w:t>бойынша ғылыми конференцияларға қатысу арқылы расталды.</w:t>
      </w:r>
    </w:p>
    <w:p w:rsidR="00B920EB" w:rsidRPr="005B760C" w:rsidRDefault="00B920EB" w:rsidP="005E2BA6">
      <w:pPr>
        <w:pBdr>
          <w:top w:val="nil"/>
          <w:left w:val="nil"/>
          <w:bottom w:val="nil"/>
          <w:right w:val="nil"/>
          <w:between w:val="nil"/>
        </w:pBdr>
        <w:autoSpaceDE/>
        <w:autoSpaceDN/>
        <w:ind w:right="43" w:firstLine="567"/>
        <w:jc w:val="both"/>
        <w:rPr>
          <w:rFonts w:eastAsia="Times"/>
          <w:b/>
          <w:color w:val="000000"/>
          <w:sz w:val="28"/>
          <w:szCs w:val="28"/>
          <w:lang w:eastAsia="ru-RU"/>
        </w:rPr>
      </w:pPr>
      <w:r w:rsidRPr="005B760C">
        <w:rPr>
          <w:rFonts w:eastAsia="Times"/>
          <w:b/>
          <w:color w:val="000000"/>
          <w:sz w:val="28"/>
          <w:szCs w:val="28"/>
          <w:lang w:eastAsia="ru-RU"/>
        </w:rPr>
        <w:t>Диссертациял</w:t>
      </w:r>
      <w:r w:rsidR="00480E7A" w:rsidRPr="005B760C">
        <w:rPr>
          <w:rFonts w:eastAsia="Times"/>
          <w:b/>
          <w:color w:val="000000"/>
          <w:sz w:val="28"/>
          <w:szCs w:val="28"/>
          <w:lang w:eastAsia="ru-RU"/>
        </w:rPr>
        <w:t>ық жұмыстың кө</w:t>
      </w:r>
      <w:r w:rsidRPr="005B760C">
        <w:rPr>
          <w:rFonts w:eastAsia="Times"/>
          <w:b/>
          <w:color w:val="000000"/>
          <w:sz w:val="28"/>
          <w:szCs w:val="28"/>
          <w:lang w:eastAsia="ru-RU"/>
        </w:rPr>
        <w:t>лемі мен құрылымы</w:t>
      </w:r>
    </w:p>
    <w:p w:rsidR="00B920EB" w:rsidRPr="00AC0B95" w:rsidRDefault="00B920EB" w:rsidP="00B920EB">
      <w:pPr>
        <w:pStyle w:val="a5"/>
        <w:ind w:right="481" w:firstLine="635"/>
      </w:pPr>
      <w:r w:rsidRPr="00AC0B95">
        <w:t>Диссертация</w:t>
      </w:r>
      <w:r w:rsidRPr="00AC0B95">
        <w:rPr>
          <w:spacing w:val="1"/>
        </w:rPr>
        <w:t xml:space="preserve"> </w:t>
      </w:r>
      <w:r w:rsidR="00643649" w:rsidRPr="00AC0B95">
        <w:t>1</w:t>
      </w:r>
      <w:r w:rsidR="00AB4E23">
        <w:t>2</w:t>
      </w:r>
      <w:r w:rsidR="00AB4E23" w:rsidRPr="00AB4E23">
        <w:t>7</w:t>
      </w:r>
      <w:r w:rsidRPr="00AC0B95">
        <w:rPr>
          <w:spacing w:val="1"/>
        </w:rPr>
        <w:t xml:space="preserve"> </w:t>
      </w:r>
      <w:r w:rsidRPr="00AC0B95">
        <w:t>беттік</w:t>
      </w:r>
      <w:r w:rsidRPr="00AC0B95">
        <w:rPr>
          <w:spacing w:val="1"/>
        </w:rPr>
        <w:t xml:space="preserve"> </w:t>
      </w:r>
      <w:r w:rsidRPr="00AC0B95">
        <w:t>компьютерлік</w:t>
      </w:r>
      <w:r w:rsidRPr="00AC0B95">
        <w:rPr>
          <w:spacing w:val="1"/>
        </w:rPr>
        <w:t xml:space="preserve"> </w:t>
      </w:r>
      <w:r w:rsidRPr="00AC0B95">
        <w:t>мәтінде</w:t>
      </w:r>
      <w:r w:rsidRPr="00AC0B95">
        <w:rPr>
          <w:spacing w:val="1"/>
        </w:rPr>
        <w:t xml:space="preserve"> </w:t>
      </w:r>
      <w:r w:rsidRPr="00AC0B95">
        <w:t>жазылған,</w:t>
      </w:r>
      <w:r w:rsidRPr="00AC0B95">
        <w:rPr>
          <w:spacing w:val="1"/>
        </w:rPr>
        <w:t xml:space="preserve"> </w:t>
      </w:r>
      <w:r w:rsidRPr="00AC0B95">
        <w:t>кіріспеден,</w:t>
      </w:r>
      <w:r w:rsidRPr="00AC0B95">
        <w:rPr>
          <w:spacing w:val="1"/>
        </w:rPr>
        <w:t xml:space="preserve"> </w:t>
      </w:r>
      <w:r w:rsidRPr="00AC0B95">
        <w:t>әдеби</w:t>
      </w:r>
      <w:r w:rsidRPr="00AC0B95">
        <w:rPr>
          <w:spacing w:val="1"/>
        </w:rPr>
        <w:t xml:space="preserve"> </w:t>
      </w:r>
      <w:r w:rsidRPr="00AC0B95">
        <w:t>шолудан,</w:t>
      </w:r>
      <w:r w:rsidRPr="00AC0B95">
        <w:rPr>
          <w:spacing w:val="1"/>
        </w:rPr>
        <w:t xml:space="preserve"> </w:t>
      </w:r>
      <w:r w:rsidRPr="00AC0B95">
        <w:t>зерттеу</w:t>
      </w:r>
      <w:r w:rsidRPr="00AC0B95">
        <w:rPr>
          <w:spacing w:val="1"/>
        </w:rPr>
        <w:t xml:space="preserve"> </w:t>
      </w:r>
      <w:r w:rsidRPr="00AC0B95">
        <w:t>материалдары</w:t>
      </w:r>
      <w:r w:rsidRPr="00AC0B95">
        <w:rPr>
          <w:spacing w:val="1"/>
        </w:rPr>
        <w:t xml:space="preserve"> </w:t>
      </w:r>
      <w:r w:rsidRPr="00AC0B95">
        <w:t>мен</w:t>
      </w:r>
      <w:r w:rsidRPr="00AC0B95">
        <w:rPr>
          <w:spacing w:val="1"/>
        </w:rPr>
        <w:t xml:space="preserve"> </w:t>
      </w:r>
      <w:r w:rsidRPr="00AC0B95">
        <w:t>әдістерінің</w:t>
      </w:r>
      <w:r w:rsidRPr="00AC0B95">
        <w:rPr>
          <w:spacing w:val="71"/>
        </w:rPr>
        <w:t xml:space="preserve"> </w:t>
      </w:r>
      <w:r w:rsidRPr="00AC0B95">
        <w:t>сипаттамасынан,</w:t>
      </w:r>
      <w:r w:rsidRPr="00AC0B95">
        <w:rPr>
          <w:spacing w:val="1"/>
        </w:rPr>
        <w:t xml:space="preserve"> </w:t>
      </w:r>
      <w:r w:rsidRPr="00AC0B95">
        <w:t>зерттеу</w:t>
      </w:r>
      <w:r w:rsidRPr="00AC0B95">
        <w:rPr>
          <w:spacing w:val="1"/>
        </w:rPr>
        <w:t xml:space="preserve"> </w:t>
      </w:r>
      <w:r w:rsidRPr="00AC0B95">
        <w:t>нәтижелері</w:t>
      </w:r>
      <w:r w:rsidRPr="00AC0B95">
        <w:rPr>
          <w:spacing w:val="1"/>
        </w:rPr>
        <w:t xml:space="preserve"> </w:t>
      </w:r>
      <w:r w:rsidRPr="00AC0B95">
        <w:t>баяндалған</w:t>
      </w:r>
      <w:r w:rsidRPr="00AC0B95">
        <w:rPr>
          <w:spacing w:val="1"/>
        </w:rPr>
        <w:t xml:space="preserve"> </w:t>
      </w:r>
      <w:r w:rsidRPr="00AC0B95">
        <w:t>тараудан,</w:t>
      </w:r>
      <w:r w:rsidRPr="00AC0B95">
        <w:rPr>
          <w:spacing w:val="1"/>
        </w:rPr>
        <w:t xml:space="preserve"> </w:t>
      </w:r>
      <w:r w:rsidRPr="00AC0B95">
        <w:t>қорытындылардан,</w:t>
      </w:r>
      <w:r w:rsidRPr="00AC0B95">
        <w:rPr>
          <w:spacing w:val="1"/>
        </w:rPr>
        <w:t xml:space="preserve"> </w:t>
      </w:r>
      <w:r w:rsidRPr="00AC0B95">
        <w:t>тәжірибелік</w:t>
      </w:r>
      <w:r w:rsidRPr="00AC0B95">
        <w:rPr>
          <w:spacing w:val="-67"/>
        </w:rPr>
        <w:t xml:space="preserve"> </w:t>
      </w:r>
      <w:r w:rsidRPr="00AC0B95">
        <w:t>ұсыныстардан,</w:t>
      </w:r>
      <w:r w:rsidRPr="00AC0B95">
        <w:rPr>
          <w:spacing w:val="-2"/>
        </w:rPr>
        <w:t xml:space="preserve"> </w:t>
      </w:r>
      <w:r w:rsidRPr="00AC0B95">
        <w:t>пайдаланылған әдебиеттер</w:t>
      </w:r>
      <w:r w:rsidRPr="00AC0B95">
        <w:rPr>
          <w:spacing w:val="1"/>
        </w:rPr>
        <w:t xml:space="preserve"> </w:t>
      </w:r>
      <w:r w:rsidRPr="00AC0B95">
        <w:t>тізімінен</w:t>
      </w:r>
      <w:r w:rsidRPr="00AC0B95">
        <w:rPr>
          <w:spacing w:val="-1"/>
        </w:rPr>
        <w:t xml:space="preserve"> </w:t>
      </w:r>
      <w:r w:rsidRPr="00AC0B95">
        <w:t>тұрады.</w:t>
      </w:r>
    </w:p>
    <w:p w:rsidR="00B920EB" w:rsidRDefault="00B920EB" w:rsidP="00B920EB">
      <w:pPr>
        <w:pStyle w:val="a5"/>
        <w:ind w:right="477"/>
      </w:pPr>
      <w:r w:rsidRPr="00AC0B95">
        <w:t>Библиографиялық</w:t>
      </w:r>
      <w:r w:rsidRPr="00AC0B95">
        <w:rPr>
          <w:spacing w:val="1"/>
        </w:rPr>
        <w:t xml:space="preserve"> </w:t>
      </w:r>
      <w:r w:rsidR="005E6062" w:rsidRPr="00AC0B95">
        <w:t>кө</w:t>
      </w:r>
      <w:r w:rsidRPr="00AC0B95">
        <w:t>рсеткіш</w:t>
      </w:r>
      <w:r w:rsidRPr="00AC0B95">
        <w:rPr>
          <w:spacing w:val="1"/>
        </w:rPr>
        <w:t xml:space="preserve"> </w:t>
      </w:r>
      <w:r w:rsidR="00F702F1" w:rsidRPr="00AC0B95">
        <w:t>123</w:t>
      </w:r>
      <w:r w:rsidRPr="00AC0B95">
        <w:rPr>
          <w:spacing w:val="1"/>
        </w:rPr>
        <w:t xml:space="preserve"> </w:t>
      </w:r>
      <w:r w:rsidRPr="00AC0B95">
        <w:t>отандық</w:t>
      </w:r>
      <w:r w:rsidRPr="00AC0B95">
        <w:rPr>
          <w:spacing w:val="1"/>
        </w:rPr>
        <w:t xml:space="preserve"> </w:t>
      </w:r>
      <w:r w:rsidRPr="00AC0B95">
        <w:t>және</w:t>
      </w:r>
      <w:r w:rsidRPr="00AC0B95">
        <w:rPr>
          <w:spacing w:val="1"/>
        </w:rPr>
        <w:t xml:space="preserve"> </w:t>
      </w:r>
      <w:r w:rsidRPr="00AC0B95">
        <w:t>алыс-жақын</w:t>
      </w:r>
      <w:r w:rsidRPr="00AC0B95">
        <w:rPr>
          <w:spacing w:val="1"/>
        </w:rPr>
        <w:t xml:space="preserve"> </w:t>
      </w:r>
      <w:r w:rsidRPr="00AC0B95">
        <w:t>шетел</w:t>
      </w:r>
      <w:r w:rsidRPr="00AC0B95">
        <w:rPr>
          <w:spacing w:val="1"/>
        </w:rPr>
        <w:t xml:space="preserve"> </w:t>
      </w:r>
      <w:r w:rsidRPr="00AC0B95">
        <w:t xml:space="preserve">авторларының ғылыми еңбектері тізімінен тұрады, оның ішінде </w:t>
      </w:r>
      <w:r w:rsidR="00F702F1" w:rsidRPr="00AC0B95">
        <w:t>117</w:t>
      </w:r>
      <w:r w:rsidR="00643649" w:rsidRPr="00AC0B95">
        <w:t xml:space="preserve"> </w:t>
      </w:r>
      <w:r w:rsidRPr="00AC0B95">
        <w:t>әдебиет</w:t>
      </w:r>
      <w:r w:rsidRPr="00AC0B95">
        <w:rPr>
          <w:spacing w:val="1"/>
        </w:rPr>
        <w:t xml:space="preserve"> </w:t>
      </w:r>
      <w:r w:rsidRPr="00AC0B95">
        <w:t>ағылшын</w:t>
      </w:r>
      <w:r w:rsidRPr="00AC0B95">
        <w:rPr>
          <w:spacing w:val="-1"/>
        </w:rPr>
        <w:t xml:space="preserve"> </w:t>
      </w:r>
      <w:r w:rsidRPr="00AC0B95">
        <w:t>тілінде.</w:t>
      </w:r>
      <w:r w:rsidRPr="00AC0B95">
        <w:rPr>
          <w:spacing w:val="-1"/>
        </w:rPr>
        <w:t xml:space="preserve"> </w:t>
      </w:r>
      <w:r w:rsidRPr="00AC0B95">
        <w:t>Жұмыс</w:t>
      </w:r>
      <w:r w:rsidRPr="00AC0B95">
        <w:rPr>
          <w:spacing w:val="2"/>
        </w:rPr>
        <w:t xml:space="preserve"> </w:t>
      </w:r>
      <w:r w:rsidR="005B760C">
        <w:rPr>
          <w:lang w:val="ru-RU"/>
        </w:rPr>
        <w:t>26</w:t>
      </w:r>
      <w:r w:rsidRPr="00AC0B95">
        <w:t xml:space="preserve"> кесте</w:t>
      </w:r>
      <w:r w:rsidRPr="00AC0B95">
        <w:rPr>
          <w:spacing w:val="-4"/>
        </w:rPr>
        <w:t xml:space="preserve"> </w:t>
      </w:r>
      <w:r w:rsidRPr="00AC0B95">
        <w:t>және</w:t>
      </w:r>
      <w:r w:rsidRPr="00AC0B95">
        <w:rPr>
          <w:spacing w:val="-3"/>
        </w:rPr>
        <w:t xml:space="preserve"> </w:t>
      </w:r>
      <w:r w:rsidR="00AC0B95" w:rsidRPr="00AC0B95">
        <w:rPr>
          <w:lang w:val="ru-RU"/>
        </w:rPr>
        <w:t>2</w:t>
      </w:r>
      <w:r w:rsidR="005B760C">
        <w:rPr>
          <w:lang w:val="ru-RU"/>
        </w:rPr>
        <w:t>7</w:t>
      </w:r>
      <w:r w:rsidRPr="00AC0B95">
        <w:t xml:space="preserve"> суретпен кескінделген.</w:t>
      </w:r>
    </w:p>
    <w:p w:rsidR="00756AF8" w:rsidRPr="00643649" w:rsidRDefault="00756AF8" w:rsidP="005E2BA6">
      <w:pPr>
        <w:pBdr>
          <w:top w:val="nil"/>
          <w:left w:val="nil"/>
          <w:bottom w:val="nil"/>
          <w:right w:val="nil"/>
          <w:between w:val="nil"/>
        </w:pBdr>
        <w:autoSpaceDE/>
        <w:autoSpaceDN/>
        <w:ind w:right="43" w:firstLine="567"/>
        <w:jc w:val="both"/>
        <w:rPr>
          <w:rFonts w:eastAsia="Times"/>
          <w:color w:val="000000"/>
          <w:sz w:val="28"/>
          <w:szCs w:val="28"/>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Pr="00643649" w:rsidRDefault="00756AF8" w:rsidP="00BF57FE">
      <w:pPr>
        <w:pBdr>
          <w:top w:val="nil"/>
          <w:left w:val="nil"/>
          <w:bottom w:val="nil"/>
          <w:right w:val="nil"/>
          <w:between w:val="nil"/>
        </w:pBdr>
        <w:autoSpaceDE/>
        <w:autoSpaceDN/>
        <w:spacing w:line="231" w:lineRule="auto"/>
        <w:ind w:right="43" w:firstLine="571"/>
        <w:jc w:val="both"/>
        <w:rPr>
          <w:rFonts w:asciiTheme="minorHAnsi" w:eastAsia="Times" w:hAnsiTheme="minorHAnsi" w:cs="Times"/>
          <w:color w:val="000000"/>
          <w:sz w:val="27"/>
          <w:szCs w:val="27"/>
          <w:lang w:eastAsia="ru-RU"/>
        </w:rPr>
      </w:pPr>
    </w:p>
    <w:p w:rsidR="00756AF8" w:rsidRDefault="00756AF8"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AD231C" w:rsidRP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val="ru-RU" w:eastAsia="ru-RU"/>
        </w:rPr>
      </w:pPr>
    </w:p>
    <w:p w:rsidR="00B920EB" w:rsidRDefault="00B920EB"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eastAsia="ru-RU"/>
        </w:rPr>
      </w:pPr>
    </w:p>
    <w:p w:rsidR="00AD231C" w:rsidRDefault="00AD231C"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eastAsia="ru-RU"/>
        </w:rPr>
      </w:pPr>
    </w:p>
    <w:p w:rsidR="001A373E" w:rsidRPr="00AD231C" w:rsidRDefault="001A373E" w:rsidP="00A222C1">
      <w:pPr>
        <w:pBdr>
          <w:top w:val="nil"/>
          <w:left w:val="nil"/>
          <w:bottom w:val="nil"/>
          <w:right w:val="nil"/>
          <w:between w:val="nil"/>
        </w:pBdr>
        <w:autoSpaceDE/>
        <w:autoSpaceDN/>
        <w:spacing w:line="231" w:lineRule="auto"/>
        <w:ind w:right="43"/>
        <w:jc w:val="both"/>
        <w:rPr>
          <w:rFonts w:asciiTheme="minorHAnsi" w:eastAsia="Times" w:hAnsiTheme="minorHAnsi" w:cs="Times"/>
          <w:color w:val="000000"/>
          <w:sz w:val="27"/>
          <w:szCs w:val="27"/>
          <w:lang w:eastAsia="ru-RU"/>
        </w:rPr>
      </w:pPr>
    </w:p>
    <w:p w:rsidR="00161ED5" w:rsidRPr="00B0236C" w:rsidRDefault="001C1E60" w:rsidP="001C1E60">
      <w:pPr>
        <w:pStyle w:val="1"/>
        <w:numPr>
          <w:ilvl w:val="0"/>
          <w:numId w:val="1"/>
        </w:numPr>
        <w:tabs>
          <w:tab w:val="left" w:pos="858"/>
        </w:tabs>
        <w:ind w:right="629"/>
      </w:pPr>
      <w:r w:rsidRPr="00B0236C">
        <w:t xml:space="preserve">АНТИБИОТИККЕ ТӨЗІМДІЛІК – ЖАҺАНДЫҚ МӘСЕЛЕ </w:t>
      </w:r>
      <w:r w:rsidR="006D3B17" w:rsidRPr="00B0236C">
        <w:t>(ӘДЕБИЕТТІК</w:t>
      </w:r>
      <w:r w:rsidR="006D3B17" w:rsidRPr="00B0236C">
        <w:rPr>
          <w:spacing w:val="1"/>
        </w:rPr>
        <w:t xml:space="preserve"> </w:t>
      </w:r>
      <w:r w:rsidR="006D3B17" w:rsidRPr="00B0236C">
        <w:t>ШОЛУ)</w:t>
      </w:r>
    </w:p>
    <w:p w:rsidR="001C1E60" w:rsidRPr="00B0236C" w:rsidRDefault="001C1E60" w:rsidP="001C1E60">
      <w:pPr>
        <w:pStyle w:val="1"/>
        <w:tabs>
          <w:tab w:val="left" w:pos="858"/>
        </w:tabs>
        <w:ind w:left="646" w:right="629"/>
      </w:pPr>
    </w:p>
    <w:p w:rsidR="00161ED5" w:rsidRPr="00B0236C" w:rsidRDefault="00EB415D">
      <w:pPr>
        <w:pStyle w:val="a7"/>
        <w:numPr>
          <w:ilvl w:val="1"/>
          <w:numId w:val="1"/>
        </w:numPr>
        <w:tabs>
          <w:tab w:val="left" w:pos="1868"/>
        </w:tabs>
        <w:spacing w:before="2"/>
        <w:ind w:right="610" w:firstLine="566"/>
        <w:jc w:val="both"/>
        <w:rPr>
          <w:b/>
          <w:sz w:val="28"/>
          <w:szCs w:val="28"/>
        </w:rPr>
      </w:pPr>
      <w:r w:rsidRPr="00B0236C">
        <w:rPr>
          <w:b/>
          <w:sz w:val="28"/>
          <w:szCs w:val="28"/>
        </w:rPr>
        <w:t>Антибиотикке төзімділік: анықтамасы, тарихы, мәселенің өзектілігі, пайда болу себептері</w:t>
      </w:r>
    </w:p>
    <w:p w:rsidR="00EB415D" w:rsidRPr="00B0236C" w:rsidRDefault="00EB415D" w:rsidP="00EB415D">
      <w:pPr>
        <w:pStyle w:val="a7"/>
        <w:tabs>
          <w:tab w:val="left" w:pos="1868"/>
        </w:tabs>
        <w:spacing w:before="2"/>
        <w:ind w:left="948" w:right="610" w:firstLine="0"/>
        <w:jc w:val="both"/>
        <w:rPr>
          <w:b/>
          <w:sz w:val="28"/>
          <w:szCs w:val="28"/>
        </w:rPr>
      </w:pPr>
    </w:p>
    <w:p w:rsidR="00EB415D" w:rsidRPr="00B0236C" w:rsidRDefault="00561BE4" w:rsidP="00372526">
      <w:pPr>
        <w:pStyle w:val="a7"/>
        <w:tabs>
          <w:tab w:val="left" w:pos="1868"/>
        </w:tabs>
        <w:ind w:left="426" w:right="610" w:firstLine="567"/>
        <w:jc w:val="both"/>
        <w:rPr>
          <w:sz w:val="28"/>
          <w:szCs w:val="28"/>
        </w:rPr>
      </w:pPr>
      <w:r w:rsidRPr="00B0236C">
        <w:rPr>
          <w:sz w:val="28"/>
          <w:szCs w:val="28"/>
        </w:rPr>
        <w:t>Антибиотиктерге төзімділік – бактерияларда (немесе саңырауқұлақтар сияқты басқа да микроорганизмдерде) оларды жоюға арналған дәрілік заттардың тиімділігін төмендететін немесе жоятын қабілеттің пайда болуымен жүретін табиғи үрдіс. Бактериялар тірі қалады және ары қарай көбеюін жалғастырады, соған байланысты одан да қауіпті бола бастайды. Осылайша, антибиотиктерге төзімді бактериялар тудырған инфекциялар инфекциялық бақылауға үлкен қауіп төндіред</w:t>
      </w:r>
      <w:r w:rsidR="00A742D8" w:rsidRPr="00B0236C">
        <w:rPr>
          <w:sz w:val="28"/>
          <w:szCs w:val="28"/>
        </w:rPr>
        <w:t>і, себебі оларды емдеу қиынға тү</w:t>
      </w:r>
      <w:r w:rsidRPr="00B0236C">
        <w:rPr>
          <w:sz w:val="28"/>
          <w:szCs w:val="28"/>
        </w:rPr>
        <w:t>седі, кейде тіпті мүмкін емес болады; сонымен қатар ауруханада жату ұзақтығын арттырады, қосымша</w:t>
      </w:r>
      <w:r w:rsidR="00D24D32">
        <w:rPr>
          <w:sz w:val="28"/>
          <w:szCs w:val="28"/>
        </w:rPr>
        <w:t xml:space="preserve"> дәрігерге баруды және де қосым</w:t>
      </w:r>
      <w:r w:rsidR="00D24D32" w:rsidRPr="00D24D32">
        <w:rPr>
          <w:sz w:val="28"/>
          <w:szCs w:val="28"/>
        </w:rPr>
        <w:t>ш</w:t>
      </w:r>
      <w:r w:rsidRPr="00B0236C">
        <w:rPr>
          <w:sz w:val="28"/>
          <w:szCs w:val="28"/>
        </w:rPr>
        <w:t>а токсикалық және қымбат баламаларын қарастыруға әкеледі</w:t>
      </w:r>
      <w:r w:rsidR="0023215E" w:rsidRPr="0023215E">
        <w:rPr>
          <w:sz w:val="28"/>
          <w:szCs w:val="28"/>
        </w:rPr>
        <w:t xml:space="preserve"> </w:t>
      </w:r>
      <w:r w:rsidR="0023215E">
        <w:rPr>
          <w:sz w:val="28"/>
          <w:szCs w:val="28"/>
        </w:rPr>
        <w:fldChar w:fldCharType="begin" w:fldLock="1"/>
      </w:r>
      <w:r w:rsidR="0023215E">
        <w:rPr>
          <w:sz w:val="28"/>
          <w:szCs w:val="28"/>
        </w:rPr>
        <w:instrText>ADDIN CSL_CITATION {"citationItems":[{"id":"ITEM-1","itemData":{"DOI":"10.15252/EMBR.202051034","ISSN":"1469-3178","PMID":"33400359","abstract":"Antimicrobial resistance (AMR) and persistence are associated with an elevated risk of treatment failure and relapsing infections. They are thus important drivers of increased morbidity and mortality rates resulting in growing healthcare costs. Antibiotic resistance is readily identifiable with standard microbiological assays, and the threat imposed by antibiotic resistance has been well recognized. Measures aiming to reduce resistance development and spreading of resistant bacteria are being enforced. However, the phenomenon of bacteria surviving antibiotic exposure despite being fully susceptible, so</w:instrText>
      </w:r>
      <w:r w:rsidR="0023215E">
        <w:rPr>
          <w:rFonts w:ascii="Cambria Math" w:hAnsi="Cambria Math" w:cs="Cambria Math"/>
          <w:sz w:val="28"/>
          <w:szCs w:val="28"/>
        </w:rPr>
        <w:instrText>‐</w:instrText>
      </w:r>
      <w:r w:rsidR="0023215E">
        <w:rPr>
          <w:sz w:val="28"/>
          <w:szCs w:val="28"/>
        </w:rPr>
        <w:instrText>called antibiotic persistence, is still largely underestimated. In contrast to antibiotic resistance, antibiotic persistence is difficult to measure and therefore often missed, potentially leading to treatment failures. In this review, we focus on bacterial mechanisms allowing evasion of antibiotic killing and discuss their implications on human health. We describe the relationship between antibiotic persistence and bacterial heterogeneity and discuss recent studies that link bacterial persistence and tolerance with the evolution of antibiotic resistance. Finally, we review persister detection methods, novel strategies aiming at eradicating bacterial persisters and the latest advances in the development of new antibiotics.","author":[{"dropping-particle":"","family":"Huemer","given":"Markus","non-dropping-particle":"","parse-names":false,"suffix":""},{"dropping-particle":"","family":"Mairpady Shambat","given":"Srikanth","non-dropping-particle":"","parse-names":false,"suffix":""},{"dropping-particle":"","family":"Brugger","given":"Silvio D","non-dropping-particle":"","parse-names":false,"suffix":""},{"dropping-particle":"","family":"Zinkernagel","given":"Annelies S","non-dropping-particle":"","parse-names":false,"suffix":""}],"container-title":"EMBO reports","id":"ITEM-1","issue":"12","issued":{"date-parts":[["2020","12","3"]]},"publisher":"EMBO Rep","title":"Antibiotic resistance and persistence-Implications for human health and treatment perspectives","type":"article-journal","volume":"21"},"uris":["http://www.mendeley.com/documents/?uuid=f5bac9ce-1043-31a1-8bfb-9b7dee7ce809"]}],"mendeley":{"formattedCitation":"[10]","plainTextFormattedCitation":"[10]","previouslyFormattedCitation":"[10]"},"properties":{"noteIndex":0},"schema":"https://github.com/citation-style-language/schema/raw/master/csl-citation.json"}</w:instrText>
      </w:r>
      <w:r w:rsidR="0023215E">
        <w:rPr>
          <w:sz w:val="28"/>
          <w:szCs w:val="28"/>
        </w:rPr>
        <w:fldChar w:fldCharType="separate"/>
      </w:r>
      <w:r w:rsidR="0023215E" w:rsidRPr="0023215E">
        <w:rPr>
          <w:noProof/>
          <w:sz w:val="28"/>
          <w:szCs w:val="28"/>
        </w:rPr>
        <w:t>[10]</w:t>
      </w:r>
      <w:r w:rsidR="0023215E">
        <w:rPr>
          <w:sz w:val="28"/>
          <w:szCs w:val="28"/>
        </w:rPr>
        <w:fldChar w:fldCharType="end"/>
      </w:r>
      <w:r w:rsidRPr="00B0236C">
        <w:rPr>
          <w:sz w:val="28"/>
          <w:szCs w:val="28"/>
        </w:rPr>
        <w:t xml:space="preserve">. </w:t>
      </w:r>
      <w:r w:rsidR="00A742D8" w:rsidRPr="00B0236C">
        <w:rPr>
          <w:sz w:val="28"/>
          <w:szCs w:val="28"/>
        </w:rPr>
        <w:t>Соңғы жылдары</w:t>
      </w:r>
      <w:r w:rsidR="006317EB" w:rsidRPr="00B0236C">
        <w:rPr>
          <w:sz w:val="28"/>
          <w:szCs w:val="28"/>
        </w:rPr>
        <w:t xml:space="preserve"> Дүниежүзілік денсаулық сақтау ұйымы (ДДСҰ) жариялаған эпидемиологиялық қадағалау бойынша есебіне сәйкес, инфекцияға қарсы агенттердің кең спектріне төзімділік бүкіл әлемде денсаулық сақтау саласына қауіп төндіруде, ол өсуде және оның таралуы антибиотиктерді қажеттен тыс асыра пайдаланумен тығыз байланысты</w:t>
      </w:r>
      <w:r w:rsidR="00A9746B">
        <w:rPr>
          <w:sz w:val="28"/>
          <w:szCs w:val="28"/>
        </w:rPr>
        <w:t xml:space="preserve"> </w:t>
      </w:r>
      <w:r w:rsidR="00A9746B">
        <w:rPr>
          <w:sz w:val="28"/>
          <w:szCs w:val="28"/>
        </w:rPr>
        <w:fldChar w:fldCharType="begin" w:fldLock="1"/>
      </w:r>
      <w:r w:rsidR="0023215E">
        <w:rPr>
          <w:sz w:val="28"/>
          <w:szCs w:val="28"/>
        </w:rPr>
        <w:instrText>ADDIN CSL_CITATION {"citationItems":[{"id":"ITEM-1","itemData":{"URL":"https://www.who.int/drugresistance/documents/surveillancereport/en/","accessed":{"date-parts":[["2021","2","22"]]},"id":"ITEM-1","issued":{"date-parts":[["0"]]},"title":"WHO | Antimicrobial resistance: global report on surveillance 2014","type":"webpage"},"uris":["http://www.mendeley.com/documents/?uuid=ab4594a6-a4e9-3fb3-82a4-f40bdd2178f6"]}],"mendeley":{"formattedCitation":"[11]","plainTextFormattedCitation":"[11]","previouslyFormattedCitation":"[11]"},"properties":{"noteIndex":0},"schema":"https://github.com/citation-style-language/schema/raw/master/csl-citation.json"}</w:instrText>
      </w:r>
      <w:r w:rsidR="00A9746B">
        <w:rPr>
          <w:sz w:val="28"/>
          <w:szCs w:val="28"/>
        </w:rPr>
        <w:fldChar w:fldCharType="separate"/>
      </w:r>
      <w:r w:rsidR="0023215E" w:rsidRPr="0023215E">
        <w:rPr>
          <w:noProof/>
          <w:sz w:val="28"/>
          <w:szCs w:val="28"/>
        </w:rPr>
        <w:t>[11]</w:t>
      </w:r>
      <w:r w:rsidR="00A9746B">
        <w:rPr>
          <w:sz w:val="28"/>
          <w:szCs w:val="28"/>
        </w:rPr>
        <w:fldChar w:fldCharType="end"/>
      </w:r>
      <w:r w:rsidR="006317EB" w:rsidRPr="00B0236C">
        <w:rPr>
          <w:sz w:val="28"/>
          <w:szCs w:val="28"/>
        </w:rPr>
        <w:t xml:space="preserve">. </w:t>
      </w:r>
    </w:p>
    <w:p w:rsidR="00190F02" w:rsidRPr="00B0236C" w:rsidRDefault="00190F02" w:rsidP="00190F02">
      <w:pPr>
        <w:pStyle w:val="a7"/>
        <w:tabs>
          <w:tab w:val="left" w:pos="1868"/>
        </w:tabs>
        <w:ind w:left="426" w:right="610" w:firstLine="567"/>
        <w:jc w:val="both"/>
        <w:rPr>
          <w:sz w:val="28"/>
          <w:szCs w:val="28"/>
        </w:rPr>
      </w:pPr>
      <w:r w:rsidRPr="00B0236C">
        <w:rPr>
          <w:sz w:val="28"/>
          <w:szCs w:val="28"/>
        </w:rPr>
        <w:t>Пенициллинді 1928 жылы Алексан</w:t>
      </w:r>
      <w:r w:rsidR="001A373E">
        <w:rPr>
          <w:sz w:val="28"/>
          <w:szCs w:val="28"/>
        </w:rPr>
        <w:t>др Флеминг ашқан, ал 1940 жылы п</w:t>
      </w:r>
      <w:r w:rsidRPr="00B0236C">
        <w:rPr>
          <w:sz w:val="28"/>
          <w:szCs w:val="28"/>
        </w:rPr>
        <w:t xml:space="preserve">енициллин терапевтік агент ретінде пайда болғанға дейін бірнеше жыл бұрын бактериялық пенициллиназаны пенициллинді табу </w:t>
      </w:r>
      <w:r w:rsidR="00584B93">
        <w:rPr>
          <w:sz w:val="28"/>
          <w:szCs w:val="28"/>
        </w:rPr>
        <w:t>тобының екі мүшесі анықтаған</w:t>
      </w:r>
      <w:r w:rsidRPr="00B0236C">
        <w:rPr>
          <w:sz w:val="28"/>
          <w:szCs w:val="28"/>
        </w:rPr>
        <w:t>. Антибиотик кеңінен қолданылғаннан кейін препаратты инактивациялауға қабілетті төзімді штамдар басым бола бастады және пенициллиназалардың (-лактамазалардың) ыдырауын болдырмау үшін пенициллиннің химиялық модификациясы бойынша синтетикалық зерттеулер жүргізілді. Бір қызығы, антибиотикті қолданар алдында бактериялық пенициллиназаны анықтау мүмкін енді бұл антибиотик R гендерінің көп мөлшері микроорганизмдердің табиғи популяцияларының құрамдас бөлігі екендігі туралы соңғы тұжырымдарды ес</w:t>
      </w:r>
      <w:r w:rsidR="00584B93">
        <w:rPr>
          <w:sz w:val="28"/>
          <w:szCs w:val="28"/>
        </w:rPr>
        <w:t xml:space="preserve">кере отырып бағалануы керек </w:t>
      </w:r>
      <w:r w:rsidR="00584B93">
        <w:rPr>
          <w:sz w:val="28"/>
          <w:szCs w:val="28"/>
        </w:rPr>
        <w:fldChar w:fldCharType="begin" w:fldLock="1"/>
      </w:r>
      <w:r w:rsidR="0023215E">
        <w:rPr>
          <w:sz w:val="28"/>
          <w:szCs w:val="28"/>
        </w:rPr>
        <w:instrText>ADDIN CSL_CITATION {"citationItems":[{"id":"ITEM-1","itemData":{"DOI":"10.1126/SCIENCE.1120800","ISSN":"1095-9203","PMID":"16424339","abstract":"Microbial resistance to antibiotics currently spans all known classes of natural and synthetic compounds. It has not only hindered our treatment of infections but also dramatically reshaped drug discovery, yet its origins have not been systematically studied. Soil-dwelling bacteria produce and encounter a myriad of antibiotics, evolving corresponding sensing and evading strategies. They are a reservoir of resistance determinants that can be mobilized into the microbial community. Study of this reservoir could provide an early warning system for future clinically relevant antibiotic resistance mechanisms.","author":[{"dropping-particle":"","family":"D'Costa","given":"Vanessa M.","non-dropping-particle":"","parse-names":false,"suffix":""},{"dropping-particle":"","family":"McGrann","given":"Katherine M.","non-dropping-particle":"","parse-names":false,"suffix":""},{"dropping-particle":"","family":"Hughes","given":"Donald W.","non-dropping-particle":"","parse-names":false,"suffix":""},{"dropping-particle":"","family":"Wright","given":"Gerard D.","non-dropping-particle":"","parse-names":false,"suffix":""}],"container-title":"Science (New York, N.Y.)","id":"ITEM-1","issue":"5759","issued":{"date-parts":[["2006","1","20"]]},"page":"374-377","publisher":"Science","title":"Sampling the antibiotic resistome","type":"article-journal","volume":"311"},"uris":["http://www.mendeley.com/documents/?uuid=3bfdbdfd-3c5d-385f-9d2c-2a738d4b50fa"]}],"mendeley":{"formattedCitation":"[12]","plainTextFormattedCitation":"[12]","previouslyFormattedCitation":"[12]"},"properties":{"noteIndex":0},"schema":"https://github.com/citation-style-language/schema/raw/master/csl-citation.json"}</w:instrText>
      </w:r>
      <w:r w:rsidR="00584B93">
        <w:rPr>
          <w:sz w:val="28"/>
          <w:szCs w:val="28"/>
        </w:rPr>
        <w:fldChar w:fldCharType="separate"/>
      </w:r>
      <w:r w:rsidR="0023215E" w:rsidRPr="0023215E">
        <w:rPr>
          <w:noProof/>
          <w:sz w:val="28"/>
          <w:szCs w:val="28"/>
        </w:rPr>
        <w:t>[12]</w:t>
      </w:r>
      <w:r w:rsidR="00584B93">
        <w:rPr>
          <w:sz w:val="28"/>
          <w:szCs w:val="28"/>
        </w:rPr>
        <w:fldChar w:fldCharType="end"/>
      </w:r>
      <w:r w:rsidRPr="00B0236C">
        <w:rPr>
          <w:sz w:val="28"/>
          <w:szCs w:val="28"/>
        </w:rPr>
        <w:t>. Бұрын не пайда болды</w:t>
      </w:r>
      <w:r w:rsidR="00D24D32" w:rsidRPr="0030608E">
        <w:rPr>
          <w:sz w:val="28"/>
          <w:szCs w:val="28"/>
        </w:rPr>
        <w:t xml:space="preserve"> </w:t>
      </w:r>
      <w:r w:rsidRPr="00B0236C">
        <w:rPr>
          <w:sz w:val="28"/>
          <w:szCs w:val="28"/>
        </w:rPr>
        <w:t>-</w:t>
      </w:r>
      <w:r w:rsidR="00D24D32" w:rsidRPr="0030608E">
        <w:rPr>
          <w:sz w:val="28"/>
          <w:szCs w:val="28"/>
        </w:rPr>
        <w:t xml:space="preserve"> </w:t>
      </w:r>
      <w:r w:rsidRPr="00B0236C">
        <w:rPr>
          <w:sz w:val="28"/>
          <w:szCs w:val="28"/>
        </w:rPr>
        <w:t xml:space="preserve">антибиотик немесе </w:t>
      </w:r>
      <w:r w:rsidR="00A742D8" w:rsidRPr="00B0236C">
        <w:rPr>
          <w:sz w:val="28"/>
          <w:szCs w:val="28"/>
        </w:rPr>
        <w:t>антибиотикке төзімділік</w:t>
      </w:r>
      <w:r w:rsidRPr="00B0236C">
        <w:rPr>
          <w:sz w:val="28"/>
          <w:szCs w:val="28"/>
        </w:rPr>
        <w:t xml:space="preserve">? 1944 жылы туберкулезді емдеу үшін енгізілген стрептомицин жағдайында (туберкулез; "Ұлы Ақ Оба") пациентті емдеу кезінде антибиотиктің емдік концентрациясына төзімді Mycobacterium tuberculosis мутантты штамдары пайда болатыны анықталды. Клиникалық тәжірибеге басқа антибиотиктер табылып, енгізілгендіктен, оқиғалардың ұқсас барысы соңынан ерді.  1950 жылдардың ортасында Жапонияда генетикалық жолмен берілетін антибиотиктерге төзімділікті күтпеген жерден анықтау (бастапқыда </w:t>
      </w:r>
      <w:r w:rsidR="00584B93">
        <w:rPr>
          <w:sz w:val="28"/>
          <w:szCs w:val="28"/>
        </w:rPr>
        <w:t xml:space="preserve">кездескен батыста күмәнмен) </w:t>
      </w:r>
      <w:r w:rsidR="00584B93">
        <w:rPr>
          <w:sz w:val="28"/>
          <w:szCs w:val="28"/>
        </w:rPr>
        <w:fldChar w:fldCharType="begin" w:fldLock="1"/>
      </w:r>
      <w:r w:rsidR="0023215E">
        <w:rPr>
          <w:sz w:val="28"/>
          <w:szCs w:val="28"/>
        </w:rPr>
        <w:instrText>ADDIN CSL_CITATION {"citationItems":[{"id":"ITEM-1","itemData":{"DOI":"10.1093/GENETICS/139.4.1465","ISSN":"0016-6731","PMID":"7789752","author":[{"dropping-particle":"","family":"Davies","given":"J.","non-dropping-particle":"","parse-names":false,"suffix":""}],"container-title":"Genetics","id":"ITEM-1","issue":"4","issued":{"date-parts":[["1995"]]},"page":"1465-1468","publisher":"Genetics","title":"Vicious circles: looking back on resistance plasmids","type":"article-journal","volume":"139"},"uris":["http://www.mendeley.com/documents/?uuid=3ded5fdc-e91a-39e7-be3b-1957ce93456d"]}],"mendeley":{"formattedCitation":"[13]","plainTextFormattedCitation":"[13]","previouslyFormattedCitation":"[13]"},"properties":{"noteIndex":0},"schema":"https://github.com/citation-style-language/schema/raw/master/csl-citation.json"}</w:instrText>
      </w:r>
      <w:r w:rsidR="00584B93">
        <w:rPr>
          <w:sz w:val="28"/>
          <w:szCs w:val="28"/>
        </w:rPr>
        <w:fldChar w:fldCharType="separate"/>
      </w:r>
      <w:r w:rsidR="0023215E" w:rsidRPr="0023215E">
        <w:rPr>
          <w:noProof/>
          <w:sz w:val="28"/>
          <w:szCs w:val="28"/>
        </w:rPr>
        <w:t>[13]</w:t>
      </w:r>
      <w:r w:rsidR="00584B93">
        <w:rPr>
          <w:sz w:val="28"/>
          <w:szCs w:val="28"/>
        </w:rPr>
        <w:fldChar w:fldCharType="end"/>
      </w:r>
      <w:r w:rsidR="001A373E">
        <w:rPr>
          <w:sz w:val="28"/>
          <w:szCs w:val="28"/>
        </w:rPr>
        <w:t xml:space="preserve"> бүкіл жағдайды өзгертті, </w:t>
      </w:r>
      <w:r w:rsidRPr="00B0236C">
        <w:rPr>
          <w:sz w:val="28"/>
          <w:szCs w:val="28"/>
        </w:rPr>
        <w:t xml:space="preserve">генетикалық тұжырымдаманы енгізу арқылы антибиотик R гендерінің жиынтығы бактериялық қоздырғыштардың бүкіл популяциясына бактериялық конъюгация арқылы таралуы мүмкін (бірнеше ерекше </w:t>
      </w:r>
      <w:r w:rsidR="00584B93">
        <w:rPr>
          <w:sz w:val="28"/>
          <w:szCs w:val="28"/>
        </w:rPr>
        <w:t xml:space="preserve">жағдайларды қоспағанда) </w:t>
      </w:r>
      <w:r w:rsidR="00584B93">
        <w:rPr>
          <w:sz w:val="28"/>
          <w:szCs w:val="28"/>
        </w:rPr>
        <w:fldChar w:fldCharType="begin" w:fldLock="1"/>
      </w:r>
      <w:r w:rsidR="0023215E">
        <w:rPr>
          <w:sz w:val="28"/>
          <w:szCs w:val="28"/>
        </w:rPr>
        <w:instrText>ADDIN CSL_CITATION {"citationItems":[{"id":"ITEM-1","itemData":{"DOI":"10.1146/ANNUREV.MICRO.54.1.641","ISSN":"0066-4227","PMID":"11018140","abstract":"Virunalence factors of pathogenic bacteria (adhesins, toxins, invasins, protein secretion systems, iron uptake systems, and others) may be encoded by particular regions of the prokaryotic genome termed pathogenicity islands. Pathogenicity islands were first described in human pathogens of the species Escherichia coli, but have recently been found in the genomes of various pathogens of humans, animals, and plants. Pathogenicity islands comprise large genomic regions [10-200 kilobases (kb) in size] that are present on the genomes of pathogenic strains but absent from the genomes of nonpathogenic members of the same or related species. The finding that the G+C content of pathogenicity islands often differs from that of the rest of the genome, the presence of direct repeats at their ends, the association of pathogenicity islands with transfer RNA genes, the presence of integrase determinants and other mobility loci, and their genetic instability argue for the generation of pathogenicity islands by horizontal gene transfer, a process that is well known to contribute to microbial evolution. In this article we review these and other aspects of pathogenicity islands and discuss the concept that they represent a subclass of genomic islands. Genomic islands are present in the majority of genomes of pathogenic as well as nonpathogenic bacteria and may encode accessory functions which have been previously spread among bacterial populations.","author":[{"dropping-particle":"","family":"Hacker","given":"J.","non-dropping-particle":"","parse-names":false,"suffix":""},{"dropping-particle":"","family":"Kaper","given":"J. B.","non-dropping-particle":"","parse-names":false,"suffix":""}],"container-title":"Annual review of microbiology","id":"ITEM-1","issued":{"date-parts":[["2000"]]},"page":"641-679","publisher":"Annu Rev Microbiol","title":"Pathogenicity islands and the evolution of microbes","type":"article-journal","volume":"54"},"uris":["http://www.mendeley.com/documents/?uuid=1203cfcc-0443-383f-8343-835e9af889a0"]}],"mendeley":{"formattedCitation":"[14]","plainTextFormattedCitation":"[14]","previouslyFormattedCitation":"[14]"},"properties":{"noteIndex":0},"schema":"https://github.com/citation-style-language/schema/raw/master/csl-citation.json"}</w:instrText>
      </w:r>
      <w:r w:rsidR="00584B93">
        <w:rPr>
          <w:sz w:val="28"/>
          <w:szCs w:val="28"/>
        </w:rPr>
        <w:fldChar w:fldCharType="separate"/>
      </w:r>
      <w:r w:rsidR="0023215E" w:rsidRPr="0023215E">
        <w:rPr>
          <w:noProof/>
          <w:sz w:val="28"/>
          <w:szCs w:val="28"/>
        </w:rPr>
        <w:t>[14]</w:t>
      </w:r>
      <w:r w:rsidR="00584B93">
        <w:rPr>
          <w:sz w:val="28"/>
          <w:szCs w:val="28"/>
        </w:rPr>
        <w:fldChar w:fldCharType="end"/>
      </w:r>
      <w:r w:rsidRPr="00B0236C">
        <w:rPr>
          <w:sz w:val="28"/>
          <w:szCs w:val="28"/>
        </w:rPr>
        <w:t>. Соңғы бірнеше жылда ғана ген алмасуы микробтық эволюция эондарында болған бактериялардың әмбебап қасиеті екендігі түсінілді. Бактериялық гендердің болжамды тізбегінің болуын ашу эукариоттық геномдар геном эволюциясындағы көлденең генді тасымалдаудың (HGT) маңыздылығы туралы хабардарлықты арттырды. К</w:t>
      </w:r>
      <w:r w:rsidR="00584B93">
        <w:rPr>
          <w:sz w:val="28"/>
          <w:szCs w:val="28"/>
        </w:rPr>
        <w:t>ейіннен патогендік гендерді</w:t>
      </w:r>
      <w:r w:rsidRPr="00B0236C">
        <w:rPr>
          <w:sz w:val="28"/>
          <w:szCs w:val="28"/>
        </w:rPr>
        <w:t xml:space="preserve"> тасымалдайтын геномдық аралдарды және бактериялардың әртүрлі тұқымдарындағы басқа функционалды гендік кластерлерді анықтау және тарату арқылы генді тасымалдаудың басқа аспектілері анықталды. Таңқаларлық емес, плазмида арқылы антибиотикте</w:t>
      </w:r>
      <w:r w:rsidR="00AD76F6">
        <w:rPr>
          <w:sz w:val="28"/>
          <w:szCs w:val="28"/>
        </w:rPr>
        <w:t xml:space="preserve">рге төзімділіктің берілуі оның </w:t>
      </w:r>
      <w:r w:rsidR="00AD76F6" w:rsidRPr="00AD76F6">
        <w:rPr>
          <w:sz w:val="28"/>
          <w:szCs w:val="28"/>
        </w:rPr>
        <w:t>м</w:t>
      </w:r>
      <w:r w:rsidRPr="00B0236C">
        <w:rPr>
          <w:sz w:val="28"/>
          <w:szCs w:val="28"/>
        </w:rPr>
        <w:t>едициналық және жақында практикалық</w:t>
      </w:r>
      <w:r w:rsidR="00584B93">
        <w:rPr>
          <w:sz w:val="28"/>
          <w:szCs w:val="28"/>
        </w:rPr>
        <w:t xml:space="preserve"> маңыздылығына байланысты </w:t>
      </w:r>
      <w:r w:rsidRPr="00B0236C">
        <w:rPr>
          <w:sz w:val="28"/>
          <w:szCs w:val="28"/>
        </w:rPr>
        <w:t>негізгі зерттеу нысаны болды</w:t>
      </w:r>
      <w:r w:rsidR="00584B93">
        <w:rPr>
          <w:sz w:val="28"/>
          <w:szCs w:val="28"/>
        </w:rPr>
        <w:t xml:space="preserve"> </w:t>
      </w:r>
      <w:r w:rsidR="00584B93">
        <w:rPr>
          <w:sz w:val="28"/>
          <w:szCs w:val="28"/>
        </w:rPr>
        <w:fldChar w:fldCharType="begin" w:fldLock="1"/>
      </w:r>
      <w:r w:rsidR="0023215E">
        <w:rPr>
          <w:sz w:val="28"/>
          <w:szCs w:val="28"/>
        </w:rPr>
        <w:instrText>ADDIN CSL_CITATION {"citationItems":[{"id":"ITEM-1","itemData":{"DOI":"10.1098/RSTB.2009.0037","ISSN":"1471-2970","PMID":"19571247","abstract":"Comparative whole-genome analyses have demonstrated that horizontal gene transfer (HGT) provides a significant contribution to prokaryotic genome innovation. The evolution of specific prokaryotes is therefore tightly linked to the environment in which they live and the communal pool of genes available within that environment. Here we use the term supergenome to describe the set of all genes that a prokaryotic 'individual' can draw on within a particular environmental setting. Conjugative plasmids can be considered particularly successful entities within the communal pool, which have enabled HGTover large taxonomic distances. These plasmids are collections of discrete regions of genes that function as 'backbone modules' to undertake different aspects ofoverall plasmid maintenance and propagation. Conjugative plasmids often carry suites of 'accessory elements' that contribute adaptive traits to the hosts and, potentially, other resident prokaryotes within specific environmental niches. Insight into the evolution of plasmid modules therefore contributes to our knowledge of gene dissemination and evolution within prokaryotic communities. This communal pool provides the prokaryotes with an important mechanistic framework for obtaining adaptability and functional diversity that alleviates the need for large genomes of specialized 'private genes'. This journal is © 2009 The Royal Society.","author":[{"dropping-particle":"","family":"Norman","given":"Anders","non-dropping-particle":"","parse-names":false,"suffix":""},{"dropping-particle":"","family":"Hansen","given":"Lars H.","non-dropping-particle":"","parse-names":false,"suffix":""},{"dropping-particle":"","family":"Sørensen","given":"Soren J.","non-dropping-particle":"","parse-names":false,"suffix":""}],"container-title":"Philosophical transactions of the Royal Society of London. Series B, Biological sciences","id":"ITEM-1","issue":"1527","issued":{"date-parts":[["2009","8","12"]]},"page":"2275-2289","publisher":"Philos Trans R Soc Lond B Biol Sci","title":"Conjugative plasmids: vessels of the communal gene pool","type":"article-journal","volume":"364"},"uris":["http://www.mendeley.com/documents/?uuid=87bf1868-6b81-38fb-b1ec-6061e8953663"]}],"mendeley":{"formattedCitation":"[15]","plainTextFormattedCitation":"[15]","previouslyFormattedCitation":"[15]"},"properties":{"noteIndex":0},"schema":"https://github.com/citation-style-language/schema/raw/master/csl-citation.json"}</w:instrText>
      </w:r>
      <w:r w:rsidR="00584B93">
        <w:rPr>
          <w:sz w:val="28"/>
          <w:szCs w:val="28"/>
        </w:rPr>
        <w:fldChar w:fldCharType="separate"/>
      </w:r>
      <w:r w:rsidR="0023215E" w:rsidRPr="0023215E">
        <w:rPr>
          <w:noProof/>
          <w:sz w:val="28"/>
          <w:szCs w:val="28"/>
        </w:rPr>
        <w:t>[15]</w:t>
      </w:r>
      <w:r w:rsidR="00584B93">
        <w:rPr>
          <w:sz w:val="28"/>
          <w:szCs w:val="28"/>
        </w:rPr>
        <w:fldChar w:fldCharType="end"/>
      </w:r>
      <w:r w:rsidRPr="00B0236C">
        <w:rPr>
          <w:sz w:val="28"/>
          <w:szCs w:val="28"/>
        </w:rPr>
        <w:t>.</w:t>
      </w:r>
    </w:p>
    <w:p w:rsidR="001E05B7" w:rsidRPr="00D26EB7" w:rsidRDefault="00001385" w:rsidP="00B22AA2">
      <w:pPr>
        <w:pStyle w:val="a7"/>
        <w:tabs>
          <w:tab w:val="left" w:pos="1868"/>
        </w:tabs>
        <w:ind w:left="426" w:right="610" w:firstLine="567"/>
        <w:jc w:val="both"/>
        <w:rPr>
          <w:sz w:val="28"/>
          <w:szCs w:val="28"/>
        </w:rPr>
      </w:pPr>
      <w:r>
        <w:rPr>
          <w:sz w:val="28"/>
          <w:szCs w:val="28"/>
        </w:rPr>
        <w:t>А</w:t>
      </w:r>
      <w:r w:rsidRPr="00001385">
        <w:rPr>
          <w:sz w:val="28"/>
          <w:szCs w:val="28"/>
        </w:rPr>
        <w:t>нтибиотиктерді қолданғаннан кейін</w:t>
      </w:r>
      <w:r>
        <w:rPr>
          <w:sz w:val="28"/>
          <w:szCs w:val="28"/>
        </w:rPr>
        <w:t>,</w:t>
      </w:r>
      <w:r w:rsidRPr="00001385">
        <w:rPr>
          <w:sz w:val="28"/>
          <w:szCs w:val="28"/>
        </w:rPr>
        <w:t xml:space="preserve"> </w:t>
      </w:r>
      <w:r>
        <w:rPr>
          <w:sz w:val="28"/>
          <w:szCs w:val="28"/>
        </w:rPr>
        <w:t>а</w:t>
      </w:r>
      <w:r w:rsidRPr="00001385">
        <w:rPr>
          <w:sz w:val="28"/>
          <w:szCs w:val="28"/>
        </w:rPr>
        <w:t>дам ауруларының эпидемиясымен байланысты көптеген</w:t>
      </w:r>
      <w:r>
        <w:rPr>
          <w:sz w:val="28"/>
          <w:szCs w:val="28"/>
        </w:rPr>
        <w:t xml:space="preserve"> бактериялық қоздырғыштар дамы</w:t>
      </w:r>
      <w:r w:rsidRPr="00001385">
        <w:rPr>
          <w:sz w:val="28"/>
          <w:szCs w:val="28"/>
        </w:rPr>
        <w:t>п</w:t>
      </w:r>
      <w:r>
        <w:rPr>
          <w:sz w:val="28"/>
          <w:szCs w:val="28"/>
        </w:rPr>
        <w:t>, бірнеше</w:t>
      </w:r>
      <w:r w:rsidRPr="00001385">
        <w:rPr>
          <w:sz w:val="28"/>
          <w:szCs w:val="28"/>
        </w:rPr>
        <w:t xml:space="preserve"> дәріг</w:t>
      </w:r>
      <w:r>
        <w:rPr>
          <w:sz w:val="28"/>
          <w:szCs w:val="28"/>
        </w:rPr>
        <w:t>е төзімді микроорганизмдер</w:t>
      </w:r>
      <w:r w:rsidRPr="00001385">
        <w:rPr>
          <w:sz w:val="28"/>
          <w:szCs w:val="28"/>
        </w:rPr>
        <w:t xml:space="preserve"> пайда болады.</w:t>
      </w:r>
      <w:r>
        <w:rPr>
          <w:sz w:val="28"/>
          <w:szCs w:val="28"/>
        </w:rPr>
        <w:t xml:space="preserve"> </w:t>
      </w:r>
      <w:r w:rsidR="001E05B7">
        <w:rPr>
          <w:sz w:val="28"/>
          <w:szCs w:val="28"/>
        </w:rPr>
        <w:t>Мысалы, БДЗТ</w:t>
      </w:r>
      <w:r w:rsidRPr="00001385">
        <w:rPr>
          <w:sz w:val="28"/>
          <w:szCs w:val="28"/>
        </w:rPr>
        <w:t>-TB бар M. tuberculosis дамушы және индустриалды елдерде кездесетін негізгі қоздырғыш болып табылады және 20 ғасырда ескі патогеннің нұсқасына айналды</w:t>
      </w:r>
      <w:r w:rsidR="0023215E">
        <w:rPr>
          <w:sz w:val="28"/>
          <w:szCs w:val="28"/>
        </w:rPr>
        <w:fldChar w:fldCharType="begin" w:fldLock="1"/>
      </w:r>
      <w:r w:rsidR="0023215E">
        <w:rPr>
          <w:sz w:val="28"/>
          <w:szCs w:val="28"/>
        </w:rPr>
        <w:instrText>ADDIN CSL_CITATION {"citationItems":[{"id":"ITEM-1","itemData":{"DOI":"10.1038/S41579-021-00649-X","ISSN":"1740-1534","PMID":"34737424","abstract":"Antibiotic resistance is a global health challenge, involving the transfer of bacteria and genes between humans, animals and the environment. Although multiple barriers restrict the flow of both bacteria and genes, pathogens recurrently acquire new resistance factors from other species, thereby reducing our ability to prevent and treat bacterial infections. Evolutionary events that lead to the emergence of new resistance factors in pathogens are rare and challenging to predict, but may be associated with vast ramifications. Transmission events of already widespread resistant strains are, on the other hand, common, quantifiable and more predictable, but the consequences of each event are limited. Quantifying the pathways and identifying the drivers of and bottlenecks for environmental evolution and transmission of antibiotic resistance are key components to understand and manage the resistance crisis as a whole. In this Review, we present our current understanding of the roles of the environment, including antibiotic pollution, in resistance evolution, in transmission and as a mere reflection of the regional antibiotic resistance situation in the clinic. We provide a perspective on current evidence, describe risk scenarios, discuss methods for surveillance and the assessment of potential drivers, and finally identify some actions to mitigate risks.","author":[{"dropping-particle":"","family":"Larsson","given":"D. G.Joakim","non-dropping-particle":"","parse-names":false,"suffix":""},{"dropping-particle":"","family":"Flach","given":"Carl Fredrik","non-dropping-particle":"","parse-names":false,"suffix":""}],"container-title":"Nature reviews. Microbiology","id":"ITEM-1","issue":"5","issued":{"date-parts":[["2022","5","1"]]},"page":"257-269","publisher":"Nat Rev Microbiol","title":"Antibiotic resistance in the environment","type":"article-journal","volume":"20"},"uris":["http://www.mendeley.com/documents/?uuid=880f8a48-67ee-3ea6-a306-d25c82819e3f"]}],"mendeley":{"formattedCitation":"[16]","plainTextFormattedCitation":"[16]","previouslyFormattedCitation":"[16]"},"properties":{"noteIndex":0},"schema":"https://github.com/citation-style-language/schema/raw/master/csl-citation.json"}</w:instrText>
      </w:r>
      <w:r w:rsidR="0023215E">
        <w:rPr>
          <w:sz w:val="28"/>
          <w:szCs w:val="28"/>
        </w:rPr>
        <w:fldChar w:fldCharType="separate"/>
      </w:r>
      <w:r w:rsidR="0023215E" w:rsidRPr="0023215E">
        <w:rPr>
          <w:noProof/>
          <w:sz w:val="28"/>
          <w:szCs w:val="28"/>
        </w:rPr>
        <w:t>[16]</w:t>
      </w:r>
      <w:r w:rsidR="0023215E">
        <w:rPr>
          <w:sz w:val="28"/>
          <w:szCs w:val="28"/>
        </w:rPr>
        <w:fldChar w:fldCharType="end"/>
      </w:r>
      <w:r w:rsidRPr="00001385">
        <w:rPr>
          <w:sz w:val="28"/>
          <w:szCs w:val="28"/>
        </w:rPr>
        <w:t>.</w:t>
      </w:r>
      <w:r w:rsidR="001E05B7">
        <w:rPr>
          <w:sz w:val="28"/>
          <w:szCs w:val="28"/>
        </w:rPr>
        <w:t xml:space="preserve"> Ауруханаішілік инфекциялар сияқты күрделі инфекцияларды </w:t>
      </w:r>
      <w:r w:rsidR="00B22AA2" w:rsidRPr="00B0236C">
        <w:rPr>
          <w:sz w:val="28"/>
          <w:szCs w:val="28"/>
        </w:rPr>
        <w:t>Acinetobacter baumannii, Burkholderia cepacia, Campylobacter jejuni, Citrobacter freundii, Clostridium difficile, Enterobacter spp., Enterococcus faecium, Enterococcus faecalis, Escherichia coli, Haemophilus influenzae, Klebsiella pneumoniae, Proteus mirabilis, Pseudomonas aeruginosa, Salmonella spp., Serratia spp., Staphylococcus aureus, Staphylococcus epidermidis, S</w:t>
      </w:r>
      <w:r w:rsidR="001E05B7">
        <w:rPr>
          <w:sz w:val="28"/>
          <w:szCs w:val="28"/>
        </w:rPr>
        <w:t>tenotrophomonas maltophilia, және</w:t>
      </w:r>
      <w:r w:rsidR="00B22AA2" w:rsidRPr="00B0236C">
        <w:rPr>
          <w:sz w:val="28"/>
          <w:szCs w:val="28"/>
        </w:rPr>
        <w:t xml:space="preserve"> Streptococcus pneumon</w:t>
      </w:r>
      <w:r w:rsidR="00B22AA2" w:rsidRPr="001E05B7">
        <w:rPr>
          <w:sz w:val="28"/>
          <w:szCs w:val="28"/>
        </w:rPr>
        <w:t>iae</w:t>
      </w:r>
      <w:r w:rsidR="001E05B7">
        <w:rPr>
          <w:sz w:val="28"/>
          <w:szCs w:val="28"/>
        </w:rPr>
        <w:t xml:space="preserve"> тудырады. </w:t>
      </w:r>
      <w:r w:rsidR="001E05B7" w:rsidRPr="001E05B7">
        <w:rPr>
          <w:sz w:val="28"/>
          <w:szCs w:val="28"/>
        </w:rPr>
        <w:t xml:space="preserve">"Супербактериялар" термині оларды емдеу үшін арнайы ұсынылған антибиотиктер кластарына төзімділіктің жоғары деңгейін беретін көптеген мутацияларға байланысты аурушаңдық пен өлім-жітім деңгейі жоғары микробтарды білдіреді; бұл микробтардың емдік мүмкіндіктері қысқарады және стационарлық емдеу уақыты ұзарып, қымбаттайды. Кейбір жағдайларда өте төзімді штамдар вируленттіліктің жоғарылауына және берілу қабілетінің жоғарылауына ие болды. </w:t>
      </w:r>
      <w:r w:rsidR="001E05B7" w:rsidRPr="00D26EB7">
        <w:rPr>
          <w:sz w:val="28"/>
          <w:szCs w:val="28"/>
        </w:rPr>
        <w:t>Шындығында, антибиотиктерге төзімділікті вируленттілік факторы ретінде қарастыруға болады</w:t>
      </w:r>
      <w:r w:rsidR="004F1EAC">
        <w:rPr>
          <w:sz w:val="28"/>
          <w:szCs w:val="28"/>
        </w:rPr>
        <w:t xml:space="preserve"> </w:t>
      </w:r>
      <w:r w:rsidR="004F1EAC">
        <w:rPr>
          <w:sz w:val="28"/>
          <w:szCs w:val="28"/>
        </w:rPr>
        <w:fldChar w:fldCharType="begin" w:fldLock="1"/>
      </w:r>
      <w:r w:rsidR="0023215E">
        <w:rPr>
          <w:sz w:val="28"/>
          <w:szCs w:val="28"/>
        </w:rPr>
        <w:instrText>ADDIN CSL_CITATION {"citationItems":[{"id":"ITEM-1","itemData":{"DOI":"10.1128/AAC.01009-09","ISSN":"1098-6596","PMID":"19995920","abstract":"Two classification schemes for β-lactamases are currently in use. The molecular classification is based on the amino acid sequence and divides β-lactamases into class A, C, and D enzymes which utilize serine for β-lactam hydrolysis and class B metalloenzymes which require divalent zinc ions for substrate hydrolysis. The functional classification scheme updated herein is based on the 1995 proposal by Bush et al. (K. Bush, G. A. Jacoby, and A. A. Medeiros, Antimicrob. Agents Chemother. 39:1211-1233, 1995). It takes into account substrate and inhibitor profiles in an attempt to group the enzymes in ways that can be correlated with their phenotype in clinical isolates. Major groupings generally correlate with the more broadly based molecular classification. The updated system includes group 1 (class C) cephalosporinases; group 2 (classes A and D) broad-spectrum, inhibitor-resistant, and extended-spectrum β-lactamases and serine carbapenemases; and group 3 metallo-β-lactamases. Several new subgroups of each of the major groups are described, based on specific attributes of individual enzymes. A list of attributes is also suggested for the description of a new β-lactamase, including the requisite microbiological properties, substrate and inhibitor profiles, and molecular sequence data that provide an adequate characterization for a new β-lactam-hydrolyzing enzyme. Copyright © 2010, American Society for Microbiology. All Rights Reserved.","author":[{"dropping-particle":"","family":"Bush","given":"Karen","non-dropping-particle":"","parse-names":false,"suffix":""},{"dropping-particle":"","family":"Jacoby","given":"George A.","non-dropping-particle":"","parse-names":false,"suffix":""}],"container-title":"Antimicrobial agents and chemotherapy","id":"ITEM-1","issue":"3","issued":{"date-parts":[["2010","3"]]},"page":"969-976","publisher":"Antimicrob Agents Chemother","title":"Updated functional classification of beta-lactamases","type":"article-journal","volume":"54"},"uris":["http://www.mendeley.com/documents/?uuid=f55a6cd5-9489-31a2-8956-87857841b64c"]}],"mendeley":{"formattedCitation":"[17]","plainTextFormattedCitation":"[17]","previouslyFormattedCitation":"[17]"},"properties":{"noteIndex":0},"schema":"https://github.com/citation-style-language/schema/raw/master/csl-citation.json"}</w:instrText>
      </w:r>
      <w:r w:rsidR="004F1EAC">
        <w:rPr>
          <w:sz w:val="28"/>
          <w:szCs w:val="28"/>
        </w:rPr>
        <w:fldChar w:fldCharType="separate"/>
      </w:r>
      <w:r w:rsidR="0023215E" w:rsidRPr="0023215E">
        <w:rPr>
          <w:noProof/>
          <w:sz w:val="28"/>
          <w:szCs w:val="28"/>
        </w:rPr>
        <w:t>[17]</w:t>
      </w:r>
      <w:r w:rsidR="004F1EAC">
        <w:rPr>
          <w:sz w:val="28"/>
          <w:szCs w:val="28"/>
        </w:rPr>
        <w:fldChar w:fldCharType="end"/>
      </w:r>
      <w:r w:rsidR="001E05B7" w:rsidRPr="00D26EB7">
        <w:rPr>
          <w:sz w:val="28"/>
          <w:szCs w:val="28"/>
        </w:rPr>
        <w:t>.</w:t>
      </w:r>
    </w:p>
    <w:p w:rsidR="00B22AA2" w:rsidRPr="00D26EB7" w:rsidRDefault="001E05B7" w:rsidP="00B22AA2">
      <w:pPr>
        <w:pStyle w:val="a7"/>
        <w:tabs>
          <w:tab w:val="left" w:pos="1868"/>
        </w:tabs>
        <w:ind w:left="426" w:right="610" w:firstLine="567"/>
        <w:jc w:val="both"/>
        <w:rPr>
          <w:sz w:val="28"/>
          <w:szCs w:val="28"/>
        </w:rPr>
      </w:pPr>
      <w:r w:rsidRPr="00D26EB7">
        <w:rPr>
          <w:sz w:val="28"/>
          <w:szCs w:val="28"/>
        </w:rPr>
        <w:t xml:space="preserve">Туберкулез - адамның архетиптік қоздырғышы; ол адамзат баласымен </w:t>
      </w:r>
      <w:r w:rsidR="00FE5A4B" w:rsidRPr="00D26EB7">
        <w:rPr>
          <w:sz w:val="28"/>
          <w:szCs w:val="28"/>
        </w:rPr>
        <w:t xml:space="preserve">бірге </w:t>
      </w:r>
      <w:r w:rsidRPr="00D26EB7">
        <w:rPr>
          <w:sz w:val="28"/>
          <w:szCs w:val="28"/>
        </w:rPr>
        <w:t xml:space="preserve">дамыды және қазіргі уақытта әлем халқының үштен біріне дейін </w:t>
      </w:r>
      <w:r w:rsidR="00FE5A4B" w:rsidRPr="00D26EB7">
        <w:rPr>
          <w:sz w:val="28"/>
          <w:szCs w:val="28"/>
        </w:rPr>
        <w:t>ауру тудыруда</w:t>
      </w:r>
      <w:r w:rsidRPr="00D26EB7">
        <w:rPr>
          <w:sz w:val="28"/>
          <w:szCs w:val="28"/>
        </w:rPr>
        <w:t>. Стрептомицин мен изониазидтің жаңалықтары өмірлік маңызды терапияны қамтамасыз еткенімен, төзімділікт</w:t>
      </w:r>
      <w:r w:rsidR="00584B93">
        <w:rPr>
          <w:sz w:val="28"/>
          <w:szCs w:val="28"/>
        </w:rPr>
        <w:t>ің дамуы жылдам қарқынмен жүрді</w:t>
      </w:r>
      <w:r w:rsidR="00B22AA2" w:rsidRPr="00D26EB7">
        <w:rPr>
          <w:sz w:val="28"/>
          <w:szCs w:val="28"/>
        </w:rPr>
        <w:t xml:space="preserve">. </w:t>
      </w:r>
      <w:r w:rsidR="00FE5A4B" w:rsidRPr="00D26EB7">
        <w:rPr>
          <w:sz w:val="28"/>
          <w:szCs w:val="28"/>
        </w:rPr>
        <w:t xml:space="preserve">Біріктірілген туберкулезге қарсы препараттарды енгізу маңызды емдеу режиміне айналды; дегенмен, көптеген себептерге байланысты көптеген дәрілерге төзімділік бүкіл әлемде туберкулез терапиясына қауіп төндіруді жалғастыруда. Бірінші қатардағы төрт немесе одан да көп емдеуге төзімді M. tuberculosis штамдары (яғни, дәріге төзімділігі жоғары штамдары) соңғы онжылдықта пайда болды және тез таралды </w:t>
      </w:r>
      <w:r w:rsidR="00584B93">
        <w:rPr>
          <w:sz w:val="28"/>
          <w:szCs w:val="28"/>
        </w:rPr>
        <w:fldChar w:fldCharType="begin" w:fldLock="1"/>
      </w:r>
      <w:r w:rsidR="0023215E">
        <w:rPr>
          <w:sz w:val="28"/>
          <w:szCs w:val="28"/>
        </w:rPr>
        <w:instrText>ADDIN CSL_CITATION {"citationItems":[{"id":"ITEM-1","itemData":{"DOI":"10.1183/09031936.00168008","ISSN":"1399-3003","PMID":"19251779","abstract":"Extensively drug-resistant tuberculosis (XDR-TB) is present in all regions and poses serious challenges for public health and clinical management. Laboratory diagnosis is difficult and little evidence exists to guide clinicians in treating people with XDR-TB effectively. To summarise the available data on diagnosis and treatment, the current authors performed a systematic review on 13 recent studies of the epidemiology and clinical management of XDR-TB. Studies that met inclusion criteria were reviewed, in order to assess methodology, treatment regimens and treatment outcomes. Meta-analysis of currently available data is not possible because of inconsistent definitions and methodologies. Data show that XDR-TB can be successfully treated in up to 65% of patients, particularly those who are not co-infected with HIV. However, treatment duration is longer and outcomes are in general poorer than for non-XDR TB patients. To strengthen the evidence for extensively drug-resistant tuberculosis diagnosis, treatment and prevention, future studies should: 1) be prospective in design; 2) adopt standardised, internationally accepted definitions; 3) use quality-assured laboratory testing for all first- and second-line drugs; and 4) collect data on an agreed-upon set of standard variables, allowing for comparisons across studies. Early diagnosis and aggressive management of extensively drug- resistant tuberculosis provide the best chance of positive outcome, but prevention is still paramount. Copyright © ERS Journals Ltd 2009.","author":[{"dropping-particle":"","family":"Sotgiu","given":"G.","non-dropping-particle":"","parse-names":false,"suffix":""},{"dropping-particle":"","family":"Ferrara","given":"G.","non-dropping-particle":"","parse-names":false,"suffix":""},{"dropping-particle":"","family":"Matteelli","given":"A.","non-dropping-particle":"","parse-names":false,"suffix":""},{"dropping-particle":"","family":"Richardson","given":"M. D.","non-dropping-particle":"","parse-names":false,"suffix":""},{"dropping-particle":"","family":"Centis","given":"R.","non-dropping-particle":"","parse-names":false,"suffix":""},{"dropping-particle":"","family":"Ruesch-Gerdes","given":"S.","non-dropping-particle":"","parse-names":false,"suffix":""},{"dropping-particle":"","family":"Toungoussova","given":"O.","non-dropping-particle":"","parse-names":false,"suffix":""},{"dropping-particle":"","family":"Zellweger","given":"J. P.","non-dropping-particle":"","parse-names":false,"suffix":""},{"dropping-particle":"","family":"Spanevello","given":"A.","non-dropping-particle":"","parse-names":false,"suffix":""},{"dropping-particle":"","family":"Cirillo","given":"D.","non-dropping-particle":"","parse-names":false,"suffix":""},{"dropping-particle":"","family":"Lange","given":"C.","non-dropping-particle":"","parse-names":false,"suffix":""},{"dropping-particle":"","family":"Migliori","given":"G. B.","non-dropping-particle":"","parse-names":false,"suffix":""}],"container-title":"The European respiratory journal","id":"ITEM-1","issue":"4","issued":{"date-parts":[["2009","4"]]},"page":"871-881","publisher":"Eur Respir J","title":"Epidemiology and clinical management of XDR-TB: a systematic review by TBNET","type":"article-journal","volume":"33"},"uris":["http://www.mendeley.com/documents/?uuid=69cb55f3-b969-381c-bb9a-7a6d197cc072"]}],"mendeley":{"formattedCitation":"[18]","plainTextFormattedCitation":"[18]","previouslyFormattedCitation":"[18]"},"properties":{"noteIndex":0},"schema":"https://github.com/citation-style-language/schema/raw/master/csl-citation.json"}</w:instrText>
      </w:r>
      <w:r w:rsidR="00584B93">
        <w:rPr>
          <w:sz w:val="28"/>
          <w:szCs w:val="28"/>
        </w:rPr>
        <w:fldChar w:fldCharType="separate"/>
      </w:r>
      <w:r w:rsidR="0023215E" w:rsidRPr="0023215E">
        <w:rPr>
          <w:noProof/>
          <w:sz w:val="28"/>
          <w:szCs w:val="28"/>
        </w:rPr>
        <w:t>[18]</w:t>
      </w:r>
      <w:r w:rsidR="00584B93">
        <w:rPr>
          <w:sz w:val="28"/>
          <w:szCs w:val="28"/>
        </w:rPr>
        <w:fldChar w:fldCharType="end"/>
      </w:r>
      <w:r w:rsidR="00B22AA2" w:rsidRPr="00D26EB7">
        <w:rPr>
          <w:sz w:val="28"/>
          <w:szCs w:val="28"/>
        </w:rPr>
        <w:t xml:space="preserve">. </w:t>
      </w:r>
      <w:r w:rsidR="00FE5A4B" w:rsidRPr="00D26EB7">
        <w:rPr>
          <w:sz w:val="28"/>
          <w:szCs w:val="28"/>
        </w:rPr>
        <w:t>Қазіргі уақытта барлық дәрілік заттарға толығымен төзімд</w:t>
      </w:r>
      <w:r w:rsidR="004F1EAC">
        <w:rPr>
          <w:sz w:val="28"/>
          <w:szCs w:val="28"/>
        </w:rPr>
        <w:t>і туберкулез штаммдары бар</w:t>
      </w:r>
      <w:r w:rsidR="00FE5A4B" w:rsidRPr="00D26EB7">
        <w:rPr>
          <w:sz w:val="28"/>
          <w:szCs w:val="28"/>
        </w:rPr>
        <w:t>. M.</w:t>
      </w:r>
      <w:r w:rsidR="00AC29A3" w:rsidRPr="00D26EB7">
        <w:rPr>
          <w:sz w:val="28"/>
          <w:szCs w:val="28"/>
        </w:rPr>
        <w:t>t</w:t>
      </w:r>
      <w:r w:rsidR="00FE5A4B" w:rsidRPr="00D26EB7">
        <w:rPr>
          <w:sz w:val="28"/>
          <w:szCs w:val="28"/>
        </w:rPr>
        <w:t>uberculosis-</w:t>
      </w:r>
      <w:r w:rsidR="00FE5A4B">
        <w:rPr>
          <w:sz w:val="28"/>
          <w:szCs w:val="28"/>
        </w:rPr>
        <w:t xml:space="preserve">тегі төзімділіктің дамуында </w:t>
      </w:r>
      <w:r w:rsidR="00AC29A3">
        <w:rPr>
          <w:sz w:val="28"/>
          <w:szCs w:val="28"/>
        </w:rPr>
        <w:t>КГТ рөлі туралы дәлелденген зерттеулер әлі де шықпады</w:t>
      </w:r>
      <w:r w:rsidR="00AC29A3" w:rsidRPr="00D26EB7">
        <w:rPr>
          <w:sz w:val="28"/>
          <w:szCs w:val="28"/>
        </w:rPr>
        <w:t xml:space="preserve">. M.tuberculosis-тегі </w:t>
      </w:r>
      <w:r w:rsidR="00AC29A3">
        <w:rPr>
          <w:sz w:val="28"/>
          <w:szCs w:val="28"/>
        </w:rPr>
        <w:t>антибиотиктерге төзімділік тек қана кездейсоқ мутация нәтижесінде пайда болады</w:t>
      </w:r>
      <w:r w:rsidR="004F1EAC">
        <w:rPr>
          <w:sz w:val="28"/>
          <w:szCs w:val="28"/>
        </w:rPr>
        <w:t xml:space="preserve"> </w:t>
      </w:r>
      <w:r w:rsidR="004F1EAC">
        <w:rPr>
          <w:sz w:val="28"/>
          <w:szCs w:val="28"/>
        </w:rPr>
        <w:fldChar w:fldCharType="begin" w:fldLock="1"/>
      </w:r>
      <w:r w:rsidR="0023215E">
        <w:rPr>
          <w:sz w:val="28"/>
          <w:szCs w:val="28"/>
        </w:rPr>
        <w:instrText>ADDIN CSL_CITATION {"citationItems":[{"id":"ITEM-1","itemData":{"DOI":"10.1378/CHEST.08-2427","ISSN":"1931-3543","PMID":"19349380","abstract":"Background: The study documented the emergence of new forms of resistant bacilli (totally drug-resistant [TDR] or super extensively drug-resistant [XDR] tuberculosis [TB] strains) among patients with multidrug-resistant TB (MDR-TB). Methods: Susceptibility testing against first- and second-line drugs was performed on isolated Mycobacterium tuberculosis strains. Subsequently, the strains identified as XDR or TDR M tuberculosis were subjected to spoligotyping and variable numbers of tandem repeats (VNTR). Results: Of 146 MDR-TB strains, 8 XDR isolates (5.4%) and 15 TDR isolates (10.3%) were identified. The remaining strains were either susceptible (67%) or had other resistant patterns (20%). Overall, the median of treatments and drugs previously received by MDR-TB patients was two courses of therapy of 15 months' duration with five drugs (isoniazid [INH], rifampicin [RF], streptomycin, ethambutol, and pyrazinamide). The median of in vitro drug resistance for all studied cases was INH and RF. The XDR or TDR strains were collected from both immigrants (Afghan, 30.4%; Azerbaijani, 8.6%; Iraqi, 4.3%) and Iranian (56.5%) MDR-TB cases. In such cases, the smear and cultures remained positive after 18 months of medium treatment with second-line drugs (ethionamide, para-aminosalicylic acid, cycloserine, ofloxacin, amikacin, and ciprofloxacin). Spoligotyping revealed Haarlem (39.1%), Beijing (21.7%), EAI (21.7%), and CAS (17.3%) superfamilies of M tuberculosis. These superfamilies had different VNTR profiles, which eliminated the recent transmission among MDR-TB cases. Conclusions: The isolation of TDR strains from MDR-TB patients from different regional countries is alarming and underlines the possible dissemination of such strains in Asian countries. Now the next question is how one should control and treat such cases. Copyright © 2009 American College of Chest Physicians.","author":[{"dropping-particle":"","family":"Velayati","given":"Ali Akbar","non-dropping-particle":"","parse-names":false,"suffix":""},{"dropping-particle":"","family":"Masjedi","given":"Mohammad Reza","non-dropping-particle":"","parse-names":false,"suffix":""},{"dropping-particle":"","family":"Farnia","given":"Parissa","non-dropping-particle":"","parse-names":false,"suffix":""},{"dropping-particle":"","family":"Tabarsi","given":"Payam","non-dropping-particle":"","parse-names":false,"suffix":""},{"dropping-particle":"","family":"Ghanavi","given":"Jalladein","non-dropping-particle":"","parse-names":false,"suffix":""},{"dropping-particle":"","family":"ZiaZarifi","given":"Abol Hassan","non-dropping-particle":"","parse-names":false,"suffix":""},{"dropping-particle":"","family":"Hoffner","given":"Sven Eric","non-dropping-particle":"","parse-names":false,"suffix":""}],"container-title":"Chest","id":"ITEM-1","issue":"2","issued":{"date-parts":[["2009","8","1"]]},"page":"420-425","publisher":"Chest","title":"Emergence of new forms of totally drug-resistant tuberculosis bacilli: super extensively drug-resistant tuberculosis or totally drug-resistant strains in iran","type":"article-journal","volume":"136"},"uris":["http://www.mendeley.com/documents/?uuid=3f940fe5-7e3e-3b50-bb9e-a82ace218d8d"]}],"mendeley":{"formattedCitation":"[19]","plainTextFormattedCitation":"[19]","previouslyFormattedCitation":"[19]"},"properties":{"noteIndex":0},"schema":"https://github.com/citation-style-language/schema/raw/master/csl-citation.json"}</w:instrText>
      </w:r>
      <w:r w:rsidR="004F1EAC">
        <w:rPr>
          <w:sz w:val="28"/>
          <w:szCs w:val="28"/>
        </w:rPr>
        <w:fldChar w:fldCharType="separate"/>
      </w:r>
      <w:r w:rsidR="0023215E" w:rsidRPr="0023215E">
        <w:rPr>
          <w:noProof/>
          <w:sz w:val="28"/>
          <w:szCs w:val="28"/>
        </w:rPr>
        <w:t>[19]</w:t>
      </w:r>
      <w:r w:rsidR="004F1EAC">
        <w:rPr>
          <w:sz w:val="28"/>
          <w:szCs w:val="28"/>
        </w:rPr>
        <w:fldChar w:fldCharType="end"/>
      </w:r>
      <w:r w:rsidR="00AC29A3">
        <w:rPr>
          <w:sz w:val="28"/>
          <w:szCs w:val="28"/>
        </w:rPr>
        <w:t xml:space="preserve">. </w:t>
      </w:r>
    </w:p>
    <w:p w:rsidR="000432BF" w:rsidRPr="00D26EB7" w:rsidRDefault="00EA68DA" w:rsidP="00114068">
      <w:pPr>
        <w:pStyle w:val="a7"/>
        <w:tabs>
          <w:tab w:val="left" w:pos="1868"/>
        </w:tabs>
        <w:ind w:left="426" w:right="610" w:firstLine="567"/>
        <w:jc w:val="both"/>
        <w:rPr>
          <w:sz w:val="28"/>
          <w:szCs w:val="28"/>
        </w:rPr>
      </w:pPr>
      <w:r w:rsidRPr="00D26EB7">
        <w:rPr>
          <w:sz w:val="28"/>
          <w:szCs w:val="28"/>
        </w:rPr>
        <w:t>Кең тарлған грам теріс</w:t>
      </w:r>
      <w:r w:rsidRPr="00EA68DA">
        <w:t xml:space="preserve"> </w:t>
      </w:r>
      <w:r w:rsidRPr="00D26EB7">
        <w:rPr>
          <w:sz w:val="28"/>
          <w:szCs w:val="28"/>
        </w:rPr>
        <w:t>Escherichia coli, Salmonella enterica и Klebsiella pneumoniae патогендер</w:t>
      </w:r>
      <w:r w:rsidR="00AD76F6">
        <w:rPr>
          <w:sz w:val="28"/>
          <w:szCs w:val="28"/>
        </w:rPr>
        <w:t>і</w:t>
      </w:r>
      <w:r w:rsidRPr="00D26EB7">
        <w:rPr>
          <w:sz w:val="28"/>
          <w:szCs w:val="28"/>
        </w:rPr>
        <w:t xml:space="preserve"> адамдар мен жануарларда әртүрлі аурулар тудырады, және соңғы жарты ғасырда осы ауруларды емдеуде қолданылатын антибиотиктер</w:t>
      </w:r>
      <w:r w:rsidR="00156219" w:rsidRPr="00D26EB7">
        <w:rPr>
          <w:sz w:val="28"/>
          <w:szCs w:val="28"/>
        </w:rPr>
        <w:t xml:space="preserve"> мен антибиотиктерге төзімділіктің дамуы арасында күшті байланыс анықталды. </w:t>
      </w:r>
      <w:r w:rsidRPr="00D26EB7">
        <w:rPr>
          <w:sz w:val="28"/>
          <w:szCs w:val="28"/>
        </w:rPr>
        <w:t xml:space="preserve"> </w:t>
      </w:r>
      <w:r w:rsidR="00156219" w:rsidRPr="00D26EB7">
        <w:rPr>
          <w:sz w:val="28"/>
          <w:szCs w:val="28"/>
        </w:rPr>
        <w:t xml:space="preserve">Бұл байланыс әсіресе лактам классындағы </w:t>
      </w:r>
      <w:r w:rsidR="000432BF" w:rsidRPr="00D26EB7">
        <w:rPr>
          <w:sz w:val="28"/>
          <w:szCs w:val="28"/>
        </w:rPr>
        <w:t xml:space="preserve">антибиотиктер </w:t>
      </w:r>
      <w:r w:rsidR="00156219" w:rsidRPr="00D26EB7">
        <w:rPr>
          <w:sz w:val="28"/>
          <w:szCs w:val="28"/>
        </w:rPr>
        <w:t xml:space="preserve">және оларға туыстас инактивтеуші ферменттер -  лактамазаларға </w:t>
      </w:r>
      <w:r w:rsidR="000432BF">
        <w:rPr>
          <w:sz w:val="28"/>
          <w:szCs w:val="28"/>
        </w:rPr>
        <w:t>қ</w:t>
      </w:r>
      <w:r w:rsidR="000432BF" w:rsidRPr="00D26EB7">
        <w:rPr>
          <w:sz w:val="28"/>
          <w:szCs w:val="28"/>
        </w:rPr>
        <w:t xml:space="preserve">атысты ерекше байқалады. </w:t>
      </w:r>
      <w:r w:rsidR="00156219" w:rsidRPr="00D26EB7">
        <w:rPr>
          <w:sz w:val="28"/>
          <w:szCs w:val="28"/>
        </w:rPr>
        <w:t xml:space="preserve"> </w:t>
      </w:r>
      <w:r w:rsidR="000432BF" w:rsidRPr="00D26EB7">
        <w:rPr>
          <w:sz w:val="28"/>
          <w:szCs w:val="28"/>
        </w:rPr>
        <w:t>Оларға гендердің жаңа санаты мен ола</w:t>
      </w:r>
      <w:r w:rsidR="008F5F09">
        <w:rPr>
          <w:sz w:val="28"/>
          <w:szCs w:val="28"/>
        </w:rPr>
        <w:t>рдың мутантты шағылулары жатады</w:t>
      </w:r>
      <w:r w:rsidR="00114068" w:rsidRPr="00D26EB7">
        <w:rPr>
          <w:sz w:val="28"/>
          <w:szCs w:val="28"/>
        </w:rPr>
        <w:t xml:space="preserve">. </w:t>
      </w:r>
      <w:r w:rsidR="00A23D16">
        <w:rPr>
          <w:sz w:val="28"/>
          <w:szCs w:val="28"/>
        </w:rPr>
        <w:t>КГТ</w:t>
      </w:r>
      <w:r w:rsidR="000432BF" w:rsidRPr="00D26EB7">
        <w:rPr>
          <w:sz w:val="28"/>
          <w:szCs w:val="28"/>
        </w:rPr>
        <w:t xml:space="preserve"> жергілікті және аурухана инфекцияларында ішек бактериялары арасында бета-лактамды антибиотиктерге төзімділіктің дамуы мен таралуында басым рөл атқарады</w:t>
      </w:r>
      <w:r w:rsidR="004F1EAC">
        <w:rPr>
          <w:sz w:val="28"/>
          <w:szCs w:val="28"/>
        </w:rPr>
        <w:t xml:space="preserve"> </w:t>
      </w:r>
      <w:r w:rsidR="004F1EAC">
        <w:rPr>
          <w:sz w:val="28"/>
          <w:szCs w:val="28"/>
        </w:rPr>
        <w:fldChar w:fldCharType="begin" w:fldLock="1"/>
      </w:r>
      <w:r w:rsidR="0023215E">
        <w:rPr>
          <w:sz w:val="28"/>
          <w:szCs w:val="28"/>
        </w:rPr>
        <w:instrText>ADDIN CSL_CITATION {"citationItems":[{"id":"ITEM-1","itemData":{"DOI":"10.1128/CMR.00036-08","ISSN":"1098-6618","PMID":"19136439","author":[{"dropping-particle":"","family":"Jacoby","given":"George A.","non-dropping-particle":"","parse-names":false,"suffix":""}],"container-title":"Clinical microbiology reviews","id":"ITEM-1","issue":"1","issued":{"date-parts":[["2009","1"]]},"page":"161-182","publisher":"Clin Microbiol Rev","title":"AmpC beta-lactamases","type":"article-journal","volume":"22"},"uris":["http://www.mendeley.com/documents/?uuid=14999710-f557-3968-8a0f-6ee0d0c3fad8"]}],"mendeley":{"formattedCitation":"[20]","plainTextFormattedCitation":"[20]","previouslyFormattedCitation":"[20]"},"properties":{"noteIndex":0},"schema":"https://github.com/citation-style-language/schema/raw/master/csl-citation.json"}</w:instrText>
      </w:r>
      <w:r w:rsidR="004F1EAC">
        <w:rPr>
          <w:sz w:val="28"/>
          <w:szCs w:val="28"/>
        </w:rPr>
        <w:fldChar w:fldCharType="separate"/>
      </w:r>
      <w:r w:rsidR="0023215E" w:rsidRPr="0023215E">
        <w:rPr>
          <w:noProof/>
          <w:sz w:val="28"/>
          <w:szCs w:val="28"/>
        </w:rPr>
        <w:t>[20]</w:t>
      </w:r>
      <w:r w:rsidR="004F1EAC">
        <w:rPr>
          <w:sz w:val="28"/>
          <w:szCs w:val="28"/>
        </w:rPr>
        <w:fldChar w:fldCharType="end"/>
      </w:r>
      <w:r w:rsidR="004F1EAC">
        <w:rPr>
          <w:sz w:val="28"/>
          <w:szCs w:val="28"/>
        </w:rPr>
        <w:t xml:space="preserve">, </w:t>
      </w:r>
      <w:r w:rsidR="004F1EAC">
        <w:rPr>
          <w:sz w:val="28"/>
          <w:szCs w:val="28"/>
        </w:rPr>
        <w:fldChar w:fldCharType="begin" w:fldLock="1"/>
      </w:r>
      <w:r w:rsidR="0023215E">
        <w:rPr>
          <w:sz w:val="28"/>
          <w:szCs w:val="28"/>
        </w:rPr>
        <w:instrText>ADDIN CSL_CITATION {"citationItems":[{"id":"ITEM-1","itemData":{"DOI":"10.1093/JAC/DKL483","ISSN":"0305-7453","PMID":"17158117","abstract":"Since around 2000 - earlier in Poland and Spain and later in France and the UK - dramatic shifts have occurred in the prevalence and types of extended-spectrum b-lactamases (ESBLs) in Europe. Before this watershed, most producers were nosocomial isolates, often Klebsiella spp. or Enterobacter spp. from specialist care units, and had mutant TEM or SHV ESBLs. Subsequently, CTX-M ESBLs have become dominant, with much greater penetration into Escherichia coli, and with many infections in 'complicated community' patients, usually with underlying disease, recent antibiotic usage, or healthcare contact. The degree of clonality among producers varies with the country, as does the enzyme type produced, with group 9 (CTX-M-9 and -14) enzymes dominant in Spain and group 1 enzymes particularly CTX-M-3 and -15) dominant elsewhere. Irrespective of the particular enzyme, most producers are multiresistant. These changing patterns present major therapeutic and infection control challenges, with the public health intervention points unclear. © The Author 2006. Published by Oxford University Press on behalf of the British Society for Antimicrobial Chemotherapy. All rights reserved.","author":[{"dropping-particle":"","family":"Livermore","given":"David M.","non-dropping-particle":"","parse-names":false,"suffix":""},{"dropping-particle":"","family":"Canton","given":"Rafael","non-dropping-particle":"","parse-names":false,"suffix":""},{"dropping-particle":"","family":"Gniadkowski","given":"Marek","non-dropping-particle":"","parse-names":false,"suffix":""},{"dropping-particle":"","family":"Nordmann","given":"Patrice","non-dropping-particle":"","parse-names":false,"suffix":""},{"dropping-particle":"","family":"Rossolini","given":"Gian Maria","non-dropping-particle":"","parse-names":false,"suffix":""},{"dropping-particle":"","family":"Arlet","given":"Guillaume","non-dropping-particle":"","parse-names":false,"suffix":""},{"dropping-particle":"","family":"Ayala","given":"Juan","non-dropping-particle":"","parse-names":false,"suffix":""},{"dropping-particle":"","family":"Coque","given":"Teresa M.","non-dropping-particle":"","parse-names":false,"suffix":""},{"dropping-particle":"","family":"Kern-Zdanowicz","given":"Izabela","non-dropping-particle":"","parse-names":false,"suffix":""},{"dropping-particle":"","family":"Luzzaro","given":"Francesco","non-dropping-particle":"","parse-names":false,"suffix":""},{"dropping-particle":"","family":"Poirel","given":"Laurent","non-dropping-particle":"","parse-names":false,"suffix":""},{"dropping-particle":"","family":"Woodford","given":"Neil","non-dropping-particle":"","parse-names":false,"suffix":""}],"container-title":"The Journal of antimicrobial chemotherapy","id":"ITEM-1","issue":"2","issued":{"date-parts":[["2007","2"]]},"page":"165-174","publisher":"J Antimicrob Chemother","title":"CTX-M: changing the face of ESBLs in Europe","type":"article-journal","volume":"59"},"uris":["http://www.mendeley.com/documents/?uuid=6a4a7c4a-e622-3102-b5b4-931a9b879668"]}],"mendeley":{"formattedCitation":"[21]","plainTextFormattedCitation":"[21]","previouslyFormattedCitation":"[21]"},"properties":{"noteIndex":0},"schema":"https://github.com/citation-style-language/schema/raw/master/csl-citation.json"}</w:instrText>
      </w:r>
      <w:r w:rsidR="004F1EAC">
        <w:rPr>
          <w:sz w:val="28"/>
          <w:szCs w:val="28"/>
        </w:rPr>
        <w:fldChar w:fldCharType="separate"/>
      </w:r>
      <w:r w:rsidR="0023215E" w:rsidRPr="0023215E">
        <w:rPr>
          <w:noProof/>
          <w:sz w:val="28"/>
          <w:szCs w:val="28"/>
        </w:rPr>
        <w:t>[21]</w:t>
      </w:r>
      <w:r w:rsidR="004F1EAC">
        <w:rPr>
          <w:sz w:val="28"/>
          <w:szCs w:val="28"/>
        </w:rPr>
        <w:fldChar w:fldCharType="end"/>
      </w:r>
      <w:r w:rsidR="004F1EAC">
        <w:rPr>
          <w:sz w:val="28"/>
          <w:szCs w:val="28"/>
        </w:rPr>
        <w:t xml:space="preserve">, </w:t>
      </w:r>
      <w:r w:rsidR="004F1EAC">
        <w:rPr>
          <w:sz w:val="28"/>
          <w:szCs w:val="28"/>
        </w:rPr>
        <w:fldChar w:fldCharType="begin" w:fldLock="1"/>
      </w:r>
      <w:r w:rsidR="0023215E">
        <w:rPr>
          <w:sz w:val="28"/>
          <w:szCs w:val="28"/>
        </w:rPr>
        <w:instrText>ADDIN CSL_CITATION {"citationItems":[{"id":"ITEM-1","itemData":{"DOI":"10.1128/AAC.01512-08","ISSN":"1098-6596","PMID":"19721065","abstract":"Class D β-lactamase-mediated resistance to β-lactams has been increasingly reported during the last decade. Those enzymes also known as oxacillinases or OXAs are widely distributed among Gram negatives. Genes encoding class D β-lactamases are known to be intrinsic in many Gram-negative rods, including Acinetobacter baumannii and Pseudomonas aeruginosa, but play a minor role in natural resistance phenotypes. The OXAs (ca. 150 variants reported so far) are characterized by an important genetic diversity and a great heterogeneity in terms of β-lactam hydrolysis spectrum. The acquired OXAs possess either a narrow spectrum or an expanded spectrum of hydrolysis, including carbapenems in several instances. Acquired class D β-lactamase genes are mostly associated to class 1 integron or to insertion sequences. Copyright © 2010, American Society for Microbiology. All Rights Reserved.","author":[{"dropping-particle":"","family":"Poirel","given":"Laurent","non-dropping-particle":"","parse-names":false,"suffix":""},{"dropping-particle":"","family":"Naas","given":"Thierry","non-dropping-particle":"","parse-names":false,"suffix":""},{"dropping-particle":"","family":"Nordmann","given":"Patrice","non-dropping-particle":"","parse-names":false,"suffix":""}],"container-title":"Antimicrobial agents and chemotherapy","id":"ITEM-1","issue":"1","issued":{"date-parts":[["2010","1"]]},"page":"24-38","publisher":"Antimicrob Agents Chemother","title":"Diversity, epidemiology, and genetics of class D beta-lactamases","type":"article-journal","volume":"54"},"uris":["http://www.mendeley.com/documents/?uuid=ac10183c-e3bc-3dd0-bc78-b08053501705"]}],"mendeley":{"formattedCitation":"[22]","plainTextFormattedCitation":"[22]","previouslyFormattedCitation":"[22]"},"properties":{"noteIndex":0},"schema":"https://github.com/citation-style-language/schema/raw/master/csl-citation.json"}</w:instrText>
      </w:r>
      <w:r w:rsidR="004F1EAC">
        <w:rPr>
          <w:sz w:val="28"/>
          <w:szCs w:val="28"/>
        </w:rPr>
        <w:fldChar w:fldCharType="separate"/>
      </w:r>
      <w:r w:rsidR="0023215E" w:rsidRPr="0023215E">
        <w:rPr>
          <w:noProof/>
          <w:sz w:val="28"/>
          <w:szCs w:val="28"/>
        </w:rPr>
        <w:t>[22]</w:t>
      </w:r>
      <w:r w:rsidR="004F1EAC">
        <w:rPr>
          <w:sz w:val="28"/>
          <w:szCs w:val="28"/>
        </w:rPr>
        <w:fldChar w:fldCharType="end"/>
      </w:r>
      <w:r w:rsidR="004F1EAC">
        <w:rPr>
          <w:sz w:val="28"/>
          <w:szCs w:val="28"/>
        </w:rPr>
        <w:t>,</w:t>
      </w:r>
      <w:r w:rsidR="004F1EAC">
        <w:rPr>
          <w:sz w:val="28"/>
          <w:szCs w:val="28"/>
        </w:rPr>
        <w:fldChar w:fldCharType="begin" w:fldLock="1"/>
      </w:r>
      <w:r w:rsidR="0023215E">
        <w:rPr>
          <w:sz w:val="28"/>
          <w:szCs w:val="28"/>
        </w:rPr>
        <w:instrText>ADDIN CSL_CITATION {"citationItems":[{"id":"ITEM-1","itemData":{"DOI":"10.1128/CMR.00001-07","ISSN":"0893-8512","PMID":"17630334","author":[{"dropping-particle":"","family":"Queenan","given":"Anne Marie","non-dropping-particle":"","parse-names":false,"suffix":""},{"dropping-particle":"","family":"Bush","given":"Karen","non-dropping-particle":"","parse-names":false,"suffix":""}],"container-title":"Clinical microbiology reviews","id":"ITEM-1","issue":"3","issued":{"date-parts":[["2007","7"]]},"page":"440-458","publisher":"Clin Microbiol Rev","title":"Carbapenemases: the versatile beta-lactamases","type":"article-journal","volume":"20"},"uris":["http://www.mendeley.com/documents/?uuid=8cfdbe19-cee5-3ae9-a743-717b5324451e"]}],"mendeley":{"formattedCitation":"[23]","plainTextFormattedCitation":"[23]","previouslyFormattedCitation":"[23]"},"properties":{"noteIndex":0},"schema":"https://github.com/citation-style-language/schema/raw/master/csl-citation.json"}</w:instrText>
      </w:r>
      <w:r w:rsidR="004F1EAC">
        <w:rPr>
          <w:sz w:val="28"/>
          <w:szCs w:val="28"/>
        </w:rPr>
        <w:fldChar w:fldCharType="separate"/>
      </w:r>
      <w:r w:rsidR="0023215E" w:rsidRPr="0023215E">
        <w:rPr>
          <w:noProof/>
          <w:sz w:val="28"/>
          <w:szCs w:val="28"/>
        </w:rPr>
        <w:t>[23]</w:t>
      </w:r>
      <w:r w:rsidR="004F1EAC">
        <w:rPr>
          <w:sz w:val="28"/>
          <w:szCs w:val="28"/>
        </w:rPr>
        <w:fldChar w:fldCharType="end"/>
      </w:r>
      <w:r w:rsidR="000432BF" w:rsidRPr="00D26EB7">
        <w:rPr>
          <w:sz w:val="28"/>
          <w:szCs w:val="28"/>
        </w:rPr>
        <w:t>.</w:t>
      </w:r>
    </w:p>
    <w:p w:rsidR="00196416" w:rsidRPr="00D26EB7" w:rsidRDefault="00196416" w:rsidP="00114068">
      <w:pPr>
        <w:pStyle w:val="a7"/>
        <w:tabs>
          <w:tab w:val="left" w:pos="1868"/>
        </w:tabs>
        <w:ind w:left="426" w:right="610" w:firstLine="567"/>
        <w:jc w:val="both"/>
        <w:rPr>
          <w:sz w:val="28"/>
          <w:szCs w:val="28"/>
        </w:rPr>
      </w:pPr>
      <w:r w:rsidRPr="00D26EB7">
        <w:rPr>
          <w:sz w:val="28"/>
          <w:szCs w:val="28"/>
        </w:rPr>
        <w:t>Ауруханаішілік ауруларға келетін болсақ, Pseudomonas aeruginosa күйік жарасының инфекциясынан ауыр ауруханаішілік қауіпке айналды. Бұл жағдайда тағы да антибиотиктерге төзімділік механизмдері антибиотиктердің жаңа туындыларының пайда болуымен бір уақытта дамып, ең тиімді емдеу әдістеріне (мысалы, бета-лактамдар мен аминогликозидтер) қауіп төндірді. P. aeruginosa муковисцидозбен ауыратын н</w:t>
      </w:r>
      <w:r w:rsidR="00816430">
        <w:rPr>
          <w:sz w:val="28"/>
          <w:szCs w:val="28"/>
        </w:rPr>
        <w:t>ауқастарды</w:t>
      </w:r>
      <w:r w:rsidR="001A373E">
        <w:rPr>
          <w:sz w:val="28"/>
          <w:szCs w:val="28"/>
        </w:rPr>
        <w:t xml:space="preserve"> емдеуде дәрігерлерді</w:t>
      </w:r>
      <w:r w:rsidR="00816430">
        <w:rPr>
          <w:sz w:val="28"/>
          <w:szCs w:val="28"/>
        </w:rPr>
        <w:t xml:space="preserve"> қатты алаңдатады</w:t>
      </w:r>
      <w:r w:rsidRPr="00D26EB7">
        <w:rPr>
          <w:sz w:val="28"/>
          <w:szCs w:val="28"/>
        </w:rPr>
        <w:t>; қоздырғыш жоғары төзімділікке ие және адамның иммундық жүйесін айналып өте алады. Төзімділіктің дамуы муковисцидозбен ауыратын науқастарды антибиотиктермен ұзақ уақыт емдеумен байланысты</w:t>
      </w:r>
      <w:r w:rsidR="00816430">
        <w:rPr>
          <w:sz w:val="28"/>
          <w:szCs w:val="28"/>
        </w:rPr>
        <w:t xml:space="preserve"> </w:t>
      </w:r>
      <w:r w:rsidR="00816430">
        <w:rPr>
          <w:sz w:val="28"/>
          <w:szCs w:val="28"/>
        </w:rPr>
        <w:fldChar w:fldCharType="begin" w:fldLock="1"/>
      </w:r>
      <w:r w:rsidR="0023215E">
        <w:rPr>
          <w:sz w:val="28"/>
          <w:szCs w:val="28"/>
        </w:rPr>
        <w:instrText>ADDIN CSL_CITATION {"citationItems":[{"id":"ITEM-1","itemData":{"DOI":"10.1099/00222615-31-2-119","ISSN":"0022-2615","PMID":"2106033","abstract":"The occurrence of various Pseudomonas aeruginosa strains in the sputum of 15 patients with cystic fibrosis (CF) was monitored over periods ranging from 2 to 60 months. Isolates of P. aeruginosa were typed by four different techniques, namely serotyping, active and passive pyocin typing, and phage typing. The maximum number of different serotypes found in the patients was three (one serotype in nine patients; two serotypes in five patients; three serotypes in one patient). Pyocin and phage typing showed no marked differences between strains of the same serotype in individual patients. Exacerbations of chronic respiratory infection were not associated with changes in the sputum flora, the composition of P. aeruginosa strains in which remains constant over long periods in patients with CF.","author":[{"dropping-particle":"","family":"Horrevorts","given":"A. M.","non-dropping-particle":"","parse-names":false,"suffix":""},{"dropping-particle":"","family":"Borst","given":"J.","non-dropping-particle":"","parse-names":false,"suffix":""},{"dropping-particle":"","family":"Puyk","given":"R. J.T.","non-dropping-particle":"","parse-names":false,"suffix":""},{"dropping-particle":"","family":"Ridder","given":"R.","non-dropping-particle":"De","parse-names":false,"suffix":""},{"dropping-particle":"","family":"Dzoljic-Danilovic","given":"G.","non-dropping-particle":"","parse-names":false,"suffix":""},{"dropping-particle":"","family":"Degener","given":"J. E.","non-dropping-particle":"","parse-names":false,"suffix":""},{"dropping-particle":"","family":"Kerrebijn","given":"K. F.","non-dropping-particle":"","parse-names":false,"suffix":""},{"dropping-particle":"","family":"Michel","given":"M. F.","non-dropping-particle":"","parse-names":false,"suffix":""}],"container-title":"Journal of medical microbiology","id":"ITEM-1","issue":"2","issued":{"date-parts":[["1990"]]},"page":"119-124","publisher":"J Med Microbiol","title":"Ecology of Pseudomonas aeruginosa in patients with cystic fibrosis","type":"article-journal","volume":"31"},"uris":["http://www.mendeley.com/documents/?uuid=009c975c-ddd8-39be-a47e-26d73ebbbb4a"]}],"mendeley":{"formattedCitation":"[24]","plainTextFormattedCitation":"[24]","previouslyFormattedCitation":"[24]"},"properties":{"noteIndex":0},"schema":"https://github.com/citation-style-language/schema/raw/master/csl-citation.json"}</w:instrText>
      </w:r>
      <w:r w:rsidR="00816430">
        <w:rPr>
          <w:sz w:val="28"/>
          <w:szCs w:val="28"/>
        </w:rPr>
        <w:fldChar w:fldCharType="separate"/>
      </w:r>
      <w:r w:rsidR="0023215E" w:rsidRPr="0023215E">
        <w:rPr>
          <w:noProof/>
          <w:sz w:val="28"/>
          <w:szCs w:val="28"/>
        </w:rPr>
        <w:t>[24]</w:t>
      </w:r>
      <w:r w:rsidR="00816430">
        <w:rPr>
          <w:sz w:val="28"/>
          <w:szCs w:val="28"/>
        </w:rPr>
        <w:fldChar w:fldCharType="end"/>
      </w:r>
      <w:r w:rsidRPr="00D26EB7">
        <w:rPr>
          <w:sz w:val="28"/>
          <w:szCs w:val="28"/>
        </w:rPr>
        <w:t>.</w:t>
      </w:r>
    </w:p>
    <w:p w:rsidR="00114068" w:rsidRPr="00D26EB7" w:rsidRDefault="00114068" w:rsidP="00114068">
      <w:pPr>
        <w:pStyle w:val="a7"/>
        <w:tabs>
          <w:tab w:val="left" w:pos="1868"/>
        </w:tabs>
        <w:ind w:left="426" w:right="610" w:firstLine="567"/>
        <w:jc w:val="both"/>
        <w:rPr>
          <w:sz w:val="28"/>
          <w:szCs w:val="28"/>
        </w:rPr>
      </w:pPr>
      <w:r w:rsidRPr="00D26EB7">
        <w:rPr>
          <w:sz w:val="28"/>
          <w:szCs w:val="28"/>
        </w:rPr>
        <w:t xml:space="preserve">Acinetobacter baumannii </w:t>
      </w:r>
      <w:r w:rsidR="001A40A5" w:rsidRPr="00D26EB7">
        <w:rPr>
          <w:sz w:val="28"/>
          <w:szCs w:val="28"/>
        </w:rPr>
        <w:t>кеш</w:t>
      </w:r>
      <w:r w:rsidR="00AD76F6">
        <w:rPr>
          <w:sz w:val="28"/>
          <w:szCs w:val="28"/>
        </w:rPr>
        <w:t xml:space="preserve"> анықталған</w:t>
      </w:r>
      <w:r w:rsidR="001A40A5" w:rsidRPr="00D26EB7">
        <w:rPr>
          <w:sz w:val="28"/>
          <w:szCs w:val="28"/>
        </w:rPr>
        <w:t xml:space="preserve"> грам теріс патоген және көбінесе ауруханаішілік инфекцияларды тудырады. Бұлар да псевдомонадалар сияқты r-</w:t>
      </w:r>
      <w:r w:rsidR="001A40A5">
        <w:rPr>
          <w:sz w:val="28"/>
          <w:szCs w:val="28"/>
        </w:rPr>
        <w:t>гендері жинағымен және патогенділік детерминанттарымен қамтылған, және бұл жағдай өлім және аурушаң</w:t>
      </w:r>
      <w:r w:rsidR="00816430">
        <w:rPr>
          <w:sz w:val="28"/>
          <w:szCs w:val="28"/>
        </w:rPr>
        <w:t xml:space="preserve">дық көрсеткіштерін жоғарылатады </w:t>
      </w:r>
      <w:r w:rsidR="00816430">
        <w:rPr>
          <w:sz w:val="28"/>
          <w:szCs w:val="28"/>
        </w:rPr>
        <w:fldChar w:fldCharType="begin" w:fldLock="1"/>
      </w:r>
      <w:r w:rsidR="0023215E">
        <w:rPr>
          <w:sz w:val="28"/>
          <w:szCs w:val="28"/>
        </w:rPr>
        <w:instrText>ADDIN CSL_CITATION {"citationItems":[{"id":"ITEM-1","itemData":{"DOI":"10.1128/CMR.00058-07","ISSN":"1098-6618","PMID":"18625687","abstract":"Acinetobacter baumannii has emerged as a highly troublesome pathogen for many institutions globally. As a consequence of its immense ability to acquire or upregulate antibiotic drug resistance determinants, it has justifiably been propelled to the forefront of scientific attention. Apart from its predilection for the seriously ill within intensive care units, A. baumannii has more recently caused a range of infectious syndromes in military personnel injured in the Iraq and Afghanistan conflicts. This review details the significant advances that have been made in our understanding of this remarkable organism over the last 10 years, including current taxonomy and species identification, issues with susceptibility testing, mechanisms of antibiotic resistance, global epidemiology, clinical impact of infection, host-pathogen interactions, and infection control and therapeutic considerations. Copyright © 2008, American Society for Microbiology. All Rights Reserved.","author":[{"dropping-particle":"","family":"Peleg","given":"Anton Y.","non-dropping-particle":"","parse-names":false,"suffix":""},{"dropping-particle":"","family":"Seifert","given":"Harald","non-dropping-particle":"","parse-names":false,"suffix":""},{"dropping-particle":"","family":"Paterson","given":"David L.","non-dropping-particle":"","parse-names":false,"suffix":""}],"container-title":"Clinical microbiology reviews","id":"ITEM-1","issue":"3","issued":{"date-parts":[["2008","7"]]},"page":"538-582","publisher":"Clin Microbiol Rev","title":"Acinetobacter baumannii: emergence of a successful pathogen","type":"article-journal","volume":"21"},"uris":["http://www.mendeley.com/documents/?uuid=30c952b4-9253-39b4-87c3-fc895c1780a3"]}],"mendeley":{"formattedCitation":"[25]","plainTextFormattedCitation":"[25]","previouslyFormattedCitation":"[25]"},"properties":{"noteIndex":0},"schema":"https://github.com/citation-style-language/schema/raw/master/csl-citation.json"}</w:instrText>
      </w:r>
      <w:r w:rsidR="00816430">
        <w:rPr>
          <w:sz w:val="28"/>
          <w:szCs w:val="28"/>
        </w:rPr>
        <w:fldChar w:fldCharType="separate"/>
      </w:r>
      <w:r w:rsidR="0023215E" w:rsidRPr="0023215E">
        <w:rPr>
          <w:noProof/>
          <w:sz w:val="28"/>
          <w:szCs w:val="28"/>
        </w:rPr>
        <w:t>[25]</w:t>
      </w:r>
      <w:r w:rsidR="00816430">
        <w:rPr>
          <w:sz w:val="28"/>
          <w:szCs w:val="28"/>
        </w:rPr>
        <w:fldChar w:fldCharType="end"/>
      </w:r>
      <w:r w:rsidRPr="00D26EB7">
        <w:rPr>
          <w:sz w:val="28"/>
          <w:szCs w:val="28"/>
        </w:rPr>
        <w:t xml:space="preserve">. </w:t>
      </w:r>
      <w:r w:rsidR="001A40A5" w:rsidRPr="00D26EB7">
        <w:rPr>
          <w:sz w:val="28"/>
          <w:szCs w:val="28"/>
        </w:rPr>
        <w:t>Acinetobacter организмдерінің жұқпалы қасиеттері олардың қоршаған ортада өмір сүруге және биодеградацияға төзімділігіне байланысты деп саналады; сонымен қатар, көптеген штамдар табиғи түрде ДНҚ-ны сіңіре алады және табиғи трансформацияның жоғары қарқынына ие. A. baumannii тез дамиды; соңғы геномдық реттілік зерттеулері кейбір туындыларда антибиотиктерге төзімділік детерминанттарын кодтайтын кем дегенде 28 геномдық аралшықтар бар екенін көрсетті; бұл кірістірулердің жартысынан көбі вируленттілік функцияларын көктамырішілік секреция жүйесінің бір түрі ретінде кодтайды</w:t>
      </w:r>
      <w:r w:rsidRPr="00D26EB7">
        <w:rPr>
          <w:sz w:val="28"/>
          <w:szCs w:val="28"/>
        </w:rPr>
        <w:t xml:space="preserve"> </w:t>
      </w:r>
      <w:r w:rsidR="00E713C8">
        <w:rPr>
          <w:sz w:val="28"/>
          <w:szCs w:val="28"/>
        </w:rPr>
        <w:fldChar w:fldCharType="begin" w:fldLock="1"/>
      </w:r>
      <w:r w:rsidR="0023215E">
        <w:rPr>
          <w:sz w:val="28"/>
          <w:szCs w:val="28"/>
        </w:rPr>
        <w:instrText>ADDIN CSL_CITATION {"citationItems":[{"id":"ITEM-1","itemData":{"DOI":"10.1093/NAR/GKH910","ISSN":"1362-4962","PMID":"15514110","abstract":"Acinetobacter sp. strain ADP1 is a nutritionally versatile soil bacterium closely related to representatives of the well-characterized Pseudomonas aeruginosa and Pseudomonas putida. Unlike these bacteria, the Acinetobacter ADP1 is highly competent for natural transformation which affords extraordinary convenience for genetic manipulation. The circular chromosome of the Acinetobacter ADP1, presented here, encodes 3325 predicted coding sequences, of which 60% have been classified based on sequence similarity to other documented proteins. The close evolutionary proximity of Acinetobacter and Pseudomonas species, as judged by the sequences of their 16S RNA genes and by the highest level of bidirectional best hits, contrasts with the extensive divergence in the GC content of their DNA (40 versus 62%). The chromosomes also differ significantly in size, with the Acinetobacter ADP1 chromosome &lt;60% of the length of the Pseudomonas counterparts. Genome analysis of the Acinetobacter ADP1 revealed genes for metabolic pathways involved in utilization of a large variety of compounds. Almost all of these genes, with orthologs that are scattered in other species, are located in five major 'islands of catabolic diversity', now an apparent 'archipelago of catabolic diversity', within one-quarter of the overall genome. Acinetobacter ADP1 displays many features of other aerobic soil bacteria with metabolism oriented toward the degradation of organic compounds found in their natural habitat. A distinguishing feature of this genome is the absence of a gene corresponding to pyruvate kinase, the enzyme that generally catalyzes the terminal step in conversion of carbohydrates to pyruvate for respiration by the citric acid cycle. This finding supports the view that the cycle itself is centrally geared to the catabolic capabilities of this exceptionally versatile organism. © Oxford University Press 2004; all rights reserved.","author":[{"dropping-particle":"","family":"Barbe","given":"Valérie","non-dropping-particle":"","parse-names":false,"suffix":""},{"dropping-particle":"","family":"Vallenet","given":"David","non-dropping-particle":"","parse-names":false,"suffix":""},{"dropping-particle":"","family":"Fonknechten","given":"Nuria","non-dropping-particle":"","parse-names":false,"suffix":""},{"dropping-particle":"","family":"Kreimeyer","given":"Annett","non-dropping-particle":"","parse-names":false,"suffix":""},{"dropping-particle":"","family":"Oztas","given":"Sophie","non-dropping-particle":"","parse-names":false,"suffix":""},{"dropping-particle":"","family":"Labarre","given":"Laurent","non-dropping-particle":"","parse-names":false,"suffix":""},{"dropping-particle":"","family":"Cruveiller","given":"Stéphane","non-dropping-particle":"","parse-names":false,"suffix":""},{"dropping-particle":"","family":"Robert","given":"Catherine","non-dropping-particle":"","parse-names":false,"suffix":""},{"dropping-particle":"","family":"Duprat","given":"Simone","non-dropping-particle":"","parse-names":false,"suffix":""},{"dropping-particle":"","family":"Wincker","given":"Patrick","non-dropping-particle":"","parse-names":false,"suffix":""},{"dropping-particle":"","family":"Ornston","given":"L. Nicholas","non-dropping-particle":"","parse-names":false,"suffix":""},{"dropping-particle":"","family":"Weissenbach","given":"Jean","non-dropping-particle":"","parse-names":false,"suffix":""},{"dropping-particle":"","family":"Marlière","given":"Philippe","non-dropping-particle":"","parse-names":false,"suffix":""},{"dropping-particle":"","family":"Cohen","given":"Georges N.","non-dropping-particle":"","parse-names":false,"suffix":""},{"dropping-particle":"","family":"Médigue","given":"Claudine","non-dropping-particle":"","parse-names":false,"suffix":""}],"container-title":"Nucleic acids research","id":"ITEM-1","issue":"19","issued":{"date-parts":[["2004"]]},"page":"5766-5779","publisher":"Nucleic Acids Res","title":"Unique features revealed by the genome sequence of Acinetobacter sp. ADP1, a versatile and naturally transformation competent bacterium","type":"article-journal","volume":"32"},"uris":["http://www.mendeley.com/documents/?uuid=184a6f7a-2eb6-3266-b1ff-627e156483d0"]}],"mendeley":{"formattedCitation":"[26]","plainTextFormattedCitation":"[26]","previouslyFormattedCitation":"[26]"},"properties":{"noteIndex":0},"schema":"https://github.com/citation-style-language/schema/raw/master/csl-citation.json"}</w:instrText>
      </w:r>
      <w:r w:rsidR="00E713C8">
        <w:rPr>
          <w:sz w:val="28"/>
          <w:szCs w:val="28"/>
        </w:rPr>
        <w:fldChar w:fldCharType="separate"/>
      </w:r>
      <w:r w:rsidR="0023215E" w:rsidRPr="0023215E">
        <w:rPr>
          <w:noProof/>
          <w:sz w:val="28"/>
          <w:szCs w:val="28"/>
        </w:rPr>
        <w:t>[26]</w:t>
      </w:r>
      <w:r w:rsidR="00E713C8">
        <w:rPr>
          <w:sz w:val="28"/>
          <w:szCs w:val="28"/>
        </w:rPr>
        <w:fldChar w:fldCharType="end"/>
      </w:r>
      <w:r w:rsidR="00E713C8">
        <w:rPr>
          <w:sz w:val="28"/>
          <w:szCs w:val="28"/>
        </w:rPr>
        <w:t xml:space="preserve">, </w:t>
      </w:r>
      <w:r w:rsidR="00E713C8">
        <w:rPr>
          <w:sz w:val="28"/>
          <w:szCs w:val="28"/>
        </w:rPr>
        <w:fldChar w:fldCharType="begin" w:fldLock="1"/>
      </w:r>
      <w:r w:rsidR="0023215E">
        <w:rPr>
          <w:sz w:val="28"/>
          <w:szCs w:val="28"/>
        </w:rPr>
        <w:instrText>ADDIN CSL_CITATION {"citationItems":[{"id":"ITEM-1","itemData":{"DOI":"10.1128/AAC.00579-06","ISSN":"0066-4804","PMID":"16940057","abstract":"Bacterial genes defining intrinsic resistance to antibiotics encode proteins that can be targeted by antibiotic potentiators. To find such genes, a transposon insertion library of Acinetobacter baylyi was screened with subinhibitory concentrations of various antibiotics to find supersusceptible mutants. A DNA microarray printer was used to replica plate 10,000 individual library clones to select mutants unable to grow at 1/10 the MICs of 12 different antibiotics. Transposon insertions in 11 genes were found to cause an eightfold or higher hypersusceptibility to at least one antibiotic. Most of the mutants identified exhibited hypersusceptibility to β-lactam antibiotics. These included mutants with disruptions of genes encoding proteins involved in efflux (acrB and oprM) as well as genes pertaining to peptidoglycan synthesis and modification (ampD, mpl, and pbpG). However, disruptions of genes encoding proteins with seemingly unrelated functions (gph, argH, hisF, and ACIAD0795) can also render cells hypersusceptible to β-lactam antibiotics. A knockout of gshA, involved in glutathione biosynthesis, enhanced the susceptibility to metronidazole, while a knockout of recD, involved in recombination and repair, made the bacteria hypersusceptible to ciprofloxacin. Disruption of acrB in Escherichia coli rendered the cells hypersusceptible to several antibiotics. However, knockout mutants of other homologous genes in E. coli showed no significant changes in antibiotic MICs, indicating that the intrinsic resistance genes are species specific. Copyright © 2006, American Society for Microbiology. All Rights Reserved.","author":[{"dropping-particle":"","family":"Gomez","given":"Maria J.","non-dropping-particle":"","parse-names":false,"suffix":""},{"dropping-particle":"","family":"Neyfakh","given":"Alexander A.","non-dropping-particle":"","parse-names":false,"suffix":""}],"container-title":"Antimicrobial agents and chemotherapy","id":"ITEM-1","issue":"11","issued":{"date-parts":[["2006","11"]]},"page":"3562-3567","publisher":"Antimicrob Agents Chemother","title":"Genes involved in intrinsic antibiotic resistance of Acinetobacter baylyi","type":"article-journal","volume":"50"},"uris":["http://www.mendeley.com/documents/?uuid=b481b4c5-322d-3df0-b9fc-f18f3c6b43ad"]}],"mendeley":{"formattedCitation":"[27]","plainTextFormattedCitation":"[27]","previouslyFormattedCitation":"[27]"},"properties":{"noteIndex":0},"schema":"https://github.com/citation-style-language/schema/raw/master/csl-citation.json"}</w:instrText>
      </w:r>
      <w:r w:rsidR="00E713C8">
        <w:rPr>
          <w:sz w:val="28"/>
          <w:szCs w:val="28"/>
        </w:rPr>
        <w:fldChar w:fldCharType="separate"/>
      </w:r>
      <w:r w:rsidR="0023215E" w:rsidRPr="0023215E">
        <w:rPr>
          <w:noProof/>
          <w:sz w:val="28"/>
          <w:szCs w:val="28"/>
        </w:rPr>
        <w:t>[27]</w:t>
      </w:r>
      <w:r w:rsidR="00E713C8">
        <w:rPr>
          <w:sz w:val="28"/>
          <w:szCs w:val="28"/>
        </w:rPr>
        <w:fldChar w:fldCharType="end"/>
      </w:r>
      <w:r w:rsidR="00E713C8">
        <w:rPr>
          <w:sz w:val="28"/>
          <w:szCs w:val="28"/>
        </w:rPr>
        <w:t xml:space="preserve">. </w:t>
      </w:r>
    </w:p>
    <w:p w:rsidR="009604A4" w:rsidRPr="00D26EB7" w:rsidRDefault="001A40A5" w:rsidP="00114068">
      <w:pPr>
        <w:pStyle w:val="a7"/>
        <w:tabs>
          <w:tab w:val="left" w:pos="1868"/>
        </w:tabs>
        <w:ind w:left="426" w:right="610" w:firstLine="567"/>
        <w:jc w:val="both"/>
        <w:rPr>
          <w:sz w:val="28"/>
          <w:szCs w:val="28"/>
        </w:rPr>
      </w:pPr>
      <w:r w:rsidRPr="00D26EB7">
        <w:rPr>
          <w:sz w:val="28"/>
          <w:szCs w:val="28"/>
        </w:rPr>
        <w:t>Қазіргі таңда ең мықты супербактерия грам оң микроор</w:t>
      </w:r>
      <w:r w:rsidR="009604A4" w:rsidRPr="00D26EB7">
        <w:rPr>
          <w:sz w:val="28"/>
          <w:szCs w:val="28"/>
        </w:rPr>
        <w:t>ганизм Staphylococcus aureus болып табылады.</w:t>
      </w:r>
      <w:r w:rsidR="009604A4" w:rsidRPr="009604A4">
        <w:t xml:space="preserve"> </w:t>
      </w:r>
      <w:r w:rsidR="009604A4" w:rsidRPr="009604A4">
        <w:rPr>
          <w:sz w:val="28"/>
          <w:szCs w:val="28"/>
        </w:rPr>
        <w:t>Бұл ең маңызды супербактерия ма, жоқ па, соны талқылауға болады, өйткені оның нашар беделі баспасөзде кеңінен жариялануына байланысты деген сұрақ туындайды</w:t>
      </w:r>
      <w:r w:rsidR="00B573A8" w:rsidRPr="00B573A8">
        <w:rPr>
          <w:sz w:val="28"/>
          <w:szCs w:val="28"/>
        </w:rPr>
        <w:t xml:space="preserve"> </w:t>
      </w:r>
      <w:r w:rsidR="00B573A8">
        <w:rPr>
          <w:sz w:val="28"/>
          <w:szCs w:val="28"/>
        </w:rPr>
        <w:fldChar w:fldCharType="begin" w:fldLock="1"/>
      </w:r>
      <w:r w:rsidR="00EA765B">
        <w:rPr>
          <w:sz w:val="28"/>
          <w:szCs w:val="28"/>
        </w:rPr>
        <w:instrText>ADDIN CSL_CITATION {"citationItems":[{"id":"ITEM-1","itemData":{"DOI":"10.1016/J.MIB.2012.08.003","ISSN":"1879-0364","PMID":"23044073","abstract":"During the 1990s, various reports of community-associated methicillin-resistant Staphylococcus aureus (CA-MRSA) infections appeared in the literature, caused by novel strains genetically distinct from traditional healthcare-associated MRSA (HA-MRSA). Numerous lineages of CA-MRSA have since emerged on every continent, several of which have spread internationally, most notably USA300. CA-MRSA strains are increasingly implicated in nosocomial infections, and may eventually displace HA-MRSA strains in hospitals. Consequently, distinctions based on clinical epidemiology and susceptibility are becoming less relevant, arguing in favor of genotypic definitions. We review the current molecular epidemiology of CA-MRSA with respect to genetic diversity, global distribution, and factors related to its emergence and spread. © 2012 Elsevier Ltd.","author":[{"dropping-particle":"","family":"Mediavilla","given":"José R.","non-dropping-particle":"","parse-names":false,"suffix":""},{"dropping-particle":"","family":"Chen","given":"Liang","non-dropping-particle":"","parse-names":false,"suffix":""},{"dropping-particle":"","family":"Mathema","given":"Barun","non-dropping-particle":"","parse-names":false,"suffix":""},{"dropping-particle":"","family":"Kreiswirth","given":"Barry N.","non-dropping-particle":"","parse-names":false,"suffix":""}],"container-title":"Current opinion in microbiology","id":"ITEM-1","issue":"5","issued":{"date-parts":[["2012","10"]]},"page":"588-595","publisher":"Curr Opin Microbiol","title":"Global epidemiology of community-associated methicillin resistant Staphylococcus aureus (CA-MRSA)","type":"article-journal","volume":"15"},"uris":["http://www.mendeley.com/documents/?uuid=8490c8eb-e6fb-31ec-a111-f189fad7edb1"]}],"mendeley":{"formattedCitation":"[28]","plainTextFormattedCitation":"[28]","previouslyFormattedCitation":"[28]"},"properties":{"noteIndex":0},"schema":"https://github.com/citation-style-language/schema/raw/master/csl-citation.json"}</w:instrText>
      </w:r>
      <w:r w:rsidR="00B573A8">
        <w:rPr>
          <w:sz w:val="28"/>
          <w:szCs w:val="28"/>
        </w:rPr>
        <w:fldChar w:fldCharType="separate"/>
      </w:r>
      <w:r w:rsidR="00B573A8" w:rsidRPr="00B573A8">
        <w:rPr>
          <w:noProof/>
          <w:sz w:val="28"/>
          <w:szCs w:val="28"/>
        </w:rPr>
        <w:t>[28]</w:t>
      </w:r>
      <w:r w:rsidR="00B573A8">
        <w:rPr>
          <w:sz w:val="28"/>
          <w:szCs w:val="28"/>
        </w:rPr>
        <w:fldChar w:fldCharType="end"/>
      </w:r>
      <w:r w:rsidR="009604A4" w:rsidRPr="009604A4">
        <w:rPr>
          <w:sz w:val="28"/>
          <w:szCs w:val="28"/>
        </w:rPr>
        <w:t>. S. Aureus адамзатпен тығыз</w:t>
      </w:r>
      <w:r w:rsidR="00B97E50">
        <w:rPr>
          <w:sz w:val="28"/>
          <w:szCs w:val="28"/>
        </w:rPr>
        <w:t xml:space="preserve"> байланысты: ол халықтың 30% - </w:t>
      </w:r>
      <w:r w:rsidR="00B97E50" w:rsidRPr="00B97E50">
        <w:rPr>
          <w:sz w:val="28"/>
          <w:szCs w:val="28"/>
        </w:rPr>
        <w:t>да</w:t>
      </w:r>
      <w:r w:rsidR="009604A4" w:rsidRPr="009604A4">
        <w:rPr>
          <w:sz w:val="28"/>
          <w:szCs w:val="28"/>
        </w:rPr>
        <w:t xml:space="preserve"> мұрын комменсалы ретінде тасымалданады және оның болуы бұрын</w:t>
      </w:r>
      <w:r w:rsidR="00B97E50">
        <w:rPr>
          <w:sz w:val="28"/>
          <w:szCs w:val="28"/>
        </w:rPr>
        <w:t>нан кең тарал</w:t>
      </w:r>
      <w:r w:rsidR="00B97E50" w:rsidRPr="00B97E50">
        <w:rPr>
          <w:sz w:val="28"/>
          <w:szCs w:val="28"/>
        </w:rPr>
        <w:t>умен</w:t>
      </w:r>
      <w:r w:rsidR="00AD76F6">
        <w:rPr>
          <w:sz w:val="28"/>
          <w:szCs w:val="28"/>
        </w:rPr>
        <w:t xml:space="preserve"> байланысты. </w:t>
      </w:r>
      <w:r w:rsidR="009604A4" w:rsidRPr="009604A4">
        <w:rPr>
          <w:sz w:val="28"/>
          <w:szCs w:val="28"/>
        </w:rPr>
        <w:t>Оның тарихи беделі жоқ</w:t>
      </w:r>
      <w:r w:rsidR="00B97E50">
        <w:rPr>
          <w:sz w:val="28"/>
          <w:szCs w:val="28"/>
        </w:rPr>
        <w:t>, бірақ</w:t>
      </w:r>
      <w:r w:rsidR="009604A4" w:rsidRPr="009604A4">
        <w:rPr>
          <w:sz w:val="28"/>
          <w:szCs w:val="28"/>
        </w:rPr>
        <w:t xml:space="preserve"> M. </w:t>
      </w:r>
      <w:r w:rsidR="00B97E50" w:rsidRPr="009604A4">
        <w:rPr>
          <w:sz w:val="28"/>
          <w:szCs w:val="28"/>
        </w:rPr>
        <w:t>T</w:t>
      </w:r>
      <w:r w:rsidR="009604A4" w:rsidRPr="009604A4">
        <w:rPr>
          <w:sz w:val="28"/>
          <w:szCs w:val="28"/>
        </w:rPr>
        <w:t>uberculosis</w:t>
      </w:r>
      <w:r w:rsidR="00B97E50">
        <w:rPr>
          <w:sz w:val="28"/>
          <w:szCs w:val="28"/>
        </w:rPr>
        <w:t xml:space="preserve"> сияқты </w:t>
      </w:r>
      <w:r w:rsidR="009604A4" w:rsidRPr="009604A4">
        <w:rPr>
          <w:sz w:val="28"/>
          <w:szCs w:val="28"/>
        </w:rPr>
        <w:t xml:space="preserve">соңғы жылдары бұл көп дәріге төзімді қоздырғыш негізгі ауруханаішілік </w:t>
      </w:r>
      <w:r w:rsidR="00F5659D">
        <w:rPr>
          <w:sz w:val="28"/>
          <w:szCs w:val="28"/>
        </w:rPr>
        <w:t xml:space="preserve">инфекция ретінде пайда болды </w:t>
      </w:r>
      <w:r w:rsidR="00F5659D">
        <w:rPr>
          <w:sz w:val="28"/>
          <w:szCs w:val="28"/>
        </w:rPr>
        <w:fldChar w:fldCharType="begin" w:fldLock="1"/>
      </w:r>
      <w:r w:rsidR="00EA765B">
        <w:rPr>
          <w:sz w:val="28"/>
          <w:szCs w:val="28"/>
        </w:rPr>
        <w:instrText>ADDIN CSL_CITATION {"citationItems":[{"id":"ITEM-1","itemData":{"DOI":"10.1073/PNAS.122108599","ISSN":"0027-8424","PMID":"12032344","abstract":"Methicillin-resistant Staphylococcus aureus (MRSA) is a major cause of hospital-acquired infections that are becoming increasingly difficult to combat because of emerging resistance to all current antibiotic classes. The evolutionary origins of MRSA are poorly understood, no rational nomenclature exists, and there is no consensus on the number of major MRSA clones or the relatedness of clones described from different countries. We resolve all of these issues and provide a more thorough and precise analysis of the evolution of MRSA clones than has previously been possible. Using multilocus sequence typing and an algorithm, BURST, we analyzed an international collection of 912 MRSA and methicillinsusceptible S. aureus (MSSA) isolates. We identified 11 major MRSA clones within five groups of related genotypes. The putative ancestral genotype of each group and the most parsimonious patterns of descent of isolates from each ancestor were inferred by using BURST, which, together with analysis of the methicillin resistance genes, established the likely evolutionary origins of each major MRSA clone, the genotype of the original MRSA clone and its MSSA progenitor, and the extent of acquisition and horizontal movement of the methicillin resistance genes. Major MRSA clones have arisen repeatedly from successful epidemic MSSA strains, and isolates with decreased susceptibility to vancomycin, the antibiotic of last resort, are arising from some of these major MRSA clones, highlighting a depressing progression of increasing drug resistance within a small number of ecologically successful S. aureus genotypes.","author":[{"dropping-particle":"","family":"Enright","given":"Mark C.","non-dropping-particle":"","parse-names":false,"suffix":""},{"dropping-particle":"","family":"Robinson","given":"D. Ashley","non-dropping-particle":"","parse-names":false,"suffix":""},{"dropping-particle":"","family":"Randle","given":"Gaynor","non-dropping-particle":"","parse-names":false,"suffix":""},{"dropping-particle":"","family":"Feil","given":"Edward J.","non-dropping-particle":"","parse-names":false,"suffix":""},{"dropping-particle":"","family":"Grundmann","given":"Hajo","non-dropping-particle":"","parse-names":false,"suffix":""},{"dropping-particle":"","family":"Spratt","given":"Brian G.","non-dropping-particle":"","parse-names":false,"suffix":""}],"container-title":"Proceedings of the National Academy of Sciences of the United States of America","id":"ITEM-1","issue":"11","issued":{"date-parts":[["2002","5","28"]]},"page":"7687-7692","publisher":"Proc Natl Acad Sci U S A","title":"The evolutionary history of methicillin-resistant Staphylococcus aureus (MRSA)","type":"article-journal","volume":"99"},"uris":["http://www.mendeley.com/documents/?uuid=73a60881-fbd4-37ff-8585-2307a47a50f9"]}],"mendeley":{"formattedCitation":"[29]","plainTextFormattedCitation":"[29]","previouslyFormattedCitation":"[29]"},"properties":{"noteIndex":0},"schema":"https://github.com/citation-style-language/schema/raw/master/csl-citation.json"}</w:instrText>
      </w:r>
      <w:r w:rsidR="00F5659D">
        <w:rPr>
          <w:sz w:val="28"/>
          <w:szCs w:val="28"/>
        </w:rPr>
        <w:fldChar w:fldCharType="separate"/>
      </w:r>
      <w:r w:rsidR="00B573A8" w:rsidRPr="00B573A8">
        <w:rPr>
          <w:noProof/>
          <w:sz w:val="28"/>
          <w:szCs w:val="28"/>
        </w:rPr>
        <w:t>[29]</w:t>
      </w:r>
      <w:r w:rsidR="00F5659D">
        <w:rPr>
          <w:sz w:val="28"/>
          <w:szCs w:val="28"/>
        </w:rPr>
        <w:fldChar w:fldCharType="end"/>
      </w:r>
      <w:r w:rsidR="009604A4">
        <w:rPr>
          <w:sz w:val="28"/>
          <w:szCs w:val="28"/>
        </w:rPr>
        <w:t xml:space="preserve">. Пенициллин ашылғаннан кейін </w:t>
      </w:r>
      <w:r w:rsidR="009604A4" w:rsidRPr="009604A4">
        <w:rPr>
          <w:sz w:val="28"/>
          <w:szCs w:val="28"/>
        </w:rPr>
        <w:t xml:space="preserve">S.aureus </w:t>
      </w:r>
      <w:r w:rsidR="009604A4">
        <w:rPr>
          <w:sz w:val="28"/>
          <w:szCs w:val="28"/>
        </w:rPr>
        <w:t xml:space="preserve"> инфекциясы бақыланатын болды</w:t>
      </w:r>
      <w:r w:rsidR="009604A4" w:rsidRPr="009604A4">
        <w:rPr>
          <w:sz w:val="28"/>
          <w:szCs w:val="28"/>
        </w:rPr>
        <w:t>; дегенмен, төзімділіктен үзіліс қысқа болды. 1959 жылы метициллиннің (төзімділікке қарсы алғашқы антибиотик) дәуірлік ашылуы мен енгізілуі пенициллиназалардан сенімді қорғаныс болып саналды, бірақ метициллинге төзімді алтын стафилококктың (MRSA) пайда болуы небәрі 3 жыл ішінде көптеген антибиотиктерге төзімділіктің басқа нұсқаларына әкелді және аббревиатура қазір бірнеше дәріге төзімділікті білдіреді</w:t>
      </w:r>
      <w:r w:rsidR="00B573A8">
        <w:rPr>
          <w:sz w:val="28"/>
          <w:szCs w:val="28"/>
        </w:rPr>
        <w:fldChar w:fldCharType="begin" w:fldLock="1"/>
      </w:r>
      <w:r w:rsidR="00EA765B">
        <w:rPr>
          <w:sz w:val="28"/>
          <w:szCs w:val="28"/>
        </w:rPr>
        <w:instrText>ADDIN CSL_CITATION {"citationItems":[{"id":"ITEM-1","itemData":{"DOI":"10.3399/BJGP23X732033","ISSN":"1478-5242","PMID":"36823054","author":[{"dropping-particle":"","family":"Moore","given":"Michael","non-dropping-particle":"","parse-names":false,"suffix":""}],"container-title":"The British journal of general practice : the journal of the Royal College of General Practitioners","id":"ITEM-1","issue":"728","issued":{"date-parts":[["2023","3","1"]]},"page":"100-101","publisher":"Br J Gen Pract","title":"Antibiotic stewardship: where next?","type":"article-journal","volume":"73"},"uris":["http://www.mendeley.com/documents/?uuid=ae2495ed-37de-398e-bd32-67cc8914ec4c"]}],"mendeley":{"formattedCitation":"[30]","plainTextFormattedCitation":"[30]","previouslyFormattedCitation":"[30]"},"properties":{"noteIndex":0},"schema":"https://github.com/citation-style-language/schema/raw/master/csl-citation.json"}</w:instrText>
      </w:r>
      <w:r w:rsidR="00B573A8">
        <w:rPr>
          <w:sz w:val="28"/>
          <w:szCs w:val="28"/>
        </w:rPr>
        <w:fldChar w:fldCharType="separate"/>
      </w:r>
      <w:r w:rsidR="00B573A8" w:rsidRPr="00B573A8">
        <w:rPr>
          <w:noProof/>
          <w:sz w:val="28"/>
          <w:szCs w:val="28"/>
        </w:rPr>
        <w:t>[30]</w:t>
      </w:r>
      <w:r w:rsidR="00B573A8">
        <w:rPr>
          <w:sz w:val="28"/>
          <w:szCs w:val="28"/>
        </w:rPr>
        <w:fldChar w:fldCharType="end"/>
      </w:r>
      <w:r w:rsidR="009604A4" w:rsidRPr="009604A4">
        <w:rPr>
          <w:sz w:val="28"/>
          <w:szCs w:val="28"/>
        </w:rPr>
        <w:t>. Салыстырмал</w:t>
      </w:r>
      <w:r w:rsidR="009604A4">
        <w:rPr>
          <w:sz w:val="28"/>
          <w:szCs w:val="28"/>
        </w:rPr>
        <w:t>ы түрде жақында MRSA ауруханаішілік инфекциялар қатарынан</w:t>
      </w:r>
      <w:r w:rsidR="009604A4" w:rsidRPr="009604A4">
        <w:rPr>
          <w:sz w:val="28"/>
          <w:szCs w:val="28"/>
        </w:rPr>
        <w:t xml:space="preserve"> шығып, вируленттілігі мен берілу сипаттамалары жоғарылаған негізгі ауруханадан тыс патогенге айналды. CA-MRSA әртүрлі myc гендік кластерлерімен болса да, MRSA қас</w:t>
      </w:r>
      <w:r w:rsidR="009604A4">
        <w:rPr>
          <w:sz w:val="28"/>
          <w:szCs w:val="28"/>
        </w:rPr>
        <w:t>иеттерінің көпшілігіне ие және П</w:t>
      </w:r>
      <w:r w:rsidR="009604A4" w:rsidRPr="009604A4">
        <w:rPr>
          <w:sz w:val="28"/>
          <w:szCs w:val="28"/>
        </w:rPr>
        <w:t>антон-Валентин цитотоксикалық лейкоцидинді кодтайтын ген сияқты жаңа патогендік г</w:t>
      </w:r>
      <w:r w:rsidR="00F5659D">
        <w:rPr>
          <w:sz w:val="28"/>
          <w:szCs w:val="28"/>
        </w:rPr>
        <w:t xml:space="preserve">ендерге ие болды </w:t>
      </w:r>
      <w:r w:rsidR="00F5659D">
        <w:rPr>
          <w:sz w:val="28"/>
          <w:szCs w:val="28"/>
        </w:rPr>
        <w:fldChar w:fldCharType="begin" w:fldLock="1"/>
      </w:r>
      <w:r w:rsidR="00EA765B">
        <w:rPr>
          <w:sz w:val="28"/>
          <w:szCs w:val="28"/>
        </w:rPr>
        <w:instrText>ADDIN CSL_CITATION {"citationItems":[{"id":"ITEM-1","itemData":{"DOI":"10.1172/JCI38226","ISSN":"1558-8238","PMID":"19729844","abstract":"Staphylococcus aureus is the leading cause of bacterial infections in developed countries and produces a wide spectrum of diseases, ranging from minor skin infections to fatal necrotizing pneumonia. Although S. aureus infections were historically treatable with common antibiotics, emergence of drug-resistant organisms is now a major concern. Methicillin-resistant S. aureus (MRSA) was endemic in hospitals by the late 1960s, but it appeared rapidly and unexpectedly in communities in the 1990s and is now prevalent worldwide. This Review focuses on progress made toward understanding the success of community-associated MRSA as a human pathogen, with an emphasis on genome-wide approaches and virulence determinants.","author":[{"dropping-particle":"","family":"DeLeo","given":"Frank R.","non-dropping-particle":"","parse-names":false,"suffix":""},{"dropping-particle":"","family":"Chambers","given":"Henry F.","non-dropping-particle":"","parse-names":false,"suffix":""}],"container-title":"The Journal of clinical investigation","id":"ITEM-1","issue":"9","issued":{"date-parts":[["2009","9","1"]]},"page":"2464-2474","publisher":"J Clin Invest","title":"Reemergence of antibiotic-resistant Staphylococcus aureus in the genomics era","type":"article-journal","volume":"119"},"uris":["http://www.mendeley.com/documents/?uuid=9e9c8486-5387-3d8d-9221-e7f09c283e05"]}],"mendeley":{"formattedCitation":"[31]","plainTextFormattedCitation":"[31]","previouslyFormattedCitation":"[31]"},"properties":{"noteIndex":0},"schema":"https://github.com/citation-style-language/schema/raw/master/csl-citation.json"}</w:instrText>
      </w:r>
      <w:r w:rsidR="00F5659D">
        <w:rPr>
          <w:sz w:val="28"/>
          <w:szCs w:val="28"/>
        </w:rPr>
        <w:fldChar w:fldCharType="separate"/>
      </w:r>
      <w:r w:rsidR="00B573A8" w:rsidRPr="00B573A8">
        <w:rPr>
          <w:noProof/>
          <w:sz w:val="28"/>
          <w:szCs w:val="28"/>
        </w:rPr>
        <w:t>[31]</w:t>
      </w:r>
      <w:r w:rsidR="00F5659D">
        <w:rPr>
          <w:sz w:val="28"/>
          <w:szCs w:val="28"/>
        </w:rPr>
        <w:fldChar w:fldCharType="end"/>
      </w:r>
      <w:r w:rsidR="009604A4" w:rsidRPr="009604A4">
        <w:rPr>
          <w:sz w:val="28"/>
          <w:szCs w:val="28"/>
        </w:rPr>
        <w:t xml:space="preserve">. </w:t>
      </w:r>
      <w:r w:rsidR="009604A4" w:rsidRPr="00D26EB7">
        <w:rPr>
          <w:sz w:val="28"/>
          <w:szCs w:val="28"/>
        </w:rPr>
        <w:t>Олар белгілі бір д</w:t>
      </w:r>
      <w:r w:rsidR="00F5659D">
        <w:rPr>
          <w:sz w:val="28"/>
          <w:szCs w:val="28"/>
        </w:rPr>
        <w:t xml:space="preserve">абыл жүйелерімен реттеледі </w:t>
      </w:r>
      <w:r w:rsidR="00F5659D">
        <w:rPr>
          <w:sz w:val="28"/>
          <w:szCs w:val="28"/>
        </w:rPr>
        <w:fldChar w:fldCharType="begin" w:fldLock="1"/>
      </w:r>
      <w:r w:rsidR="00EA765B">
        <w:rPr>
          <w:sz w:val="28"/>
          <w:szCs w:val="28"/>
        </w:rPr>
        <w:instrText>ADDIN CSL_CITATION {"citationItems":[{"id":"ITEM-1","itemData":{"DOI":"10.1099/MIC.0.001381","ISSN":"1465-2080","PMID":"37578829","abstract":"In Gram-positive bacteria such as Staphylococcus aureus and the coagulase-negative staphylococci (CoNS), the accessory gene regulator (agr) is a highly conserved but polymorphic quorum-sensing system involved in colonization, virulence and biofilm development. Signalling via agr depends on the interaction of an autoinducing peptide (AIP) with AgrC, a transmembrane sensor kinase that, once phosphorylated activates the response regulator AgrA. This in turn autoinduces AIP biosynthesis and drives target gene expression directly via AgrA or via the post-transcriptional regulator, RNAIII. In this review we describe the molecular mechanisms underlying the agr-mediated generation of, and response to, AIPs and the molecular basis of AIP-dependent activation and inhibition of AgrC. How the environment impacts on agr functionality is considered and the consequences of agr dysfunction for infection explored. We also discuss the concept of AIP-driven competitive interference between S. aureus and the CoNS and its anti-infective potential.","author":[{"dropping-particle":"","family":"Williams","given":"Paul","non-dropping-particle":"","parse-names":false,"suffix":""},{"dropping-particle":"","family":"Hill","given":"Phil","non-dropping-particle":"","parse-names":false,"suffix":""},{"dropping-particle":"","family":"Bonev","given":"Boyan","non-dropping-particle":"","parse-names":false,"suffix":""},{"dropping-particle":"","family":"Chan","given":"Weng C.","non-dropping-particle":"","parse-names":false,"suffix":""}],"container-title":"Microbiology (Reading, England)","id":"ITEM-1","issue":"8","issued":{"date-parts":[["2023"]]},"publisher":"Microbiology (Reading)","title":"Quorum-sensing, intra- and inter-species competition in the staphylococci","type":"article-journal","volume":"169"},"uris":["http://www.mendeley.com/documents/?uuid=4d515c36-6452-3afb-a620-c6859af47a25"]}],"mendeley":{"formattedCitation":"[32]","plainTextFormattedCitation":"[32]","previouslyFormattedCitation":"[32]"},"properties":{"noteIndex":0},"schema":"https://github.com/citation-style-language/schema/raw/master/csl-citation.json"}</w:instrText>
      </w:r>
      <w:r w:rsidR="00F5659D">
        <w:rPr>
          <w:sz w:val="28"/>
          <w:szCs w:val="28"/>
        </w:rPr>
        <w:fldChar w:fldCharType="separate"/>
      </w:r>
      <w:r w:rsidR="00B573A8" w:rsidRPr="00B573A8">
        <w:rPr>
          <w:noProof/>
          <w:sz w:val="28"/>
          <w:szCs w:val="28"/>
        </w:rPr>
        <w:t>[32]</w:t>
      </w:r>
      <w:r w:rsidR="00F5659D">
        <w:rPr>
          <w:sz w:val="28"/>
          <w:szCs w:val="28"/>
        </w:rPr>
        <w:fldChar w:fldCharType="end"/>
      </w:r>
      <w:r w:rsidR="009604A4" w:rsidRPr="00D26EB7">
        <w:rPr>
          <w:sz w:val="28"/>
          <w:szCs w:val="28"/>
        </w:rPr>
        <w:t>.</w:t>
      </w:r>
    </w:p>
    <w:p w:rsidR="0070518C" w:rsidRPr="00D26EB7" w:rsidRDefault="009604A4" w:rsidP="00114068">
      <w:pPr>
        <w:pStyle w:val="a7"/>
        <w:tabs>
          <w:tab w:val="left" w:pos="1868"/>
        </w:tabs>
        <w:ind w:left="426" w:right="610" w:firstLine="567"/>
        <w:jc w:val="both"/>
        <w:rPr>
          <w:sz w:val="28"/>
          <w:szCs w:val="28"/>
        </w:rPr>
      </w:pPr>
      <w:r w:rsidRPr="00D26EB7">
        <w:rPr>
          <w:sz w:val="28"/>
          <w:szCs w:val="28"/>
        </w:rPr>
        <w:t>Clostridium difficile анаэробты токсиндер шығаратын ауруханалардың бұрыннан танылған тұрғыны</w:t>
      </w:r>
      <w:r w:rsidR="00AD76F6">
        <w:rPr>
          <w:sz w:val="28"/>
          <w:szCs w:val="28"/>
        </w:rPr>
        <w:t>,</w:t>
      </w:r>
      <w:r w:rsidRPr="00D26EB7">
        <w:rPr>
          <w:sz w:val="28"/>
          <w:szCs w:val="28"/>
        </w:rPr>
        <w:t xml:space="preserve"> ішектің ауыр инфекцияларының себебі ретінде көбірек табылуда; жақында токсиндер шығаратын гипервирулентті штамдар табылды </w:t>
      </w:r>
      <w:r w:rsidR="00B573A8">
        <w:rPr>
          <w:sz w:val="28"/>
          <w:szCs w:val="28"/>
        </w:rPr>
        <w:fldChar w:fldCharType="begin" w:fldLock="1"/>
      </w:r>
      <w:r w:rsidR="00EA765B">
        <w:rPr>
          <w:sz w:val="28"/>
          <w:szCs w:val="28"/>
        </w:rPr>
        <w:instrText>ADDIN CSL_CITATION {"citationItems":[{"id":"ITEM-1","itemData":{"DOI":"10.1016/J.MEEGID.2016.12.018","ISSN":"1567-7257","PMID":"28012982","abstract":"Over the recent decades, Clostridium difficile infection (CDI) has emerged as a global public health threat. Despite growing attention, C. difficile remains a poorly understood pathogen, however, the exquisite sensitivity offered by next generation sequencing (NGS) technology has enabled analysis of the genome of C. difficile, giving us access to massive genomic data on factors such as virulence, evolution, and genetic relatedness within C. difficile groups. NGS has also demonstrated excellence in investigations of outbreaks and disease transmission, in both small and large-scale applications. This review summarizes the molecular epidemiology, evolution, and phylogeny of C. difficile, one of the most important pathogens worldwide in the current antibiotic resistance era.","author":[{"dropping-particle":"","family":"Elliott","given":"Briony","non-dropping-particle":"","parse-names":false,"suffix":""},{"dropping-particle":"","family":"Androga","given":"Grace O.","non-dropping-particle":"","parse-names":false,"suffix":""},{"dropping-particle":"","family":"Knight","given":"Daniel R.","non-dropping-particle":"","parse-names":false,"suffix":""},{"dropping-particle":"V.","family":"Riley","given":"Thomas","non-dropping-particle":"","parse-names":false,"suffix":""}],"container-title":"Infection, genetics and evolution : journal of molecular epidemiology and evolutionary genetics in infectious diseases","id":"ITEM-1","issued":{"date-parts":[["2017","4","1"]]},"page":"1-11","publisher":"Infect Genet Evol","title":"Clostridium difficile infection: Evolution, phylogeny and molecular epidemiology","type":"article-journal","volume":"49"},"uris":["http://www.mendeley.com/documents/?uuid=15bec454-030d-3d61-909c-f48bc3c19047"]}],"mendeley":{"formattedCitation":"[33]","plainTextFormattedCitation":"[33]","previouslyFormattedCitation":"[33]"},"properties":{"noteIndex":0},"schema":"https://github.com/citation-style-language/schema/raw/master/csl-citation.json"}</w:instrText>
      </w:r>
      <w:r w:rsidR="00B573A8">
        <w:rPr>
          <w:sz w:val="28"/>
          <w:szCs w:val="28"/>
        </w:rPr>
        <w:fldChar w:fldCharType="separate"/>
      </w:r>
      <w:r w:rsidR="00B573A8" w:rsidRPr="00B573A8">
        <w:rPr>
          <w:noProof/>
          <w:sz w:val="28"/>
          <w:szCs w:val="28"/>
        </w:rPr>
        <w:t>[33]</w:t>
      </w:r>
      <w:r w:rsidR="00B573A8">
        <w:rPr>
          <w:sz w:val="28"/>
          <w:szCs w:val="28"/>
        </w:rPr>
        <w:fldChar w:fldCharType="end"/>
      </w:r>
      <w:r w:rsidR="00B573A8" w:rsidRPr="00B573A8">
        <w:rPr>
          <w:sz w:val="28"/>
          <w:szCs w:val="28"/>
        </w:rPr>
        <w:t>,</w:t>
      </w:r>
      <w:r w:rsidR="00F5659D">
        <w:rPr>
          <w:sz w:val="28"/>
          <w:szCs w:val="28"/>
        </w:rPr>
        <w:fldChar w:fldCharType="begin" w:fldLock="1"/>
      </w:r>
      <w:r w:rsidR="00EA765B">
        <w:rPr>
          <w:sz w:val="28"/>
          <w:szCs w:val="28"/>
        </w:rPr>
        <w:instrText>ADDIN CSL_CITATION {"citationItems":[{"id":"ITEM-1","itemData":{"DOI":"10.1056/NEJMRA0707500","ISSN":"1533-4406","PMID":"18971494","abstract":"Because of mutations in this opportunistic pathogen, infections with C. difficile have become both more prevalent and more virulent. This article summarizes recent changes in the epidemiology of this infection and explains what is known about the changes in disease severity and the response to therapy. The authors discuss the use of new antibiotics, probiotics, immunotherapy, and even bacteriotherapy.","author":[{"dropping-particle":"","family":"Kelly","given":"Ciarán P.","non-dropping-particle":"","parse-names":false,"suffix":""},{"dropping-particle":"","family":"LaMont","given":"J. Thomas","non-dropping-particle":"","parse-names":false,"suffix":""}],"container-title":"The New England journal of medicine","id":"ITEM-1","issue":"18","issued":{"date-parts":[["2008","10","30"]]},"page":"1932-1940","publisher":"N Engl J Med","title":"Clostridium difficile--more difficult than ever","type":"article-journal","volume":"359"},"uris":["http://www.mendeley.com/documents/?uuid=69137683-bee1-3673-8390-adedc1505df4"]}],"mendeley":{"formattedCitation":"[34]","plainTextFormattedCitation":"[34]","previouslyFormattedCitation":"[34]"},"properties":{"noteIndex":0},"schema":"https://github.com/citation-style-language/schema/raw/master/csl-citation.json"}</w:instrText>
      </w:r>
      <w:r w:rsidR="00F5659D">
        <w:rPr>
          <w:sz w:val="28"/>
          <w:szCs w:val="28"/>
        </w:rPr>
        <w:fldChar w:fldCharType="separate"/>
      </w:r>
      <w:r w:rsidR="00B573A8" w:rsidRPr="00B573A8">
        <w:rPr>
          <w:noProof/>
          <w:sz w:val="28"/>
          <w:szCs w:val="28"/>
        </w:rPr>
        <w:t>[34]</w:t>
      </w:r>
      <w:r w:rsidR="00F5659D">
        <w:rPr>
          <w:sz w:val="28"/>
          <w:szCs w:val="28"/>
        </w:rPr>
        <w:fldChar w:fldCharType="end"/>
      </w:r>
      <w:r w:rsidRPr="00D26EB7">
        <w:rPr>
          <w:sz w:val="28"/>
          <w:szCs w:val="28"/>
        </w:rPr>
        <w:t>. Грам-позитивті спора түзуші бола отырып, бұл аурухана қызметкерлері, жабдықта және аэрозоль түрінде оңай берілетін төзімді организм. Оның жаңарған даңқы ауруханаларда кеңейтілген спектрлі цефалоспориндер, жаңа пенициллиндер және фторхинолондар сияқты антибиотиктерді кеңінен қолданудың нәтижесі болып саналады, бұл сынақтарда грамтеріс микрофлораның айтарлықтай сарқылуын тудырады, осылайша C. difficile колонизациясын күшейтеді. Басқаша айтқанда, бұл инфекциялар антибиотиктерді қолданудың тікелей нәтижесі болып табылады</w:t>
      </w:r>
      <w:r w:rsidR="00F5659D">
        <w:rPr>
          <w:sz w:val="28"/>
          <w:szCs w:val="28"/>
        </w:rPr>
        <w:t xml:space="preserve"> </w:t>
      </w:r>
      <w:r w:rsidR="00F5659D">
        <w:rPr>
          <w:sz w:val="28"/>
          <w:szCs w:val="28"/>
        </w:rPr>
        <w:fldChar w:fldCharType="begin" w:fldLock="1"/>
      </w:r>
      <w:r w:rsidR="00EA765B">
        <w:rPr>
          <w:sz w:val="28"/>
          <w:szCs w:val="28"/>
        </w:rPr>
        <w:instrText>ADDIN CSL_CITATION {"citationItems":[{"id":"ITEM-1","itemData":{"DOI":"10.1093/JAC/DKP128","ISSN":"1460-2091","PMID":"19372170","abstract":"Objectives: We tested a previously published model for the analysis of the temporal relationship between antibiotic use and the incidence of Clostridium difficile infection in a hospital with stable incidence of infection at &gt;1 case per 1000 admissions per month. Methods: The study period was from April 2004 to June 2008 and used data from Infection Control and Hospital Pharmacy. We first described the monthly variation in C. difficile infection and then constructed a multivariate transfer function model that included lag time (cases of C. difficile infection in previous months and delays between changes in antibiotic use and changes in C. difficile infection). Results: The average incidence of C. difficile infection was 1.5 cases per 1000 patients per month with no significant increase over 3 years. The number of cases of C. difficile infection in 1 month was dependent on the average number of cases of C. difficile infection in the previous 2 months. The models with data from the whole hospital showed a statistically significant relationship between the number of both hospital-acquired C. difficile infections and total C. difficile infections and consumption of piperacillin/tazobactam, ciprofloxacin and cefuroxime. The association between C. difficile infection and consumption of co-amoxiclav was only significant for hospital-acquired C. difficile infection. The model for hospital-acquired C. difficile infections explained 61% of the variance in C. difficile infections. Conclusions: These results provide support for antibiotic policies that minimize the use of broad-spectrum penicillins (co-amoxiclav and piperacillin/tazobactam), cephalosporins and fluoroquinolones. © The Author 2009. Published by Oxford University Press on behalf of the British Society for Antimicrobial Chemotherapy. All rights reserved.","author":[{"dropping-particle":"","family":"Vernaz","given":"Nathalie","non-dropping-particle":"","parse-names":false,"suffix":""},{"dropping-particle":"","family":"Hill","given":"Kirsteen","non-dropping-particle":"","parse-names":false,"suffix":""},{"dropping-particle":"","family":"Leggeat","given":"Stephanie","non-dropping-particle":"","parse-names":false,"suffix":""},{"dropping-particle":"","family":"Nathwani","given":"Dilip","non-dropping-particle":"","parse-names":false,"suffix":""},{"dropping-particle":"","family":"Philips","given":"Gabby","non-dropping-particle":"","parse-names":false,"suffix":""},{"dropping-particle":"","family":"Bonnabry","given":"Pascal","non-dropping-particle":"","parse-names":false,"suffix":""},{"dropping-particle":"","family":"Davey","given":"Peter","non-dropping-particle":"","parse-names":false,"suffix":""}],"container-title":"The Journal of antimicrobial chemotherapy","id":"ITEM-1","issue":"6","issued":{"date-parts":[["2009"]]},"page":"1272-1275","publisher":"J Antimicrob Chemother","title":"Temporal effects of antibiotic use and Clostridium difficile infections","type":"article-journal","volume":"63"},"uris":["http://www.mendeley.com/documents/?uuid=98703994-0a60-32d2-8c34-b635effee767"]}],"mendeley":{"formattedCitation":"[35]","plainTextFormattedCitation":"[35]","previouslyFormattedCitation":"[35]"},"properties":{"noteIndex":0},"schema":"https://github.com/citation-style-language/schema/raw/master/csl-citation.json"}</w:instrText>
      </w:r>
      <w:r w:rsidR="00F5659D">
        <w:rPr>
          <w:sz w:val="28"/>
          <w:szCs w:val="28"/>
        </w:rPr>
        <w:fldChar w:fldCharType="separate"/>
      </w:r>
      <w:r w:rsidR="00B573A8" w:rsidRPr="00B573A8">
        <w:rPr>
          <w:noProof/>
          <w:sz w:val="28"/>
          <w:szCs w:val="28"/>
        </w:rPr>
        <w:t>[35]</w:t>
      </w:r>
      <w:r w:rsidR="00F5659D">
        <w:rPr>
          <w:sz w:val="28"/>
          <w:szCs w:val="28"/>
        </w:rPr>
        <w:fldChar w:fldCharType="end"/>
      </w:r>
      <w:r w:rsidRPr="00D26EB7">
        <w:rPr>
          <w:sz w:val="28"/>
          <w:szCs w:val="28"/>
        </w:rPr>
        <w:t>.</w:t>
      </w:r>
    </w:p>
    <w:p w:rsidR="0070518C" w:rsidRPr="00D26EB7" w:rsidRDefault="0070518C" w:rsidP="00114068">
      <w:pPr>
        <w:pStyle w:val="a7"/>
        <w:tabs>
          <w:tab w:val="left" w:pos="1868"/>
        </w:tabs>
        <w:ind w:left="426" w:right="610" w:firstLine="567"/>
        <w:jc w:val="both"/>
        <w:rPr>
          <w:sz w:val="28"/>
          <w:szCs w:val="28"/>
        </w:rPr>
      </w:pPr>
      <w:r w:rsidRPr="00D26EB7">
        <w:rPr>
          <w:sz w:val="28"/>
          <w:szCs w:val="28"/>
        </w:rPr>
        <w:t>Супербактериялар биосферада барлық жерде кездеседі; олардың салдары азаматтық толқулар, зорлық-зомбылық, аштық және табиғи апаттар сияқты тұрақсыз жағдайларда және, әрине, аурухана тәжірибесінің нашарлығынан немесе болмауынан өте нашарлайды</w:t>
      </w:r>
      <w:r w:rsidR="0023215E">
        <w:rPr>
          <w:sz w:val="28"/>
          <w:szCs w:val="28"/>
        </w:rPr>
        <w:fldChar w:fldCharType="begin" w:fldLock="1"/>
      </w:r>
      <w:r w:rsidR="00EA765B">
        <w:rPr>
          <w:sz w:val="28"/>
          <w:szCs w:val="28"/>
        </w:rPr>
        <w:instrText>ADDIN CSL_CITATION {"citationItems":[{"id":"ITEM-1","itemData":{"DOI":"10.1179/2047773215Y.0000000030","ISSN":"2047-7732","PMID":"26343252","abstract":"Antimicrobial resistance (AMR) is one of the most serious global public health threats in this century. The first World Health Organization (WHO) Global report on surveillance of AMR, published in April 2014, collected for the first time data from national and international surveillance networks, showing the extent of this phenomenon in many parts of the world and also the presence of large gaps in the existing surveillance. In this review, we focus on antibacterial resistance (ABR), which represents at the moment the major problem, both for the high rates of resistance observed in bacteria that cause common infections and for the complexity of the consequences of ABR. We describe the health and economic impact of ABR, the principal risk factors for its emergence and, in particular, we illustrate the highlights of four antibiotic-resistant pathogens of global concern – Staphylococcus aureus, Klebsiella pneumoniae, non-typhoidal Salmonella and Mycobacterium tuberculosis – for whom we report resistance data worldwide. Measures to control the emergence and the spread of ABR are presented.","author":[{"dropping-particle":"","family":"Prestinaci","given":"Francesca","non-dropping-particle":"","parse-names":false,"suffix":""},{"dropping-particle":"","family":"Pezzotti","given":"Patrizio","non-dropping-particle":"","parse-names":false,"suffix":""},{"dropping-particle":"","family":"Pantosti","given":"Annalisa","non-dropping-particle":"","parse-names":false,"suffix":""}],"container-title":"Pathogens and global health","id":"ITEM-1","issue":"7","issued":{"date-parts":[["2015","10","1"]]},"page":"309-318","publisher":"Pathog Glob Health","title":"Antimicrobial resistance: a global multifaceted phenomenon","type":"article-journal","volume":"109"},"uris":["http://www.mendeley.com/documents/?uuid=78c3cb84-0e41-36d7-bed2-660e06e1559b"]}],"mendeley":{"formattedCitation":"[36]","plainTextFormattedCitation":"[36]","previouslyFormattedCitation":"[36]"},"properties":{"noteIndex":0},"schema":"https://github.com/citation-style-language/schema/raw/master/csl-citation.json"}</w:instrText>
      </w:r>
      <w:r w:rsidR="0023215E">
        <w:rPr>
          <w:sz w:val="28"/>
          <w:szCs w:val="28"/>
        </w:rPr>
        <w:fldChar w:fldCharType="separate"/>
      </w:r>
      <w:r w:rsidR="00B573A8" w:rsidRPr="00B573A8">
        <w:rPr>
          <w:noProof/>
          <w:sz w:val="28"/>
          <w:szCs w:val="28"/>
        </w:rPr>
        <w:t>[36]</w:t>
      </w:r>
      <w:r w:rsidR="0023215E">
        <w:rPr>
          <w:sz w:val="28"/>
          <w:szCs w:val="28"/>
        </w:rPr>
        <w:fldChar w:fldCharType="end"/>
      </w:r>
      <w:r w:rsidRPr="00D26EB7">
        <w:rPr>
          <w:sz w:val="28"/>
          <w:szCs w:val="28"/>
        </w:rPr>
        <w:t>. Супербактериялар жалғыз микробтық қауіп емес, бірақ олар бүкіл әлем бойынша аурушаңдық пен өлім-жітім тұрғысынан ең қауіпті болып саналады. Инфекциялар саны мен салдары бойынша тырысқақ вибрионы супербактериялар тізімінде</w:t>
      </w:r>
      <w:r w:rsidR="00A00B38">
        <w:rPr>
          <w:sz w:val="28"/>
          <w:szCs w:val="28"/>
        </w:rPr>
        <w:t xml:space="preserve"> бірінші орында тұруы керек </w:t>
      </w:r>
      <w:r w:rsidR="00A00B38">
        <w:rPr>
          <w:sz w:val="28"/>
          <w:szCs w:val="28"/>
        </w:rPr>
        <w:fldChar w:fldCharType="begin" w:fldLock="1"/>
      </w:r>
      <w:r w:rsidR="00EA765B">
        <w:rPr>
          <w:sz w:val="28"/>
          <w:szCs w:val="28"/>
        </w:rPr>
        <w:instrText>ADDIN CSL_CITATION {"citationItems":[{"id":"ITEM-1","itemData":{"DOI":"10.1128/CMR.15.4.757-770.2002","ISSN":"0893-8512","PMID":"12364378","author":[{"dropping-particle":"","family":"Lipp","given":"Erin K.","non-dropping-particle":"","parse-names":false,"suffix":""},{"dropping-particle":"","family":"Huq","given":"Anwar","non-dropping-particle":"","parse-names":false,"suffix":""},{"dropping-particle":"","family":"Colwell","given":"Rita R.","non-dropping-particle":"","parse-names":false,"suffix":""}],"container-title":"Clinical microbiology reviews","id":"ITEM-1","issue":"4","issued":{"date-parts":[["2002","10"]]},"page":"757-770","publisher":"Clin Microbiol Rev","title":"Effects of global climate on infectious disease: the cholera model","type":"article-journal","volume":"15"},"uris":["http://www.mendeley.com/documents/?uuid=4edfb0fb-10d7-3243-aa6f-76285946df98"]}],"mendeley":{"formattedCitation":"[37]","plainTextFormattedCitation":"[37]","previouslyFormattedCitation":"[37]"},"properties":{"noteIndex":0},"schema":"https://github.com/citation-style-language/schema/raw/master/csl-citation.json"}</w:instrText>
      </w:r>
      <w:r w:rsidR="00A00B38">
        <w:rPr>
          <w:sz w:val="28"/>
          <w:szCs w:val="28"/>
        </w:rPr>
        <w:fldChar w:fldCharType="separate"/>
      </w:r>
      <w:r w:rsidR="00B573A8" w:rsidRPr="00B573A8">
        <w:rPr>
          <w:noProof/>
          <w:sz w:val="28"/>
          <w:szCs w:val="28"/>
        </w:rPr>
        <w:t>[37]</w:t>
      </w:r>
      <w:r w:rsidR="00A00B38">
        <w:rPr>
          <w:sz w:val="28"/>
          <w:szCs w:val="28"/>
        </w:rPr>
        <w:fldChar w:fldCharType="end"/>
      </w:r>
      <w:r w:rsidRPr="00D26EB7">
        <w:rPr>
          <w:sz w:val="28"/>
          <w:szCs w:val="28"/>
        </w:rPr>
        <w:t>. Бақытымызға орай, V. cholerae индустриалды дамыған елдерде кең таралған емес, ол Азия мен Оңтүстік Америкада эндемикалық болып табылады</w:t>
      </w:r>
      <w:r w:rsidR="0023215E">
        <w:rPr>
          <w:sz w:val="28"/>
          <w:szCs w:val="28"/>
        </w:rPr>
        <w:fldChar w:fldCharType="begin" w:fldLock="1"/>
      </w:r>
      <w:r w:rsidR="00EA765B">
        <w:rPr>
          <w:sz w:val="28"/>
          <w:szCs w:val="28"/>
        </w:rPr>
        <w:instrText>ADDIN CSL_CITATION {"citationItems":[{"id":"ITEM-1","itemData":{"DOI":"10.1016/J.DRUDIS.2019.08.004","ISSN":"1878-5832","PMID":"31425765","author":[{"dropping-particle":"","family":"Hamad","given":"Mohamad","non-dropping-particle":"","parse-names":false,"suffix":""},{"dropping-particle":"","family":"Al-Marzooq","given":"Farah","non-dropping-particle":"","parse-names":false,"suffix":""},{"dropping-particle":"","family":"Orive","given":"Gorka","non-dropping-particle":"","parse-names":false,"suffix":""},{"dropping-particle":"","family":"Al-Tel","given":"Taleb H.","non-dropping-particle":"","parse-names":false,"suffix":""}],"container-title":"Drug discovery today","id":"ITEM-1","issue":"12","issued":{"date-parts":[["2019","12","1"]]},"page":"2225-2228","publisher":"Drug Discov Today","title":"Superbugs but no drugs: steps in averting a post-antibiotic era","type":"article-journal","volume":"24"},"uris":["http://www.mendeley.com/documents/?uuid=4b07f89c-c328-3c1a-9dab-32cc73ffb3d4"]}],"mendeley":{"formattedCitation":"[38]","plainTextFormattedCitation":"[38]","previouslyFormattedCitation":"[38]"},"properties":{"noteIndex":0},"schema":"https://github.com/citation-style-language/schema/raw/master/csl-citation.json"}</w:instrText>
      </w:r>
      <w:r w:rsidR="0023215E">
        <w:rPr>
          <w:sz w:val="28"/>
          <w:szCs w:val="28"/>
        </w:rPr>
        <w:fldChar w:fldCharType="separate"/>
      </w:r>
      <w:r w:rsidR="00B573A8" w:rsidRPr="00B573A8">
        <w:rPr>
          <w:noProof/>
          <w:sz w:val="28"/>
          <w:szCs w:val="28"/>
        </w:rPr>
        <w:t>[38]</w:t>
      </w:r>
      <w:r w:rsidR="0023215E">
        <w:rPr>
          <w:sz w:val="28"/>
          <w:szCs w:val="28"/>
        </w:rPr>
        <w:fldChar w:fldCharType="end"/>
      </w:r>
      <w:r w:rsidRPr="00D26EB7">
        <w:rPr>
          <w:sz w:val="28"/>
          <w:szCs w:val="28"/>
        </w:rPr>
        <w:t>.</w:t>
      </w:r>
    </w:p>
    <w:p w:rsidR="00114068" w:rsidRPr="00D26EB7" w:rsidRDefault="0070518C" w:rsidP="00114068">
      <w:pPr>
        <w:pStyle w:val="a7"/>
        <w:tabs>
          <w:tab w:val="left" w:pos="1868"/>
        </w:tabs>
        <w:ind w:left="426" w:right="610" w:firstLine="567"/>
        <w:jc w:val="both"/>
        <w:rPr>
          <w:sz w:val="28"/>
          <w:szCs w:val="28"/>
        </w:rPr>
      </w:pPr>
      <w:r w:rsidRPr="00D26EB7">
        <w:rPr>
          <w:sz w:val="28"/>
          <w:szCs w:val="28"/>
        </w:rPr>
        <w:t>Эндемиялық және пандемия</w:t>
      </w:r>
      <w:r w:rsidR="001A373E">
        <w:rPr>
          <w:sz w:val="28"/>
          <w:szCs w:val="28"/>
        </w:rPr>
        <w:t xml:space="preserve">лық жұқпалы аурулармен жаһандық </w:t>
      </w:r>
      <w:r w:rsidRPr="00D26EB7">
        <w:rPr>
          <w:sz w:val="28"/>
          <w:szCs w:val="28"/>
        </w:rPr>
        <w:t xml:space="preserve">күреске келетін болсақ, ауыр инфекциялардың өршуін бақылау үшін сенімді жүйелердің болуы маңызды мәселе болып табылады. Дүниежүзілік денсаулық сақтау ұйымының күшті  әрекеттеріне қарамастан, әлемнің көптеген бөліктерінде мұндай есеп жоқ. Эпидемиялық бактериялық инфекцияның алғашқы кезеңдері туралы ақпараттың жетіспеушілігі көптеген жағдайларда жағдайды түзету үшін тиісті шаралар қабылдауға кедергі </w:t>
      </w:r>
      <w:r w:rsidRPr="00A00B38">
        <w:rPr>
          <w:sz w:val="28"/>
          <w:szCs w:val="28"/>
        </w:rPr>
        <w:t>келтіреді</w:t>
      </w:r>
      <w:r w:rsidR="00A00B38" w:rsidRPr="00A00B38">
        <w:rPr>
          <w:sz w:val="28"/>
          <w:szCs w:val="28"/>
        </w:rPr>
        <w:t xml:space="preserve"> </w:t>
      </w:r>
      <w:r w:rsidR="00A00B38" w:rsidRPr="00A00B38">
        <w:rPr>
          <w:sz w:val="28"/>
          <w:szCs w:val="28"/>
        </w:rPr>
        <w:fldChar w:fldCharType="begin" w:fldLock="1"/>
      </w:r>
      <w:r w:rsidR="00EA765B">
        <w:rPr>
          <w:sz w:val="28"/>
          <w:szCs w:val="28"/>
        </w:rPr>
        <w:instrText>ADDIN CSL_CITATION {"citationItems":[{"id":"ITEM-1","itemData":{"DOI":"10.1128/MMBR.00016-10","ISSN":"1098-5557","PMID":"20805405","abstract":"The massive prescription of antibiotics and their non-regulated and extensive usage has resulted in the development of extensive antibiotic resistance in microorganisms; this has been of great clinical significance. Antibiotic resistance occurs not only by mutation of microbial genes which code for antibiotic uptake into cells or the binding sites for antibiotics, but mostly by the acquisition of heterologous resistance genes from external sources. The physical characteristics of the microbial community play a major role in gene exchange, but antimicrobial agents provide the selective pressure for the development of resistance and promote the transfer of resistance genes among bacteria. The control of antibiotic usage is essential to prevent the development of resistance to new antibiotics.","author":[{"dropping-particle":"","family":"J","given":"Davies","non-dropping-particle":"","parse-names":false,"suffix":""},{"dropping-particle":"","family":"D","given":"Davies","non-dropping-particle":"","parse-names":false,"suffix":""}],"container-title":"Microbiology and molecular biology reviews : MMBR","id":"ITEM-1","issue":"3","issued":{"date-parts":[["2010"]]},"page":"9-16","publisher":"Microbiol Mol Biol Rev","title":"Origins and evolution of antibiotic resistance","type":"article-journal","volume":"74"},"uris":["http://www.mendeley.com/documents/?uuid=e2e3ba47-17af-3e9d-86ca-41f67925a5a6"]}],"mendeley":{"formattedCitation":"[39]","plainTextFormattedCitation":"[39]","previouslyFormattedCitation":"[39]"},"properties":{"noteIndex":0},"schema":"https://github.com/citation-style-language/schema/raw/master/csl-citation.json"}</w:instrText>
      </w:r>
      <w:r w:rsidR="00A00B38" w:rsidRPr="00A00B38">
        <w:rPr>
          <w:sz w:val="28"/>
          <w:szCs w:val="28"/>
        </w:rPr>
        <w:fldChar w:fldCharType="separate"/>
      </w:r>
      <w:r w:rsidR="00B573A8" w:rsidRPr="00B573A8">
        <w:rPr>
          <w:noProof/>
          <w:sz w:val="28"/>
          <w:szCs w:val="28"/>
        </w:rPr>
        <w:t>[39]</w:t>
      </w:r>
      <w:r w:rsidR="00A00B38" w:rsidRPr="00A00B38">
        <w:rPr>
          <w:sz w:val="28"/>
          <w:szCs w:val="28"/>
        </w:rPr>
        <w:fldChar w:fldCharType="end"/>
      </w:r>
      <w:r w:rsidR="00114068" w:rsidRPr="00A00B38">
        <w:rPr>
          <w:sz w:val="28"/>
          <w:szCs w:val="28"/>
        </w:rPr>
        <w:t>.</w:t>
      </w:r>
    </w:p>
    <w:p w:rsidR="00161ED5" w:rsidRPr="00D26EB7" w:rsidRDefault="00161ED5">
      <w:pPr>
        <w:pStyle w:val="a5"/>
        <w:spacing w:before="5"/>
        <w:ind w:left="0" w:firstLine="0"/>
        <w:jc w:val="left"/>
      </w:pPr>
    </w:p>
    <w:p w:rsidR="00161ED5" w:rsidRPr="00B0236C" w:rsidRDefault="00DB1A73">
      <w:pPr>
        <w:pStyle w:val="1"/>
        <w:numPr>
          <w:ilvl w:val="1"/>
          <w:numId w:val="1"/>
        </w:numPr>
        <w:tabs>
          <w:tab w:val="left" w:pos="1868"/>
        </w:tabs>
        <w:spacing w:before="0" w:line="319" w:lineRule="exact"/>
        <w:ind w:left="1867"/>
      </w:pPr>
      <w:r w:rsidRPr="00B0236C">
        <w:t>Антибиотиктерді қолдану мәселелері бойынша әртүрлі елдердің тұрғындарының ақпараттануы</w:t>
      </w:r>
    </w:p>
    <w:p w:rsidR="00DB1A73" w:rsidRPr="00B0236C" w:rsidRDefault="00DB1A73" w:rsidP="00DB1A73">
      <w:pPr>
        <w:pStyle w:val="1"/>
        <w:tabs>
          <w:tab w:val="left" w:pos="1868"/>
        </w:tabs>
        <w:spacing w:before="0" w:line="319" w:lineRule="exact"/>
      </w:pPr>
    </w:p>
    <w:p w:rsidR="00DB1A73" w:rsidRPr="00B0236C" w:rsidRDefault="00D26EB7" w:rsidP="00DB1A73">
      <w:pPr>
        <w:pStyle w:val="1"/>
        <w:tabs>
          <w:tab w:val="left" w:pos="1868"/>
        </w:tabs>
        <w:spacing w:before="0" w:line="319" w:lineRule="exact"/>
        <w:ind w:firstLine="611"/>
        <w:rPr>
          <w:b w:val="0"/>
        </w:rPr>
      </w:pPr>
      <w:r w:rsidRPr="00D26EB7">
        <w:rPr>
          <w:b w:val="0"/>
        </w:rPr>
        <w:t>Антибиотиктерге төзімділік</w:t>
      </w:r>
      <w:r w:rsidR="00AD76F6">
        <w:rPr>
          <w:b w:val="0"/>
        </w:rPr>
        <w:t xml:space="preserve"> </w:t>
      </w:r>
      <w:r w:rsidRPr="00D26EB7">
        <w:rPr>
          <w:b w:val="0"/>
        </w:rPr>
        <w:t>-</w:t>
      </w:r>
      <w:r w:rsidR="00AD76F6">
        <w:rPr>
          <w:b w:val="0"/>
        </w:rPr>
        <w:t xml:space="preserve"> </w:t>
      </w:r>
      <w:r w:rsidRPr="00D26EB7">
        <w:rPr>
          <w:b w:val="0"/>
        </w:rPr>
        <w:t xml:space="preserve">бұл бактериялық инфекцияларды емдеуге және алдын алуға қауіп төндіретін және қатерлі ісік химиотерапиясы, органдарды трансплантациялау және хирургиялық операциялар сияқты озық медициналық процедураларға нұқсан келтіретін жаһандық қоғамдық денсаулық </w:t>
      </w:r>
      <w:r w:rsidR="00B97E50">
        <w:rPr>
          <w:b w:val="0"/>
        </w:rPr>
        <w:t xml:space="preserve">сақтау </w:t>
      </w:r>
      <w:r w:rsidRPr="00D26EB7">
        <w:rPr>
          <w:b w:val="0"/>
        </w:rPr>
        <w:t xml:space="preserve">мәселесі </w:t>
      </w:r>
      <w:r w:rsidR="004A4C91">
        <w:rPr>
          <w:b w:val="0"/>
        </w:rPr>
        <w:fldChar w:fldCharType="begin" w:fldLock="1"/>
      </w:r>
      <w:r w:rsidR="00EA765B">
        <w:rPr>
          <w:b w:val="0"/>
        </w:rPr>
        <w:instrText>ADDIN CSL_CITATION {"citationItems":[{"id":"ITEM-1","itemData":{"URL":"https://www.cdc.gov/drugresistance/biggest-threats.html?CDC_AA_refVal=https%3A%2F%2Fwww.cdc.gov%2Fdrugresistance%2Fbiggest_threats.html","accessed":{"date-parts":[["2021","2","22"]]},"id":"ITEM-1","issued":{"date-parts":[["0"]]},"title":"Biggest Threats and Data | Antibiotic/Antimicrobial Resistance | CDC","type":"webpage"},"uris":["http://www.mendeley.com/documents/?uuid=4efd7301-1977-3bba-b4bc-776af8c3a906"]}],"mendeley":{"formattedCitation":"[40]","plainTextFormattedCitation":"[40]","previouslyFormattedCitation":"[40]"},"properties":{"noteIndex":0},"schema":"https://github.com/citation-style-language/schema/raw/master/csl-citation.json"}</w:instrText>
      </w:r>
      <w:r w:rsidR="004A4C91">
        <w:rPr>
          <w:b w:val="0"/>
        </w:rPr>
        <w:fldChar w:fldCharType="separate"/>
      </w:r>
      <w:r w:rsidR="00B573A8" w:rsidRPr="00B573A8">
        <w:rPr>
          <w:b w:val="0"/>
          <w:noProof/>
        </w:rPr>
        <w:t>[40]</w:t>
      </w:r>
      <w:r w:rsidR="004A4C91">
        <w:rPr>
          <w:b w:val="0"/>
        </w:rPr>
        <w:fldChar w:fldCharType="end"/>
      </w:r>
      <w:r w:rsidR="004A4C91">
        <w:rPr>
          <w:b w:val="0"/>
        </w:rPr>
        <w:t xml:space="preserve">, </w:t>
      </w:r>
      <w:r w:rsidR="004A4C91">
        <w:rPr>
          <w:b w:val="0"/>
        </w:rPr>
        <w:fldChar w:fldCharType="begin" w:fldLock="1"/>
      </w:r>
      <w:r w:rsidR="00EA765B">
        <w:rPr>
          <w:b w:val="0"/>
        </w:rPr>
        <w:instrText>ADDIN CSL_CITATION {"citationItems":[{"id":"ITEM-1","itemData":{"ISBN":"9789241509763","id":"ITEM-1","issued":{"date-parts":[["2015"]]},"title":"WHO Library Cataloguing-in-Publication Data Global Action Plan on Antimicrobial Resistance","type":"article-journal"},"uris":["http://www.mendeley.com/documents/?uuid=e3b92c4d-7849-392b-953a-4dad15a2333c"]}],"mendeley":{"formattedCitation":"[41]","plainTextFormattedCitation":"[41]","previouslyFormattedCitation":"[41]"},"properties":{"noteIndex":0},"schema":"https://github.com/citation-style-language/schema/raw/master/csl-citation.json"}</w:instrText>
      </w:r>
      <w:r w:rsidR="004A4C91">
        <w:rPr>
          <w:b w:val="0"/>
        </w:rPr>
        <w:fldChar w:fldCharType="separate"/>
      </w:r>
      <w:r w:rsidR="00B573A8" w:rsidRPr="00B573A8">
        <w:rPr>
          <w:b w:val="0"/>
          <w:noProof/>
        </w:rPr>
        <w:t>[41]</w:t>
      </w:r>
      <w:r w:rsidR="004A4C91">
        <w:rPr>
          <w:b w:val="0"/>
        </w:rPr>
        <w:fldChar w:fldCharType="end"/>
      </w:r>
      <w:r w:rsidR="004A4C91">
        <w:rPr>
          <w:b w:val="0"/>
        </w:rPr>
        <w:t xml:space="preserve">. </w:t>
      </w:r>
      <w:r w:rsidRPr="00D26EB7">
        <w:rPr>
          <w:b w:val="0"/>
        </w:rPr>
        <w:t>Антибиотикке төзімділік кез-келген жерде пайда болуы мүмкін, әсіресе бактериялық инфекцияның таралуы жоғары болған жағдайда</w:t>
      </w:r>
      <w:r w:rsidR="004A4C91">
        <w:rPr>
          <w:b w:val="0"/>
        </w:rPr>
        <w:t xml:space="preserve"> </w:t>
      </w:r>
      <w:r w:rsidR="004A4C91">
        <w:rPr>
          <w:b w:val="0"/>
        </w:rPr>
        <w:fldChar w:fldCharType="begin" w:fldLock="1"/>
      </w:r>
      <w:r w:rsidR="0023215E">
        <w:rPr>
          <w:b w:val="0"/>
        </w:rPr>
        <w:instrText>ADDIN CSL_CITATION {"citationItems":[{"id":"ITEM-1","itemData":{"URL":"https://www.who.int/drugresistance/documents/surveillancereport/en/","accessed":{"date-parts":[["2021","2","22"]]},"id":"ITEM-1","issued":{"date-parts":[["0"]]},"title":"WHO | Antimicrobial resistance: global report on surveillance 2014","type":"webpage"},"uris":["http://www.mendeley.com/documents/?uuid=ab4594a6-a4e9-3fb3-82a4-f40bdd2178f6"]}],"mendeley":{"formattedCitation":"[11]","plainTextFormattedCitation":"[11]","previouslyFormattedCitation":"[11]"},"properties":{"noteIndex":0},"schema":"https://github.com/citation-style-language/schema/raw/master/csl-citation.json"}</w:instrText>
      </w:r>
      <w:r w:rsidR="004A4C91">
        <w:rPr>
          <w:b w:val="0"/>
        </w:rPr>
        <w:fldChar w:fldCharType="separate"/>
      </w:r>
      <w:r w:rsidR="0023215E" w:rsidRPr="0023215E">
        <w:rPr>
          <w:b w:val="0"/>
          <w:noProof/>
        </w:rPr>
        <w:t>[11]</w:t>
      </w:r>
      <w:r w:rsidR="004A4C91">
        <w:rPr>
          <w:b w:val="0"/>
        </w:rPr>
        <w:fldChar w:fldCharType="end"/>
      </w:r>
      <w:r w:rsidR="00DB1A73" w:rsidRPr="00B0236C">
        <w:rPr>
          <w:b w:val="0"/>
        </w:rPr>
        <w:t xml:space="preserve">. </w:t>
      </w:r>
      <w:r w:rsidR="000B7C50">
        <w:rPr>
          <w:b w:val="0"/>
        </w:rPr>
        <w:t>Антибиотиктерді ұтымсыз</w:t>
      </w:r>
      <w:r w:rsidRPr="00D26EB7">
        <w:rPr>
          <w:b w:val="0"/>
        </w:rPr>
        <w:t xml:space="preserve"> және шамадан тыс қолдану антибиотикке төзімділіктің пай</w:t>
      </w:r>
      <w:r w:rsidR="004A4C91">
        <w:rPr>
          <w:b w:val="0"/>
        </w:rPr>
        <w:t xml:space="preserve">да болуы мен таралуын тездетеді </w:t>
      </w:r>
      <w:r w:rsidR="004A4C91">
        <w:rPr>
          <w:b w:val="0"/>
        </w:rPr>
        <w:fldChar w:fldCharType="begin" w:fldLock="1"/>
      </w:r>
      <w:r w:rsidR="00EA765B">
        <w:rPr>
          <w:b w:val="0"/>
        </w:rPr>
        <w:instrText>ADDIN CSL_CITATION {"citationItems":[{"id":"ITEM-1","itemData":{"DOI":"10.1016/j.jsps.2011.11.005","ISSN":"13190164","abstract":"Factors associated with antibiotic use, resistance and safety have been well recognized worldwide in the literature. Nevertheless, only few studies have been conducted in Jordan in this area. The aim of this study was to assess knowledge, behavior and attitude toward antibiotics use among adult Jordanians. The study represents a cross sectional survey using an interviewer administered questionnaire. Data collected from a random sample of 1141 adult Jordanians, recruited at different settings, regarding their knowledge about the effectiveness of, resistance toward, and self medications with antibiotics against bacterial, viral and parasitic diseases. 67.1% believed that antibiotics treat common cold and cough. 28.1% misused antibiotics as analgesics. 11.9% of females showed inadequate knowledge about the safe use of antibiotics during pregnancy and nursing. 28.5% kept antibiotics at home for emergency use and 55.6% use them as prophylaxis against infections. 49.0% use left-over antibiotics without physicians' consultation while 51.8% use antibiotics based on a relative advice. 22.9% of physicians prescribe antibiotics over the phone and &gt;50.0% routinely prescribe antibiotics to treat common cold symptoms.Our findings indicated that young adults showed unsatisfactory knowledge of proper antibiotic use. Therefore, there is an urge for educational programs using all media means. © 2011 King Saud University.","author":[{"dropping-particle":"","family":"Shehadeh","given":"Mayadah","non-dropping-particle":"","parse-names":false,"suffix":""},{"dropping-particle":"","family":"Suaifan","given":"Ghadeer","non-dropping-particle":"","parse-names":false,"suffix":""},{"dropping-particle":"","family":"Darwish","given":"Rula M.","non-dropping-particle":"","parse-names":false,"suffix":""},{"dropping-particle":"","family":"Wazaify","given":"Mayyada","non-dropping-particle":"","parse-names":false,"suffix":""},{"dropping-particle":"","family":"Zaru","given":"Luna","non-dropping-particle":"","parse-names":false,"suffix":""},{"dropping-particle":"","family":"Alja'fari","given":"Suzan","non-dropping-particle":"","parse-names":false,"suffix":""}],"container-title":"Saudi Pharmaceutical Journal","id":"ITEM-1","issue":"2","issued":{"date-parts":[["2012","4"]]},"page":"125-133","publisher":"Saudi Pharm J","title":"Knowledge, attitudes and behavior regarding antibiotics use and misuse among adults in the community of Jordan. A pilot study","type":"article-journal","volume":"20"},"uris":["http://www.mendeley.com/documents/?uuid=645c42e8-bee2-36a7-b519-438389556d1c"]}],"mendeley":{"formattedCitation":"[42]","plainTextFormattedCitation":"[42]","previouslyFormattedCitation":"[42]"},"properties":{"noteIndex":0},"schema":"https://github.com/citation-style-language/schema/raw/master/csl-citation.json"}</w:instrText>
      </w:r>
      <w:r w:rsidR="004A4C91">
        <w:rPr>
          <w:b w:val="0"/>
        </w:rPr>
        <w:fldChar w:fldCharType="separate"/>
      </w:r>
      <w:r w:rsidR="00B573A8" w:rsidRPr="00B573A8">
        <w:rPr>
          <w:b w:val="0"/>
          <w:noProof/>
        </w:rPr>
        <w:t>[42]</w:t>
      </w:r>
      <w:r w:rsidR="004A4C91">
        <w:rPr>
          <w:b w:val="0"/>
        </w:rPr>
        <w:fldChar w:fldCharType="end"/>
      </w:r>
      <w:r w:rsidR="00DB1A73" w:rsidRPr="00B0236C">
        <w:rPr>
          <w:b w:val="0"/>
        </w:rPr>
        <w:t xml:space="preserve">. </w:t>
      </w:r>
      <w:r w:rsidRPr="00D26EB7">
        <w:rPr>
          <w:b w:val="0"/>
        </w:rPr>
        <w:t>Антибиотиктермен өзін өзі емдеу және антибиотиктерді рецептсіз беру табысы төмен ж</w:t>
      </w:r>
      <w:r w:rsidR="004F0DB6">
        <w:rPr>
          <w:b w:val="0"/>
        </w:rPr>
        <w:t xml:space="preserve">әне орташа елдерде кең таралған </w:t>
      </w:r>
      <w:r w:rsidR="004F0DB6">
        <w:rPr>
          <w:b w:val="0"/>
        </w:rPr>
        <w:fldChar w:fldCharType="begin" w:fldLock="1"/>
      </w:r>
      <w:r w:rsidR="00EA765B">
        <w:rPr>
          <w:b w:val="0"/>
        </w:rPr>
        <w:instrText>ADDIN CSL_CITATION {"citationItems":[{"id":"ITEM-1","itemData":{"DOI":"10.1186/s12889-015-2109-3","ISSN":"14712458","PMID":"26231758","abstract":"Background: Antimicrobial self-medication is common in most low and middle income countries (LMICs). However there has been no systematic review on non-prescription antimicrobial use in these settings. This review thus intended to establish the burden, risk factors and effects of antimicrobial self-medication in Low and Middle Income Countries. Methods: In 2012, we registered a systematic review protocol in PROSPERO (CRD42012002508). We searched PubMed, Medline, Scopus, and Embase databases using the following terms; \"self-medication\", \"non-prescription\", â€˜self-treatment', \"antimicrobial\", \"antimalarial\", \"antibiotic\", \"antibacterial\" \"2002-2012\" and combining them using Boolean operators. We performed independent and duplicate screening and abstraction of study administrative data, prevalence, determinants, type of antimicrobial agent, source, disease conditions, inappropriate use, drug adverse events and clinical outcomes of antibiotic self-medication where possible. We performed a Random Effects Meta-analysis. Results: A total of thirty four (34) studies involving 31,340 participants were included in the review. The overall prevalence of antimicrobial self-medication was 38.8 % (95 % CI: 29.5-48.1). Most studies assessed non-prescription use of antibacterial (17/34: 50 %) and antimalarial (5/34: 14.7 %) agents. The common disease symptoms managed were, respiratory (50 %), fever (47 %) and gastrointestinal (45 %). The major sources of antimicrobials included, pharmacies (65.5 %), leftover drugs (50 %) and drug shops (37.5 %). Twelve (12) studies reported inappropriate drug use; not completing dose (6/12) and sharing of medicines (4/12). The main determinants of antimicrobial self-medication include, level of education, age, gender, past successful use, severity of illness and income. Reported negative outcomes of antimicrobial self-medication included, allergies (2/34: 5.9 %), lack of cure (4/34: 11.8 %) and causing death (2/34: 5.9 %). The commonly reported positive outcome was recovery from illness (4/34: 11.8 %). Conclusion: The prevalence of antimicrobial self-medication is high and varies in different communities as well as by social determinants of health and is frequently associated with inappropriate drug use.","author":[{"dropping-particle":"","family":"Ocan","given":"Moses","non-dropping-particle":"","parse-names":false,"suffix":""},{"dropping-particle":"","family":"Obuku","given":"Ekwaro A.","non-dropping-particle":"","parse-names":false,"suffix":""},{"dropping-particle":"","family":"Bwanga","given":"Freddie","non-dropping-particle":"","parse-names":false,"suffix":""},{"dropping-particle":"","family":"Akena","given":"Dickens","non-dropping-particle":"","parse-names":false,"suffix":""},{"dropping-particle":"","family":"Richard","given":"Sennono","non-dropping-particle":"","parse-names":false,"suffix":""},{"dropping-particle":"","family":"Ogwal-Okeng","given":"Jasper","non-dropping-particle":"","parse-names":false,"suffix":""},{"dropping-particle":"","family":"Obua","given":"Celestino","non-dropping-particle":"","parse-names":false,"suffix":""}],"container-title":"BMC Public Health","id":"ITEM-1","issue":"1","issued":{"date-parts":[["2015","8","1"]]},"publisher":"BioMed Central Ltd.","title":"Household antimicrobial self-medication: A systematic review and meta-analysis of the burden, risk factors and outcomes in developing countries","type":"article","volume":"15"},"uris":["http://www.mendeley.com/documents/?uuid=350acd35-731b-3e4d-ad61-bc484efc3f1e"]}],"mendeley":{"formattedCitation":"[43]","plainTextFormattedCitation":"[43]","previouslyFormattedCitation":"[43]"},"properties":{"noteIndex":0},"schema":"https://github.com/citation-style-language/schema/raw/master/csl-citation.json"}</w:instrText>
      </w:r>
      <w:r w:rsidR="004F0DB6">
        <w:rPr>
          <w:b w:val="0"/>
        </w:rPr>
        <w:fldChar w:fldCharType="separate"/>
      </w:r>
      <w:r w:rsidR="00B573A8" w:rsidRPr="00B573A8">
        <w:rPr>
          <w:b w:val="0"/>
          <w:noProof/>
        </w:rPr>
        <w:t>[43]</w:t>
      </w:r>
      <w:r w:rsidR="004F0DB6">
        <w:rPr>
          <w:b w:val="0"/>
        </w:rPr>
        <w:fldChar w:fldCharType="end"/>
      </w:r>
      <w:r w:rsidR="00DB1A73" w:rsidRPr="00B0236C">
        <w:rPr>
          <w:b w:val="0"/>
        </w:rPr>
        <w:t xml:space="preserve">. </w:t>
      </w:r>
      <w:r w:rsidRPr="00D26EB7">
        <w:rPr>
          <w:b w:val="0"/>
        </w:rPr>
        <w:t>Антибиотиктерді жеткіліксіз</w:t>
      </w:r>
      <w:r w:rsidR="000B7C50">
        <w:rPr>
          <w:b w:val="0"/>
        </w:rPr>
        <w:t xml:space="preserve"> тағайындау және антибиотика</w:t>
      </w:r>
      <w:r w:rsidRPr="00D26EB7">
        <w:rPr>
          <w:b w:val="0"/>
        </w:rPr>
        <w:t xml:space="preserve">терапияға </w:t>
      </w:r>
      <w:r>
        <w:rPr>
          <w:b w:val="0"/>
        </w:rPr>
        <w:t>тиімсіз қолдану мәселесі</w:t>
      </w:r>
      <w:r w:rsidRPr="00D26EB7">
        <w:rPr>
          <w:b w:val="0"/>
        </w:rPr>
        <w:t xml:space="preserve"> тек табысы төмен елдерде ғана емес, сонымен қатар табысы жоғары елдерде де жиі кездеседі</w:t>
      </w:r>
      <w:r w:rsidR="004F0DB6">
        <w:rPr>
          <w:b w:val="0"/>
        </w:rPr>
        <w:t xml:space="preserve"> </w:t>
      </w:r>
      <w:r w:rsidR="004F0DB6">
        <w:rPr>
          <w:b w:val="0"/>
        </w:rPr>
        <w:fldChar w:fldCharType="begin" w:fldLock="1"/>
      </w:r>
      <w:r w:rsidR="00EA765B">
        <w:rPr>
          <w:b w:val="0"/>
        </w:rPr>
        <w:instrText>ADDIN CSL_CITATION {"citationItems":[{"id":"ITEM-1","itemData":{"DOI":"10.4321/S1886-36552014000400003","ISSN":"18863655","abstract":"Objective: This study sought to explore the knowledge and attitudes of parents on the use of antibiotics among children that could serve as baseline data and provide further insight in planning and developing strategies for local health education purposes.\nMethods: A cross-sectional survey involving 500 parents who attended community pharmacies in Tetovo, Republic of Macedonia, was conducted using a self-administered questionnaire from October 2013 to January 2014. The questionnaire included demographics, knowledge and attitude statements of parents towards antibiotics. The data collected were analyzed using SPSS program, version 19.0. Descriptive statistics was used to summarize the data. In all statistical analyses, a p-value of &lt;0.05 was considered statistically significant.\nResults: Nearly 40% of the parents demonstrated a moderate level of knowledge. The highest correct response in the knowledge part was the awareness of parents in using antibiotics to treat a bacterial infection (61.2%). However, most of the parents did not know that antibiotics cannot cure viral infections (59.6%). About 48.2% of the parents were aware of the antibiotic resistance as s result of the overuse. Concerning attitudes, 60.8% reported keeping any leftover antibiotics, 77.0% agreed that taking antibiotics when having cold symptoms could help their children recover faster, while, 74.6% wrongly agreed with the statement of appropriate use of antibiotics for prophylaxis’ measure.\nConclusions: This study has documented the main areas that merit attention when parental knowledge on antibiotic use for their children is the concern, reflecting in some inappropriate attitudes as well. The findings highlight the need to devise effective interventions to decrease misconceptions regarding antibiotic use and to increase parents’ awareness for the risks of inappropriate use of antibiotics in children specifically and in the community at large.","author":[{"dropping-particle":"","family":"Alili-Idrizi","given":"Edita","non-dropping-particle":"","parse-names":false,"suffix":""},{"dropping-particle":"","family":"Dauti","given":"Merita","non-dropping-particle":"","parse-names":false,"suffix":""},{"dropping-particle":"","family":"Malaj","given":"Ledjan","non-dropping-particle":"","parse-names":false,"suffix":""}],"container-title":"Pharmacy Practice","id":"ITEM-1","issue":"4","issued":{"date-parts":[["2014","10","1"]]},"publisher":"Grupo de Investigacion en Atencion Farmaceutica","title":"Validación del conocimiento y actitudes parenterales sobre uso de antibióticos y resistencias en niños de Tetovo, Republica de Macedonia","type":"article-journal","volume":"12"},"uris":["http://www.mendeley.com/documents/?uuid=6e8a016e-426d-3495-9fcd-979c2f0507d5"]}],"mendeley":{"formattedCitation":"[44]","plainTextFormattedCitation":"[44]","previouslyFormattedCitation":"[44]"},"properties":{"noteIndex":0},"schema":"https://github.com/citation-style-language/schema/raw/master/csl-citation.json"}</w:instrText>
      </w:r>
      <w:r w:rsidR="004F0DB6">
        <w:rPr>
          <w:b w:val="0"/>
        </w:rPr>
        <w:fldChar w:fldCharType="separate"/>
      </w:r>
      <w:r w:rsidR="00B573A8" w:rsidRPr="00B573A8">
        <w:rPr>
          <w:b w:val="0"/>
          <w:noProof/>
        </w:rPr>
        <w:t>[44]</w:t>
      </w:r>
      <w:r w:rsidR="004F0DB6">
        <w:rPr>
          <w:b w:val="0"/>
        </w:rPr>
        <w:fldChar w:fldCharType="end"/>
      </w:r>
      <w:r w:rsidR="004F0DB6">
        <w:rPr>
          <w:b w:val="0"/>
        </w:rPr>
        <w:t xml:space="preserve">, </w:t>
      </w:r>
      <w:r w:rsidR="004F0DB6">
        <w:rPr>
          <w:b w:val="0"/>
        </w:rPr>
        <w:fldChar w:fldCharType="begin" w:fldLock="1"/>
      </w:r>
      <w:r w:rsidR="00EA765B">
        <w:rPr>
          <w:b w:val="0"/>
        </w:rPr>
        <w:instrText>ADDIN CSL_CITATION {"citationItems":[{"id":"ITEM-1","itemData":{"DOI":"10.1002/pds.3716","ISSN":"10991557","PMID":"25251203","abstract":"Nowadays, the development of antibiotic resistance represents one of the most important issues of the global public health. The incorrect use of antimicrobial drugs is recognized as one of the leading causes of antibiotic resistance. Therefore, a better understanding of the existing pieces of evidence pertaining knowledge and attitudes about antibiotic and antibiotic resistance in the general population worldwide is advisable. Methods: A systematic review and proportion meta-analyses were performed through PubMed and Scopus scientific databases. Cross-sectional studies published from January 2000 to November 2013 and investigating knowledge about antibiotic use and antibiotic resistance were included. Results: Overall, 26 studies have been selected for the systematic review, and 24 of these were included in the meta-analyses. A lack of knowledge about antibiotics was detected. In particular, 33.7% (95%CI 25.2-42.8) of the sample did not know that antibiotics can treat bacterial infections, and 53.9% (95%CI 41.6-66.0) of them did not know that antibiotics are not useful against viruses. Besides, although 59.4% (95%CI 45.7-72.4) of the sample was aware of antibiotic resistance, 26.9% (95%CI 16.6-38.7) of them did not know that misuse of antibiotics can lead to this problem. Finally, 47.1% (95%CI 36.1-58.2) of the subjects stop taking antibiotics when they start feeling better. Conclusions: It would be necessary to strengthen educational initiatives in the community and to push physicians to correctly inform patients in order to make them aware of the importance of a correct behavior concerning antibiotic consumption.","author":[{"dropping-particle":"","family":"Gualano","given":"Maria R.","non-dropping-particle":"","parse-names":false,"suffix":""},{"dropping-particle":"","family":"Gili","given":"Renata","non-dropping-particle":"","parse-names":false,"suffix":""},{"dropping-particle":"","family":"Scaioli","given":"Giacomo","non-dropping-particle":"","parse-names":false,"suffix":""},{"dropping-particle":"","family":"Bert","given":"Fabrizio","non-dropping-particle":"","parse-names":false,"suffix":""},{"dropping-particle":"","family":"Siliquini","given":"Roberta","non-dropping-particle":"","parse-names":false,"suffix":""}],"container-title":"Pharmacoepidemiology and Drug Safety","id":"ITEM-1","issue":"1","issued":{"date-parts":[["2015","1","1"]]},"page":"2-10","publisher":"John Wiley and Sons Ltd","title":"General population's knowledge and attitudes about antibiotics: A systematic review and meta-analysis","type":"article-journal","volume":"24"},"uris":["http://www.mendeley.com/documents/?uuid=07e83100-26d9-3315-9b07-97ddf5891d63"]}],"mendeley":{"formattedCitation":"[45]","plainTextFormattedCitation":"[45]","previouslyFormattedCitation":"[45]"},"properties":{"noteIndex":0},"schema":"https://github.com/citation-style-language/schema/raw/master/csl-citation.json"}</w:instrText>
      </w:r>
      <w:r w:rsidR="004F0DB6">
        <w:rPr>
          <w:b w:val="0"/>
        </w:rPr>
        <w:fldChar w:fldCharType="separate"/>
      </w:r>
      <w:r w:rsidR="00B573A8" w:rsidRPr="00B573A8">
        <w:rPr>
          <w:b w:val="0"/>
          <w:noProof/>
        </w:rPr>
        <w:t>[45]</w:t>
      </w:r>
      <w:r w:rsidR="004F0DB6">
        <w:rPr>
          <w:b w:val="0"/>
        </w:rPr>
        <w:fldChar w:fldCharType="end"/>
      </w:r>
      <w:r w:rsidR="004F0DB6">
        <w:rPr>
          <w:b w:val="0"/>
        </w:rPr>
        <w:t xml:space="preserve">, </w:t>
      </w:r>
      <w:r w:rsidR="004F0DB6">
        <w:rPr>
          <w:b w:val="0"/>
        </w:rPr>
        <w:fldChar w:fldCharType="begin" w:fldLock="1"/>
      </w:r>
      <w:r w:rsidR="00EA765B">
        <w:rPr>
          <w:b w:val="0"/>
        </w:rPr>
        <w:instrText>ADDIN CSL_CITATION {"citationItems":[{"id":"ITEM-1","itemData":{"DOI":"10.20506/rst.31.1.2108","ISSN":"16080645","PMID":"22849272","abstract":"Antibiotics have increased life expectancy. Self-medication, even over the Internet, occurs in many countries where antibiotics are classified as prescription-only medicines. Collateral damage caused by antibiotic use includes resistance, which could be reduced if the inappropriate use of antibiotics that takes place globally, especially in low-income countries, could be prevented. Surveillance of antimicrobial resistance can recognise trends in resistance patterns and novel resistances. Surveillance of antimicrobial consumption can identify and target practice areas for quality improvement, both in the community and in healthcare institutions. Antimicrobial stewardship initiatives and infection control programmes play an important role in decreasing inappropriate use and halting dissemination of resistance. Education of professionals and the public should focus on changing behaviour rather than exclusively increasing knowledge, as the latter could have a paradoxical effect by increasing demand and prescription. Behaviour change should target all prescribers, including veterinarians, since microbes know no boundaries between animals and humans and are capable of exchanging resistance genes.","author":[{"dropping-particle":"","family":"Zarb","given":"P.","non-dropping-particle":"","parse-names":false,"suffix":""},{"dropping-particle":"","family":"Goossens","given":"H.","non-dropping-particle":"","parse-names":false,"suffix":""}],"container-title":"OIE Revue Scientifique et Technique","id":"ITEM-1","issue":"1","issued":{"date-parts":[["2012"]]},"page":"121-133","publisher":"Office International des Epizootes","title":"Human use of antimicrobial agents","type":"article-journal","volume":"31"},"uris":["http://www.mendeley.com/documents/?uuid=d9468118-d06a-3aad-9532-db83717ef5ec"]}],"mendeley":{"formattedCitation":"[46]","plainTextFormattedCitation":"[46]","previouslyFormattedCitation":"[46]"},"properties":{"noteIndex":0},"schema":"https://github.com/citation-style-language/schema/raw/master/csl-citation.json"}</w:instrText>
      </w:r>
      <w:r w:rsidR="004F0DB6">
        <w:rPr>
          <w:b w:val="0"/>
        </w:rPr>
        <w:fldChar w:fldCharType="separate"/>
      </w:r>
      <w:r w:rsidR="00B573A8" w:rsidRPr="00B573A8">
        <w:rPr>
          <w:b w:val="0"/>
          <w:noProof/>
        </w:rPr>
        <w:t>[46]</w:t>
      </w:r>
      <w:r w:rsidR="004F0DB6">
        <w:rPr>
          <w:b w:val="0"/>
        </w:rPr>
        <w:fldChar w:fldCharType="end"/>
      </w:r>
      <w:r w:rsidR="004F0DB6">
        <w:rPr>
          <w:b w:val="0"/>
        </w:rPr>
        <w:t xml:space="preserve">. </w:t>
      </w:r>
      <w:r w:rsidRPr="00D26EB7">
        <w:rPr>
          <w:b w:val="0"/>
        </w:rPr>
        <w:t xml:space="preserve"> Бұл тәжірибе антибиотиктерге төзімділіктің пайда болуы және антибиотиктерді тағайындау және беру ережелерін дұрыс орындамау туралы жұртшылықтың хабардар болмауына байланысты болуы мүмкін </w:t>
      </w:r>
      <w:r w:rsidR="00DB1A73" w:rsidRPr="00B0236C">
        <w:rPr>
          <w:b w:val="0"/>
        </w:rPr>
        <w:t xml:space="preserve">[38]. </w:t>
      </w:r>
      <w:r w:rsidRPr="00D26EB7">
        <w:rPr>
          <w:b w:val="0"/>
        </w:rPr>
        <w:t>Осы өсіп келе жатқан қауіпке алаңдаған Дүниежүзілік денсаулық сақтау ұйымы (ДД</w:t>
      </w:r>
      <w:r w:rsidR="00734CE7">
        <w:rPr>
          <w:b w:val="0"/>
        </w:rPr>
        <w:t>С</w:t>
      </w:r>
      <w:r w:rsidRPr="00D26EB7">
        <w:rPr>
          <w:b w:val="0"/>
        </w:rPr>
        <w:t>Ұ) антибиотикке төзімділікке қарсы іс-қимылдың жаһандық жоспарын әзірледі және барлық елдерді тиімді ақпараттандыру және байланыс арқылы антибиотиктер мен антибиотиктерге төзімділік туралы халықтың білімін кеңейтуге шақырады</w:t>
      </w:r>
      <w:r w:rsidR="004F0DB6">
        <w:rPr>
          <w:b w:val="0"/>
        </w:rPr>
        <w:t xml:space="preserve"> </w:t>
      </w:r>
      <w:r w:rsidR="004F0DB6">
        <w:rPr>
          <w:b w:val="0"/>
        </w:rPr>
        <w:fldChar w:fldCharType="begin" w:fldLock="1"/>
      </w:r>
      <w:r w:rsidR="00EA765B">
        <w:rPr>
          <w:b w:val="0"/>
        </w:rPr>
        <w:instrText>ADDIN CSL_CITATION {"citationItems":[{"id":"ITEM-1","itemData":{"DOI":"10.20506/rst.31.1.2108","ISSN":"16080645","PMID":"22849272","abstract":"Antibiotics have increased life expectancy. Self-medication, even over the Internet, occurs in many countries where antibiotics are classified as prescription-only medicines. Collateral damage caused by antibiotic use includes resistance, which could be reduced if the inappropriate use of antibiotics that takes place globally, especially in low-income countries, could be prevented. Surveillance of antimicrobial resistance can recognise trends in resistance patterns and novel resistances. Surveillance of antimicrobial consumption can identify and target practice areas for quality improvement, both in the community and in healthcare institutions. Antimicrobial stewardship initiatives and infection control programmes play an important role in decreasing inappropriate use and halting dissemination of resistance. Education of professionals and the public should focus on changing behaviour rather than exclusively increasing knowledge, as the latter could have a paradoxical effect by increasing demand and prescription. Behaviour change should target all prescribers, including veterinarians, since microbes know no boundaries between animals and humans and are capable of exchanging resistance genes.","author":[{"dropping-particle":"","family":"Zarb","given":"P.","non-dropping-particle":"","parse-names":false,"suffix":""},{"dropping-particle":"","family":"Goossens","given":"H.","non-dropping-particle":"","parse-names":false,"suffix":""}],"container-title":"OIE Revue Scientifique et Technique","id":"ITEM-1","issue":"1","issued":{"date-parts":[["2012"]]},"page":"121-133","publisher":"Office International des Epizootes","title":"Human use of antimicrobial agents","type":"article-journal","volume":"31"},"uris":["http://www.mendeley.com/documents/?uuid=d9468118-d06a-3aad-9532-db83717ef5ec"]}],"mendeley":{"formattedCitation":"[46]","plainTextFormattedCitation":"[46]","previouslyFormattedCitation":"[46]"},"properties":{"noteIndex":0},"schema":"https://github.com/citation-style-language/schema/raw/master/csl-citation.json"}</w:instrText>
      </w:r>
      <w:r w:rsidR="004F0DB6">
        <w:rPr>
          <w:b w:val="0"/>
        </w:rPr>
        <w:fldChar w:fldCharType="separate"/>
      </w:r>
      <w:r w:rsidR="00B573A8" w:rsidRPr="00B573A8">
        <w:rPr>
          <w:b w:val="0"/>
          <w:noProof/>
        </w:rPr>
        <w:t>[46]</w:t>
      </w:r>
      <w:r w:rsidR="004F0DB6">
        <w:rPr>
          <w:b w:val="0"/>
        </w:rPr>
        <w:fldChar w:fldCharType="end"/>
      </w:r>
      <w:r w:rsidR="00DB1A73" w:rsidRPr="00B0236C">
        <w:rPr>
          <w:b w:val="0"/>
        </w:rPr>
        <w:t xml:space="preserve">. </w:t>
      </w:r>
      <w:r w:rsidRPr="00D26EB7">
        <w:rPr>
          <w:b w:val="0"/>
        </w:rPr>
        <w:t>Тиімді білім беру іс-шараларын әзірлеу үшін халықтың антибиотиктер мен антибиотиктерге төзімділік туралы хабардарлық деңгейін, көзқарасы мен қабылдауын білу м</w:t>
      </w:r>
      <w:r w:rsidR="004F0DB6">
        <w:rPr>
          <w:b w:val="0"/>
        </w:rPr>
        <w:t xml:space="preserve">аңызды </w:t>
      </w:r>
      <w:r w:rsidR="004F0DB6">
        <w:rPr>
          <w:b w:val="0"/>
        </w:rPr>
        <w:fldChar w:fldCharType="begin" w:fldLock="1"/>
      </w:r>
      <w:r w:rsidR="00EA765B">
        <w:rPr>
          <w:b w:val="0"/>
        </w:rPr>
        <w:instrText>ADDIN CSL_CITATION {"citationItems":[{"id":"ITEM-1","itemData":{"DOI":"10.1016/j.pt.2010.02.009","ISSN":"14714922","PMID":"20299285","abstract":"New technologies for global public health are spurring critical evaluations of the role of communities in research and what they receive in exchange for their participation. Community engagement activities resulting from these evaluations are most challenging for novel scientific ventures, particularly those involving controversial strategies and those in which some risks are poorly understood or determined. Remarkably, there is no explicit body of community engagement knowledge to which researchers can turn for guidance about approaches that are most likely to be effective in different contexts, and why. We describe here a framework that provides a starting point for broader discussions of community engagement in global health research, particularly as it relates to the development, evaluation and application of new technologies. © 2010 Elsevier Ltd. All rights reserved.","author":[{"dropping-particle":"V.","family":"Lavery","given":"James","non-dropping-particle":"","parse-names":false,"suffix":""},{"dropping-particle":"","family":"Tinadana","given":"Paulina O.","non-dropping-particle":"","parse-names":false,"suffix":""},{"dropping-particle":"","family":"Scott","given":"Thomas W.","non-dropping-particle":"","parse-names":false,"suffix":""},{"dropping-particle":"","family":"Harrington","given":"Laura C.","non-dropping-particle":"","parse-names":false,"suffix":""},{"dropping-particle":"","family":"Ramsey","given":"Janine M.","non-dropping-particle":"","parse-names":false,"suffix":""},{"dropping-particle":"","family":"Ytuarte-Nuñez","given":"Claudia","non-dropping-particle":"","parse-names":false,"suffix":""},{"dropping-particle":"","family":"James","given":"Anthony A.","non-dropping-particle":"","parse-names":false,"suffix":""}],"container-title":"Trends in Parasitology","id":"ITEM-1","issue":"6","issued":{"date-parts":[["2010","6"]]},"page":"279-283","publisher":"Trends Parasitol","title":"Towards a framework for community engagement in global health research","type":"article-journal","volume":"26"},"uris":["http://www.mendeley.com/documents/?uuid=849edbe0-495c-3a2f-bf1c-a6e7fd9bfb46"]}],"mendeley":{"formattedCitation":"[47]","plainTextFormattedCitation":"[47]","previouslyFormattedCitation":"[47]"},"properties":{"noteIndex":0},"schema":"https://github.com/citation-style-language/schema/raw/master/csl-citation.json"}</w:instrText>
      </w:r>
      <w:r w:rsidR="004F0DB6">
        <w:rPr>
          <w:b w:val="0"/>
        </w:rPr>
        <w:fldChar w:fldCharType="separate"/>
      </w:r>
      <w:r w:rsidR="00B573A8" w:rsidRPr="00B573A8">
        <w:rPr>
          <w:b w:val="0"/>
          <w:noProof/>
        </w:rPr>
        <w:t>[47]</w:t>
      </w:r>
      <w:r w:rsidR="004F0DB6">
        <w:rPr>
          <w:b w:val="0"/>
        </w:rPr>
        <w:fldChar w:fldCharType="end"/>
      </w:r>
      <w:r w:rsidR="00DB1A73" w:rsidRPr="00B0236C">
        <w:rPr>
          <w:b w:val="0"/>
        </w:rPr>
        <w:t>.</w:t>
      </w:r>
    </w:p>
    <w:p w:rsidR="004161BA" w:rsidRDefault="00D26EB7" w:rsidP="00DB1A73">
      <w:pPr>
        <w:pStyle w:val="1"/>
        <w:tabs>
          <w:tab w:val="left" w:pos="1868"/>
        </w:tabs>
        <w:spacing w:before="0" w:line="319" w:lineRule="exact"/>
        <w:ind w:firstLine="611"/>
        <w:rPr>
          <w:b w:val="0"/>
        </w:rPr>
      </w:pPr>
      <w:r w:rsidRPr="00D26EB7">
        <w:rPr>
          <w:b w:val="0"/>
        </w:rPr>
        <w:t>Көптеген сапалы зерттеулер Еуропа</w:t>
      </w:r>
      <w:r>
        <w:rPr>
          <w:b w:val="0"/>
        </w:rPr>
        <w:t>,</w:t>
      </w:r>
      <w:r w:rsidRPr="00D26EB7">
        <w:t xml:space="preserve"> </w:t>
      </w:r>
      <w:r w:rsidR="00A03EA4">
        <w:rPr>
          <w:b w:val="0"/>
        </w:rPr>
        <w:t xml:space="preserve">Үндістан </w:t>
      </w:r>
      <w:r w:rsidR="00A03EA4">
        <w:rPr>
          <w:b w:val="0"/>
        </w:rPr>
        <w:fldChar w:fldCharType="begin" w:fldLock="1"/>
      </w:r>
      <w:r w:rsidR="00EA765B">
        <w:rPr>
          <w:b w:val="0"/>
        </w:rPr>
        <w:instrText>ADDIN CSL_CITATION {"citationItems":[{"id":"ITEM-1","itemData":{"DOI":"10.20529/IJME.2013.005","ISSN":"0974-8466","PMID":"23439193","abstract":"Inappropriate antibiotic use and resistance are major public health challenges. Interventional strategies require ascertaining the perceptions of major stakeholders and documenting the challenges to changing practice. Towards this aim, a qualitative study was conducted in Vellore, South India, using focus group discussions among doctors, pharmacists and public. There were eight groups with six to eight participants each. The themes explored were: understanding of infections, antibiotics and resistance; practices and pressure driving antibiotic use; and strategies for appropriate use. Data were transcribed, analysed, verified and a summary prepared with salient features and quotations. It was found that the public had minimal awareness of resistance, antibiotics and infections. They wanted symptomatic relief. Doctors reported prescribing antibiotics for perceived patient expectations and quick recovery. Business concerns contributed to antibiotics sales among pharmacists. Pharmaceutical industry incentives and healthcare provider competition were the main ethical challenges. Suggested interventional strategies by the participants included creating public awareness, better healthcare provider communication, improved diagnostic support, strict implementation of guidelines, continuing education, and strengthening of regulations. Perceived patient benefit, unrestricted autonomy and business-cum-industry pressures are promoting inappropriate use of antibiotics. Strategies improving responsible use will help preserve their effectiveness, and provide distributive justice and benefit for future generations.","author":[{"dropping-particle":"","family":"Chandy","given":"Sujith J.","non-dropping-particle":"","parse-names":false,"suffix":""},{"dropping-particle":"","family":"Mathai","given":"Elizabeth","non-dropping-particle":"","parse-names":false,"suffix":""},{"dropping-particle":"","family":"Thomas","given":"Kurien","non-dropping-particle":"","parse-names":false,"suffix":""},{"dropping-particle":"","family":"Faruqui","given":"Atiya Rehman","non-dropping-particle":"","parse-names":false,"suffix":""},{"dropping-particle":"","family":"Holloway","given":"Kathleen","non-dropping-particle":"","parse-names":false,"suffix":""},{"dropping-particle":"","family":"Lundborg","given":"Cecilia Stalsby","non-dropping-particle":"","parse-names":false,"suffix":""}],"container-title":"Indian journal of medical ethics","id":"ITEM-1","issue":"1","issued":{"date-parts":[["2013"]]},"page":"20-27","publisher":"Indian J Med Ethics","title":"Antibiotic use and resistance: perceptions and ethical challenges among doctors, pharmacists and the public in Vellore, South India","type":"article-journal","volume":"10"},"uris":["http://www.mendeley.com/documents/?uuid=daf4317b-6356-3699-b918-151d58707c14"]}],"mendeley":{"formattedCitation":"[48]","plainTextFormattedCitation":"[48]","previouslyFormattedCitation":"[48]"},"properties":{"noteIndex":0},"schema":"https://github.com/citation-style-language/schema/raw/master/csl-citation.json"}</w:instrText>
      </w:r>
      <w:r w:rsidR="00A03EA4">
        <w:rPr>
          <w:b w:val="0"/>
        </w:rPr>
        <w:fldChar w:fldCharType="separate"/>
      </w:r>
      <w:r w:rsidR="00B573A8" w:rsidRPr="00B573A8">
        <w:rPr>
          <w:b w:val="0"/>
          <w:noProof/>
        </w:rPr>
        <w:t>[48]</w:t>
      </w:r>
      <w:r w:rsidR="00A03EA4">
        <w:rPr>
          <w:b w:val="0"/>
        </w:rPr>
        <w:fldChar w:fldCharType="end"/>
      </w:r>
      <w:r w:rsidR="00A03EA4">
        <w:rPr>
          <w:b w:val="0"/>
        </w:rPr>
        <w:t xml:space="preserve">, Жаңа Зеландия </w:t>
      </w:r>
      <w:r w:rsidR="00A03EA4">
        <w:rPr>
          <w:b w:val="0"/>
        </w:rPr>
        <w:fldChar w:fldCharType="begin" w:fldLock="1"/>
      </w:r>
      <w:r w:rsidR="00EA765B">
        <w:rPr>
          <w:b w:val="0"/>
        </w:rPr>
        <w:instrText>ADDIN CSL_CITATION {"citationItems":[{"id":"ITEM-1","itemData":{"DOI":"10.3390/ANTIBIOTICS2040465","ISSN":"2079-6382","PMID":"27029314","abstract":"We aimed to gain an in-depth understanding of public views and ways of talking about antibiotics. Four focus groups were held with members of the public. In addition, 39 households were recruited and interviews, diaries of medicine taking, diaries of any contact with medication were used to explore understanding and use of medication. Discussions related to antibiotics were identified and analyzed. Participants in this study were worried about adverse effects of antibiotics, particularly for recurrent infections. Some were concerned that antibiotics upset the body's -balance{norm of matrix}, and many used strategies to try to prevent and treat infections without antibiotics. They rarely used military metaphors about infection (e.g., describing bacteria as invading armies) but instead spoke of clearing infections. They had little understanding of the concept of antibiotic resistance but they thought that over-using antibiotics was unwise because it would reduce their future effectiveness. Previous studies tend to focus on problems such as lack of knowledge, or belief in the curative powers of antibiotics for viral illness, and neglect the concerns that people have about antibiotics, and the fact that many people try to avoid them. We suggest that these concerns about antibiotics form a resource for educating patients, for health promotion and social marketing strategies. © 2012 by the authors; licensee MDPI, Basel, Switzerland.","author":[{"dropping-particle":"","family":"Norris","given":"Pauline","non-dropping-particle":"","parse-names":false,"suffix":""},{"dropping-particle":"","family":"Chamberlain","given":"Kerry","non-dropping-particle":"","parse-names":false,"suffix":""},{"dropping-particle":"","family":"Dew","given":"Kevin","non-dropping-particle":"","parse-names":false,"suffix":""},{"dropping-particle":"","family":"Gabe","given":"Jonathan","non-dropping-particle":"","parse-names":false,"suffix":""},{"dropping-particle":"","family":"Hodgetts","given":"Darrin","non-dropping-particle":"","parse-names":false,"suffix":""},{"dropping-particle":"","family":"Madden","given":"Helen","non-dropping-particle":"","parse-names":false,"suffix":""}],"container-title":"Antibiotics (Basel, Switzerland)","id":"ITEM-1","issue":"4","issued":{"date-parts":[["2013","11","5"]]},"page":"465-476","publisher":"Antibiotics (Basel)","title":"Public Beliefs about Antibiotics, Infection and Resistance: A Qualitative Study","type":"article-journal","volume":"2"},"uris":["http://www.mendeley.com/documents/?uuid=78deef57-f6a4-3d3c-a2b2-b65b3c3e9cb0"]}],"mendeley":{"formattedCitation":"[49]","plainTextFormattedCitation":"[49]","previouslyFormattedCitation":"[49]"},"properties":{"noteIndex":0},"schema":"https://github.com/citation-style-language/schema/raw/master/csl-citation.json"}</w:instrText>
      </w:r>
      <w:r w:rsidR="00A03EA4">
        <w:rPr>
          <w:b w:val="0"/>
        </w:rPr>
        <w:fldChar w:fldCharType="separate"/>
      </w:r>
      <w:r w:rsidR="00B573A8" w:rsidRPr="00B573A8">
        <w:rPr>
          <w:b w:val="0"/>
          <w:noProof/>
        </w:rPr>
        <w:t>[49]</w:t>
      </w:r>
      <w:r w:rsidR="00A03EA4">
        <w:rPr>
          <w:b w:val="0"/>
        </w:rPr>
        <w:fldChar w:fldCharType="end"/>
      </w:r>
      <w:r w:rsidR="00251494">
        <w:rPr>
          <w:b w:val="0"/>
        </w:rPr>
        <w:t xml:space="preserve">, Швеция </w:t>
      </w:r>
      <w:r w:rsidR="00251494">
        <w:rPr>
          <w:b w:val="0"/>
        </w:rPr>
        <w:fldChar w:fldCharType="begin" w:fldLock="1"/>
      </w:r>
      <w:r w:rsidR="00EA765B">
        <w:rPr>
          <w:b w:val="0"/>
        </w:rPr>
        <w:instrText>ADDIN CSL_CITATION {"citationItems":[{"id":"ITEM-1","itemData":{"DOI":"10.1186/S12889-018-6047-8","ISSN":"1471-2458","PMID":"30285689","abstract":"Background: High consumption of antibiotics has been identified as an important driver for the increasing antibiotic resistance, considered to be one of the greatest threats to public health globally. Simply informing the public about this consequence is insufficient to induce behavioral change. This study explored beliefs and perceptions among Swedes, with the aim of identifying factors promoting and hindering a judicious approach to antibiotics use. The study focused primarily on the medical use of antibiotics, also considering other aspects connected with antibiotic resistance, such as travelling and food consumption. Methods: Data were collected through focus group discussions at the end of 2016. Twenty-three Swedes were recruited using an area-based approach and purposive sampling, aiming for as heterogeneous groups as possible regarding gender (13 women, 10 men), age (range 20-81, mean 38), and education level. Interview transcripts were analyzed using qualitative content analysis. The Health Belief Model was used as a theoretical framework. Results: Antibiotic resistance was identified by participants as a health threat with the potential for terrible consequences. The severity of the problem was perceived more strongly than the actual likelihood of being affected by it. Metaphors such as climate change were abundantly employed to describe antibiotic resistance as a slowly emerging problem. There was a tension between individual (egoistic) and collective (altruistic) reasons for engaging in judicious behavior. The individual effort needed and antibiotics overprescribing were considered major barriers to such behavior. In their discussions, participants stressed the need for empowerment, achieved through good health communication from authorities and family physicians. Conclusions: Knowledge about antibiotic consumption and resistance, as well as values such as altruism and trust in the health care system, has significant influence on both perceptions of individual responsibility and on behavior. This suggests that these factors should be emphasized in health education and health promotion. To instead frame antibiotic resistance as a slowly emerging disaster, risks diminish the public perception of being susceptible to it.","author":[{"dropping-particle":"","family":"Ancillotti","given":"Mirko","non-dropping-particle":"","parse-names":false,"suffix":""},{"dropping-particle":"","family":"Eriksson","given":"Stefan","non-dropping-particle":"","parse-names":false,"suffix":""},{"dropping-particle":"","family":"Veldwijk","given":"Jorien","non-dropping-particle":"","parse-names":false,"suffix":""},{"dropping-particle":"","family":"Nihlén Fahlquist","given":"Jessica","non-dropping-particle":"","parse-names":false,"suffix":""},{"dropping-particle":"","family":"Andersson","given":"Dan I.","non-dropping-particle":"","parse-names":false,"suffix":""},{"dropping-particle":"","family":"Godskesen","given":"Tove","non-dropping-particle":"","parse-names":false,"suffix":""}],"container-title":"BMC public health","id":"ITEM-1","issue":"1","issued":{"date-parts":[["2018","10","3"]]},"publisher":"BMC Public Health","title":"Public awareness and individual responsibility needed for judicious use of antibiotics: a qualitative study of public beliefs and perceptions","type":"article-journal","volume":"18"},"uris":["http://www.mendeley.com/documents/?uuid=ca170077-308c-3969-9b09-05141a39b00b"]}],"mendeley":{"formattedCitation":"[50]","plainTextFormattedCitation":"[50]","previouslyFormattedCitation":"[50]"},"properties":{"noteIndex":0},"schema":"https://github.com/citation-style-language/schema/raw/master/csl-citation.json"}</w:instrText>
      </w:r>
      <w:r w:rsidR="00251494">
        <w:rPr>
          <w:b w:val="0"/>
        </w:rPr>
        <w:fldChar w:fldCharType="separate"/>
      </w:r>
      <w:r w:rsidR="00B573A8" w:rsidRPr="00B573A8">
        <w:rPr>
          <w:b w:val="0"/>
          <w:noProof/>
        </w:rPr>
        <w:t>[50]</w:t>
      </w:r>
      <w:r w:rsidR="00251494">
        <w:rPr>
          <w:b w:val="0"/>
        </w:rPr>
        <w:fldChar w:fldCharType="end"/>
      </w:r>
      <w:r w:rsidR="00251494">
        <w:rPr>
          <w:b w:val="0"/>
        </w:rPr>
        <w:t xml:space="preserve">, Австралия </w:t>
      </w:r>
      <w:r w:rsidR="00251494">
        <w:rPr>
          <w:b w:val="0"/>
        </w:rPr>
        <w:fldChar w:fldCharType="begin" w:fldLock="1"/>
      </w:r>
      <w:r w:rsidR="00EA765B">
        <w:rPr>
          <w:b w:val="0"/>
        </w:rPr>
        <w:instrText>ADDIN CSL_CITATION {"citationItems":[{"id":"ITEM-1","itemData":{"DOI":"10.1136/BMJOPEN-2018-026735","ISSN":"2044-6055","PMID":"30867203","abstract":"Objectives To explore patients' or parents of child patients' understanding of antibiotic resistance and aspects of resistance such as resistance reversibility and its spread among those in close proximity, along with how this may influence attitudes towards antibiotic use for acute respiratory infections (ARIs). Design Qualitative semistructured interview study using convenience sampling and thematic analysis by two researchers independently. Setting General practices in Gold Coast, Australia. Participants 32 patients or parents of child patients presenting to general practice with an ARI. Results Five themes emerged: (1) antibiotic use is seen as the main cause of antibiotic resistance, but what it is that becomes resistant is poorly understood; (2) resistance is perceived as a future â big problem' for the community, with little appreciation of the individual impact of or contribution to it; (3) poor awareness that resistance can spread between family members but concern that it can; (4) low awareness that resistance can decay with time and variable impact of this knowledge on attitudes towards future antibiotic use and (5) antibiotics are perceived as sometimes necessary, with some awareness and consideration of their harms. Conclusions Patients' or parents of child patients' understanding of antibiotic resistance and aspects of it was poor. Targeting misunderstandings about resistance in public health messages and clinical consultations should be considered as part of a strategy to improve knowledge about it, which may encourage more consideration about antibiotic use for illnesses such as ARIs.","author":[{"dropping-particle":"","family":"Bakhit","given":"Mina","non-dropping-particle":"","parse-names":false,"suffix":""},{"dropping-particle":"","family":"Mar","given":"Chris","non-dropping-particle":"Del","parse-names":false,"suffix":""},{"dropping-particle":"","family":"Gibson","given":"Elizabeth","non-dropping-particle":"","parse-names":false,"suffix":""},{"dropping-particle":"","family":"Hoffmann","given":"Tammy","non-dropping-particle":"","parse-names":false,"suffix":""}],"container-title":"BMJ open","id":"ITEM-1","issue":"3","issued":{"date-parts":[["2019","3","1"]]},"publisher":"BMJ Open","title":"Exploring patients' understanding of antibiotic resistance and how this may influence attitudes towards antibiotic use for acute respiratory infections: a qualitative study in Australian general practice","type":"article-journal","volume":"9"},"uris":["http://www.mendeley.com/documents/?uuid=cf64060a-83bd-30c2-86af-de770bb7228c"]}],"mendeley":{"formattedCitation":"[51]","plainTextFormattedCitation":"[51]","previouslyFormattedCitation":"[51]"},"properties":{"noteIndex":0},"schema":"https://github.com/citation-style-language/schema/raw/master/csl-citation.json"}</w:instrText>
      </w:r>
      <w:r w:rsidR="00251494">
        <w:rPr>
          <w:b w:val="0"/>
        </w:rPr>
        <w:fldChar w:fldCharType="separate"/>
      </w:r>
      <w:r w:rsidR="00B573A8" w:rsidRPr="00B573A8">
        <w:rPr>
          <w:b w:val="0"/>
          <w:noProof/>
        </w:rPr>
        <w:t>[51]</w:t>
      </w:r>
      <w:r w:rsidR="00251494">
        <w:rPr>
          <w:b w:val="0"/>
        </w:rPr>
        <w:fldChar w:fldCharType="end"/>
      </w:r>
      <w:r w:rsidR="00251494">
        <w:rPr>
          <w:b w:val="0"/>
        </w:rPr>
        <w:t xml:space="preserve">, Шри-Ланка </w:t>
      </w:r>
      <w:r w:rsidR="00251494">
        <w:rPr>
          <w:b w:val="0"/>
        </w:rPr>
        <w:fldChar w:fldCharType="begin" w:fldLock="1"/>
      </w:r>
      <w:r w:rsidR="00EA765B">
        <w:rPr>
          <w:b w:val="0"/>
        </w:rPr>
        <w:instrText>ADDIN CSL_CITATION {"citationItems":[{"id":"ITEM-1","itemData":{"DOI":"10.1186/S12875-017-0619-Z","ISSN":"1471-2296","PMID":"28302056","abstract":"Background: Acute respiratory tract infections (ARTIs) are a common reason for antibiotic overuse worldwide. We previously showed that over 80% of outpatients presenting to a tertiary care hospital in Sri Lanka with influenza-like illness received antibiotic prescriptions, although almost half were later confirmed to have influenza. The purpose of this qualitative study was to assess Sri Lankan patients’ and physicians’ attitudes towards ARTI diagnosis and treatment. Methods: Semi-structured interviews were conducted with 50 outpatients with ARTIs and five physicians in the Outpatient Department (OPD) at a large, public tertiary care hospital in southern Sri Lanka. Interviews were audio-recorded, transcribed, and analyzed for themes related to ARTI diagnosis and treatment. Results: Patients frequently sought ARTI care in the public sector due to the receipt of free care and the perception that government hospitals carried a sense of responsibility for patients’ health. Patients reported multiple medical visits for their illnesses of short duration and many indicated that they were seeking care in the OPD while at the hospital for another reason. While patients generally expected to receive medication prescriptions at their visit, most patients were not specifically seeking an antibiotic prescription. However, more than 70% of patients received antibiotic prescriptions at their OPD visit. Physicians incorrectly perceived that patients desired antibiotics or “capsules,” a common formulation of antibiotics dispensed in this outpatient setting, and cited patient demand as an important cause of antibiotic overuse. Physicians also indicated that high patient volume and fear of bacterial superinfection drove antibiotic overuse. Conclusions: Patients in this study were seeking medication prescriptions for their ARTIs, but physicians incorrectly perceived that antibiotic prescriptions were desired. High patient volume and fear of bacterial superinfection were also important factors in antibiotic overuse. Training of physicians regarding guideline-concordant management and dealing with diagnostic uncertainty, education of patients regarding ARTI etiology and management, and systematic changes in the public outpatient care structure may help decrease unnecessary antibiotic prescriptions for ARTIs in this setting.","author":[{"dropping-particle":"","family":"Tillekeratne","given":"L. Gayani","non-dropping-particle":"","parse-names":false,"suffix":""},{"dropping-particle":"","family":"Bodinayake","given":"Champica K.","non-dropping-particle":"","parse-names":false,"suffix":""},{"dropping-particle":"","family":"Dabrera","given":"Thushani","non-dropping-particle":"","parse-names":false,"suffix":""},{"dropping-particle":"","family":"Nagahawatte","given":"Ajith","non-dropping-particle":"","parse-names":false,"suffix":""},{"dropping-particle":"","family":"Arachchi","given":"Wasantha Kodikara","non-dropping-particle":"","parse-names":false,"suffix":""},{"dropping-particle":"","family":"Sooriyaarachchi","given":"Anoji","non-dropping-particle":"","parse-names":false,"suffix":""},{"dropping-particle":"","family":"Stewart","given":"Kearsley","non-dropping-particle":"","parse-names":false,"suffix":""},{"dropping-particle":"","family":"Watt","given":"Melissa","non-dropping-particle":"","parse-names":false,"suffix":""},{"dropping-particle":"","family":"Østbye","given":"Truls","non-dropping-particle":"","parse-names":false,"suffix":""},{"dropping-particle":"","family":"Woods","given":"Christopher W.","non-dropping-particle":"","parse-names":false,"suffix":""}],"container-title":"BMC family practice","id":"ITEM-1","issue":"1","issued":{"date-parts":[["2017","3","16"]]},"publisher":"BMC Fam Pract","title":"Antibiotic overuse for acute respiratory tract infections in Sri Lanka: a qualitative study of outpatients and their physicians","type":"article-journal","volume":"18"},"uris":["http://www.mendeley.com/documents/?uuid=72eb2315-5b7d-3bb5-8d52-634d117f440c"]}],"mendeley":{"formattedCitation":"[52]","plainTextFormattedCitation":"[52]","previouslyFormattedCitation":"[52]"},"properties":{"noteIndex":0},"schema":"https://github.com/citation-style-language/schema/raw/master/csl-citation.json"}</w:instrText>
      </w:r>
      <w:r w:rsidR="00251494">
        <w:rPr>
          <w:b w:val="0"/>
        </w:rPr>
        <w:fldChar w:fldCharType="separate"/>
      </w:r>
      <w:r w:rsidR="00B573A8" w:rsidRPr="00B573A8">
        <w:rPr>
          <w:b w:val="0"/>
          <w:noProof/>
        </w:rPr>
        <w:t>[52]</w:t>
      </w:r>
      <w:r w:rsidR="00251494">
        <w:rPr>
          <w:b w:val="0"/>
        </w:rPr>
        <w:fldChar w:fldCharType="end"/>
      </w:r>
      <w:r w:rsidR="00251494">
        <w:rPr>
          <w:b w:val="0"/>
        </w:rPr>
        <w:t xml:space="preserve">, Албания </w:t>
      </w:r>
      <w:r w:rsidR="00251494">
        <w:rPr>
          <w:b w:val="0"/>
        </w:rPr>
        <w:fldChar w:fldCharType="begin" w:fldLock="1"/>
      </w:r>
      <w:r w:rsidR="00EA765B">
        <w:rPr>
          <w:b w:val="0"/>
        </w:rPr>
        <w:instrText>ADDIN CSL_CITATION {"citationItems":[{"id":"ITEM-1","itemData":{"DOI":"10.1186/S40545-017-0102-1","ISSN":"2052-3211","PMID":"28392925","abstract":"Background: The inappropriate use of antimicrobials is a problem worldwide. To target future interventions, a thorough understanding of the reasons behind this current behaviour is needed. Within the EU, the culture of antimicrobial use has been intensely studied, but this is not the case in non-EU southeastern European countries, despite the frequent use of (broad-spectrum) antibiotics (ABs) in this region. The aim of this study was to explore AB knowledge, attitudes and behaviours of health care professionals (HCPs) and patients in one southeastern European country, Albania. Methods: In total, 16 semi-structured interviews were carried out with four groups of interviewees: physicians, community pharmacists, and patients with and without AB prescriptions. Interviews were used to investigate participants' recent practices with four specific antibiotics for upper respiratory tract infections, along with their typical behaviours, knowledge and attitudes towards the use of antimicrobials. A directed content analysis was applied. Results: The patients showed little awareness of the differences between viruses and bacteria; however, they often self-diagnosed, which led them to request ABs from pharmacies without a prescription. Pharmacists felt pressured to give in to patients' demands. All of the participants (including HCP) showed suboptimal beliefs about illness severity as they all believed that 'flu complications', i.e. flu/cold symptoms that persisted after 2-3 days, should be treated with ABs. Physicians usually had no rapid tests to guide them in their practice; however, they were not concerned about this fact. HCPs acknowledged AMR, but only a few of them seemed to consider its risk in their daily practice. Conclusions: Patients had high levels of trust in and desire for ABs, and HCPs did not often negotiate with patients' demands. Suggested initiatives to improve the prudent use of ABs in Albania include higher reimbursement for prescribed antibiotics (to reduce illegal sales), academic detailing as well as implementing public awareness campaigns.","author":[{"dropping-particle":"","family":"Kaae","given":"Susanne","non-dropping-particle":"","parse-names":false,"suffix":""},{"dropping-particle":"","family":"Malaj","given":"Admir","non-dropping-particle":"","parse-names":false,"suffix":""},{"dropping-particle":"","family":"Hoxha","given":"Iris","non-dropping-particle":"","parse-names":false,"suffix":""}],"container-title":"Journal of pharmaceutical policy and practice","id":"ITEM-1","issue":"1","issued":{"date-parts":[["2017","4","4"]]},"publisher":"J Pharm Policy Pract","title":"Antibiotic knowledge, attitudes and behaviours of Albanian health care professionals and patients - a qualitative interview study","type":"article-journal","volume":"10"},"uris":["http://www.mendeley.com/documents/?uuid=07c47386-9cba-3717-9ba1-1d9192509f48"]}],"mendeley":{"formattedCitation":"[53]","plainTextFormattedCitation":"[53]","previouslyFormattedCitation":"[53]"},"properties":{"noteIndex":0},"schema":"https://github.com/citation-style-language/schema/raw/master/csl-citation.json"}</w:instrText>
      </w:r>
      <w:r w:rsidR="00251494">
        <w:rPr>
          <w:b w:val="0"/>
        </w:rPr>
        <w:fldChar w:fldCharType="separate"/>
      </w:r>
      <w:r w:rsidR="00B573A8" w:rsidRPr="00B573A8">
        <w:rPr>
          <w:b w:val="0"/>
          <w:noProof/>
        </w:rPr>
        <w:t>[53]</w:t>
      </w:r>
      <w:r w:rsidR="00251494">
        <w:rPr>
          <w:b w:val="0"/>
        </w:rPr>
        <w:fldChar w:fldCharType="end"/>
      </w:r>
      <w:r w:rsidR="00117926">
        <w:rPr>
          <w:b w:val="0"/>
        </w:rPr>
        <w:t xml:space="preserve">, Индонезия </w:t>
      </w:r>
      <w:r w:rsidR="00117926">
        <w:rPr>
          <w:b w:val="0"/>
        </w:rPr>
        <w:fldChar w:fldCharType="begin" w:fldLock="1"/>
      </w:r>
      <w:r w:rsidR="00EA765B">
        <w:rPr>
          <w:b w:val="0"/>
        </w:rPr>
        <w:instrText>ADDIN CSL_CITATION {"citationItems":[{"id":"ITEM-1","itemData":{"DOI":"10.1177/1010539512445052","ISSN":"10105395","PMID":"22548778","abstract":"Although antibiotics are prescription-only medicine in Indonesia, they can be purchased without prescription. This qualitative study elicited beliefs about nonprescribed antibiotics use informed by the theory of planned behavior to develop a questionnaire for an expanded theory of planned behavior survey. Twenty-five (N = 25) adults with experience of using nonprescribed antibiotics were interviewed. Content analysis was applied. Participants reported that the use of nonprescribed antibiotics was advantageous in term of saving time and money and of reducing the number of medicines that need to be purchased, in contrast to a perception of what occurs with medical prescriptions. Potential adverse effects, poor health outcomes, and antimicrobial resistance were the perceived disadvantages. Facilitators of such use were the availability of over-the-counter antibiotics and successful experience in using antibiotics. Medication for children was the perceived barrier to such use. Family members and friends, especially those with health education background, approved of such use.","author":[{"dropping-particle":"","family":"Widayati","given":"Aris","non-dropping-particle":"","parse-names":false,"suffix":""},{"dropping-particle":"","family":"Suryawati","given":"Sri","non-dropping-particle":"","parse-names":false,"suffix":""},{"dropping-particle":"De","family":"Crespigny","given":"Charlotte","non-dropping-particle":"","parse-names":false,"suffix":""},{"dropping-particle":"","family":"Hiller","given":"Janet E.","non-dropping-particle":"","parse-names":false,"suffix":""}],"container-title":"Asia-Pacific Journal of Public Health","id":"ITEM-1","issue":"2","issued":{"date-parts":[["2015","3","4"]]},"page":"NP402-NP413","publisher":"SAGE Publications Inc.","title":"Beliefs about the use of nonprescribed antibiotics among people in Yogyakarta City, Indonesia: A qualitative study based on the theory of planned behavior","type":"article-journal","volume":"27"},"uris":["http://www.mendeley.com/documents/?uuid=409f986f-8edb-3b27-92eb-824a69bffea7"]}],"mendeley":{"formattedCitation":"[54]","plainTextFormattedCitation":"[54]","previouslyFormattedCitation":"[54]"},"properties":{"noteIndex":0},"schema":"https://github.com/citation-style-language/schema/raw/master/csl-citation.json"}</w:instrText>
      </w:r>
      <w:r w:rsidR="00117926">
        <w:rPr>
          <w:b w:val="0"/>
        </w:rPr>
        <w:fldChar w:fldCharType="separate"/>
      </w:r>
      <w:r w:rsidR="00B573A8" w:rsidRPr="00B573A8">
        <w:rPr>
          <w:b w:val="0"/>
          <w:noProof/>
        </w:rPr>
        <w:t>[54]</w:t>
      </w:r>
      <w:r w:rsidR="00117926">
        <w:rPr>
          <w:b w:val="0"/>
        </w:rPr>
        <w:fldChar w:fldCharType="end"/>
      </w:r>
      <w:r>
        <w:rPr>
          <w:b w:val="0"/>
        </w:rPr>
        <w:t xml:space="preserve"> және Ұлыбритания</w:t>
      </w:r>
      <w:r w:rsidR="00117926">
        <w:rPr>
          <w:b w:val="0"/>
        </w:rPr>
        <w:t xml:space="preserve"> </w:t>
      </w:r>
      <w:r w:rsidR="00117926">
        <w:rPr>
          <w:b w:val="0"/>
        </w:rPr>
        <w:fldChar w:fldCharType="begin" w:fldLock="1"/>
      </w:r>
      <w:r w:rsidR="00EA765B">
        <w:rPr>
          <w:b w:val="0"/>
        </w:rPr>
        <w:instrText>ADDIN CSL_CITATION {"citationItems":[{"id":"ITEM-1","itemData":{"DOI":"10.1093/FAMPRA/CMN037","ISSN":"1460-2229","PMID":"18647956","abstract":"Background. Patients' expectations for antibiotics are known to influence prescribing, but little is known about patients' understanding of, and attitudes to, antibiotic resistance and whether these could modify treatment expectations. Objective. To explore primary care patients' perspectives on antibiotic resistance and methicillin-resistant Staphylococcus aureus (MRSA) and understand how these could modify expectations for antibiotics. Methods. A qualitative investigation using focus groups and semi-structured interviews with patients purposely sampled from low, intermediate and high antibiotic consumption groups from socio-economically contrasting general practices. Results. There was uncertainty concerning the nature and implications of antibiotic resistance for both individuals and the wider community. While some patients viewed antibiotic resistance as a problem for society, most did not see it as something that would affect them personally. Many thought that science would provide the solution through the development of new drugs. Responsibility for antibiotic resistance was mostly attributed to 'other' patients and GPs who had respectively overused and overprescribed antibiotics in the past. As MRSA was mainly seen as a hospital-based problem, blame was largely directed at hospital management and, to a lesser degree, doctors, nurses and cleaners. Concerns about antibiotic resistance were not regarded as a reason to modify individual use of antibiotics. Conclusions. Many primary care patients are unaware of what antibiotic resistance is and how it arises. The causes of, and responsibility for, antibiotic resistance are usually attributed to external rather than personal factors and patients perceive that its solutions are outside of their control. © The Author 2008. Published by Oxford University Press. All rights reserved.","author":[{"dropping-particle":"","family":"Brooks","given":"Lauren","non-dropping-particle":"","parse-names":false,"suffix":""},{"dropping-particle":"","family":"Shaw","given":"Alison","non-dropping-particle":"","parse-names":false,"suffix":""},{"dropping-particle":"","family":"Sharp","given":"Debbie","non-dropping-particle":"","parse-names":false,"suffix":""},{"dropping-particle":"","family":"Hay","given":"Alastair D.","non-dropping-particle":"","parse-names":false,"suffix":""}],"container-title":"Family practice","id":"ITEM-1","issue":"5","issued":{"date-parts":[["2008"]]},"page":"341-348","publisher":"Fam Pract","title":"Towards a better understanding of patients' perspectives of antibiotic resistance and MRSA: a qualitative study","type":"article-journal","volume":"25"},"uris":["http://www.mendeley.com/documents/?uuid=9ee6999f-22cf-3324-9e36-b94052de667a"]}],"mendeley":{"formattedCitation":"[55]","plainTextFormattedCitation":"[55]","previouslyFormattedCitation":"[55]"},"properties":{"noteIndex":0},"schema":"https://github.com/citation-style-language/schema/raw/master/csl-citation.json"}</w:instrText>
      </w:r>
      <w:r w:rsidR="00117926">
        <w:rPr>
          <w:b w:val="0"/>
        </w:rPr>
        <w:fldChar w:fldCharType="separate"/>
      </w:r>
      <w:r w:rsidR="00B573A8" w:rsidRPr="00B573A8">
        <w:rPr>
          <w:b w:val="0"/>
          <w:noProof/>
        </w:rPr>
        <w:t>[55]</w:t>
      </w:r>
      <w:r w:rsidR="00117926">
        <w:rPr>
          <w:b w:val="0"/>
        </w:rPr>
        <w:fldChar w:fldCharType="end"/>
      </w:r>
      <w:r w:rsidR="00117926">
        <w:rPr>
          <w:b w:val="0"/>
        </w:rPr>
        <w:t xml:space="preserve">, </w:t>
      </w:r>
      <w:r w:rsidR="00117926">
        <w:rPr>
          <w:b w:val="0"/>
        </w:rPr>
        <w:fldChar w:fldCharType="begin" w:fldLock="1"/>
      </w:r>
      <w:r w:rsidR="00EA765B">
        <w:rPr>
          <w:b w:val="0"/>
        </w:rPr>
        <w:instrText>ADDIN CSL_CITATION {"citationItems":[{"id":"ITEM-1","itemData":{"DOI":"10.1016/J.PEC.2008.05.025","ISSN":"0738-3991","PMID":"18640805","abstract":"Objectives: To contribute to achieving a deep understanding of lay beliefs about antibiotics and develop a typology of antibiotic user behaviours in the community. Method: Qualitative semi-structured interview study with 32 women and 14 men, selected by both purposive and theoretical sampling, from areas of high, average and low deprivation. Results: Respondents were highly confident about the efficacy and safety of antibiotics. Reported respondent antibiotic user behaviours fell into six types, those that: (1) always took antibiotics as prescribed; (2) could not take doses because of work, child care, or social constraints; (3) frequently forgot doses; (4) believed it made sense to stop taking antibiotics as they started to get better; (5) actively sought to limit antibiotic use because they believed their own bodies became used to them or because antibiotics are 'unnatural'; and (6) deliberately planned to stop early so as to have an antibiotic supply for self use in the future to avoid the challenges of consulting and obtaining antibiotics in primary care. Conclusion: Members of the public are confident about the safety and efficacy of antibiotics. Most report taking antibiotics as prescribed, but there is a range of other unintentional and intentional characteristic non-adherent behaviours that require different solutions. Practice implications: Promoting public engagement in the control of bacterial resistance through adherence to antibiotic regimes requires some interventions that address beliefs, others addressing forgetfulness, and others addressing practical barriers to adherence. © 2008 Elsevier Ireland Ltd. All rights reserved.","author":[{"dropping-particle":"","family":"Hawkings","given":"Nancy J.","non-dropping-particle":"","parse-names":false,"suffix":""},{"dropping-particle":"","family":"Butler","given":"Christopher C.","non-dropping-particle":"","parse-names":false,"suffix":""},{"dropping-particle":"","family":"Wood","given":"Fiona","non-dropping-particle":"","parse-names":false,"suffix":""}],"container-title":"Patient education and counseling","id":"ITEM-1","issue":"1","issued":{"date-parts":[["2008","10"]]},"page":"146-152","publisher":"Patient Educ Couns","title":"Antibiotics in the community: a typology of user behaviours","type":"article-journal","volume":"73"},"uris":["http://www.mendeley.com/documents/?uuid=2e7c2c7d-12b2-3a7f-bceb-08685abee55a"]}],"mendeley":{"formattedCitation":"[56]","plainTextFormattedCitation":"[56]","previouslyFormattedCitation":"[56]"},"properties":{"noteIndex":0},"schema":"https://github.com/citation-style-language/schema/raw/master/csl-citation.json"}</w:instrText>
      </w:r>
      <w:r w:rsidR="00117926">
        <w:rPr>
          <w:b w:val="0"/>
        </w:rPr>
        <w:fldChar w:fldCharType="separate"/>
      </w:r>
      <w:r w:rsidR="00B573A8" w:rsidRPr="00B573A8">
        <w:rPr>
          <w:b w:val="0"/>
          <w:noProof/>
        </w:rPr>
        <w:t>[56]</w:t>
      </w:r>
      <w:r w:rsidR="00117926">
        <w:rPr>
          <w:b w:val="0"/>
        </w:rPr>
        <w:fldChar w:fldCharType="end"/>
      </w:r>
      <w:r w:rsidR="00117926">
        <w:rPr>
          <w:b w:val="0"/>
        </w:rPr>
        <w:t xml:space="preserve">, </w:t>
      </w:r>
      <w:r w:rsidR="00117926">
        <w:rPr>
          <w:b w:val="0"/>
        </w:rPr>
        <w:fldChar w:fldCharType="begin" w:fldLock="1"/>
      </w:r>
      <w:r w:rsidR="00EA765B">
        <w:rPr>
          <w:b w:val="0"/>
        </w:rPr>
        <w:instrText>ADDIN CSL_CITATION {"citationItems":[{"id":"ITEM-1","itemData":{"DOI":"10.1093/JAC/DKM103","ISSN":"0305-7453","PMID":"17449888","abstract":"Objectives: Behaviour of members of the public contributes to bacterial resistance. For behavioural change to occur, individuals need to perceive the issue as important to them and feel able to make a valuable contribution. Public campaigns have, so far, not been informed by detailed understanding of public attitudes to the problem. We therefore set out to explore the attitudes of members of the public to bacterial resistance. Methods: A qualitative grounded theory interview study was undertaken. A purposive maximum variation sample included 32 (70%) women and 14 (30%) men, aged from 18 to 89 years, from areas of high, average and low deprivation. Results: Participants were uncertain about bacterial resistance and their explanations were generally incongruent with prevailing biomedical concepts. Perceived importance and personal threat were low. The media was the main information source and it left the impression that dirty hospitals are the main cause. Some participants dreaded hospitalization because they feared resistant infections. Few recognized resistant infections as a problem in the community. Less than a quarter indicated that they could positively influence the situation by expecting antibiotic prescriptions less often, or taking antibiotics according to instructions, and even fewer through their own hand washing behaviour. Conclusions: Although members of the public can contribute to containing bacterial resistance, most do not feel that they have a personal role in either the problem or its solution. Campaigns should identify bacterial resistance as both a hospital and a community problem that individuals have the power to influence through specific actions. © The Author 2007. Published by Oxford University Press on behalf of the British Society for Antimicrobial Chemotherapy. All rights reserved.","author":[{"dropping-particle":"","family":"Hawkings","given":"Nancy J.","non-dropping-particle":"","parse-names":false,"suffix":""},{"dropping-particle":"","family":"Wood","given":"Fiona","non-dropping-particle":"","parse-names":false,"suffix":""},{"dropping-particle":"","family":"Butler","given":"Christopher C.","non-dropping-particle":"","parse-names":false,"suffix":""}],"container-title":"The Journal of antimicrobial chemotherapy","id":"ITEM-1","issue":"6","issued":{"date-parts":[["2007","6"]]},"page":"1155-1160","publisher":"J Antimicrob Chemother","title":"Public attitudes towards bacterial resistance: a qualitative study","type":"article-journal","volume":"59"},"uris":["http://www.mendeley.com/documents/?uuid=eefc965c-7573-3469-ae9d-3476c78504ec"]}],"mendeley":{"formattedCitation":"[57]","plainTextFormattedCitation":"[57]","previouslyFormattedCitation":"[57]"},"properties":{"noteIndex":0},"schema":"https://github.com/citation-style-language/schema/raw/master/csl-citation.json"}</w:instrText>
      </w:r>
      <w:r w:rsidR="00117926">
        <w:rPr>
          <w:b w:val="0"/>
        </w:rPr>
        <w:fldChar w:fldCharType="separate"/>
      </w:r>
      <w:r w:rsidR="00B573A8" w:rsidRPr="00B573A8">
        <w:rPr>
          <w:b w:val="0"/>
          <w:noProof/>
        </w:rPr>
        <w:t>[57]</w:t>
      </w:r>
      <w:r w:rsidR="00117926">
        <w:rPr>
          <w:b w:val="0"/>
        </w:rPr>
        <w:fldChar w:fldCharType="end"/>
      </w:r>
      <w:r w:rsidR="00117926">
        <w:rPr>
          <w:b w:val="0"/>
        </w:rPr>
        <w:t xml:space="preserve">, </w:t>
      </w:r>
      <w:r w:rsidR="00117926">
        <w:rPr>
          <w:b w:val="0"/>
        </w:rPr>
        <w:fldChar w:fldCharType="begin" w:fldLock="1"/>
      </w:r>
      <w:r w:rsidR="00EA765B">
        <w:rPr>
          <w:b w:val="0"/>
        </w:rPr>
        <w:instrText>ADDIN CSL_CITATION {"citationItems":[{"id":"ITEM-1","itemData":{"DOI":"10.1093/JAC/DKZ091","ISSN":"1460-2091","PMID":"30879040","abstract":"Background: There remains public misconception about antibiotic use and resistance. Preschool children are at particular risk of receiving unnecessary antibiotics because they commonly present in primary care and many childhood infections are self-limiting. Objectives: The aim of our study was to explore parents' perceptions and understanding of antibiotic use and resistance in the context of their young child with an acute respiratory tract infection (RTI) and to explore strategies parents would find acceptable to minimize antibiotic resistance for their families. Methods: Semi-structured interviews were conducted with 23 parents of preschool children who recently had an acute RTI across greater Oxfordshire, UK (2016-17 winter). We explored their beliefs about antibiotics, understanding of antibiotic resistance and views on current public antibiotic awareness campaigns at the time. Thematic analysis was used to analyse the data. Results: Parents had a sense of optimism and considered their families to be at low risk of antibiotic resistance because their families were 'low users' of antibiotics. Very few parents considered antibiotic resistance as a possible harm of antibiotics. Parents thought they were acting morally responsibly by following campaign messages. They wanted future campaigns to have a relevant, accessible message for families about the impact of antibiotic resistance. Conclusions: Future communication about the potential impact of unnecessary antibiotic use and antibiotic resistance needs to focus on outcomes that parents of young children can relate to (e.g. infection recurrence) and in a format that parents will engage with (e.g. face-to-face dissemination at playgroups and parent/child community events) to make a more informed decision about the risks and benefits of antibiotics for their child.","author":[{"dropping-particle":"","family":"Hecke","given":"Oliver","non-dropping-particle":"Van","parse-names":false,"suffix":""},{"dropping-particle":"","family":"Butler","given":"Chris C.","non-dropping-particle":"","parse-names":false,"suffix":""},{"dropping-particle":"","family":"Wang","given":"Kay","non-dropping-particle":"","parse-names":false,"suffix":""},{"dropping-particle":"","family":"Tonkin-Crine","given":"Sarah","non-dropping-particle":"","parse-names":false,"suffix":""}],"container-title":"The Journal of antimicrobial chemotherapy","id":"ITEM-1","issue":"6","issued":{"date-parts":[["2019","6","1"]]},"page":"1741-1747","publisher":"J Antimicrob Chemother","title":"Parents' perceptions of antibiotic use and antibiotic resistance (PAUSE): a qualitative interview study","type":"article-journal","volume":"74"},"uris":["http://www.mendeley.com/documents/?uuid=6d7ae2d0-d02e-384f-8b7d-9cb2a4a17c3b"]}],"mendeley":{"formattedCitation":"[58]","plainTextFormattedCitation":"[58]","previouslyFormattedCitation":"[58]"},"properties":{"noteIndex":0},"schema":"https://github.com/citation-style-language/schema/raw/master/csl-citation.json"}</w:instrText>
      </w:r>
      <w:r w:rsidR="00117926">
        <w:rPr>
          <w:b w:val="0"/>
        </w:rPr>
        <w:fldChar w:fldCharType="separate"/>
      </w:r>
      <w:r w:rsidR="00B573A8" w:rsidRPr="00B573A8">
        <w:rPr>
          <w:b w:val="0"/>
          <w:noProof/>
        </w:rPr>
        <w:t>[58]</w:t>
      </w:r>
      <w:r w:rsidR="00117926">
        <w:rPr>
          <w:b w:val="0"/>
        </w:rPr>
        <w:fldChar w:fldCharType="end"/>
      </w:r>
      <w:r>
        <w:rPr>
          <w:b w:val="0"/>
        </w:rPr>
        <w:t xml:space="preserve"> </w:t>
      </w:r>
      <w:r w:rsidRPr="00D26EB7">
        <w:rPr>
          <w:b w:val="0"/>
        </w:rPr>
        <w:t>елдеріндегі антибиотиктер мен антибиотиктерге төзімділікке қатысты халықтың көзқара</w:t>
      </w:r>
      <w:r w:rsidR="00117926">
        <w:rPr>
          <w:b w:val="0"/>
        </w:rPr>
        <w:t xml:space="preserve">сы мен қабылдауын зерттеді </w:t>
      </w:r>
      <w:r w:rsidR="00117926">
        <w:rPr>
          <w:b w:val="0"/>
        </w:rPr>
        <w:fldChar w:fldCharType="begin" w:fldLock="1"/>
      </w:r>
      <w:r w:rsidR="00EA765B">
        <w:rPr>
          <w:b w:val="0"/>
        </w:rPr>
        <w:instrText>ADDIN CSL_CITATION {"citationItems":[{"id":"ITEM-1","itemData":{"DOI":"10.1007/S11606-011-1916-1","ISSN":"1525-1497","PMID":"22065334","abstract":"Background: Interventions promoting evidence based antibiotic prescribing and use frequently build on the concept of antibiotic resistance but patients and clinicians may not share the same assumptions about its meaning. OBJECTIVE: To explore patients' interpretations of 'antibiotic resistance' and to consider the implications for strategies to contain antibiotic resistance. Design: Multi country qualitative interview study. Participants: One hundred and twenty-one adult patients from primary care research networks based in nine European countries who had recently consulted a primary care clinician with symptoms of Lower Respiratory Tract Infection (LRTI). Approach: Semi-structured interviews with patients following their consultation and subjected to a five-stage analytic framework approach (familiarization, developing a thematic framework from the interview questions and the themes emerging from the data, indexing, charting, and mapping to search for interpretations in the data), with local network facilitators commenting on preliminary reports. RESULTS: The dominant theme was antibiotic resistance as a property of a 'resistant human body', where the barrier to antibiotic effectiveness was individual loss of responsiveness. Less commonly, patients correctly conceptualized antibiotic resistance as a property of bacteria. Nevertheless, the over-use of antibiotics was a strong central concept in almost all patients' explanations, whether they viewed resistance as located in either the body or in bacteria. CONCLUSIONS: Most patients were aware of the link between antibiotic use and antibiotic resistance. The identification of the misinterpretation of antibiotic resistance as a property of the human body rather than bacterial cells could inform clearer clinician-patient discussions and public health interventions through emphasising the transferability of resistance, and the societal contribution individuals can make through more appropriate antibiotic prescribing and use. © 2011 Society of General Internal Medicine.","author":[{"dropping-particle":"","family":"Brookes-Howell","given":"Lucy","non-dropping-particle":"","parse-names":false,"suffix":""},{"dropping-particle":"","family":"Elwyn","given":"Glyn","non-dropping-particle":"","parse-names":false,"suffix":""},{"dropping-particle":"","family":"Hood","given":"Kerenza","non-dropping-particle":"","parse-names":false,"suffix":""},{"dropping-particle":"","family":"Wood","given":"Fiona","non-dropping-particle":"","parse-names":false,"suffix":""},{"dropping-particle":"","family":"Cooper","given":"Lucy","non-dropping-particle":"","parse-names":false,"suffix":""},{"dropping-particle":"","family":"Goossens","given":"Herman","non-dropping-particle":"","parse-names":false,"suffix":""},{"dropping-particle":"","family":"Ieven","given":"Margareta","non-dropping-particle":"","parse-names":false,"suffix":""},{"dropping-particle":"","family":"Butler","given":"Christopher C.","non-dropping-particle":"","parse-names":false,"suffix":""}],"container-title":"Journal of general internal medicine","id":"ITEM-1","issue":"7","issued":{"date-parts":[["2012","7"]]},"page":"766-772","publisher":"J Gen Intern Med","title":"'The body gets used to them': patients' interpretations of antibiotic resistance and the implications for containment strategies","type":"article-journal","volume":"27"},"uris":["http://www.mendeley.com/documents/?uuid=8571955e-afde-37de-ba21-786e5766c37a"]}],"mendeley":{"formattedCitation":"[59]","plainTextFormattedCitation":"[59]","previouslyFormattedCitation":"[59]"},"properties":{"noteIndex":0},"schema":"https://github.com/citation-style-language/schema/raw/master/csl-citation.json"}</w:instrText>
      </w:r>
      <w:r w:rsidR="00117926">
        <w:rPr>
          <w:b w:val="0"/>
        </w:rPr>
        <w:fldChar w:fldCharType="separate"/>
      </w:r>
      <w:r w:rsidR="00B573A8" w:rsidRPr="00B573A8">
        <w:rPr>
          <w:b w:val="0"/>
          <w:noProof/>
        </w:rPr>
        <w:t>[59]</w:t>
      </w:r>
      <w:r w:rsidR="00117926">
        <w:rPr>
          <w:b w:val="0"/>
        </w:rPr>
        <w:fldChar w:fldCharType="end"/>
      </w:r>
      <w:r>
        <w:rPr>
          <w:b w:val="0"/>
        </w:rPr>
        <w:t>.</w:t>
      </w:r>
      <w:r w:rsidRPr="00D26EB7">
        <w:rPr>
          <w:b w:val="0"/>
        </w:rPr>
        <w:t xml:space="preserve"> Жалпы алғанда, бұл зерттеулер жалпы жұртшылық пен пациенттердің антибиотиктер мен антибиотиктерге төзімділік туралы білімдері </w:t>
      </w:r>
      <w:r w:rsidR="000B7C50">
        <w:rPr>
          <w:b w:val="0"/>
        </w:rPr>
        <w:t>жеткіліксіз және</w:t>
      </w:r>
      <w:r w:rsidRPr="00D26EB7">
        <w:rPr>
          <w:b w:val="0"/>
        </w:rPr>
        <w:t xml:space="preserve"> қате түсініктері бар екенін көрсетті. Сонымен қатар, пациенттердің едәуір бөлігі антибиотиктерге және антибиотиктерге төзімділікке теріс көзқарасты көрсетті. Мысалы, кейбір зерттеулер пациенттердің вирустық және бактериялық инфекциялар арасындағы айырмашылықтар туралы хабардарлығының төмендігін көрсетті</w:t>
      </w:r>
      <w:r w:rsidR="00DB1A73" w:rsidRPr="00B0236C">
        <w:rPr>
          <w:b w:val="0"/>
        </w:rPr>
        <w:t xml:space="preserve"> </w:t>
      </w:r>
      <w:r w:rsidR="00117926">
        <w:rPr>
          <w:b w:val="0"/>
        </w:rPr>
        <w:fldChar w:fldCharType="begin" w:fldLock="1"/>
      </w:r>
      <w:r w:rsidR="00EA765B">
        <w:rPr>
          <w:b w:val="0"/>
        </w:rPr>
        <w:instrText>ADDIN CSL_CITATION {"citationItems":[{"id":"ITEM-1","itemData":{"DOI":"10.1136/BMJOPEN-2016-015308","ISSN":"2044-6055","PMID":"28592579","abstract":"Background To understand attitudes and behaviours of adolescents towards antibiotics, antimicrobial resistance and respiratory tract infections. Design Qualitative approach informed by the Theory of Planned Behaviour. Semi-structured interviews and focus groups were undertaken. We aimed to inform the development of an intervention in an international setting to improve antibiotic use among adolescents; therefore on completion of thematic analysis, findings were triangulated with qualitative data from similar studies in France, Saudi Arabia and Cyprus to elucidate differences in the behaviour change model and adaptation to diverse contexts. Setting 7 educational establishments from the south of England. Participants 53 adolescents (16-18 years) participated in seven focus groups and 21 participated in interviews. Results Most participants had taken antibiotics and likened them to other common medications such as painkillers; they reported that their peers treat antibiotics like a â cure-all' and that they themselves were not interested in antibiotics as a discussion topic. They demonstrated low knowledge of the difference between viral and bacterial infections.Participants self-cared for colds and flu but believed antibiotics are required to treat other RTIs such as tonsillitis, which they perceived as more â serious'. Past history of taking antibiotics for RTIs instilled the belief that antibiotics were required for future RTIs. Those who characterised themselves as â non-science students' were less informed about antibiotics and AMR. Most participants felt that AMR was irrelevant to them and their peers. Some â non-science' students thought resistance was a property of the body, rather than bacteria. Conclusion Addressing adolescents' misperceptions about antibiotics and the treatment of RTIs using a behaviour change intervention should help improve antibiotic awareness and may break the cycle of patient demand for antibiotics to treat RTIs amongst this group. Schools should consider educating all students in further education about antibiotic usage and AMR, not only those taking science.","author":[{"dropping-particle":"","family":"Hawking","given":"Meredith K.D.","non-dropping-particle":"","parse-names":false,"suffix":""},{"dropping-particle":"","family":"Lecky","given":"Donna M.","non-dropping-particle":"","parse-names":false,"suffix":""},{"dropping-particle":"","family":"Touboul Lundgren","given":"Pia","non-dropping-particle":"","parse-names":false,"suffix":""},{"dropping-particle":"","family":"Aldigs","given":"Eman","non-dropping-particle":"","parse-names":false,"suffix":""},{"dropping-particle":"","family":"Abdulmajed","given":"Hind","non-dropping-particle":"","parse-names":false,"suffix":""},{"dropping-particle":"","family":"Ioannidou","given":"Eleni","non-dropping-particle":"","parse-names":false,"suffix":""},{"dropping-particle":"","family":"Paraskeva-Hadjichambi","given":"Demetra","non-dropping-particle":"","parse-names":false,"suffix":""},{"dropping-particle":"","family":"Khouri","given":"Pauline","non-dropping-particle":"","parse-names":false,"suffix":""},{"dropping-particle":"","family":"Gal","given":"Micaela","non-dropping-particle":"","parse-names":false,"suffix":""},{"dropping-particle":"","family":"Hadjichambis","given":"Andreas Ch","non-dropping-particle":"","parse-names":false,"suffix":""},{"dropping-particle":"","family":"Mappouras","given":"Demetrios","non-dropping-particle":"","parse-names":false,"suffix":""},{"dropping-particle":"","family":"McNulty","given":"Cliodna A.M.","non-dropping-particle":"","parse-names":false,"suffix":""}],"container-title":"BMJ open","id":"ITEM-1","issue":"5","issued":{"date-parts":[["2017","5","1"]]},"publisher":"BMJ Open","title":"Attitudes and behaviours of adolescents towards antibiotics and self-care for respiratory tract infections: a qualitative study","type":"article-journal","volume":"7"},"uris":["http://www.mendeley.com/documents/?uuid=2053952d-75bc-3fd5-bac7-e6c1411a9a0d"]}],"mendeley":{"formattedCitation":"[60]","plainTextFormattedCitation":"[60]","previouslyFormattedCitation":"[60]"},"properties":{"noteIndex":0},"schema":"https://github.com/citation-style-language/schema/raw/master/csl-citation.json"}</w:instrText>
      </w:r>
      <w:r w:rsidR="00117926">
        <w:rPr>
          <w:b w:val="0"/>
        </w:rPr>
        <w:fldChar w:fldCharType="separate"/>
      </w:r>
      <w:r w:rsidR="00B573A8" w:rsidRPr="00B573A8">
        <w:rPr>
          <w:b w:val="0"/>
          <w:noProof/>
        </w:rPr>
        <w:t>[60]</w:t>
      </w:r>
      <w:r w:rsidR="00117926">
        <w:rPr>
          <w:b w:val="0"/>
        </w:rPr>
        <w:fldChar w:fldCharType="end"/>
      </w:r>
      <w:r w:rsidR="00117926">
        <w:rPr>
          <w:b w:val="0"/>
        </w:rPr>
        <w:t xml:space="preserve">, </w:t>
      </w:r>
      <w:r w:rsidR="00117926">
        <w:rPr>
          <w:b w:val="0"/>
        </w:rPr>
        <w:fldChar w:fldCharType="begin" w:fldLock="1"/>
      </w:r>
      <w:r w:rsidR="00EA765B">
        <w:rPr>
          <w:b w:val="0"/>
        </w:rPr>
        <w:instrText>ADDIN CSL_CITATION {"citationItems":[{"id":"ITEM-1","itemData":{"DOI":"10.1186/S40545-017-0102-1","ISSN":"2052-3211","PMID":"28392925","abstract":"Background: The inappropriate use of antimicrobials is a problem worldwide. To target future interventions, a thorough understanding of the reasons behind this current behaviour is needed. Within the EU, the culture of antimicrobial use has been intensely studied, but this is not the case in non-EU southeastern European countries, despite the frequent use of (broad-spectrum) antibiotics (ABs) in this region. The aim of this study was to explore AB knowledge, attitudes and behaviours of health care professionals (HCPs) and patients in one southeastern European country, Albania. Methods: In total, 16 semi-structured interviews were carried out with four groups of interviewees: physicians, community pharmacists, and patients with and without AB prescriptions. Interviews were used to investigate participants' recent practices with four specific antibiotics for upper respiratory tract infections, along with their typical behaviours, knowledge and attitudes towards the use of antimicrobials. A directed content analysis was applied. Results: The patients showed little awareness of the differences between viruses and bacteria; however, they often self-diagnosed, which led them to request ABs from pharmacies without a prescription. Pharmacists felt pressured to give in to patients' demands. All of the participants (including HCP) showed suboptimal beliefs about illness severity as they all believed that 'flu complications', i.e. flu/cold symptoms that persisted after 2-3 days, should be treated with ABs. Physicians usually had no rapid tests to guide them in their practice; however, they were not concerned about this fact. HCPs acknowledged AMR, but only a few of them seemed to consider its risk in their daily practice. Conclusions: Patients had high levels of trust in and desire for ABs, and HCPs did not often negotiate with patients' demands. Suggested initiatives to improve the prudent use of ABs in Albania include higher reimbursement for prescribed antibiotics (to reduce illegal sales), academic detailing as well as implementing public awareness campaigns.","author":[{"dropping-particle":"","family":"Kaae","given":"Susanne","non-dropping-particle":"","parse-names":false,"suffix":""},{"dropping-particle":"","family":"Malaj","given":"Admir","non-dropping-particle":"","parse-names":false,"suffix":""},{"dropping-particle":"","family":"Hoxha","given":"Iris","non-dropping-particle":"","parse-names":false,"suffix":""}],"container-title":"Journal of pharmaceutical policy and practice","id":"ITEM-1","issue":"1","issued":{"date-parts":[["2017","4","4"]]},"publisher":"J Pharm Policy Pract","title":"Antibiotic knowledge, attitudes and behaviours of Albanian health care professionals and patients - a qualitative interview study","type":"article-journal","volume":"10"},"uris":["http://www.mendeley.com/documents/?uuid=07c47386-9cba-3717-9ba1-1d9192509f48"]}],"mendeley":{"formattedCitation":"[53]","plainTextFormattedCitation":"[53]","previouslyFormattedCitation":"[53]"},"properties":{"noteIndex":0},"schema":"https://github.com/citation-style-language/schema/raw/master/csl-citation.json"}</w:instrText>
      </w:r>
      <w:r w:rsidR="00117926">
        <w:rPr>
          <w:b w:val="0"/>
        </w:rPr>
        <w:fldChar w:fldCharType="separate"/>
      </w:r>
      <w:r w:rsidR="00B573A8" w:rsidRPr="00B573A8">
        <w:rPr>
          <w:b w:val="0"/>
          <w:noProof/>
        </w:rPr>
        <w:t>[53]</w:t>
      </w:r>
      <w:r w:rsidR="00117926">
        <w:rPr>
          <w:b w:val="0"/>
        </w:rPr>
        <w:fldChar w:fldCharType="end"/>
      </w:r>
      <w:r w:rsidR="00DB1A73" w:rsidRPr="00B0236C">
        <w:rPr>
          <w:b w:val="0"/>
        </w:rPr>
        <w:t xml:space="preserve">. </w:t>
      </w:r>
      <w:r w:rsidRPr="00D26EB7">
        <w:rPr>
          <w:b w:val="0"/>
        </w:rPr>
        <w:t>Австралияда жүргізілген зерттеу нәтижелері пациенттердің антибиотикке төзімділік туралы ха</w:t>
      </w:r>
      <w:r w:rsidR="000B7C50">
        <w:rPr>
          <w:b w:val="0"/>
        </w:rPr>
        <w:t>бардарлығы төмен екенін</w:t>
      </w:r>
      <w:r w:rsidRPr="00D26EB7">
        <w:rPr>
          <w:b w:val="0"/>
        </w:rPr>
        <w:t xml:space="preserve"> және қатысушыларда оның кейбір аспектілері туралы қате түсініктер анықталды </w:t>
      </w:r>
      <w:r w:rsidR="00256BD8">
        <w:rPr>
          <w:b w:val="0"/>
        </w:rPr>
        <w:fldChar w:fldCharType="begin" w:fldLock="1"/>
      </w:r>
      <w:r w:rsidR="00EA765B">
        <w:rPr>
          <w:b w:val="0"/>
        </w:rPr>
        <w:instrText>ADDIN CSL_CITATION {"citationItems":[{"id":"ITEM-1","itemData":{"DOI":"10.1136/BMJOPEN-2018-026735","ISSN":"2044-6055","PMID":"30867203","abstract":"Objectives To explore patients' or parents of child patients' understanding of antibiotic resistance and aspects of resistance such as resistance reversibility and its spread among those in close proximity, along with how this may influence attitudes towards antibiotic use for acute respiratory infections (ARIs). Design Qualitative semistructured interview study using convenience sampling and thematic analysis by two researchers independently. Setting General practices in Gold Coast, Australia. Participants 32 patients or parents of child patients presenting to general practice with an ARI. Results Five themes emerged: (1) antibiotic use is seen as the main cause of antibiotic resistance, but what it is that becomes resistant is poorly understood; (2) resistance is perceived as a future â big problem' for the community, with little appreciation of the individual impact of or contribution to it; (3) poor awareness that resistance can spread between family members but concern that it can; (4) low awareness that resistance can decay with time and variable impact of this knowledge on attitudes towards future antibiotic use and (5) antibiotics are perceived as sometimes necessary, with some awareness and consideration of their harms. Conclusions Patients' or parents of child patients' understanding of antibiotic resistance and aspects of it was poor. Targeting misunderstandings about resistance in public health messages and clinical consultations should be considered as part of a strategy to improve knowledge about it, which may encourage more consideration about antibiotic use for illnesses such as ARIs.","author":[{"dropping-particle":"","family":"Bakhit","given":"Mina","non-dropping-particle":"","parse-names":false,"suffix":""},{"dropping-particle":"","family":"Mar","given":"Chris","non-dropping-particle":"Del","parse-names":false,"suffix":""},{"dropping-particle":"","family":"Gibson","given":"Elizabeth","non-dropping-particle":"","parse-names":false,"suffix":""},{"dropping-particle":"","family":"Hoffmann","given":"Tammy","non-dropping-particle":"","parse-names":false,"suffix":""}],"container-title":"BMJ open","id":"ITEM-1","issue":"3","issued":{"date-parts":[["2019","3","1"]]},"publisher":"BMJ Open","title":"Exploring patients' understanding of antibiotic resistance and how this may influence attitudes towards antibiotic use for acute respiratory infections: a qualitative study in Australian general practice","type":"article-journal","volume":"9"},"uris":["http://www.mendeley.com/documents/?uuid=cf64060a-83bd-30c2-86af-de770bb7228c"]}],"mendeley":{"formattedCitation":"[51]","plainTextFormattedCitation":"[51]","previouslyFormattedCitation":"[51]"},"properties":{"noteIndex":0},"schema":"https://github.com/citation-style-language/schema/raw/master/csl-citation.json"}</w:instrText>
      </w:r>
      <w:r w:rsidR="00256BD8">
        <w:rPr>
          <w:b w:val="0"/>
        </w:rPr>
        <w:fldChar w:fldCharType="separate"/>
      </w:r>
      <w:r w:rsidR="00B573A8" w:rsidRPr="00B573A8">
        <w:rPr>
          <w:b w:val="0"/>
          <w:noProof/>
        </w:rPr>
        <w:t>[51]</w:t>
      </w:r>
      <w:r w:rsidR="00256BD8">
        <w:rPr>
          <w:b w:val="0"/>
        </w:rPr>
        <w:fldChar w:fldCharType="end"/>
      </w:r>
      <w:r w:rsidR="00DB1A73" w:rsidRPr="00B0236C">
        <w:rPr>
          <w:b w:val="0"/>
        </w:rPr>
        <w:t xml:space="preserve">. </w:t>
      </w:r>
      <w:r w:rsidRPr="00D26EB7">
        <w:rPr>
          <w:b w:val="0"/>
        </w:rPr>
        <w:t xml:space="preserve">Швецияда жүргізілген зерттеуде қатысушылар антибиотикке төзімділікті нашарлап бара жатқан маңызды қоғамдық денсаулық мәселесі емес, баяу пайда болатын денсаулық мәселесі ретінде қарастырғаны анықталды </w:t>
      </w:r>
      <w:r w:rsidR="00256BD8">
        <w:rPr>
          <w:b w:val="0"/>
        </w:rPr>
        <w:fldChar w:fldCharType="begin" w:fldLock="1"/>
      </w:r>
      <w:r w:rsidR="00EA765B">
        <w:rPr>
          <w:b w:val="0"/>
        </w:rPr>
        <w:instrText>ADDIN CSL_CITATION {"citationItems":[{"id":"ITEM-1","itemData":{"DOI":"10.1186/S12889-018-6047-8","ISSN":"1471-2458","PMID":"30285689","abstract":"Background: High consumption of antibiotics has been identified as an important driver for the increasing antibiotic resistance, considered to be one of the greatest threats to public health globally. Simply informing the public about this consequence is insufficient to induce behavioral change. This study explored beliefs and perceptions among Swedes, with the aim of identifying factors promoting and hindering a judicious approach to antibiotics use. The study focused primarily on the medical use of antibiotics, also considering other aspects connected with antibiotic resistance, such as travelling and food consumption. Methods: Data were collected through focus group discussions at the end of 2016. Twenty-three Swedes were recruited using an area-based approach and purposive sampling, aiming for as heterogeneous groups as possible regarding gender (13 women, 10 men), age (range 20-81, mean 38), and education level. Interview transcripts were analyzed using qualitative content analysis. The Health Belief Model was used as a theoretical framework. Results: Antibiotic resistance was identified by participants as a health threat with the potential for terrible consequences. The severity of the problem was perceived more strongly than the actual likelihood of being affected by it. Metaphors such as climate change were abundantly employed to describe antibiotic resistance as a slowly emerging problem. There was a tension between individual (egoistic) and collective (altruistic) reasons for engaging in judicious behavior. The individual effort needed and antibiotics overprescribing were considered major barriers to such behavior. In their discussions, participants stressed the need for empowerment, achieved through good health communication from authorities and family physicians. Conclusions: Knowledge about antibiotic consumption and resistance, as well as values such as altruism and trust in the health care system, has significant influence on both perceptions of individual responsibility and on behavior. This suggests that these factors should be emphasized in health education and health promotion. To instead frame antibiotic resistance as a slowly emerging disaster, risks diminish the public perception of being susceptible to it.","author":[{"dropping-particle":"","family":"Ancillotti","given":"Mirko","non-dropping-particle":"","parse-names":false,"suffix":""},{"dropping-particle":"","family":"Eriksson","given":"Stefan","non-dropping-particle":"","parse-names":false,"suffix":""},{"dropping-particle":"","family":"Veldwijk","given":"Jorien","non-dropping-particle":"","parse-names":false,"suffix":""},{"dropping-particle":"","family":"Nihlén Fahlquist","given":"Jessica","non-dropping-particle":"","parse-names":false,"suffix":""},{"dropping-particle":"","family":"Andersson","given":"Dan I.","non-dropping-particle":"","parse-names":false,"suffix":""},{"dropping-particle":"","family":"Godskesen","given":"Tove","non-dropping-particle":"","parse-names":false,"suffix":""}],"container-title":"BMC public health","id":"ITEM-1","issue":"1","issued":{"date-parts":[["2018","10","3"]]},"publisher":"BMC Public Health","title":"Public awareness and individual responsibility needed for judicious use of antibiotics: a qualitative study of public beliefs and perceptions","type":"article-journal","volume":"18"},"uris":["http://www.mendeley.com/documents/?uuid=ca170077-308c-3969-9b09-05141a39b00b"]}],"mendeley":{"formattedCitation":"[50]","plainTextFormattedCitation":"[50]","previouslyFormattedCitation":"[50]"},"properties":{"noteIndex":0},"schema":"https://github.com/citation-style-language/schema/raw/master/csl-citation.json"}</w:instrText>
      </w:r>
      <w:r w:rsidR="00256BD8">
        <w:rPr>
          <w:b w:val="0"/>
        </w:rPr>
        <w:fldChar w:fldCharType="separate"/>
      </w:r>
      <w:r w:rsidR="00B573A8" w:rsidRPr="00B573A8">
        <w:rPr>
          <w:b w:val="0"/>
          <w:noProof/>
        </w:rPr>
        <w:t>[50]</w:t>
      </w:r>
      <w:r w:rsidR="00256BD8">
        <w:rPr>
          <w:b w:val="0"/>
        </w:rPr>
        <w:fldChar w:fldCharType="end"/>
      </w:r>
      <w:r w:rsidR="00DB1A73" w:rsidRPr="00B0236C">
        <w:rPr>
          <w:b w:val="0"/>
        </w:rPr>
        <w:t xml:space="preserve">. </w:t>
      </w:r>
      <w:r w:rsidR="004161BA" w:rsidRPr="004161BA">
        <w:rPr>
          <w:b w:val="0"/>
        </w:rPr>
        <w:t>Дегенмен, антибиотиктер мен антибиотиктерге төзімділік туралы білім деңгейі, сондай-ақ антибиотиктерді қолдануға қатысты мәселелер денсаулық сақтау жүйелеріндегі, халықт</w:t>
      </w:r>
      <w:r w:rsidR="000B7C50">
        <w:rPr>
          <w:b w:val="0"/>
        </w:rPr>
        <w:t xml:space="preserve">ы хабардар ету </w:t>
      </w:r>
      <w:r w:rsidR="004161BA" w:rsidRPr="004161BA">
        <w:rPr>
          <w:b w:val="0"/>
        </w:rPr>
        <w:t xml:space="preserve">әдістеріндегі айырмашылықтарға байланысты </w:t>
      </w:r>
      <w:r w:rsidR="004161BA">
        <w:rPr>
          <w:b w:val="0"/>
        </w:rPr>
        <w:t>әрбір елде әртүрлі болуы мүмкін</w:t>
      </w:r>
      <w:r w:rsidR="00256BD8">
        <w:rPr>
          <w:b w:val="0"/>
        </w:rPr>
        <w:t xml:space="preserve"> </w:t>
      </w:r>
      <w:r w:rsidR="00256BD8">
        <w:rPr>
          <w:b w:val="0"/>
        </w:rPr>
        <w:fldChar w:fldCharType="begin" w:fldLock="1"/>
      </w:r>
      <w:r w:rsidR="00EA765B">
        <w:rPr>
          <w:b w:val="0"/>
        </w:rPr>
        <w:instrText>ADDIN CSL_CITATION {"citationItems":[{"id":"ITEM-1","itemData":{"DOI":"10.34689/SH.2021.23.2.005","ISSN":"2410-4280","author":[{"dropping-particle":"","family":"Н.С.","given":"Искакова","non-dropping-particle":"","parse-names":false,"suffix":""},{"dropping-particle":"","family":"З.А.","given":"Хисметова","non-dropping-particle":"","parse-names":false,"suffix":""},{"dropping-particle":"","family":"Г.Ж.","given":"Сарсенбаева","non-dropping-particle":"","parse-names":false,"suffix":""},{"dropping-particle":"","family":"Ж.У.","given":"Садибекова","non-dropping-particle":"","parse-names":false,"suffix":""},{"dropping-particle":"","family":"Ж.М.","given":"Уразалина","non-dropping-particle":"","parse-names":false,"suffix":""},{"dropping-particle":"","family":"Ж.Б.","given":"Нурахметова","non-dropping-particle":"","parse-names":false,"suffix":""}],"container-title":"Наука и здравоохранение","id":"ITEM-1","issue":"2","issued":{"date-parts":[["2021"]]},"publisher":"Республиканское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Казахстан","title":"ИНФОРМИРОВАННОСТЬ НАСЕЛЕНИЯ РАЗЛИЧНЫХ СТРАН ПО ВОПРОСАМ ИСПОЛЬЗОВАНИЯ АНТИБИОТИКОВ. ОБЗОР ЛИТЕРАТУРЫ","type":"article-journal"},"uris":["http://www.mendeley.com/documents/?uuid=9f8919f2-750a-39ef-b71d-769348e08419"]}],"mendeley":{"formattedCitation":"[61]","plainTextFormattedCitation":"[61]","previouslyFormattedCitation":"[61]"},"properties":{"noteIndex":0},"schema":"https://github.com/citation-style-language/schema/raw/master/csl-citation.json"}</w:instrText>
      </w:r>
      <w:r w:rsidR="00256BD8">
        <w:rPr>
          <w:b w:val="0"/>
        </w:rPr>
        <w:fldChar w:fldCharType="separate"/>
      </w:r>
      <w:r w:rsidR="00B573A8" w:rsidRPr="00B573A8">
        <w:rPr>
          <w:b w:val="0"/>
          <w:noProof/>
        </w:rPr>
        <w:t>[61]</w:t>
      </w:r>
      <w:r w:rsidR="00256BD8">
        <w:rPr>
          <w:b w:val="0"/>
        </w:rPr>
        <w:fldChar w:fldCharType="end"/>
      </w:r>
      <w:r w:rsidR="00DB1A73" w:rsidRPr="00B0236C">
        <w:rPr>
          <w:b w:val="0"/>
        </w:rPr>
        <w:t xml:space="preserve">. </w:t>
      </w:r>
      <w:r w:rsidR="004161BA" w:rsidRPr="004161BA">
        <w:rPr>
          <w:b w:val="0"/>
        </w:rPr>
        <w:t>Антибиотиктерді ұтымсыз қолдану қоғамды антибиотиктерге төзімділікке әкелді</w:t>
      </w:r>
      <w:r w:rsidR="000B7C50">
        <w:rPr>
          <w:b w:val="0"/>
        </w:rPr>
        <w:t xml:space="preserve"> </w:t>
      </w:r>
      <w:r w:rsidR="004161BA" w:rsidRPr="004161BA">
        <w:rPr>
          <w:b w:val="0"/>
        </w:rPr>
        <w:t>-</w:t>
      </w:r>
      <w:r w:rsidR="000B7C50">
        <w:rPr>
          <w:b w:val="0"/>
        </w:rPr>
        <w:t xml:space="preserve"> </w:t>
      </w:r>
      <w:r w:rsidR="004161BA" w:rsidRPr="004161BA">
        <w:rPr>
          <w:b w:val="0"/>
        </w:rPr>
        <w:t>бұл бүкіл әлемде денсаулық сақтаудың маңызды мәселесі. Литвада жүргізілген зерттеу антибиотиктерді қолдану мен өзін-өзі емдеуге қатысты қоғамдық білімді, нанымды және мінез-құлықты бағалауға бағытталған. Бұл зерттеуге барлығы 1005 ересек адам қатысты. Сауалнамаға қатысқандардың жартысынан көбі (61,1%) антибиотиктерді жақсы білмеді. Білім</w:t>
      </w:r>
      <w:r w:rsidR="004161BA">
        <w:rPr>
          <w:b w:val="0"/>
        </w:rPr>
        <w:t xml:space="preserve"> деңгейі төмен респонденттер (МҚ</w:t>
      </w:r>
      <w:r w:rsidR="004161BA" w:rsidRPr="004161BA">
        <w:rPr>
          <w:b w:val="0"/>
        </w:rPr>
        <w:t xml:space="preserve"> = 2,515; 95% ci 1,464–4,319; р </w:t>
      </w:r>
      <w:r w:rsidR="004161BA">
        <w:rPr>
          <w:b w:val="0"/>
        </w:rPr>
        <w:t>= 0,001) және ауылдық жерлер (МҚ</w:t>
      </w:r>
      <w:r w:rsidR="004161BA" w:rsidRPr="004161BA">
        <w:rPr>
          <w:b w:val="0"/>
        </w:rPr>
        <w:t xml:space="preserve"> = 1,765; 95% ci 1,041–2,991; р = 0,035) антибиотиктер туралы аз хабардар болды. Жыныс</w:t>
      </w:r>
      <w:r w:rsidR="00734CE7">
        <w:rPr>
          <w:b w:val="0"/>
        </w:rPr>
        <w:t>ы</w:t>
      </w:r>
      <w:r w:rsidR="004161BA" w:rsidRPr="004161BA">
        <w:rPr>
          <w:b w:val="0"/>
        </w:rPr>
        <w:t>, әртүрлі жас топтары немесе әртүрлі ата-ана мәртебесі арасында айтарлықтай айырмашылық болған жоқ. Антибиотиктермен өзін–өзі ем</w:t>
      </w:r>
      <w:r w:rsidR="00734CE7">
        <w:rPr>
          <w:b w:val="0"/>
        </w:rPr>
        <w:t>деу деңгейі анықталды, оның</w:t>
      </w:r>
      <w:r w:rsidR="004161BA" w:rsidRPr="004161BA">
        <w:rPr>
          <w:b w:val="0"/>
        </w:rPr>
        <w:t xml:space="preserve"> 31,0%</w:t>
      </w:r>
      <w:r w:rsidR="00734CE7">
        <w:rPr>
          <w:b w:val="0"/>
        </w:rPr>
        <w:t xml:space="preserve"> ерлер </w:t>
      </w:r>
      <w:r w:rsidR="004161BA">
        <w:rPr>
          <w:b w:val="0"/>
        </w:rPr>
        <w:t xml:space="preserve"> құрады (МҚ</w:t>
      </w:r>
      <w:r w:rsidR="004161BA" w:rsidRPr="004161BA">
        <w:rPr>
          <w:b w:val="0"/>
        </w:rPr>
        <w:t xml:space="preserve"> = 1,650; 95% ci 1,120–2,430; р = 0,011) және ауылдық же</w:t>
      </w:r>
      <w:r w:rsidR="004161BA">
        <w:rPr>
          <w:b w:val="0"/>
        </w:rPr>
        <w:t>рлерден келген респонденттер (МҚ</w:t>
      </w:r>
      <w:r w:rsidR="004161BA" w:rsidRPr="004161BA">
        <w:rPr>
          <w:b w:val="0"/>
        </w:rPr>
        <w:t xml:space="preserve"> = 2,002; 95% ci 1,343-2,985; р = 0,00</w:t>
      </w:r>
      <w:r w:rsidR="004161BA">
        <w:rPr>
          <w:b w:val="0"/>
        </w:rPr>
        <w:t>1) және балалары жоқ адамдар (МҚ</w:t>
      </w:r>
      <w:r w:rsidR="004161BA" w:rsidRPr="004161BA">
        <w:rPr>
          <w:b w:val="0"/>
        </w:rPr>
        <w:t xml:space="preserve"> = 2,428; 95% ci 1,477– 3,991; p &lt;0,001) өзін-өзі емдеу үшін антибиотиктерді жиі қолданған. Зерттеу нәтижелері Литва тұрғындарының антибиотиктер туралы білімі жеткіліксіз екенін көрсетті. Осылайша, антибиотиктерді қолдану туралы қосымша ақпаратты дәрігерлер мен фармацевт</w:t>
      </w:r>
      <w:r w:rsidR="000B7C50">
        <w:rPr>
          <w:b w:val="0"/>
        </w:rPr>
        <w:t>т</w:t>
      </w:r>
      <w:r w:rsidR="00256BD8">
        <w:rPr>
          <w:b w:val="0"/>
        </w:rPr>
        <w:t xml:space="preserve">ер беруі керек </w:t>
      </w:r>
      <w:r w:rsidR="00256BD8">
        <w:rPr>
          <w:b w:val="0"/>
        </w:rPr>
        <w:fldChar w:fldCharType="begin" w:fldLock="1"/>
      </w:r>
      <w:r w:rsidR="00EA765B">
        <w:rPr>
          <w:b w:val="0"/>
        </w:rPr>
        <w:instrText>ADDIN CSL_CITATION {"citationItems":[{"id":"ITEM-1","itemData":{"DOI":"10.3390/IJERPH120607002","ISSN":"1660-4601","PMID":"26090612","abstract":"Irrational antibiotic use has led society to antibiotic resistance—a serious health problem worldwide. This study aimed to assess public knowledge, beliefs, and behavior concerning antibiotic use and self-medication in Lithuania. The cross-sectional survey method was processed using a validated questionnaire in different regions of Lithuania. In total, 1005 adults completed the questionnaire and were included in the study. More than half of the respondents (61.1%) had poor knowledge of antibiotics. Almost half of the respondents incorrectly identified antibiotics as being effective either against viral (26.0%) or mixed (bacterial and viral) infections (21.7%). The respondents with lower educational qualifications (OR = 2.515; 95% CI 1.464–4.319; p = 0.001) and those from rural areas (OR = 1.765; 95% CI 1.041–2.991; p = 0.035) were significantly less knowledgeable of antibiotics. There was no significant difference between genders, different age groups, or different parenthood status. The determined level of self–medication with antibiotics was 31.0%. The men (OR = 1.650; 95% CI 1.120–2.430; p = 0.011), the respondents from rural areas (OR = 2.002; 95% CI 1.343–2.985; p = 0.001), and those without children (OR = 2.428; 95% CI 1.477–3.991; p &lt; 0.001) were more likely to use antibiotics in self-medication. Lithuanian residents’ knowledge of antibiotics is insufficient. More information about antibiotic use should be provided by physicians and pharmacists. Self-medication with antibiotics is a serious problem in Lithuania and requires considerable attention.","author":[{"dropping-particle":"","family":"Pavydė","given":"Eglė","non-dropping-particle":"","parse-names":false,"suffix":""},{"dropping-particle":"","family":"Veikutis","given":"Vincentas","non-dropping-particle":"","parse-names":false,"suffix":""},{"dropping-particle":"","family":"Mačiulienė","given":"Asta","non-dropping-particle":"","parse-names":false,"suffix":""},{"dropping-particle":"","family":"Mačiulis","given":"Vytautas","non-dropping-particle":"","parse-names":false,"suffix":""},{"dropping-particle":"","family":"Petrikonis","given":"Kęstutis","non-dropping-particle":"","parse-names":false,"suffix":""},{"dropping-particle":"","family":"Stankevičius","given":"Edgaras","non-dropping-particle":"","parse-names":false,"suffix":""}],"container-title":"International journal of environmental research and public health","id":"ITEM-1","issue":"6","issued":{"date-parts":[["2015","6","17"]]},"page":"7002-7016","publisher":"Int J Environ Res Public Health","title":"Public Knowledge, Beliefs and Behavior on Antibiotic Use and Self-Medication in Lithuania","type":"article-journal","volume":"12"},"uris":["http://www.mendeley.com/documents/?uuid=1cb1ef8b-e76c-38ff-a90e-aaa34145d2ff"]}],"mendeley":{"formattedCitation":"[62]","plainTextFormattedCitation":"[62]","previouslyFormattedCitation":"[62]"},"properties":{"noteIndex":0},"schema":"https://github.com/citation-style-language/schema/raw/master/csl-citation.json"}</w:instrText>
      </w:r>
      <w:r w:rsidR="00256BD8">
        <w:rPr>
          <w:b w:val="0"/>
        </w:rPr>
        <w:fldChar w:fldCharType="separate"/>
      </w:r>
      <w:r w:rsidR="00B573A8" w:rsidRPr="00B573A8">
        <w:rPr>
          <w:b w:val="0"/>
          <w:noProof/>
        </w:rPr>
        <w:t>[62]</w:t>
      </w:r>
      <w:r w:rsidR="00256BD8">
        <w:rPr>
          <w:b w:val="0"/>
        </w:rPr>
        <w:fldChar w:fldCharType="end"/>
      </w:r>
      <w:r w:rsidR="004161BA" w:rsidRPr="004161BA">
        <w:rPr>
          <w:b w:val="0"/>
        </w:rPr>
        <w:t>.</w:t>
      </w:r>
      <w:r w:rsidR="004161BA">
        <w:rPr>
          <w:b w:val="0"/>
        </w:rPr>
        <w:t xml:space="preserve"> </w:t>
      </w:r>
    </w:p>
    <w:p w:rsidR="005037D0" w:rsidRPr="00B0236C" w:rsidRDefault="00143C43" w:rsidP="00DB1A73">
      <w:pPr>
        <w:pStyle w:val="1"/>
        <w:tabs>
          <w:tab w:val="left" w:pos="1868"/>
        </w:tabs>
        <w:spacing w:before="0" w:line="319" w:lineRule="exact"/>
        <w:ind w:firstLine="611"/>
        <w:rPr>
          <w:b w:val="0"/>
        </w:rPr>
      </w:pPr>
      <w:r w:rsidRPr="00143C43">
        <w:rPr>
          <w:b w:val="0"/>
        </w:rPr>
        <w:t xml:space="preserve">2014 жылдың қаңтар-наурыз айлары аралығында Кувейтте халық арасында антибиотиктерді қолдану тәжірибесі мен ақпараттандыру мәселелері бойынша көлденең зерттеу жүргізілді. Зерттеу нәтижесінде респонденттердің төрттен үш бөлігіне (72,8%) соңғы 12 айда антибиотиктер тағайындалғаны және олардың 36% толық емдеу курсын аяқтамағаны анықталды. Төрттен бірінен астамы (27,5%) өзін-өзі емдеумен айналысты, антибиотиктерді негізінен суық тию, тамақ ауруы және жөтелді емдеу үшін қолданды. Қатысушылардың шамамен 47% - антибиотиктерге төзімділіктің әсері, қолданылуы, қауіпсіздігі және пайда болуы туралы білім деңгейі төмен болды </w:t>
      </w:r>
      <w:r w:rsidR="00256BD8">
        <w:rPr>
          <w:b w:val="0"/>
        </w:rPr>
        <w:fldChar w:fldCharType="begin" w:fldLock="1"/>
      </w:r>
      <w:r w:rsidR="00EA765B">
        <w:rPr>
          <w:b w:val="0"/>
        </w:rPr>
        <w:instrText>ADDIN CSL_CITATION {"citationItems":[{"id":"ITEM-1","itemData":{"DOI":"10.1371/journal.pone.0117910","ISSN":"19326203","PMID":"25675405","abstract":"Background: The emergence and spread of bacterial resistance to antibiotics is a growing problem worldwide, which presents a significant threat to public health globally in the 21st century. A substantial evidence has shown that the general community plays a role in the increase and spread of antibiotic resistance. The present study was designed to determine knowledge, attitude and practice towards antibiotic use. Methods: A cross-sectional survey was performed using a pretested self-administered questionnaire on a sample of 770 randomly selected Kuwaiti individuals. Descriptive and multivariate logistic regression analysis were used in data analysis. Results: The response rate was 88.3%. Nearly three-quarters (72.8%) of respondents had been prescribed antibiotics within 12 months prior to the study period, and 36% of them had not finished the course of treatment. Over one-quarter (27.5%) were self-medicated with antibiotics to treat mainly common cold, sore throat and cough. Self-medication was more prevalent among those who were prescribed antibiotics and those who had attitudes towards using and accessing antibiotic inappropriately. Almost 47% of participants had low knowledge regarding action, use, safety and resistance of antibiotics. Forty one percent of respondents had attitudes towards using and accessing antibiotic inappropriately. Better knowledge was found to be a predictor for positive attitude. Respondents level of agreement that doctors often prescribe antibiotics to meet the patient's expectation, and that doctors often take time to consider carefully the need for an antibiotic were 52.7% and 35.3%, respectively. Conclusions: These findings will aid in the assessment of the adequacy of present public educational campaigns. Also, it will provide further insight in designing future multifaceted interventions to promote specific messages to rationalize antibiotic use, and compensate for knowledge and attitude gaps as an effort towards preventing development of antibiotic resistance.","author":[{"dropping-particle":"","family":"Awad","given":"Abdelmoneim Ismail","non-dropping-particle":"","parse-names":false,"suffix":""},{"dropping-particle":"","family":"Aboud","given":"Esraa Abdulwahid","non-dropping-particle":"","parse-names":false,"suffix":""}],"container-title":"PLoS ONE","id":"ITEM-1","issue":"2","issued":{"date-parts":[["2015"]]},"page":"1-15","title":"Knowledge, attitude and practice towards antibiotic use among the public in Kuwait","type":"article-journal","volume":"10"},"uris":["http://www.mendeley.com/documents/?uuid=0f63b8cc-82e6-4b84-9e81-c66b2c9393d8"]}],"mendeley":{"formattedCitation":"[63]","plainTextFormattedCitation":"[63]","previouslyFormattedCitation":"[63]"},"properties":{"noteIndex":0},"schema":"https://github.com/citation-style-language/schema/raw/master/csl-citation.json"}</w:instrText>
      </w:r>
      <w:r w:rsidR="00256BD8">
        <w:rPr>
          <w:b w:val="0"/>
        </w:rPr>
        <w:fldChar w:fldCharType="separate"/>
      </w:r>
      <w:r w:rsidR="00B573A8" w:rsidRPr="00B573A8">
        <w:rPr>
          <w:b w:val="0"/>
          <w:noProof/>
        </w:rPr>
        <w:t>[63]</w:t>
      </w:r>
      <w:r w:rsidR="00256BD8">
        <w:rPr>
          <w:b w:val="0"/>
        </w:rPr>
        <w:fldChar w:fldCharType="end"/>
      </w:r>
      <w:r w:rsidR="00DB1A73" w:rsidRPr="00B0236C">
        <w:rPr>
          <w:b w:val="0"/>
        </w:rPr>
        <w:t xml:space="preserve">. </w:t>
      </w:r>
    </w:p>
    <w:p w:rsidR="005037D0" w:rsidRPr="00B0236C" w:rsidRDefault="00143C43" w:rsidP="00DB1A73">
      <w:pPr>
        <w:pStyle w:val="1"/>
        <w:tabs>
          <w:tab w:val="left" w:pos="1868"/>
        </w:tabs>
        <w:spacing w:before="0" w:line="319" w:lineRule="exact"/>
        <w:ind w:firstLine="611"/>
        <w:rPr>
          <w:b w:val="0"/>
        </w:rPr>
      </w:pPr>
      <w:r w:rsidRPr="00143C43">
        <w:rPr>
          <w:b w:val="0"/>
        </w:rPr>
        <w:t xml:space="preserve">Өздеріңіз білетіндей, антибиотиктердің </w:t>
      </w:r>
      <w:r>
        <w:rPr>
          <w:b w:val="0"/>
        </w:rPr>
        <w:t>тиімділігі</w:t>
      </w:r>
      <w:r w:rsidRPr="00143C43">
        <w:rPr>
          <w:b w:val="0"/>
        </w:rPr>
        <w:t xml:space="preserve"> өзін-өзі емдеу, антибиотиктерді</w:t>
      </w:r>
      <w:r>
        <w:rPr>
          <w:b w:val="0"/>
        </w:rPr>
        <w:t xml:space="preserve"> дұрыс қолдануды білмеу</w:t>
      </w:r>
      <w:r w:rsidRPr="00143C43">
        <w:rPr>
          <w:b w:val="0"/>
        </w:rPr>
        <w:t xml:space="preserve">, әсіресе дамушы елдерде дұрыс қолданбау салдарынан төмендейді. 2015 жылдың қаңтар-наурыз айлары аралығында Камерунның Дуала IV медициналық округінің барлық дәріханаларында </w:t>
      </w:r>
      <w:r>
        <w:rPr>
          <w:b w:val="0"/>
        </w:rPr>
        <w:t>көлденең және проспективті</w:t>
      </w:r>
      <w:r w:rsidR="000B7C50">
        <w:rPr>
          <w:b w:val="0"/>
        </w:rPr>
        <w:t xml:space="preserve"> зерттеу жүргізілді. 1,</w:t>
      </w:r>
      <w:r w:rsidRPr="00143C43">
        <w:rPr>
          <w:b w:val="0"/>
        </w:rPr>
        <w:t>192 респонденттің 402-сі (33,7%) антибиотиктерді сатып алды, оның 47% - ы рецептсіз антибиотиктерді сатып алды, сатып алынған антибиотиктердің 60,7% - ы ересек пациенттерге арналған, ал ата-аналардың шамамен 60% - ы балалардың өзін-өзі емдеуімен айналысқан. Басым көпшілігі барлық микробтарды антибиотиктермен емдеуге болатынын хабарлады (88,3%). Антибиотиктер бактериялық инфекцияларды емдеуге жарамды деген сенім жоғары</w:t>
      </w:r>
      <w:r>
        <w:rPr>
          <w:b w:val="0"/>
        </w:rPr>
        <w:t xml:space="preserve"> білімі бар адамдар арасында (МҚ</w:t>
      </w:r>
      <w:r w:rsidRPr="00143C43">
        <w:rPr>
          <w:b w:val="0"/>
        </w:rPr>
        <w:t xml:space="preserve"> = 4,03, 95% ci: 1,89-8,57, p &lt;0,0001) және мемлекетті</w:t>
      </w:r>
      <w:r>
        <w:rPr>
          <w:b w:val="0"/>
        </w:rPr>
        <w:t>к/жеке қызметкерлер арасында (МҚ</w:t>
      </w:r>
      <w:r w:rsidRPr="00143C43">
        <w:rPr>
          <w:b w:val="0"/>
        </w:rPr>
        <w:t xml:space="preserve"> = 2,47, 95% ci: 1,21-5,08, p = 0,013) жиі кездеседі. Дұрыс пайдаланбау, кішігірім "практикалық білім" және өзін-өзі емдеудің жоғары деңгейі осы елде антибиотиктерді тағайындау мен босатудың қанағаттанарлықсыз тәжір</w:t>
      </w:r>
      <w:r w:rsidR="00F802CF">
        <w:rPr>
          <w:b w:val="0"/>
        </w:rPr>
        <w:t>ибесін қолдайды. Бұл нәтижелер д</w:t>
      </w:r>
      <w:r w:rsidRPr="00143C43">
        <w:rPr>
          <w:b w:val="0"/>
        </w:rPr>
        <w:t>енсаулық сақтау мамандары мен халыққа бағытталған денсаулық сақтау саласындағы білім беру үшін антибиотиктерді жауапты қолдану бойынша тиісті нұсқаулықтарды әзірлеу мен е</w:t>
      </w:r>
      <w:r w:rsidR="00256BD8">
        <w:rPr>
          <w:b w:val="0"/>
        </w:rPr>
        <w:t xml:space="preserve">нгізудің маңыздылығын көрсетеді </w:t>
      </w:r>
      <w:r w:rsidR="00256BD8">
        <w:rPr>
          <w:b w:val="0"/>
        </w:rPr>
        <w:fldChar w:fldCharType="begin" w:fldLock="1"/>
      </w:r>
      <w:r w:rsidR="00EA765B">
        <w:rPr>
          <w:b w:val="0"/>
        </w:rPr>
        <w:instrText>ADDIN CSL_CITATION {"citationItems":[{"id":"ITEM-1","itemData":{"DOI":"10.1371/JOURNAL.PONE.0212875","ISSN":"1932-6203","PMID":"30818373","abstract":"Benefits of antibiotics are threatened by the self-medication, people's lack of knowledge and inappropriate use of antibiotics, especially in developing countries. This study was designed to determine knowledge; attitudes and practices toward antibiotics use in an urban community, and evaluate the factors that are associated with antibiotic use. Between January and March 2015, a cross sectional and prospective study was conducted in all pharmacies within the Douala IV health district, Cameroon. Anonymous interviews including both open and closed ended questions were conducted in participants selected by convenience sampling Descriptive and logistic regression analysis were performed using StataSE11 software (version 11 SE) and R software (version 3.1.1) in data analysis. Overall 402 (33.7%) of 1,192 customers purchased antibiotics and of these, 47% bought antibiotics without a prescription. 60.7% of purchased antibiotics was for adult 'patients and around 60% of parents carried out self-medication on their children. The vast majority reported that all microbes can be treated with antibiotics (88.3%). The belief that antibiotics are appropriate for bacterial infections was more common among those with a higher level education (OR = 4.03, 95% CI:1.89-8.57, p&lt;0.0001) and among public/private servants (OR = 2.47, 95%CI:1.21-5.08, p = 0.013). Physicians provide less explanations about antibiotics are and their potential side effects than the pharmacy auxiliaries (OR = 0.205, 95%CI = 0.09-0.46, p&lt;0.0001), but more than pharmacists (OR = 3.692, 95%CI:1.44-9.25, p = 0.005). Indications on antibiotics use were 7 times more given to customers with a prescription compared to those without a prescription (OR = 7.37, 95% CI = 2.13-25.43, p = 0.002). Adult male (OR = 2.32, 95% CI:1.24-4.34, p = 0.009) and higher education (OR = 2.05, 95%CI:1.08-3.89, p = 0.027) were significantly associated with self-medication. Misuse, little \"practical knowledge\" and high self-medication confirm the unsatisfactory prescription and dispensing practices of the antibiotics in our country. These results highlight the important of the development and implementation appropriate guidelines for the responsible use of antibiotics for health care providers and health education targeting community members themselves.","author":[{"dropping-particle":"","family":"Ekambi","given":"Grace Ange Elong","non-dropping-particle":"","parse-names":false,"suffix":""},{"dropping-particle":"","family":"Ebongue","given":"Cécile Okalla","non-dropping-particle":"","parse-names":false,"suffix":""},{"dropping-particle":"","family":"Penda","given":"Calixte","non-dropping-particle":"","parse-names":false,"suffix":""},{"dropping-particle":"","family":"Nga","given":"Emmanuel Nnanga","non-dropping-particle":"","parse-names":false,"suffix":""},{"dropping-particle":"","family":"Mpondo","given":"Emmanuel Mpondo","non-dropping-particle":"","parse-names":false,"suffix":""},{"dropping-particle":"","family":"Moukokoid","given":"Carole Else Eboumbou","non-dropping-particle":"","parse-names":false,"suffix":""}],"container-title":"PloS one","id":"ITEM-1","issue":"2","issued":{"date-parts":[["2019","1","1"]]},"publisher":"PLoS One","title":"Knowledge, practices and attitudes on antibiotics use in Cameroon: Self-medication and prescription survey among children, adolescents and adults in private pharmacies","type":"article-journal","volume":"14"},"uris":["http://www.mendeley.com/documents/?uuid=7404c358-043f-3791-81cf-3b94c4b6ec93"]}],"mendeley":{"formattedCitation":"[64]","plainTextFormattedCitation":"[64]","previouslyFormattedCitation":"[64]"},"properties":{"noteIndex":0},"schema":"https://github.com/citation-style-language/schema/raw/master/csl-citation.json"}</w:instrText>
      </w:r>
      <w:r w:rsidR="00256BD8">
        <w:rPr>
          <w:b w:val="0"/>
        </w:rPr>
        <w:fldChar w:fldCharType="separate"/>
      </w:r>
      <w:r w:rsidR="00B573A8" w:rsidRPr="00B573A8">
        <w:rPr>
          <w:b w:val="0"/>
          <w:noProof/>
        </w:rPr>
        <w:t>[64]</w:t>
      </w:r>
      <w:r w:rsidR="00256BD8">
        <w:rPr>
          <w:b w:val="0"/>
        </w:rPr>
        <w:fldChar w:fldCharType="end"/>
      </w:r>
      <w:r w:rsidR="00DB1A73" w:rsidRPr="00B0236C">
        <w:rPr>
          <w:b w:val="0"/>
        </w:rPr>
        <w:t xml:space="preserve">. </w:t>
      </w:r>
    </w:p>
    <w:p w:rsidR="005037D0" w:rsidRPr="00B0236C" w:rsidRDefault="000B7C50" w:rsidP="00DB1A73">
      <w:pPr>
        <w:pStyle w:val="1"/>
        <w:tabs>
          <w:tab w:val="left" w:pos="1868"/>
        </w:tabs>
        <w:spacing w:before="0" w:line="319" w:lineRule="exact"/>
        <w:ind w:firstLine="611"/>
        <w:rPr>
          <w:b w:val="0"/>
        </w:rPr>
      </w:pPr>
      <w:r w:rsidRPr="000B7C50">
        <w:rPr>
          <w:b w:val="0"/>
        </w:rPr>
        <w:t xml:space="preserve">Катар университетінің студенттері мен олардың отбасы мүшелері арасында жүргізілген тағы бір зерттеуде </w:t>
      </w:r>
      <w:r w:rsidR="00F802CF" w:rsidRPr="00F802CF">
        <w:rPr>
          <w:b w:val="0"/>
        </w:rPr>
        <w:t>антибиотиктерді қолдану туралы білім мен көзқарасты бағалау және респонденттердің антибиотиктерді медицина мамандары тағайындау тәжіриб</w:t>
      </w:r>
      <w:r w:rsidR="00F802CF">
        <w:rPr>
          <w:b w:val="0"/>
        </w:rPr>
        <w:t>есі туралы пікірін бағалау болған</w:t>
      </w:r>
      <w:r w:rsidR="00F802CF" w:rsidRPr="00F802CF">
        <w:rPr>
          <w:b w:val="0"/>
        </w:rPr>
        <w:t>. Зерттеуге 596 респондент қатысты. Респонденттер ұстанған антибиотиктерді қолданудың негізгі жеткіліксіз тәжірибелері антибиотиктерді рецептсіз қолдану болды (82%), антибиотиктер курсын аяқтамау (45%). Бұл зерттеу сонымен қатар респонденттердің 60% - ға жуығы жеткіліксіз білім мен антибиотиктерді қолдануға теріс көзқарасты көрсеткенін көрсетті. Респонденттер сонымен қатар дәрігерлер де, фармацевт</w:t>
      </w:r>
      <w:r>
        <w:rPr>
          <w:b w:val="0"/>
        </w:rPr>
        <w:t>т</w:t>
      </w:r>
      <w:r w:rsidR="00F802CF" w:rsidRPr="00F802CF">
        <w:rPr>
          <w:b w:val="0"/>
        </w:rPr>
        <w:t xml:space="preserve">ер де пациенттерге антибиотиктерді дұрыс қолдану туралы тиісті ақпарат бермейді деп хабарлады </w:t>
      </w:r>
      <w:r w:rsidR="00256BD8">
        <w:rPr>
          <w:b w:val="0"/>
        </w:rPr>
        <w:fldChar w:fldCharType="begin" w:fldLock="1"/>
      </w:r>
      <w:r w:rsidR="00EA765B">
        <w:rPr>
          <w:b w:val="0"/>
        </w:rPr>
        <w:instrText>ADDIN CSL_CITATION {"citationItems":[{"id":"ITEM-1","itemData":{"DOI":"10.1371/journal.pone.0225499","ISBN":"1111111111","ISSN":"19326203","PMID":"31770408","abstract":"Background Antimicrobial resistance (AMR) is a serious public health problem and a global concern. The inappropriate use of antibiotics has been identified by the World Health Organization as a major risk factor for AMR. Methods The purpose of this research study is to assess the prevalence of inappropriate antibiotic use among Qatar University students and their family members, detect sociodemographic factors associated with inappropriate use, evaluate the knowledge and attitude towards antibiotic use, and assess respondents’ opinions on healthcare providers’ antibiotic prescription practices. Participants (N = 596) completed a self-administered questionnaire. Descriptive analysis, the Pearson chi-squared test, and multivariate logistic regression analyses were performed. Results The major inappropriate antibiotic use practices followed by the respondents were using antibiotics without prescription (82%), not completing the antibiotic course (45%), and obtaining antibiotics from the pharmacy without prescription (23%). The chi-square test results showed that age (p = 0.031) and nationality (p = 0.041) were associated with using antibiotics without prescription. In addition, respondents less than 21 years of age (p&lt;0.001), who had only a secondary education (p = 0.007), and who lived in one of the large and crowded cities in Qatar (p = 0.011) had higher odds of stopping the antibiotic before completing the course. Our study also revealed that almost 60% of the respondents had inadequate knowledge and a negative attitude towards antibiotic use. Nationality and municipality were the independent factors associated with having appropriate knowledge of antibiotic use. Univariate logistic regression analyses in our study demonstrated that older (&gt;26 years), married and university-graduated participants were more likely to have a positive attitude towards antibiotic use than others. Respondents also reported that neither doctors nor pharmacists were providing adequate patient education about appropriate antibiotic use. The Socio-Ecological Model was applied to interpret the findings and frame implications. Conclusion The findings shed light on various factors shaping antibiotic use practices and provide evidence to design multilevel behavioral interventions to improve public practices of antibiotic use.","author":[{"dropping-particle":"","family":"Aljayyousi","given":"Ghadir Fakhri","non-dropping-particle":"","parse-names":false,"suffix":""},{"dropping-particle":"","family":"Abdel-Rahman","given":"Manar E.","non-dropping-particle":"","parse-names":false,"suffix":""},{"dropping-particle":"","family":"El- Heneidy","given":"Asmaa","non-dropping-particle":"","parse-names":false,"suffix":""},{"dropping-particle":"","family":"Kurdi","given":"Rana","non-dropping-particle":"","parse-names":false,"suffix":""},{"dropping-particle":"","family":"Faisal","given":"Eman","non-dropping-particle":"","parse-names":false,"suffix":""}],"container-title":"PLoS ONE","id":"ITEM-1","issue":"11","issued":{"date-parts":[["2019"]]},"page":"1-22","title":"Public practices on antibiotic use: A cross-sectional study among Qatar University students and their family members","type":"article-journal","volume":"14"},"uris":["http://www.mendeley.com/documents/?uuid=a8772d67-7db7-4430-89fd-cbb08a8ec72d"]}],"mendeley":{"formattedCitation":"[65]","plainTextFormattedCitation":"[65]","previouslyFormattedCitation":"[65]"},"properties":{"noteIndex":0},"schema":"https://github.com/citation-style-language/schema/raw/master/csl-citation.json"}</w:instrText>
      </w:r>
      <w:r w:rsidR="00256BD8">
        <w:rPr>
          <w:b w:val="0"/>
        </w:rPr>
        <w:fldChar w:fldCharType="separate"/>
      </w:r>
      <w:r w:rsidR="00B573A8" w:rsidRPr="00B573A8">
        <w:rPr>
          <w:b w:val="0"/>
          <w:noProof/>
        </w:rPr>
        <w:t>[65]</w:t>
      </w:r>
      <w:r w:rsidR="00256BD8">
        <w:rPr>
          <w:b w:val="0"/>
        </w:rPr>
        <w:fldChar w:fldCharType="end"/>
      </w:r>
      <w:r w:rsidR="00DB1A73" w:rsidRPr="00B0236C">
        <w:rPr>
          <w:b w:val="0"/>
        </w:rPr>
        <w:t xml:space="preserve">. </w:t>
      </w:r>
    </w:p>
    <w:p w:rsidR="005037D0" w:rsidRPr="00B0236C" w:rsidRDefault="00F802CF" w:rsidP="00DB1A73">
      <w:pPr>
        <w:pStyle w:val="1"/>
        <w:tabs>
          <w:tab w:val="left" w:pos="1868"/>
        </w:tabs>
        <w:spacing w:before="0" w:line="319" w:lineRule="exact"/>
        <w:ind w:firstLine="611"/>
        <w:rPr>
          <w:b w:val="0"/>
        </w:rPr>
      </w:pPr>
      <w:r w:rsidRPr="00F802CF">
        <w:rPr>
          <w:b w:val="0"/>
        </w:rPr>
        <w:t>Италияның оңтүстігінде жүргізілген зерттеуде антибиотиктер мен микробқа қарсы төзімділік және антибиотиктерді жалпы жұртшылық арасында қолдану туралы білімді бағалауға, сондай-ақ әлеуметтік-демографиялық сипаттамалардың нашар білім мен дұрыс емес тәжірибемен байланысты болуы мүмкін екенін талдауға бағытталған. 2019 жылдың наурызынан қарашасына дейін жалпы тәжірибе дәрігерлеріне барған ересек пациенттермен бетпе-бет сұхбат жүргізілді. Сауалнама әлеуметтік-демографиялық сипаттамаларды, антибиотиктер мен антибиотиктерге төзімділік туралы білімді, антибиотиктерді тұтыну мен өзін-өзі емдеу тәжірибесін қамтыды. Респонденттердің 29,2% - ы антибиотиктер вирустық инфекцияларда тиімді деп санайды, ал 49,5% - ы "антибиотикке төзімділік"</w:t>
      </w:r>
      <w:r w:rsidR="000B7C50">
        <w:rPr>
          <w:b w:val="0"/>
        </w:rPr>
        <w:t xml:space="preserve"> </w:t>
      </w:r>
      <w:r w:rsidRPr="00F802CF">
        <w:rPr>
          <w:b w:val="0"/>
        </w:rPr>
        <w:t xml:space="preserve">терминін дұрыс анықтады. Респонденттердің жартысына жуығы өткен жылы антибиотиктерді қолданған, ал 23,6% - ы жалпы суықты және/немесе </w:t>
      </w:r>
      <w:r>
        <w:rPr>
          <w:b w:val="0"/>
        </w:rPr>
        <w:t>қызуды</w:t>
      </w:r>
      <w:r w:rsidRPr="00F802CF">
        <w:rPr>
          <w:b w:val="0"/>
        </w:rPr>
        <w:t xml:space="preserve"> емдеу үшін антибиотиктерді қабылдаған. Қатысушылар арасында 25,5% антибиотиктерді рецептсіз сатып алғанын, ал респонденттердің 30,6% антибиотиктермен өзін-өзі емдегенін хабарлады </w:t>
      </w:r>
      <w:r w:rsidR="00256BD8">
        <w:rPr>
          <w:b w:val="0"/>
        </w:rPr>
        <w:fldChar w:fldCharType="begin" w:fldLock="1"/>
      </w:r>
      <w:r w:rsidR="00EA765B">
        <w:rPr>
          <w:b w:val="0"/>
        </w:rPr>
        <w:instrText>ADDIN CSL_CITATION {"citationItems":[{"id":"ITEM-1","itemData":{"DOI":"10.34689/SH.2021.23.2.005","ISSN":"2410-4280","author":[{"dropping-particle":"","family":"Н.С.","given":"Искакова","non-dropping-particle":"","parse-names":false,"suffix":""},{"dropping-particle":"","family":"З.А.","given":"Хисметова","non-dropping-particle":"","parse-names":false,"suffix":""},{"dropping-particle":"","family":"Г.Ж.","given":"Сарсенбаева","non-dropping-particle":"","parse-names":false,"suffix":""},{"dropping-particle":"","family":"Ж.У.","given":"Садибекова","non-dropping-particle":"","parse-names":false,"suffix":""},{"dropping-particle":"","family":"Ж.М.","given":"Уразалина","non-dropping-particle":"","parse-names":false,"suffix":""},{"dropping-particle":"","family":"Ж.Б.","given":"Нурахметова","non-dropping-particle":"","parse-names":false,"suffix":""}],"container-title":"Наука и здравоохранение","id":"ITEM-1","issue":"2","issued":{"date-parts":[["2021"]]},"publisher":"Республиканское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Казахстан","title":"ИНФОРМИРОВАННОСТЬ НАСЕЛЕНИЯ РАЗЛИЧНЫХ СТРАН ПО ВОПРОСАМ ИСПОЛЬЗОВАНИЯ АНТИБИОТИКОВ. ОБЗОР ЛИТЕРАТУРЫ","type":"article-journal"},"uris":["http://www.mendeley.com/documents/?uuid=9f8919f2-750a-39ef-b71d-769348e08419"]}],"mendeley":{"formattedCitation":"[61]","plainTextFormattedCitation":"[61]","previouslyFormattedCitation":"[61]"},"properties":{"noteIndex":0},"schema":"https://github.com/citation-style-language/schema/raw/master/csl-citation.json"}</w:instrText>
      </w:r>
      <w:r w:rsidR="00256BD8">
        <w:rPr>
          <w:b w:val="0"/>
        </w:rPr>
        <w:fldChar w:fldCharType="separate"/>
      </w:r>
      <w:r w:rsidR="00B573A8" w:rsidRPr="00B573A8">
        <w:rPr>
          <w:b w:val="0"/>
          <w:noProof/>
        </w:rPr>
        <w:t>[61]</w:t>
      </w:r>
      <w:r w:rsidR="00256BD8">
        <w:rPr>
          <w:b w:val="0"/>
        </w:rPr>
        <w:fldChar w:fldCharType="end"/>
      </w:r>
      <w:r w:rsidR="00DB1A73" w:rsidRPr="00B0236C">
        <w:rPr>
          <w:b w:val="0"/>
        </w:rPr>
        <w:t xml:space="preserve">. </w:t>
      </w:r>
    </w:p>
    <w:p w:rsidR="005037D0" w:rsidRPr="00B0236C" w:rsidRDefault="00F802CF" w:rsidP="00DB1A73">
      <w:pPr>
        <w:pStyle w:val="1"/>
        <w:tabs>
          <w:tab w:val="left" w:pos="1868"/>
        </w:tabs>
        <w:spacing w:before="0" w:line="319" w:lineRule="exact"/>
        <w:ind w:firstLine="611"/>
        <w:rPr>
          <w:b w:val="0"/>
        </w:rPr>
      </w:pPr>
      <w:r w:rsidRPr="00F802CF">
        <w:rPr>
          <w:b w:val="0"/>
        </w:rPr>
        <w:t xml:space="preserve">Халықтың антибиотиктер туралы хабардар болу деңгейін және оларға төзімділікті білу Малайзиядағы антибиотикке төзімділікке қарсы білім беру іс-шараларын әзірлеудің негізгі құрамдас бөлігі болып табылады. Сондықтан 2016 жылдың 4 қазанынан 6 желтоқсанына дейін Малайзияның Пенанг, Джелутонг ауданындағы антибиотиктер мен антибиотиктерге төзімділікке қатысты тұрғындардың білімін, көзқарасын және қабылдауын </w:t>
      </w:r>
      <w:r>
        <w:rPr>
          <w:b w:val="0"/>
        </w:rPr>
        <w:t>анықтауға</w:t>
      </w:r>
      <w:r w:rsidRPr="00F802CF">
        <w:rPr>
          <w:b w:val="0"/>
        </w:rPr>
        <w:t xml:space="preserve"> бағытталған зерттеу жүргізілді. Сонымен қатар, </w:t>
      </w:r>
      <w:r>
        <w:rPr>
          <w:b w:val="0"/>
        </w:rPr>
        <w:t xml:space="preserve">зерттеу </w:t>
      </w:r>
      <w:r w:rsidRPr="00F802CF">
        <w:rPr>
          <w:b w:val="0"/>
        </w:rPr>
        <w:t>міндеттердің бірі тұрғындардың білім деңгейін арттыруға және олардың көзқарасы мен қабылдауын өзгертуге бағытталған білім беру іс-шараларын әзірлеу кезінде ескеру қажет басым бағыттарды анықтау болды. Жиырма екі тұрғынға (≥18 жаста) жартылай құрылымдалған сұхбат нұсқаулығы арқылы сұхбат берілді. Барлық қатысушылар (N = 22) бұрын антибиотиктер қабылдағанын хабарлады. Көпшілігі (N = 13) антибиотиктерді алдыңғы 6 айда қабылдағанын хабарлады, ал жартысы (N = 11) өткен жылы антибиотиктердің бір курсын ғана қабылдағанын айтты.</w:t>
      </w:r>
      <w:r>
        <w:rPr>
          <w:b w:val="0"/>
        </w:rPr>
        <w:t xml:space="preserve"> </w:t>
      </w:r>
      <w:r w:rsidRPr="00F802CF">
        <w:rPr>
          <w:b w:val="0"/>
        </w:rPr>
        <w:t xml:space="preserve">Қатысушылар "антибиотиктер" терминін және оның қолданылуын әр түрлі түсінді. Көпшілігінде антибиотиктер вирустарды өлтіретін және вирустық инфекциялардан қалпына келтіруді тездететін дәрілер деген қате түсінік болды. Кейбір қатысушылар дәрігерге бармас бұрын дәріханада антибиотиктерді сатып алды, өйткені олар вирустық инфекциялардан тез қалпына келгісі келді. Кейбір қатысушылар туыстары немесе достары берген антибиотиктерді қабылдады, өйткені олар антибиотиктер суық тию мен тамақ ауруын емдеуде тиімді деп санайды. Екі қатысушы ұқсас белгілер пайда болған кезде бұрынғы ауруға тағайындалған қалған антибиотиктерді қабылдағанын атап өтті, </w:t>
      </w:r>
      <w:r>
        <w:rPr>
          <w:b w:val="0"/>
        </w:rPr>
        <w:t>өйткені олар алғашқы медико</w:t>
      </w:r>
      <w:r w:rsidRPr="00F802CF">
        <w:rPr>
          <w:b w:val="0"/>
        </w:rPr>
        <w:t>-санитарлы</w:t>
      </w:r>
      <w:r>
        <w:rPr>
          <w:b w:val="0"/>
        </w:rPr>
        <w:t>қ</w:t>
      </w:r>
      <w:r w:rsidRPr="00F802CF">
        <w:rPr>
          <w:b w:val="0"/>
        </w:rPr>
        <w:t xml:space="preserve"> көмек </w:t>
      </w:r>
      <w:r>
        <w:rPr>
          <w:b w:val="0"/>
        </w:rPr>
        <w:t>емханасына</w:t>
      </w:r>
      <w:r w:rsidRPr="00F802CF">
        <w:rPr>
          <w:b w:val="0"/>
        </w:rPr>
        <w:t xml:space="preserve"> бару уақытын үнемдегісі келді. Нәтижелер тұрғындардың көпшілігінде антибиотиктер мен антибиотиктерге төзімділік туралы жеткілікті білім жоқ екенін көрсетеді. Сондықтан олардың біліміндегі негізгі олқылықтарды жою, жалпы қате түсініктерді түзету және олардың көзқарасы мен қабылдауын өзгерту үшін білім беру іс-шараларын әзірлеу мен жүзеге асырудың шұғыл қажеттілігі бар. Шешілуі керек негізгі бағыттарға антибиотиктерді дұрыс қолдану және олардың жағымсыз </w:t>
      </w:r>
      <w:r>
        <w:rPr>
          <w:b w:val="0"/>
        </w:rPr>
        <w:t>әсерлері жатады; антибиотико</w:t>
      </w:r>
      <w:r w:rsidRPr="00F802CF">
        <w:rPr>
          <w:b w:val="0"/>
        </w:rPr>
        <w:t xml:space="preserve">терапияны сақтаудың маңыздылығы, сондай-ақ, себептері, салдары және алдын-алу анықтау </w:t>
      </w:r>
      <w:r w:rsidR="00256BD8">
        <w:rPr>
          <w:b w:val="0"/>
        </w:rPr>
        <w:fldChar w:fldCharType="begin" w:fldLock="1"/>
      </w:r>
      <w:r w:rsidR="00EA765B">
        <w:rPr>
          <w:b w:val="0"/>
        </w:rPr>
        <w:instrText>ADDIN CSL_CITATION {"citationItems":[{"id":"ITEM-1","itemData":{"DOI":"10.1186/S12889-019-7718-9","ISSN":"1471-2458","PMID":"31615486","abstract":"Background: Understanding community perspectives on antibiotics and antibiotic resistance (ABR) is a key component in designing educational interventions to combat ABR at the community level in Malaysia. Therefore, this study aimed to explore community residents' knowledge, attitudes and perceptions regarding antibiotics and ABR in Jelutong District, Penang, Malaysia. Moreover, it intended to identify areas of focus to be addressed when designing an educational intervention to increase residents' knowledge and change their attitudes and perceptions. Methods: A qualitative approach was adopted to gain a deeper understanding of community residents' knowledge, attitudes and perceptions regarding antibiotics and ABR. A purposive sampling was employed. Twenty-two residents (aged ≥18 years) were interviewed with the aid of a semi-structured interview guide. All interviews were audio recorded, transcribed verbatim and thematically analysed. Results: The majority of the participants asserted that antibiotics could be effective against viral infections. Moreover, many participants were unaware that antibiotics have adverse effects. Some acquired antibiotics from a community pharmacy without a prescription, took antibiotics given to them by their family or friends, or took leftover antibiotics prescribed for a previous illness. A few indicated that they would request antibiotics from their physician when they had viral infections. More than half of the participants discontinued taking antibiotics when their symptoms improved. The majority stated that ABR occurs when the body becomes used to antibiotics. Most participants were unaware of the causes, consequences and prevention of ABR. In fact, they were not concerned about it. As a result, only a few perceived themselves as having responsibility for preventing this problem. Conclusions: The community residents had misconceptions about antibiotics and ABR, negative attitudes towards antibiotics and negative perceptions of ABR. The areas of focus that need to be addressed when designing an educational intervention to increase the general public knowledge and change their attitudes and perceptions are the appropriate use of antibiotics and their adverse effects; the importance of adhering to antibiotic therapy; and the definition, causes, consequences and prevention of ABR.","author":[{"dropping-particle":"","family":"Irawati","given":"Lyna","non-dropping-particle":"","parse-names":false,"suffix":""},{"dropping-particle":"","family":"Alrasheedy","given":"Alian A.","non-dropping-particle":"","parse-names":false,"suffix":""},{"dropping-particle":"","family":"Hassali","given":"Mohamed Azmi","non-dropping-particle":"","parse-names":false,"suffix":""},{"dropping-particle":"","family":"Saleem","given":"Fahad","non-dropping-particle":"","parse-names":false,"suffix":""}],"container-title":"BMC public health","id":"ITEM-1","issue":"1","issued":{"date-parts":[["2019","10","15"]]},"publisher":"BMC Public Health","title":"Low-income community knowledge, attitudes and perceptions regarding antibiotics and antibiotic resistance in Jelutong District, Penang, Malaysia: a qualitative study","type":"article-journal","volume":"19"},"uris":["http://www.mendeley.com/documents/?uuid=b6e131b5-de7b-34d8-8cc1-ba616ddca7eb"]}],"mendeley":{"formattedCitation":"[66]","plainTextFormattedCitation":"[66]","previouslyFormattedCitation":"[66]"},"properties":{"noteIndex":0},"schema":"https://github.com/citation-style-language/schema/raw/master/csl-citation.json"}</w:instrText>
      </w:r>
      <w:r w:rsidR="00256BD8">
        <w:rPr>
          <w:b w:val="0"/>
        </w:rPr>
        <w:fldChar w:fldCharType="separate"/>
      </w:r>
      <w:r w:rsidR="00B573A8" w:rsidRPr="00B573A8">
        <w:rPr>
          <w:b w:val="0"/>
          <w:noProof/>
        </w:rPr>
        <w:t>[66]</w:t>
      </w:r>
      <w:r w:rsidR="00256BD8">
        <w:rPr>
          <w:b w:val="0"/>
        </w:rPr>
        <w:fldChar w:fldCharType="end"/>
      </w:r>
      <w:r w:rsidR="00DB1A73" w:rsidRPr="00B0236C">
        <w:rPr>
          <w:b w:val="0"/>
        </w:rPr>
        <w:t xml:space="preserve">. </w:t>
      </w:r>
    </w:p>
    <w:p w:rsidR="005037D0" w:rsidRPr="00B0236C" w:rsidRDefault="00F802CF" w:rsidP="00DB1A73">
      <w:pPr>
        <w:pStyle w:val="1"/>
        <w:tabs>
          <w:tab w:val="left" w:pos="1868"/>
        </w:tabs>
        <w:spacing w:before="0" w:line="319" w:lineRule="exact"/>
        <w:ind w:firstLine="611"/>
        <w:rPr>
          <w:b w:val="0"/>
        </w:rPr>
      </w:pPr>
      <w:r w:rsidRPr="00F802CF">
        <w:rPr>
          <w:b w:val="0"/>
        </w:rPr>
        <w:t>Антибиотиктерді дұрыс қолдану туралы білімнің жеткіліксіздігі қоғамда, әсіресе антибиотикт</w:t>
      </w:r>
      <w:r>
        <w:rPr>
          <w:b w:val="0"/>
        </w:rPr>
        <w:t>ердің таралуын реттейтін әлсіз д</w:t>
      </w:r>
      <w:r w:rsidRPr="00F802CF">
        <w:rPr>
          <w:b w:val="0"/>
        </w:rPr>
        <w:t xml:space="preserve">енсаулық сақтау жүйелері бар дамушы елдерде антибиотиктерді дұрыс қолданбауға айтарлықтай әсер етеді. Антибиотиктерді </w:t>
      </w:r>
      <w:r w:rsidR="00B51AD7">
        <w:rPr>
          <w:b w:val="0"/>
        </w:rPr>
        <w:t>ұтымсыз</w:t>
      </w:r>
      <w:r w:rsidRPr="00F802CF">
        <w:rPr>
          <w:b w:val="0"/>
        </w:rPr>
        <w:t xml:space="preserve"> пайдалану антибиотиктерге төзімділікке әкеледі. 2017 жылдың сәуірі мен мамыры аралығында Солтүстік Танзанияның Моши муниципалитеті жүргізген зерттеу тұтынушылар арасында антибиотиктерді дұрыс қолдану туралы білімді бағалады. Зерттеуге орта есеппен 30,5 жас аралығындағы 152 ересек </w:t>
      </w:r>
      <w:r w:rsidR="00B51AD7">
        <w:rPr>
          <w:b w:val="0"/>
        </w:rPr>
        <w:t>адам қатысты. Жартысынан</w:t>
      </w:r>
      <w:r w:rsidRPr="00F802CF">
        <w:rPr>
          <w:b w:val="0"/>
        </w:rPr>
        <w:t xml:space="preserve"> астамы (n = 89, 58,6%) нұсқауларға сәйкес дозаны аяқтағаннан кейін антибиотиктерді қабылдауды тоқтату к</w:t>
      </w:r>
      <w:r>
        <w:rPr>
          <w:b w:val="0"/>
        </w:rPr>
        <w:t>ерек деп жауап берді. Жартысы (</w:t>
      </w:r>
      <w:r w:rsidRPr="00F802CF">
        <w:rPr>
          <w:b w:val="0"/>
        </w:rPr>
        <w:t>n = 77, 50,7%) антибиотиктерді басқа адамдармен бөлісуді қолайлы деп санады, ал рес</w:t>
      </w:r>
      <w:r w:rsidR="00051111">
        <w:rPr>
          <w:b w:val="0"/>
        </w:rPr>
        <w:t>понденттердің жартысынан көбі (</w:t>
      </w:r>
      <w:r w:rsidR="00051111" w:rsidRPr="00051111">
        <w:rPr>
          <w:b w:val="0"/>
        </w:rPr>
        <w:t>n</w:t>
      </w:r>
      <w:r w:rsidRPr="00F802CF">
        <w:rPr>
          <w:b w:val="0"/>
        </w:rPr>
        <w:t xml:space="preserve"> = 95, 65,1%) бұрын ұқсас ауруды емдеу үшін қолданған болса, сол антибиотиктерді сұрау керек деп есептеді. Тек 38</w:t>
      </w:r>
      <w:r w:rsidR="00B51AD7">
        <w:rPr>
          <w:b w:val="0"/>
        </w:rPr>
        <w:t xml:space="preserve"> қатысушы</w:t>
      </w:r>
      <w:r w:rsidRPr="00F802CF">
        <w:rPr>
          <w:b w:val="0"/>
        </w:rPr>
        <w:t xml:space="preserve"> (25%) антибиотиктерді қолдану туралы жеткілікті білімге ие болды. Тамақ ауруы мен тұмау сәйкесінше респонденттердің 62,5% және 46,1% антибиотиктермен емдеуге болатын жағдайлар ретінде анықталды. Осылайша, </w:t>
      </w:r>
      <w:r w:rsidR="00051111">
        <w:rPr>
          <w:b w:val="0"/>
        </w:rPr>
        <w:t>тұрғындар</w:t>
      </w:r>
      <w:r w:rsidRPr="00F802CF">
        <w:rPr>
          <w:b w:val="0"/>
        </w:rPr>
        <w:t xml:space="preserve"> антибиотиктерді қолдану көрсеткіштері және оларды дұрыс қолдану туралы білімі жеткіліксіз. Антибиотиктерді тиісінше қолдану және оларды тиімсіз пайдалануды қысқарту туралы белсенді санитарлық ағарту жұмыстарын жүргізу ұсынылады </w:t>
      </w:r>
      <w:r w:rsidR="00256BD8">
        <w:rPr>
          <w:b w:val="0"/>
        </w:rPr>
        <w:fldChar w:fldCharType="begin" w:fldLock="1"/>
      </w:r>
      <w:r w:rsidR="00EA765B">
        <w:rPr>
          <w:b w:val="0"/>
        </w:rPr>
        <w:instrText>ADDIN CSL_CITATION {"citationItems":[{"id":"ITEM-1","itemData":{"DOI":"10.1371/JOURNAL.PONE.0239388","ISSN":"1932-6203","PMID":"32970720","abstract":"Background Poor knowledge concerning appropriate antibiotic use significantly influences the misuse of antibiotics within the community, especially in developing countries where there are weaker health systems to regulate antibiotic dispensing. Antibiotic misuse leads to antibiotic resistance. This study assessed knowledge of appropriate antibiotic use among buyers in the Moshi municipality, Northern Tanzania. Methods We conducted a cross-sectional study in Moshi municipality between April and May 2017. Adults who bought antibiotics at drug outlets were invited to participate in the study. An exit interview was conducted with participants to collect their demographics and assess their knowledge concerning appropriate use of antibiotics. A logistic regression model was performed to determine factors associated with correct knowledge concerning antibiotic use. Results A total of 152 adults with a median age of 30.5 (IQR 25–42) years, were enrolled in the study. Slightly over half (n = 89, 58.6%), responded that they should stop antibiotics after finishing the dose as directed. Half (n = 77, 50.7%) thought that it was acceptable to share antibiotics with other individuals and over half of respondents (n = 95, 65.1%) thought that they should request the same antibiotics if they had used them to treat a similar illness in the past. Only 38 (25%) had adequate knowledge about the use of antibiotics. Sore throat and flu were respectively identified by 62.5% and 46.1% of respondents as conditions that can be treated with antibiotics. Higher levels of education (aOR = 4.11 95%CI = 1.44–11.71) and having health insurance (aOR = 9.05 95%CI = 3.35–24.45) were associated with better levels of knowledge concerning antibiotic use in various illnesses. Conclusion There is inadequate knowledge concerning the indications for antibiotics and their appropriate usage. Health promotion campaigns are needed to educate the population about appropriate antibiotic use and reduce their irrational use.","author":[{"dropping-particle":"","family":"Mboya","given":"Erick Alexander","non-dropping-particle":"","parse-names":false,"suffix":""},{"dropping-particle":"","family":"Davies","given":"Matthew Lee","non-dropping-particle":"","parse-names":false,"suffix":""},{"dropping-particle":"","family":"Horumpende","given":"Pius Gerald","non-dropping-particle":"","parse-names":false,"suffix":""},{"dropping-particle":"","family":"Ngocho","given":"James Samwel","non-dropping-particle":"","parse-names":false,"suffix":""}],"container-title":"PloS one","id":"ITEM-1","issue":"9","issued":{"date-parts":[["2020","9","1"]]},"publisher":"PLoS One","title":"Inadequate knowledge on appropriate antibiotics use among clients in the Moshi municipality Northern Tanzania","type":"article-journal","volume":"15"},"uris":["http://www.mendeley.com/documents/?uuid=7bed75dd-198c-3e6b-becf-46f8da2d7353"]}],"mendeley":{"formattedCitation":"[67]","plainTextFormattedCitation":"[67]","previouslyFormattedCitation":"[67]"},"properties":{"noteIndex":0},"schema":"https://github.com/citation-style-language/schema/raw/master/csl-citation.json"}</w:instrText>
      </w:r>
      <w:r w:rsidR="00256BD8">
        <w:rPr>
          <w:b w:val="0"/>
        </w:rPr>
        <w:fldChar w:fldCharType="separate"/>
      </w:r>
      <w:r w:rsidR="00B573A8" w:rsidRPr="00B573A8">
        <w:rPr>
          <w:b w:val="0"/>
          <w:noProof/>
        </w:rPr>
        <w:t>[67]</w:t>
      </w:r>
      <w:r w:rsidR="00256BD8">
        <w:rPr>
          <w:b w:val="0"/>
        </w:rPr>
        <w:fldChar w:fldCharType="end"/>
      </w:r>
      <w:r w:rsidR="00DB1A73" w:rsidRPr="00B0236C">
        <w:rPr>
          <w:b w:val="0"/>
        </w:rPr>
        <w:t xml:space="preserve">. </w:t>
      </w:r>
    </w:p>
    <w:p w:rsidR="005037D0" w:rsidRPr="00B0236C" w:rsidRDefault="00051111" w:rsidP="00DB1A73">
      <w:pPr>
        <w:pStyle w:val="1"/>
        <w:tabs>
          <w:tab w:val="left" w:pos="1868"/>
        </w:tabs>
        <w:spacing w:before="0" w:line="319" w:lineRule="exact"/>
        <w:ind w:firstLine="611"/>
        <w:rPr>
          <w:b w:val="0"/>
        </w:rPr>
      </w:pPr>
      <w:r w:rsidRPr="00051111">
        <w:rPr>
          <w:b w:val="0"/>
        </w:rPr>
        <w:t xml:space="preserve">Қытайдың қалалық және ауылдық тұрғындарының біліміне, көзқарасына және қолданылуына әсер ететін факторларды анықтау және салыстыру мақсатында 2010 жылдың қаңтарынан маусымына дейін Хэйлунцзян провинциясының 3631 қалалық және ауылдық тұрғындары арасында көлденең зерттеу жүргізілді. Сауалнамалар қатысушылардың демографиялық сипаттамалары мен білімін, антибиотиктерге деген көзқарасын және оларды қолдануды тіркеді. Ауыл мен қала тұрғындарының жауаптары салыстырылды және білімге, антибиотиктерге деген көзқарасқа және оларды қолдануға ықпал ететін факторларды анықтау үшін логистикалық регрессиялық талдау қолданылды. Қатысушылардың көпшілігі (&gt;60%) антибиотиктерді бактериялық инфекцияларды емдеу үшін қолдануға болатынын және бактериялардың антибиотиктерге төзімді болуы мүмкін екенін білді. Алайда, қатысушылардың жартысына жуығы (40-60%) бактериялардың антибиотиктерге төзімділігі Қытайда проблемаға айналғанын білді. Қала қатысушылары антибиотиктер туралы, оларға деген көзқарас және оларды қолдану туралы ауылдық қатысушыларға қарағанда көбірек білетіндіктерін хабарлады. Логистикалық регрессиялық талдау қалалық тұрғын үй, әйел жынысы және білім деңгейі антибиотиктерді білумен, көзқараспен және қолданумен байланысты екенін көрсетті. Осылайша, Хэйлунцзян провинциясындағы осы зерттеудің нәтижелері бойынша антибиотиктерді білу, қарау және қолдану барлық қалалық және ауылдық тұрғындардың жартысына жуығында оңтайлы емес болды, бірақ </w:t>
      </w:r>
      <w:r w:rsidR="00734CE7">
        <w:rPr>
          <w:b w:val="0"/>
        </w:rPr>
        <w:t>ауыл</w:t>
      </w:r>
      <w:r w:rsidRPr="00051111">
        <w:rPr>
          <w:b w:val="0"/>
        </w:rPr>
        <w:t xml:space="preserve"> тұрғындарына қарағанда</w:t>
      </w:r>
      <w:r w:rsidR="00557F46">
        <w:rPr>
          <w:b w:val="0"/>
        </w:rPr>
        <w:t xml:space="preserve"> қала тұрғындарында жақсы болды </w:t>
      </w:r>
      <w:r w:rsidR="00557F46">
        <w:rPr>
          <w:b w:val="0"/>
        </w:rPr>
        <w:fldChar w:fldCharType="begin" w:fldLock="1"/>
      </w:r>
      <w:r w:rsidR="00EA765B">
        <w:rPr>
          <w:b w:val="0"/>
        </w:rPr>
        <w:instrText>ADDIN CSL_CITATION {"citationItems":[{"id":"ITEM-1","itemData":{"DOI":"10.1111/TMI.12602","ISSN":"1365-3156","PMID":"26376187","abstract":"Objective: To identify and compare the factors affecting the knowledge of, attitude towards and use of antibiotics between urban and rural residents in China. Methods: A total of 3631 urban and rural residents in Heilongjiang Province, China, were selected using random sampling. Questionnaires recorded demographic characteristics and participant knowledge of, attitude towards and use of antibiotics. The responses of rural and urban residents were compared, and logistic regression analysis was applied to identify the factors that may contribute to the knowledge of, attitude towards and use of antibiotics. Results: The majority of the participants (&gt;60%) were aware that antibiotics could be used to treat bacterial infections and that bacteria could be resistant to antibiotics. However, only roughly half (40-60%) of the participants were aware that bacterial resistance to antibiotics had become a problem in China. Urban participants reported a more adequate knowledge of, attitude towards and use of antibiotics than rural participants. Logistic regression analysis indicated that urban residency, female gender and level of education were associated with knowledge of, attitude towards and use of antibiotics. Conclusions: Within our sample in Heilongjiang Province, the knowledge of, attitude towards and use of antibiotics were suboptimal in roughly half of all urban and rural residents, but better in urban than in rural residents. Targeted interventions to educate rural residents in particular may reduce the misuse of antibiotics.","author":[{"dropping-particle":"","family":"Gu","given":"Jiarui","non-dropping-particle":"","parse-names":false,"suffix":""},{"dropping-particle":"","family":"Zhao","given":"Jizi","non-dropping-particle":"","parse-names":false,"suffix":""},{"dropping-particle":"","family":"Huang","given":"Ying","non-dropping-particle":"","parse-names":false,"suffix":""},{"dropping-particle":"","family":"Yang","given":"Weidong","non-dropping-particle":"","parse-names":false,"suffix":""},{"dropping-particle":"","family":"Ren","given":"Zheng","non-dropping-particle":"","parse-names":false,"suffix":""},{"dropping-particle":"","family":"Li","given":"Wenjing","non-dropping-particle":"","parse-names":false,"suffix":""},{"dropping-particle":"","family":"Fan","given":"Yuzhuo","non-dropping-particle":"","parse-names":false,"suffix":""},{"dropping-particle":"","family":"Zhang","given":"Qiao","non-dropping-particle":"","parse-names":false,"suffix":""},{"dropping-particle":"","family":"Zhang","given":"Fengmin","non-dropping-particle":"","parse-names":false,"suffix":""},{"dropping-particle":"","family":"Fu","given":"Yingmei","non-dropping-particle":"","parse-names":false,"suffix":""}],"container-title":"Tropical medicine &amp; international health : TM &amp; IH","id":"ITEM-1","issue":"12","issued":{"date-parts":[["2015","12","1"]]},"page":"1815-1822","publisher":"Trop Med Int Health","title":"Use of antibiotics by urban and rural residents in Heilongjiang Province, China: cross-sectional study","type":"article-journal","volume":"20"},"uris":["http://www.mendeley.com/documents/?uuid=3476142f-b137-39c9-bc22-beaaf482635c"]}],"mendeley":{"formattedCitation":"[68]","plainTextFormattedCitation":"[68]","previouslyFormattedCitation":"[68]"},"properties":{"noteIndex":0},"schema":"https://github.com/citation-style-language/schema/raw/master/csl-citation.json"}</w:instrText>
      </w:r>
      <w:r w:rsidR="00557F46">
        <w:rPr>
          <w:b w:val="0"/>
        </w:rPr>
        <w:fldChar w:fldCharType="separate"/>
      </w:r>
      <w:r w:rsidR="00B573A8" w:rsidRPr="00B573A8">
        <w:rPr>
          <w:b w:val="0"/>
          <w:noProof/>
        </w:rPr>
        <w:t>[68]</w:t>
      </w:r>
      <w:r w:rsidR="00557F46">
        <w:rPr>
          <w:b w:val="0"/>
        </w:rPr>
        <w:fldChar w:fldCharType="end"/>
      </w:r>
      <w:r w:rsidR="00DB1A73" w:rsidRPr="00B0236C">
        <w:rPr>
          <w:b w:val="0"/>
        </w:rPr>
        <w:t xml:space="preserve">. </w:t>
      </w:r>
    </w:p>
    <w:p w:rsidR="005037D0" w:rsidRPr="00B0236C" w:rsidRDefault="00051111" w:rsidP="00DB1A73">
      <w:pPr>
        <w:pStyle w:val="1"/>
        <w:tabs>
          <w:tab w:val="left" w:pos="1868"/>
        </w:tabs>
        <w:spacing w:before="0" w:line="319" w:lineRule="exact"/>
        <w:ind w:firstLine="611"/>
        <w:rPr>
          <w:b w:val="0"/>
        </w:rPr>
      </w:pPr>
      <w:r w:rsidRPr="00051111">
        <w:rPr>
          <w:b w:val="0"/>
        </w:rPr>
        <w:t>Микробқа қарсы тұрақтылық бүкіл әлемде денсаулық сақтаудың маңызды проблемасын білдіреді. Антибиотиктерді ұтымсыз қолдану микробқа төзімді организмдер эволюциясының негізгі қозғаушы факторы болып табылады. 2016 жылдың қыркүйегінен қарашасына дейін Иорданияның солтүстігінде тұратын 1060 кездейсоқ таңдалған ересектердің үлгісінде микробқа қарсы препараттарды қолдану мен теріс пайдалану туралы білімді, тәжірибені және көзқарасты бағалау және микробқа қарсы төзімділік туралы білімді бағалау үшін алдын ала тексерілген сауалнаманы пайдалана отырып, көлденең зерттеу жүргізілді. Зерттеу нәтижелері бойынша ба</w:t>
      </w:r>
      <w:r w:rsidR="00B51AD7">
        <w:rPr>
          <w:b w:val="0"/>
        </w:rPr>
        <w:t>рлық респонденттердің 41%-</w:t>
      </w:r>
      <w:r>
        <w:rPr>
          <w:b w:val="0"/>
        </w:rPr>
        <w:t>ы (</w:t>
      </w:r>
      <w:r w:rsidRPr="00051111">
        <w:rPr>
          <w:b w:val="0"/>
        </w:rPr>
        <w:t>n=437) соңғы екі айда антибиотикт</w:t>
      </w:r>
      <w:r w:rsidR="00B51AD7">
        <w:rPr>
          <w:b w:val="0"/>
        </w:rPr>
        <w:t>ер қабылдағанын айтты, оның 38%-</w:t>
      </w:r>
      <w:r w:rsidRPr="00051111">
        <w:rPr>
          <w:b w:val="0"/>
        </w:rPr>
        <w:t>ы антибиотиктерді рецептсіз сатып алды. Антиб</w:t>
      </w:r>
      <w:r w:rsidR="00B51AD7">
        <w:rPr>
          <w:b w:val="0"/>
        </w:rPr>
        <w:t>иотиктерді қабылдағандардың 32%-</w:t>
      </w:r>
      <w:r w:rsidRPr="00051111">
        <w:rPr>
          <w:b w:val="0"/>
        </w:rPr>
        <w:t>ы ұсынылған емдеу курсынан өтпеген. Респонденттердің көпшілігі (70%) "микробқа қарсы төзімділік"терминін білмеді. Жоғары білімі бар және табысы жоғары адамдар антибиотиктерді дұрыс қолдану және микробқа қарсы төзімділік туралы көбірек білсе де, білімді бағалаудың кейбір маңызды аспектілеріне жауаптар әртүрлі топтар арасында статистикалық айырмашылықты көрсетпеді. Осы зерттеудің деректері микробқа қарсы препараттарды тиісті қолдану т</w:t>
      </w:r>
      <w:r>
        <w:rPr>
          <w:b w:val="0"/>
        </w:rPr>
        <w:t>уралы жұртшылықтың біліміндегі е</w:t>
      </w:r>
      <w:r w:rsidRPr="00051111">
        <w:rPr>
          <w:b w:val="0"/>
        </w:rPr>
        <w:t>леулі ақауларды, сондай-ақ "микробқа қарсы препараттарға төзімділік"</w:t>
      </w:r>
      <w:r w:rsidR="00B51AD7">
        <w:rPr>
          <w:b w:val="0"/>
        </w:rPr>
        <w:t xml:space="preserve"> </w:t>
      </w:r>
      <w:r w:rsidRPr="00051111">
        <w:rPr>
          <w:b w:val="0"/>
        </w:rPr>
        <w:t>мәселесі туралы хабардарлықтың жеткіліксіздігін анықтады. Антибиотиктерді дұрыс қолдану және антибиотиктерді дұрыс қолданбаудың ауыр салдары туралы хабардар болу олардың білім беру немесе экономикалық жағдайына қарамастан қоғамның барлық мүшелерін қамтуы керек</w:t>
      </w:r>
      <w:r w:rsidR="00245B30">
        <w:rPr>
          <w:b w:val="0"/>
        </w:rPr>
        <w:t xml:space="preserve"> </w:t>
      </w:r>
      <w:r w:rsidR="00245B30">
        <w:rPr>
          <w:b w:val="0"/>
        </w:rPr>
        <w:fldChar w:fldCharType="begin" w:fldLock="1"/>
      </w:r>
      <w:r w:rsidR="00EA765B">
        <w:rPr>
          <w:b w:val="0"/>
        </w:rPr>
        <w:instrText>ADDIN CSL_CITATION {"citationItems":[{"id":"ITEM-1","itemData":{"DOI":"10.1016/j.idh.2017.11.001","ISSN":"24680869","PMID":"30479302","abstract":"Background: Antimicrobial resistance represents a significant public health problem worldwide. Irrational use of antibiotics is the main driving factor for the evolution of antimicrobials-resistant organisms. The aim of this study is to evaluate the areas of defects in the knowledge and practices of the community about antibiotic use. Methods: A cross-sectional study on a sample of 1060 randomly-selected adults residing in the North of Jordan using a pre-validated questionnaire to evaluate knowledge, practices and attitude toward antimicrobial use and misuse, as well as to assess knowledge about antimicrobial resistance. Results: Of all respondents, 41% (n = 437) stated that they have received oral antibiotics in the past two months, of which 38% acquired the antibiotics without a prescription. 32% of those who received antibiotics did not complete the recommended course of treatment. 39–54% of the sample population believe in common misconceptions/malpractices of antibiotics use. The majority (70%) of the respondents have not known about the term “antimicrobials resistance”. Although people with higher education and higher income were generally more knowledgeable about appropriate antibiotics use and antimicrobial resistance, responses to some of the most important aspects in the assessment of knowledge showed no statistical difference between the different groups. Conclusions: Our data revealed major defects in the public knowledge about appropriate antibiotics use, as well as lack of awareness on “antimicrobial resistance” problem. Awareness about appropriate antibiotic use and the serious consequences of antibiotic misuse should reach everyone in the community regardless of their educational or economic status.","author":[{"dropping-particle":"","family":"Yusef","given":"Dawood","non-dropping-particle":"","parse-names":false,"suffix":""},{"dropping-particle":"","family":"Babaa","given":"Ahmad I.","non-dropping-particle":"","parse-names":false,"suffix":""},{"dropping-particle":"","family":"Bashaireh","given":"Alaa Z.","non-dropping-particle":"","parse-names":false,"suffix":""},{"dropping-particle":"","family":"Al-Bawayeh","given":"Haitham H.","non-dropping-particle":"","parse-names":false,"suffix":""},{"dropping-particle":"","family":"Al-Rijjal","given":"Kenan","non-dropping-particle":"","parse-names":false,"suffix":""},{"dropping-particle":"","family":"Nedal","given":"Maisa","non-dropping-particle":"","parse-names":false,"suffix":""},{"dropping-particle":"","family":"Kailani","given":"Sajeda","non-dropping-particle":"","parse-names":false,"suffix":""}],"container-title":"Infection, Disease and Health","id":"ITEM-1","issue":"1","issued":{"date-parts":[["2018","3","1"]]},"page":"33-40","publisher":"Australasian College for Infection Prevention and Control","title":"Knowledge, practices &amp; attitude toward antibiotics use and bacterial resistance in Jordan: A cross-sectional study","type":"article-journal","volume":"23"},"uris":["http://www.mendeley.com/documents/?uuid=d39ef573-2d20-36a7-9d0a-0050d94b132f"]}],"mendeley":{"formattedCitation":"[69]","plainTextFormattedCitation":"[69]","previouslyFormattedCitation":"[69]"},"properties":{"noteIndex":0},"schema":"https://github.com/citation-style-language/schema/raw/master/csl-citation.json"}</w:instrText>
      </w:r>
      <w:r w:rsidR="00245B30">
        <w:rPr>
          <w:b w:val="0"/>
        </w:rPr>
        <w:fldChar w:fldCharType="separate"/>
      </w:r>
      <w:r w:rsidR="00B573A8" w:rsidRPr="00B573A8">
        <w:rPr>
          <w:b w:val="0"/>
          <w:noProof/>
        </w:rPr>
        <w:t>[69]</w:t>
      </w:r>
      <w:r w:rsidR="00245B30">
        <w:rPr>
          <w:b w:val="0"/>
        </w:rPr>
        <w:fldChar w:fldCharType="end"/>
      </w:r>
      <w:r w:rsidR="00DB1A73" w:rsidRPr="00B0236C">
        <w:rPr>
          <w:b w:val="0"/>
        </w:rPr>
        <w:t xml:space="preserve">. </w:t>
      </w:r>
    </w:p>
    <w:p w:rsidR="005037D0" w:rsidRPr="00B0236C" w:rsidRDefault="00051111" w:rsidP="00DB1A73">
      <w:pPr>
        <w:pStyle w:val="1"/>
        <w:tabs>
          <w:tab w:val="left" w:pos="1868"/>
        </w:tabs>
        <w:spacing w:before="0" w:line="319" w:lineRule="exact"/>
        <w:ind w:firstLine="611"/>
        <w:rPr>
          <w:b w:val="0"/>
        </w:rPr>
      </w:pPr>
      <w:r w:rsidRPr="00051111">
        <w:rPr>
          <w:b w:val="0"/>
        </w:rPr>
        <w:t xml:space="preserve">Нигерияда </w:t>
      </w:r>
      <w:r w:rsidR="00B51AD7">
        <w:rPr>
          <w:b w:val="0"/>
        </w:rPr>
        <w:t>кішкентай</w:t>
      </w:r>
      <w:r w:rsidRPr="00051111">
        <w:rPr>
          <w:b w:val="0"/>
        </w:rPr>
        <w:t xml:space="preserve"> балаларды өзін-өзі емдеу жиі кездеседі. Бес жасқа дейінгі балалардың ата-аналары инфекцияларға сезімталдығының жоғарылауына байланысты антибиотиктермен жиі өзін-өзі емдейді. 2014 жылдың қазан</w:t>
      </w:r>
      <w:r w:rsidR="00B51AD7">
        <w:rPr>
          <w:b w:val="0"/>
        </w:rPr>
        <w:t xml:space="preserve"> </w:t>
      </w:r>
      <w:r w:rsidRPr="00051111">
        <w:rPr>
          <w:b w:val="0"/>
        </w:rPr>
        <w:t>-</w:t>
      </w:r>
      <w:r w:rsidR="00B51AD7">
        <w:rPr>
          <w:b w:val="0"/>
        </w:rPr>
        <w:t xml:space="preserve"> </w:t>
      </w:r>
      <w:r w:rsidRPr="00051111">
        <w:rPr>
          <w:b w:val="0"/>
        </w:rPr>
        <w:t>желтоқсан айлары аралығында Нигерияның оңтүстік-батысында Ибаданның Олодо қаласындағы Коко қауымдастығынан мақсатты іріктеу әдісімен таңдалған 513 ана арасында көлденең зерттеу жүргізілді. Зерттеу нәтижелері бойынша бұл зерттеудегі аналардың өте жоғары үлесі (96,5%) балаларына антибиотиктермен өзін-өзі емдеуді қолданды. Тек 28,1% - ы антибиотиктермен өзін-өзі емдеудің қауіптері мен жанама әсерлері туралы білді. Хи квадрат тесті респонде</w:t>
      </w:r>
      <w:r>
        <w:rPr>
          <w:b w:val="0"/>
        </w:rPr>
        <w:t>нттердің білім беру мәртебесі (</w:t>
      </w:r>
      <w:r w:rsidRPr="00051111">
        <w:rPr>
          <w:b w:val="0"/>
        </w:rPr>
        <w:t>p &lt; 0,05) мен оның салдарын білу арасында маңызды байланыс бар екенін көрсетті. Осылайша, аналардың жоғары пайызы антибиотиктермен өзін-өзі емдеудің зияны туралы тиісті білімге ие емес. Аналар, әсіресе білім деңгейі төмен және жас кезінде, тәжірибенің қауіптері мен жан</w:t>
      </w:r>
      <w:r w:rsidR="00245B30">
        <w:rPr>
          <w:b w:val="0"/>
        </w:rPr>
        <w:t>ама әсерлері туралы білуі керек</w:t>
      </w:r>
      <w:r w:rsidR="00211535">
        <w:rPr>
          <w:b w:val="0"/>
        </w:rPr>
        <w:fldChar w:fldCharType="begin" w:fldLock="1"/>
      </w:r>
      <w:r w:rsidR="00EA765B">
        <w:rPr>
          <w:b w:val="0"/>
        </w:rPr>
        <w:instrText>ADDIN CSL_CITATION {"citationItems":[{"id":"ITEM-1","itemData":{"DOI":"10.1016/J.JIPH.2019.05.008","ISSN":"1876-035X","PMID":"31256979","abstract":"This project explores the relationship between sociodemographic status and antibiotic use, practices and knowledge about the concept of antibiotic resistance among breastfeeding mothers. A pre-tested questionnaire was administered to breastfeeding mothers in six public hospitals in Kaduna state of Nigeria. Socio-demographic characteristics using univariate analysis were compared with antibiotic use, knowledge and practices. Multivariable logistic regression models were performed to know the potential predictors of a better knowledge and understanding about antibiotics resistance. A total of 321 breastfeeding mothers took part in the survey with 25.27% believing that antibiotics are used to treat fever, common cold, bacterial and viral infections and 43.7% declaring not having heard of the term before, 45.7% do not believe that antibiotics taken by the mother could affect the baby and 74.58% believe that antibiotics resistance is when their body becomes resistant to antibiotics. Multivariable models showed that the unemployed and those with lower levels of education are more prone to antibiotics misuse. This study demonstrates that breastfeeding mothers have a lack of adequate knowledge and understanding regarding the use of antibiotics and antibiotic resistance. Maternal misuse while breastfeeding could contribute to the development of antibiotic resistance, mainly in the intestinal microbiota in children.","author":[{"dropping-particle":"","family":"Salihu Dadari","given":"Hambal I.","non-dropping-particle":"","parse-names":false,"suffix":""}],"container-title":"Journal of infection and public health","id":"ITEM-1","issue":"12","issued":{"date-parts":[["2020","12","1"]]},"page":"2072-2079","publisher":"J Infect Public Health","title":"Antibiotics use, knowledge and practices on antibiotic resistance among breastfeeding mothers in Kaduna state (Nigeria)","type":"article-journal","volume":"13"},"uris":["http://www.mendeley.com/documents/?uuid=44829e42-066c-345e-a72f-ad2fa151c580"]}],"mendeley":{"formattedCitation":"[70]","plainTextFormattedCitation":"[70]","previouslyFormattedCitation":"[70]"},"properties":{"noteIndex":0},"schema":"https://github.com/citation-style-language/schema/raw/master/csl-citation.json"}</w:instrText>
      </w:r>
      <w:r w:rsidR="00211535">
        <w:rPr>
          <w:b w:val="0"/>
        </w:rPr>
        <w:fldChar w:fldCharType="separate"/>
      </w:r>
      <w:r w:rsidR="00B573A8" w:rsidRPr="00B573A8">
        <w:rPr>
          <w:b w:val="0"/>
          <w:noProof/>
        </w:rPr>
        <w:t>[70]</w:t>
      </w:r>
      <w:r w:rsidR="00211535">
        <w:rPr>
          <w:b w:val="0"/>
        </w:rPr>
        <w:fldChar w:fldCharType="end"/>
      </w:r>
      <w:r w:rsidR="00DB1A73" w:rsidRPr="00B0236C">
        <w:rPr>
          <w:b w:val="0"/>
        </w:rPr>
        <w:t xml:space="preserve">. </w:t>
      </w:r>
    </w:p>
    <w:p w:rsidR="005037D0" w:rsidRPr="00B0236C" w:rsidRDefault="007F756F" w:rsidP="00DB1A73">
      <w:pPr>
        <w:pStyle w:val="1"/>
        <w:tabs>
          <w:tab w:val="left" w:pos="1868"/>
        </w:tabs>
        <w:spacing w:before="0" w:line="319" w:lineRule="exact"/>
        <w:ind w:firstLine="611"/>
        <w:rPr>
          <w:b w:val="0"/>
        </w:rPr>
      </w:pPr>
      <w:r w:rsidRPr="007F756F">
        <w:rPr>
          <w:b w:val="0"/>
        </w:rPr>
        <w:t>Соңғы онжылдықтарда Сауд Арабиясы Корольдігінде антибиотиктерге төзімділіктің экспоненциалды өсуі байқалды, бұл рецептсіз антибиотиктерді қолдану және басқа да әртүрлі факторлармен күшейе түсті. Дегенмен, терең сұхбат әдісін қолдана отырып, Сауд Арабиясының жалпы жұртшылығы арасында антибиотиктерді рецептсіз қолдануға әсер ететін факторлар туралы жарияланған деректер жоқ. 2017 жылдың қаңтар</w:t>
      </w:r>
      <w:r w:rsidR="00B51AD7">
        <w:rPr>
          <w:b w:val="0"/>
        </w:rPr>
        <w:t xml:space="preserve"> </w:t>
      </w:r>
      <w:r w:rsidRPr="007F756F">
        <w:rPr>
          <w:b w:val="0"/>
        </w:rPr>
        <w:t>-</w:t>
      </w:r>
      <w:r w:rsidR="00B51AD7">
        <w:rPr>
          <w:b w:val="0"/>
        </w:rPr>
        <w:t xml:space="preserve"> </w:t>
      </w:r>
      <w:r w:rsidRPr="007F756F">
        <w:rPr>
          <w:b w:val="0"/>
        </w:rPr>
        <w:t>маусым айлары аралығында Сауд Ар</w:t>
      </w:r>
      <w:r>
        <w:rPr>
          <w:b w:val="0"/>
        </w:rPr>
        <w:t>абиясының Шығыс провинциясынан қ</w:t>
      </w:r>
      <w:r w:rsidRPr="007F756F">
        <w:rPr>
          <w:b w:val="0"/>
        </w:rPr>
        <w:t>арлы кесек әдісімен таңдалған 40 қатысушымен сұхбат жүргізілді. Қатысушылардың орташа жасы (әйелдердің 80%) 30 жасты құрады. Антибиотиктермен өзін-өзі емдеу антибиотиктерді қолданудың әртүрлі орынсыз мінез</w:t>
      </w:r>
      <w:r w:rsidR="00B51AD7">
        <w:rPr>
          <w:b w:val="0"/>
        </w:rPr>
        <w:t xml:space="preserve"> </w:t>
      </w:r>
      <w:r w:rsidRPr="007F756F">
        <w:rPr>
          <w:b w:val="0"/>
        </w:rPr>
        <w:t>-</w:t>
      </w:r>
      <w:r w:rsidR="00B51AD7">
        <w:rPr>
          <w:b w:val="0"/>
        </w:rPr>
        <w:t xml:space="preserve"> </w:t>
      </w:r>
      <w:r w:rsidRPr="007F756F">
        <w:rPr>
          <w:b w:val="0"/>
        </w:rPr>
        <w:t>құлқымен және антибиотиктерге төзімділік, емдеудің сәтсіздігі және жағымсыз оқиғалар сияқты жағымсыз нәтижелермен байланысты болды. Сұхбаттар антибиотиктермен өзін-өзі емдеудің өсуіне медициналық қызметтерге қол жеткізудегі қиындықтардан, қатысушылардың мәдени сенімдері мен тәжірибелерінен, антибиотиктер туралы білімнің жоқтығынан және антибиотиктерге төзімділіктен және нормативтік</w:t>
      </w:r>
      <w:r w:rsidR="00B51AD7">
        <w:rPr>
          <w:b w:val="0"/>
        </w:rPr>
        <w:t xml:space="preserve"> </w:t>
      </w:r>
      <w:r w:rsidRPr="007F756F">
        <w:rPr>
          <w:b w:val="0"/>
        </w:rPr>
        <w:t>-</w:t>
      </w:r>
      <w:r w:rsidR="00B51AD7">
        <w:rPr>
          <w:b w:val="0"/>
        </w:rPr>
        <w:t xml:space="preserve"> </w:t>
      </w:r>
      <w:r w:rsidRPr="007F756F">
        <w:rPr>
          <w:b w:val="0"/>
        </w:rPr>
        <w:t>құқықтық қамтамасыз етудің әлсіздігінен бастап әртүрлі себептер ықпал ететінін көрсетті</w:t>
      </w:r>
      <w:r w:rsidR="00B51AD7">
        <w:rPr>
          <w:b w:val="0"/>
        </w:rPr>
        <w:t xml:space="preserve"> </w:t>
      </w:r>
      <w:r w:rsidR="00245B30">
        <w:rPr>
          <w:b w:val="0"/>
        </w:rPr>
        <w:fldChar w:fldCharType="begin" w:fldLock="1"/>
      </w:r>
      <w:r w:rsidR="00EA765B">
        <w:rPr>
          <w:b w:val="0"/>
        </w:rPr>
        <w:instrText>ADDIN CSL_CITATION {"citationItems":[{"id":"ITEM-1","itemData":{"DOI":"10.1186/S12889-018-6088-Z","ISSN":"1471-2458","PMID":"30326870","abstract":"Background: In recent decades, the Kingdom of Saudi Arabia has seen an exponentially growing antibiotic resistance, which is exacerbated by the use of antibiotics without a prescription and other various factors. However, no published data are available on factors influencing non-prescription use of antibiotics among the general public in Saudi Arabia using an in-depth interview technique. Methods: Semi-structured interviews were carried out with 40 Saudi participants from the Eastern Province of Saudi Arabia, selected via snowball sampling technique. Participants were enrolled based on the following inclusion criteria: 18 years of age or older and had self-medicated themselves with antibiotics in the past two years. Data collection was continued until data saturation was attained. Interviews were audiotaped, transcribed verbatim and analysed using NVivo 10 software. Results: Participants (80% female) had a mean (SD) age of 30 years (10.2). Self-medication with antibiotics was associated with various inappropriate antibiotic use behaviours and negative outcomes such as antibiotic resistance, treatment failures and adverse events. Interviews revealed that different reasons contribute to the rise of self-medication with antibiotics, ranging from difficulty accessing healthcare services, participant's cultural beliefs and practices, lack of knowledge about antibiotics and antibiotic resistance, and weak regulatory enforcement. Conclusions: The findings of the present study will aid in generating data that may provide an insight when designing future interventions to promote public health awareness regarding safe and effective use of antibiotics.","author":[{"dropping-particle":"","family":"Alhomoud","given":"Faten","non-dropping-particle":"","parse-names":false,"suffix":""},{"dropping-particle":"","family":"Aljamea","given":"Zainab","non-dropping-particle":"","parse-names":false,"suffix":""},{"dropping-particle":"","family":"Basalelah","given":"Lama","non-dropping-particle":"","parse-names":false,"suffix":""}],"container-title":"BMC public health","id":"ITEM-1","issue":"1","issued":{"date-parts":[["2018","10","16"]]},"publisher":"BMC Public Health","title":"\"Antibiotics kill things very quickly\" - consumers' perspectives on non-prescribed antibiotic use in Saudi Arabia","type":"article-journal","volume":"18"},"uris":["http://www.mendeley.com/documents/?uuid=60f0644d-9fe0-3f64-a3f8-a2e9755cc001"]}],"mendeley":{"formattedCitation":"[71]","plainTextFormattedCitation":"[71]","previouslyFormattedCitation":"[71]"},"properties":{"noteIndex":0},"schema":"https://github.com/citation-style-language/schema/raw/master/csl-citation.json"}</w:instrText>
      </w:r>
      <w:r w:rsidR="00245B30">
        <w:rPr>
          <w:b w:val="0"/>
        </w:rPr>
        <w:fldChar w:fldCharType="separate"/>
      </w:r>
      <w:r w:rsidR="00B573A8" w:rsidRPr="00B573A8">
        <w:rPr>
          <w:b w:val="0"/>
          <w:noProof/>
        </w:rPr>
        <w:t>[71]</w:t>
      </w:r>
      <w:r w:rsidR="00245B30">
        <w:rPr>
          <w:b w:val="0"/>
        </w:rPr>
        <w:fldChar w:fldCharType="end"/>
      </w:r>
      <w:r w:rsidR="00DB1A73" w:rsidRPr="00B0236C">
        <w:rPr>
          <w:b w:val="0"/>
        </w:rPr>
        <w:t xml:space="preserve">. </w:t>
      </w:r>
    </w:p>
    <w:p w:rsidR="00DB1A73" w:rsidRDefault="007F756F" w:rsidP="00DB1A73">
      <w:pPr>
        <w:pStyle w:val="1"/>
        <w:tabs>
          <w:tab w:val="left" w:pos="1868"/>
        </w:tabs>
        <w:spacing w:before="0" w:line="319" w:lineRule="exact"/>
        <w:ind w:firstLine="611"/>
        <w:rPr>
          <w:b w:val="0"/>
        </w:rPr>
      </w:pPr>
      <w:r>
        <w:rPr>
          <w:b w:val="0"/>
        </w:rPr>
        <w:t>Тұрғындардың</w:t>
      </w:r>
      <w:r w:rsidRPr="007F756F">
        <w:rPr>
          <w:b w:val="0"/>
        </w:rPr>
        <w:t xml:space="preserve"> күнделікті өмірінде әртүрлі шығу тегі бар ауруларды емдеу үшін өзін-өзі емдеу тәжірибесі жиі қолданылады. Өзін-өзі емдеудің ең көп тараған анықтамасы адам тағайындамаған дәрі-дәрмектерді өздігінен қолдану болып табылады және оны отбасы мүшелерін, соның ішінде балалар мен қарттарды емдеуге дейін кеңейтуге болады, ал дәстүрлі түрде ол дәрі-дәрмектерді, шөптерді және үйдегі дәрі-дәрмектерді өз бастамасымен немесе басқалардың ұсынысы бойынша және дәрігермен кеңесусіз қолдану ретінде анықталады. ДД</w:t>
      </w:r>
      <w:r w:rsidR="00B51AD7">
        <w:rPr>
          <w:b w:val="0"/>
        </w:rPr>
        <w:t>С</w:t>
      </w:r>
      <w:r w:rsidRPr="007F756F">
        <w:rPr>
          <w:b w:val="0"/>
        </w:rPr>
        <w:t>Ұ сарапшыларының пікірінше, жеткіліксіз дозалау, дұрыс қолданбау, толық емес курс, жанама әсерлердің жоғарылауы, сондай-ақ төзімділік (әсіресе антибиотиктерге) және дәрі-дәрмектерге төзімділіктің жоғарылауы реттелмеген өзін-өзі емдеумен ба</w:t>
      </w:r>
      <w:r w:rsidR="00E51426">
        <w:rPr>
          <w:b w:val="0"/>
        </w:rPr>
        <w:t xml:space="preserve">йланысты. Бұл факт Иорданиядағы </w:t>
      </w:r>
      <w:r w:rsidRPr="007F756F">
        <w:rPr>
          <w:b w:val="0"/>
        </w:rPr>
        <w:t xml:space="preserve">зерттеумен расталды, онда адамдардың 67,1% - ы суық тию мен жөтелді антибиотиктермен жеңілдетуге болады деп есептеді </w:t>
      </w:r>
      <w:r w:rsidR="00DB1A73" w:rsidRPr="00B0236C">
        <w:rPr>
          <w:b w:val="0"/>
        </w:rPr>
        <w:t xml:space="preserve">[29]. </w:t>
      </w:r>
      <w:r w:rsidRPr="007F756F">
        <w:rPr>
          <w:b w:val="0"/>
        </w:rPr>
        <w:t xml:space="preserve">Дамушы елдер дамыған елдермен салыстырғанда антибиотиктерді </w:t>
      </w:r>
      <w:r>
        <w:rPr>
          <w:b w:val="0"/>
        </w:rPr>
        <w:t>өз бетінше</w:t>
      </w:r>
      <w:r w:rsidRPr="007F756F">
        <w:rPr>
          <w:b w:val="0"/>
        </w:rPr>
        <w:t xml:space="preserve"> қолданудың артуына тап болды; таралуы Еуропада 3% және Азияда </w:t>
      </w:r>
      <w:r w:rsidRPr="00245B30">
        <w:rPr>
          <w:b w:val="0"/>
        </w:rPr>
        <w:t>4-75%</w:t>
      </w:r>
      <w:r w:rsidRPr="007F756F">
        <w:rPr>
          <w:b w:val="0"/>
        </w:rPr>
        <w:t xml:space="preserve"> құрай</w:t>
      </w:r>
      <w:r w:rsidR="00245B30">
        <w:rPr>
          <w:b w:val="0"/>
        </w:rPr>
        <w:t xml:space="preserve">ды </w:t>
      </w:r>
      <w:r w:rsidR="00245B30">
        <w:rPr>
          <w:b w:val="0"/>
        </w:rPr>
        <w:fldChar w:fldCharType="begin" w:fldLock="1"/>
      </w:r>
      <w:r w:rsidR="00EA765B">
        <w:rPr>
          <w:b w:val="0"/>
        </w:rPr>
        <w:instrText>ADDIN CSL_CITATION {"citationItems":[{"id":"ITEM-1","itemData":{"DOI":"10.1371/JOURNAL.PONE.0084177","ISSN":"1932-6203","PMID":"24376793","abstract":"Background: The objectives of the study were to investigate the level of knowledge, attitudes, and behaviors regarding antibiotics of the general population in Italy, and to assess the correlates of these outcomes of interest. Methods: A cross-sectional survey was conducted on a random sample of 630 parents of students attending nine randomly selected public primary and secondary schools. A self-administered questionnaire included questions on demographic characteristics, knowledge about antibiotic use and resistance, attitudes and behaviors towards antibiotic use, and sources of information. Results: A total of 419 parents participated. Only 9.8% knew the definition of antibiotic resistance and 21.2% knew when it was appropriate to use antibiotics. Respondents with higher education, employed, with a family member working in the health care sector, and with no need for additional information on antibiotics were more likely to know the definition of antibiotic resistance. One third (32.7%) self-classified them as users of self-medication with antibiotics and those with a lower self-rated health status, who did not use the physician as source of information on antibiotics, and who have attended a physician in the last year were more likely to use self-medication. One-fourth (22.7%) of those who had never been self-medicated would be willing to take an antibiotic without a prescription of a physician. Respondents were more likely to be willing to take antibiotics without a prescription if they were under 40 years of age, if they had a lower self-rated health status, if they did not know that antibiotics are not indicated for treating flu and sore throat, and if they knew that antibiotics are not indicated for treating colds. Conclusions: The survey has generated information about knowledge, attitudes, and behaviors regarding antibiotics in the general population and effective public education initiative should provide practical and appropriate means to change their behavior. © 2013 Napolitano et al.","author":[{"dropping-particle":"","family":"Napolitano","given":"Francesco","non-dropping-particle":"","parse-names":false,"suffix":""},{"dropping-particle":"","family":"Izzo","given":"Maria Teresa","non-dropping-particle":"","parse-names":false,"suffix":""},{"dropping-particle":"","family":"Giuseppe","given":"Gabriella","non-dropping-particle":"Di","parse-names":false,"suffix":""},{"dropping-particle":"","family":"Angelillo","given":"Italo F.","non-dropping-particle":"","parse-names":false,"suffix":""}],"container-title":"PloS one","id":"ITEM-1","issue":"12","issued":{"date-parts":[["2013","12","23"]]},"publisher":"PLoS One","title":"Public knowledge, attitudes, and experience regarding the use of antibiotics in Italy","type":"article-journal","volume":"8"},"uris":["http://www.mendeley.com/documents/?uuid=91d2265b-4efb-36ac-aa9d-d31ff6799e7f"]}],"mendeley":{"formattedCitation":"[72]","plainTextFormattedCitation":"[72]","previouslyFormattedCitation":"[72]"},"properties":{"noteIndex":0},"schema":"https://github.com/citation-style-language/schema/raw/master/csl-citation.json"}</w:instrText>
      </w:r>
      <w:r w:rsidR="00245B30">
        <w:rPr>
          <w:b w:val="0"/>
        </w:rPr>
        <w:fldChar w:fldCharType="separate"/>
      </w:r>
      <w:r w:rsidR="00B573A8" w:rsidRPr="00B573A8">
        <w:rPr>
          <w:b w:val="0"/>
          <w:noProof/>
        </w:rPr>
        <w:t>[72]</w:t>
      </w:r>
      <w:r w:rsidR="00245B30">
        <w:rPr>
          <w:b w:val="0"/>
        </w:rPr>
        <w:fldChar w:fldCharType="end"/>
      </w:r>
      <w:r w:rsidR="00DB1A73" w:rsidRPr="00B0236C">
        <w:rPr>
          <w:b w:val="0"/>
        </w:rPr>
        <w:t xml:space="preserve">. </w:t>
      </w:r>
      <w:r w:rsidRPr="007F756F">
        <w:rPr>
          <w:b w:val="0"/>
        </w:rPr>
        <w:t>Антибиотиктерді дұрыс қолданбау көптеген аспектілерде үлкен қауіп болып табыла</w:t>
      </w:r>
      <w:r>
        <w:rPr>
          <w:b w:val="0"/>
        </w:rPr>
        <w:t>ды және хабардарлық теңсіздігі м</w:t>
      </w:r>
      <w:r w:rsidRPr="007F756F">
        <w:rPr>
          <w:b w:val="0"/>
        </w:rPr>
        <w:t xml:space="preserve">едициналық және медициналық емес қауымдастық арасында жатыр. Бұл хабардарлық әсіресе медициналық студенттер арасында медициналық емес студенттермен салыстырғанда жоғары және Италияда </w:t>
      </w:r>
      <w:r>
        <w:rPr>
          <w:b w:val="0"/>
        </w:rPr>
        <w:t>жүргізілген алдыңғы зерттеулер ж</w:t>
      </w:r>
      <w:r w:rsidRPr="007F756F">
        <w:rPr>
          <w:b w:val="0"/>
        </w:rPr>
        <w:t>алпы халықтың тек 9,8% - ы антибиотиктерді анықтау туралы білетінін және 21,3% - ы антибиотиктерді дұрыс қолдану туралы білетінін көрсетті. Әлемнің басқа бөліктерінде пациент өзін жақсы сезіне бастағаннан кейін антибиотиктерді тоқтату деңгейі 49,0</w:t>
      </w:r>
      <w:r w:rsidR="00B51AD7">
        <w:rPr>
          <w:b w:val="0"/>
        </w:rPr>
        <w:t xml:space="preserve"> </w:t>
      </w:r>
      <w:r w:rsidR="00B51AD7" w:rsidRPr="00B51AD7">
        <w:rPr>
          <w:b w:val="0"/>
        </w:rPr>
        <w:t>%</w:t>
      </w:r>
      <w:r w:rsidR="00245B30">
        <w:rPr>
          <w:b w:val="0"/>
        </w:rPr>
        <w:t xml:space="preserve"> құрады </w:t>
      </w:r>
      <w:r w:rsidR="00245B30">
        <w:rPr>
          <w:b w:val="0"/>
        </w:rPr>
        <w:fldChar w:fldCharType="begin" w:fldLock="1"/>
      </w:r>
      <w:r w:rsidR="00EA765B">
        <w:rPr>
          <w:b w:val="0"/>
        </w:rPr>
        <w:instrText>ADDIN CSL_CITATION {"citationItems":[{"id":"ITEM-1","itemData":{"DOI":"10.3855/JIDC.3866","ISSN":"1972-2680","PMID":"24727507","abstract":"Introduction: Inappropriate use of antibiotics has resulted in a dramatic increase of antimicrobial resistance in developing countries. We examined knowledge, attitudes, and practices of antibiotic use in three Asian countries. Methodology: A nationwide cross-sectional study of teachers in large cities of Yemen, Saudi Arabia, and Uzbekistan was conducted. A random sample of 1,200 teachers was selected in each country. Data were collected through a questionnaire-based survey and then analyzed using descriptive and multivariate statistical methods. Results: The prevalence of non-prescription antibiotic use ranged from 48% in Saudi Arabia to 78% in Yemen and Uzbekistan. Pharmacies were the main source of non-prescribed antibiotics. The most common reasons for antibiotic use were cough (40%) and influenza (34%). Forty-nine percent of respondents discontinued antibiotics when they felt better. Although awareness of the dangers of antibiotic use correlated inversely with self-medication, understanding of the appropriate use of antibiotics was limited. Conclusions: The prevalence of antibiotic self-medication in the educated adult population in the studied countries was found to be alarmingly high. Effective strategies involving regulatory enforcement prohibiting sales of antibiotics without prescription should be implemented along with educational interventions for health professionals and the public. © 2014 Belkina et al.","author":[{"dropping-particle":"","family":"Belkina","given":"Tatyana","non-dropping-particle":"","parse-names":false,"suffix":""},{"dropping-particle":"","family":"Warafi","given":"Abdullah","non-dropping-particle":"Al","parse-names":false,"suffix":""},{"dropping-particle":"","family":"Hussein Eltom","given":"Elhassan","non-dropping-particle":"","parse-names":false,"suffix":""},{"dropping-particle":"","family":"Tadjieva","given":"Nigora","non-dropping-particle":"","parse-names":false,"suffix":""},{"dropping-particle":"","family":"Kubena","given":"Ales","non-dropping-particle":"","parse-names":false,"suffix":""},{"dropping-particle":"","family":"Vlcek","given":"Jiri","non-dropping-particle":"","parse-names":false,"suffix":""}],"container-title":"Journal of infection in developing countries","id":"ITEM-1","issue":"4","issued":{"date-parts":[["2014"]]},"page":"424-429","publisher":"J Infect Dev Ctries","title":"Antibiotic use and knowledge in the community of Yemen, Saudi Arabia, and Uzbekistan","type":"article-journal","volume":"8"},"uris":["http://www.mendeley.com/documents/?uuid=6ecd6c6a-20a6-3b64-a44e-cfa06383b66d"]}],"mendeley":{"formattedCitation":"[73]","plainTextFormattedCitation":"[73]","previouslyFormattedCitation":"[73]"},"properties":{"noteIndex":0},"schema":"https://github.com/citation-style-language/schema/raw/master/csl-citation.json"}</w:instrText>
      </w:r>
      <w:r w:rsidR="00245B30">
        <w:rPr>
          <w:b w:val="0"/>
        </w:rPr>
        <w:fldChar w:fldCharType="separate"/>
      </w:r>
      <w:r w:rsidR="00B573A8" w:rsidRPr="00B573A8">
        <w:rPr>
          <w:b w:val="0"/>
          <w:noProof/>
        </w:rPr>
        <w:t>[73]</w:t>
      </w:r>
      <w:r w:rsidR="00245B30">
        <w:rPr>
          <w:b w:val="0"/>
        </w:rPr>
        <w:fldChar w:fldCharType="end"/>
      </w:r>
      <w:r w:rsidR="00DB1A73" w:rsidRPr="00B0236C">
        <w:rPr>
          <w:b w:val="0"/>
        </w:rPr>
        <w:t xml:space="preserve">. </w:t>
      </w:r>
      <w:r w:rsidRPr="007F756F">
        <w:rPr>
          <w:b w:val="0"/>
        </w:rPr>
        <w:t xml:space="preserve">Антибиотиктерді әдеттен тыс қолдану салдарынан микробқа қарсы төзімділіктің, аурудың ауырлығының, аурудың ұзақтығының, асқыну қаупінің, өлімнің және медициналық көмектің құнының күрт өсуі байқалды. Барлығының арасында антибиотикке төзімділік үлкен алаңдаушылық тудырады. Бірқатар мутацияланған және антибиотикке төзімді штамдар бүкіл әлемде үстемдік етеді, ал дамушы елдер төзімділіктің жоғарылауына ықпал етеді </w:t>
      </w:r>
      <w:r w:rsidR="00245B30">
        <w:rPr>
          <w:b w:val="0"/>
        </w:rPr>
        <w:fldChar w:fldCharType="begin" w:fldLock="1"/>
      </w:r>
      <w:r w:rsidR="00EA765B">
        <w:rPr>
          <w:b w:val="0"/>
        </w:rPr>
        <w:instrText>ADDIN CSL_CITATION {"citationItems":[{"id":"ITEM-1","itemData":{"DOI":"10.1177/2042098614554919","ISSN":"2042-0986","PMID":"25436105","abstract":"Antimicrobial resistance is a global public health challenge, which has accelerated by the overuse of antibiotics worldwide. Increased antimicrobial resistance is the cause of severe infections, complications, longer hospital stays and increased mortality. Overprescribing of antibiotics is associated with an increased risk of adverse effects, more frequent re-attendance and increased medicalization of self-limiting conditions. Antibiotic overprescribing is a particular problem in primary care, where viruses cause most infections. About 90% of all antibiotic prescriptions are issued by general practitioners, and respiratory tract infections are the leading reason for prescribing. Multifaceted interventions to reduce overuse of antibiotics have been found to be effective and better than single initiatives. Interventions should encompass the enforcement of the policy of prohibiting the over-the-counter sale of antibiotics, the use of antimicrobial stewardship programmes, the active participation of clinicians in audits, the utilization of valid rapid point-of-care tests, the promotion of delayed antibiotic prescribing strategies, the enhancement of communication skills with patients with the aid of information brochures and the performance of more pragmatic studies in primary care with outcomes that are of clinicians’ interest, such as complications and clinical outcomes. © 2014, SAGE Publications. All rights reserved.","author":[{"dropping-particle":"","family":"Llor","given":"Carl","non-dropping-particle":"","parse-names":false,"suffix":""},{"dropping-particle":"","family":"Bjerrum","given":"Lars","non-dropping-particle":"","parse-names":false,"suffix":""}],"container-title":"Therapeutic advances in drug safety","id":"ITEM-1","issue":"6","issued":{"date-parts":[["2014"]]},"page":"229-241","publisher":"Ther Adv Drug Saf","title":"Antimicrobial resistance: risk associated with antibiotic overuse and initiatives to reduce the problem","type":"article-journal","volume":"5"},"uris":["http://www.mendeley.com/documents/?uuid=b2767c38-769b-35fc-81fe-4e491eab826f"]}],"mendeley":{"formattedCitation":"[74]","plainTextFormattedCitation":"[74]","previouslyFormattedCitation":"[74]"},"properties":{"noteIndex":0},"schema":"https://github.com/citation-style-language/schema/raw/master/csl-citation.json"}</w:instrText>
      </w:r>
      <w:r w:rsidR="00245B30">
        <w:rPr>
          <w:b w:val="0"/>
        </w:rPr>
        <w:fldChar w:fldCharType="separate"/>
      </w:r>
      <w:r w:rsidR="00B573A8" w:rsidRPr="00B573A8">
        <w:rPr>
          <w:b w:val="0"/>
          <w:noProof/>
        </w:rPr>
        <w:t>[74]</w:t>
      </w:r>
      <w:r w:rsidR="00245B30">
        <w:rPr>
          <w:b w:val="0"/>
        </w:rPr>
        <w:fldChar w:fldCharType="end"/>
      </w:r>
      <w:r w:rsidR="00DB1A73" w:rsidRPr="00B0236C">
        <w:rPr>
          <w:b w:val="0"/>
        </w:rPr>
        <w:t>.</w:t>
      </w:r>
    </w:p>
    <w:p w:rsidR="00BF49C9" w:rsidRPr="0023215E" w:rsidRDefault="00BF49C9" w:rsidP="009A759A">
      <w:pPr>
        <w:pStyle w:val="1"/>
        <w:ind w:left="426" w:right="3" w:firstLine="567"/>
        <w:rPr>
          <w:b w:val="0"/>
          <w:lang w:val="ru-RU"/>
        </w:rPr>
      </w:pPr>
      <w:r w:rsidRPr="009F079C">
        <w:rPr>
          <w:b w:val="0"/>
        </w:rPr>
        <w:t>Жүргізген зерттеу Zajmi et al. Косовода респонденттердің жартысынан көбі (58,7%) өткен жылы антибиотиктерді қолданғанын, ал төрттен бірі (25,0%) оларды дәрігердің нұсқауынсыз қабылдағанын көрсетті. Бір қызығы, респонденттердің 42,5% - ы вирустық инфекцияларды антибиотиктермен тиімді емдеуге болады деп есептеді</w:t>
      </w:r>
      <w:r w:rsidR="009A759A">
        <w:rPr>
          <w:b w:val="0"/>
        </w:rPr>
        <w:fldChar w:fldCharType="begin" w:fldLock="1"/>
      </w:r>
      <w:r w:rsidR="009A759A">
        <w:rPr>
          <w:b w:val="0"/>
        </w:rPr>
        <w:instrText>ADDIN CSL_CITATION {"citationItems":[{"id":"ITEM-1","itemData":{"DOI":"10.18549/PHARMPRACT.2017.01.827","ISSN":"1885-642X","PMID":"28503216","abstract":"Background: Antimicrobial resistance is becoming a major public health challenge worldwide, caused primarily by the misuse of antibiotics. Antibiotic use is closely related to the knowledge, attitudes and behaviour of a population. Objective: The objective of this study was to assess the level of knowledge, attitudes and practices about antibiotic use among the general public in Kosovo.Methods: A cross-sectional face-to-face survey was carried out with a sample of 811 randomly selected Kosovo residents. The methodology used for this survey was based on the European Commission Eurobarometer survey on antimicrobial resistance. Results: More than half of respondents (58.7%) have used antibiotics during the past year. A quarter of respondents consumed antibiotics without a medical prescription. The most common reasons for usage were flu (23.8%), followed by sore throat (20.2%), cold (13%) and common cold (7.6%). 42.5% of respondents think that antibiotics are effective against viral infections. Almost half of respondents (46.7%) received information about the unnecessary use of antibiotics and 32.5% of them report having changed their views and behaviours after receiving this information. Health care workers were identified as the most trustworthy source of information on antibiotic use (67.2%).Conclusion: These results provide quantitative baseline data on Kosovar knowledge, attitudes and practice regarding the use of antibiotic. These findings have potential to empower educational campaigns to promote the prudent use of antibiotics in both community and health care settings.","author":[{"dropping-particle":"","family":"Zajmi","given":"Drita","non-dropping-particle":"","parse-names":false,"suffix":""},{"dropping-particle":"","family":"Berisha","given":"Merita","non-dropping-particle":"","parse-names":false,"suffix":""},{"dropping-particle":"","family":"Begolli","given":"Ilir","non-dropping-particle":"","parse-names":false,"suffix":""},{"dropping-particle":"","family":"Hoxha","given":"Rina","non-dropping-particle":"","parse-names":false,"suffix":""},{"dropping-particle":"","family":"Mehmeti","given":"Rukije","non-dropping-particle":"","parse-names":false,"suffix":""},{"dropping-particle":"","family":"Mulliqi-Osmani","given":"Gjyle","non-dropping-particle":"","parse-names":false,"suffix":""},{"dropping-particle":"","family":"Kurti","given":"Arsim","non-dropping-particle":"","parse-names":false,"suffix":""},{"dropping-particle":"","family":"Loku","given":"Afrim","non-dropping-particle":"","parse-names":false,"suffix":""},{"dropping-particle":"","family":"Raka","given":"Lul","non-dropping-particle":"","parse-names":false,"suffix":""}],"container-title":"Pharmacy practice","id":"ITEM-1","issue":"1","issued":{"date-parts":[["2017","1","1"]]},"publisher":"Pharm Pract (Granada)","title":"Public knowledge, attitudes and practices regarding antibiotic use in Kosovo","type":"article-journal","volume":"15"},"uris":["http://www.mendeley.com/documents/?uuid=81a6f9a5-9e9d-3b18-bcb5-d24cc5eb96f6"]}],"mendeley":{"formattedCitation":"[75]","plainTextFormattedCitation":"[75]"},"properties":{"noteIndex":0},"schema":"https://github.com/citation-style-language/schema/raw/master/csl-citation.json"}</w:instrText>
      </w:r>
      <w:r w:rsidR="009A759A">
        <w:rPr>
          <w:b w:val="0"/>
        </w:rPr>
        <w:fldChar w:fldCharType="separate"/>
      </w:r>
      <w:r w:rsidR="009A759A" w:rsidRPr="009A759A">
        <w:rPr>
          <w:b w:val="0"/>
          <w:noProof/>
        </w:rPr>
        <w:t>[75]</w:t>
      </w:r>
      <w:r w:rsidR="009A759A">
        <w:rPr>
          <w:b w:val="0"/>
        </w:rPr>
        <w:fldChar w:fldCharType="end"/>
      </w:r>
      <w:r w:rsidRPr="009F079C">
        <w:rPr>
          <w:b w:val="0"/>
        </w:rPr>
        <w:t xml:space="preserve">. Грузияда ересектердің жартысынан көбі (55%) антибиотиктерді медициналық маманмен кеңесусіз алды, ал 62% антибиотиктерді рецептсіз сатып алды </w:t>
      </w:r>
      <w:r>
        <w:rPr>
          <w:b w:val="0"/>
          <w:lang w:val="ru-RU"/>
        </w:rPr>
        <w:fldChar w:fldCharType="begin" w:fldLock="1"/>
      </w:r>
      <w:r w:rsidR="009A759A">
        <w:rPr>
          <w:b w:val="0"/>
        </w:rPr>
        <w:instrText>ADDIN CSL_CITATION {"citationItems":[{"id":"ITEM-1","itemData":{"DOI":"10.1186/S13104-015-1477-1","ISSN":"1756-0500","PMID":"26420302","abstract":"Background: The Republic of Georgia lacks regulations regarding drug prescriptions. In pharmacies, all drugs except psychotropic medication are sold legally without prescription anti-, including anti-tuberculosis agents. Due to the lack of adequate policies and regulations, the big share of responsibility regarding antibiotic education lies with the general public. This study examines public knowledge and attitudes toward antibiotic use and resistance in the Republic of Georgia among personnel from government schools and other public institutions. Methods: This cross-sectional study was conducted in June 2011 using a quantitative questionnaire. Convenience sampling method was used. Participants included 250 individuals aged 21-80 years, from government schools and public institutions. Participants were from Tbilisi as well as the surrounding rural and urban areas. Respondents provided demographic data along with statements on knowledge and attitudes towards antibiotic use and resistance. Poisson and logistic regression models were used to study the relationship between knowledge, attitude outcomes and socio-demographic characteristics. Results: The overall response rate was 75 % (n = 187), of which 80 % were female. Approximately 91 % of respondents had used antibiotics at least once and 55 % agreed that antibiotics speed up recovery from common colds. A number of respondents (55 %) reported having received antibiotics without previously consulting a doctor and 62 % reported having purchased antibiotics without a prescription. Respondents demonstrated some misunderstanding around the terms 'bacteria' and 'virus.' About 52 % of participants agreed that antibiotics are effective against bacteria; however, 55 % also agreed that antibiotics are effective against viruses. Trust in doctors was high at 80 %. More knowledge was associated with a lower probability of having purchased antibiotics without medical consultation. Conclusions: The study findings demonstrate that respondents have several misconceptions and lack knowledge on proper antibiotic use and resistance. High proportion of people use antibiotics without a medical prescription or consultation, while having high trust in the medical personnel. We believe that the high level of trust in doctors shown by our respondents should be acknowledged by the Georgian government, health care providers and public health policy professionals. Furthermore, the information should be utilized in future educational…","author":[{"dropping-particle":"","family":"Kandelaki","given":"Ketevan","non-dropping-particle":"","parse-names":false,"suffix":""},{"dropping-particle":"","family":"Lundborg","given":"Cecilia Stålsby","non-dropping-particle":"","parse-names":false,"suffix":""},{"dropping-particle":"","family":"Marrone","given":"Gaetano","non-dropping-particle":"","parse-names":false,"suffix":""}],"container-title":"BMC research notes","id":"ITEM-1","issue":"1","issued":{"date-parts":[["2015","9","29"]]},"publisher":"BMC Res Notes","title":"Antibiotic use and resistance: a cross-sectional study exploring knowledge and attitudes among school and institution personnel in Tbilisi, Republic of Georgia","type":"article-journal","volume":"8"},"uris":["http://www.mendeley.com/documents/?uuid=cac93bf1-d66d-3b6a-b27e-ac2eac380d5c"]}],"mendeley":{"formattedCitation":"[76]","plainTextFormattedCitation":"[76]","previouslyFormattedCitation":"[75]"},"properties":{"noteIndex":0},"schema":"https://github.com/citation-style-language/schema/raw/master/csl-citation.json"}</w:instrText>
      </w:r>
      <w:r>
        <w:rPr>
          <w:b w:val="0"/>
          <w:lang w:val="ru-RU"/>
        </w:rPr>
        <w:fldChar w:fldCharType="separate"/>
      </w:r>
      <w:r w:rsidR="009A759A" w:rsidRPr="009A759A">
        <w:rPr>
          <w:b w:val="0"/>
          <w:noProof/>
        </w:rPr>
        <w:t>[76]</w:t>
      </w:r>
      <w:r>
        <w:rPr>
          <w:b w:val="0"/>
          <w:lang w:val="ru-RU"/>
        </w:rPr>
        <w:fldChar w:fldCharType="end"/>
      </w:r>
      <w:r w:rsidRPr="009A759A">
        <w:rPr>
          <w:b w:val="0"/>
        </w:rPr>
        <w:t xml:space="preserve">. Литвада жүргізілген зерттеу респонденттердің 61,1% - ы антибиотиктерді жақсы түсінбейтінін және 26,0% - ы антибиотиктердің вирустық инфекцияларға қарсы тиімді екенін анықтады </w:t>
      </w:r>
      <w:r>
        <w:rPr>
          <w:b w:val="0"/>
          <w:lang w:val="ru-RU"/>
        </w:rPr>
        <w:fldChar w:fldCharType="begin" w:fldLock="1"/>
      </w:r>
      <w:r w:rsidRPr="009A759A">
        <w:rPr>
          <w:b w:val="0"/>
        </w:rPr>
        <w:instrText>ADDIN CSL_CITATION {"citationItems":[{"id":"ITEM-1","itemData":{"DOI":"10.3390/IJERPH120607002","ISSN":"1660-4601","PMID":"26090612","abstract":"Irrational antibiotic use has led society to antibiotic resistance—a serious health problem worldwide. This study aimed to assess public knowledge, beliefs, and behavior concerning antibiotic use and self-medication in Lithuania. The cross-sectional survey method was processed using a validated questionnaire in different regions of Lithuania. In total, 1005 adults completed the questionnaire and were included in the study. More than half of the respondents (61.1%) had poor knowledge of antibiotics. Almost half of the respondents incorrectly identified antibiotics as being effective either against viral (26.0%) or mixed (bacterial and viral) infections (21.7%). The respondents with lower educational qualifications (OR = 2.515; 95% CI 1.464–4.319; p = 0.001) and those from rural areas (OR = 1.765; 95% CI 1.041–2.991; p = 0.035) were significantly less knowledgeable of antibiotics. There was no significant difference between genders, different age groups, or different parenthood status. The determined level of self–medication with antibiotics was 31.0%. The men (OR = 1.650; 95% CI 1.120–2.430; p = 0.011), the respondents from rural areas (OR = 2.002; 95% CI 1.343–</w:instrText>
      </w:r>
      <w:r>
        <w:rPr>
          <w:b w:val="0"/>
          <w:lang w:val="ru-RU"/>
        </w:rPr>
        <w:instrText>2.985; p = 0.001), and those without children (OR = 2.428; 95% CI 1.477–3.991; p &lt; 0.001) were more likely to use antibiotics in self-medication. Lithuanian residents’ knowledge of antibiotics is insufficient. More information about antibiotic use should be provided by physicians and pharmacists. Self-medication with antibiotics is a serious problem in Lithuania and requires considerable attention.","author":[{"dropping-particle":"","family":"Pavydė","given":"Eglė","non-dropping-particle":"","parse-names":false,"suffix":""},{"dropping-particle":"","family":"Veikutis","given":"Vincentas","non-dropping-particle":"","parse-names":false,"suffix":""},{"dropping-particle":"","family":"Mačiulienė","given":"Asta","non-dropping-particle":"","parse-names":false,"suffix":""},{"dropping-particle":"","family":"Mačiulis","given":"Vytautas","non-dropping-particle":"","parse-names":false,"suffix":""},{"dropping-particle":"","family":"Petrikonis","given":"Kęstutis","non-dropping-particle":"","parse-names":false,"suffix":""},{"dropping-particle":"","family":"Stankevičius","given":"Edgaras","non-dropping-particle":"","parse-names":false,"suffix":""}],"container-title":"International journal of environmental research and public health","id":"ITEM-1","issue":"6","issued":{"date-parts":[["2015","6","17"]]},"page":"7002-7016","publisher":"Int J Environ Res Public Health","title":"Public Knowledge, Beliefs and Behavior on Antibiotic Use and Self-Medication in Lithuania","type":"article-journal","volume":"12"},"uris":["http://www.mendeley.com/documents/?uuid=1cb1ef8b-e76c-38ff-a90e-aaa34145d2ff"]}],"mendeley":{"formattedCitation":"[62]","plainTextFormattedCitation":"[62]","previouslyFormattedCitation":"[62]"},"properties":{"noteIndex":0},"schema":"https://github.com/citation-style-language/schema/raw/master/csl-citation.json"}</w:instrText>
      </w:r>
      <w:r>
        <w:rPr>
          <w:b w:val="0"/>
          <w:lang w:val="ru-RU"/>
        </w:rPr>
        <w:fldChar w:fldCharType="separate"/>
      </w:r>
      <w:r w:rsidRPr="000A6AB2">
        <w:rPr>
          <w:b w:val="0"/>
          <w:noProof/>
          <w:lang w:val="ru-RU"/>
        </w:rPr>
        <w:t>[62]</w:t>
      </w:r>
      <w:r>
        <w:rPr>
          <w:b w:val="0"/>
          <w:lang w:val="ru-RU"/>
        </w:rPr>
        <w:fldChar w:fldCharType="end"/>
      </w:r>
      <w:r w:rsidRPr="0023215E">
        <w:rPr>
          <w:b w:val="0"/>
          <w:lang w:val="ru-RU"/>
        </w:rPr>
        <w:t>. Сербияда респонденттердің 58,4% - ы антибиотиктерді қарапайым су</w:t>
      </w:r>
      <w:r>
        <w:rPr>
          <w:b w:val="0"/>
          <w:lang w:val="ru-RU"/>
        </w:rPr>
        <w:t>ыққа қарсы тиімді деп тапты</w:t>
      </w:r>
      <w:r w:rsidRPr="000A6AB2">
        <w:rPr>
          <w:b w:val="0"/>
          <w:lang w:val="ru-RU"/>
        </w:rPr>
        <w:t xml:space="preserve"> </w:t>
      </w:r>
      <w:r>
        <w:rPr>
          <w:b w:val="0"/>
          <w:lang w:val="ru-RU"/>
        </w:rPr>
        <w:fldChar w:fldCharType="begin" w:fldLock="1"/>
      </w:r>
      <w:r w:rsidR="009A759A">
        <w:rPr>
          <w:b w:val="0"/>
          <w:lang w:val="ru-RU"/>
        </w:rPr>
        <w:instrText>ADDIN CSL_CITATION {"citationItems":[{"id":"ITEM-1","itemData":{"DOI":"10.1371/JOURNAL.PONE.0180799","ISSN":"1932-6203","PMID":"28700631","abstract":"Introduction The objective of this study was to investigate the knowledge, attitudes and behavior regarding antibiotics of the general population. Methods The study sample consisted of adult subjects who consulted general practitioners at health centers in Serbia and agreed to complete the questionnaire. A total of 668 questionnaires were distributed; 500 respondents completed the entire questionnaire (response rate 74.85%). Results The average age was 51.65 ± 16.56 years, 60.80% of the respondents were women. The median antibiotic knowledge score was 9. Predictors of adequate antibiotic knowledge were higher education level and a family member whose ocuppation was related to health-care. Overall, 58.4% of respondents believed that antibiotics could be used to treat common cold. Around a half of the respondents (47.2%) self-medicated with antibiotics at least once during their life-time, and around a quarter (24.2%) during the last treatment of infection. Patients with inadequate knowledge had 3 times higher chances of self-medicating with antibiotics compared to those with adequate knowledge. Although 98.20% of respondents claimed that antibiotic treatment should be started after a visit to a doctor and receiving a prescription, only 65.8% obtained antibiotics with prescription from a doctor during the last infection. Conclusions Although these results demonstrate that respondents had a relatively adequate level of knowledge regarding antibiotics use, some areas of misconceptions and improper behavior were identified. Therefore, further rationalization should be focused on educational campaigns targeting the behavior of patients with regard to antibiotic use.","author":[{"dropping-particle":"","family":"Horvat","given":"Olga J.","non-dropping-particle":"","parse-names":false,"suffix":""},{"dropping-particle":"","family":"Tomas","given":"Ana D.","non-dropping-particle":"","parse-names":false,"suffix":""},{"dropping-particle":"","family":"Kusturica","given":"Milica M.Paut","non-dropping-particle":"","parse-names":false,"suffix":""},{"dropping-particle":"V.","family":"Savkov","given":"Alisa","non-dropping-particle":"","parse-names":false,"suffix":""},{"dropping-particle":"","family":"Bukumirić","given":"Dragica U.","non-dropping-particle":"","parse-names":false,"suffix":""},{"dropping-particle":"","family":"Tomić","given":"Zdenko S.","non-dropping-particle":"","parse-names":false,"suffix":""},{"dropping-particle":"","family":"Sabo","given":"Ana J.","non-dropping-particle":"","parse-names":false,"suffix":""}],"container-title":"PloS one","id":"ITEM-1","issue":"7","issued":{"date-parts":[["2017","7","1"]]},"publisher":"PLoS One","title":"Is the level of knowledge a predictor of rational antibiotic use in Serbia?","type":"article-journal","volume":"12"},"uris":["http://www.mendeley.com/documents/?uuid=3ec5cc36-d7a3-3585-a5b4-ab0a32b4ee7e"]}],"mendeley":{"formattedCitation":"[77]","plainTextFormattedCitation":"[77]","previouslyFormattedCitation":"[76]"},"properties":{"noteIndex":0},"schema":"https://github.com/citation-style-language/schema/raw/master/csl-citation.json"}</w:instrText>
      </w:r>
      <w:r>
        <w:rPr>
          <w:b w:val="0"/>
          <w:lang w:val="ru-RU"/>
        </w:rPr>
        <w:fldChar w:fldCharType="separate"/>
      </w:r>
      <w:r w:rsidR="009A759A" w:rsidRPr="009A759A">
        <w:rPr>
          <w:b w:val="0"/>
          <w:noProof/>
          <w:lang w:val="ru-RU"/>
        </w:rPr>
        <w:t>[77]</w:t>
      </w:r>
      <w:r>
        <w:rPr>
          <w:b w:val="0"/>
          <w:lang w:val="ru-RU"/>
        </w:rPr>
        <w:fldChar w:fldCharType="end"/>
      </w:r>
      <w:r w:rsidRPr="0023215E">
        <w:rPr>
          <w:b w:val="0"/>
          <w:lang w:val="ru-RU"/>
        </w:rPr>
        <w:t>. Румынияда жалпы халықтың жартысынан көбі (61,45%) антибиотиктерді өткен жылы кем дегенде бір рет қабылдаған және тек 57,43% оларды қабылдағанға дейін дәрігерме</w:t>
      </w:r>
      <w:r>
        <w:rPr>
          <w:b w:val="0"/>
          <w:lang w:val="ru-RU"/>
        </w:rPr>
        <w:t xml:space="preserve">н кеңескенін хабарлады </w:t>
      </w:r>
      <w:r>
        <w:rPr>
          <w:b w:val="0"/>
          <w:lang w:val="ru-RU"/>
        </w:rPr>
        <w:fldChar w:fldCharType="begin" w:fldLock="1"/>
      </w:r>
      <w:r w:rsidR="009A759A">
        <w:rPr>
          <w:b w:val="0"/>
          <w:lang w:val="ru-RU"/>
        </w:rPr>
        <w:instrText>ADDIN CSL_CITATION {"citationItems":[{"id":"ITEM-1","itemData":{"DOI":"10.2147/IDR.S214574","ISSN":"1178-6973","PMID":"31802918","abstract":"Background: Currently, antibiotic resistance is a complex issue that affects the whole of society. This resistance is influenced by the irrational and excessive use of antibiotics by the general population. This study aimed to gather information about the knowledge, attitudes and behaviours regarding the issues related to antibiotic consumption in the general population of Mureș County in the Central Region of Romania. Methods: This was a cross-sectional study using a questionnaire as its research instrument, which consisted of 33 questions analysing the respondents’ attitude and their knowledge about the use of antibiotics and antibiotic resistance. Results: A total of 996 respondents were eligible for the study. Of the total respondents, 62.65% (624 respondents) considered that antibiotics are used to treat a bacterial infection and 61.45% (612 respondents) used an antibiotic at least once in the previous year, with a distribution of 68.7% and 56.8% of the respondents from rural and urban areas, respectively. Antibiotics were taken by 10.34% of the respondents, following recommendations from family/friends, and 22.9% used antibiotics left over from their last prescription. Of those who consumed antibiotics (868 respondents), 65.9% consulted their physician every time before taking the medication. Furthermore, 82.3% of the total of 996 respondents considered that the use of non-prescription antibiotics has a negative effect, and 85.14% had heard about the antibiotic resistance of bacteria. Conclusion: The majority of respondents had adequate knowledge of antibiotics and their use and were aware of the fact that non-prescription antibiotics can have repercussions both on them as individuals and on the population as a whole.","author":[{"dropping-particle":"","family":"Voidăzan","given":"Septimiu","non-dropping-particle":"","parse-names":false,"suffix":""},{"dropping-particle":"","family":"Moldovan","given":"Geanina","non-dropping-particle":"","parse-names":false,"suffix":""},{"dropping-particle":"","family":"Voidăzan","given":"Lavinia","non-dropping-particle":"","parse-names":false,"suffix":""},{"dropping-particle":"","family":"Zazgyva","given":"Ancuța","non-dropping-particle":"","parse-names":false,"suffix":""},{"dropping-particle":"","family":"Moldovan","given":"Horațiu","non-dropping-particle":"","parse-names":false,"suffix":""}],"container-title":"Infection and drug resistance","id":"ITEM-1","issued":{"date-parts":[["2019"]]},"page":"3385-3396","publisher":"Infect Drug Resist","title":"Knowledge, Attitudes And Practices Regarding The Use Of Antibiotics. Study On The General Population Of Mureş County, Romania","type":"article-journal","volume":"12"},"uris":["http://www.mendeley.com/documents/?uuid=b2431416-d7e4-31ca-ae36-d6c016a6fdef"]}],"mendeley":{"formattedCitation":"[78]","plainTextFormattedCitation":"[78]","previouslyFormattedCitation":"[77]"},"properties":{"noteIndex":0},"schema":"https://github.com/citation-style-language/schema/raw/master/csl-citation.json"}</w:instrText>
      </w:r>
      <w:r>
        <w:rPr>
          <w:b w:val="0"/>
          <w:lang w:val="ru-RU"/>
        </w:rPr>
        <w:fldChar w:fldCharType="separate"/>
      </w:r>
      <w:r w:rsidR="009A759A" w:rsidRPr="009A759A">
        <w:rPr>
          <w:b w:val="0"/>
          <w:noProof/>
          <w:lang w:val="ru-RU"/>
        </w:rPr>
        <w:t>[78]</w:t>
      </w:r>
      <w:r>
        <w:rPr>
          <w:b w:val="0"/>
          <w:lang w:val="ru-RU"/>
        </w:rPr>
        <w:fldChar w:fldCharType="end"/>
      </w:r>
      <w:r w:rsidRPr="0023215E">
        <w:rPr>
          <w:b w:val="0"/>
          <w:lang w:val="ru-RU"/>
        </w:rPr>
        <w:t>. Алайда, Польшада жүргізілген зерттеу өткен жылы антибиотиктерді тұтынудың төмен көрсеткіштерін көрсетті (38,0%). Басқа Шығыс Еуропалық зерттеулердің нәтижелерінен айырмашылығы, антибиотиктердің көпшілігін (90%) дәрігер тағайынд</w:t>
      </w:r>
      <w:r>
        <w:rPr>
          <w:b w:val="0"/>
          <w:lang w:val="ru-RU"/>
        </w:rPr>
        <w:t>ады</w:t>
      </w:r>
      <w:r>
        <w:rPr>
          <w:b w:val="0"/>
          <w:lang w:val="ru-RU"/>
        </w:rPr>
        <w:fldChar w:fldCharType="begin" w:fldLock="1"/>
      </w:r>
      <w:r w:rsidR="009A759A">
        <w:rPr>
          <w:b w:val="0"/>
          <w:lang w:val="ru-RU"/>
        </w:rPr>
        <w:instrText>ADDIN CSL_CITATION {"citationItems":[{"id":"ITEM-1","itemData":{"DOI":"10.1371/JOURNAL.PONE.0172146","ISSN":"1932-6203","PMID":"28212400","abstract":"Background: Antimicrobial resistance is a global public health problem. Monitoring the level of knowledge regarding antibiotics is a part of the European Union Community strategy against antimicrobial resistance. Objective: To assess knowledge by the general public in Poland regarding antibiotics, AMR, and the impact of the European Antibiotic Awareness Day campaigns. Methods: The repeated cross-sectional study was developed and carried out among the general public in Poland (in 5 waves between 2009 and 2011, embracing a total of 5004 respondents). The survey was based on a self-designed questionnaire, and carried out by Millward Brown SMG/KRC, using Computer Assisted Telephone Interviews (CATI). Results: A high percentage of Polish adults had used antibiotics within the 12 months preceding their participation in the study (38%). Statistically relevant differences were observed regarding the respondents' gender, age, education and employment status. The majority of the antibiotics used were prescribed by physicians (90%). In all five waves, 3% of the respondents purchased an antibiotic without a prescription. Prescriptions were mostly obtained from a general practitioner. The prevailing reasons for taking antibiotics were the common cold, sore throat, cough and flu. Approximately 40% of the respondents expected a prescription for an antibiotic against the flu. The vast majority knew that antibiotics kill bacteria (80%) but at the same time 60% of respondents believed antibiotics kill viruses. Physicians, pharmacists, hospital staff and nurses were mentioned as the most trustworthy sources of information. A third of the respondents declared to have come across information on the prudent use of antibiotics in the preceding 12 months. In the fifth wave, nearly half of the participants (48%), who had come across information about antibiotics in the preceding 12 months declared that the information resulted in a change in their attitude towards antibiotic use. Conclusion: The survey generated information about the knowledge, attitude, and behavior regarding antibiotics among the general population of Poland. Inappropriate antibiotic use is still highly prevalent in Poland, although a positive trend in behavioral change was observed after the educational campaigns. Additional didactic and systematic education campaigns regarding appropriate antibiotic use are needed and the use of the Internet as an education tool should be enhanced.","author":[{"dropping-particle":"","family":"Mazińska","given":"Beata","non-dropping-particle":"","parse-names":false,"suffix":""},{"dropping-particle":"","family":"Struzycka","given":"Izabela","non-dropping-particle":"","parse-names":false,"suffix":""},{"dropping-particle":"","family":"Hryniewicz","given":"Waleria","non-dropping-particle":"","parse-names":false,"suffix":""}],"container-title":"PloS one","id":"ITEM-1","issue":"2","issued":{"date-parts":[["2017","2","1"]]},"publisher":"PLoS One","title":"Surveys of public knowledge and attitudes with regard to antibiotics in Poland: Did the European Antibiotic Awareness Day campaigns change attitudes?","type":"article-journal","volume":"12"},"uris":["http://www.mendeley.com/documents/?uuid=a8de0476-d44c-377f-9a63-f64487053c5c"]}],"mendeley":{"formattedCitation":"[79]","plainTextFormattedCitation":"[79]","previouslyFormattedCitation":"[78]"},"properties":{"noteIndex":0},"schema":"https://github.com/citation-style-language/schema/raw/master/csl-citation.json"}</w:instrText>
      </w:r>
      <w:r>
        <w:rPr>
          <w:b w:val="0"/>
          <w:lang w:val="ru-RU"/>
        </w:rPr>
        <w:fldChar w:fldCharType="separate"/>
      </w:r>
      <w:r w:rsidR="009A759A" w:rsidRPr="009A759A">
        <w:rPr>
          <w:b w:val="0"/>
          <w:noProof/>
          <w:lang w:val="ru-RU"/>
        </w:rPr>
        <w:t>[79]</w:t>
      </w:r>
      <w:r>
        <w:rPr>
          <w:b w:val="0"/>
          <w:lang w:val="ru-RU"/>
        </w:rPr>
        <w:fldChar w:fldCharType="end"/>
      </w:r>
      <w:r w:rsidRPr="0023215E">
        <w:rPr>
          <w:b w:val="0"/>
          <w:lang w:val="ru-RU"/>
        </w:rPr>
        <w:t>.</w:t>
      </w:r>
    </w:p>
    <w:p w:rsidR="00BF49C9" w:rsidRPr="0023215E" w:rsidRDefault="00BF49C9" w:rsidP="009A759A">
      <w:pPr>
        <w:pStyle w:val="1"/>
        <w:ind w:left="426" w:right="3" w:firstLine="567"/>
        <w:rPr>
          <w:b w:val="0"/>
          <w:lang w:val="ru-RU"/>
        </w:rPr>
      </w:pPr>
      <w:r w:rsidRPr="0023215E">
        <w:rPr>
          <w:b w:val="0"/>
          <w:lang w:val="ru-RU"/>
        </w:rPr>
        <w:t>Антибиотиктерге төзімділік мәселесін жеңілдету үшін антибиотиктерді рецептсіз сатуға тыйым салу керек және өзін-өзі емдеуді ынталандырмау керек. Дегенмен, көптеген дамушы елдерде пациенттің сұранысы бойынша антибиотиктерді сату әдеттегі тәжірибе болып табылады. Үндістанда жүргізілген сапалы зерттеу фармацевтер антибиотиктерді рецептсіз сатуды оңай мойындағанын және әдетте антибиотиктерге төзімділік мәселесі</w:t>
      </w:r>
      <w:r>
        <w:rPr>
          <w:b w:val="0"/>
          <w:lang w:val="ru-RU"/>
        </w:rPr>
        <w:t xml:space="preserve"> туралы білмейтінін растады</w:t>
      </w:r>
      <w:r w:rsidRPr="000A6AB2">
        <w:rPr>
          <w:b w:val="0"/>
          <w:lang w:val="ru-RU"/>
        </w:rPr>
        <w:t xml:space="preserve"> </w:t>
      </w:r>
      <w:r>
        <w:rPr>
          <w:b w:val="0"/>
          <w:lang w:val="ru-RU"/>
        </w:rPr>
        <w:fldChar w:fldCharType="begin" w:fldLock="1"/>
      </w:r>
      <w:r w:rsidR="009A759A">
        <w:rPr>
          <w:b w:val="0"/>
          <w:lang w:val="ru-RU"/>
        </w:rPr>
        <w:instrText>ADDIN CSL_CITATION {"citationItems":[{"id":"ITEM-1","itemData":{"DOI":"10.4103/JFMPC.JFMPC_2157_21","ISSN":"2249-4863","PMID":"36505565","abstract":"Background: \n\nNon-prescription sale of antibiotics is one of the major causes for increased consumption of antibiotics which facilitates the emergence of drug resistance. Over-the-counter sale of antibiotics in India, without prescription and often at partial doses, is quite common even though the practice is not legal.\n\nObjectives: \n\n(1) To interview pharmacists about the sale of over-the-counter medication, and prescription drugs sold without a prescription, in particular; (2) to obtain an understanding of the reasons for such sale from the perspective of the pharmacist.\n\nMethods: \n\nPharmacists were interviewed with the help of a pre-validated questionnaire in 15 stand-alone pharmacies in a metropolitan city and a tier-2 city in Tamil Nadu. Major points of interest were characteristics of customers requesting antibiotics without a valid prescription, common diseases for which they were sold without prescription, whether patients asked for antibiotics by name or as treatment for their symptoms, and reasons for such requests.\n\nResults: \n\nPharmacists readily admitted to selling prescription drugs, including antibiotics without a valid prescription. While they know of antibiotic resistance, not a single pharmacist interviewed by us knew of the causes of antibiotic resistance.\n\nConclusion: \n\nThe intervention listed in the National Action Plan on Antimicrobial Resistance to develop awareness campaigns targeted at dispensers regarding existing rules and appropriate use of antimicrobials and mandatory training programs on optimal antimicrobial use must be implemented immediately.","author":[{"dropping-particle":"","family":"Chandran","given":"DeenaSangeetha","non-dropping-particle":"","parse-names":false,"suffix":""},{"dropping-particle":"","family":"Manickavasagam","given":"PremaPrathicksha","non-dropping-particle":"","parse-names":false,"suffix":""}],"container-title":"Journal of family medicine and primary care","id":"ITEM-1","issue":"9","issued":{"date-parts":[["2022"]]},"page":"5516","publisher":"J Family Med Prim Care","title":"Sale of antibiotics without prescription in stand-alone pharmacies in Tamil Nadu","type":"article-journal","volume":"11"},"uris":["http://www.mendeley.com/documents/?uuid=5ae5017b-7576-31c6-94f2-3c295fde89bc"]}],"mendeley":{"formattedCitation":"[80]","plainTextFormattedCitation":"[80]","previouslyFormattedCitation":"[79]"},"properties":{"noteIndex":0},"schema":"https://github.com/citation-style-language/schema/raw/master/csl-citation.json"}</w:instrText>
      </w:r>
      <w:r>
        <w:rPr>
          <w:b w:val="0"/>
          <w:lang w:val="ru-RU"/>
        </w:rPr>
        <w:fldChar w:fldCharType="separate"/>
      </w:r>
      <w:r w:rsidR="009A759A" w:rsidRPr="009A759A">
        <w:rPr>
          <w:b w:val="0"/>
          <w:noProof/>
          <w:lang w:val="ru-RU"/>
        </w:rPr>
        <w:t>[80]</w:t>
      </w:r>
      <w:r>
        <w:rPr>
          <w:b w:val="0"/>
          <w:lang w:val="ru-RU"/>
        </w:rPr>
        <w:fldChar w:fldCharType="end"/>
      </w:r>
      <w:r w:rsidRPr="0023215E">
        <w:rPr>
          <w:b w:val="0"/>
          <w:lang w:val="ru-RU"/>
        </w:rPr>
        <w:t>. Дамаскіде (Сирия) дәріхана қызметкерлерінің 87% - ы антибиотиктерді рецептсіз сатуға оңай келісті, ал егер пациент талап етсе, 97</w:t>
      </w:r>
      <w:r>
        <w:rPr>
          <w:b w:val="0"/>
          <w:lang w:val="ru-RU"/>
        </w:rPr>
        <w:t xml:space="preserve">% - ы антибиотиктерді сатты </w:t>
      </w:r>
      <w:r>
        <w:rPr>
          <w:b w:val="0"/>
          <w:lang w:val="ru-RU"/>
        </w:rPr>
        <w:fldChar w:fldCharType="begin" w:fldLock="1"/>
      </w:r>
      <w:r w:rsidR="009A759A">
        <w:rPr>
          <w:b w:val="0"/>
          <w:lang w:val="ru-RU"/>
        </w:rPr>
        <w:instrText>ADDIN CSL_CITATION {"citationItems":[{"id":"ITEM-1","itemData":{"DOI":"10.3855/JIDC.1248","ISSN":"1972-2680","PMID":"21628818","abstract":"Introduction: Overuse of antibiotics has contributed to the development of organism resistance. The acquisition of antibiotics without prescription by the general population seems to be common practice in pharmacies of Damascus, Syria. This study aimed to determine the proportion of pharmacies dispensing antibiotics without medical prescription and without seeing the patient. Methodology: A cross-sectional study involving a sample of 224 pharmacies was conducted in Damascus. To obtain antibiotics without medical prescription, the investigators posed as individuals who had a sister with symptoms of sinusitis. Results: From 200 pharmacies visited, 87% agreed without insistence from the investigator to sell antibiotics without prescription. This figure increased to 97% when the investigators who were at first denied antibiotics insisted on having the antibiotics. Conclusion: Dispensing of antibiotics is high in Damascus despite federal regulations. Health education programs should be directed to pharmacies and also to the population.","author":[{"dropping-particle":"","family":"Al-Faham","given":"Zaid","non-dropping-particle":"","parse-names":false,"suffix":""},{"dropping-particle":"","family":"Habboub","given":"Ghaith","non-dropping-particle":"","parse-names":false,"suffix":""},{"dropping-particle":"","family":"Takriti","given":"Farah","non-dropping-particle":"","parse-names":false,"suffix":""}],"container-title":"Journal of infection in developing countries","id":"ITEM-1","issue":"5","issued":{"date-parts":[["2011"]]},"page":"396-399","publisher":"J Infect Dev Ctries","title":"The sale of antibiotics without prescription in pharmacies in Damascus, Syria","type":"article-journal","volume":"5"},"uris":["http://www.mendeley.com/documents/?uuid=7f512a95-4d2d-3c6a-a301-166a94af2c9a"]}],"mendeley":{"formattedCitation":"[81]","plainTextFormattedCitation":"[81]","previouslyFormattedCitation":"[80]"},"properties":{"noteIndex":0},"schema":"https://github.com/citation-style-language/schema/raw/master/csl-citation.json"}</w:instrText>
      </w:r>
      <w:r>
        <w:rPr>
          <w:b w:val="0"/>
          <w:lang w:val="ru-RU"/>
        </w:rPr>
        <w:fldChar w:fldCharType="separate"/>
      </w:r>
      <w:r w:rsidR="009A759A" w:rsidRPr="009A759A">
        <w:rPr>
          <w:b w:val="0"/>
          <w:noProof/>
          <w:lang w:val="ru-RU"/>
        </w:rPr>
        <w:t>[81]</w:t>
      </w:r>
      <w:r>
        <w:rPr>
          <w:b w:val="0"/>
          <w:lang w:val="ru-RU"/>
        </w:rPr>
        <w:fldChar w:fldCharType="end"/>
      </w:r>
      <w:r w:rsidRPr="0023215E">
        <w:rPr>
          <w:b w:val="0"/>
          <w:lang w:val="ru-RU"/>
        </w:rPr>
        <w:t>. Таяу Шығыста жүргізілген тағы бір зерттеуде Сауд Арабиясында рецептсіз антибиотиктерді сатудың жоғары деңгей</w:t>
      </w:r>
      <w:r>
        <w:rPr>
          <w:b w:val="0"/>
          <w:lang w:val="ru-RU"/>
        </w:rPr>
        <w:t xml:space="preserve">і (63,6%) туралы хабарланды </w:t>
      </w:r>
      <w:r>
        <w:rPr>
          <w:b w:val="0"/>
          <w:lang w:val="ru-RU"/>
        </w:rPr>
        <w:fldChar w:fldCharType="begin" w:fldLock="1"/>
      </w:r>
      <w:r w:rsidR="009A759A">
        <w:rPr>
          <w:b w:val="0"/>
          <w:lang w:val="ru-RU"/>
        </w:rPr>
        <w:instrText>ADDIN CSL_CITATION {"citationItems":[{"id":"ITEM-1","itemData":{"DOI":"10.1007/S11096-016-0362-X","ISSN":"2210-7711","PMID":"27573719","abstract":"Background Inappropriate use of antibiotics is a public health problem of great concern. Objective To evaluate knowledge of antibiotics, race, gender and age as independent risk factors for self-medication. Setting Residents and population from different regions of Saudi Arabia. Methods We conducted a cross sectional survey study among residents. Data were collected between June 2014 to May, 2015 from 1310 participants and data were recorded anonymously. The questionnaire was randomly distributed by interview of participants and included sociodemographic characteristics, antibiotics knowledge, attitudes and behavior with respect to antibiotics usage. Main outcome measure Population aggregate scores on questions and data were analyzed using univariate logistic regression to evaluate the influence of variables on self-prescription of antibiotics. Results The response rate was 87.7 %. A cumulative 63.6 % of participants reported to have purchased antibiotics without a prescription from pharmacies; 71.1 % reported that they did not finish the antibiotic course as they felt better. The availability of antibiotics without prescription was found to be positively associated with self-medication (OR 0.238, 95 % CI 0.17–0.33). Of those who used prescribed or non-prescribed antibiotics, 44.7 % reported that they kept left-over antibiotics from the incomplete course of treatment for future need. Interestingly, 62 % of respondents who used drugs without prescription agreed with the statement that antibiotics should be access-controlled prescribed by a physician. We also found significant association between storage, knowledge/attitudes and education. Conclusions The overall level of awareness on antibiotics use among residents in Saudi Arabia is low. This mandates public health awareness intervention programs to be implemented on the use of antibiotics.","author":[{"dropping-particle":"","family":"Zowalaty","given":"Mohamed E.","non-dropping-particle":"El","parse-names":false,"suffix":""},{"dropping-particle":"","family":"Belkina","given":"Tatiana","non-dropping-particle":"","parse-names":false,"suffix":""},{"dropping-particle":"","family":"Bahashwan","given":"Saleh A.","non-dropping-particle":"","parse-names":false,"suffix":""},{"dropping-particle":"","family":"Zowalaty","given":"Ahmed E.","non-dropping-particle":"El","parse-names":false,"suffix":""},{"dropping-particle":"","family":"Tebbens","given":"Jurjen Duintjer","non-dropping-particle":"","parse-names":false,"suffix":""},{"dropping-particle":"","family":"Abdel-Salam","given":"Hassan A.","non-dropping-particle":"","parse-names":false,"suffix":""},{"dropping-particle":"","family":"Khalil","given":"Adel I.","non-dropping-particle":"","parse-names":false,"suffix":""},{"dropping-particle":"","family":"Daghriry","given":"Safaa I.","non-dropping-particle":"","parse-names":false,"suffix":""},{"dropping-particle":"","family":"Gahtani","given":"Mona A.","non-dropping-particle":"","parse-names":false,"suffix":""},{"dropping-particle":"","family":"Madkhaly","given":"Fatimah M.","non-dropping-particle":"","parse-names":false,"suffix":""},{"dropping-particle":"","family":"Nohi","given":"Nahed I.","non-dropping-particle":"","parse-names":false,"suffix":""},{"dropping-particle":"","family":"Khodari","given":"Rafaa H.","non-dropping-particle":"","parse-names":false,"suffix":""},{"dropping-particle":"","family":"Sharahili","given":"Reem M.","non-dropping-particle":"","parse-names":false,"suffix":""},{"dropping-particle":"","family":"Dagreery","given":"Khlood A.","non-dropping-particle":"","parse-names":false,"suffix":""},{"dropping-particle":"","family":"Khormi","given":"Mayisah","non-dropping-particle":"","parse-names":false,"suffix":""},{"dropping-particle":"","family":"Habibah","given":"Sarah Abuo","non-dropping-particle":"","parse-names":false,"suffix":""},{"dropping-particle":"","family":"Medrba","given":"Bayan A.","non-dropping-particle":"","parse-names":false,"suffix":""},{"dropping-particle":"","family":"Gahtani","given":"Amal A.","non-dropping-particle":"","parse-names":false,"suffix":""},{"dropping-particle":"","family":"Hifthi","given":"Rasha Y.","non-dropping-particle":"","parse-names":false,"suffix":""},{"dropping-particle":"","family":"Zaid","given":"Jameelah M.","non-dropping-particle":"","parse-names":false,"suffix":""},{"dropping-particle":"","family":"Amshan","given":"Arwa W.","non-dropping-particle":"","parse-names":false,"suffix":""},{"dropping-particle":"","family":"Alneami","given":"Alqasim A.","non-dropping-particle":"","parse-names":false,"suffix":""},{"dropping-particle":"","family":"Noreddin","given":"Ayman","non-dropping-particle":"","parse-names":false,"suffix":""},{"dropping-particle":"","family":"Vlček","given":"Jiří","non-dropping-particle":"","parse-names":false,"suffix":""}],"container-title":"International journal of clinical pharmacy","id":"ITEM-1","issue":"5","issued":{"date-parts":[["2016","10","1"]]},"page":"1261-1268","publisher":"Int J Clin Pharm","title":"Knowledge, awareness, and attitudes toward antibiotic use and antimicrobial resistance among Saudi population","type":"article-journal","volume":"38"},"uris":["http://www.mendeley.com/documents/?uuid=5a517221-2fa2-35e6-9a63-d72889b1f2bb"]}],"mendeley":{"formattedCitation":"[82]","plainTextFormattedCitation":"[82]","previouslyFormattedCitation":"[81]"},"properties":{"noteIndex":0},"schema":"https://github.com/citation-style-language/schema/raw/master/csl-citation.json"}</w:instrText>
      </w:r>
      <w:r>
        <w:rPr>
          <w:b w:val="0"/>
          <w:lang w:val="ru-RU"/>
        </w:rPr>
        <w:fldChar w:fldCharType="separate"/>
      </w:r>
      <w:r w:rsidR="009A759A" w:rsidRPr="009A759A">
        <w:rPr>
          <w:b w:val="0"/>
          <w:noProof/>
          <w:lang w:val="ru-RU"/>
        </w:rPr>
        <w:t>[82]</w:t>
      </w:r>
      <w:r>
        <w:rPr>
          <w:b w:val="0"/>
          <w:lang w:val="ru-RU"/>
        </w:rPr>
        <w:fldChar w:fldCharType="end"/>
      </w:r>
      <w:r w:rsidRPr="0023215E">
        <w:rPr>
          <w:b w:val="0"/>
          <w:lang w:val="ru-RU"/>
        </w:rPr>
        <w:t>. Қытайда жүргізілген зерттеу көрсеткендей, онлайн дәріханалар да, жергілікті дәріханалар да антибиотиктерді жарамды рецептсіз сатады. Алайда, жергілікті дәріханалар антибиотиктерді рецептсіз сатады және пациенттер</w:t>
      </w:r>
      <w:r>
        <w:rPr>
          <w:b w:val="0"/>
          <w:lang w:val="ru-RU"/>
        </w:rPr>
        <w:t>ге қажетті ақпарат бермейді</w:t>
      </w:r>
      <w:r w:rsidRPr="00377E82">
        <w:rPr>
          <w:b w:val="0"/>
          <w:lang w:val="ru-RU"/>
        </w:rPr>
        <w:t xml:space="preserve"> </w:t>
      </w:r>
      <w:r>
        <w:rPr>
          <w:b w:val="0"/>
          <w:lang w:val="ru-RU"/>
        </w:rPr>
        <w:fldChar w:fldCharType="begin" w:fldLock="1"/>
      </w:r>
      <w:r w:rsidR="009A759A">
        <w:rPr>
          <w:b w:val="0"/>
          <w:lang w:val="ru-RU"/>
        </w:rPr>
        <w:instrText>ADDIN CSL_CITATION {"citationItems":[{"id":"ITEM-1","itemData":{"DOI":"10.2471/BLT.19.242370","ISSN":"1564-0604","PMID":"32742030","abstract":"Objective To determine the prevalence of and factors associated with dispensing antibiotics without a prescription in online and community pharmacies in China. Methods We conducted a nationwide cross-sectional study of online and community pharmacies in 27 cities and counties in nine provinces in China (selected by multistage sampling) from July 2017 to December 2018. We assessed sale of antibiotics without a prescription and quality of pharmacy services through simulated clients who asked to buy specific antibiotics. We compared the prevalence of sales between online and community pharmacies, and between location and features of community pharmacies. Findings Of 220 online and 675 community pharmacies, 174 (79.1%) and 586 (86.8%) sold antibiotics without a valid prescription, respectively. About half of the online pharmacies had a notice on their website about the illegality of selling prescription-only medicines without a prescription while none of the community pharmacists had. More online pharmacies without this notice dispensed antibiotics without a valid prescription (P &lt; 0.001). Antibiotics’ sale without a prescription was significantly less prevalent in provincial capital cities (71.6%; 161/225) than prefectural-level cities (95.1%; 214/225) and counties (93.8%; 211/225; P &lt; 0.001). Most pharmacy staff did not ask for important information from clients before dispensing the antibiotic or provide them with necessary information about the antibiotic. Conclusion Given the high proportion of sales of prescription-only medicines without a prescription, there is a need to strengthen enforcement of regulations, improve public education on antibiotics, train pharmacy staff and consolidate public involvement in antibiotic stewardship in retail pharmacies in China.","author":[{"dropping-particle":"","family":"Gong","given":"Yanhong","non-dropping-particle":"","parse-names":false,"suffix":""},{"dropping-particle":"","family":"Jiang","given":"Nan","non-dropping-particle":"","parse-names":false,"suffix":""},{"dropping-particle":"","family":"Chen","given":"Zhenyuan","non-dropping-particle":"","parse-names":false,"suffix":""},{"dropping-particle":"","family":"Wang","given":"Jing","non-dropping-particle":"","parse-names":false,"suffix":""},{"dropping-particle":"","family":"Zhang","given":"Jia","non-dropping-particle":"","parse-names":false,"suffix":""},{"dropping-particle":"","family":"Feng","given":"Jie","non-dropping-particle":"","parse-names":false,"suffix":""},{"dropping-particle":"","family":"Lu","given":"Zuxun","non-dropping-particle":"","parse-names":false,"suffix":""},{"dropping-particle":"","family":"Yin","given":"Xiaoxv","non-dropping-particle":"","parse-names":false,"suffix":""}],"container-title":"Bulletin of the World Health Organization","id":"ITEM-1","issue":"7","issued":{"date-parts":[["2020","7","1"]]},"page":"449-457","publisher":"Bull World Health Organ","title":"Over-the-counter antibiotic sales in community and online pharmacies, China","type":"article-journal","volume":"98"},"uris":["http://www.mendeley.com/documents/?uuid=eaaca1bc-84aa-39d2-80d6-2402dba6cfc2"]}],"mendeley":{"formattedCitation":"[83]","plainTextFormattedCitation":"[83]","previouslyFormattedCitation":"[82]"},"properties":{"noteIndex":0},"schema":"https://github.com/citation-style-language/schema/raw/master/csl-citation.json"}</w:instrText>
      </w:r>
      <w:r>
        <w:rPr>
          <w:b w:val="0"/>
          <w:lang w:val="ru-RU"/>
        </w:rPr>
        <w:fldChar w:fldCharType="separate"/>
      </w:r>
      <w:r w:rsidR="009A759A" w:rsidRPr="009A759A">
        <w:rPr>
          <w:b w:val="0"/>
          <w:noProof/>
          <w:lang w:val="ru-RU"/>
        </w:rPr>
        <w:t>[83]</w:t>
      </w:r>
      <w:r>
        <w:rPr>
          <w:b w:val="0"/>
          <w:lang w:val="ru-RU"/>
        </w:rPr>
        <w:fldChar w:fldCharType="end"/>
      </w:r>
      <w:r w:rsidRPr="0023215E">
        <w:rPr>
          <w:b w:val="0"/>
          <w:lang w:val="ru-RU"/>
        </w:rPr>
        <w:t>.</w:t>
      </w:r>
    </w:p>
    <w:p w:rsidR="00BF49C9" w:rsidRPr="0023215E" w:rsidRDefault="00BF49C9" w:rsidP="009A759A">
      <w:pPr>
        <w:pStyle w:val="1"/>
        <w:ind w:left="426" w:right="3" w:firstLine="567"/>
        <w:rPr>
          <w:b w:val="0"/>
          <w:lang w:val="ru-RU"/>
        </w:rPr>
      </w:pPr>
      <w:r w:rsidRPr="0023215E">
        <w:rPr>
          <w:b w:val="0"/>
          <w:lang w:val="ru-RU"/>
        </w:rPr>
        <w:t xml:space="preserve">Антибиотиктерді дұрыс қолдану туралы нашар немесе оңтайлы емес білім жаһандық алаңдаушылықтың тағы бір себебі болып табылады, өйткені олар антибиотиктерге төзімділіктің дамуына үлкен үлес қосады. Бұл антибиотиктермен емдеуге болатын аурулардың спектрі, терапияның ұзақтығы және оларды қабылдауды қашан тоқтату керектігін түсінуді қамтиды. </w:t>
      </w:r>
      <w:r w:rsidR="009A759A">
        <w:rPr>
          <w:b w:val="0"/>
          <w:lang w:val="ru-RU"/>
        </w:rPr>
        <w:t xml:space="preserve">Ахунд және басқалар </w:t>
      </w:r>
      <w:r w:rsidRPr="0023215E">
        <w:rPr>
          <w:b w:val="0"/>
          <w:lang w:val="ru-RU"/>
        </w:rPr>
        <w:t>Пәкістанда онлайн сауалнама жүргізіп, 1132 қатысушының 837-сі (73,9%) өздерін жақсы сезінген кезде антибиотиктер курсын тоқтатуға болады деп ойлағанын және 505-і (44,6%) антибиотиктерді жиі және қажетсіз қолдану олардың тиімділігін төмендететініне сенімді екенін анықтады. Бір қызығы, қатысушылардың 157-сі (13,9%) дәрігер ұсынған емдеу ұзақтығын ұстанбаған. Респонденттердің 467-сі (41,3%) ұқсас белгілер пайда болған кезде алдыңғы рецепт бойынша қалған ант</w:t>
      </w:r>
      <w:r>
        <w:rPr>
          <w:b w:val="0"/>
          <w:lang w:val="ru-RU"/>
        </w:rPr>
        <w:t xml:space="preserve">ибиотиктерді қайта қолданды </w:t>
      </w:r>
      <w:r>
        <w:rPr>
          <w:b w:val="0"/>
          <w:lang w:val="ru-RU"/>
        </w:rPr>
        <w:fldChar w:fldCharType="begin" w:fldLock="1"/>
      </w:r>
      <w:r w:rsidR="009A759A">
        <w:rPr>
          <w:b w:val="0"/>
          <w:lang w:val="ru-RU"/>
        </w:rPr>
        <w:instrText>ADDIN CSL_CITATION {"citationItems":[{"id":"ITEM-1","itemData":{"DOI":"10.7759/CUREUS.4266","ISSN":"2168-8184","PMID":"31139525","abstract":"Introduction The emergence and continuous spread of drug resistant bacteria has become one of the leading health concerns globally. Persistent failure to develop and/or discover new antibiotics along with irrational use of existing antibiotics is associated with rise in antibiotic resistance. There is poor understanding of antibiotics usage and their preciousness among the masses which result in careless utilization and hence, the emerging antibiotic resistance. The aim of this study is to evaluate the knowledge and attitude of Pakistanis towards antimicrobial resistance (AMR). Methods This observational cross-sectional survey was designed in the form of an online pro forma circulated in January 2019. It was a self-structured pro forma which included age, gender, and 10 questions - five to assess the knowledge and five to assess the attitude towards AMR. Each question was to be responded with a \"Yes\" or a \"No.\" For knowledge assessing questions \"do not know\" was also an option. Data was entered and analysed using SPSS version 22 (IBM Corp., Armonk, NY). Results Of 1,132 participants, 837 (73.9%) thought that it was alright to stop antibiotics course whenever they felt better, 505 (44.6%) thought that frequent and unnecessary use of antibiotics actually decrease their effectiveness, and 208 (18.4%) participants thought it was correct to take antibiotics for cold and influenza. There were 157 (13.9%) participants who had not followed the duration of treatment as given in their doctor's prescription, 49 (4.4%) who had changed their antibiotic dose without doctor consultation, 467 (41.3%) who had reused leftover antibiotics from their previous prescription, 700 (61.8%) who had suggested it to their doctors to prescribe them antibiotics and 378 (33.4%) participants who had purchased antibiotics without any prescription in the last one year. Conclusion Pakistani individuals are not as knowledgeable about antibiotic resistance as severe the issue is in this region. Their attitude towards utilization of antibiotics is not very promising. It becomes essential to initiate antibiotic stewardship programs and educate the masses regarding efficacious and safe use of antibiotics in this region.","author":[{"dropping-particle":"","family":"Akhund","given":"Ramsha","non-dropping-particle":"","parse-names":false,"suffix":""},{"dropping-particle":"","family":"Jamshed","given":"Fatima","non-dropping-particle":"","parse-names":false,"suffix":""},{"dropping-particle":"","family":"Jaffry","given":"Hassam A","non-dropping-particle":"","parse-names":false,"suffix":""},{"dropping-particle":"","family":"Hanif","given":"Hamza","non-dropping-particle":"","parse-names":false,"suffix":""},{"dropping-particle":"","family":"Fareed","given":"Sundus","non-dropping-particle":"","parse-names":false,"suffix":""}],"container-title":"Cureus","id":"ITEM-1","issue":"3","issued":{"date-parts":[["2019","3","19"]]},"publisher":"Cureus","title":"Knowledge and Attitude of General Pakistani Population Towards Antibiotic Resistance","type":"article-journal","volume":"11"},"uris":["http://www.mendeley.com/documents/?uuid=93ad7be5-47c6-30ac-9c9c-cf7d88839ce0"]}],"mendeley":{"formattedCitation":"[84]","plainTextFormattedCitation":"[84]","previouslyFormattedCitation":"[83]"},"properties":{"noteIndex":0},"schema":"https://github.com/citation-style-language/schema/raw/master/csl-citation.json"}</w:instrText>
      </w:r>
      <w:r>
        <w:rPr>
          <w:b w:val="0"/>
          <w:lang w:val="ru-RU"/>
        </w:rPr>
        <w:fldChar w:fldCharType="separate"/>
      </w:r>
      <w:r w:rsidR="009A759A" w:rsidRPr="009A759A">
        <w:rPr>
          <w:b w:val="0"/>
          <w:noProof/>
          <w:lang w:val="ru-RU"/>
        </w:rPr>
        <w:t>[84]</w:t>
      </w:r>
      <w:r>
        <w:rPr>
          <w:b w:val="0"/>
          <w:lang w:val="ru-RU"/>
        </w:rPr>
        <w:fldChar w:fldCharType="end"/>
      </w:r>
      <w:r w:rsidRPr="0023215E">
        <w:rPr>
          <w:b w:val="0"/>
          <w:lang w:val="ru-RU"/>
        </w:rPr>
        <w:t>. Біздің зерттеуімізде респонденттердің 33,2% - ы өздерін жақсы сезінген кезде антибиотиктерді қабылдауды тоқтатты. Басқа зерттеушілер сонымен қатар антибиотикалық терапияны тоқтату уақыты туралы жеткіліксі</w:t>
      </w:r>
      <w:r w:rsidR="009A759A">
        <w:rPr>
          <w:b w:val="0"/>
          <w:lang w:val="ru-RU"/>
        </w:rPr>
        <w:t>з б</w:t>
      </w:r>
      <w:r>
        <w:rPr>
          <w:b w:val="0"/>
          <w:lang w:val="ru-RU"/>
        </w:rPr>
        <w:t>ілім туралы хабарлады</w:t>
      </w:r>
      <w:r w:rsidRPr="0023215E">
        <w:rPr>
          <w:b w:val="0"/>
          <w:lang w:val="ru-RU"/>
        </w:rPr>
        <w:t>.</w:t>
      </w:r>
    </w:p>
    <w:p w:rsidR="00BF49C9" w:rsidRPr="0023215E" w:rsidRDefault="00BF49C9" w:rsidP="00BF49C9">
      <w:pPr>
        <w:pStyle w:val="a5"/>
        <w:spacing w:before="2"/>
        <w:rPr>
          <w:bCs/>
          <w:lang w:val="ru-RU"/>
        </w:rPr>
      </w:pPr>
      <w:r w:rsidRPr="0023215E">
        <w:rPr>
          <w:bCs/>
          <w:lang w:val="ru-RU"/>
        </w:rPr>
        <w:t>Антибиотиктермен өзін-өзі емдеу жиі кездеседі және көптеген адамдар ұқсас белгілері бар ауруда бірдей антибиотикті қолдана алатынына сенімді. Бұл зерттеуде қатысушылардың жартысынан көбі (57,2%) бірдей антибиотикті сатып алуға немесе дәрігерге қаралуға қолайлы деп тапты, егер бұл олардың бұрын белгілері болған кезде жақсаруына көмектессе. Румынияда жүргізілген зерттеуде респонденттердің 10,34% - ы антибиотиктерді отбасы мүшесінің немесе досының ұсыныстарына сәйкес қабылдады, ал 22,9% - ы соңғы кездесуде дәрігер тағайын</w:t>
      </w:r>
      <w:r>
        <w:rPr>
          <w:bCs/>
          <w:lang w:val="ru-RU"/>
        </w:rPr>
        <w:t>даған антибиотикті қолданды</w:t>
      </w:r>
      <w:r w:rsidRPr="0023215E">
        <w:rPr>
          <w:bCs/>
          <w:lang w:val="ru-RU"/>
        </w:rPr>
        <w:t>. Жалпы алғанда, Шығыс Еуропа халқы Батыс Еуропа халқымен салыстырғанда антибиотиктермен өзін-өзі емдеудің жоғары көрсеткіштеріне ие. Мұны мәдени айырмашылықтармен және құқық қорғау органдарының рецептсіз сатылатын дәрі-дәрмектерді сатуға тыйым салу әреке</w:t>
      </w:r>
      <w:r>
        <w:rPr>
          <w:bCs/>
          <w:lang w:val="ru-RU"/>
        </w:rPr>
        <w:t>ттерімен түсіндіруге болады</w:t>
      </w:r>
      <w:r w:rsidRPr="00DB5943">
        <w:rPr>
          <w:bCs/>
          <w:lang w:val="ru-RU"/>
        </w:rPr>
        <w:t xml:space="preserve"> </w:t>
      </w:r>
      <w:r>
        <w:rPr>
          <w:bCs/>
          <w:lang w:val="ru-RU"/>
        </w:rPr>
        <w:fldChar w:fldCharType="begin" w:fldLock="1"/>
      </w:r>
      <w:r w:rsidR="009A759A">
        <w:rPr>
          <w:bCs/>
          <w:lang w:val="ru-RU"/>
        </w:rPr>
        <w:instrText>ADDIN CSL_CITATION {"citationItems":[{"id":"ITEM-1","itemData":{"DOI":"10.2147/IDR.S214574","ISSN":"1178-6973","PMID":"31802918","abstract":"Background: Currently, antibiotic resistance is a complex issue that affects the whole of society. This resistance is influenced by the irrational and excessive use of antibiotics by the general population. This study aimed to gather information about the knowledge, attitudes and behaviours regarding the issues related to antibiotic consumption in the general population of Mureș County in the Central Region of Romania. Methods: This was a cross-sectional study using a questionnaire as its research instrument, which consisted of 33 questions analysing the respondents’ attitude and their knowledge about the use of antibiotics and antibiotic resistance. Results: A total of 996 respondents were eligible for the study. Of the total respondents, 62.65% (624 respondents) considered that antibiotics are used to treat a bacterial infection and 61.45% (612 respondents) used an antibiotic at least once in the previous year, with a distribution of 68.7% and 56.8% of the respondents from rural and urban areas, respectively. Antibiotics were taken by 10.34% of the respondents, following recommendations from family/friends, and 22.9% used antibiotics left over from their last prescription. Of those who consumed antibiotics (868 respondents), 65.9% consulted their physician every time before taking the medication. Furthermore, 82.3% of the total of 996 respondents considered that the use of non-prescription antibiotics has a negative effect, and 85.14% had heard about the antibiotic resistance of bacteria. Conclusion: The majority of respondents had adequate knowledge of antibiotics and their use and were aware of the fact that non-prescription antibiotics can have repercussions both on them as individuals and on the population as a whole.","author":[{"dropping-particle":"","family":"S","given":"Voidăzan","non-dropping-particle":"","parse-names":false,"suffix":""},{"dropping-particle":"","family":"G","given":"Moldovan","non-dropping-particle":"","parse-names":false,"suffix":""},{"dropping-particle":"","family":"L","given":"Voidăzan","non-dropping-particle":"","parse-names":false,"suffix":""},{"dropping-particle":"","family":"A","given":"Zazgyva","non-dropping-particle":"","parse-names":false,"suffix":""},{"dropping-particle":"","family":"H","given":"Moldovan","non-dropping-particle":"","parse-names":false,"suffix":""}],"container-title":"Infection and drug resistance","id":"ITEM-1","issued":{"date-parts":[["2019"]]},"page":"3385-3396","publisher":"Infect Drug Resist","title":"Knowledge, Attitudes And Practices Regarding The Use Of Antibiotics. Study On The General Population Of Mureş County, Romania","type":"article-journal","volume":"12"},"uris":["http://www.mendeley.com/documents/?uuid=f7df4ca2-02bc-3db7-a58a-a7eedc7c5f0f"]}],"mendeley":{"formattedCitation":"[85]","plainTextFormattedCitation":"[85]","previouslyFormattedCitation":"[84]"},"properties":{"noteIndex":0},"schema":"https://github.com/citation-style-language/schema/raw/master/csl-citation.json"}</w:instrText>
      </w:r>
      <w:r>
        <w:rPr>
          <w:bCs/>
          <w:lang w:val="ru-RU"/>
        </w:rPr>
        <w:fldChar w:fldCharType="separate"/>
      </w:r>
      <w:r w:rsidR="009A759A" w:rsidRPr="009A759A">
        <w:rPr>
          <w:bCs/>
          <w:noProof/>
          <w:lang w:val="ru-RU"/>
        </w:rPr>
        <w:t>[85]</w:t>
      </w:r>
      <w:r>
        <w:rPr>
          <w:bCs/>
          <w:lang w:val="ru-RU"/>
        </w:rPr>
        <w:fldChar w:fldCharType="end"/>
      </w:r>
      <w:r w:rsidRPr="0023215E">
        <w:rPr>
          <w:bCs/>
          <w:lang w:val="ru-RU"/>
        </w:rPr>
        <w:t>.</w:t>
      </w:r>
    </w:p>
    <w:p w:rsidR="00BF49C9" w:rsidRPr="0023215E" w:rsidRDefault="00BF49C9" w:rsidP="00BF49C9">
      <w:pPr>
        <w:pStyle w:val="a5"/>
        <w:spacing w:before="2"/>
        <w:rPr>
          <w:bCs/>
          <w:lang w:val="ru-RU"/>
        </w:rPr>
      </w:pPr>
      <w:r w:rsidRPr="0023215E">
        <w:rPr>
          <w:bCs/>
          <w:lang w:val="ru-RU"/>
        </w:rPr>
        <w:t>Бұл зерттеудің таңғаларлық қорытындысы</w:t>
      </w:r>
      <w:r w:rsidR="009A759A">
        <w:rPr>
          <w:bCs/>
          <w:lang w:val="ru-RU"/>
        </w:rPr>
        <w:t xml:space="preserve"> </w:t>
      </w:r>
      <w:r w:rsidRPr="0023215E">
        <w:rPr>
          <w:bCs/>
          <w:lang w:val="ru-RU"/>
        </w:rPr>
        <w:t>-</w:t>
      </w:r>
      <w:r w:rsidR="009A759A">
        <w:rPr>
          <w:bCs/>
          <w:lang w:val="ru-RU"/>
        </w:rPr>
        <w:t xml:space="preserve"> </w:t>
      </w:r>
      <w:r w:rsidRPr="0023215E">
        <w:rPr>
          <w:bCs/>
          <w:lang w:val="ru-RU"/>
        </w:rPr>
        <w:t>халықтың едәуір бөлігі (91,9%) антибиотиктерді әдеттегі суыққа қабылдауға дайын. Бұл жоғарғы тыныс жолдарының инфекцияларының ең көп тараған себебі ретінде бактериялардың дұрыс анықталмауымен жақсы түсіндірілуі мүмкін. Дәл осындай қате түсінік басқа елдердің халқын аз дәрежеде болса да бөледі. Германияда пациенттердің 10,5% - ы жалпы суық тиюді емдеу үшін антибиоти</w:t>
      </w:r>
      <w:r>
        <w:rPr>
          <w:bCs/>
          <w:lang w:val="ru-RU"/>
        </w:rPr>
        <w:t>ктерді тағайындауға жүгінді</w:t>
      </w:r>
      <w:r w:rsidRPr="0023215E">
        <w:rPr>
          <w:bCs/>
          <w:lang w:val="ru-RU"/>
        </w:rPr>
        <w:t>, Ал Даниядағы пациенттердің 14% - ы жоғарғы тыныс жолдарының инфекцияларына антибиоти</w:t>
      </w:r>
      <w:r>
        <w:rPr>
          <w:bCs/>
          <w:lang w:val="ru-RU"/>
        </w:rPr>
        <w:t>ктерді тағайындауға жүгінді</w:t>
      </w:r>
      <w:r w:rsidRPr="00DB5943">
        <w:rPr>
          <w:bCs/>
          <w:lang w:val="ru-RU"/>
        </w:rPr>
        <w:t xml:space="preserve"> </w:t>
      </w:r>
      <w:r>
        <w:rPr>
          <w:bCs/>
          <w:lang w:val="ru-RU"/>
        </w:rPr>
        <w:fldChar w:fldCharType="begin" w:fldLock="1"/>
      </w:r>
      <w:r w:rsidR="009A759A">
        <w:rPr>
          <w:bCs/>
          <w:lang w:val="ru-RU"/>
        </w:rPr>
        <w:instrText>ADDIN CSL_CITATION {"citationItems":[{"id":"ITEM-1","itemData":{"DOI":"10.2147/IDR.S214574","ISSN":"1178-6973","PMID":"31802918","abstract":"Background: Currently, antibiotic resistance is a complex issue that affects the whole of society. This resistance is influenced by the irrational and excessive use of antibiotics by the general population. This study aimed to gather information about the knowledge, attitudes and behaviours regarding the issues related to antibiotic consumption in the general population of Mureș County in the Central Region of Romania. Methods: This was a cross-sectional study using a questionnaire as its research instrument, which consisted of 33 questions analysing the respondents’ attitude and their knowledge about the use of antibiotics and antibiotic resistance. Results: A total of 996 respondents were eligible for the study. Of the total respondents, 62.65% (624 respondents) considered that antibiotics are used to treat a bacterial infection and 61.45% (612 respondents) used an antibiotic at least once in the previous year, with a distribution of 68.7% and 56.8% of the respondents from rural and urban areas, respectively. Antibiotics were taken by 10.34% of the respondents, following recommendations from family/friends, and 22.9% used antibiotics left over from their last prescription. Of those who consumed antibiotics (868 respondents), 65.9% consulted their physician every time before taking the medication. Furthermore, 82.3% of the total of 996 respondents considered that the use of non-prescription antibiotics has a negative effect, and 85.14% had heard about the antibiotic resistance of bacteria. Conclusion: The majority of respondents had adequate knowledge of antibiotics and their use and were aware of the fact that non-prescription antibiotics can have repercussions both on them as individuals and on the population as a whole.","author":[{"dropping-particle":"","family":"S","given":"Voidăzan","non-dropping-particle":"","parse-names":false,"suffix":""},{"dropping-particle":"","family":"G","given":"Moldovan","non-dropping-particle":"","parse-names":false,"suffix":""},{"dropping-particle":"","family":"L","given":"Voidăzan","non-dropping-particle":"","parse-names":false,"suffix":""},{"dropping-particle":"","family":"A","given":"Zazgyva","non-dropping-particle":"","parse-names":false,"suffix":""},{"dropping-particle":"","family":"H","given":"Moldovan","non-dropping-particle":"","parse-names":false,"suffix":""}],"container-title":"Infection and drug resistance","id":"ITEM-1","issued":{"date-parts":[["2019"]]},"page":"3385-3396","publisher":"Infect Drug Resist","title":"Knowledge, Attitudes And Practices Regarding The Use Of Antibiotics. Study On The General Population Of Mureş County, Romania","type":"article-journal","volume":"12"},"uris":["http://www.mendeley.com/documents/?uuid=f7df4ca2-02bc-3db7-a58a-a7eedc7c5f0f"]}],"mendeley":{"formattedCitation":"[85]","plainTextFormattedCitation":"[85]","previouslyFormattedCitation":"[84]"},"properties":{"noteIndex":0},"schema":"https://github.com/citation-style-language/schema/raw/master/csl-citation.json"}</w:instrText>
      </w:r>
      <w:r>
        <w:rPr>
          <w:bCs/>
          <w:lang w:val="ru-RU"/>
        </w:rPr>
        <w:fldChar w:fldCharType="separate"/>
      </w:r>
      <w:r w:rsidR="009A759A" w:rsidRPr="009A759A">
        <w:rPr>
          <w:bCs/>
          <w:noProof/>
          <w:lang w:val="ru-RU"/>
        </w:rPr>
        <w:t>[85]</w:t>
      </w:r>
      <w:r>
        <w:rPr>
          <w:bCs/>
          <w:lang w:val="ru-RU"/>
        </w:rPr>
        <w:fldChar w:fldCharType="end"/>
      </w:r>
      <w:r w:rsidRPr="0023215E">
        <w:rPr>
          <w:bCs/>
          <w:lang w:val="ru-RU"/>
        </w:rPr>
        <w:t>. Бұл үлес Румынияда төмендейді, онда 2009 жылы респонденттердің 51% - ы антибиотиктерді тұмау</w:t>
      </w:r>
      <w:r>
        <w:rPr>
          <w:bCs/>
          <w:lang w:val="ru-RU"/>
        </w:rPr>
        <w:t xml:space="preserve">ға қарсы тиімді деп санайды </w:t>
      </w:r>
      <w:r>
        <w:rPr>
          <w:bCs/>
          <w:lang w:val="ru-RU"/>
        </w:rPr>
        <w:fldChar w:fldCharType="begin" w:fldLock="1"/>
      </w:r>
      <w:r w:rsidR="009A759A">
        <w:rPr>
          <w:bCs/>
          <w:lang w:val="ru-RU"/>
        </w:rPr>
        <w:instrText>ADDIN CSL_CITATION {"citationItems":[{"id":"ITEM-1","itemData":{"DOI":"10.2805/661752","ISBN":"9789294990822","id":"ITEM-1","issued":{"date-parts":[["2019"]]},"title":"Special Eurobarometer Wave EB91.3 Food safety in the EU Report Fieldwork","type":"article-journal"},"uris":["http://www.mendeley.com/documents/?uuid=fb7198e4-cef0-3f55-bece-93679b98fd4a"]}],"mendeley":{"formattedCitation":"[86]","plainTextFormattedCitation":"[86]","previouslyFormattedCitation":"[85]"},"properties":{"noteIndex":0},"schema":"https://github.com/citation-style-language/schema/raw/master/csl-citation.json"}</w:instrText>
      </w:r>
      <w:r>
        <w:rPr>
          <w:bCs/>
          <w:lang w:val="ru-RU"/>
        </w:rPr>
        <w:fldChar w:fldCharType="separate"/>
      </w:r>
      <w:r w:rsidR="009A759A" w:rsidRPr="009A759A">
        <w:rPr>
          <w:bCs/>
          <w:noProof/>
          <w:lang w:val="ru-RU"/>
        </w:rPr>
        <w:t>[86]</w:t>
      </w:r>
      <w:r>
        <w:rPr>
          <w:bCs/>
          <w:lang w:val="ru-RU"/>
        </w:rPr>
        <w:fldChar w:fldCharType="end"/>
      </w:r>
      <w:r w:rsidRPr="0023215E">
        <w:rPr>
          <w:bCs/>
          <w:lang w:val="ru-RU"/>
        </w:rPr>
        <w:t>, 2016 жылғы 39% - бен салыстырғанда [22]. Шынында да, біздің нәтижелеріміз Мьянмадағы мәліметтермен салыстырылады, онда респонденттердің 72,6% - ы антибиотиктер вирустарды жоя алады деп есептесе, 73,5% - ы антибиотиктерді тұмауға қарсы тиімді деп санайды. Бір қызығы, бұл нанымдар жастар мен қалалық жерлерде тұрат</w:t>
      </w:r>
      <w:r>
        <w:rPr>
          <w:bCs/>
          <w:lang w:val="ru-RU"/>
        </w:rPr>
        <w:t>ындар арасында кең таралған</w:t>
      </w:r>
      <w:r w:rsidRPr="001B1A9B">
        <w:rPr>
          <w:bCs/>
          <w:lang w:val="ru-RU"/>
        </w:rPr>
        <w:t xml:space="preserve"> </w:t>
      </w:r>
      <w:r>
        <w:rPr>
          <w:bCs/>
          <w:lang w:val="ru-RU"/>
        </w:rPr>
        <w:fldChar w:fldCharType="begin" w:fldLock="1"/>
      </w:r>
      <w:r w:rsidR="009A759A">
        <w:rPr>
          <w:bCs/>
          <w:lang w:val="ru-RU"/>
        </w:rPr>
        <w:instrText>ADDIN CSL_CITATION {"citationItems":[{"id":"ITEM-1","itemData":{"DOI":"10.1371/JOURNAL.PONE.0273380","ISSN":"1932-6203","PMID":"35980986","abstract":"In 2017, the Myanmar National Action Plan for Containment of Antimicrobial Resistance (AMR) (2017-2022) was endorsed by the Ministry of Health and Sports, Myanmar; one of its objectives was to increase public awareness of AMR to accelerate appropriate antibiotic use. This survey aimed to assess the public knowledge, practices and awareness concerning antibiotics and AMR awareness among adults in Myanmar. We conducted a nationwide cross-sectional mobile phone panel survey in January and February 2020. Participants were randomly selected from the mobile phone panel in each of three groups stratified by gender, age group, and residential area urbanity; they were interviewed using a structured questionnaire. Collected data were weighted based on the population of each stratum from the latest national census and analyzed using descriptive and inferential statistics. Two thousand and forty-five adults from 12 regions and states participated in this survey. Overall, 89.5% of participants had heard about antibiotics; however, only 0.9% provided correct answers to all five questions about antibiotics, whereas 9.7% provided all incorrect answers. More than half of participants (58.5%) purchased antibiotics without a prescription, mainly from medical stores or pharmacies (87.9%); this was more frequent in age group (18-29 years) and those in rural areas (p = 0.004 and p &lt; 0.001, respectively). Only 56.3% were aware of antibiotic resistance and received their information from medical professionals (46.3%), family members or friends (38.9%), or the media (26.1%). Less than half (42.4%) knew that antibiotics were used in farm animals. Most did not know that using antibiotics in farm animals could develop resistance (73.2%) and is banned for the purposes of growth stimulation (64.1%). This survey identifies considerable gaps in the knowledge, practices, and awareness about antibiotics among the general population in Myanmar. Continuous public education and awareness campaigns must be urgently conducted to fulfill these gaps, which would aid in promoting antibiotic stewardship, leading to combating AMR in Myanmar.","author":[{"dropping-particle":"","family":"Miyano","given":"Shinsuke","non-dropping-particle":"","parse-names":false,"suffix":""},{"dropping-particle":"","family":"Htoon","given":"Thi Thi","non-dropping-particle":"","parse-names":false,"suffix":""},{"dropping-particle":"","family":"Nozaki","given":"Ikuma","non-dropping-particle":"","parse-names":false,"suffix":""},{"dropping-particle":"","family":"Pe","given":"Eh Htoo","non-dropping-particle":"","parse-names":false,"suffix":""},{"dropping-particle":"","family":"Tin","given":"Htay Htay","non-dropping-particle":"","parse-names":false,"suffix":""}],"container-title":"PloS one","id":"ITEM-1","issue":"8","issued":{"date-parts":[["2022","8","1"]]},"publisher":"PLoS One","title":"Public knowledge, practices, and awareness of antibiotics and antibiotic resistance in Myanmar: The first national mobile phone panel survey","type":"article-journal","volume":"17"},"uris":["http://www.mendeley.com/documents/?uuid=e43e9019-8b16-390f-a11f-799fd5b7852d"]}],"mendeley":{"formattedCitation":"[87]","plainTextFormattedCitation":"[87]","previouslyFormattedCitation":"[86]"},"properties":{"noteIndex":0},"schema":"https://github.com/citation-style-language/schema/raw/master/csl-citation.json"}</w:instrText>
      </w:r>
      <w:r>
        <w:rPr>
          <w:bCs/>
          <w:lang w:val="ru-RU"/>
        </w:rPr>
        <w:fldChar w:fldCharType="separate"/>
      </w:r>
      <w:r w:rsidR="009A759A" w:rsidRPr="009A759A">
        <w:rPr>
          <w:bCs/>
          <w:noProof/>
          <w:lang w:val="ru-RU"/>
        </w:rPr>
        <w:t>[87]</w:t>
      </w:r>
      <w:r>
        <w:rPr>
          <w:bCs/>
          <w:lang w:val="ru-RU"/>
        </w:rPr>
        <w:fldChar w:fldCharType="end"/>
      </w:r>
      <w:r w:rsidRPr="0023215E">
        <w:rPr>
          <w:bCs/>
          <w:lang w:val="ru-RU"/>
        </w:rPr>
        <w:t>.</w:t>
      </w:r>
    </w:p>
    <w:p w:rsidR="00BF49C9" w:rsidRPr="001A373E" w:rsidRDefault="00BF49C9" w:rsidP="0044623F">
      <w:pPr>
        <w:pStyle w:val="a5"/>
        <w:rPr>
          <w:bCs/>
          <w:lang w:val="ru-RU"/>
        </w:rPr>
      </w:pPr>
      <w:r w:rsidRPr="0023215E">
        <w:rPr>
          <w:bCs/>
          <w:lang w:val="ru-RU"/>
        </w:rPr>
        <w:t>Тағы бір кең таралған қате түсінік</w:t>
      </w:r>
      <w:r w:rsidR="0044623F">
        <w:rPr>
          <w:bCs/>
          <w:lang w:val="ru-RU"/>
        </w:rPr>
        <w:t xml:space="preserve"> </w:t>
      </w:r>
      <w:r w:rsidRPr="0023215E">
        <w:rPr>
          <w:bCs/>
          <w:lang w:val="ru-RU"/>
        </w:rPr>
        <w:t>-</w:t>
      </w:r>
      <w:r w:rsidR="0044623F">
        <w:rPr>
          <w:bCs/>
          <w:lang w:val="ru-RU"/>
        </w:rPr>
        <w:t xml:space="preserve"> </w:t>
      </w:r>
      <w:r w:rsidRPr="0023215E">
        <w:rPr>
          <w:bCs/>
          <w:lang w:val="ru-RU"/>
        </w:rPr>
        <w:t>антибиотиктерді диареяны емдеу үшін қолдануға болады. Картер және басқалар</w:t>
      </w:r>
      <w:r w:rsidR="0044623F">
        <w:rPr>
          <w:bCs/>
          <w:lang w:val="ru-RU"/>
        </w:rPr>
        <w:t xml:space="preserve"> жүргізген жүйелі шолуға сәйкес т</w:t>
      </w:r>
      <w:r w:rsidRPr="0023215E">
        <w:rPr>
          <w:bCs/>
          <w:lang w:val="ru-RU"/>
        </w:rPr>
        <w:t>абысы төмен және орташа елдер балалардағы диареяны емдеуде антибиотиктерге шамадан тыс сүйенеді, өйткені олар жағдайлар</w:t>
      </w:r>
      <w:r w:rsidR="0044623F">
        <w:rPr>
          <w:bCs/>
          <w:lang w:val="ru-RU"/>
        </w:rPr>
        <w:t xml:space="preserve">дың 10-77% </w:t>
      </w:r>
      <w:r>
        <w:rPr>
          <w:bCs/>
          <w:lang w:val="ru-RU"/>
        </w:rPr>
        <w:t>тағайындалады</w:t>
      </w:r>
      <w:r w:rsidRPr="008F455A">
        <w:rPr>
          <w:bCs/>
          <w:lang w:val="ru-RU"/>
        </w:rPr>
        <w:t xml:space="preserve"> </w:t>
      </w:r>
      <w:r>
        <w:rPr>
          <w:bCs/>
          <w:lang w:val="ru-RU"/>
        </w:rPr>
        <w:fldChar w:fldCharType="begin" w:fldLock="1"/>
      </w:r>
      <w:r w:rsidR="009A759A">
        <w:rPr>
          <w:bCs/>
          <w:lang w:val="ru-RU"/>
        </w:rPr>
        <w:instrText>ADDIN CSL_CITATION {"citationItems":[{"id":"ITEM-1","itemData":{"DOI":"10.1186/S12889-015-2127-1","ISSN":"1471-2458","PMID":"26282400","abstract":"Abstract Background: Harmful practices in the management of childhood diarrhea are associated with negative health outcomes, and conflict with WHO treatment guidelines. These practices include restriction of fluids, breast milk and/or food intake during diarrhea episodes, and incorrect use of modern medicines. We conducted a systematic review of English-language literature published since 1990 to assess the documented prevalence of these four harmful practices, and beliefs, motivations, and contextual factors associated with harmful practices in low- and middle-income countries. Methods: We electronically searched PubMed, Embase, Ovid Global Health, and the WHO Global Health Library. Publications reporting the prevalence or substantive findings on beliefs, motivations, or context related to at least one of the four harmful practices were included, regardless of study design or representativeness of the sample population. Results: Of the 114 articles included in the review, 79 reported the prevalence of at least one harmful practice and 35 studies reported on beliefs, motivations, or context for harmful practices. Most studies relied on sub-national population samples and many were limited to small sample sizes. Study design, study population, and definition of harmful practices varied across studies. Reported prevalence of harmful practices varied greatly across study populations, and we were unable to identify clearly defined patterns across regions, countries, or time periods. Caregivers reported that diarrhea management practices were based on the advice of others (health workers, relatives, community members), as well as their own observations or understanding of the efficacy of certain treatments for diarrhea. Others reported following traditionally held beliefs on the causes and cures for specific diarrheal diseases. Conclusions: Available evidence suggests that harmful practices in diarrhea treatment are common in some countries with a high burden of diarrhea-related mortality. These practices can reduce correct management of diarrheal disease in children and result in treatment failure, sustained nutritional deficits, and increased diarrhea mortality. The lack of consistency in sampling, measurement, and reporting identified in this literature review highlights the need to document harmful practices using standard methods of measurement and reporting for the continued reduction of diarrhea mortality.","author":[{"dropping-particle":"","family":"Carter","given":"Emily","non-dropping-particle":"","parse-names":false,"suffix":""},{"dropping-particle":"","family":"Bryce","given":"Jennifer","non-dropping-particle":"","parse-names":false,"suffix":""},{"dropping-particle":"","family":"Perin","given":"Jamie","non-dropping-particle":"","parse-names":false,"suffix":""},{"dropping-particle":"","family":"Newby","given":"Holly","non-dropping-particle":"","parse-names":false,"suffix":""}],"container-title":"BMC public health","id":"ITEM-1","issue":"1","issued":{"date-parts":[["2015","12","1"]]},"publisher":"BMC Public Health","title":"Harmful practices in the management of childhood diarrhea in low- and middle-income countries: a systematic review","type":"article-journal","volume":"15"},"uris":["http://www.mendeley.com/documents/?uuid=0ef23a74-1fde-327f-8b65-765036eb69fa"]}],"mendeley":{"formattedCitation":"[88]","plainTextFormattedCitation":"[88]","previouslyFormattedCitation":"[87]"},"properties":{"noteIndex":0},"schema":"https://github.com/citation-style-language/schema/raw/master/csl-citation.json"}</w:instrText>
      </w:r>
      <w:r>
        <w:rPr>
          <w:bCs/>
          <w:lang w:val="ru-RU"/>
        </w:rPr>
        <w:fldChar w:fldCharType="separate"/>
      </w:r>
      <w:r w:rsidR="009A759A" w:rsidRPr="009A759A">
        <w:rPr>
          <w:bCs/>
          <w:noProof/>
          <w:lang w:val="ru-RU"/>
        </w:rPr>
        <w:t>[88]</w:t>
      </w:r>
      <w:r>
        <w:rPr>
          <w:bCs/>
          <w:lang w:val="ru-RU"/>
        </w:rPr>
        <w:fldChar w:fldCharType="end"/>
      </w:r>
      <w:r w:rsidRPr="0023215E">
        <w:rPr>
          <w:bCs/>
          <w:lang w:val="ru-RU"/>
        </w:rPr>
        <w:t>. Эдесса жүргізген тағы бір мета-талдау</w:t>
      </w:r>
      <w:r w:rsidR="0044623F">
        <w:rPr>
          <w:bCs/>
          <w:lang w:val="ru-RU"/>
        </w:rPr>
        <w:t xml:space="preserve">да </w:t>
      </w:r>
      <w:r w:rsidRPr="0023215E">
        <w:rPr>
          <w:bCs/>
          <w:lang w:val="ru-RU"/>
        </w:rPr>
        <w:t xml:space="preserve"> табысы төмен және орташа елдердегі педиатриялық тәжірибеде тағайындалмаған антибиотиктердің қауымдастық деңгейіндегі үлесі 45% ек</w:t>
      </w:r>
      <w:r>
        <w:rPr>
          <w:bCs/>
          <w:lang w:val="ru-RU"/>
        </w:rPr>
        <w:t xml:space="preserve">енін көрсетті </w:t>
      </w:r>
      <w:r>
        <w:rPr>
          <w:bCs/>
          <w:lang w:val="ru-RU"/>
        </w:rPr>
        <w:fldChar w:fldCharType="begin" w:fldLock="1"/>
      </w:r>
      <w:r w:rsidR="009A759A">
        <w:rPr>
          <w:bCs/>
          <w:lang w:val="ru-RU"/>
        </w:rPr>
        <w:instrText>ADDIN CSL_CITATION {"citationItems":[{"id":"ITEM-1","itemData":{"DOI":"10.1186/S40545-022-00454-8","ISSN":"2052-3211","PMID":"36180895","abstract":"Background: Non-prescribed antibiotic use is an emerging risky practice around the globe. An inappropriate use involving nonprescription access is one cause of the rapid increase in antibiotic resistance. Children commonly encounter many self-limiting illnesses for which they frequently use antibiotics without prescription. However, no specific and conclusive evidence exists to inform actions against this unsafe practice. We thus aimed to estimate the pooled proportion of non-prescribed antibiotic use for children at community levels in low- and middle-income countries. Methods: A systematic search of records was conducted from PubMed/Medline, Embase, Scopus, CINAHL, and Google scholar. Eligible English-language publications were original articles which reported on community-based non-prescribed antibiotic use for children and conducted in low- and middle-income countries. Study features and the number of antibiotics used without prescriptions were extracted and pooled for effect sizes employing a random-effects model. The pooled proportion of non-prescribed antibiotic use was estimated as a percentage. Results: In this analysis, we included a total of 39 articles consisting of 40,450 participants. Of these, 16,315 participants used non-prescribed antibiotics. The pooled percentage for this use of non-prescribed antibiotics was 45% (95% CI: 40–50%). The estimate was considerably higher in studies involving simulated patient methods (56%; 95% CI: 49–62%) than those studies with community surveys (40%; 95% CI: 34–46%) (P = 0.001). It was also varied by the recall period of antibiotics use—56% (95% CI: 50–62%) for instantly observed practice, 36% (95% CI: 22–50%) for within two week recall, 35% (95% CI: 26–45%) for 1–6 months recall, and 46% (95% CI: 37–54%) for more than six months recall (P = 0.001). Primary access points for the non-prescribed antibiotic uses were retail drug outlets. Conclusions: We found that nearly half of the antibiotics used for children in community settings were without prescriptions. For these unsafe practices, caregivers accessed antibiotics mainly from drug outlets. Hence, context-specific educational and regulatory interventions at these outlets and the community levels are the first steps to improving antibiotic usage for children in low- and middle-income countries. Trial registration number: CRD42021288971 (PROSPERO). https://www.crd.york.ac.uk/prospero/display_record.php?ID=CRD42021288971.","author":[{"dropping-particle":"","family":"Edessa","given":"Dumessa","non-dropping-particle":"","parse-names":false,"suffix":""},{"dropping-particle":"","family":"Assefa","given":"Nega","non-dropping-particle":"","parse-names":false,"suffix":""},{"dropping-particle":"","family":"Dessie","given":"Yadeta","non-dropping-particle":"","parse-names":false,"suffix":""},{"dropping-particle":"","family":"Asefa","given":"Fekede","non-dropping-particle":"","parse-names":false,"suffix":""},{"dropping-particle":"","family":"Dinsa","given":"Girmaye","non-dropping-particle":"","parse-names":false,"suffix":""},{"dropping-particle":"","family":"Oljira","given":"Lemessa","non-dropping-particle":"","parse-names":false,"suffix":""}],"container-title":"Journal of pharmaceutical policy and practice","id":"ITEM-1","issue":"1","issued":{"date-parts":[["2022","12","1"]]},"publisher":"J Pharm Policy Pract","title":"Non-prescribed antibiotic use for children at community levels in low- and middle-income countries: a systematic review and meta-analysis","type":"article-journal","volume":"15"},"uris":["http://www.mendeley.com/documents/?uuid=2d0053e1-5e9e-34b3-bb31-5def840d7a8d"]}],"mendeley":{"formattedCitation":"[89]","plainTextFormattedCitation":"[89]","previouslyFormattedCitation":"[88]"},"properties":{"noteIndex":0},"schema":"https://github.com/citation-style-language/schema/raw/master/csl-citation.json"}</w:instrText>
      </w:r>
      <w:r>
        <w:rPr>
          <w:bCs/>
          <w:lang w:val="ru-RU"/>
        </w:rPr>
        <w:fldChar w:fldCharType="separate"/>
      </w:r>
      <w:r w:rsidR="009A759A" w:rsidRPr="009A759A">
        <w:rPr>
          <w:bCs/>
          <w:noProof/>
          <w:lang w:val="ru-RU"/>
        </w:rPr>
        <w:t>[89]</w:t>
      </w:r>
      <w:r>
        <w:rPr>
          <w:bCs/>
          <w:lang w:val="ru-RU"/>
        </w:rPr>
        <w:fldChar w:fldCharType="end"/>
      </w:r>
      <w:r w:rsidR="001A373E">
        <w:rPr>
          <w:bCs/>
          <w:lang w:val="ru-RU"/>
        </w:rPr>
        <w:t>.</w:t>
      </w:r>
    </w:p>
    <w:p w:rsidR="00935D62" w:rsidRDefault="00935D62" w:rsidP="0044623F">
      <w:pPr>
        <w:pStyle w:val="1"/>
        <w:tabs>
          <w:tab w:val="left" w:pos="1868"/>
        </w:tabs>
        <w:spacing w:before="0" w:line="319" w:lineRule="exact"/>
        <w:ind w:firstLine="611"/>
        <w:rPr>
          <w:b w:val="0"/>
        </w:rPr>
      </w:pPr>
      <w:r>
        <w:rPr>
          <w:b w:val="0"/>
        </w:rPr>
        <w:t xml:space="preserve">Қазақстанда тұрғындардың антибиотиктер және антибиотиктерге төзімділік бойынша ақпараттануын анықтау бойынша санаулы зерттеулер жүргізілген. Олардың бірі </w:t>
      </w:r>
      <w:r w:rsidRPr="00935D62">
        <w:rPr>
          <w:b w:val="0"/>
        </w:rPr>
        <w:t xml:space="preserve">2018 </w:t>
      </w:r>
      <w:r>
        <w:rPr>
          <w:b w:val="0"/>
        </w:rPr>
        <w:t xml:space="preserve">жылы Алматы қаласында </w:t>
      </w:r>
      <w:r w:rsidRPr="00935D62">
        <w:rPr>
          <w:b w:val="0"/>
        </w:rPr>
        <w:t xml:space="preserve">медицина саласына қатысы жоқ 18 бен 63 жас аралығындағы 501 тұрғынның арасында сауалнама жүргізілді. Респонденттер антибиотиктерді соңғы рет </w:t>
      </w:r>
      <w:r>
        <w:rPr>
          <w:b w:val="0"/>
        </w:rPr>
        <w:t xml:space="preserve">қашан қабылдады деген сұраққа, </w:t>
      </w:r>
      <w:r w:rsidRPr="00935D62">
        <w:rPr>
          <w:b w:val="0"/>
        </w:rPr>
        <w:t>сауалнамаға қатысқандардың көпшілігі антибиотиктерді қабылдағанын немесе ұзақ уақыт бо</w:t>
      </w:r>
      <w:r w:rsidR="0044623F">
        <w:rPr>
          <w:b w:val="0"/>
        </w:rPr>
        <w:t>йы қабылдағанын хабарлады (48%)</w:t>
      </w:r>
      <w:r w:rsidRPr="00935D62">
        <w:rPr>
          <w:b w:val="0"/>
        </w:rPr>
        <w:t>, сауалнамаға қатысқандардың жартысынан көбі соңғы алты айда антибиотиктерді қабылдады (52%), оның 26,5% антибиотикті соңғы айда қабылдағанын хабарлады. Бұл халық арасында антибиотиктердің кеңінен қолданылуын көрсетеді. Сауалнамаға қатысқандардың 26,4% - ы антибиотиктерді өз қалауы бойынша қабылдады, олардың 3,4% - ы өзін-өзі қабылдаудың себебі дәрігерлерге деген сенімсіздік екенін айтты. Ха</w:t>
      </w:r>
      <w:r>
        <w:rPr>
          <w:b w:val="0"/>
        </w:rPr>
        <w:t xml:space="preserve">лық арасында қате пікір бар, </w:t>
      </w:r>
      <w:r w:rsidRPr="00935D62">
        <w:rPr>
          <w:b w:val="0"/>
        </w:rPr>
        <w:t>респонденттердің 73,6% - ы суық тиюді, тұмауды және мұрынның ағуын антибиотиктермен емдеуге болады деп санайды</w:t>
      </w:r>
      <w:r w:rsidR="000D2DB3" w:rsidRPr="000D2DB3">
        <w:rPr>
          <w:b w:val="0"/>
        </w:rPr>
        <w:t xml:space="preserve"> </w:t>
      </w:r>
      <w:r w:rsidR="00D55DB4">
        <w:rPr>
          <w:b w:val="0"/>
        </w:rPr>
        <w:fldChar w:fldCharType="begin" w:fldLock="1"/>
      </w:r>
      <w:r w:rsidR="009A759A">
        <w:rPr>
          <w:b w:val="0"/>
        </w:rPr>
        <w:instrText>ADDIN CSL_CITATION {"citationItems":[{"id":"ITEM-1","itemData":{"author":[{"dropping-particle":"","family":"K. Русланулы, А.Д. Уракова","given":"В.К. Исраилова","non-dropping-particle":"","parse-names":false,"suffix":""}],"id":"ITEM-1","issued":{"date-parts":[["2018"]]},"page":"22-27","title":"Информированность населения города Алматы об угрозе антибиотикорезистентности Vestnik KazNMU № 3-2018 Вестник КазНМУ № 3-2018","type":"article-journal"},"uris":["http://www.mendeley.com/documents/?uuid=027aac43-fece-4f02-85eb-388966d711bf"]}],"mendeley":{"formattedCitation":"[90]","plainTextFormattedCitation":"[90]","previouslyFormattedCitation":"[89]"},"properties":{"noteIndex":0},"schema":"https://github.com/citation-style-language/schema/raw/master/csl-citation.json"}</w:instrText>
      </w:r>
      <w:r w:rsidR="00D55DB4">
        <w:rPr>
          <w:b w:val="0"/>
        </w:rPr>
        <w:fldChar w:fldCharType="separate"/>
      </w:r>
      <w:r w:rsidR="009A759A" w:rsidRPr="009A759A">
        <w:rPr>
          <w:b w:val="0"/>
          <w:noProof/>
        </w:rPr>
        <w:t>[90]</w:t>
      </w:r>
      <w:r w:rsidR="00D55DB4">
        <w:rPr>
          <w:b w:val="0"/>
        </w:rPr>
        <w:fldChar w:fldCharType="end"/>
      </w:r>
      <w:r>
        <w:rPr>
          <w:b w:val="0"/>
        </w:rPr>
        <w:t>.</w:t>
      </w:r>
    </w:p>
    <w:p w:rsidR="00935D62" w:rsidRPr="00FD2D9F" w:rsidRDefault="00935D62" w:rsidP="00197018">
      <w:pPr>
        <w:pStyle w:val="1"/>
        <w:tabs>
          <w:tab w:val="left" w:pos="1868"/>
        </w:tabs>
        <w:spacing w:line="319" w:lineRule="exact"/>
        <w:ind w:firstLine="611"/>
        <w:rPr>
          <w:b w:val="0"/>
        </w:rPr>
      </w:pPr>
      <w:r>
        <w:rPr>
          <w:b w:val="0"/>
        </w:rPr>
        <w:t>Екінші ұқсас зерттеу Нұр –</w:t>
      </w:r>
      <w:r w:rsidRPr="00935D62">
        <w:rPr>
          <w:b w:val="0"/>
        </w:rPr>
        <w:t xml:space="preserve"> </w:t>
      </w:r>
      <w:r>
        <w:rPr>
          <w:b w:val="0"/>
        </w:rPr>
        <w:t xml:space="preserve">Сұлтан қаласында </w:t>
      </w:r>
      <w:r w:rsidRPr="00935D62">
        <w:rPr>
          <w:b w:val="0"/>
        </w:rPr>
        <w:t xml:space="preserve">2019 </w:t>
      </w:r>
      <w:r w:rsidR="00FD2D9F">
        <w:rPr>
          <w:b w:val="0"/>
        </w:rPr>
        <w:t xml:space="preserve">жылы жүргізілді. </w:t>
      </w:r>
      <w:r w:rsidR="00FD2D9F" w:rsidRPr="00FD2D9F">
        <w:rPr>
          <w:b w:val="0"/>
        </w:rPr>
        <w:t>6 медициналық ұйымдарда ата-аналарға/қамқоршыларға сауалнама жүргізілді. Нұрсұлтан және Ақмола облысы ДД</w:t>
      </w:r>
      <w:r w:rsidR="0044623F">
        <w:rPr>
          <w:b w:val="0"/>
        </w:rPr>
        <w:t>С</w:t>
      </w:r>
      <w:r w:rsidR="00FD2D9F" w:rsidRPr="00FD2D9F">
        <w:rPr>
          <w:b w:val="0"/>
        </w:rPr>
        <w:t>Ұ әзірлеген және ұсынған сауалнаманы пайдалана отырып. Барлығы 604 адамнан сұхбат алынды. Сауалнамаға 193 (32%) ер адам және 411 (68%) әйел қатысты. Респонденттердің орташа жасы</w:t>
      </w:r>
      <w:r w:rsidR="0044623F">
        <w:rPr>
          <w:b w:val="0"/>
        </w:rPr>
        <w:t xml:space="preserve"> </w:t>
      </w:r>
      <w:r w:rsidR="00FD2D9F" w:rsidRPr="00FD2D9F">
        <w:rPr>
          <w:b w:val="0"/>
        </w:rPr>
        <w:t>-</w:t>
      </w:r>
      <w:r w:rsidR="0044623F">
        <w:rPr>
          <w:b w:val="0"/>
        </w:rPr>
        <w:t xml:space="preserve"> </w:t>
      </w:r>
      <w:r w:rsidR="00FD2D9F" w:rsidRPr="00FD2D9F">
        <w:rPr>
          <w:b w:val="0"/>
        </w:rPr>
        <w:t>32,9 жас. Сауалнама 6 таңдаулы сұрақтан тұрды.</w:t>
      </w:r>
      <w:r w:rsidR="00FD2D9F" w:rsidRPr="00FD2D9F">
        <w:t xml:space="preserve"> </w:t>
      </w:r>
      <w:r w:rsidR="00FD2D9F" w:rsidRPr="00FD2D9F">
        <w:rPr>
          <w:b w:val="0"/>
        </w:rPr>
        <w:t>"Антибиотиктер</w:t>
      </w:r>
      <w:r w:rsidR="0044623F">
        <w:rPr>
          <w:b w:val="0"/>
        </w:rPr>
        <w:t xml:space="preserve"> </w:t>
      </w:r>
      <w:r w:rsidR="00FD2D9F" w:rsidRPr="00FD2D9F">
        <w:rPr>
          <w:b w:val="0"/>
        </w:rPr>
        <w:t>-</w:t>
      </w:r>
      <w:r w:rsidR="0044623F">
        <w:rPr>
          <w:b w:val="0"/>
        </w:rPr>
        <w:t xml:space="preserve"> </w:t>
      </w:r>
      <w:r w:rsidR="00FD2D9F" w:rsidRPr="00FD2D9F">
        <w:rPr>
          <w:b w:val="0"/>
        </w:rPr>
        <w:t>бұл өлтіретін күшті дәрілер:" сауалнамаға қатысқандардың 26,6% - ы антибиотиктер вирустарды өлтіреді деп болжайды, респонденттердің 6,9% - ы антибиотиктер барлық микробтарды жояды және 66,5% - ы сұраққа дұрыс жауап берді-антибиотиктер тек бактерияларға әсер етеді.</w:t>
      </w:r>
      <w:r w:rsidR="00FD2D9F" w:rsidRPr="00FD2D9F">
        <w:t xml:space="preserve"> </w:t>
      </w:r>
      <w:r w:rsidR="00FD2D9F" w:rsidRPr="00FD2D9F">
        <w:rPr>
          <w:b w:val="0"/>
        </w:rPr>
        <w:t xml:space="preserve">"Антибиотикке төзімді бактериялар нәтижесінде адамдар арасында таралуы мүмкін" деген </w:t>
      </w:r>
      <w:r w:rsidR="00FD2D9F">
        <w:rPr>
          <w:b w:val="0"/>
        </w:rPr>
        <w:t xml:space="preserve">сұраққа респонденттердің 23,7% </w:t>
      </w:r>
      <w:r w:rsidR="00FD2D9F" w:rsidRPr="00FD2D9F">
        <w:rPr>
          <w:b w:val="0"/>
        </w:rPr>
        <w:t>төзімді бактериялар адаммен байланыста болғаннан кейін, антибиотиктерге төзімді инфекциясы бар адамға әсер еткеннен кейін 27,5% таралуы мүмкін деп саналады. Халықтың 34,6% - ы қойылған сұраққа жау</w:t>
      </w:r>
      <w:r w:rsidR="00FD2D9F">
        <w:rPr>
          <w:b w:val="0"/>
        </w:rPr>
        <w:t xml:space="preserve">ап берді </w:t>
      </w:r>
      <w:r w:rsidR="00FD2D9F" w:rsidRPr="00FD2D9F">
        <w:rPr>
          <w:b w:val="0"/>
        </w:rPr>
        <w:t>антибиотиктерге төзімді бактериялар жоғарыда аталған барлық жағдайларда адам</w:t>
      </w:r>
      <w:r w:rsidR="0044623F">
        <w:rPr>
          <w:b w:val="0"/>
        </w:rPr>
        <w:t>дарға таралуы мүмкін. "С</w:t>
      </w:r>
      <w:r w:rsidR="00FD2D9F" w:rsidRPr="00FD2D9F">
        <w:rPr>
          <w:b w:val="0"/>
        </w:rPr>
        <w:t>із өзіңізді жақсы сезінген бойда антибиотиктерді қабылдауды тоқтатуыңыз керек пе?"</w:t>
      </w:r>
      <w:r w:rsidR="0044623F">
        <w:rPr>
          <w:b w:val="0"/>
        </w:rPr>
        <w:t xml:space="preserve"> сұрағына с</w:t>
      </w:r>
      <w:r w:rsidR="00FD2D9F" w:rsidRPr="00FD2D9F">
        <w:rPr>
          <w:b w:val="0"/>
        </w:rPr>
        <w:t>ауалнамаға қатысқандардың 67,7% - ы қойылған сұраққа дұрыс жау</w:t>
      </w:r>
      <w:r w:rsidR="0044623F">
        <w:rPr>
          <w:b w:val="0"/>
        </w:rPr>
        <w:t>ап берді, олар бұл мәлімдемені б</w:t>
      </w:r>
      <w:r w:rsidR="00FD2D9F" w:rsidRPr="00FD2D9F">
        <w:rPr>
          <w:b w:val="0"/>
        </w:rPr>
        <w:t xml:space="preserve">актерияға қарсы препараттарды тағайындау </w:t>
      </w:r>
      <w:r w:rsidR="00FD2D9F">
        <w:rPr>
          <w:b w:val="0"/>
        </w:rPr>
        <w:t xml:space="preserve">кезінде дұрыс емес деп санайды, </w:t>
      </w:r>
      <w:r w:rsidR="00FD2D9F" w:rsidRPr="00FD2D9F">
        <w:rPr>
          <w:b w:val="0"/>
        </w:rPr>
        <w:t>курс толығымен аяқталуы керек. Алайда, сауалнамаға қатысқандардың 32,3 % - ы антибиотиктерді жеңілдік сезінгеннен кейін тоқтату керек деп санайды, бұл түбегейлі дұрыс емес.</w:t>
      </w:r>
      <w:r w:rsidR="00606005" w:rsidRPr="00606005">
        <w:t xml:space="preserve"> </w:t>
      </w:r>
      <w:r w:rsidR="00606005" w:rsidRPr="00606005">
        <w:rPr>
          <w:b w:val="0"/>
        </w:rPr>
        <w:t>"Егер мен антибиотикке төзімді инфекцияны жұқтырсам не болуы мүм</w:t>
      </w:r>
      <w:r w:rsidR="0044623F">
        <w:rPr>
          <w:b w:val="0"/>
        </w:rPr>
        <w:t>кін?": п</w:t>
      </w:r>
      <w:r w:rsidR="00197018">
        <w:rPr>
          <w:b w:val="0"/>
        </w:rPr>
        <w:t xml:space="preserve">ациенттердің 16,1 % - ы </w:t>
      </w:r>
      <w:r w:rsidR="00606005" w:rsidRPr="00606005">
        <w:rPr>
          <w:b w:val="0"/>
        </w:rPr>
        <w:t>олар ұзағырақ ауырады, 21,1 % - дәрігерге көбірек бару керек деп шешті, 1</w:t>
      </w:r>
      <w:r w:rsidR="0044623F">
        <w:rPr>
          <w:b w:val="0"/>
        </w:rPr>
        <w:t>2,5 % - ы көбі</w:t>
      </w:r>
      <w:r w:rsidR="0044623F" w:rsidRPr="0044623F">
        <w:t xml:space="preserve"> </w:t>
      </w:r>
      <w:r w:rsidR="0044623F" w:rsidRPr="0044623F">
        <w:rPr>
          <w:b w:val="0"/>
        </w:rPr>
        <w:t>қымбат емдеу</w:t>
      </w:r>
      <w:r w:rsidR="00197018">
        <w:rPr>
          <w:b w:val="0"/>
        </w:rPr>
        <w:t xml:space="preserve"> қажет деп санайды</w:t>
      </w:r>
      <w:r w:rsidR="00606005" w:rsidRPr="00606005">
        <w:rPr>
          <w:b w:val="0"/>
        </w:rPr>
        <w:t xml:space="preserve">, 9,8 % ауыр жанама әсерлерді тудыратын препараттарды қолдану қажет болуы мүмкін деп жауап берді. Дұрыс </w:t>
      </w:r>
      <w:r w:rsidR="00197018">
        <w:rPr>
          <w:b w:val="0"/>
        </w:rPr>
        <w:t xml:space="preserve">жауап-тізімделгендердің барлығы </w:t>
      </w:r>
      <w:r w:rsidR="00606005" w:rsidRPr="00606005">
        <w:rPr>
          <w:b w:val="0"/>
        </w:rPr>
        <w:t>жауаптар, оған оң жауап берді-сауалнамаға қатысқан пациенттердің 40,5 %.</w:t>
      </w:r>
      <w:r w:rsidR="0044623F">
        <w:rPr>
          <w:b w:val="0"/>
        </w:rPr>
        <w:t xml:space="preserve"> </w:t>
      </w:r>
      <w:r w:rsidR="00606005" w:rsidRPr="00606005">
        <w:rPr>
          <w:b w:val="0"/>
        </w:rPr>
        <w:t>"Антибиотикт</w:t>
      </w:r>
      <w:r w:rsidR="00197018">
        <w:rPr>
          <w:b w:val="0"/>
        </w:rPr>
        <w:t xml:space="preserve">ерге төзімділік қазірдің өзінде </w:t>
      </w:r>
      <w:r w:rsidR="00606005" w:rsidRPr="00606005">
        <w:rPr>
          <w:b w:val="0"/>
        </w:rPr>
        <w:t>бақылаудан шығып, тек күшейе түседі. Мен бұл туралы ештеңе істей алмаймын": дұрыс жауап – "дұрыс емес", респонденттердің 61,1% - ы кел</w:t>
      </w:r>
      <w:r w:rsidR="00197018">
        <w:rPr>
          <w:b w:val="0"/>
        </w:rPr>
        <w:t xml:space="preserve">іседі, пациенттердің 25,4% - ы, </w:t>
      </w:r>
      <w:r w:rsidR="00606005" w:rsidRPr="00606005">
        <w:rPr>
          <w:b w:val="0"/>
        </w:rPr>
        <w:t>бұл құбылысқа адам әсер ете алмайтындығы және респонденттердің 13,5% - ы бұл сұраққа жауап беру қиынға соқты.</w:t>
      </w:r>
    </w:p>
    <w:p w:rsidR="001A373E" w:rsidRDefault="00197018" w:rsidP="0044623F">
      <w:pPr>
        <w:pStyle w:val="1"/>
        <w:tabs>
          <w:tab w:val="left" w:pos="1868"/>
        </w:tabs>
        <w:spacing w:line="319" w:lineRule="exact"/>
        <w:ind w:firstLine="611"/>
        <w:rPr>
          <w:b w:val="0"/>
        </w:rPr>
      </w:pPr>
      <w:r w:rsidRPr="00197018">
        <w:rPr>
          <w:b w:val="0"/>
        </w:rPr>
        <w:t xml:space="preserve">Қазақстанда 604 ата-ана/ қамқоршы арасында жүргізілген сауалнама нәтижелері бойынша ата-аналар/қамқоршылар Балалардың денсаулығы үшін антибиотикке төзімділіктің қауіптілігін және вакцинацияның маңыздылығын толық түсінбейтіні анықталды. Анықталған </w:t>
      </w:r>
      <w:r>
        <w:rPr>
          <w:b w:val="0"/>
        </w:rPr>
        <w:t xml:space="preserve">әр түрлі деңгейдегі хабардарлық </w:t>
      </w:r>
      <w:r w:rsidRPr="00197018">
        <w:rPr>
          <w:b w:val="0"/>
        </w:rPr>
        <w:t>антибиотикке төзімділік кең ақпараттық-білім беру жұмыстарын жүр</w:t>
      </w:r>
      <w:r>
        <w:rPr>
          <w:b w:val="0"/>
        </w:rPr>
        <w:t xml:space="preserve">гізу қажеттілігін өзектендіреді </w:t>
      </w:r>
      <w:r w:rsidRPr="00197018">
        <w:rPr>
          <w:b w:val="0"/>
        </w:rPr>
        <w:t>дұрыс қолдану дағдыларын қалыпта</w:t>
      </w:r>
      <w:r>
        <w:rPr>
          <w:b w:val="0"/>
        </w:rPr>
        <w:t xml:space="preserve">стыру мақсатында халық арасында </w:t>
      </w:r>
      <w:r w:rsidRPr="00197018">
        <w:rPr>
          <w:b w:val="0"/>
        </w:rPr>
        <w:t>антибиотиктер және антибиотикке төзімділіктің алдын алу</w:t>
      </w:r>
      <w:r w:rsidR="00D55DB4" w:rsidRPr="00D55DB4">
        <w:rPr>
          <w:b w:val="0"/>
        </w:rPr>
        <w:t xml:space="preserve"> </w:t>
      </w:r>
      <w:r w:rsidR="00D55DB4">
        <w:rPr>
          <w:b w:val="0"/>
        </w:rPr>
        <w:fldChar w:fldCharType="begin" w:fldLock="1"/>
      </w:r>
      <w:r w:rsidR="009A759A">
        <w:rPr>
          <w:b w:val="0"/>
        </w:rPr>
        <w:instrText>ADDIN CSL_CITATION {"citationItems":[{"id":"ITEM-1","itemData":{"URL":"https://www.elibrary.ru/item.asp?id=45565336","accessed":{"date-parts":[["2023","10","27"]]},"id":"ITEM-1","issued":{"date-parts":[["0"]]},"title":"РЕЗУЛЬТАТЫ АНКЕТИРОВАНИЯ РОДИТЕЛЕЙ/ОПЕКУНОВ ПО ВЫЯВЛЕНИЮ УРОВНЯ ИНФОРМИРОВАННОСТИ НАСЕЛЕНИЯ ОБ УСТОЙЧИВОСТИ ВОЗБУДИТЕЛЕЙ К АНТИБИОТИКАМ","type":"webpage"},"uris":["http://www.mendeley.com/documents/?uuid=dc152325-a61b-3ad9-b5df-41ce97459bd6"]}],"mendeley":{"formattedCitation":"[91]","plainTextFormattedCitation":"[91]","previouslyFormattedCitation":"[90]"},"properties":{"noteIndex":0},"schema":"https://github.com/citation-style-language/schema/raw/master/csl-citation.json"}</w:instrText>
      </w:r>
      <w:r w:rsidR="00D55DB4">
        <w:rPr>
          <w:b w:val="0"/>
        </w:rPr>
        <w:fldChar w:fldCharType="separate"/>
      </w:r>
      <w:r w:rsidR="009A759A" w:rsidRPr="009A759A">
        <w:rPr>
          <w:b w:val="0"/>
          <w:noProof/>
        </w:rPr>
        <w:t>[91]</w:t>
      </w:r>
      <w:r w:rsidR="00D55DB4">
        <w:rPr>
          <w:b w:val="0"/>
        </w:rPr>
        <w:fldChar w:fldCharType="end"/>
      </w:r>
      <w:r w:rsidRPr="00197018">
        <w:rPr>
          <w:b w:val="0"/>
        </w:rPr>
        <w:t>.</w:t>
      </w:r>
    </w:p>
    <w:p w:rsidR="0044623F" w:rsidRPr="0044623F" w:rsidRDefault="0044623F" w:rsidP="0044623F">
      <w:pPr>
        <w:pStyle w:val="1"/>
        <w:tabs>
          <w:tab w:val="left" w:pos="1868"/>
        </w:tabs>
        <w:spacing w:line="319" w:lineRule="exact"/>
        <w:ind w:firstLine="611"/>
        <w:rPr>
          <w:b w:val="0"/>
        </w:rPr>
      </w:pPr>
    </w:p>
    <w:p w:rsidR="00161ED5" w:rsidRPr="00853088" w:rsidRDefault="001822B5" w:rsidP="00121427">
      <w:pPr>
        <w:pStyle w:val="1"/>
        <w:tabs>
          <w:tab w:val="left" w:pos="1868"/>
        </w:tabs>
        <w:ind w:right="366" w:firstLine="611"/>
      </w:pPr>
      <w:r w:rsidRPr="00853088">
        <w:t>1.3</w:t>
      </w:r>
      <w:r w:rsidR="007E65A3" w:rsidRPr="00853088">
        <w:t xml:space="preserve"> Әлемдегі антибиотикке төзімділікті бақылау мен тежеудің заманауи тәсілдері</w:t>
      </w:r>
    </w:p>
    <w:p w:rsidR="00B809F8" w:rsidRDefault="00A222C1" w:rsidP="00B51AD7">
      <w:pPr>
        <w:pStyle w:val="1"/>
        <w:ind w:left="458" w:right="83" w:firstLine="535"/>
        <w:rPr>
          <w:b w:val="0"/>
          <w:bCs w:val="0"/>
        </w:rPr>
      </w:pPr>
      <w:r w:rsidRPr="00A222C1">
        <w:rPr>
          <w:b w:val="0"/>
          <w:bCs w:val="0"/>
        </w:rPr>
        <w:t>Дүниежүзілік денсаулық сақтау ұйымының (World Health Organization,</w:t>
      </w:r>
      <w:r w:rsidR="00B51AD7">
        <w:rPr>
          <w:b w:val="0"/>
          <w:bCs w:val="0"/>
        </w:rPr>
        <w:t xml:space="preserve"> </w:t>
      </w:r>
      <w:r w:rsidRPr="00A222C1">
        <w:rPr>
          <w:b w:val="0"/>
          <w:bCs w:val="0"/>
        </w:rPr>
        <w:t>WHO/ДД</w:t>
      </w:r>
      <w:r w:rsidR="00B51AD7">
        <w:rPr>
          <w:b w:val="0"/>
          <w:bCs w:val="0"/>
        </w:rPr>
        <w:t>С</w:t>
      </w:r>
      <w:r w:rsidRPr="00A222C1">
        <w:rPr>
          <w:b w:val="0"/>
          <w:bCs w:val="0"/>
        </w:rPr>
        <w:t>Ұ) 2</w:t>
      </w:r>
      <w:r w:rsidR="00B51AD7">
        <w:rPr>
          <w:b w:val="0"/>
          <w:bCs w:val="0"/>
        </w:rPr>
        <w:t>014 жылғы сәуірде жарияланған "М</w:t>
      </w:r>
      <w:r w:rsidRPr="00A222C1">
        <w:rPr>
          <w:b w:val="0"/>
          <w:bCs w:val="0"/>
        </w:rPr>
        <w:t>икробқа қарсы препараттарға төзімділік" жаһандық баяндамасында бактериялық аурулардың алдын алу мен емдеуді тиімді жүргізудің басты қатері, атап айтқанда А</w:t>
      </w:r>
      <w:r w:rsidR="00B51AD7">
        <w:rPr>
          <w:b w:val="0"/>
          <w:bCs w:val="0"/>
        </w:rPr>
        <w:t>Б</w:t>
      </w:r>
      <w:r w:rsidRPr="00A222C1">
        <w:rPr>
          <w:b w:val="0"/>
          <w:bCs w:val="0"/>
        </w:rPr>
        <w:t>П-ға төзімділік айқындалды</w:t>
      </w:r>
      <w:r w:rsidR="00211535">
        <w:rPr>
          <w:b w:val="0"/>
          <w:bCs w:val="0"/>
        </w:rPr>
        <w:fldChar w:fldCharType="begin" w:fldLock="1"/>
      </w:r>
      <w:r w:rsidR="00EA765B">
        <w:rPr>
          <w:b w:val="0"/>
          <w:bCs w:val="0"/>
        </w:rPr>
        <w:instrText>ADDIN CSL_CITATION {"citationItems":[{"id":"ITEM-1","itemData":{"DOI":"10.3399/BJGP23X732033","ISSN":"1478-5242","PMID":"36823054","author":[{"dropping-particle":"","family":"Moore","given":"Michael","non-dropping-particle":"","parse-names":false,"suffix":""}],"container-title":"The British journal of general practice : the journal of the Royal College of General Practitioners","id":"ITEM-1","issue":"728","issued":{"date-parts":[["2023","3","1"]]},"page":"100-101","publisher":"Br J Gen Pract","title":"Antibiotic stewardship: where next?","type":"article-journal","volume":"73"},"uris":["http://www.mendeley.com/documents/?uuid=ae2495ed-37de-398e-bd32-67cc8914ec4c"]}],"mendeley":{"formattedCitation":"[30]","plainTextFormattedCitation":"[30]","previouslyFormattedCitation":"[30]"},"properties":{"noteIndex":0},"schema":"https://github.com/citation-style-language/schema/raw/master/csl-citation.json"}</w:instrText>
      </w:r>
      <w:r w:rsidR="00211535">
        <w:rPr>
          <w:b w:val="0"/>
          <w:bCs w:val="0"/>
        </w:rPr>
        <w:fldChar w:fldCharType="separate"/>
      </w:r>
      <w:r w:rsidR="00B573A8" w:rsidRPr="00B573A8">
        <w:rPr>
          <w:b w:val="0"/>
          <w:bCs w:val="0"/>
          <w:noProof/>
        </w:rPr>
        <w:t>[30]</w:t>
      </w:r>
      <w:r w:rsidR="00211535">
        <w:rPr>
          <w:b w:val="0"/>
          <w:bCs w:val="0"/>
        </w:rPr>
        <w:fldChar w:fldCharType="end"/>
      </w:r>
      <w:r w:rsidRPr="00A222C1">
        <w:rPr>
          <w:b w:val="0"/>
          <w:bCs w:val="0"/>
        </w:rPr>
        <w:t>. Осы мәселені шешуге мемлекеттік секторларды және тұтастай алғанда қоғамды тарту бүкіл әлем халқының денсаулығын қорғау жөніндегі шешуш</w:t>
      </w:r>
      <w:r w:rsidR="00EC1CF0">
        <w:rPr>
          <w:b w:val="0"/>
          <w:bCs w:val="0"/>
        </w:rPr>
        <w:t xml:space="preserve">і іс-әрекет болып табылуға тиіс </w:t>
      </w:r>
      <w:r w:rsidR="00EC1CF0">
        <w:rPr>
          <w:b w:val="0"/>
          <w:bCs w:val="0"/>
        </w:rPr>
        <w:fldChar w:fldCharType="begin" w:fldLock="1"/>
      </w:r>
      <w:r w:rsidR="009A759A">
        <w:rPr>
          <w:b w:val="0"/>
          <w:bCs w:val="0"/>
        </w:rPr>
        <w:instrText>ADDIN CSL_CITATION {"citationItems":[{"id":"ITEM-1","itemData":{"URL":"https://www.who.int/news/item/30-04-2014-who-s-first-global-report-on-antibiotic-resistance-reveals-serious-worldwide-threat-to-public-health","accessed":{"date-parts":[["2023","10","26"]]},"id":"ITEM-1","issued":{"date-parts":[["0"]]},"title":"WHO’s first global report on antibiotic resistance reveals serious, worldwide threat to public health","type":"webpage"},"uris":["http://www.mendeley.com/documents/?uuid=01358e96-aca5-386b-8006-a7d00313cc58"]}],"mendeley":{"formattedCitation":"[92]","plainTextFormattedCitation":"[92]","previouslyFormattedCitation":"[91]"},"properties":{"noteIndex":0},"schema":"https://github.com/citation-style-language/schema/raw/master/csl-citation.json"}</w:instrText>
      </w:r>
      <w:r w:rsidR="00EC1CF0">
        <w:rPr>
          <w:b w:val="0"/>
          <w:bCs w:val="0"/>
        </w:rPr>
        <w:fldChar w:fldCharType="separate"/>
      </w:r>
      <w:r w:rsidR="009A759A" w:rsidRPr="009A759A">
        <w:rPr>
          <w:b w:val="0"/>
          <w:bCs w:val="0"/>
          <w:noProof/>
        </w:rPr>
        <w:t>[92]</w:t>
      </w:r>
      <w:r w:rsidR="00EC1CF0">
        <w:rPr>
          <w:b w:val="0"/>
          <w:bCs w:val="0"/>
        </w:rPr>
        <w:fldChar w:fldCharType="end"/>
      </w:r>
      <w:r w:rsidR="00577F70" w:rsidRPr="00B0236C">
        <w:rPr>
          <w:b w:val="0"/>
          <w:bCs w:val="0"/>
        </w:rPr>
        <w:t xml:space="preserve">. </w:t>
      </w:r>
      <w:r w:rsidR="00B809F8">
        <w:rPr>
          <w:b w:val="0"/>
          <w:bCs w:val="0"/>
        </w:rPr>
        <w:t>Антибиотиктерге төзімділікке күрестің негізгі бағыттары: АТ</w:t>
      </w:r>
      <w:r w:rsidRPr="00A222C1">
        <w:rPr>
          <w:b w:val="0"/>
          <w:bCs w:val="0"/>
        </w:rPr>
        <w:t xml:space="preserve"> мониторингі және А</w:t>
      </w:r>
      <w:r w:rsidR="00B809F8">
        <w:rPr>
          <w:b w:val="0"/>
          <w:bCs w:val="0"/>
        </w:rPr>
        <w:t>БП</w:t>
      </w:r>
      <w:r w:rsidR="00B809F8" w:rsidRPr="00B809F8">
        <w:rPr>
          <w:b w:val="0"/>
          <w:bCs w:val="0"/>
        </w:rPr>
        <w:t>-</w:t>
      </w:r>
      <w:r w:rsidR="00B809F8">
        <w:rPr>
          <w:b w:val="0"/>
          <w:bCs w:val="0"/>
        </w:rPr>
        <w:t>ын</w:t>
      </w:r>
      <w:r w:rsidRPr="00A222C1">
        <w:rPr>
          <w:b w:val="0"/>
          <w:bCs w:val="0"/>
        </w:rPr>
        <w:t xml:space="preserve"> қолдануд</w:t>
      </w:r>
      <w:r w:rsidR="00B809F8">
        <w:rPr>
          <w:b w:val="0"/>
          <w:bCs w:val="0"/>
        </w:rPr>
        <w:t>ы қатаң бақылау, антибиотико</w:t>
      </w:r>
      <w:r w:rsidRPr="00A222C1">
        <w:rPr>
          <w:b w:val="0"/>
          <w:bCs w:val="0"/>
        </w:rPr>
        <w:t>терапия бойынша зерттеулер жүргізу, тұрақтылықтың пайда болуы туралы тұрақты қамтамасыз ету және ақпарат алмасу, антибиотиктерді ұтымды қолдануды насихаттау болып табылады</w:t>
      </w:r>
      <w:r w:rsidR="00211535">
        <w:rPr>
          <w:b w:val="0"/>
          <w:bCs w:val="0"/>
        </w:rPr>
        <w:fldChar w:fldCharType="begin" w:fldLock="1"/>
      </w:r>
      <w:r w:rsidR="009A759A">
        <w:rPr>
          <w:b w:val="0"/>
          <w:bCs w:val="0"/>
        </w:rPr>
        <w:instrText>ADDIN CSL_CITATION {"citationItems":[{"id":"ITEM-1","itemData":{"DOI":"10.1186/S12879-023-08585-2","ISSN":"1471-2334","PMID":"37697310","abstract":"Background: Antimicrobial resistance (AMR) is an emerging global public health crisis. Surveillance is a fundamental component in the monitoring and evaluation of AMR mitigation endeavours. The primary aim of the scoping review is to identify successes, barriers, and gaps in implementing AMR surveillance systems and utilising data from them. Methods: PubMed, Web of Science, SCOPUS, and EMBASE databases were searched systematically to identify literature pertaining to implementation, monitoring, and evaluation of AMR surveillance systems. A thematic analysis was conducted where themes within the literature were inductively grouped based on the described content. Results: The systematic search yielded 639 journal articles for screening. Following deduplication and screening, 46 articles were determined to be appropriate for inclusion. Generally, most studies focused on human AMR surveillance (n = 38, 82.6%). Regionally, there was equal focus on low- and middle-income countries (n = 7, 15.2%) and trans-national contexts (n = 7, 14.5%). All included articles (n = 46, 100.0%) discussed barriers to either implementing or utilising AMR surveillance systems. From the scoping review, 6 themes emerged: capacity for surveillance, data infrastructure, policy, representativeness, stakeholder engagement, and sustainability. Data infrastructure was most frequently discussed as problematic in evaluation of surveillance systems (n = 36, 75.0%). The most frequent success to surveillance system implementation was stakeholder engagement (n = 30, 65.2%). Conclusions: Experiences of AMR surveillance systems are diverse across contexts. There is a distinct separation of experiences between systems with emerging surveillance systems and those with established systems. Surveillance systems require extensive refinement to become representative and meet surveillance objectives.","author":[{"dropping-particle":"","family":"Do","given":"Phu Cong","non-dropping-particle":"","parse-names":false,"suffix":""},{"dropping-particle":"","family":"Assefa","given":"Yibeltal Alemu","non-dropping-particle":"","parse-names":false,"suffix":""},{"dropping-particle":"","family":"Batikawai","given":"Suliasi Mekerusa","non-dropping-particle":"","parse-names":false,"suffix":""},{"dropping-particle":"","family":"Reid","given":"Simon Andrew","non-dropping-particle":"","parse-names":false,"suffix":""}],"container-title":"BMC infectious diseases","id":"ITEM-1","issue":"1","issued":{"date-parts":[["2023","12","1"]]},"publisher":"BMC Infect Dis","title":"Strengthening antimicrobial resistance surveillance systems: a scoping review","type":"article-journal","volume":"23"},"uris":["http://www.mendeley.com/documents/?uuid=4ac57694-f941-35a8-ba04-754d3e7f6157"]}],"mendeley":{"formattedCitation":"[93]","plainTextFormattedCitation":"[93]","previouslyFormattedCitation":"[92]"},"properties":{"noteIndex":0},"schema":"https://github.com/citation-style-language/schema/raw/master/csl-citation.json"}</w:instrText>
      </w:r>
      <w:r w:rsidR="00211535">
        <w:rPr>
          <w:b w:val="0"/>
          <w:bCs w:val="0"/>
        </w:rPr>
        <w:fldChar w:fldCharType="separate"/>
      </w:r>
      <w:r w:rsidR="009A759A" w:rsidRPr="009A759A">
        <w:rPr>
          <w:b w:val="0"/>
          <w:bCs w:val="0"/>
          <w:noProof/>
        </w:rPr>
        <w:t>[93]</w:t>
      </w:r>
      <w:r w:rsidR="00211535">
        <w:rPr>
          <w:b w:val="0"/>
          <w:bCs w:val="0"/>
        </w:rPr>
        <w:fldChar w:fldCharType="end"/>
      </w:r>
      <w:r w:rsidRPr="00A222C1">
        <w:rPr>
          <w:b w:val="0"/>
          <w:bCs w:val="0"/>
        </w:rPr>
        <w:t>. Антибиотикке төзімділікті бақылау және антиби</w:t>
      </w:r>
      <w:r w:rsidR="00B809F8">
        <w:rPr>
          <w:b w:val="0"/>
          <w:bCs w:val="0"/>
        </w:rPr>
        <w:t>отиктерді қолдануды бақылау. АТ</w:t>
      </w:r>
      <w:r w:rsidRPr="00A222C1">
        <w:rPr>
          <w:b w:val="0"/>
          <w:bCs w:val="0"/>
        </w:rPr>
        <w:t xml:space="preserve"> проблемасы 60 жылдан астам уақыт бойы болғанына қарамастан, оның алдын алу бойынша жүйелі іс-шаралар 20 ғасырдың 80-жылдарында басталды. Alliance for the Prudent Use of Antibiotics (APUA) немесе білім беру бағдарламалары мен ғылыми зерттеулерді қолдау арқылы адамдардың денсаулығын жақсартуға бағытталған антибиотиктерді ақылға қонымды қолдану үшін халықаралық одақ әлемнің 90-нан </w:t>
      </w:r>
      <w:r w:rsidR="00EC1CF0">
        <w:rPr>
          <w:b w:val="0"/>
          <w:bCs w:val="0"/>
        </w:rPr>
        <w:t>астам елінде өкілдіктері бар</w:t>
      </w:r>
      <w:r w:rsidR="00EA765B" w:rsidRPr="00EA765B">
        <w:rPr>
          <w:b w:val="0"/>
          <w:bCs w:val="0"/>
        </w:rPr>
        <w:t xml:space="preserve"> </w:t>
      </w:r>
      <w:r w:rsidR="00EA765B">
        <w:rPr>
          <w:b w:val="0"/>
          <w:bCs w:val="0"/>
        </w:rPr>
        <w:fldChar w:fldCharType="begin" w:fldLock="1"/>
      </w:r>
      <w:r w:rsidR="009A759A">
        <w:rPr>
          <w:b w:val="0"/>
          <w:bCs w:val="0"/>
        </w:rPr>
        <w:instrText>ADDIN CSL_CITATION {"citationItems":[{"id":"ITEM-1","itemData":{"DOI":"10.1186/S12875-022-01710-1","ISSN":"2731-4553","PMID":"35501712","abstract":"Background: Excessive and inappropriate use of antibiotics is the most important driver of antimicrobial resistance. The aim of the HAPPY PATIENT project is to evaluate the adaptation of European Union (EU) recommendations on the prudent use of antimicrobials in human health by evaluating the impact of a multifaceted intervention targeting different categories of healthcare professionals (HCPs) on common community-acquired infectious diseases, especially respiratory and urinary tract infections. Methods/design: HAPPY PATIENT was initiated in January 2021 and is planned to end in December 2023. The partners of this project include 15 organizations from 9 countries. Diverse HCPs (doctors, nurses, pharmacists, and pharmacy technicians) will be audited by the Audit Project Odense (APO) method before and after an intervention in four different settings: general practice, out of hours services, nursing homes and community pharmacies in four high antibiotic prescribing countries (France, Poland, Greece, and Spain) and one low prescribing country (Lithuania). About 25 individuals from each professional group will be recruited in each country, who will register at least 25 patients with community-acquired infections during each audit period. Shortly before the second registration participants will undertake a multifaceted intervention and will receive the results from the first registration to allow the identification of possible quality problems. At these meetings participants will receive training courses on enhancement of communication skills, dissemination of clinical guidelines with recommendations for diagnosis and treatment, posters for the waiting rooms, and leaflets for patients. The results of the second registration will be compared with those obtained in the first audit. Discussion: HAPPY PATIENT is an EU-funded project aimed at contributing to the battle against antibiotic resistance through improvement of the quality of management of common community-acquired infections based on interventions by different types of HCPs. It is hypothesized that the use of multifaceted strategies combining active intervention will be effective in reducing inappropriate prescribing and dispensing of antibiotics. Study registration: EU Health programmes project database https://webgate.ec.europa.eu/chafea_pdb/health/projects/900024/summary; date of registration: 1 January 2021.","author":[{"dropping-particle":"","family":"Bjerrum","given":"Anders","non-dropping-particle":"","parse-names":false,"suffix":""},{"dropping-particle":"","family":"García-Sangenís","given":"Ana","non-dropping-particle":"","parse-names":false,"suffix":""},{"dropping-particle":"","family":"Modena","given":"Daniela","non-dropping-particle":"","parse-names":false,"suffix":""},{"dropping-particle":"","family":"Córdoba","given":"Gloria","non-dropping-particle":"","parse-names":false,"suffix":""},{"dropping-particle":"","family":"Bjerrum","given":"Lars","non-dropping-particle":"","parse-names":false,"suffix":""},{"dropping-particle":"","family":"Chalkidou","given":"Athina","non-dropping-particle":"","parse-names":false,"suffix":""},{"dropping-particle":"","family":"Lykkegaard","given":"Jesper","non-dropping-particle":"","parse-names":false,"suffix":""},{"dropping-particle":"","family":"Hansen","given":"Malene Plejdrup","non-dropping-particle":"","parse-names":false,"suffix":""},{"dropping-particle":"","family":"Søndergaard","given":"Jens","non-dropping-particle":"","parse-names":false,"suffix":""},{"dropping-particle":"","family":"Nexøe","given":"Jørgen","non-dropping-particle":"","parse-names":false,"suffix":""},{"dropping-particle":"","family":"Rebnord","given":"Ingrid","non-dropping-particle":"","parse-names":false,"suffix":""},{"dropping-particle":"","family":"Sebjørnsen","given":"Isabel","non-dropping-particle":"","parse-names":false,"suffix":""},{"dropping-particle":"","family":"Jensen","given":"Jette Nygaard","non-dropping-particle":"","parse-names":false,"suffix":""},{"dropping-particle":"","family":"Hansen","given":"Matilde Bøgelund","non-dropping-particle":"","parse-names":false,"suffix":""},{"dropping-particle":"","family":"Taxis","given":"Katja","non-dropping-particle":"","parse-names":false,"suffix":""},{"dropping-particle":"","family":"Lambert","given":"Maarten","non-dropping-particle":"","parse-names":false,"suffix":""},{"dropping-particle":"","family":"Benko","given":"Ria","non-dropping-particle":"","parse-names":false,"suffix":""},{"dropping-particle":"","family":"González López-Valcárcel","given":"Beatriz","non-dropping-particle":"","parse-names":false,"suffix":""},{"dropping-particle":"","family":"Raynal","given":"Fabiana","non-dropping-particle":"","parse-names":false,"suffix":""},{"dropping-particle":"","family":"Barragán","given":"Nieves","non-dropping-particle":"","parse-names":false,"suffix":""},{"dropping-particle":"","family":"Touboul","given":"Pia","non-dropping-particle":"","parse-names":false,"suffix":""},{"dropping-particle":"","family":"Bruno","given":"Pascale","non-dropping-particle":"","parse-names":false,"suffix":""},{"dropping-particle":"","family":"Radzeviciene","given":"Ruta","non-dropping-particle":"","parse-names":false,"suffix":""},{"dropping-particle":"","family":"Jaruseviciene","given":"Lina","non-dropping-particle":"","parse-names":false,"suffix":""},{"dropping-particle":"","family":"Bandzaite","given":"Auste","non-dropping-particle":"","parse-names":false,"suffix":""},{"dropping-particle":"","family":"Godycki-Cwirko","given":"Maciek","non-dropping-particle":"","parse-names":false,"suffix":""},{"dropping-particle":"","family":"Kowalczyk","given":"Anna","non-dropping-particle":"","parse-names":false,"suffix":""},{"dropping-particle":"","family":"Lionis","given":"Christos","non-dropping-particle":"","parse-names":false,"suffix":""},{"dropping-particle":"","family":"Karkana","given":"Maria Nefeli","non-dropping-particle":"","parse-names":false,"suffix":""},{"dropping-particle":"","family":"Anastasaki","given":"Marilena","non-dropping-particle":"","parse-names":false,"suffix":""},{"dropping-particle":"","family":"Coleman","given":"Jamie","non-dropping-particle":"","parse-names":false,"suffix":""},{"dropping-particle":"","family":"Glasová","given":"Helena","non-dropping-particle":"","parse-names":false,"suffix":""},{"dropping-particle":"","family":"Agtmael","given":"Michiel","non-dropping-particle":"van","parse-names":false,"suffix":""},{"dropping-particle":"","family":"Tattevin","given":"Pierre","non-dropping-particle":"","parse-names":false,"suffix":""},{"dropping-particle":"","family":"Borràs","given":"Alicia","non-dropping-particle":"","parse-names":false,"suffix":""},{"dropping-particle":"","family":"Llor","given":"Carl","non-dropping-particle":"","parse-names":false,"suffix":""}],"container-title":"BMC primary care","id":"ITEM-1","issue":"1","issued":{"date-parts":[["2022","12","1"]]},"publisher":"BMC Prim Care","title":"Health alliance for prudent prescribing and yield of antibiotics in a patient-centred perspective (HAPPY PATIENT): a before-and-after intervention and implementation study protocol","type":"article-journal","volume":"23"},"uris":["http://www.mendeley.com/documents/?uuid=7bf7457e-8ac4-346c-aa41-7f54487dcdb1"]}],"mendeley":{"formattedCitation":"[94]","plainTextFormattedCitation":"[94]","previouslyFormattedCitation":"[93]"},"properties":{"noteIndex":0},"schema":"https://github.com/citation-style-language/schema/raw/master/csl-citation.json"}</w:instrText>
      </w:r>
      <w:r w:rsidR="00EA765B">
        <w:rPr>
          <w:b w:val="0"/>
          <w:bCs w:val="0"/>
        </w:rPr>
        <w:fldChar w:fldCharType="separate"/>
      </w:r>
      <w:r w:rsidR="009A759A" w:rsidRPr="009A759A">
        <w:rPr>
          <w:b w:val="0"/>
          <w:bCs w:val="0"/>
          <w:noProof/>
        </w:rPr>
        <w:t>[94]</w:t>
      </w:r>
      <w:r w:rsidR="00EA765B">
        <w:rPr>
          <w:b w:val="0"/>
          <w:bCs w:val="0"/>
        </w:rPr>
        <w:fldChar w:fldCharType="end"/>
      </w:r>
      <w:r w:rsidRPr="00A222C1">
        <w:rPr>
          <w:b w:val="0"/>
          <w:bCs w:val="0"/>
        </w:rPr>
        <w:t>. 1998 жылы Еуропалық Одақ елдері "Копенгаген ұсынымдарын" бекітті, ал американдық микробиологтар қоғамы мен АҚШ-тың бір</w:t>
      </w:r>
      <w:r w:rsidR="00B809F8">
        <w:rPr>
          <w:b w:val="0"/>
          <w:bCs w:val="0"/>
        </w:rPr>
        <w:t>қатар ведомстволары 2000 жылы "Антибио</w:t>
      </w:r>
      <w:r w:rsidRPr="00A222C1">
        <w:rPr>
          <w:b w:val="0"/>
          <w:bCs w:val="0"/>
        </w:rPr>
        <w:t>тикорезистенттілікке қарсы күрес жөніндегі қоғамдық денсаулық сақтау қызметінің жоспарын"</w:t>
      </w:r>
      <w:r w:rsidR="00B809F8">
        <w:rPr>
          <w:b w:val="0"/>
          <w:bCs w:val="0"/>
        </w:rPr>
        <w:t xml:space="preserve"> </w:t>
      </w:r>
      <w:r w:rsidR="00EC1CF0">
        <w:rPr>
          <w:b w:val="0"/>
          <w:bCs w:val="0"/>
        </w:rPr>
        <w:t>әзірледі</w:t>
      </w:r>
      <w:r w:rsidR="00577F70" w:rsidRPr="00B0236C">
        <w:rPr>
          <w:b w:val="0"/>
          <w:bCs w:val="0"/>
        </w:rPr>
        <w:t xml:space="preserve">. </w:t>
      </w:r>
      <w:r w:rsidR="00B809F8">
        <w:rPr>
          <w:b w:val="0"/>
          <w:bCs w:val="0"/>
        </w:rPr>
        <w:t>2000 жылдан бастап АТ</w:t>
      </w:r>
      <w:r w:rsidRPr="00A222C1">
        <w:rPr>
          <w:b w:val="0"/>
          <w:bCs w:val="0"/>
        </w:rPr>
        <w:t>-мен күрес әлемдік деңгейге көтерілді және Дүниежүзілік резистенттілік күнінде Торонто қаласында (Канада) микробқа қарсы төзімділікке қарсы күрес жөніндегі деклара</w:t>
      </w:r>
      <w:r w:rsidR="00EC1CF0">
        <w:rPr>
          <w:b w:val="0"/>
          <w:bCs w:val="0"/>
        </w:rPr>
        <w:t>цияны қабылдаумен белгіленді</w:t>
      </w:r>
      <w:r w:rsidRPr="00A222C1">
        <w:rPr>
          <w:b w:val="0"/>
          <w:bCs w:val="0"/>
        </w:rPr>
        <w:t>. Құжатта көптеген мемлекеттер іс-әрекетке басшылық ретінде қабылдаған ұсыныстар болды. 2001 жылғы 11 Қыркүйек ДД</w:t>
      </w:r>
      <w:r w:rsidR="00B809F8">
        <w:rPr>
          <w:b w:val="0"/>
          <w:bCs w:val="0"/>
        </w:rPr>
        <w:t>С</w:t>
      </w:r>
      <w:r w:rsidRPr="00A222C1">
        <w:rPr>
          <w:b w:val="0"/>
          <w:bCs w:val="0"/>
        </w:rPr>
        <w:t xml:space="preserve">Ұ антибиотиктерді ақылға қонымды қолдануға ықпал етуге бағытталған микробқа қарсы препараттарға </w:t>
      </w:r>
      <w:r w:rsidR="00B809F8">
        <w:rPr>
          <w:b w:val="0"/>
          <w:bCs w:val="0"/>
        </w:rPr>
        <w:t>төзімділікті тежеудің жаһандық стратегиясын жариялады, оның мақсаты А</w:t>
      </w:r>
      <w:r w:rsidR="00B809F8" w:rsidRPr="00B809F8">
        <w:rPr>
          <w:b w:val="0"/>
          <w:bCs w:val="0"/>
        </w:rPr>
        <w:t>Т-</w:t>
      </w:r>
      <w:r w:rsidR="00B809F8">
        <w:rPr>
          <w:b w:val="0"/>
          <w:bCs w:val="0"/>
        </w:rPr>
        <w:t>ті</w:t>
      </w:r>
      <w:r w:rsidRPr="00A222C1">
        <w:rPr>
          <w:b w:val="0"/>
          <w:bCs w:val="0"/>
        </w:rPr>
        <w:t xml:space="preserve"> азайту және келесі ұрпақтарға тиімді микробқа қарсы препараттарды ө</w:t>
      </w:r>
      <w:r w:rsidR="00EC1CF0">
        <w:rPr>
          <w:b w:val="0"/>
          <w:bCs w:val="0"/>
        </w:rPr>
        <w:t xml:space="preserve">згертуге мүмкіндік беру </w:t>
      </w:r>
      <w:r w:rsidR="00EC1CF0">
        <w:rPr>
          <w:b w:val="0"/>
          <w:bCs w:val="0"/>
        </w:rPr>
        <w:fldChar w:fldCharType="begin" w:fldLock="1"/>
      </w:r>
      <w:r w:rsidR="009A759A">
        <w:rPr>
          <w:b w:val="0"/>
          <w:bCs w:val="0"/>
        </w:rPr>
        <w:instrText>ADDIN CSL_CITATION {"citationItems":[{"id":"ITEM-1","itemData":{"URL":"https://www.who.int/publications/i/item/who-global-strategy-for-containment-of-antimicrobial-resistance","accessed":{"date-parts":[["2023","10","26"]]},"id":"ITEM-1","issued":{"date-parts":[["0"]]},"title":"WHO Global Strategy for Containment of Antimicrobial Resistance","type":"webpage"},"uris":["http://www.mendeley.com/documents/?uuid=1e9098ee-d4a4-37df-9d22-110ceeb5f839"]}],"mendeley":{"formattedCitation":"[95]","plainTextFormattedCitation":"[95]","previouslyFormattedCitation":"[94]"},"properties":{"noteIndex":0},"schema":"https://github.com/citation-style-language/schema/raw/master/csl-citation.json"}</w:instrText>
      </w:r>
      <w:r w:rsidR="00EC1CF0">
        <w:rPr>
          <w:b w:val="0"/>
          <w:bCs w:val="0"/>
        </w:rPr>
        <w:fldChar w:fldCharType="separate"/>
      </w:r>
      <w:r w:rsidR="009A759A" w:rsidRPr="009A759A">
        <w:rPr>
          <w:b w:val="0"/>
          <w:bCs w:val="0"/>
          <w:noProof/>
        </w:rPr>
        <w:t>[95]</w:t>
      </w:r>
      <w:r w:rsidR="00EC1CF0">
        <w:rPr>
          <w:b w:val="0"/>
          <w:bCs w:val="0"/>
        </w:rPr>
        <w:fldChar w:fldCharType="end"/>
      </w:r>
      <w:r w:rsidR="00B809F8">
        <w:rPr>
          <w:b w:val="0"/>
          <w:bCs w:val="0"/>
        </w:rPr>
        <w:t>. АТ</w:t>
      </w:r>
      <w:r w:rsidRPr="00A222C1">
        <w:rPr>
          <w:b w:val="0"/>
          <w:bCs w:val="0"/>
        </w:rPr>
        <w:t xml:space="preserve"> - мен күрес жөніндегі іс-қимылдарды шоғырландыру жөніндегі одан арғы қадамдар АҚШ пен ЕО елдері арасындағы құрлықаралық ынтымақтастыққа жол тапты. Сонымен, 2009 жылы микробқа қарсы қарсылықты зерттеу үшін трансатлантикалық жұмыс тобы құрылды</w:t>
      </w:r>
      <w:r w:rsidR="00577F70" w:rsidRPr="00B0236C">
        <w:rPr>
          <w:b w:val="0"/>
          <w:bCs w:val="0"/>
        </w:rPr>
        <w:t xml:space="preserve"> (Transatlantic Taskforce on Antimicrobi</w:t>
      </w:r>
      <w:r>
        <w:rPr>
          <w:b w:val="0"/>
          <w:bCs w:val="0"/>
        </w:rPr>
        <w:t xml:space="preserve">al Resistance/TATFAR). </w:t>
      </w:r>
      <w:r w:rsidRPr="00A222C1">
        <w:rPr>
          <w:b w:val="0"/>
          <w:bCs w:val="0"/>
        </w:rPr>
        <w:t xml:space="preserve">2011 жылдың қыркүйегінде Брюссель, Бельгия Ұлттық денсаулық сақтау институты, Денсаулық сақтау саласындағы зерттеулер жөніндегі Еуропалық бірлескен миссия дирекциясы және </w:t>
      </w:r>
      <w:r w:rsidR="00B809F8" w:rsidRPr="00A222C1">
        <w:rPr>
          <w:b w:val="0"/>
          <w:bCs w:val="0"/>
        </w:rPr>
        <w:t xml:space="preserve">TATFAR </w:t>
      </w:r>
      <w:r w:rsidRPr="00A222C1">
        <w:rPr>
          <w:b w:val="0"/>
          <w:bCs w:val="0"/>
        </w:rPr>
        <w:t>мүшелерінің бірлескен семин</w:t>
      </w:r>
      <w:r w:rsidR="00B809F8">
        <w:rPr>
          <w:b w:val="0"/>
          <w:bCs w:val="0"/>
        </w:rPr>
        <w:t>ары өтті, оның басты тақырыбы "М</w:t>
      </w:r>
      <w:r w:rsidRPr="00A222C1">
        <w:rPr>
          <w:b w:val="0"/>
          <w:bCs w:val="0"/>
        </w:rPr>
        <w:t>икробқа қарсы тұрақтылыққа қарсы күрес бойынша жаңа диагностикалық сынақтарды әзірлеудегі проблемалар мен шешімдер"</w:t>
      </w:r>
      <w:r w:rsidR="00B809F8">
        <w:rPr>
          <w:b w:val="0"/>
          <w:bCs w:val="0"/>
        </w:rPr>
        <w:t xml:space="preserve"> </w:t>
      </w:r>
      <w:r w:rsidRPr="00A222C1">
        <w:rPr>
          <w:b w:val="0"/>
          <w:bCs w:val="0"/>
        </w:rPr>
        <w:t xml:space="preserve">болды. Семинардың негізгі ұсынымдарының бірі ең оңтайлы диагностикалық сынақтарды әзірлеу қажеттілігі болды, олардың ақпараты (нәтижелері) денсаулық сақтаудың </w:t>
      </w:r>
      <w:r w:rsidR="00B809F8">
        <w:rPr>
          <w:b w:val="0"/>
          <w:bCs w:val="0"/>
        </w:rPr>
        <w:t>бастапқы буынының медицина қызметкерлеріне</w:t>
      </w:r>
      <w:r w:rsidRPr="00A222C1">
        <w:rPr>
          <w:b w:val="0"/>
          <w:bCs w:val="0"/>
        </w:rPr>
        <w:t xml:space="preserve"> қысқа мерзімде қолжетімді болады, бұл антибиотикті таңдауда дұрыс клиникалық шешім қабылдауға ықпал етеді. 2014 жылы АҚШ Денсаулық сақтау және халыққа қызмет көрсету министрлігі мен Еуропалық комиссияның TATFAR қызметінің қорытындылары туралы алғашқы баяндамасы жарияланды, он</w:t>
      </w:r>
      <w:r w:rsidR="00B809F8">
        <w:rPr>
          <w:b w:val="0"/>
          <w:bCs w:val="0"/>
        </w:rPr>
        <w:t>да ақпарат алмасуды ұлғайту, АТ-ке қарсы</w:t>
      </w:r>
      <w:r w:rsidRPr="00A222C1">
        <w:rPr>
          <w:b w:val="0"/>
          <w:bCs w:val="0"/>
        </w:rPr>
        <w:t xml:space="preserve"> күрестегі ең үздік тәсілдер мен практиканы түсіну, тиісті құрылымдармен өзара тиімді қарым-қатынастарды дамыту жөнінде қорытындылар жасалды. Осы саладағы </w:t>
      </w:r>
      <w:r w:rsidR="00B809F8">
        <w:rPr>
          <w:b w:val="0"/>
          <w:bCs w:val="0"/>
        </w:rPr>
        <w:t>елеулі прогреске қарамастан, АТ</w:t>
      </w:r>
      <w:r w:rsidRPr="00A222C1">
        <w:rPr>
          <w:b w:val="0"/>
          <w:bCs w:val="0"/>
        </w:rPr>
        <w:t xml:space="preserve"> проблемалары өзекті болып қала береді, сондықтан жұмыс тобының мандаты тағы екі жылға ұзартылды</w:t>
      </w:r>
      <w:r w:rsidR="00EC1CF0">
        <w:rPr>
          <w:b w:val="0"/>
          <w:bCs w:val="0"/>
        </w:rPr>
        <w:t xml:space="preserve"> </w:t>
      </w:r>
      <w:r w:rsidR="00EC1CF0">
        <w:rPr>
          <w:b w:val="0"/>
          <w:bCs w:val="0"/>
        </w:rPr>
        <w:fldChar w:fldCharType="begin" w:fldLock="1"/>
      </w:r>
      <w:r w:rsidR="009A759A">
        <w:rPr>
          <w:b w:val="0"/>
          <w:bCs w:val="0"/>
        </w:rPr>
        <w:instrText>ADDIN CSL_CITATION {"citationItems":[{"id":"ITEM-1","itemData":{"URL":"https://health.ec.europa.eu/publications/transatlantic-taskforce-antimicrobial-resistance-progress-report_en","accessed":{"date-parts":[["2023","10","26"]]},"id":"ITEM-1","issued":{"date-parts":[["0"]]},"title":"Transatlantic Taskforce on Antimicrobial Resistance: Progress report","type":"webpage"},"uris":["http://www.mendeley.com/documents/?uuid=6c31615c-2a35-3faf-9a1c-84853543457e"]}],"mendeley":{"formattedCitation":"[96]","plainTextFormattedCitation":"[96]","previouslyFormattedCitation":"[95]"},"properties":{"noteIndex":0},"schema":"https://github.com/citation-style-language/schema/raw/master/csl-citation.json"}</w:instrText>
      </w:r>
      <w:r w:rsidR="00EC1CF0">
        <w:rPr>
          <w:b w:val="0"/>
          <w:bCs w:val="0"/>
        </w:rPr>
        <w:fldChar w:fldCharType="separate"/>
      </w:r>
      <w:r w:rsidR="009A759A" w:rsidRPr="009A759A">
        <w:rPr>
          <w:b w:val="0"/>
          <w:bCs w:val="0"/>
          <w:noProof/>
        </w:rPr>
        <w:t>[96]</w:t>
      </w:r>
      <w:r w:rsidR="00EC1CF0">
        <w:rPr>
          <w:b w:val="0"/>
          <w:bCs w:val="0"/>
        </w:rPr>
        <w:fldChar w:fldCharType="end"/>
      </w:r>
      <w:r w:rsidR="00EA765B" w:rsidRPr="00EA765B">
        <w:rPr>
          <w:b w:val="0"/>
          <w:bCs w:val="0"/>
        </w:rPr>
        <w:t xml:space="preserve">, </w:t>
      </w:r>
      <w:r w:rsidR="00EA765B">
        <w:rPr>
          <w:b w:val="0"/>
          <w:bCs w:val="0"/>
        </w:rPr>
        <w:fldChar w:fldCharType="begin" w:fldLock="1"/>
      </w:r>
      <w:r w:rsidR="009A759A">
        <w:rPr>
          <w:b w:val="0"/>
          <w:bCs w:val="0"/>
        </w:rPr>
        <w:instrText>ADDIN CSL_CITATION {"citationItems":[{"id":"ITEM-1","itemData":{"DOI":"10.2807/1560-7917.ES.2019.24.28.1800339","ISSN":"1560-7917","PMID":"31311620","abstract":"Unnecessary and inappropriate use of antibiotics in human healthcare is a major driver for the development and spread of antimicrobial resistance; many countries are implementing measures to limit the overuse and misuse of antibiotics e.g. through the establishment of antimicrobial use reduction targets. We performed a review of antimicrobial use reduction goals in human medicine in Transatlantic Taskforce on Antimicrobial Resistance partner countries. On 31 March 2017, the European Centre for Disease Prevention and Control sent a questionnaire to National Focal Points for Antimicrobial Consumption and the National Focal Points for Antimicrobial Resistance in 28 European Union countries, Iceland and Norway. The same questionnaire was sent to the TATFAR implementers in Canada and the United States. Thirty of 32 countries replied. Only nine countries indicated that they have established targets to reduce antimicrobial use in humans. Twenty-one countries replied that no target had been established. However, 17 of these 21 countries indicated that work to establish such targets is currently underway, often in the context of developing a national action plan against antimicrobial resistance. The reported targets varied greatly between countries and can be a useful resource for countries willing to engage in the reduction of antibiotic use in humans.","author":[{"dropping-particle":"","family":"D’Atri","given":"Fabio","non-dropping-particle":"","parse-names":false,"suffix":""},{"dropping-particle":"","family":"Arthur","given":"Jacqueline","non-dropping-particle":"","parse-names":false,"suffix":""},{"dropping-particle":"","family":"Blix","given":"Hege Salvesen","non-dropping-particle":"","parse-names":false,"suffix":""},{"dropping-particle":"","family":"Hicks","given":"Lauri A.","non-dropping-particle":"","parse-names":false,"suffix":""},{"dropping-particle":"","family":"Plachouras","given":"Diamantis","non-dropping-particle":"","parse-names":false,"suffix":""},{"dropping-particle":"","family":"Monnet","given":"Dominique L.","non-dropping-particle":"","parse-names":false,"suffix":""},{"dropping-particle":"","family":"Strauß","given":"Reinhild","non-dropping-particle":"","parse-names":false,"suffix":""},{"dropping-particle":"","family":"Ingenbleek","given":"Anne","non-dropping-particle":"","parse-names":false,"suffix":""},{"dropping-particle":"","family":"Christova","given":"Iva","non-dropping-particle":"","parse-names":false,"suffix":""},{"dropping-particle":"","family":"Andrašević","given":"Arjana Tambić","non-dropping-particle":"","parse-names":false,"suffix":""},{"dropping-particle":"","family":"Žemličkova","given":"Helena","non-dropping-particle":"","parse-names":false,"suffix":""},{"dropping-particle":"","family":"Moloney","given":"Christina","non-dropping-particle":"","parse-names":false,"suffix":""},{"dropping-particle":"","family":"Märtin","given":"Pille","non-dropping-particle":"","parse-names":false,"suffix":""},{"dropping-particle":"","family":"Jalava","given":"Jari","non-dropping-particle":"","parse-names":false,"suffix":""},{"dropping-particle":"","family":"Cavalié","given":"Philippe","non-dropping-particle":"","parse-names":false,"suffix":""},{"dropping-particle":"","family":"Eckmanns","given":"Tim","non-dropping-particle":"","parse-names":false,"suffix":""},{"dropping-particle":"","family":"Kontopidou","given":"Flora","non-dropping-particle":"","parse-names":false,"suffix":""},{"dropping-particle":"","family":"Matuz","given":"Maria","non-dropping-particle":"","parse-names":false,"suffix":""},{"dropping-particle":"","family":"Gudnason","given":"Thorolfur","non-dropping-particle":"","parse-names":false,"suffix":""},{"dropping-particle":"","family":"Burns","given":"Karen","non-dropping-particle":"","parse-names":false,"suffix":""},{"dropping-particle":"","family":"Iannazzo","given":"Stefania","non-dropping-particle":"","parse-names":false,"suffix":""},{"dropping-particle":"","family":"Nikiforova","given":"Raina","non-dropping-particle":"","parse-names":false,"suffix":""},{"dropping-particle":"","family":"Valintėlienė","given":"Rolanda","non-dropping-particle":"","parse-names":false,"suffix":""},{"dropping-particle":"","family":"Guérin","given":"Valérie","non-dropping-particle":"","parse-names":false,"suffix":""},{"dropping-particle":"","family":"Borg","given":"Michael A.","non-dropping-particle":"","parse-names":false,"suffix":""},{"dropping-particle":"","family":"Greeff","given":"Sabine","non-dropping-particle":"de","parse-names":false,"suffix":""},{"dropping-particle":"","family":"Steinbakk","given":"Martin","non-dropping-particle":"","parse-names":false,"suffix":""},{"dropping-particle":"","family":"Olczak-Pieńkowska","given":"Anna","non-dropping-particle":"","parse-names":false,"suffix":""},{"dropping-particle":"","family":"Serban","given":"Roxana","non-dropping-particle":"","parse-names":false,"suffix":""},{"dropping-particle":"","family":"Schreterova","given":"Eva","non-dropping-particle":"","parse-names":false,"suffix":""},{"dropping-particle":"","family":"Čižman","given":"Milan","non-dropping-particle":"","parse-names":false,"suffix":""},{"dropping-particle":"","family":"Navas","given":"Antonio López","non-dropping-particle":"","parse-names":false,"suffix":""},{"dropping-particle":"","family":"Ståhlgren","given":"Gunilla Skoog","non-dropping-particle":"","parse-names":false,"suffix":""},{"dropping-particle":"","family":"Johnson","given":"Alan","non-dropping-particle":"","parse-names":false,"suffix":""},{"dropping-particle":"","family":"Reilly","given":"Jacqui","non-dropping-particle":"","parse-names":false,"suffix":""}],"container-title":"Euro surveillance : bulletin Europeen sur les maladies transmissibles = European communicable disease bulletin","id":"ITEM-1","issue":"28","issued":{"date-parts":[["2019","7","11"]]},"publisher":"Euro Surveill","title":"Targets for the reduction of antibiotic use in humans in the Transatlantic Taskforce on Antimicrobial Resistance (TATFAR) partner countries","type":"article-journal","volume":"24"},"uris":["http://www.mendeley.com/documents/?uuid=5fe7adac-ca47-33ae-b162-dd9f1a7726f7"]}],"mendeley":{"formattedCitation":"[97]","plainTextFormattedCitation":"[97]","previouslyFormattedCitation":"[96]"},"properties":{"noteIndex":0},"schema":"https://github.com/citation-style-language/schema/raw/master/csl-citation.json"}</w:instrText>
      </w:r>
      <w:r w:rsidR="00EA765B">
        <w:rPr>
          <w:b w:val="0"/>
          <w:bCs w:val="0"/>
        </w:rPr>
        <w:fldChar w:fldCharType="separate"/>
      </w:r>
      <w:r w:rsidR="009A759A" w:rsidRPr="009A759A">
        <w:rPr>
          <w:b w:val="0"/>
          <w:bCs w:val="0"/>
          <w:noProof/>
        </w:rPr>
        <w:t>[97]</w:t>
      </w:r>
      <w:r w:rsidR="00EA765B">
        <w:rPr>
          <w:b w:val="0"/>
          <w:bCs w:val="0"/>
        </w:rPr>
        <w:fldChar w:fldCharType="end"/>
      </w:r>
      <w:r w:rsidR="00577F70" w:rsidRPr="00B0236C">
        <w:rPr>
          <w:b w:val="0"/>
          <w:bCs w:val="0"/>
        </w:rPr>
        <w:t xml:space="preserve">. </w:t>
      </w:r>
      <w:r w:rsidRPr="00A222C1">
        <w:rPr>
          <w:b w:val="0"/>
          <w:bCs w:val="0"/>
        </w:rPr>
        <w:t>2011 жылы еуропалық аймаққа мүше мемлекеттер қабылдаған антибиотиктерге төзімділік мәселесі бойынша еуропалық стратегиялық іс-қимыл жоспары қызметтің 7 бағытын қамтиды, олардың ішінде ең бастысы микробқа қарсы препараттарға төзімділікті қадағалау жүйесін нығайту және инфекциялық бақылауды жақ</w:t>
      </w:r>
      <w:r w:rsidR="00EC1CF0">
        <w:rPr>
          <w:b w:val="0"/>
          <w:bCs w:val="0"/>
        </w:rPr>
        <w:t>сарту болып табылады</w:t>
      </w:r>
      <w:r w:rsidRPr="00A222C1">
        <w:rPr>
          <w:b w:val="0"/>
          <w:bCs w:val="0"/>
        </w:rPr>
        <w:t>. 2012 жылдың наурызында ДД</w:t>
      </w:r>
      <w:r w:rsidR="00B809F8">
        <w:rPr>
          <w:b w:val="0"/>
          <w:bCs w:val="0"/>
        </w:rPr>
        <w:t>С</w:t>
      </w:r>
      <w:r w:rsidRPr="00A222C1">
        <w:rPr>
          <w:b w:val="0"/>
          <w:bCs w:val="0"/>
        </w:rPr>
        <w:t>Ұ сайтында кейбір елдердің үкіметтері жүргізген және антибиотикке төзімділіктің дамуын бәсеңдетуге, сондай – ақ микробқа қарсы препараттардың тиімділігін сақтауға мүмкіндік берген іс-шарал</w:t>
      </w:r>
      <w:r w:rsidR="00B809F8">
        <w:rPr>
          <w:b w:val="0"/>
          <w:bCs w:val="0"/>
        </w:rPr>
        <w:t>ардың мысалдарын қарастыратын "М</w:t>
      </w:r>
      <w:r w:rsidRPr="00A222C1">
        <w:rPr>
          <w:b w:val="0"/>
          <w:bCs w:val="0"/>
        </w:rPr>
        <w:t>икробқа қарсы препараттарға төзімділіктің дамып келе жатқан қаупі-әрекет нұс</w:t>
      </w:r>
      <w:r w:rsidR="00EC1CF0">
        <w:rPr>
          <w:b w:val="0"/>
          <w:bCs w:val="0"/>
        </w:rPr>
        <w:t xml:space="preserve">қалары" басылымы жарияланды </w:t>
      </w:r>
      <w:r w:rsidR="00EC1CF0">
        <w:rPr>
          <w:b w:val="0"/>
          <w:bCs w:val="0"/>
        </w:rPr>
        <w:fldChar w:fldCharType="begin" w:fldLock="1"/>
      </w:r>
      <w:r w:rsidR="009A759A">
        <w:rPr>
          <w:b w:val="0"/>
          <w:bCs w:val="0"/>
        </w:rPr>
        <w:instrText>ADDIN CSL_CITATION {"citationItems":[{"id":"ITEM-1","itemData":{"URL":"https://www.jstor.org/stable/resrep47533","accessed":{"date-parts":[["2023","10","26"]]},"id":"ITEM-1","issued":{"date-parts":[["0"]]},"title":"Antimicrobial drug resistance Report by the Secretariat on JSTOR","type":"webpage"},"uris":["http://www.mendeley.com/documents/?uuid=6dce7bc8-bab6-36d3-b542-eb8609cdba07"]}],"mendeley":{"formattedCitation":"[98]","plainTextFormattedCitation":"[98]","previouslyFormattedCitation":"[97]"},"properties":{"noteIndex":0},"schema":"https://github.com/citation-style-language/schema/raw/master/csl-citation.json"}</w:instrText>
      </w:r>
      <w:r w:rsidR="00EC1CF0">
        <w:rPr>
          <w:b w:val="0"/>
          <w:bCs w:val="0"/>
        </w:rPr>
        <w:fldChar w:fldCharType="separate"/>
      </w:r>
      <w:r w:rsidR="009A759A" w:rsidRPr="009A759A">
        <w:rPr>
          <w:b w:val="0"/>
          <w:bCs w:val="0"/>
          <w:noProof/>
        </w:rPr>
        <w:t>[98]</w:t>
      </w:r>
      <w:r w:rsidR="00EC1CF0">
        <w:rPr>
          <w:b w:val="0"/>
          <w:bCs w:val="0"/>
        </w:rPr>
        <w:fldChar w:fldCharType="end"/>
      </w:r>
      <w:r w:rsidRPr="00A222C1">
        <w:rPr>
          <w:b w:val="0"/>
          <w:bCs w:val="0"/>
        </w:rPr>
        <w:t xml:space="preserve">. 2009 жылы </w:t>
      </w:r>
      <w:r w:rsidR="00B809F8">
        <w:rPr>
          <w:b w:val="0"/>
          <w:bCs w:val="0"/>
        </w:rPr>
        <w:t>антибиотиктерге төзімділік</w:t>
      </w:r>
      <w:r w:rsidRPr="00A222C1">
        <w:rPr>
          <w:b w:val="0"/>
          <w:bCs w:val="0"/>
        </w:rPr>
        <w:t xml:space="preserve"> себебінен АҚШ-та 2 миллионнан астам ауру пайда болды, ал Еуропадағы жұқпалы ауруларды емдеуге қосымша шығындар 1,5 миллиард еуродан асты. Осыған байланысты АҚШ - та антибиотикке төзімді резервуарлармен күресудің ұлттық стратегиясы </w:t>
      </w:r>
      <w:r w:rsidR="00B809F8">
        <w:rPr>
          <w:b w:val="0"/>
          <w:bCs w:val="0"/>
        </w:rPr>
        <w:t>қабылданды, оның ішінде АТ</w:t>
      </w:r>
      <w:r w:rsidRPr="00A222C1">
        <w:rPr>
          <w:b w:val="0"/>
          <w:bCs w:val="0"/>
        </w:rPr>
        <w:t xml:space="preserve"> қадағалау жөніндегі ұлттық денсаулық сақтау жүйесінің күш - жігерімен қатар антибиотиктерге төзімді бактерияларды сәйкестендіру үшін жылдам, сенімді және инновациялық диагностикалық сынақтарды әз</w:t>
      </w:r>
      <w:r w:rsidR="00240441">
        <w:rPr>
          <w:b w:val="0"/>
          <w:bCs w:val="0"/>
        </w:rPr>
        <w:t>ірлеу және одан тыс жүргізу</w:t>
      </w:r>
      <w:r w:rsidRPr="00A222C1">
        <w:rPr>
          <w:b w:val="0"/>
          <w:bCs w:val="0"/>
        </w:rPr>
        <w:t xml:space="preserve">. АҚШ-тағы микробқа қарсы төзімділікке қарсы іс-қимыл жоспары, 2012 ж. ауруларды бақылау және алдын алу орталығының (CDC), азық - түлік және дәрі - дәрмектерді басқару ұйымының (Food and Drug Administration/FDA), Денсаулық сақтау институтының (National Institutes of Health), сондай - ақ АҚШ - тың реттеуші органдары мен ведомстволарының қолдауымен 4 - тен тұрады облыстар, оның ішінде диагностикалық экспресстесттерді әзірлеуді ынталандыру және </w:t>
      </w:r>
      <w:r w:rsidR="00B809F8">
        <w:rPr>
          <w:b w:val="0"/>
          <w:bCs w:val="0"/>
        </w:rPr>
        <w:t>әртүрлі популяцияларда АТ</w:t>
      </w:r>
      <w:r w:rsidRPr="00A222C1">
        <w:rPr>
          <w:b w:val="0"/>
          <w:bCs w:val="0"/>
        </w:rPr>
        <w:t xml:space="preserve"> пайда болуы мен өсуінің негізгі факторларын анықтау бойынша эпидемиологиялық</w:t>
      </w:r>
      <w:r w:rsidR="00240441">
        <w:rPr>
          <w:b w:val="0"/>
          <w:bCs w:val="0"/>
        </w:rPr>
        <w:t xml:space="preserve"> зерттеулер жүргізу және қолдау</w:t>
      </w:r>
      <w:r w:rsidR="00577F70" w:rsidRPr="00B0236C">
        <w:rPr>
          <w:b w:val="0"/>
          <w:bCs w:val="0"/>
        </w:rPr>
        <w:t xml:space="preserve">. </w:t>
      </w:r>
      <w:r w:rsidRPr="00A222C1">
        <w:rPr>
          <w:b w:val="0"/>
          <w:bCs w:val="0"/>
        </w:rPr>
        <w:t>Клиникалық маңызы бар микроорганизмдердің антибиотиктерге төзімділігінің эпидеми</w:t>
      </w:r>
      <w:r w:rsidR="00B809F8">
        <w:rPr>
          <w:b w:val="0"/>
          <w:bCs w:val="0"/>
        </w:rPr>
        <w:t>ологиялық қадағалауы және микро</w:t>
      </w:r>
      <w:r w:rsidRPr="00A222C1">
        <w:rPr>
          <w:b w:val="0"/>
          <w:bCs w:val="0"/>
        </w:rPr>
        <w:t>биологиялық мониторингі, микроорганизмдердің басқа елдердің ұлттық референт-орталықтарымен микробқа қарсы препараттарға төзімділігі туралы халықаралық ынтымақтастықты және ақпарат алмасуды қамтамасыз ету, ДД</w:t>
      </w:r>
      <w:r w:rsidR="00B809F8">
        <w:rPr>
          <w:b w:val="0"/>
          <w:bCs w:val="0"/>
        </w:rPr>
        <w:t>С</w:t>
      </w:r>
      <w:r w:rsidRPr="00A222C1">
        <w:rPr>
          <w:b w:val="0"/>
          <w:bCs w:val="0"/>
        </w:rPr>
        <w:t>Ұ референт-зертхананың жұмыс істеуімен ғана қамтамасыз етілуі мүмкін. Бүгінгі таңда ДД</w:t>
      </w:r>
      <w:r w:rsidR="00B809F8">
        <w:rPr>
          <w:b w:val="0"/>
          <w:bCs w:val="0"/>
        </w:rPr>
        <w:t>С</w:t>
      </w:r>
      <w:r w:rsidRPr="00A222C1">
        <w:rPr>
          <w:b w:val="0"/>
          <w:bCs w:val="0"/>
        </w:rPr>
        <w:t xml:space="preserve">Ұ, </w:t>
      </w:r>
      <w:r w:rsidR="00B809F8" w:rsidRPr="00A222C1">
        <w:rPr>
          <w:b w:val="0"/>
          <w:bCs w:val="0"/>
        </w:rPr>
        <w:t>CDC</w:t>
      </w:r>
      <w:r w:rsidRPr="00A222C1">
        <w:rPr>
          <w:b w:val="0"/>
          <w:bCs w:val="0"/>
        </w:rPr>
        <w:t>, Еуропа және Тынық мұхиты елдерінің ұлттық денсаулық сақтау және фармацияны реттеуші органдарының, АҚШ, Кана</w:t>
      </w:r>
      <w:r w:rsidR="00B809F8">
        <w:rPr>
          <w:b w:val="0"/>
          <w:bCs w:val="0"/>
        </w:rPr>
        <w:t>даның Жалпы күш-жігерімен АТ</w:t>
      </w:r>
      <w:r w:rsidRPr="00A222C1">
        <w:rPr>
          <w:b w:val="0"/>
          <w:bCs w:val="0"/>
        </w:rPr>
        <w:t xml:space="preserve"> бақылау мен тежеудің 4 ст</w:t>
      </w:r>
      <w:r w:rsidR="00240441">
        <w:rPr>
          <w:b w:val="0"/>
          <w:bCs w:val="0"/>
        </w:rPr>
        <w:t xml:space="preserve">ратегиялық тәсілі анықталды </w:t>
      </w:r>
      <w:r w:rsidR="00240441">
        <w:rPr>
          <w:b w:val="0"/>
          <w:bCs w:val="0"/>
        </w:rPr>
        <w:fldChar w:fldCharType="begin" w:fldLock="1"/>
      </w:r>
      <w:r w:rsidR="009A759A">
        <w:rPr>
          <w:b w:val="0"/>
          <w:bCs w:val="0"/>
        </w:rPr>
        <w:instrText>ADDIN CSL_CITATION {"citationItems":[{"id":"ITEM-1","itemData":{"DOI":"10.1086/668770","ISSN":"1559-6834","PMID":"23221186","abstract":"OBJECTIVE To describe antimicrobial resistance patterns for healthcare-associated infections (HAIs) reported to the National Healthcare Safety Network (NHSN) during 2009-2010. METHODS Central line-associated bloodstream infections, catheter-associated urinary tract infections, ventilator-associated pneumonia, and surgical site infections were included. Pooled mean proportions of isolates interpreted as resistant (or, in some cases, nonsusceptible) to selected antimicrobial agents were calculated by type of HAI and compared to historical data. RESULTS Overall, 2,039 hospitals reported 1 or more HAIs; 1,749 (86%) were general acute care hospitals, and 1,143 (56%) had fewer than 200 beds. There were 69,475 HAIs and 81,139 pathogens reported. Eight pathogen groups accounted for about 80% of reported pathogens: Staphylococcus aureus (16%), Enterococcus spp. (14%), Escherichia coli (12%), coagulase-negative staphylococci (11%), Candida spp. (9%), Klebsiella pneumoniae (and Klebsiella oxytoca; 8%), Pseudomonas aeruginosa (8%), and Enterobacter spp. (5%). The percentage of resistance was similar to that reported in the previous 2-year period, with a slight decrease in the percentage of S. aureus resistant to oxacillins (MRSA). Nearly 20% of pathogens reported from all HAIs were the following multidrug-resistant phenotypes: MRSA (8.5%); vancomycin-resistant Enterococcus (3%); extended-spectrum cephalosporin-resistant K. pneumoniae and K. oxytoca (2%), E. coli (2%), and Enterobacter spp. (2%); and carbapenem-resistant P. aeruginosa (2%), K. pneumoniae/oxytoca (&lt;1%), E. coli (&lt;1%), and Enterobacter spp. (&lt;1%). Among facilities reporting HAIs with 1 of the above gram-negative bacteria, 20%-40% reported at least 1 with the resistant phenotype. CONCLUSION While the proportion of resistant isolates did not substantially change from that in the previous 2 years, multidrug-resistant gram-negative phenotypes were reported from a moderate proportion of facilities.","author":[{"dropping-particle":"","family":"Sievert","given":"Dawn M.","non-dropping-particle":"","parse-names":false,"suffix":""},{"dropping-particle":"","family":"Ricks","given":"Philip","non-dropping-particle":"","parse-names":false,"suffix":""},{"dropping-particle":"","family":"Edwards","given":"Jonathan R.","non-dropping-particle":"","parse-names":false,"suffix":""},{"dropping-particle":"","family":"Schneider","given":"Amy","non-dropping-particle":"","parse-names":false,"suffix":""},{"dropping-particle":"","family":"Patel","given":"Jean","non-dropping-particle":"","parse-names":false,"suffix":""},{"dropping-particle":"","family":"Srinivasan","given":"Arjun","non-dropping-particle":"","parse-names":false,"suffix":""},{"dropping-particle":"","family":"Kallen","given":"Alex","non-dropping-particle":"","parse-names":false,"suffix":""},{"dropping-particle":"","family":"Limbago","given":"Brandi","non-dropping-particle":"","parse-names":false,"suffix":""},{"dropping-particle":"","family":"Fridkin","given":"Scott","non-dropping-particle":"","parse-names":false,"suffix":""}],"container-title":"Infection control and hospital epidemiology","id":"ITEM-1","issue":"1","issued":{"date-parts":[["2013","1"]]},"page":"1-14","publisher":"Infect Control Hosp Epidemiol","title":"Antimicrobial-resistant pathogens associated with healthcare-associated infections: summary of data reported to the National Healthcare Safety Network at the Centers for Disease Control and Prevention, 2009-2010","type":"article-journal","volume":"34"},"uris":["http://www.mendeley.com/documents/?uuid=946f57f7-5587-37a8-80a2-95c2f1212147"]}],"mendeley":{"formattedCitation":"[99]","plainTextFormattedCitation":"[99]","previouslyFormattedCitation":"[98]"},"properties":{"noteIndex":0},"schema":"https://github.com/citation-style-language/schema/raw/master/csl-citation.json"}</w:instrText>
      </w:r>
      <w:r w:rsidR="00240441">
        <w:rPr>
          <w:b w:val="0"/>
          <w:bCs w:val="0"/>
        </w:rPr>
        <w:fldChar w:fldCharType="separate"/>
      </w:r>
      <w:r w:rsidR="009A759A" w:rsidRPr="009A759A">
        <w:rPr>
          <w:b w:val="0"/>
          <w:bCs w:val="0"/>
          <w:noProof/>
        </w:rPr>
        <w:t>[99]</w:t>
      </w:r>
      <w:r w:rsidR="00240441">
        <w:rPr>
          <w:b w:val="0"/>
          <w:bCs w:val="0"/>
        </w:rPr>
        <w:fldChar w:fldCharType="end"/>
      </w:r>
      <w:r w:rsidRPr="00A222C1">
        <w:rPr>
          <w:b w:val="0"/>
          <w:bCs w:val="0"/>
        </w:rPr>
        <w:t>:</w:t>
      </w:r>
    </w:p>
    <w:p w:rsidR="00FD5748" w:rsidRDefault="00A222C1" w:rsidP="00B51AD7">
      <w:pPr>
        <w:pStyle w:val="1"/>
        <w:ind w:left="458" w:right="83" w:firstLine="535"/>
        <w:rPr>
          <w:b w:val="0"/>
          <w:bCs w:val="0"/>
        </w:rPr>
      </w:pPr>
      <w:r w:rsidRPr="00A222C1">
        <w:rPr>
          <w:b w:val="0"/>
          <w:bCs w:val="0"/>
        </w:rPr>
        <w:t xml:space="preserve"> 1. Жұқпалы аурулардың алдын алу және А</w:t>
      </w:r>
      <w:r w:rsidR="00B809F8">
        <w:rPr>
          <w:b w:val="0"/>
          <w:bCs w:val="0"/>
        </w:rPr>
        <w:t>Б</w:t>
      </w:r>
      <w:r w:rsidRPr="00A222C1">
        <w:rPr>
          <w:b w:val="0"/>
          <w:bCs w:val="0"/>
        </w:rPr>
        <w:t>П-ға төзімділіктің таралуының алдын алу. Атап айтқанда, CDC қызметі ұлттық, өңірлік және жергілікті деңгейлерде А</w:t>
      </w:r>
      <w:r w:rsidR="00B809F8">
        <w:rPr>
          <w:b w:val="0"/>
          <w:bCs w:val="0"/>
        </w:rPr>
        <w:t>Б</w:t>
      </w:r>
      <w:r w:rsidRPr="00A222C1">
        <w:rPr>
          <w:b w:val="0"/>
          <w:bCs w:val="0"/>
        </w:rPr>
        <w:t>П және қадағалау жүйесін ұтымды тағайындау қағидаттарын енгізу жолымен медициналық мекемелерде бактериялардың антибиотиктерге төзімділігінің дамуы мен таралуын болдырмауға бағытталған. Денсаулық сақтаудың ұлттық қауіпсіздігі бойынша CDC желісі (http://www.cdc.gov/nhsn/) екеуі де-АҚШ медициналық мекемелеріне жұқпалы аурулар, антибиотиктерді қолдану және сезімталдық/төзімділік туралы ақпарат береді. Вакцинация сонымен қатар инфекциялық ауруды бақылау механизмі болып табылады, демек, микроорганизмдердің А</w:t>
      </w:r>
      <w:r w:rsidR="00B809F8">
        <w:rPr>
          <w:b w:val="0"/>
          <w:bCs w:val="0"/>
        </w:rPr>
        <w:t>Б</w:t>
      </w:r>
      <w:r w:rsidRPr="00A222C1">
        <w:rPr>
          <w:b w:val="0"/>
          <w:bCs w:val="0"/>
        </w:rPr>
        <w:t xml:space="preserve">П - ға төзімділігінің өсуі. Азық - түлік тектес антибиотиктерге төзімді инфекциялар санының дамуы мен өсуін болдырмау үшін денсаулық сақтау ұйымы ауыл шаруашылығына жауапты органдармен (жануарлар мен балықтарды вакцинациялау) тығыз ынтымақтастықта болуы тиіс. Инфекциялық бақылаудың маңызды элементі </w:t>
      </w:r>
      <w:r w:rsidR="00FD5748">
        <w:rPr>
          <w:b w:val="0"/>
          <w:bCs w:val="0"/>
        </w:rPr>
        <w:t xml:space="preserve">дәрілік заттарға төзімді </w:t>
      </w:r>
      <w:r w:rsidRPr="00A222C1">
        <w:rPr>
          <w:b w:val="0"/>
          <w:bCs w:val="0"/>
        </w:rPr>
        <w:t xml:space="preserve"> түрлерінің алдын алу мысалында қауіпсіз жыныстық қатынасты насихаттау болып табылады.</w:t>
      </w:r>
    </w:p>
    <w:p w:rsidR="00FD5748" w:rsidRDefault="00577F70" w:rsidP="00B51AD7">
      <w:pPr>
        <w:pStyle w:val="1"/>
        <w:ind w:left="458" w:right="83" w:firstLine="535"/>
        <w:rPr>
          <w:b w:val="0"/>
          <w:bCs w:val="0"/>
        </w:rPr>
      </w:pPr>
      <w:r w:rsidRPr="00B0236C">
        <w:rPr>
          <w:b w:val="0"/>
          <w:bCs w:val="0"/>
        </w:rPr>
        <w:t xml:space="preserve">2. </w:t>
      </w:r>
      <w:r w:rsidR="00A222C1" w:rsidRPr="00A222C1">
        <w:rPr>
          <w:b w:val="0"/>
          <w:bCs w:val="0"/>
        </w:rPr>
        <w:t>А</w:t>
      </w:r>
      <w:r w:rsidR="00FD5748">
        <w:rPr>
          <w:b w:val="0"/>
          <w:bCs w:val="0"/>
        </w:rPr>
        <w:t>Б</w:t>
      </w:r>
      <w:r w:rsidR="00A222C1" w:rsidRPr="00A222C1">
        <w:rPr>
          <w:b w:val="0"/>
          <w:bCs w:val="0"/>
        </w:rPr>
        <w:t>П-ға төзімділікті және антибиотиктерге төзімділігі бар инфекцияларды бақылау. CDC арнайы ұлттық анықтамалық зертханасы жаңа төзімді формаларды анықтау үшін бүкіл елден бактерия үлгілерін сынайды. ДД</w:t>
      </w:r>
      <w:r w:rsidR="00FD5748">
        <w:rPr>
          <w:b w:val="0"/>
          <w:bCs w:val="0"/>
        </w:rPr>
        <w:t>С</w:t>
      </w:r>
      <w:r w:rsidR="00A222C1" w:rsidRPr="00A222C1">
        <w:rPr>
          <w:b w:val="0"/>
          <w:bCs w:val="0"/>
        </w:rPr>
        <w:t xml:space="preserve">Ұ бастамасымен Еуропа, Азия, АҚШ, Канада елдерінде қолданылатын және клиникалық микробиология зертханаларына тегін берілетін </w:t>
      </w:r>
      <w:r w:rsidR="00FD5748">
        <w:rPr>
          <w:b w:val="0"/>
          <w:bCs w:val="0"/>
        </w:rPr>
        <w:t>микроорганизмдерді – WHONET АТ</w:t>
      </w:r>
      <w:r w:rsidR="00A222C1" w:rsidRPr="00A222C1">
        <w:rPr>
          <w:b w:val="0"/>
          <w:bCs w:val="0"/>
        </w:rPr>
        <w:t xml:space="preserve"> - ға бірыңғай компьютерлік қадағалау жүйесі құрылды</w:t>
      </w:r>
      <w:r w:rsidR="00EA765B" w:rsidRPr="00EA765B">
        <w:rPr>
          <w:b w:val="0"/>
          <w:bCs w:val="0"/>
        </w:rPr>
        <w:t xml:space="preserve"> </w:t>
      </w:r>
      <w:r w:rsidR="00EA765B">
        <w:rPr>
          <w:b w:val="0"/>
          <w:bCs w:val="0"/>
        </w:rPr>
        <w:fldChar w:fldCharType="begin" w:fldLock="1"/>
      </w:r>
      <w:r w:rsidR="009A759A">
        <w:rPr>
          <w:b w:val="0"/>
          <w:bCs w:val="0"/>
        </w:rPr>
        <w:instrText>ADDIN CSL_CITATION {"citationItems":[{"id":"ITEM-1","itemData":{"DOI":"10.1016/J.JGAR.2018.10.011","ISSN":"2213-7173","PMID":"30326273","abstract":"Objectives: Surveillance of antimicrobial resistance (AMR) can now be automated to analyse the reports of microbiology laboratories continually without operator assistance. It can also be made comprehensive to monitor all the reports of all the world's microbiology laboratories. Methods and results: As illustrated through examples provided in this work, each clinical report can be scanned automatically by algorithms to suspect emerging problems and to prompt sampling to confirm such problems, now increasingly by nucleotide sequencing. An emerging problem may be an excess (clustering) of similar microbes owing to their spread among patients who are interrelated in some way, as by shared locations, caregivers or food products. Or it might be a microbe new to an area or to a laboratory but already seen nearby, such as Elizabethkingia anophelis or mcr-1-positive Escherichia coli. Automated early alerting of responders enables them to contain spread sooner and to avert infections downstream. ‘Big Data’ informatics now also enables surveillance of AMR to be made comprehensive, to monitor all reports of all the world's microbiology laboratories. Such orders of magnitude increase in analysed data would accordingly increase its granularity and thus detect many more global problems sooner. It would also reduce surveillance-blind areas where problems may now emerge and spread undetected. Conclusions: The world's microbiology laboratories need to integrate and analyse all of their reports for surveillance to make their own patients safer from existing and approaching problems otherwise hard to notice. Making automated surveillance an easy-to-adopt laboratory standard of care can make it comprehensive.","author":[{"dropping-particle":"","family":"O'Brien","given":"Thomas F.","non-dropping-particle":"","parse-names":false,"suffix":""},{"dropping-particle":"","family":"Clark","given":"Adam","non-dropping-particle":"","parse-names":false,"suffix":""},{"dropping-particle":"","family":"Peters","given":"Rob","non-dropping-particle":"","parse-names":false,"suffix":""},{"dropping-particle":"","family":"Stelling","given":"John","non-dropping-particle":"","parse-names":false,"suffix":""}],"container-title":"Journal of global antimicrobial resistance","id":"ITEM-1","issued":{"date-parts":[["2019","6","1"]]},"page":"8-15","publisher":"J Glob Antimicrob Resist","title":"Why surveillance of antimicrobial resistance needs to be automated and comprehensive","type":"article-journal","volume":"17"},"uris":["http://www.mendeley.com/documents/?uuid=55812938-818a-3821-894a-6d4be1143e71"]}],"mendeley":{"formattedCitation":"[100]","plainTextFormattedCitation":"[100]","previouslyFormattedCitation":"[99]"},"properties":{"noteIndex":0},"schema":"https://github.com/citation-style-language/schema/raw/master/csl-citation.json"}</w:instrText>
      </w:r>
      <w:r w:rsidR="00EA765B">
        <w:rPr>
          <w:b w:val="0"/>
          <w:bCs w:val="0"/>
        </w:rPr>
        <w:fldChar w:fldCharType="separate"/>
      </w:r>
      <w:r w:rsidR="009A759A" w:rsidRPr="009A759A">
        <w:rPr>
          <w:b w:val="0"/>
          <w:bCs w:val="0"/>
          <w:noProof/>
        </w:rPr>
        <w:t>[100]</w:t>
      </w:r>
      <w:r w:rsidR="00EA765B">
        <w:rPr>
          <w:b w:val="0"/>
          <w:bCs w:val="0"/>
        </w:rPr>
        <w:fldChar w:fldCharType="end"/>
      </w:r>
      <w:r w:rsidR="00A222C1" w:rsidRPr="00A222C1">
        <w:rPr>
          <w:b w:val="0"/>
          <w:bCs w:val="0"/>
        </w:rPr>
        <w:t>. WHONET көмегімен әр елдік зертханада компьютерлік мәліметтер базасы құрылады - пациент, бөлім, келесі материал, оны алған күні, бөлінген микроорганизмдердің спектрі, олардың антибиотиктерге сезімталдығы туралы ақпарат. WHONET бағдарламасында сезімталдықты анықтау нәтижелерін бағалаудың өзіндік сараптамалық жүйесі бар (АҚШ Ұлттық Клиникалық зертханалық стандарттар комитетінің стандарттары/NCCLS</w:t>
      </w:r>
      <w:r w:rsidR="00FD5748">
        <w:rPr>
          <w:b w:val="0"/>
          <w:bCs w:val="0"/>
        </w:rPr>
        <w:t>). Әлемнің дамыған елдерінде АТ-п</w:t>
      </w:r>
      <w:r w:rsidR="00A222C1" w:rsidRPr="00A222C1">
        <w:rPr>
          <w:b w:val="0"/>
          <w:bCs w:val="0"/>
        </w:rPr>
        <w:t>ен жаңадан пайда болған инфекцияларды бақылау</w:t>
      </w:r>
      <w:r w:rsidR="00240441">
        <w:rPr>
          <w:b w:val="0"/>
          <w:bCs w:val="0"/>
        </w:rPr>
        <w:t xml:space="preserve"> жүйелері бар, мысалы, АҚШ - та</w:t>
      </w:r>
      <w:r w:rsidR="00A222C1" w:rsidRPr="00A222C1">
        <w:rPr>
          <w:b w:val="0"/>
          <w:bCs w:val="0"/>
        </w:rPr>
        <w:t>: белсенді бактерияларды бақылау орталығы (ABCs, active Bacterial core surveillance), ұлттық денсаулық сақтауды бақылау желісі (NHSN/national Healthcare Safety Network core surveillance)</w:t>
      </w:r>
      <w:r w:rsidR="000C17AA">
        <w:rPr>
          <w:b w:val="0"/>
          <w:bCs w:val="0"/>
        </w:rPr>
        <w:fldChar w:fldCharType="begin" w:fldLock="1"/>
      </w:r>
      <w:r w:rsidR="009A759A">
        <w:rPr>
          <w:b w:val="0"/>
          <w:bCs w:val="0"/>
        </w:rPr>
        <w:instrText>ADDIN CSL_CITATION {"citationItems":[{"id":"ITEM-1","itemData":{"DOI":"10.1017/ICE.2019.92","ISSN":"1559-6834","PMID":"31172901","abstract":"A survey of hospital antimicrobial stewardship programs was performed to validate core element achievement data from the National Healthcare Safety Network's (NHSN) Patient Safety Component Annual Survey. In total, 89% of hospitals met all 7 core elements, compared to only 68% according to the NHSN survey.","author":[{"dropping-particle":"","family":"Evans","given":"Christopher D.","non-dropping-particle":"","parse-names":false,"suffix":""},{"dropping-particle":"","family":"Thure","given":"Katie A.","non-dropping-particle":"","parse-names":false,"suffix":""},{"dropping-particle":"","family":"Mcdaniel","given":"Honour M.","non-dropping-particle":"","parse-names":false,"suffix":""},{"dropping-particle":"","family":"Adre","given":"Cullen J.","non-dropping-particle":"","parse-names":false,"suffix":""},{"dropping-particle":"","family":"Reed","given":"Vicky P.","non-dropping-particle":"","parse-names":false,"suffix":""},{"dropping-particle":"","family":"Talley","given":"Pamela P.","non-dropping-particle":"","parse-names":false,"suffix":""},{"dropping-particle":"","family":"Kainer","given":"Marion A.","non-dropping-particle":"","parse-names":false,"suffix":""}],"container-title":"Infection control and hospital epidemiology","id":"ITEM-1","issue":"7","issued":{"date-parts":[["2019","7","1"]]},"page":"817-818","publisher":"Infect Control Hosp Epidemiol","title":"Validation of National Healthcare Safety Network-reported core elements of antimicrobial stewardship in Tennessee","type":"article-journal","volume":"40"},"uris":["http://www.mendeley.com/documents/?uuid=e6b6d5de-0f45-3191-91a2-7940665cff8e"]}],"mendeley":{"formattedCitation":"[101]","plainTextFormattedCitation":"[101]","previouslyFormattedCitation":"[100]"},"properties":{"noteIndex":0},"schema":"https://github.com/citation-style-language/schema/raw/master/csl-citation.json"}</w:instrText>
      </w:r>
      <w:r w:rsidR="000C17AA">
        <w:rPr>
          <w:b w:val="0"/>
          <w:bCs w:val="0"/>
        </w:rPr>
        <w:fldChar w:fldCharType="separate"/>
      </w:r>
      <w:r w:rsidR="009A759A" w:rsidRPr="009A759A">
        <w:rPr>
          <w:b w:val="0"/>
          <w:bCs w:val="0"/>
          <w:noProof/>
        </w:rPr>
        <w:t>[101]</w:t>
      </w:r>
      <w:r w:rsidR="000C17AA">
        <w:rPr>
          <w:b w:val="0"/>
          <w:bCs w:val="0"/>
        </w:rPr>
        <w:fldChar w:fldCharType="end"/>
      </w:r>
      <w:r w:rsidR="00A222C1" w:rsidRPr="00A222C1">
        <w:rPr>
          <w:b w:val="0"/>
          <w:bCs w:val="0"/>
        </w:rPr>
        <w:t>, бақылау қауымдастығы Денсаулық сақтау көрсеткіштеріне әсер ететін инфекциялар (</w:t>
      </w:r>
      <w:r w:rsidR="00FD5748" w:rsidRPr="00A222C1">
        <w:rPr>
          <w:b w:val="0"/>
          <w:bCs w:val="0"/>
        </w:rPr>
        <w:t>HAIC</w:t>
      </w:r>
      <w:r w:rsidR="00A222C1" w:rsidRPr="00A222C1">
        <w:rPr>
          <w:b w:val="0"/>
          <w:bCs w:val="0"/>
        </w:rPr>
        <w:t xml:space="preserve"> / Healthcare-associated Infections Community Interface)</w:t>
      </w:r>
      <w:r w:rsidR="000C17AA">
        <w:rPr>
          <w:b w:val="0"/>
          <w:bCs w:val="0"/>
        </w:rPr>
        <w:fldChar w:fldCharType="begin" w:fldLock="1"/>
      </w:r>
      <w:r w:rsidR="009A759A">
        <w:rPr>
          <w:b w:val="0"/>
          <w:bCs w:val="0"/>
        </w:rPr>
        <w:instrText>ADDIN CSL_CITATION {"citationItems":[{"id":"ITEM-1","itemData":{"DOI":"10.1097/MLR.0000000000000084","ISSN":"1537-1948","PMID":"24430264","abstract":"BACKGROUND:: Healthcare-associated infections (HAIs) have long been the subject of research and prevention practice. When findings show potential to significantly impact outcomes, clinicians, policymakers, safety experts, and stakeholders seek to bridge the gap between research and practice by identifying mechanisms and assigning responsibility for translating research to practice. OBJECTIVES:: This paper describes progress and challenges in HAI research and prevention practices, as explained through an examination of Health and Human Services (HHS) Action Plan's goals, inputs, and implementation in each area. RESEARCH DESIGN:: We used the Context-Input-Process-Product evaluation model, together with an HAI prevention system framework, to assess the transformative processes associated with HAI research and adoption of prevention practices. RESULTS:: Since the introduction of the Action Plan, HHS has made substantial progress in prioritizing research projects, translating findings from those projects into practice, and designing and implementing research projects in multisite practice settings. Research has emphasized the basic science and epidemiology of HAIs, the identification of gaps in research, and implementation science. The basic, epidemiological, and implementation science communities have joined forces to better define mechanisms and responsibilities for translating HAI research into practice. Challenges include the ongoing need for better evidence about intervention effectiveness, the growing implementation burden on healthcare providers and organizations, and challenges implementing certain practices. CONCLUSIONS:: Although these HAI research and prevention practice activities are complex spanning multiple system functions and properties, HHS is making progress so that the right methods for addressing complex HAI problems at the interface of patient safety and clinical practice can emerge. © 2014 by Lippincott William and Wilkins.","author":[{"dropping-particle":"","family":"Kahn","given":"Katherine L.","non-dropping-particle":"","parse-names":false,"suffix":""},{"dropping-particle":"","family":"Mendel","given":"Peter","non-dropping-particle":"","parse-names":false,"suffix":""},{"dropping-particle":"","family":"Leuschner","given":"Kristin J.","non-dropping-particle":"","parse-names":false,"suffix":""},{"dropping-particle":"","family":"Hiatt","given":"Liisa","non-dropping-particle":"","parse-names":false,"suffix":""},{"dropping-particle":"","family":"Gall","given":"Elizabeth M.","non-dropping-particle":"","parse-names":false,"suffix":""},{"dropping-particle":"","family":"Siegel","given":"Sari","non-dropping-particle":"","parse-names":false,"suffix":""},{"dropping-particle":"","family":"Weinberg","given":"Daniel A.","non-dropping-particle":"","parse-names":false,"suffix":""}],"container-title":"Medical care","id":"ITEM-1","issue":"2 Suppl 1","issued":{"date-parts":[["2014","2"]]},"publisher":"Med Care","title":"The national response for preventing healthcare-associated infections: research and adoption of prevention practices","type":"article-journal","volume":"52"},"uris":["http://www.mendeley.com/documents/?uuid=880b0c45-2f77-340f-a2f8-7540b004ad7a"]}],"mendeley":{"formattedCitation":"[102]","plainTextFormattedCitation":"[102]","previouslyFormattedCitation":"[101]"},"properties":{"noteIndex":0},"schema":"https://github.com/citation-style-language/schema/raw/master/csl-citation.json"}</w:instrText>
      </w:r>
      <w:r w:rsidR="000C17AA">
        <w:rPr>
          <w:b w:val="0"/>
          <w:bCs w:val="0"/>
        </w:rPr>
        <w:fldChar w:fldCharType="separate"/>
      </w:r>
      <w:r w:rsidR="009A759A" w:rsidRPr="009A759A">
        <w:rPr>
          <w:b w:val="0"/>
          <w:bCs w:val="0"/>
          <w:noProof/>
        </w:rPr>
        <w:t>[102]</w:t>
      </w:r>
      <w:r w:rsidR="000C17AA">
        <w:rPr>
          <w:b w:val="0"/>
          <w:bCs w:val="0"/>
        </w:rPr>
        <w:fldChar w:fldCharType="end"/>
      </w:r>
      <w:r w:rsidR="00A222C1" w:rsidRPr="00A222C1">
        <w:rPr>
          <w:b w:val="0"/>
          <w:bCs w:val="0"/>
        </w:rPr>
        <w:t>, азық - түлікпен байланысты ауруларды бақылаудың Белсенді желісі- (</w:t>
      </w:r>
      <w:r w:rsidR="00FD5748" w:rsidRPr="00A222C1">
        <w:rPr>
          <w:b w:val="0"/>
          <w:bCs w:val="0"/>
        </w:rPr>
        <w:t>FOODNET</w:t>
      </w:r>
      <w:r w:rsidR="00A222C1" w:rsidRPr="00A222C1">
        <w:rPr>
          <w:b w:val="0"/>
          <w:bCs w:val="0"/>
        </w:rPr>
        <w:t>/foodborne Diseases Active Surveillance Network)</w:t>
      </w:r>
      <w:r w:rsidR="000C17AA">
        <w:rPr>
          <w:b w:val="0"/>
          <w:bCs w:val="0"/>
        </w:rPr>
        <w:fldChar w:fldCharType="begin" w:fldLock="1"/>
      </w:r>
      <w:r w:rsidR="009A759A">
        <w:rPr>
          <w:b w:val="0"/>
          <w:bCs w:val="0"/>
        </w:rPr>
        <w:instrText>ADDIN CSL_CITATION {"citationItems":[{"id":"ITEM-1","itemData":{"DOI":"10.1093/IJE/DYY041","ISSN":"1464-3685","PMID":"29562259","abstract":"Background: Culture-independent diagnostic tests (CIDTs) are increasingly used to diagnose Campylobacter infection in the Foodborne Diseases Active Surveillance Network (FoodNet). Because CIDTs have different performance characteristics compared with culture, which has been used historically and is still used to diagnose campylobacteriosis, adjustment of cases diagnosed by CIDT is needed to compare with culture-confirmed cases for monitoring incidence trends. Methods: We identified the necessary parameters for CIDT adjustment using culture as the gold standard, and derived formulas to calculate positive predictive values (PPVs). We conducted a literature review and meta-analysis to examine the variability in CIDT performance and Campylobacter prevalence applicable to FoodNet sites. We then developed a Monte Carlo method to estimate test-type and site-specific PPVs with their associated uncertainties. Results: The uncertainty in our estimated PPVs was largely derived from uncertainty about the specificity of CIDTs and low prevalence of Campylobacter in tested samples. Stable CIDT-adjusted incidences of Campylobacter cases from 2012 to 2015 were observed compared with a decline in culture-confirmed incidence. Conclusions: We highlight the lack of data on the total numbers of tested samples as one of main limitations for CIDT adjustment. Our results demonstrate the importance of adjusting CIDTs for understanding trends in Campylobacter incidence in FoodNet.","author":[{"dropping-particle":"","family":"Gu","given":"Weidong","non-dropping-particle":"","parse-names":false,"suffix":""},{"dropping-particle":"","family":"Dutta","given":"Vikrant","non-dropping-particle":"","parse-names":false,"suffix":""},{"dropping-particle":"","family":"Patrick","given":"Mary","non-dropping-particle":"","parse-names":false,"suffix":""},{"dropping-particle":"","family":"Bruce","given":"Beau B.","non-dropping-particle":"","parse-names":false,"suffix":""},{"dropping-particle":"","family":"Geissler","given":"Aimee","non-dropping-particle":"","parse-names":false,"suffix":""},{"dropping-particle":"","family":"Huang","given":"Jennifer","non-dropping-particle":"","parse-names":false,"suffix":""},{"dropping-particle":"","family":"Fitzgerald","given":"Collette","non-dropping-particle":"","parse-names":false,"suffix":""},{"dropping-particle":"","family":"Henao","given":"Olga","non-dropping-particle":"","parse-names":false,"suffix":""}],"container-title":"International journal of epidemiology","id":"ITEM-1","issue":"5","issued":{"date-parts":[["2018"]]},"page":"1613-1622","publisher":"Int J Epidemiol","title":"Statistical adjustment of culture-independent diagnostic tests for trend analysis in the Foodborne Diseases Active Surveillance Network (FoodNet), USA","type":"article-journal","volume":"47"},"uris":["http://www.mendeley.com/documents/?uuid=c0ca7b24-ea2f-3df3-8953-7f2a89e47064"]}],"mendeley":{"formattedCitation":"[103]","plainTextFormattedCitation":"[103]","previouslyFormattedCitation":"[102]"},"properties":{"noteIndex":0},"schema":"https://github.com/citation-style-language/schema/raw/master/csl-citation.json"}</w:instrText>
      </w:r>
      <w:r w:rsidR="000C17AA">
        <w:rPr>
          <w:b w:val="0"/>
          <w:bCs w:val="0"/>
        </w:rPr>
        <w:fldChar w:fldCharType="separate"/>
      </w:r>
      <w:r w:rsidR="009A759A" w:rsidRPr="009A759A">
        <w:rPr>
          <w:b w:val="0"/>
          <w:bCs w:val="0"/>
          <w:noProof/>
        </w:rPr>
        <w:t>[103]</w:t>
      </w:r>
      <w:r w:rsidR="000C17AA">
        <w:rPr>
          <w:b w:val="0"/>
          <w:bCs w:val="0"/>
        </w:rPr>
        <w:fldChar w:fldCharType="end"/>
      </w:r>
      <w:r w:rsidR="000C17AA" w:rsidRPr="000C17AA">
        <w:rPr>
          <w:b w:val="0"/>
          <w:bCs w:val="0"/>
        </w:rPr>
        <w:t xml:space="preserve">, </w:t>
      </w:r>
      <w:r w:rsidR="000C17AA">
        <w:rPr>
          <w:b w:val="0"/>
          <w:bCs w:val="0"/>
        </w:rPr>
        <w:fldChar w:fldCharType="begin" w:fldLock="1"/>
      </w:r>
      <w:r w:rsidR="009A759A">
        <w:rPr>
          <w:b w:val="0"/>
          <w:bCs w:val="0"/>
        </w:rPr>
        <w:instrText>ADDIN CSL_CITATION {"citationItems":[{"id":"ITEM-1","itemData":{"DOI":"10.1093/OFID/OFAC344","ISSN":"2328-8957","PMID":"35928506","abstract":"Background: Pathogen detection has changed with increased use of culture-independent diagnostic tests (CIDTs). CIDTs do not yield isolates, which are necessary to detect outbreaks using whole-genome sequencing. The Foodborne Diseases Active Surveillance Network (FoodNet) monitors clinical laboratory testing practices to improve interpretation of surveillance data and assess availability of isolates. We describe changes in practices over 8 years. Methods: During 2012-2019, 10 FoodNet sites collected standardized data about practices in clinical laboratories (range, 664-723 laboratories) for select enteric pathogens. We assessed changes in practices. Results: During 2012-2019, the percentage of laboratories that used only culture methods decreased, with the largest declines for Vibrio (99%-57%) and Yersinia (99%-60%). During 2019, the percentage of laboratories using only CIDTs was highest for Shiga toxin-producing Escherichia coli (43%), Campylobacter (34%), and Vibrio (34%). From 2015 to 2019, the percentage of laboratories that performed reflex culture after a positive CIDT decreased, with the largest declines for Shigella (75%-42%) and Salmonella (70%-38%). The percentage of laboratories that routinely submitted isolates to a public health laboratory decreased for all bacterial pathogens examined from 2015 to 2019. Conclusions: By increasing use of CIDTs and decreasing reflex culture, clinical laboratories have transferred the burden of isolate recovery to public health laboratories. Until technologies allow for molecular subtyping directly from a patient specimen, state public health laboratories should consider updating enteric disease reporting requirements to include submission of isolates or specimens. Public health laboratories need resources for isolate recovery.","author":[{"dropping-particle":"","family":"Ray","given":"Logan C.","non-dropping-particle":"","parse-names":false,"suffix":""},{"dropping-particle":"","family":"Griffin","given":"Patricia M.","non-dropping-particle":"","parse-names":false,"suffix":""},{"dropping-particle":"","family":"Wymore","given":"Katie","non-dropping-particle":"","parse-names":false,"suffix":""},{"dropping-particle":"","family":"Wilson","given":"Elisha","non-dropping-particle":"","parse-names":false,"suffix":""},{"dropping-particle":"","family":"Hurd","given":"Sharon","non-dropping-particle":"","parse-names":false,"suffix":""},{"dropping-particle":"","family":"Laclair","given":"Bethany","non-dropping-particle":"","parse-names":false,"suffix":""},{"dropping-particle":"","family":"Wozny","given":"Sophia","non-dropping-particle":"","parse-names":false,"suffix":""},{"dropping-particle":"","family":"Eikmeier","given":"Dana","non-dropping-particle":"","parse-names":false,"suffix":""},{"dropping-particle":"","family":"Nicholson","given":"Cyndy","non-dropping-particle":"","parse-names":false,"suffix":""},{"dropping-particle":"","family":"Burzlaff","given":"Kari","non-dropping-particle":"","parse-names":false,"suffix":""},{"dropping-particle":"","family":"Hatch","given":"Julie","non-dropping-particle":"","parse-names":false,"suffix":""},{"dropping-particle":"","family":"Fankhauser","given":"Melissa","non-dropping-particle":"","parse-names":false,"suffix":""},{"dropping-particle":"","family":"Kubota","given":"Kristy","non-dropping-particle":"","parse-names":false,"suffix":""},{"dropping-particle":"","family":"Huang","given":"Jennifer Y.","non-dropping-particle":"","parse-names":false,"suffix":""},{"dropping-particle":"","family":"Geissler","given":"Aimee","non-dropping-particle":"","parse-names":false,"suffix":""},{"dropping-particle":"","family":"Payne","given":"Daniel C.","non-dropping-particle":"","parse-names":false,"suffix":""},{"dropping-particle":"","family":"Tack","given":"Danielle M.","non-dropping-particle":"","parse-names":false,"suffix":""}],"container-title":"Open forum infectious diseases","id":"ITEM-1","issue":"8","issued":{"date-parts":[["2022","8","1"]]},"publisher":"Open Forum Infect Dis","title":"Changing Diagnostic Testing Practices for Foodborne Pathogens, Foodborne Diseases Active Surveillance Network, 2012-2019","type":"article-journal","volume":"9"},"uris":["http://www.mendeley.com/documents/?uuid=4560a0df-48fa-3784-a79f-7a0683bea3ac"]}],"mendeley":{"formattedCitation":"[104]","plainTextFormattedCitation":"[104]","previouslyFormattedCitation":"[103]"},"properties":{"noteIndex":0},"schema":"https://github.com/citation-style-language/schema/raw/master/csl-citation.json"}</w:instrText>
      </w:r>
      <w:r w:rsidR="000C17AA">
        <w:rPr>
          <w:b w:val="0"/>
          <w:bCs w:val="0"/>
        </w:rPr>
        <w:fldChar w:fldCharType="separate"/>
      </w:r>
      <w:r w:rsidR="009A759A" w:rsidRPr="009A759A">
        <w:rPr>
          <w:b w:val="0"/>
          <w:bCs w:val="0"/>
          <w:noProof/>
        </w:rPr>
        <w:t>[104]</w:t>
      </w:r>
      <w:r w:rsidR="000C17AA">
        <w:rPr>
          <w:b w:val="0"/>
          <w:bCs w:val="0"/>
        </w:rPr>
        <w:fldChar w:fldCharType="end"/>
      </w:r>
      <w:r w:rsidR="00A222C1" w:rsidRPr="00A222C1">
        <w:rPr>
          <w:b w:val="0"/>
          <w:bCs w:val="0"/>
        </w:rPr>
        <w:t>, микробқа қарсы төзімділікті бақылаудың ұлттық жүйесі (NARMS/National Antimicrobial Resistance Monitoring System)</w:t>
      </w:r>
      <w:r w:rsidR="000C17AA">
        <w:rPr>
          <w:b w:val="0"/>
          <w:bCs w:val="0"/>
        </w:rPr>
        <w:fldChar w:fldCharType="begin" w:fldLock="1"/>
      </w:r>
      <w:r w:rsidR="009A759A">
        <w:rPr>
          <w:b w:val="0"/>
          <w:bCs w:val="0"/>
        </w:rPr>
        <w:instrText>ADDIN CSL_CITATION {"citationItems":[{"id":"ITEM-1","itemData":{"DOI":"10.3389/BJBS.2023.11387","ISSN":"2474-0896","PMID":"37448857","abstract":"Antimicrobial resistance (AMR) has now emerged as a chronic public health problem globally, with the forecast of 10 million deaths per year globally by 2050. AMR occurs when viruses, bacteria, fungi and parasites do not respond to antimicrobial treatments in humans and animals, thus allowing the survival of the microorganism within the host. The prominent cause contributing to the current crisis remains to be the overuse and misuse of antimicrobials, particularly the inappropriate usage of antibiotics, increasing the global burden of antimicrobial resistance. The global consumption and usage of antibiotics are therefore closely monitored at all times. This review provides a current overview of the implications of strategies used by international governmental organisations, including the UN’s 17 Sustainable Development Goals (SDGs), to address the problem of antibiotic resistance, as well as the “One Health Approach,” a system incorporating a multidisciplinary effort to achieve the best possible health outcome by acknowledging the clear connections between humans, animals and their shared environment. The importance of public awareness and health literacy of lay audiences still needs to be further emphasised as part of global and local action plans. Antimicrobial resistance continues to be a major global public health dilemma of the 21st century. Already this topic is receiving substantial political input from the G7 countries and continues to be on the agenda of numerous political conferences. The consequences of failure to adequately address AMR are profound, with estimations of a return to the pre-antibiotic era, where everyday infections relating to childbirth, surgery and open fractured limbs could be potentially life-threatening. AMR itself represents a microcosm of factors, including social anthropology, civil unrest/war, diasporas, ethnic displacement, political systems, healthcare, economics, societal behaviour both at a population and individual level, health literacy, geoclimatic events, global travel and pharmaceutical innovation and investment, thus finding a solution that adequately addresses AMR and which helps stem further AMR emergence is complicated. Success will involve individuals, communities and nations all working together to ensure that the world continues to possess a sufficient armamentarium of effective antimicrobials that will sustain human and animal health, both now and in the future.","author":[{"dropping-particle":"","family":"Tang","given":"Ka Wah Kelly","non-dropping-particle":"","parse-names":false,"suffix":""},{"dropping-particle":"","family":"Millar","given":"Beverley C.","non-dropping-particle":"","parse-names":false,"suffix":""},{"dropping-particle":"","family":"Moore","given":"John E.","non-dropping-particle":"","parse-names":false,"suffix":""}],"container-title":"British journal of biomedical science","id":"ITEM-1","issued":{"date-parts":[["2023"]]},"publisher":"Br J Biomed Sci","title":"Antimicrobial Resistance (AMR)","type":"article-journal","volume":"80"},"uris":["http://www.mendeley.com/documents/?uuid=fe800caf-c224-35c0-9729-270c3d2da13f"]}],"mendeley":{"formattedCitation":"[105]","plainTextFormattedCitation":"[105]","previouslyFormattedCitation":"[104]"},"properties":{"noteIndex":0},"schema":"https://github.com/citation-style-language/schema/raw/master/csl-citation.json"}</w:instrText>
      </w:r>
      <w:r w:rsidR="000C17AA">
        <w:rPr>
          <w:b w:val="0"/>
          <w:bCs w:val="0"/>
        </w:rPr>
        <w:fldChar w:fldCharType="separate"/>
      </w:r>
      <w:r w:rsidR="009A759A" w:rsidRPr="009A759A">
        <w:rPr>
          <w:b w:val="0"/>
          <w:bCs w:val="0"/>
          <w:noProof/>
        </w:rPr>
        <w:t>[105]</w:t>
      </w:r>
      <w:r w:rsidR="000C17AA">
        <w:rPr>
          <w:b w:val="0"/>
          <w:bCs w:val="0"/>
        </w:rPr>
        <w:fldChar w:fldCharType="end"/>
      </w:r>
      <w:r w:rsidR="00A222C1" w:rsidRPr="00A222C1">
        <w:rPr>
          <w:b w:val="0"/>
          <w:bCs w:val="0"/>
        </w:rPr>
        <w:t>, гонорея қоздырғышын бақылау бағдарламасы (GISP/ Gonococcal Isolate surveillance program)</w:t>
      </w:r>
      <w:r w:rsidR="000C17AA">
        <w:rPr>
          <w:b w:val="0"/>
          <w:bCs w:val="0"/>
        </w:rPr>
        <w:fldChar w:fldCharType="begin" w:fldLock="1"/>
      </w:r>
      <w:r w:rsidR="009A759A">
        <w:rPr>
          <w:b w:val="0"/>
          <w:bCs w:val="0"/>
        </w:rPr>
        <w:instrText>ADDIN CSL_CITATION {"citationItems":[{"id":"ITEM-1","itemData":{"DOI":"10.1071/SH19023","ISSN":"1449-8987","PMID":"31437420","abstract":"Antimicrobial resistance (AMR) in Neisseria gonorrhoeae is a serious public health problem, compromising the management and control of gonorrhoea globally. Resistance in N. gonorrhoeae to ceftriaxone, the last option for first-line empirical monotherapy of gonorrhoea, has been reported from many countries globally, and sporadic failures to cure especially pharyngeal gonorrhoea with ceftriaxone monotherapy and dual antimicrobial therapies (ceftriaxone plus azithromycin or doxycycline) have been confirmed in several countries. In 2018, the first gonococcal isolates with ceftriaxone resistance plus high-level azithromycin resistance were identified in England and Australia. The World Health Organization (WHO) Global Gonococcal Antimicrobial Surveillance Program (GASP) is essential to monitor AMR trends, identify emerging AMR and provide evidence for refinements of treatment guidelines and public health policy globally. Herein we describe the WHO GASP data from 67 countries in 2015-16, confirmed gonorrhoea treatment failures with ceftriaxone with or without azithromycin or doxycycline, and international collaborative actions and research efforts essential for the effective management and control of gonorrhoea. In most countries, resistance to ciprofloxacin is exceedingly high, azithromycin resistance is present and decreased susceptibility or resistance to ceftriaxone has emerged. Enhanced global collaborative actions are crucial for the control of gonorrhoea, including improved prevention, early diagnosis, treatment of index patient and partner (including test-of-cure), improved and expanded AMR surveillance (including surveillance of antimicrobial use and treatment failures), increased knowledge of correct antimicrobial use and the pharmacokinetics and pharmacodynamics of antimicrobials and effective drug regulations and prescription policies (including antimicrobial stewardship). Ultimately, rapid, accurate and affordable point-of-care diagnostic tests (ideally also predicting AMR and/or susceptibility), new therapeutic antimicrobials and, the only sustainable solution, gonococcal vaccine(s) are imperative.","author":[{"dropping-particle":"","family":"Unemo","given":"Magnus","non-dropping-particle":"","parse-names":false,"suffix":""},{"dropping-particle":"","family":"Lahra","given":"Monica M.","non-dropping-particle":"","parse-names":false,"suffix":""},{"dropping-particle":"","family":"Cole","given":"Michelle","non-dropping-particle":"","parse-names":false,"suffix":""},{"dropping-particle":"","family":"Galarza","given":"Patricia","non-dropping-particle":"","parse-names":false,"suffix":""},{"dropping-particle":"","family":"Ndowa","given":"Francis","non-dropping-particle":"","parse-names":false,"suffix":""},{"dropping-particle":"","family":"Martin","given":"Irene","non-dropping-particle":"","parse-names":false,"suffix":""},{"dropping-particle":"","family":"Dillon","given":"Jo Anne R.","non-dropping-particle":"","parse-names":false,"suffix":""},{"dropping-particle":"","family":"Ramon-Pardo","given":"Pilar","non-dropping-particle":"","parse-names":false,"suffix":""},{"dropping-particle":"","family":"Bolan","given":"Gail","non-dropping-particle":"","parse-names":false,"suffix":""},{"dropping-particle":"","family":"Wi","given":"Teodora","non-dropping-particle":"","parse-names":false,"suffix":""}],"container-title":"Sexual health","id":"ITEM-1","issue":"5","issued":{"date-parts":[["2019"]]},"page":"412-425","publisher":"Sex Health","title":"World Health Organization Global Gonococcal Antimicrobial Surveillance Program (WHO GASP): review of new data and evidence to inform international collaborative actions and research efforts","type":"article-journal","volume":"16"},"uris":["http://www.mendeley.com/documents/?uuid=36e8fcc4-1b10-3015-9f01-afc314a808fd"]}],"mendeley":{"formattedCitation":"[106]","plainTextFormattedCitation":"[106]","previouslyFormattedCitation":"[105]"},"properties":{"noteIndex":0},"schema":"https://github.com/citation-style-language/schema/raw/master/csl-citation.json"}</w:instrText>
      </w:r>
      <w:r w:rsidR="000C17AA">
        <w:rPr>
          <w:b w:val="0"/>
          <w:bCs w:val="0"/>
        </w:rPr>
        <w:fldChar w:fldCharType="separate"/>
      </w:r>
      <w:r w:rsidR="009A759A" w:rsidRPr="009A759A">
        <w:rPr>
          <w:b w:val="0"/>
          <w:bCs w:val="0"/>
          <w:noProof/>
        </w:rPr>
        <w:t>[106]</w:t>
      </w:r>
      <w:r w:rsidR="000C17AA">
        <w:rPr>
          <w:b w:val="0"/>
          <w:bCs w:val="0"/>
        </w:rPr>
        <w:fldChar w:fldCharType="end"/>
      </w:r>
      <w:r w:rsidR="00A222C1" w:rsidRPr="00A222C1">
        <w:rPr>
          <w:b w:val="0"/>
          <w:bCs w:val="0"/>
        </w:rPr>
        <w:t>, Туберкулезді бақылаудың ұлттық жүйесі (Ntss/National tuberculosis surveillance system)</w:t>
      </w:r>
      <w:r w:rsidR="002341D7">
        <w:rPr>
          <w:b w:val="0"/>
          <w:bCs w:val="0"/>
        </w:rPr>
        <w:fldChar w:fldCharType="begin" w:fldLock="1"/>
      </w:r>
      <w:r w:rsidR="009A759A">
        <w:rPr>
          <w:b w:val="0"/>
          <w:bCs w:val="0"/>
        </w:rPr>
        <w:instrText>ADDIN CSL_CITATION {"citationItems":[{"id":"ITEM-1","itemData":{"DOI":"10.1016/S1473-3099(21)00808-2","ISSN":"1474-4457","PMID":"35248168","abstract":"Tuberculosis is second only to COVID-19 as a cause of death from a single infectious agent. In 2020, almost 10 million people were estimated to have developed tuberculosis and it caused 1·5 million deaths. Around a quarter of deaths caused by antimicrobial resistance are due to rifampicin-resistant tuberculosis. Antimicrobial resistance surveillance systems for many bacterial pathogens are still in the early stages of implementation in many countries, and do not yet allow for the estimation of disease burden at the national level. In this Personal View, we present the achievements, challenges, and way forward for the oldest and largest global antimicrobial resistance surveillance system. Hosted by WHO since 1994, the Global Project on Anti-Tuberculosis Drug Resistance Surveillance has served as a platform for the evaluation of the trends in anti-tuberculosis drug resistance for over 25 years at country, regional, and global levels. With an estimated 465 000 incident cases of multidrug-resistant and rifampicin-resistant tuberculosis in 2019, drug-resistant tuberculosis remains a public health crisis. The COVID-19 pandemic has reversed years of progress in providing essential tuberculosis services and reducing disease burden. The number of people diagnosed with drug-resistant tuberculosis has dropped by 22% since before the pandemic, and the number of patients provided with treatment for drug-resistant tuberculosis has dropped by 15%. Now more than ever, closing gaps in the detection of drug-resistant tuberculosis requires investment in research and development of new diagnostic tools and their rollout, expansion of sample transport systems, and the implementation of data connectivity solutions.","author":[{"dropping-particle":"","family":"Dean","given":"Anna S.","non-dropping-particle":"","parse-names":false,"suffix":""},{"dropping-particle":"","family":"Tosas Auguet","given":"Olga","non-dropping-particle":"","parse-names":false,"suffix":""},{"dropping-particle":"","family":"Glaziou","given":"Philippe","non-dropping-particle":"","parse-names":false,"suffix":""},{"dropping-particle":"","family":"Zignol","given":"Matteo","non-dropping-particle":"","parse-names":false,"suffix":""},{"dropping-particle":"","family":"Ismail","given":"Nazir","non-dropping-particle":"","parse-names":false,"suffix":""},{"dropping-particle":"","family":"Kasaeva","given":"Tereza","non-dropping-particle":"","parse-names":false,"suffix":""},{"dropping-particle":"","family":"Floyd","given":"Katherine","non-dropping-particle":"","parse-names":false,"suffix":""}],"container-title":"The Lancet. Infectious diseases","id":"ITEM-1","issue":"7","issued":{"date-parts":[["2022","7","1"]]},"page":"e191-e196","publisher":"Lancet Infect Dis","title":"25 years of surveillance of drug-resistant tuberculosis: achievements, challenges, and way forward","type":"article-journal","volume":"22"},"uris":["http://www.mendeley.com/documents/?uuid=d56fd2e4-c1fd-3097-8275-cf555319a333"]}],"mendeley":{"formattedCitation":"[107]","plainTextFormattedCitation":"[107]","previouslyFormattedCitation":"[106]"},"properties":{"noteIndex":0},"schema":"https://github.com/citation-style-language/schema/raw/master/csl-citation.json"}</w:instrText>
      </w:r>
      <w:r w:rsidR="002341D7">
        <w:rPr>
          <w:b w:val="0"/>
          <w:bCs w:val="0"/>
        </w:rPr>
        <w:fldChar w:fldCharType="separate"/>
      </w:r>
      <w:r w:rsidR="009A759A" w:rsidRPr="009A759A">
        <w:rPr>
          <w:b w:val="0"/>
          <w:bCs w:val="0"/>
          <w:noProof/>
        </w:rPr>
        <w:t>[107]</w:t>
      </w:r>
      <w:r w:rsidR="002341D7">
        <w:rPr>
          <w:b w:val="0"/>
          <w:bCs w:val="0"/>
        </w:rPr>
        <w:fldChar w:fldCharType="end"/>
      </w:r>
      <w:r w:rsidR="00A222C1" w:rsidRPr="00A222C1">
        <w:rPr>
          <w:b w:val="0"/>
          <w:bCs w:val="0"/>
        </w:rPr>
        <w:t xml:space="preserve">. </w:t>
      </w:r>
    </w:p>
    <w:p w:rsidR="00FD5748" w:rsidRDefault="00FD5748" w:rsidP="00B51AD7">
      <w:pPr>
        <w:pStyle w:val="1"/>
        <w:ind w:left="458" w:right="83" w:firstLine="535"/>
        <w:rPr>
          <w:b w:val="0"/>
          <w:bCs w:val="0"/>
        </w:rPr>
      </w:pPr>
      <w:r>
        <w:rPr>
          <w:b w:val="0"/>
          <w:bCs w:val="0"/>
        </w:rPr>
        <w:t xml:space="preserve">3. Антибактериалды </w:t>
      </w:r>
      <w:r w:rsidR="00A222C1" w:rsidRPr="00A222C1">
        <w:rPr>
          <w:b w:val="0"/>
          <w:bCs w:val="0"/>
        </w:rPr>
        <w:t>терапияны тағайындауды жақсарту. ДД</w:t>
      </w:r>
      <w:r>
        <w:rPr>
          <w:b w:val="0"/>
          <w:bCs w:val="0"/>
        </w:rPr>
        <w:t>СҰ қолдауымен Біріккен елдер "К</w:t>
      </w:r>
      <w:r w:rsidR="00A222C1" w:rsidRPr="00A222C1">
        <w:rPr>
          <w:b w:val="0"/>
          <w:bCs w:val="0"/>
        </w:rPr>
        <w:t>линикалық тәжірибеде А</w:t>
      </w:r>
      <w:r>
        <w:rPr>
          <w:b w:val="0"/>
          <w:bCs w:val="0"/>
        </w:rPr>
        <w:t>Б</w:t>
      </w:r>
      <w:r w:rsidR="00A222C1" w:rsidRPr="00A222C1">
        <w:rPr>
          <w:b w:val="0"/>
          <w:bCs w:val="0"/>
        </w:rPr>
        <w:t>П-ның рационалды тағайындалуын басқару" қағидатын ұстанады. Мысалы, алдыңғы 3 ай ішінде кез келген антибиотиктер тағайындалған пациенттерде ко - тримоксазолға төзімді қоздырғыштардан туындаған зәр шығару жолдарының инфекцияларының даму қаупі 4,5 есе және ауруханаға жатқызу тарихы болған кезде 2,5 есе жоғары</w:t>
      </w:r>
      <w:r w:rsidR="00240441">
        <w:rPr>
          <w:b w:val="0"/>
          <w:bCs w:val="0"/>
        </w:rPr>
        <w:t xml:space="preserve"> </w:t>
      </w:r>
      <w:r w:rsidR="00240441">
        <w:rPr>
          <w:b w:val="0"/>
          <w:bCs w:val="0"/>
        </w:rPr>
        <w:fldChar w:fldCharType="begin" w:fldLock="1"/>
      </w:r>
      <w:r w:rsidR="009A759A">
        <w:rPr>
          <w:b w:val="0"/>
          <w:bCs w:val="0"/>
        </w:rPr>
        <w:instrText>ADDIN CSL_CITATION {"citationItems":[{"id":"ITEM-1","itemData":{"URL":"https://microbius.ru/library/l-s-strachunskiy-s-n-kozlov-sovremennaya-antimikrobnaya-himioterapiya","accessed":{"date-parts":[["2023","10","26"]]},"id":"ITEM-1","issued":{"date-parts":[["0"]]},"title":"Л. С. Страчунский, С. Н. Козлов.СОВРЕМЕННАЯ АНТИМИКРОБНАЯ ХИМИОТЕРАПИЯ. | Библиотека","type":"webpage"},"uris":["http://www.mendeley.com/documents/?uuid=4864e2cd-d4fe-3352-b970-b5d589f20548"]}],"mendeley":{"formattedCitation":"[108]","plainTextFormattedCitation":"[108]","previouslyFormattedCitation":"[107]"},"properties":{"noteIndex":0},"schema":"https://github.com/citation-style-language/schema/raw/master/csl-citation.json"}</w:instrText>
      </w:r>
      <w:r w:rsidR="00240441">
        <w:rPr>
          <w:b w:val="0"/>
          <w:bCs w:val="0"/>
        </w:rPr>
        <w:fldChar w:fldCharType="separate"/>
      </w:r>
      <w:r w:rsidR="009A759A" w:rsidRPr="009A759A">
        <w:rPr>
          <w:b w:val="0"/>
          <w:bCs w:val="0"/>
          <w:noProof/>
        </w:rPr>
        <w:t>[108]</w:t>
      </w:r>
      <w:r w:rsidR="00240441">
        <w:rPr>
          <w:b w:val="0"/>
          <w:bCs w:val="0"/>
        </w:rPr>
        <w:fldChar w:fldCharType="end"/>
      </w:r>
      <w:r w:rsidR="00577F70" w:rsidRPr="00B0236C">
        <w:rPr>
          <w:b w:val="0"/>
          <w:bCs w:val="0"/>
        </w:rPr>
        <w:t xml:space="preserve">. </w:t>
      </w:r>
    </w:p>
    <w:p w:rsidR="00A87065" w:rsidRDefault="00A222C1" w:rsidP="00B51AD7">
      <w:pPr>
        <w:pStyle w:val="1"/>
        <w:ind w:left="458" w:right="83" w:firstLine="535"/>
        <w:rPr>
          <w:b w:val="0"/>
          <w:bCs w:val="0"/>
        </w:rPr>
      </w:pPr>
      <w:r w:rsidRPr="00A222C1">
        <w:rPr>
          <w:b w:val="0"/>
          <w:bCs w:val="0"/>
        </w:rPr>
        <w:t>4. Сезімталдықты анықтау үшін жаңа антибиотиктер мен диагностикалық сынақтарды әзірлеу. Антибиотиктерге төзімділік табиғи эволюция процесінің бөлігі ретінде пайда болады, оны айтарлықтай баяулатуға болад</w:t>
      </w:r>
      <w:r w:rsidR="00FD5748">
        <w:rPr>
          <w:b w:val="0"/>
          <w:bCs w:val="0"/>
        </w:rPr>
        <w:t>ы, бірақ тоқтатуға болмайды. АТ-ті</w:t>
      </w:r>
      <w:r w:rsidRPr="00A222C1">
        <w:rPr>
          <w:b w:val="0"/>
          <w:bCs w:val="0"/>
        </w:rPr>
        <w:t xml:space="preserve"> анықтауға арналған жаңа антибиотиктер мен диагностикалық сынақтар төзімді бактериялардың көбеюіне ілесу үшін әрқашан қажет болады. 2009 жылдың қарашасында американдық жұқпалы аурулар қоғамы (IDSA</w:t>
      </w:r>
      <w:r w:rsidR="00F858CE">
        <w:rPr>
          <w:b w:val="0"/>
          <w:bCs w:val="0"/>
        </w:rPr>
        <w:t>) 10=20 бастамасын жариялады</w:t>
      </w:r>
      <w:r w:rsidRPr="00A222C1">
        <w:rPr>
          <w:b w:val="0"/>
          <w:bCs w:val="0"/>
        </w:rPr>
        <w:t>. Осы жоба аясында 2020 жылға қарай 10 жаңа</w:t>
      </w:r>
      <w:r w:rsidR="00FD5748">
        <w:rPr>
          <w:b w:val="0"/>
          <w:bCs w:val="0"/>
        </w:rPr>
        <w:t xml:space="preserve"> антибиотик әзірлеу жоспарланды</w:t>
      </w:r>
      <w:r w:rsidRPr="00A222C1">
        <w:rPr>
          <w:b w:val="0"/>
          <w:bCs w:val="0"/>
        </w:rPr>
        <w:t>. Алайда, егер 1983-1987 жж әлемде 16 жаңа препарат тіркелді, содан кей</w:t>
      </w:r>
      <w:r w:rsidR="00FD5748">
        <w:rPr>
          <w:b w:val="0"/>
          <w:bCs w:val="0"/>
        </w:rPr>
        <w:t xml:space="preserve">ін 2008-2012 жылдары барлығы </w:t>
      </w:r>
      <w:r w:rsidRPr="00A222C1">
        <w:rPr>
          <w:b w:val="0"/>
          <w:bCs w:val="0"/>
        </w:rPr>
        <w:t>ДДСҰ мәліметтері бойынша, 2008 жылы даму сатысында табылған 1</w:t>
      </w:r>
      <w:r w:rsidR="00FD5748">
        <w:rPr>
          <w:b w:val="0"/>
          <w:bCs w:val="0"/>
        </w:rPr>
        <w:t xml:space="preserve">67 антибиотиктің тек 15 - </w:t>
      </w:r>
      <w:r w:rsidRPr="00A222C1">
        <w:rPr>
          <w:b w:val="0"/>
          <w:bCs w:val="0"/>
        </w:rPr>
        <w:t xml:space="preserve"> ғана микроорганизмдерге төзімділіктің дамуына төтеп бере алатын әсер ету механизмі болды, бірақ олардың көпшілігі дамудың алғашқы кезеңдерінде ғана болды </w:t>
      </w:r>
      <w:r w:rsidR="00F858CE">
        <w:rPr>
          <w:b w:val="0"/>
          <w:bCs w:val="0"/>
        </w:rPr>
        <w:fldChar w:fldCharType="begin" w:fldLock="1"/>
      </w:r>
      <w:r w:rsidR="009A759A">
        <w:rPr>
          <w:b w:val="0"/>
          <w:bCs w:val="0"/>
        </w:rPr>
        <w:instrText>ADDIN CSL_CITATION {"citationItems":[{"id":"ITEM-1","itemData":{"DOI":"10.1289/EHP.117-A244","ISSN":"1552-9924","PMID":"19590668","abstract":"Intrinsic antibiotic resistance has been a fact of bacterium life since long before humans discovered the use of antibiotic drugs. However, the introduction of pharmaceutical antibiotics in the 1940s and explosion in use ever since dramatically accelerated the spread of antibiotic-resistance genes. Today, the problem of antibiotic resistance is so extensive that the future of existing antibiotic therapies may be in jeopardy unless antibiotic use, dissemination. and environmental releases are better controlled. Antibiotic stewardship programs have heen introduced in hospitals as a multidisciplinary approach to tracking antibiotic use and ensuring that the drugs are not overprescribed. Scientists recently proposed the concept of a \"resistance footprint\" to better identify and address antibiotic releases from hospitals, homes, pharmaceutical factories, wastewater treatment plants, and animal farming operations.","author":[{"dropping-particle":"","family":"Rosenblatt-Farrell","given":"Noah","non-dropping-particle":"","parse-names":false,"suffix":""}],"container-title":"Environmental health perspectives","id":"ITEM-1","issue":"6","issued":{"date-parts":[["2009"]]},"publisher":"Environ Health Perspect","title":"The landscape of antibiotic resistance","type":"article-journal","volume":"117"},"uris":["http://www.mendeley.com/documents/?uuid=9b44d27e-8780-33e5-8a4f-c4cc4d18603c"]}],"mendeley":{"formattedCitation":"[109]","plainTextFormattedCitation":"[109]","previouslyFormattedCitation":"[108]"},"properties":{"noteIndex":0},"schema":"https://github.com/citation-style-language/schema/raw/master/csl-citation.json"}</w:instrText>
      </w:r>
      <w:r w:rsidR="00F858CE">
        <w:rPr>
          <w:b w:val="0"/>
          <w:bCs w:val="0"/>
        </w:rPr>
        <w:fldChar w:fldCharType="separate"/>
      </w:r>
      <w:r w:rsidR="009A759A" w:rsidRPr="009A759A">
        <w:rPr>
          <w:b w:val="0"/>
          <w:bCs w:val="0"/>
          <w:noProof/>
        </w:rPr>
        <w:t>[109]</w:t>
      </w:r>
      <w:r w:rsidR="00F858CE">
        <w:rPr>
          <w:b w:val="0"/>
          <w:bCs w:val="0"/>
        </w:rPr>
        <w:fldChar w:fldCharType="end"/>
      </w:r>
      <w:r w:rsidR="00577F70" w:rsidRPr="00B0236C">
        <w:rPr>
          <w:b w:val="0"/>
          <w:bCs w:val="0"/>
        </w:rPr>
        <w:t xml:space="preserve">. </w:t>
      </w:r>
      <w:r w:rsidR="00FD5748">
        <w:rPr>
          <w:b w:val="0"/>
          <w:bCs w:val="0"/>
        </w:rPr>
        <w:t>Антибактериалды</w:t>
      </w:r>
      <w:r w:rsidRPr="00A222C1">
        <w:rPr>
          <w:b w:val="0"/>
          <w:bCs w:val="0"/>
        </w:rPr>
        <w:t xml:space="preserve"> терапия бойынша зерттеулер жүргізу, тұрақты қамтамасыз ету және пайда болатын төзім</w:t>
      </w:r>
      <w:r w:rsidR="00FD5748">
        <w:rPr>
          <w:b w:val="0"/>
          <w:bCs w:val="0"/>
        </w:rPr>
        <w:t>ділік туралы ақпарат алмасу. АТ</w:t>
      </w:r>
      <w:r w:rsidRPr="00A222C1">
        <w:rPr>
          <w:b w:val="0"/>
          <w:bCs w:val="0"/>
        </w:rPr>
        <w:t xml:space="preserve"> проблемасы 60 жылдан астам уақыт бойы болды және 2000 </w:t>
      </w:r>
      <w:r w:rsidR="00FD5748">
        <w:rPr>
          <w:b w:val="0"/>
          <w:bCs w:val="0"/>
        </w:rPr>
        <w:t>жылдарға дейін негізінен АТ</w:t>
      </w:r>
      <w:r w:rsidRPr="00A222C1">
        <w:rPr>
          <w:b w:val="0"/>
          <w:bCs w:val="0"/>
        </w:rPr>
        <w:t xml:space="preserve"> әртүрлі микроорганизмдерге даму тенденциялары туралы жалпы түсінік беретін жергілікті зерттеулер жүргізілд</w:t>
      </w:r>
      <w:r w:rsidR="00FD5748">
        <w:rPr>
          <w:b w:val="0"/>
          <w:bCs w:val="0"/>
        </w:rPr>
        <w:t>і. Еуропалық аймақтық бюро</w:t>
      </w:r>
      <w:r w:rsidRPr="00A222C1">
        <w:rPr>
          <w:b w:val="0"/>
          <w:bCs w:val="0"/>
        </w:rPr>
        <w:t xml:space="preserve"> ДД</w:t>
      </w:r>
      <w:r w:rsidR="00FD5748">
        <w:rPr>
          <w:b w:val="0"/>
          <w:bCs w:val="0"/>
        </w:rPr>
        <w:t xml:space="preserve">СҰ АТ-ті </w:t>
      </w:r>
      <w:r w:rsidRPr="00A222C1">
        <w:rPr>
          <w:b w:val="0"/>
          <w:bCs w:val="0"/>
        </w:rPr>
        <w:t>қадағалау және ЕО елдерінде стандартталған деректерді жинау үшін бірнеше желілер құрды, содан кейін Орталық Азия мен Шығыс Еуропа елдерінде (CAESAR/ Central Asian and Eastern European Surveillance of Antimicrobial Resistance) ұқсас же</w:t>
      </w:r>
      <w:r w:rsidR="0006001F">
        <w:rPr>
          <w:b w:val="0"/>
          <w:bCs w:val="0"/>
        </w:rPr>
        <w:t>ліні құруға бастамашы болды</w:t>
      </w:r>
      <w:r w:rsidRPr="00A222C1">
        <w:rPr>
          <w:b w:val="0"/>
          <w:bCs w:val="0"/>
        </w:rPr>
        <w:t>. ДД</w:t>
      </w:r>
      <w:r w:rsidR="00FD5748">
        <w:rPr>
          <w:b w:val="0"/>
          <w:bCs w:val="0"/>
        </w:rPr>
        <w:t>С</w:t>
      </w:r>
      <w:r w:rsidRPr="00A222C1">
        <w:rPr>
          <w:b w:val="0"/>
          <w:bCs w:val="0"/>
        </w:rPr>
        <w:t>Ұ - ның Еуропалық өңірлік бюросы мен Антверпен университеті 42 елде, оның ішінде Оңтүстік-Шығыс Еуропаның алты елінде және Орталық Азияның жеті елінде жүргізген зерттеу барысында антибиотиктерді тұтыну көлемі туралы соңғы деректер алынды. Зерттеу еуропалық аурулардың алдын алу және бақылау орталығының (ECDC) микробқа қарсы тұрақтылықты қадағалау желісінің (ESAC-Net) 29 елінде жүргізіліп жатқан жұмысты толықтырады</w:t>
      </w:r>
      <w:r w:rsidR="000C17AA" w:rsidRPr="000C17AA">
        <w:rPr>
          <w:b w:val="0"/>
          <w:bCs w:val="0"/>
        </w:rPr>
        <w:t xml:space="preserve">  </w:t>
      </w:r>
      <w:r w:rsidR="000C17AA">
        <w:rPr>
          <w:b w:val="0"/>
          <w:bCs w:val="0"/>
        </w:rPr>
        <w:fldChar w:fldCharType="begin" w:fldLock="1"/>
      </w:r>
      <w:r w:rsidR="009A759A">
        <w:rPr>
          <w:b w:val="0"/>
          <w:bCs w:val="0"/>
        </w:rPr>
        <w:instrText>ADDIN CSL_CITATION {"citationItems":[{"id":"ITEM-1","itemData":{"DOI":"10.3389/FPHAR.2021.765748","ISSN":"1663-9812","PMID":"34658897","abstract":"In the Discussion, subsection Group Authors, a name was incorrectly spelled as Leva Rutkovska. The correct spelling is Ieva Rutkovska. The authors apologize for this error and state that this does not change the scientific conclusions of the article in any way. The original article has been updated.","author":[{"dropping-particle":"","family":"Robertson","given":"Jane","non-dropping-particle":"","parse-names":false,"suffix":""},{"dropping-particle":"","family":"Vlahović-Palčevski","given":"Vera","non-dropping-particle":"","parse-names":false,"suffix":""},{"dropping-particle":"","family":"Iwamoto","given":"Kotoji","non-dropping-particle":"","parse-names":false,"suffix":""},{"dropping-particle":"","family":"Högberg","given":"Liselotte Diaz","non-dropping-particle":"","parse-names":false,"suffix":""},{"dropping-particle":"","family":"Godman","given":"Brian","non-dropping-particle":"","parse-names":false,"suffix":""},{"dropping-particle":"","family":"Monnet","given":"Dominique L.","non-dropping-particle":"","parse-names":false,"suffix":""},{"dropping-particle":"","family":"Garner","given":"Sarah","non-dropping-particle":"","parse-names":false,"suffix":""},{"dropping-particle":"","family":"Weist","given":"Klaus","non-dropping-particle":"","parse-names":false,"suffix":""}],"container-title":"Frontiers in pharmacology","id":"ITEM-1","issued":{"date-parts":[["2021","9","30"]]},"publisher":"Front Pharmacol","title":"Corrigendum: Variations in the Consumption of Antimicrobial Medicines in the European Region, 2014-2018: Findings and Implications From ESAC-Net and WHO Europe","type":"article-journal","volume":"12"},"uris":["http://www.mendeley.com/documents/?uuid=efc3a31d-24d3-3d47-ba1c-949f1531795f"]}],"mendeley":{"formattedCitation":"[110]","plainTextFormattedCitation":"[110]","previouslyFormattedCitation":"[109]"},"properties":{"noteIndex":0},"schema":"https://github.com/citation-style-language/schema/raw/master/csl-citation.json"}</w:instrText>
      </w:r>
      <w:r w:rsidR="000C17AA">
        <w:rPr>
          <w:b w:val="0"/>
          <w:bCs w:val="0"/>
        </w:rPr>
        <w:fldChar w:fldCharType="separate"/>
      </w:r>
      <w:r w:rsidR="009A759A" w:rsidRPr="009A759A">
        <w:rPr>
          <w:b w:val="0"/>
          <w:bCs w:val="0"/>
          <w:noProof/>
        </w:rPr>
        <w:t>[110]</w:t>
      </w:r>
      <w:r w:rsidR="000C17AA">
        <w:rPr>
          <w:b w:val="0"/>
          <w:bCs w:val="0"/>
        </w:rPr>
        <w:fldChar w:fldCharType="end"/>
      </w:r>
      <w:r w:rsidRPr="00A222C1">
        <w:rPr>
          <w:b w:val="0"/>
          <w:bCs w:val="0"/>
        </w:rPr>
        <w:t xml:space="preserve">. Ауруларды бақылау және </w:t>
      </w:r>
      <w:r w:rsidR="00424E14">
        <w:rPr>
          <w:b w:val="0"/>
          <w:bCs w:val="0"/>
        </w:rPr>
        <w:t>про</w:t>
      </w:r>
      <w:r w:rsidRPr="00A222C1">
        <w:rPr>
          <w:b w:val="0"/>
          <w:bCs w:val="0"/>
        </w:rPr>
        <w:t>филактика жөніндегі Еуропалық орталықтың (Disease Prevention and Control European centre) есептері және антибиотиктерді пайдалануды бақылау жөніндегі еуропалық ұйымның (Antimicrobial Consumption European Surveillance of Antimicrobial Consumption)</w:t>
      </w:r>
      <w:r w:rsidR="00062556" w:rsidRPr="00062556">
        <w:rPr>
          <w:b w:val="0"/>
          <w:bCs w:val="0"/>
        </w:rPr>
        <w:t xml:space="preserve"> </w:t>
      </w:r>
      <w:r w:rsidR="00062556">
        <w:rPr>
          <w:b w:val="0"/>
          <w:bCs w:val="0"/>
        </w:rPr>
        <w:fldChar w:fldCharType="begin" w:fldLock="1"/>
      </w:r>
      <w:r w:rsidR="009A759A">
        <w:rPr>
          <w:b w:val="0"/>
          <w:bCs w:val="0"/>
        </w:rPr>
        <w:instrText>ADDIN CSL_CITATION {"citationItems":[{"id":"ITEM-1","itemData":{"DOI":"10.1136/QSHC.2006.021121","ISSN":"1475-3901","PMID":"18055888","abstract":"Background and objective: Indicators to measure the quality of healthcare are increasingly used by healthcare professionals and policy makers. In the context of increasing antimicrobial resistance, this study aimed to develop valid drug-specific quality indicators for outpatient antibiotic use in Europe, derived from European Surveillance of Antimicrobial Consumption (ESAC) data. Methods: 27 experts (15 countries), in a European Science Foundation workshop, built on the expertise within the European Drug Utilisation Research Group, the General Practice Respiratory Infections Network, the ESCMID Study Group on Primary Care Topics, the Belgian Antibiotic Policy Coordination Committee, the World Health Organization, ESAC, and other experts. A set of proposed indicators was developed using 1997-2003 ESAC data. Participants scored the relevance of each indicator to reducing antimicrobial resistance, patient health benefit, cost effectiveness and public health policy makers (scale: 1 (completely disagree) to 9 (completely agree)). The scores were processed according to the UCLA-RAND appropriateness method. Indicators were judged relevant if the median score was not in the 1-6 interval and if there was consensus (number of scores within the 1-3 interval was fewer than one third of the panel). From the relevant indicators providing overlapping information, the one with the highest scores was selected for the final set of quality indicators-values were updated with 2004 ESAC data. Results: 22 participants (12 countries) completed scoring of a set of 22 proposed indicators. Nine were rated as relevant antibiotic prescribing indicators on all four dimensions; five were rated as relevant if only relevance to reducing antimicrobial resistance and public health policy makers was taken into account. A final set of 12 indicators was selected. Conclusion: 12 of the proposed ESAC-based quality indicators for outpatient antibiotic use in Europe have face validity and are potentially applicable. These indicators could be used to better describe antibiotic use in ambulatory care and assess the quality of national antibiotic prescribing patterns in Europe.","author":[{"dropping-particle":"","family":"Coenen","given":"Samuel","non-dropping-particle":"","parse-names":false,"suffix":""},{"dropping-particle":"","family":"Ferech","given":"Matus","non-dropping-particle":"","parse-names":false,"suffix":""},{"dropping-particle":"","family":"Haaijer-Ruskamp","given":"Flora M.","non-dropping-particle":"","parse-names":false,"suffix":""},{"dropping-particle":"","family":"Butler","given":"Chris C.","non-dropping-particle":"","parse-names":false,"suffix":""},{"dropping-particle":"","family":"Stichele","given":"Robert H.","non-dropping-particle":"Vander","parse-names":false,"suffix":""},{"dropping-particle":"","family":"Verheij","given":"Theo J.M.","non-dropping-particle":"","parse-names":false,"suffix":""},{"dropping-particle":"","family":"Monnet","given":"Dominique L.","non-dropping-particle":"","parse-names":false,"suffix":""},{"dropping-particle":"","family":"Little","given":"Paul","non-dropping-particle":"","parse-names":false,"suffix":""},{"dropping-particle":"","family":"Goossens","given":"Herman","non-dropping-particle":"","parse-names":false,"suffix":""},{"dropping-particle":"","family":"Mittermayer","given":"Helmut","non-dropping-particle":"","parse-names":false,"suffix":""},{"dropping-particle":"","family":"Metz","given":"Sigrid","non-dropping-particle":"","parse-names":false,"suffix":""},{"dropping-particle":"","family":"Markova","given":"Boyka","non-dropping-particle":"","parse-names":false,"suffix":""},{"dropping-particle":"","family":"Francetic","given":"Igor","non-dropping-particle":"","parse-names":false,"suffix":""},{"dropping-particle":"","family":"Bagatzouni","given":"Despo","non-dropping-particle":"","parse-names":false,"suffix":""},{"dropping-particle":"","family":"Nielsen","given":"Annemette Anker","non-dropping-particle":"","parse-names":false,"suffix":""},{"dropping-particle":"","family":"Rootslane","given":"Ly","non-dropping-particle":"","parse-names":false,"suffix":""},{"dropping-particle":"","family":"Huovinen","given":"Pentti","non-dropping-particle":"","parse-names":false,"suffix":""},{"dropping-particle":"","family":"Paakkari","given":"Pirkko","non-dropping-particle":"","parse-names":false,"suffix":""},{"dropping-particle":"","family":"Guillemot","given":"Didier","non-dropping-particle":"","parse-names":false,"suffix":""},{"dropping-particle":"","family":"Kern","given":"Winfried","non-dropping-particle":"","parse-names":false,"suffix":""},{"dropping-particle":"","family":"Schroeder","given":"Helmut","non-dropping-particle":"","parse-names":false,"suffix":""},{"dropping-particle":"","family":"Giamarellou","given":"Helen","non-dropping-particle":"","parse-names":false,"suffix":""},{"dropping-particle":"","family":"Antoniadou","given":"Anastasia","non-dropping-particle":"","parse-names":false,"suffix":""},{"dropping-particle":"","family":"Ternak","given":"Gabor","non-dropping-particle":"","parse-names":false,"suffix":""},{"dropping-particle":"","family":"Benko","given":"Ria","non-dropping-particle":"","parse-names":false,"suffix":""},{"dropping-particle":"","family":"Kristinsson","given":"Karl","non-dropping-particle":"","parse-names":false,"suffix":""},{"dropping-particle":"","family":"Cunney","given":"Robert","non-dropping-particle":"","parse-names":false,"suffix":""},{"dropping-particle":"","family":"Oza","given":"Ajay","non-dropping-particle":"","parse-names":false,"suffix":""},{"dropping-particle":"","family":"Raz","given":"Raul","non-dropping-particle":"","parse-names":false,"suffix":""},{"dropping-particle":"","family":"Cornaglia","given":"Giuseppe","non-dropping-particle":"","parse-names":false,"suffix":""},{"dropping-particle":"","family":"Hemmer","given":"Robert","non-dropping-particle":"","parse-names":false,"suffix":""},{"dropping-particle":"","family":"Bruch","given":"Marcel","non-dropping-particle":"","parse-names":false,"suffix":""},{"dropping-particle":"","family":"Borg","given":"Michael","non-dropping-particle":"","parse-names":false,"suffix":""},{"dropping-particle":"","family":"Zarb","given":"Peter","non-dropping-particle":"","parse-names":false,"suffix":""},{"dropping-particle":"","family":"Filius","given":"Margreet","non-dropping-particle":"","parse-names":false,"suffix":""},{"dropping-particle":"","family":"Hryniewicz","given":"Waleria","non-dropping-particle":"","parse-names":false,"suffix":""},{"dropping-particle":"","family":"Caldeira","given":"Luis","non-dropping-particle":"","parse-names":false,"suffix":""},{"dropping-particle":"","family":"Codita","given":"Irma","non-dropping-particle":"","parse-names":false,"suffix":""},{"dropping-particle":"","family":"Ratchina","given":"Svetlana","non-dropping-particle":"","parse-names":false,"suffix":""},{"dropping-particle":"","family":"Foltan","given":"Viliam","non-dropping-particle":"","parse-names":false,"suffix":""},{"dropping-particle":"","family":"Tesar","given":"Tomas","non-dropping-particle":"","parse-names":false,"suffix":""},{"dropping-particle":"","family":"Lazaro","given":"Edurne","non-dropping-particle":"","parse-names":false,"suffix":""},{"dropping-particle":"","family":"Abajo","given":"Francisco","non-dropping-particle":"De","parse-names":false,"suffix":""},{"dropping-particle":"","family":"Cars","given":"Otto","non-dropping-particle":"","parse-names":false,"suffix":""},{"dropping-particle":"","family":"Skoog","given":"Gunilla","non-dropping-particle":"","parse-names":false,"suffix":""},{"dropping-particle":"","family":"Masiero","given":"Giuliano","non-dropping-particle":"","parse-names":false,"suffix":""},{"dropping-particle":"","family":"Unal","given":"Serhat","non-dropping-particle":"","parse-names":false,"suffix":""}],"container-title":"Quality &amp; safety in health care","id":"ITEM-1","issue":"6","issued":{"date-parts":[["2007","12"]]},"page":"440-445","publisher":"Qual Saf Health Care","title":"European Surveillance of Antimicrobial Consumption (ESAC): quality indicators for outpatient antibiotic use in Europe","type":"article-journal","volume":"16"},"uris":["http://www.mendeley.com/documents/?uuid=9123e86b-3a7b-39ff-8912-da94eee05407"]}],"mendeley":{"formattedCitation":"[111]","plainTextFormattedCitation":"[111]","previouslyFormattedCitation":"[110]"},"properties":{"noteIndex":0},"schema":"https://github.com/citation-style-language/schema/raw/master/csl-citation.json"}</w:instrText>
      </w:r>
      <w:r w:rsidR="00062556">
        <w:rPr>
          <w:b w:val="0"/>
          <w:bCs w:val="0"/>
        </w:rPr>
        <w:fldChar w:fldCharType="separate"/>
      </w:r>
      <w:r w:rsidR="009A759A" w:rsidRPr="009A759A">
        <w:rPr>
          <w:b w:val="0"/>
          <w:bCs w:val="0"/>
          <w:noProof/>
        </w:rPr>
        <w:t>[111]</w:t>
      </w:r>
      <w:r w:rsidR="00062556">
        <w:rPr>
          <w:b w:val="0"/>
          <w:bCs w:val="0"/>
        </w:rPr>
        <w:fldChar w:fldCharType="end"/>
      </w:r>
      <w:r w:rsidRPr="00A222C1">
        <w:rPr>
          <w:b w:val="0"/>
          <w:bCs w:val="0"/>
        </w:rPr>
        <w:t xml:space="preserve"> ақпараты ең көп таралған бактериялар штаммдарының антибиотиктерге төзімді өсуінің нақты көрінісін көруге мүмкіндік береді (www.ecdc.europ</w:t>
      </w:r>
      <w:r w:rsidR="00424E14">
        <w:rPr>
          <w:b w:val="0"/>
          <w:bCs w:val="0"/>
        </w:rPr>
        <w:t>a. eu). Мысалы, метицил</w:t>
      </w:r>
      <w:r w:rsidRPr="00A222C1">
        <w:rPr>
          <w:b w:val="0"/>
          <w:bCs w:val="0"/>
        </w:rPr>
        <w:t>линрезистентті S. aureus (Methicillinresistant Staphyl</w:t>
      </w:r>
      <w:r w:rsidR="0006001F">
        <w:rPr>
          <w:b w:val="0"/>
          <w:bCs w:val="0"/>
        </w:rPr>
        <w:t xml:space="preserve">ococcus aureus – MRSA) таралуы </w:t>
      </w:r>
      <w:r w:rsidR="0006001F">
        <w:rPr>
          <w:b w:val="0"/>
          <w:bCs w:val="0"/>
        </w:rPr>
        <w:fldChar w:fldCharType="begin" w:fldLock="1"/>
      </w:r>
      <w:r w:rsidR="009A759A">
        <w:rPr>
          <w:b w:val="0"/>
          <w:bCs w:val="0"/>
        </w:rPr>
        <w:instrText>ADDIN CSL_CITATION {"citationItems":[{"id":"ITEM-1","itemData":{"URL":"https://www.ecdc.europa.eu/en/publications-data/antimicrobial-resistance-surveillance-europe-2009","accessed":{"date-parts":[["2023","10","26"]]},"id":"ITEM-1","issued":{"date-parts":[["0"]]},"title":"Antimicrobial resistance surveillance in Europe 2009","type":"webpage"},"uris":["http://www.mendeley.com/documents/?uuid=65a2fed4-18c2-3c13-9f5c-da33e86c2644"]}],"mendeley":{"formattedCitation":"[112]","plainTextFormattedCitation":"[112]","previouslyFormattedCitation":"[111]"},"properties":{"noteIndex":0},"schema":"https://github.com/citation-style-language/schema/raw/master/csl-citation.json"}</w:instrText>
      </w:r>
      <w:r w:rsidR="0006001F">
        <w:rPr>
          <w:b w:val="0"/>
          <w:bCs w:val="0"/>
        </w:rPr>
        <w:fldChar w:fldCharType="separate"/>
      </w:r>
      <w:r w:rsidR="009A759A" w:rsidRPr="009A759A">
        <w:rPr>
          <w:b w:val="0"/>
          <w:bCs w:val="0"/>
          <w:noProof/>
        </w:rPr>
        <w:t>[112]</w:t>
      </w:r>
      <w:r w:rsidR="0006001F">
        <w:rPr>
          <w:b w:val="0"/>
          <w:bCs w:val="0"/>
        </w:rPr>
        <w:fldChar w:fldCharType="end"/>
      </w:r>
      <w:r w:rsidR="00424E14">
        <w:rPr>
          <w:b w:val="0"/>
          <w:bCs w:val="0"/>
        </w:rPr>
        <w:t>, адамдарға әсер ететін маля</w:t>
      </w:r>
      <w:r w:rsidRPr="00A222C1">
        <w:rPr>
          <w:b w:val="0"/>
          <w:bCs w:val="0"/>
        </w:rPr>
        <w:t xml:space="preserve">риялық паразиттердің бес түрінің үшеуінің төзімділігі: P. falciparum, P. vivax және P. malariae, E. coli фторхинолондарға төзімділігі. 2010 жылы Үндістанда </w:t>
      </w:r>
      <w:r w:rsidR="00424E14" w:rsidRPr="00A222C1">
        <w:rPr>
          <w:b w:val="0"/>
          <w:bCs w:val="0"/>
        </w:rPr>
        <w:t>NDM1</w:t>
      </w:r>
      <w:r w:rsidRPr="00A222C1">
        <w:rPr>
          <w:b w:val="0"/>
          <w:bCs w:val="0"/>
        </w:rPr>
        <w:t xml:space="preserve"> (New Delhi metallo - β-lactamase) генінің тасымалдаушысы</w:t>
      </w:r>
      <w:r w:rsidR="00424E14">
        <w:rPr>
          <w:b w:val="0"/>
          <w:bCs w:val="0"/>
        </w:rPr>
        <w:t xml:space="preserve"> </w:t>
      </w:r>
      <w:r w:rsidRPr="00A222C1">
        <w:rPr>
          <w:b w:val="0"/>
          <w:bCs w:val="0"/>
        </w:rPr>
        <w:t>-</w:t>
      </w:r>
      <w:r w:rsidR="00424E14">
        <w:rPr>
          <w:b w:val="0"/>
          <w:bCs w:val="0"/>
        </w:rPr>
        <w:t xml:space="preserve"> </w:t>
      </w:r>
      <w:r w:rsidRPr="00A222C1">
        <w:rPr>
          <w:b w:val="0"/>
          <w:bCs w:val="0"/>
        </w:rPr>
        <w:t xml:space="preserve">E. coli бактериясының тұрақты штаммымен байланысты тағамдық токсикоинфекциялардың өршуі басқа елдерге де таралды </w:t>
      </w:r>
      <w:r w:rsidR="00F8409E">
        <w:rPr>
          <w:b w:val="0"/>
          <w:bCs w:val="0"/>
        </w:rPr>
        <w:fldChar w:fldCharType="begin" w:fldLock="1"/>
      </w:r>
      <w:r w:rsidR="009A759A">
        <w:rPr>
          <w:b w:val="0"/>
          <w:bCs w:val="0"/>
        </w:rPr>
        <w:instrText>ADDIN CSL_CITATION {"citationItems":[{"id":"ITEM-1","itemData":{"DOI":"10.1016/S1473-3099(11)70059-7","ISSN":"1474-4457","PMID":"21478057","abstract":"Background: Not all patients infected with NDM-1-positive bacteria have a history of hospital admission in India, and extended-spectrum β-lactamases are known to be circulating in the Indian community. We therefore measured the prevalence of the NDM-1 gene in drinking water and seepage samples in New Delhi. Methods: Swabs absorbing about 100 μL of seepage water (ie, water pools in streets or rivulets) and 15 mL samples of public tap water were collected from sites within a 12 km radius of central New Delhi, with each site photographed and documented. Samples were transported to the UK and tested for the presence of the NDM-1 gene, blaNDM-1, by PCR and DNA probing. As a control group, 100 μL sewage effluent samples were taken from the Cardiff Wastewater Treatment Works, Tremorfa, Wales. Bacteria from all samples were recovered and examined for blaNDM-1 by PCR and sequencing. We identified NDM-1-positive isolates, undertook susceptibility testing, and, where appropriate, typed the isolates. We undertook Inc typing on blaNDM-1-positive plasmids. Transconjugants were created to assess plasmid transfer frequency and its relation to temperature. Findings: From Sept 26 to Oct 10, 2010, 171 seepage samples and 50 tap water samples from New Delhi and 70 sewage effluent samples from Cardiff Wastewater Treatment Works were collected. We detected blaNDM-1 in two of 50 drinking-water samples and 51 of 171 seepage samples from New Delhi; the gene was not found in any sample from Cardiff. Bacteria with blaNDM-1 were grown from 12 of 171 seepage samples and two of 50 water samples, and included 11 species in which NDM-1 has not previously been reported, including Shigella boydii and Vibrio cholerae. Carriage by enterobacteria, aeromonads, and V cholera was stable, generally transmissible, and associated with resistance patterns typical for NDM-1; carriage by non-fermenters was unstable in many cases and not associated with typical resistance. 20 strains of bacteria were found in the samples, 12 of which carried blaNDM-1 on plasmids, which ranged in size from 140 to 400 kb. Isolates of Aeromonas caviae and V cholerae carried blaNDM-1 on chromosomes. Conjugative transfer was more common at 30°C than at 25°C or 37°C. Interpretation: The presence of NDM-1 β-lactamase-producing bacteria in environmental samples in New Delhi has important implications for people living in the city who are reliant on public water and sanitation facilities. International surveillance of resist…","author":[{"dropping-particle":"","family":"Walsh","given":"Timothy R.","non-dropping-particle":"","parse-names":false,"suffix":""},{"dropping-particle":"","family":"Weeks","given":"Janis","non-dropping-particle":"","parse-names":false,"suffix":""},{"dropping-particle":"","family":"Livermore","given":"David M.","non-dropping-particle":"","parse-names":false,"suffix":""},{"dropping-particle":"","family":"Toleman","given":"Mark A.","non-dropping-particle":"","parse-names":false,"suffix":""}],"container-title":"The Lancet. Infectious diseases","id":"ITEM-1","issue":"5","issued":{"date-parts":[["2011","5"]]},"page":"355-362","publisher":"Lancet Infect Dis","title":"Dissemination of NDM-1 positive bacteria in the New Delhi environment and its implications for human health: an environmental point prevalence study","type":"article-journal","volume":"11"},"uris":["http://www.mendeley.com/documents/?uuid=f823848a-fdab-3357-ba71-e34288ce8da6"]}],"mendeley":{"formattedCitation":"[113]","plainTextFormattedCitation":"[113]","previouslyFormattedCitation":"[112]"},"properties":{"noteIndex":0},"schema":"https://github.com/citation-style-language/schema/raw/master/csl-citation.json"}</w:instrText>
      </w:r>
      <w:r w:rsidR="00F8409E">
        <w:rPr>
          <w:b w:val="0"/>
          <w:bCs w:val="0"/>
        </w:rPr>
        <w:fldChar w:fldCharType="separate"/>
      </w:r>
      <w:r w:rsidR="009A759A" w:rsidRPr="009A759A">
        <w:rPr>
          <w:b w:val="0"/>
          <w:bCs w:val="0"/>
          <w:noProof/>
        </w:rPr>
        <w:t>[113]</w:t>
      </w:r>
      <w:r w:rsidR="00F8409E">
        <w:rPr>
          <w:b w:val="0"/>
          <w:bCs w:val="0"/>
        </w:rPr>
        <w:fldChar w:fldCharType="end"/>
      </w:r>
      <w:r w:rsidR="00577F70" w:rsidRPr="00B0236C">
        <w:rPr>
          <w:b w:val="0"/>
          <w:bCs w:val="0"/>
        </w:rPr>
        <w:t xml:space="preserve">. </w:t>
      </w:r>
      <w:r w:rsidR="00424E14" w:rsidRPr="00A87065">
        <w:rPr>
          <w:b w:val="0"/>
          <w:bCs w:val="0"/>
        </w:rPr>
        <w:t>CDC</w:t>
      </w:r>
      <w:r w:rsidR="00A87065" w:rsidRPr="00A87065">
        <w:rPr>
          <w:b w:val="0"/>
          <w:bCs w:val="0"/>
        </w:rPr>
        <w:t xml:space="preserve"> Еуропалық орталығы жариялаған Еуропадағы көп резистентті гонореямен сырқаттанушылықты бақылау жөніндегі шаралар жоспарында 2010 жылы әлемнің 11 елін</w:t>
      </w:r>
      <w:r w:rsidR="00424E14">
        <w:rPr>
          <w:b w:val="0"/>
          <w:bCs w:val="0"/>
        </w:rPr>
        <w:t>де және ЕО - ның 17 елінде це</w:t>
      </w:r>
      <w:r w:rsidR="00A87065" w:rsidRPr="00A87065">
        <w:rPr>
          <w:b w:val="0"/>
          <w:bCs w:val="0"/>
        </w:rPr>
        <w:t xml:space="preserve">фиксимге төзімділіктің өсуі байқалғаны және тиісінше гонорея ауруының 32 мың жағдайы тіркелгені атап өтілді, оның ішінде өсім Neisseria </w:t>
      </w:r>
      <w:r w:rsidR="00424E14" w:rsidRPr="00424E14">
        <w:rPr>
          <w:b w:val="0"/>
          <w:bCs w:val="0"/>
        </w:rPr>
        <w:t xml:space="preserve">gonorrhoeae </w:t>
      </w:r>
      <w:r w:rsidR="00A87065" w:rsidRPr="00A87065">
        <w:rPr>
          <w:b w:val="0"/>
          <w:bCs w:val="0"/>
        </w:rPr>
        <w:t>микробқа қарсы агенттерге (сульфониламидтер, пенициллиндер, тетрациклиндер және хинолиндер) төзімділік</w:t>
      </w:r>
      <w:r w:rsidR="00424E14" w:rsidRPr="00424E14">
        <w:rPr>
          <w:b w:val="0"/>
          <w:bCs w:val="0"/>
        </w:rPr>
        <w:t xml:space="preserve"> </w:t>
      </w:r>
      <w:r w:rsidR="00424E14">
        <w:rPr>
          <w:b w:val="0"/>
          <w:bCs w:val="0"/>
        </w:rPr>
        <w:t xml:space="preserve">байқалды </w:t>
      </w:r>
      <w:r w:rsidR="00F8409E">
        <w:rPr>
          <w:b w:val="0"/>
          <w:bCs w:val="0"/>
        </w:rPr>
        <w:fldChar w:fldCharType="begin" w:fldLock="1"/>
      </w:r>
      <w:r w:rsidR="009A759A">
        <w:rPr>
          <w:b w:val="0"/>
          <w:bCs w:val="0"/>
        </w:rPr>
        <w:instrText>ADDIN CSL_CITATION {"citationItems":[{"id":"ITEM-1","itemData":{"DOI":"10.15585/mmwr.ss6507a1","ISSN":"15458636","PMID":"27414503","abstract":"Problem/Condition: Gonorrhea is the second most commonly reported notifiable disease in the United States; 350,062 gonorrhea cases were reported in 2014. Sexually transmitted infections caused by Neisseria gonorrhoeae are a cause of pelvic inflammatory disease in women, which can lead to serious reproductive complications including tubal infertility, ectopic pregnancy, and chronic pelvic pain. Prevention of sequelae and of transmission to sexual partners relies largely on prompt detection and effective antimicrobial treatment. However, treatment has been compromised by the absence of routine antimicrobial susceptibility testing in clinical care and evolution of antimicrobial resistance to the antibiotics used to treat gonorrhea. Period Covered: 2014. Description of the System: The Gonococcal Isolate Surveillance Project (GISP) was established in 1986 as a sentinel surveillance system to monitor trends in antimicrobial susceptibilities of N. gonorrhoeae strains in the United States. Each month, N. gonorrhoeae isolates are collected from up to the first 25 men with gonococcal urethritis attending each of the participating sexually transmitted disease (STD) clinics at 27 sites. The number of participating sites has varied over time (21-30 per year). Selected demographic and clinical data are abstracted from medical records. Isolates are tested for antimicrobial susceptibility using agar dilution at one of five regional laboratories. Results: A total of 5,093 isolates were collected in 2014. Of these, 25.3% were resistant to tetracycline, 19.2% to ciprofloxacin, and 16.2% to penicillin (plasmid-based, chromosomal, or both). Reduced azithromycin susceptibility (Azi-RS) (defined as minimum inhibitory concentration [MIC] ≥2.0 μg/mL) increased from 0.6% in 2013 to 2.5% in 2014. The increase occurred in all geographic regions, but was greatest in the Midwest, and among all categories of sex of sex partners (men who have sex with men [MSM], men who have sex with men and women [MSMW], and men who have sex with women [MSW]). No Azi-RS isolates exhibited reduced cefixime or ceftriaxone susceptibility (Cfx-RS and Cro-RS, respectively). The prevalence of Cfx-RS (MIC ≥0.25 μg/mL) increased from 0.1% in 2006 to 1.4% in both 2010 and 2011, decreased to 0.4% in 2013, and increased to 0.8% in 2014. Cro-RS (MIC ≥0.125 μg/mL) increased following a similar pattern but at lesser percentages (increased from 0.1% in 2008 to 0.4% in 2011 and decreased to 0.1% in 2013 and 2014). T…","author":[{"dropping-particle":"","family":"Kirkcaldy","given":"Robert D.","non-dropping-particle":"","parse-names":false,"suffix":""},{"dropping-particle":"","family":"Harvey","given":"Alesia","non-dropping-particle":"","parse-names":false,"suffix":""},{"dropping-particle":"","family":"Papp","given":"John R.","non-dropping-particle":"","parse-names":false,"suffix":""},{"dropping-particle":"","family":"Rio","given":"Carlos","non-dropping-particle":"del","parse-names":false,"suffix":""},{"dropping-particle":"","family":"Soge","given":"Olusegun O.","non-dropping-particle":"","parse-names":false,"suffix":""},{"dropping-particle":"","family":"Holmes","given":"King K.","non-dropping-particle":"","parse-names":false,"suffix":""},{"dropping-particle":"","family":"Hook","given":"Edward W.","non-dropping-particle":"","parse-names":false,"suffix":""},{"dropping-particle":"","family":"Kubin","given":"Grace","non-dropping-particle":"","parse-names":false,"suffix":""},{"dropping-particle":"","family":"Riedel","given":"Stefan","non-dropping-particle":"","parse-names":false,"suffix":""},{"dropping-particle":"","family":"Zenilman","given":"Jonathan","non-dropping-particle":"","parse-names":false,"suffix":""},{"dropping-particle":"","family":"Pettus","given":"Kevin","non-dropping-particle":"","parse-names":false,"suffix":""},{"dropping-particle":"","family":"Sanders","given":"Tremeka","non-dropping-particle":"","parse-names":false,"suffix":""},{"dropping-particle":"","family":"Sharpe","given":"Samera","non-dropping-particle":"","parse-names":false,"suffix":""},{"dropping-particle":"","family":"Torrone","given":"Elizabeth","non-dropping-particle":"","parse-names":false,"suffix":""}],"container-title":"MMWR Surveillance Summaries","id":"ITEM-1","issue":"7","issued":{"date-parts":[["2016"]]},"page":"1-24","publisher":"Centers for Disease Control and Prevention (CDC)","title":"Neisseria gonorrhoeae antimicrobial susceptibility surveillance - The Gonococcal Isolate Surveillance Project, 27 sites, United States, 2014","type":"article-journal","volume":"65"},"uris":["http://www.mendeley.com/documents/?uuid=35d6270c-4700-36d7-9862-2feaf7dae0fa"]}],"mendeley":{"formattedCitation":"[114]","plainTextFormattedCitation":"[114]","previouslyFormattedCitation":"[113]"},"properties":{"noteIndex":0},"schema":"https://github.com/citation-style-language/schema/raw/master/csl-citation.json"}</w:instrText>
      </w:r>
      <w:r w:rsidR="00F8409E">
        <w:rPr>
          <w:b w:val="0"/>
          <w:bCs w:val="0"/>
        </w:rPr>
        <w:fldChar w:fldCharType="separate"/>
      </w:r>
      <w:r w:rsidR="009A759A" w:rsidRPr="009A759A">
        <w:rPr>
          <w:b w:val="0"/>
          <w:bCs w:val="0"/>
          <w:noProof/>
        </w:rPr>
        <w:t>[114]</w:t>
      </w:r>
      <w:r w:rsidR="00F8409E">
        <w:rPr>
          <w:b w:val="0"/>
          <w:bCs w:val="0"/>
        </w:rPr>
        <w:fldChar w:fldCharType="end"/>
      </w:r>
      <w:r w:rsidR="00A87065" w:rsidRPr="00A87065">
        <w:rPr>
          <w:b w:val="0"/>
          <w:bCs w:val="0"/>
        </w:rPr>
        <w:t>. Тағы бір жаһандық зерттеу әлемнің 92 елінде жүргізілді, оның нәтижелері бойынша кең дәріге төзімді туберкулез анықталды. ДД</w:t>
      </w:r>
      <w:r w:rsidR="00424E14">
        <w:rPr>
          <w:b w:val="0"/>
          <w:bCs w:val="0"/>
        </w:rPr>
        <w:t>С</w:t>
      </w:r>
      <w:r w:rsidR="00A87065" w:rsidRPr="00A87065">
        <w:rPr>
          <w:b w:val="0"/>
          <w:bCs w:val="0"/>
        </w:rPr>
        <w:t>Ұ мәліметтері бойынша 2012 жылы көп дәріге төзімді туберкулезбен ауырудың 450 000 - ға жуық жаңа жағдайы орын алды, бұл ретте 12 А</w:t>
      </w:r>
      <w:r w:rsidR="00424E14">
        <w:rPr>
          <w:b w:val="0"/>
          <w:bCs w:val="0"/>
        </w:rPr>
        <w:t>Б</w:t>
      </w:r>
      <w:r w:rsidR="00F8409E">
        <w:rPr>
          <w:b w:val="0"/>
          <w:bCs w:val="0"/>
        </w:rPr>
        <w:t xml:space="preserve">П-ға төзімділік белгіленді </w:t>
      </w:r>
      <w:r w:rsidR="00F8409E">
        <w:rPr>
          <w:b w:val="0"/>
          <w:bCs w:val="0"/>
        </w:rPr>
        <w:fldChar w:fldCharType="begin" w:fldLock="1"/>
      </w:r>
      <w:r w:rsidR="009A759A">
        <w:rPr>
          <w:b w:val="0"/>
          <w:bCs w:val="0"/>
        </w:rPr>
        <w:instrText>ADDIN CSL_CITATION {"citationItems":[{"id":"ITEM-1","itemData":{"ISBN":"978-92-4-156438-0","abstract":"Document number: WHO/HTM/TB/2011.16. Machine generated contents note: ch. 1 Introduction -- ch. 2 The burden of disease caused by TB -- ch. 3 Case notifications and treatment outcomes -- ch. 4 Financing TB care and control -- ch. 5 New diagnostics and laboratory strengthening for TB -- ch. 6 Addressing the co-epidemics of TB and HIV -- ch. 7 Research and development.","author":[{"dropping-particle":"","family":"World Health Organization.","given":"","non-dropping-particle":"","parse-names":false,"suffix":""}],"id":"ITEM-1","issued":{"date-parts":[["2011"]]},"page":"246","publisher":"World Health Organization","title":"Global tuberculosis control : WHO report 2011","type":"article-journal"},"uris":["http://www.mendeley.com/documents/?uuid=b731193b-6bc6-3b0c-b383-d1ec1c87dcbb"]}],"mendeley":{"formattedCitation":"[115]","plainTextFormattedCitation":"[115]","previouslyFormattedCitation":"[114]"},"properties":{"noteIndex":0},"schema":"https://github.com/citation-style-language/schema/raw/master/csl-citation.json"}</w:instrText>
      </w:r>
      <w:r w:rsidR="00F8409E">
        <w:rPr>
          <w:b w:val="0"/>
          <w:bCs w:val="0"/>
        </w:rPr>
        <w:fldChar w:fldCharType="separate"/>
      </w:r>
      <w:r w:rsidR="009A759A" w:rsidRPr="009A759A">
        <w:rPr>
          <w:b w:val="0"/>
          <w:bCs w:val="0"/>
          <w:noProof/>
        </w:rPr>
        <w:t>[115]</w:t>
      </w:r>
      <w:r w:rsidR="00F8409E">
        <w:rPr>
          <w:b w:val="0"/>
          <w:bCs w:val="0"/>
        </w:rPr>
        <w:fldChar w:fldCharType="end"/>
      </w:r>
      <w:r w:rsidR="00A87065" w:rsidRPr="00A87065">
        <w:rPr>
          <w:b w:val="0"/>
          <w:bCs w:val="0"/>
        </w:rPr>
        <w:t>. Алғаш рет 114 елдің ақпараты бойынша антибиотиктерге төзімділік туралы ақпаратты ДД</w:t>
      </w:r>
      <w:r w:rsidR="00424E14">
        <w:rPr>
          <w:b w:val="0"/>
          <w:bCs w:val="0"/>
        </w:rPr>
        <w:t>СҰ-ның АТ</w:t>
      </w:r>
      <w:r w:rsidR="00A87065" w:rsidRPr="00A87065">
        <w:rPr>
          <w:b w:val="0"/>
          <w:bCs w:val="0"/>
        </w:rPr>
        <w:t xml:space="preserve"> қарсы күрес жөніндегі стратегиясын іске асырудың арқасында алуға болады. ДД</w:t>
      </w:r>
      <w:r w:rsidR="00424E14">
        <w:rPr>
          <w:b w:val="0"/>
          <w:bCs w:val="0"/>
        </w:rPr>
        <w:t>С</w:t>
      </w:r>
      <w:r w:rsidR="00A87065" w:rsidRPr="00A87065">
        <w:rPr>
          <w:b w:val="0"/>
          <w:bCs w:val="0"/>
        </w:rPr>
        <w:t>Ұ –</w:t>
      </w:r>
      <w:r w:rsidR="00424E14">
        <w:rPr>
          <w:b w:val="0"/>
          <w:bCs w:val="0"/>
        </w:rPr>
        <w:t xml:space="preserve"> ның 2014 жылғы 20 наурыздағы "А</w:t>
      </w:r>
      <w:r w:rsidR="00A87065" w:rsidRPr="00A87065">
        <w:rPr>
          <w:b w:val="0"/>
          <w:bCs w:val="0"/>
        </w:rPr>
        <w:t>нтибиотиктерге төзімділік</w:t>
      </w:r>
      <w:r w:rsidR="00424E14">
        <w:rPr>
          <w:b w:val="0"/>
          <w:bCs w:val="0"/>
        </w:rPr>
        <w:t xml:space="preserve"> </w:t>
      </w:r>
      <w:r w:rsidR="00A87065" w:rsidRPr="00A87065">
        <w:rPr>
          <w:b w:val="0"/>
          <w:bCs w:val="0"/>
        </w:rPr>
        <w:t>-</w:t>
      </w:r>
      <w:r w:rsidR="00424E14">
        <w:rPr>
          <w:b w:val="0"/>
          <w:bCs w:val="0"/>
        </w:rPr>
        <w:t xml:space="preserve"> </w:t>
      </w:r>
      <w:r w:rsidR="00A87065" w:rsidRPr="00A87065">
        <w:rPr>
          <w:b w:val="0"/>
          <w:bCs w:val="0"/>
        </w:rPr>
        <w:t>денсаулыққа жаһан</w:t>
      </w:r>
      <w:r w:rsidR="00424E14">
        <w:rPr>
          <w:b w:val="0"/>
          <w:bCs w:val="0"/>
        </w:rPr>
        <w:t xml:space="preserve">дық қауіп" баяндамасында </w:t>
      </w:r>
      <w:r w:rsidR="00F8409E">
        <w:rPr>
          <w:b w:val="0"/>
          <w:bCs w:val="0"/>
        </w:rPr>
        <w:fldChar w:fldCharType="begin" w:fldLock="1"/>
      </w:r>
      <w:r w:rsidR="009A759A">
        <w:rPr>
          <w:b w:val="0"/>
          <w:bCs w:val="0"/>
        </w:rPr>
        <w:instrText>ADDIN CSL_CITATION {"citationItems":[{"id":"ITEM-1","itemData":{"ISBN":"978-92-4-156438-0","abstract":"Document number: WHO/HTM/TB/2011.16. Machine generated contents note: ch. 1 Introduction -- ch. 2 The burden of disease caused by TB -- ch. 3 Case notifications and treatment outcomes -- ch. 4 Financing TB care and control -- ch. 5 New diagnostics and laboratory strengthening for TB -- ch. 6 Addressing the co-epidemics of TB and HIV -- ch. 7 Research and development.","author":[{"dropping-particle":"","family":"World Health Organization.","given":"","non-dropping-particle":"","parse-names":false,"suffix":""}],"id":"ITEM-1","issued":{"date-parts":[["2011"]]},"page":"246","publisher":"World Health Organization","title":"Global tuberculosis control : WHO report 2011","type":"article-journal"},"uris":["http://www.mendeley.com/documents/?uuid=b731193b-6bc6-3b0c-b383-d1ec1c87dcbb"]}],"mendeley":{"formattedCitation":"[115]","plainTextFormattedCitation":"[115]","previouslyFormattedCitation":"[114]"},"properties":{"noteIndex":0},"schema":"https://github.com/citation-style-language/schema/raw/master/csl-citation.json"}</w:instrText>
      </w:r>
      <w:r w:rsidR="00F8409E">
        <w:rPr>
          <w:b w:val="0"/>
          <w:bCs w:val="0"/>
        </w:rPr>
        <w:fldChar w:fldCharType="separate"/>
      </w:r>
      <w:r w:rsidR="009A759A" w:rsidRPr="009A759A">
        <w:rPr>
          <w:b w:val="0"/>
          <w:bCs w:val="0"/>
          <w:noProof/>
        </w:rPr>
        <w:t>[115]</w:t>
      </w:r>
      <w:r w:rsidR="00F8409E">
        <w:rPr>
          <w:b w:val="0"/>
          <w:bCs w:val="0"/>
        </w:rPr>
        <w:fldChar w:fldCharType="end"/>
      </w:r>
      <w:r w:rsidR="00F8409E">
        <w:rPr>
          <w:b w:val="0"/>
          <w:bCs w:val="0"/>
        </w:rPr>
        <w:t xml:space="preserve"> </w:t>
      </w:r>
      <w:r w:rsidR="00A87065" w:rsidRPr="00A87065">
        <w:rPr>
          <w:b w:val="0"/>
          <w:bCs w:val="0"/>
        </w:rPr>
        <w:t>резервтік антибиотиктерге төзімділік, қадағалау жүйелеріндегі олқылықта</w:t>
      </w:r>
      <w:r w:rsidR="00424E14">
        <w:rPr>
          <w:b w:val="0"/>
          <w:bCs w:val="0"/>
        </w:rPr>
        <w:t xml:space="preserve">р және осы мәселені </w:t>
      </w:r>
      <w:r w:rsidR="00A87065" w:rsidRPr="00A87065">
        <w:rPr>
          <w:b w:val="0"/>
          <w:bCs w:val="0"/>
        </w:rPr>
        <w:t>бақылауға стандартталған тәсілдің қажеттілігі туралы нақты мәліметтер берілген. Ресейде халықаралық серіктестермен бірлесіп, қазіргі уақытта ең жиі тіркелген және ауыр жұқпалы аурулар кезінде А</w:t>
      </w:r>
      <w:r w:rsidR="00424E14">
        <w:rPr>
          <w:b w:val="0"/>
          <w:bCs w:val="0"/>
        </w:rPr>
        <w:t>Б</w:t>
      </w:r>
      <w:r w:rsidR="00A87065" w:rsidRPr="00A87065">
        <w:rPr>
          <w:b w:val="0"/>
          <w:bCs w:val="0"/>
        </w:rPr>
        <w:t>П-ға төзімділік мәселесін шешуге бағытталған бірнеше ғылыми жобалар жүзеге асыры</w:t>
      </w:r>
      <w:r w:rsidR="00F8409E">
        <w:rPr>
          <w:b w:val="0"/>
          <w:bCs w:val="0"/>
        </w:rPr>
        <w:t>луда</w:t>
      </w:r>
      <w:r w:rsidR="00577F70" w:rsidRPr="00B0236C">
        <w:rPr>
          <w:b w:val="0"/>
          <w:bCs w:val="0"/>
        </w:rPr>
        <w:t xml:space="preserve">: </w:t>
      </w:r>
      <w:r w:rsidR="00424E14">
        <w:rPr>
          <w:b w:val="0"/>
          <w:bCs w:val="0"/>
        </w:rPr>
        <w:t>АРГОН – N. gonorrhoeae б</w:t>
      </w:r>
      <w:r w:rsidR="00A87065" w:rsidRPr="00A87065">
        <w:rPr>
          <w:b w:val="0"/>
          <w:bCs w:val="0"/>
        </w:rPr>
        <w:t>актерияға қарсы препараттарға сезімталдығын зерттеу; А то</w:t>
      </w:r>
      <w:r w:rsidR="00424E14">
        <w:rPr>
          <w:b w:val="0"/>
          <w:bCs w:val="0"/>
        </w:rPr>
        <w:t>бының β - гемолитикалық стреп</w:t>
      </w:r>
      <w:r w:rsidR="00A87065" w:rsidRPr="00A87065">
        <w:rPr>
          <w:b w:val="0"/>
          <w:bCs w:val="0"/>
        </w:rPr>
        <w:t>токококкынан (БГСА, S. pyogenes) туындаған инвазивті хирургиялық инфекцияларды ИНГА - зерттеу; жоғарғы тыныс жолдарының инфекцияларының негізгі қоздырғыштарының сезімталдығын Пегас - зерттеу: S. pneumoniae, H. influenzae, S. pyogenes; Ресейдің реанимация және қарқынды терапия бөлімшелеріндегі нозокомиалды инфекциялардың ба</w:t>
      </w:r>
      <w:r w:rsidR="00424E14">
        <w:rPr>
          <w:b w:val="0"/>
          <w:bCs w:val="0"/>
        </w:rPr>
        <w:t>ктериялық қоздырғыштарының ан</w:t>
      </w:r>
      <w:r w:rsidR="00A87065" w:rsidRPr="00A87065">
        <w:rPr>
          <w:b w:val="0"/>
          <w:bCs w:val="0"/>
        </w:rPr>
        <w:t xml:space="preserve">тимикробты препараттарға төзімділігін көптеген орталық перспективалық микробиологиялық зерттеу; </w:t>
      </w:r>
      <w:r w:rsidR="00424E14" w:rsidRPr="00A87065">
        <w:rPr>
          <w:b w:val="0"/>
          <w:bCs w:val="0"/>
        </w:rPr>
        <w:t>CASCAT</w:t>
      </w:r>
      <w:r w:rsidR="00A87065" w:rsidRPr="00A87065">
        <w:rPr>
          <w:b w:val="0"/>
          <w:bCs w:val="0"/>
        </w:rPr>
        <w:t xml:space="preserve"> - реанимация және қарқынды терапия бөлімшелерінде қан ағымының катетермен байланысты инфекцияларын көп орталықты клиникалық - микробиологиялық зерттеу; </w:t>
      </w:r>
      <w:r w:rsidR="00424E14" w:rsidRPr="00A87065">
        <w:rPr>
          <w:b w:val="0"/>
          <w:bCs w:val="0"/>
        </w:rPr>
        <w:t>UTIAP</w:t>
      </w:r>
      <w:r w:rsidR="00A87065" w:rsidRPr="00A87065">
        <w:rPr>
          <w:b w:val="0"/>
          <w:bCs w:val="0"/>
        </w:rPr>
        <w:t xml:space="preserve"> - зәр шығару жолдарының аса ауыр емес асқынбаған инфекцияларының қоздырғыштарының сезімталдығын зерттеу. Антибиотиктерді ұтымды қолдануды насихаттау. Пациенттердің қауіпсіздігін қамтамасыз ету және микробқа қарсы препараттарды қолдану және оларға төзімділік туралы хабардарлықты арттыру еуропалық стратегиялық іс - қимыл жоспарының негізгі бағыты болып табылады (2011 ж.). Осы стратегиялық бағытты іске асырудың бірнеше елдік мысалдарын келтірейік. Таиландта "</w:t>
      </w:r>
      <w:r w:rsidR="00424E14">
        <w:rPr>
          <w:b w:val="0"/>
          <w:bCs w:val="0"/>
        </w:rPr>
        <w:t>А</w:t>
      </w:r>
      <w:r w:rsidR="00A87065" w:rsidRPr="00A87065">
        <w:rPr>
          <w:b w:val="0"/>
          <w:bCs w:val="0"/>
        </w:rPr>
        <w:t>нтибиотиктерді саналы қолдану" бағдарламасын жүзеге асыру нәтижесінде тағайындалған антибиотик</w:t>
      </w:r>
      <w:r w:rsidR="00F8409E">
        <w:rPr>
          <w:b w:val="0"/>
          <w:bCs w:val="0"/>
        </w:rPr>
        <w:t>тер саны 18-46% - ға азайды</w:t>
      </w:r>
      <w:r w:rsidR="00F8409E">
        <w:rPr>
          <w:b w:val="0"/>
          <w:bCs w:val="0"/>
        </w:rPr>
        <w:fldChar w:fldCharType="begin" w:fldLock="1"/>
      </w:r>
      <w:r w:rsidR="009A759A">
        <w:rPr>
          <w:b w:val="0"/>
          <w:bCs w:val="0"/>
        </w:rPr>
        <w:instrText>ADDIN CSL_CITATION {"citationItems":[{"id":"ITEM-1","itemData":{"DOI":"10.1016/J.AJEM.2006.11.024","ISSN":"1532-8171","PMID":"17606081","abstract":"Background: Despite numerous studies identifying the risk factors related to Gram-negative antimicrobial resistance, an epidemiological model to reliably predict antimicrobial Gram-negative resistance in clinics, before the bacterial culture result is available, has not yet been developed. Objectives: The aim of this study was to develop a predictive model to assist physicians in selecting appropriate antimicrobial agents before the details of the microbiology and drug susceptibility are known. Materials and Methods: A prospective study was conducted between June 1, 2001, and May 31, 2002, at the emergency department (ED) of National Taiwan University Hospital. Enrollees were patients with Gram-negative bacteremia (GNB) at ED. Other information collected included demographic characteristics, underlying comorbidities, hospital exposure and health care-associated factors, and details of initial presentation. Two primary outcomes were defined, including cefazolin-resistant (CZ-RES) GNB and ceftriaxone-resistant (CTX-RES) GNB. Two thirds of the data was randomly allocated to a derivation data set (for developing predictive models), and the rest, to a validation data set (for testing model validity). Simplified models, using a coefficient-based scoring method, were also developed for clinical applications. Results: Based on 695 episodes of GNB, predictors of CZ-RES GNB were time since last hospitalization (increased risk for durations &lt;1 month), prior infection with a CTX-RES strain, post-transplantation immunosuppressant use, residence in a nursing home or history of stroke with repeated choking, and poor oxygen saturation (&lt;95%) at admission to ED. Cirrhosis showed a protective effect by reducing the odds of antimicrobial-resistant GNB. The area under receiver operating characteristic (ROC) curve for the CZ-RES model was 0.76 (95% confidence interval, 0.71-0.81). The CTX-RES model included all the variables that were in the CZ-RES model plus abnormal leukocyte count (&lt;1000 or &gt;15 000 /mm3) at entry to ED. In this case, however, previous hospitalization within the last 2 weeks was a key factor. The area under this ROC curve was 0.82 (95% confidence interval, 0.76-0.88). There was lacking of difference in the area under the ROC curve between the 2 final (simplified) models either based on the derivation or validation data sets. Conclusion: We have developed 2 models for predicting risk of antimicrobial Gram-negative infection by identifying and quantifying a…","author":[{"dropping-particle":"","family":"Chiang","given":"Wen Chu","non-dropping-particle":"","parse-names":false,"suffix":""},{"dropping-particle":"","family":"Chen","given":"Shey Ying","non-dropping-particle":"","parse-names":false,"suffix":""},{"dropping-particle":"","family":"Chien","given":"Kuo Liong","non-dropping-particle":"","parse-names":false,"suffix":""},{"dropping-particle":"","family":"Hui-Min","given":"Grace","non-dropping-particle":"","parse-names":false,"suffix":""},{"dropping-particle":"","family":"Ming-Fang Yen","given":"Amy","non-dropping-particle":"","parse-names":false,"suffix":""},{"dropping-particle":"","family":"Su","given":"Chan Ping","non-dropping-particle":"","parse-names":false,"suffix":""},{"dropping-particle":"","family":"Lee","given":"Chien Chang","non-dropping-particle":"","parse-names":false,"suffix":""},{"dropping-particle":"","family":"Chen","given":"Yee Chun","non-dropping-particle":"","parse-names":false,"suffix":""},{"dropping-particle":"","family":"Chang","given":"Shan Chwen","non-dropping-particle":"","parse-names":false,"suffix":""},{"dropping-particle":"","family":"Chen","given":"Shyr Chyr","non-dropping-particle":"","parse-names":false,"suffix":""},{"dropping-particle":"","family":"Chen","given":"Wen Jone","non-dropping-particle":"","parse-names":false,"suffix":""},{"dropping-particle":"","family":"Hsiu-Hsi Chen","given":"Tony","non-dropping-particle":"","parse-names":false,"suffix":""}],"container-title":"The American journal of emergency medicine","id":"ITEM-1","issue":"6","issued":{"date-parts":[["2007","7"]]},"page":"597-607","publisher":"Am J Emerg Med","title":"Predictive model of antimicrobial-resistant gram-negative bacteremia at the ED","type":"article-journal","volume":"25"},"uris":["http://www.mendeley.com/documents/?uuid=9a90053e-773c-3329-915c-0b46787b7a8a"]}],"mendeley":{"formattedCitation":"[116]","plainTextFormattedCitation":"[116]","previouslyFormattedCitation":"[115]"},"properties":{"noteIndex":0},"schema":"https://github.com/citation-style-language/schema/raw/master/csl-citation.json"}</w:instrText>
      </w:r>
      <w:r w:rsidR="00F8409E">
        <w:rPr>
          <w:b w:val="0"/>
          <w:bCs w:val="0"/>
        </w:rPr>
        <w:fldChar w:fldCharType="separate"/>
      </w:r>
      <w:r w:rsidR="009A759A" w:rsidRPr="009A759A">
        <w:rPr>
          <w:b w:val="0"/>
          <w:bCs w:val="0"/>
          <w:noProof/>
        </w:rPr>
        <w:t>[116]</w:t>
      </w:r>
      <w:r w:rsidR="00F8409E">
        <w:rPr>
          <w:b w:val="0"/>
          <w:bCs w:val="0"/>
        </w:rPr>
        <w:fldChar w:fldCharType="end"/>
      </w:r>
      <w:r w:rsidR="00062556">
        <w:rPr>
          <w:b w:val="0"/>
          <w:bCs w:val="0"/>
          <w:lang w:val="ru-RU"/>
        </w:rPr>
        <w:t xml:space="preserve">, </w:t>
      </w:r>
      <w:r w:rsidR="00062556">
        <w:rPr>
          <w:b w:val="0"/>
          <w:bCs w:val="0"/>
          <w:lang w:val="ru-RU"/>
        </w:rPr>
        <w:fldChar w:fldCharType="begin" w:fldLock="1"/>
      </w:r>
      <w:r w:rsidR="009A759A">
        <w:rPr>
          <w:b w:val="0"/>
          <w:bCs w:val="0"/>
          <w:lang w:val="ru-RU"/>
        </w:rPr>
        <w:instrText>ADDIN CSL_CITATION {"citationItems":[{"id":"ITEM-1","itemData":{"DOI":"10.1371/JOURNAL.PONE.0220990","ISSN":"1932-6203","PMID":"31398242","abstract":"Background The Thailand National Strategic Plan on Antimicrobial Resistance (AMR) 2017–2021, endorsed by the Thai Cabinet in 2016, aims to increase public knowledge about antibiotics and AMR awareness by 20% by 2021. This study assesses the prevalence of antibiotics use, clinical indications and sources; knowledge and access to information related to antibiotics and AMR; and factors related to level of knowledge and access to information among Thai adult population. Methods An AMR module was developed and embedded into the 2017 Health and Welfare Survey; a cross-sectional, two-stage stratified sampling, nationally representative household survey carried out biannually by National Statistical Office. The survey applied a structured interview questionnaire. The survey was conducted in March 2017 where 27,762 Thai adults were interviewed of the AMR module. Data were analyzed using descriptive and inferential statistics. Results The one-month prevalence of antibiotic use was 7.9% for three common conditions; flu (27.0%), fever (19.2%) and sore throat (16.8%). The majority of antibiotics (70.3%) were provided by public or private healthcare facilities, and 26.7% by pharmacies. Thai adults have low levels of knowledge about antibiotics; only 2.6 gave correct answers to all six statements related to antibiotics, while 13.5% gave wrong answers to all six statements. A few factors associated with knowledge and having received information on antibiotics were assessed. People who have higher education levels, and belong to richer wealth quintiles, and receive antibiotics and AMR information have significantly higher levels of knowledge about antibiotics. In the last 12 months, only 17.8% of respondents had heard information about the proper use of antibiotics and AMR; mostly from doctors (36.1%), health workers (24.8%) and pharmacists (17.7%). Conclusions There is a large gap of public knowledge about the use of antibiotics. The main communication channel is through healthcare professionals, which indicates they are key persons in communicating information about the proper use of antibiotics to the public.","author":[{"dropping-particle":"","family":"Chanvatik","given":"Sunicha","non-dropping-particle":"","parse-names":false,"suffix":""},{"dropping-particle":"","family":"Kosiyaporn","given":"Hathairat","non-dropping-particle":"","parse-names":false,"suffix":""},{"dropping-particle":"","family":"Lekagul","given":"Angkana","non-dropping-particle":"","parse-names":false,"suffix":""},{"dropping-particle":"","family":"Kaewkhankhaeng","given":"Wanwisa","non-dropping-particle":"","parse-names":false,"suffix":""},{"dropping-particle":"","family":"Vongmongkol","given":"Vuthiphan","non-dropping-particle":"","parse-names":false,"suffix":""},{"dropping-particle":"","family":"Thunyahan","given":"Apichart","non-dropping-particle":"","parse-names":false,"suffix":""},{"dropping-particle":"","family":"Tangcharoensathien","given":"Viroj","non-dropping-particle":"","parse-names":false,"suffix":""}],"container-title":"PloS one","id":"ITEM-1","issue":"8","issued":{"date-parts":[["2019","8","1"]]},"publisher":"PLoS One","title":"Knowledge and use of antibiotics in Thailand: A 2017 national household survey","type":"article-journal","volume":"14"},"uris":["http://www.mendeley.com/documents/?uuid=bffe1bc8-99f5-3b95-b300-7445d46c88b7"]}],"mendeley":{"formattedCitation":"[117]","plainTextFormattedCitation":"[117]","previouslyFormattedCitation":"[116]"},"properties":{"noteIndex":0},"schema":"https://github.com/citation-style-language/schema/raw/master/csl-citation.json"}</w:instrText>
      </w:r>
      <w:r w:rsidR="00062556">
        <w:rPr>
          <w:b w:val="0"/>
          <w:bCs w:val="0"/>
          <w:lang w:val="ru-RU"/>
        </w:rPr>
        <w:fldChar w:fldCharType="separate"/>
      </w:r>
      <w:r w:rsidR="009A759A" w:rsidRPr="009A759A">
        <w:rPr>
          <w:b w:val="0"/>
          <w:bCs w:val="0"/>
          <w:noProof/>
          <w:lang w:val="ru-RU"/>
        </w:rPr>
        <w:t>[117]</w:t>
      </w:r>
      <w:r w:rsidR="00062556">
        <w:rPr>
          <w:b w:val="0"/>
          <w:bCs w:val="0"/>
          <w:lang w:val="ru-RU"/>
        </w:rPr>
        <w:fldChar w:fldCharType="end"/>
      </w:r>
      <w:r w:rsidR="00F8409E">
        <w:rPr>
          <w:b w:val="0"/>
          <w:bCs w:val="0"/>
        </w:rPr>
        <w:t xml:space="preserve"> </w:t>
      </w:r>
      <w:r w:rsidR="00A87065" w:rsidRPr="00A87065">
        <w:rPr>
          <w:b w:val="0"/>
          <w:bCs w:val="0"/>
        </w:rPr>
        <w:t>. Вьетнамда бағдарлама жүргізілді, оның мәні дәріхана қызметкерлерін рецепт бойынша дәрі - дәрмектерді сату ережелерін сақтау және қызметкерлерді негізгі ауруларды фармакологиялық емдеу принциптеріне үйрету үшін тексеру болды, бұл ЖРВИ-ді емдеу үшін А</w:t>
      </w:r>
      <w:r w:rsidR="00424E14">
        <w:rPr>
          <w:b w:val="0"/>
          <w:bCs w:val="0"/>
        </w:rPr>
        <w:t>Б</w:t>
      </w:r>
      <w:r w:rsidR="00A87065" w:rsidRPr="00A87065">
        <w:rPr>
          <w:b w:val="0"/>
          <w:bCs w:val="0"/>
        </w:rPr>
        <w:t>П сатылымын едәуір азайтуға мүмкіндік берді</w:t>
      </w:r>
      <w:r w:rsidR="00062556" w:rsidRPr="00062556">
        <w:rPr>
          <w:b w:val="0"/>
          <w:bCs w:val="0"/>
        </w:rPr>
        <w:t xml:space="preserve"> </w:t>
      </w:r>
      <w:r w:rsidR="00062556">
        <w:rPr>
          <w:b w:val="0"/>
          <w:bCs w:val="0"/>
        </w:rPr>
        <w:fldChar w:fldCharType="begin" w:fldLock="1"/>
      </w:r>
      <w:r w:rsidR="009A759A">
        <w:rPr>
          <w:b w:val="0"/>
          <w:bCs w:val="0"/>
        </w:rPr>
        <w:instrText>ADDIN CSL_CITATION {"citationItems":[{"id":"ITEM-1","itemData":{"DOI":"10.7416/AI.2023.2562","ISSN":"1120-9135","PMID":"36960886","abstract":"Objectives. To standardize a questionnaire about drug dispensers’ attitudes and behaviors in dispensing antibiotics without prescription, and to evaluate drug dispensers’ attitudes, behaviors, and relevant factors in dispensing antibiotics without prescription at community pharmacies in Can Tho City, Vietnam. Methods. A descriptive cross-sectional study was conducted among community pharmacists in Can Tho City, Vietnam from June to December 2022. A self-administered questionnaire designed according to the Theory of Planned Behavior was used for data collection. The questionnaire was composed of 33 statements scored on the 5-point Likert scale, which was completed by interviews with 180 pharmacy dispensers to Can Tho. Exploratory Factor Analysis was also utilized to uncover major determinants of dispensing antibiotics without prescription. Results. Of the 180 participants, 65% of drug dispensers were female (n=117), 59.4% were university graduates (n= 107), and 80.6% had experience of less than 10 years (n=145). A pharmacy is the first destination people think about when they have a health issue. Unfortunately, dispensing antibiotics without a valid prescription is not in compliance with governmental regulations. In the study, perceived behavioral control factors were found to be the most critical determinants of the behavior, followed by subjective norms. By contrast, attitudinal factors presented no impact on intention to dispensing antibiotics without prescription. Conclusions. The provision of non-prescription is primarily influenced by the perception of the distributors and external factors. Developing interventions is necessary to increase public awareness of the misuse and misunderstanding of antibiotics.","author":[{"dropping-particle":"","family":"Hung","given":"P. N.","non-dropping-particle":"","parse-names":false,"suffix":""},{"dropping-particle":"","family":"Phu","given":"H. L.","non-dropping-particle":"","parse-names":false,"suffix":""},{"dropping-particle":"","family":"Huong","given":"V. T.M.","non-dropping-particle":"","parse-names":false,"suffix":""},{"dropping-particle":"","family":"Phuong","given":"T. N.","non-dropping-particle":"","parse-names":false,"suffix":""},{"dropping-particle":"","family":"Tuong","given":"V. L.","non-dropping-particle":"","parse-names":false,"suffix":""},{"dropping-particle":"","family":"Tram","given":"H. N.","non-dropping-particle":"","parse-names":false,"suffix":""},{"dropping-particle":"","family":"Vinh","given":"Q. D.","non-dropping-particle":"","parse-names":false,"suffix":""},{"dropping-particle":"","family":"Minh","given":"N. L.","non-dropping-particle":"","parse-names":false,"suffix":""}],"container-title":"Annali di igiene : medicina preventiva e di comunita","id":"ITEM-1","issue":"5","issued":{"date-parts":[["2023"]]},"page":"586-601","publisher":"Ann Ig","title":"Evaluating attitudes, behaviors, and relevant factors in dispensing antibiotics without prescription by pharmacies: a cross-sectional study in Vietnam","type":"article-journal","volume":"35"},"uris":["http://www.mendeley.com/documents/?uuid=65be27be-4c0e-349f-8a61-750a0c62a7c5"]}],"mendeley":{"formattedCitation":"[118]","plainTextFormattedCitation":"[118]","previouslyFormattedCitation":"[117]"},"properties":{"noteIndex":0},"schema":"https://github.com/citation-style-language/schema/raw/master/csl-citation.json"}</w:instrText>
      </w:r>
      <w:r w:rsidR="00062556">
        <w:rPr>
          <w:b w:val="0"/>
          <w:bCs w:val="0"/>
        </w:rPr>
        <w:fldChar w:fldCharType="separate"/>
      </w:r>
      <w:r w:rsidR="009A759A" w:rsidRPr="009A759A">
        <w:rPr>
          <w:b w:val="0"/>
          <w:bCs w:val="0"/>
          <w:noProof/>
        </w:rPr>
        <w:t>[118]</w:t>
      </w:r>
      <w:r w:rsidR="00062556">
        <w:rPr>
          <w:b w:val="0"/>
          <w:bCs w:val="0"/>
        </w:rPr>
        <w:fldChar w:fldCharType="end"/>
      </w:r>
      <w:r w:rsidR="00A87065" w:rsidRPr="00A87065">
        <w:rPr>
          <w:b w:val="0"/>
          <w:bCs w:val="0"/>
        </w:rPr>
        <w:t>. 2010 жылы Замбия медицина университеті м</w:t>
      </w:r>
      <w:r w:rsidR="00424E14">
        <w:rPr>
          <w:b w:val="0"/>
          <w:bCs w:val="0"/>
        </w:rPr>
        <w:t>икроорганизмдердің микробқа қарс</w:t>
      </w:r>
      <w:r w:rsidR="00A87065" w:rsidRPr="00A87065">
        <w:rPr>
          <w:b w:val="0"/>
          <w:bCs w:val="0"/>
        </w:rPr>
        <w:t>ы препараттарға төзімділігі және дәрі - дәрмектерді ұтымды қолдану тақырыптарын қамтитын студенттерге арналған оқу бағдарламасын қайта қарады</w:t>
      </w:r>
      <w:r w:rsidR="00062556">
        <w:rPr>
          <w:b w:val="0"/>
          <w:bCs w:val="0"/>
        </w:rPr>
        <w:fldChar w:fldCharType="begin" w:fldLock="1"/>
      </w:r>
      <w:r w:rsidR="009A759A">
        <w:rPr>
          <w:b w:val="0"/>
          <w:bCs w:val="0"/>
        </w:rPr>
        <w:instrText>ADDIN CSL_CITATION {"citationItems":[{"id":"ITEM-1","itemData":{"DOI":"10.3390/ANTIBIOTICS11091210","ISSN":"2079-6382","PMID":"36139990","abstract":"Globally, the inappropriate dispensing and use of antibiotics in animals has contributed to the development of bacterial antimicrobial resistance (AMR). In Zambia, there is insufficient information among community pharmacy professionals on antibiotic use (ABU) and AMR in food-producing animals. This study assessed community pharmacy professionals’ knowledge, attitudes, and practices regarding poultry antibiotic dispensing, use, and bacterial AMR in the Lusaka district of Zambia. A cross-sectional study was conducted among 178 community pharmacy professionals between February and April 2022 using a semi-structured questionnaire. Data were analyzed using Stata version 17. Of the total participants (n = 178), 51.1% (n = 91) were pharmacists. The most dispensed antibiotic was oxytetracycline, a Watch antibiotic, mainly without prescriptions. Good knowledge of ABU and AMR was associated with work experience for more than one year (p = 0.016), while good practices were associated with male gender (p = 0.039) and work experience of more than one year (p = 0.011). The study found moderate knowledge, positive attitudes, and moderate practices of pharmacy professionals on poultry ABU and AMR. There was high dispensing of poultry antibiotics without prescriptions, which calls for strict implementation of antimicrobial stewardship and surveillance programs in poultry production in Zambia to reduce AMR.","author":[{"dropping-particle":"","family":"Mudenda","given":"Steward","non-dropping-particle":"","parse-names":false,"suffix":""},{"dropping-particle":"","family":"Mukosha","given":"Moses","non-dropping-particle":"","parse-names":false,"suffix":""},{"dropping-particle":"","family":"Godman","given":"Brian","non-dropping-particle":"","parse-names":false,"suffix":""},{"dropping-particle":"","family":"Fadare","given":"Joseph","non-dropping-particle":"","parse-names":false,"suffix":""},{"dropping-particle":"","family":"Malama","given":"Sydney","non-dropping-particle":"","parse-names":false,"suffix":""},{"dropping-particle":"","family":"Munyeme","given":"Musso","non-dropping-particle":"","parse-names":false,"suffix":""},{"dropping-particle":"","family":"Hikaambo","given":"Christabel Nang’andu","non-dropping-particle":"","parse-names":false,"suffix":""},{"dropping-particle":"","family":"Kalungia","given":"Aubrey Chichonyi","non-dropping-particle":"","parse-names":false,"suffix":""},{"dropping-particle":"","family":"Hamachila","given":"Audrey","non-dropping-particle":"","parse-names":false,"suffix":""},{"dropping-particle":"","family":"Kainga","given":"Henson","non-dropping-particle":"","parse-names":false,"suffix":""},{"dropping-particle":"","family":"Bumbangi","given":"Flavien Nsoni","non-dropping-particle":"","parse-names":false,"suffix":""},{"dropping-particle":"","family":"Daka","given":"Victor","non-dropping-particle":"","parse-names":false,"suffix":""},{"dropping-particle":"","family":"Mfune","given":"Ruth Lindizyani","non-dropping-particle":"","parse-names":false,"suffix":""},{"dropping-particle":"","family":"Mainda","given":"Geoffrey","non-dropping-particle":"","parse-names":false,"suffix":""},{"dropping-particle":"","family":"Mufwambi","given":"Webrod","non-dropping-particle":"","parse-names":false,"suffix":""},{"dropping-particle":"","family":"Mpundu","given":"Prudence","non-dropping-particle":"","parse-names":false,"suffix":""},{"dropping-particle":"","family":"Kasanga","given":"Maisa","non-dropping-particle":"","parse-names":false,"suffix":""},{"dropping-particle":"","family":"Saad","given":"Shereen Ahmed Mohammed","non-dropping-particle":"","parse-names":false,"suffix":""},{"dropping-particle":"","family":"Muma","given":"John Bwalya","non-dropping-particle":"","parse-names":false,"suffix":""}],"container-title":"Antibiotics (Basel, Switzerland)","id":"ITEM-1","issue":"9","issued":{"date-parts":[["2022","9","1"]]},"publisher":"Antibiotics (Basel)","title":"Knowledge, Attitudes, and Practices of Community Pharmacy Professionals on Poultry Antibiotic Dispensing, Use, and Bacterial Antimicrobial Resistance in Zambia: Implications on Antibiotic Stewardship and WHO AWaRe Classification of Antibiotics","type":"article-journal","volume":"11"},"uris":["http://www.mendeley.com/documents/?uuid=79b00ffd-3fbd-3988-a3fb-a0fa253ab059"]}],"mendeley":{"formattedCitation":"[119]","plainTextFormattedCitation":"[119]","previouslyFormattedCitation":"[118]"},"properties":{"noteIndex":0},"schema":"https://github.com/citation-style-language/schema/raw/master/csl-citation.json"}</w:instrText>
      </w:r>
      <w:r w:rsidR="00062556">
        <w:rPr>
          <w:b w:val="0"/>
          <w:bCs w:val="0"/>
        </w:rPr>
        <w:fldChar w:fldCharType="separate"/>
      </w:r>
      <w:r w:rsidR="009A759A" w:rsidRPr="009A759A">
        <w:rPr>
          <w:b w:val="0"/>
          <w:bCs w:val="0"/>
          <w:noProof/>
        </w:rPr>
        <w:t>[119]</w:t>
      </w:r>
      <w:r w:rsidR="00062556">
        <w:rPr>
          <w:b w:val="0"/>
          <w:bCs w:val="0"/>
        </w:rPr>
        <w:fldChar w:fldCharType="end"/>
      </w:r>
      <w:r w:rsidR="00A87065" w:rsidRPr="00A87065">
        <w:rPr>
          <w:b w:val="0"/>
          <w:bCs w:val="0"/>
        </w:rPr>
        <w:t>.</w:t>
      </w:r>
    </w:p>
    <w:p w:rsidR="00BF49C9" w:rsidRPr="000D2DB3" w:rsidRDefault="00BF49C9" w:rsidP="00B51AD7">
      <w:pPr>
        <w:pStyle w:val="1"/>
        <w:ind w:left="458" w:right="83" w:firstLine="535"/>
        <w:rPr>
          <w:b w:val="0"/>
          <w:bCs w:val="0"/>
        </w:rPr>
      </w:pPr>
    </w:p>
    <w:p w:rsidR="00935D62" w:rsidRPr="000D2DB3" w:rsidRDefault="00935D62" w:rsidP="00B51AD7">
      <w:pPr>
        <w:pStyle w:val="1"/>
        <w:ind w:left="458" w:right="83" w:firstLine="535"/>
        <w:rPr>
          <w:b w:val="0"/>
          <w:bCs w:val="0"/>
        </w:rPr>
      </w:pPr>
    </w:p>
    <w:p w:rsidR="00942433" w:rsidRDefault="00942433" w:rsidP="00012509">
      <w:pPr>
        <w:pStyle w:val="1"/>
        <w:ind w:left="0" w:right="83"/>
        <w:rPr>
          <w:b w:val="0"/>
          <w:bCs w:val="0"/>
        </w:rPr>
      </w:pPr>
    </w:p>
    <w:p w:rsidR="007F5507" w:rsidRDefault="007F5507" w:rsidP="00012509">
      <w:pPr>
        <w:pStyle w:val="1"/>
        <w:ind w:left="0" w:right="83"/>
        <w:rPr>
          <w:b w:val="0"/>
          <w:bCs w:val="0"/>
        </w:rPr>
      </w:pPr>
    </w:p>
    <w:p w:rsidR="007F5507" w:rsidRDefault="007F5507" w:rsidP="00012509">
      <w:pPr>
        <w:pStyle w:val="1"/>
        <w:ind w:left="0" w:right="83"/>
        <w:rPr>
          <w:b w:val="0"/>
          <w:bCs w:val="0"/>
        </w:rPr>
      </w:pPr>
    </w:p>
    <w:p w:rsidR="00052070" w:rsidRPr="009A759A" w:rsidRDefault="00052070" w:rsidP="00012509">
      <w:pPr>
        <w:pStyle w:val="1"/>
        <w:ind w:left="0" w:right="83"/>
        <w:rPr>
          <w:b w:val="0"/>
          <w:bCs w:val="0"/>
        </w:rPr>
      </w:pPr>
    </w:p>
    <w:p w:rsidR="00161ED5" w:rsidRPr="00B0236C" w:rsidRDefault="006D3B17" w:rsidP="00384042">
      <w:pPr>
        <w:pStyle w:val="1"/>
        <w:ind w:left="458" w:right="83"/>
        <w:jc w:val="center"/>
      </w:pPr>
      <w:r w:rsidRPr="00B0236C">
        <w:t>2</w:t>
      </w:r>
      <w:r w:rsidRPr="00B0236C">
        <w:rPr>
          <w:spacing w:val="-3"/>
        </w:rPr>
        <w:t xml:space="preserve"> </w:t>
      </w:r>
      <w:r w:rsidRPr="00B0236C">
        <w:t>ЗЕРТТЕУ</w:t>
      </w:r>
      <w:r w:rsidRPr="00B0236C">
        <w:rPr>
          <w:spacing w:val="-2"/>
        </w:rPr>
        <w:t xml:space="preserve"> </w:t>
      </w:r>
      <w:r w:rsidRPr="00B0236C">
        <w:t>МАТЕРИАЛДАРЫ</w:t>
      </w:r>
      <w:r w:rsidRPr="00B0236C">
        <w:rPr>
          <w:spacing w:val="-2"/>
        </w:rPr>
        <w:t xml:space="preserve"> </w:t>
      </w:r>
      <w:r w:rsidRPr="00B0236C">
        <w:t>ЖӘНЕ</w:t>
      </w:r>
      <w:r w:rsidRPr="00B0236C">
        <w:rPr>
          <w:spacing w:val="-3"/>
        </w:rPr>
        <w:t xml:space="preserve"> </w:t>
      </w:r>
      <w:r w:rsidRPr="00B0236C">
        <w:t>ЗЕРТТЕУ</w:t>
      </w:r>
      <w:r w:rsidRPr="00B0236C">
        <w:rPr>
          <w:spacing w:val="-2"/>
        </w:rPr>
        <w:t xml:space="preserve"> </w:t>
      </w:r>
      <w:r w:rsidRPr="00B0236C">
        <w:t>ӘДІСТЕРІ</w:t>
      </w:r>
    </w:p>
    <w:p w:rsidR="00161ED5" w:rsidRPr="00B0236C" w:rsidRDefault="00161ED5">
      <w:pPr>
        <w:pStyle w:val="a5"/>
        <w:spacing w:before="2"/>
        <w:ind w:left="0" w:firstLine="0"/>
        <w:jc w:val="left"/>
        <w:rPr>
          <w:b/>
        </w:rPr>
      </w:pPr>
    </w:p>
    <w:p w:rsidR="00E07812" w:rsidRDefault="00E07812">
      <w:pPr>
        <w:pStyle w:val="a5"/>
        <w:ind w:right="361" w:firstLine="707"/>
        <w:rPr>
          <w:b/>
        </w:rPr>
      </w:pPr>
      <w:r w:rsidRPr="00E07812">
        <w:rPr>
          <w:b/>
        </w:rPr>
        <w:t>2.1 Зерттеу материалдары мен әдістерінің жалпы сипаттамасы</w:t>
      </w:r>
    </w:p>
    <w:p w:rsidR="00E07812" w:rsidRPr="00755671" w:rsidRDefault="00E07812">
      <w:pPr>
        <w:pStyle w:val="a5"/>
        <w:ind w:right="361" w:firstLine="707"/>
      </w:pPr>
    </w:p>
    <w:p w:rsidR="00E07812" w:rsidRPr="00052070" w:rsidRDefault="00E07812" w:rsidP="00052070">
      <w:pPr>
        <w:pStyle w:val="a5"/>
        <w:ind w:right="361" w:firstLine="707"/>
      </w:pPr>
      <w:r w:rsidRPr="00052070">
        <w:t>Бұл жұмыс кешенді медициналы</w:t>
      </w:r>
      <w:r w:rsidR="00052070" w:rsidRPr="00052070">
        <w:t xml:space="preserve">қ-статистикалық болып табылады, </w:t>
      </w:r>
      <w:r w:rsidRPr="00052070">
        <w:t>зерттеуді Шығыс Қазақстан облысының тұрғындары арасында антибиотиктерді қолдану тәжірибесі, көзқарасы мен тәжірибесі</w:t>
      </w:r>
      <w:r w:rsidR="00E51612" w:rsidRPr="00052070">
        <w:t>н</w:t>
      </w:r>
      <w:r w:rsidRPr="00052070">
        <w:t xml:space="preserve"> бағала</w:t>
      </w:r>
      <w:r w:rsidR="00E51612" w:rsidRPr="00052070">
        <w:t xml:space="preserve">у </w:t>
      </w:r>
      <w:r w:rsidR="008A1F50">
        <w:t>мақсатында және алынған нәтижелер бойынша тұрғындардың ақпараттануын жоғарылату бойынша іс</w:t>
      </w:r>
      <w:r w:rsidR="008A1F50" w:rsidRPr="00052070">
        <w:t xml:space="preserve">-шараларды </w:t>
      </w:r>
      <w:r w:rsidR="008A1F50">
        <w:t>енгізу мақсатында жүргіздік.</w:t>
      </w:r>
      <w:r w:rsidRPr="00052070">
        <w:t xml:space="preserve"> </w:t>
      </w:r>
    </w:p>
    <w:p w:rsidR="00E07812" w:rsidRPr="00587237" w:rsidRDefault="00E07812" w:rsidP="00E07812">
      <w:pPr>
        <w:pStyle w:val="a5"/>
        <w:ind w:right="361" w:firstLine="707"/>
      </w:pPr>
      <w:r w:rsidRPr="00587237">
        <w:t>Біз алға қойған мақсатқа жету және міндеттерді шешу үшін зер</w:t>
      </w:r>
      <w:r w:rsidR="00DF5790" w:rsidRPr="00587237">
        <w:t>ттеу бағдарламасын әзірледік (</w:t>
      </w:r>
      <w:r w:rsidRPr="00587237">
        <w:t>кесте</w:t>
      </w:r>
      <w:r w:rsidR="00DF5790" w:rsidRPr="00587237">
        <w:t xml:space="preserve"> 1</w:t>
      </w:r>
      <w:r w:rsidRPr="00587237">
        <w:t>).</w:t>
      </w:r>
    </w:p>
    <w:p w:rsidR="00265615" w:rsidRPr="00587237" w:rsidRDefault="00265615" w:rsidP="00265615">
      <w:pPr>
        <w:pStyle w:val="a5"/>
        <w:ind w:left="0" w:right="361" w:firstLine="0"/>
      </w:pPr>
    </w:p>
    <w:p w:rsidR="00E80106" w:rsidRPr="00265615" w:rsidRDefault="00265615" w:rsidP="00265615">
      <w:pPr>
        <w:pStyle w:val="a5"/>
        <w:ind w:left="0" w:right="361" w:firstLine="0"/>
        <w:rPr>
          <w:lang w:val="ru-RU"/>
        </w:rPr>
      </w:pPr>
      <w:r>
        <w:rPr>
          <w:lang w:val="ru-RU"/>
        </w:rPr>
        <w:t xml:space="preserve">Кесте 1 - </w:t>
      </w:r>
      <w:r w:rsidR="00E80106">
        <w:t>Зерттеу бағдарламасы</w:t>
      </w:r>
    </w:p>
    <w:tbl>
      <w:tblPr>
        <w:tblStyle w:val="aa"/>
        <w:tblW w:w="0" w:type="auto"/>
        <w:tblInd w:w="-459" w:type="dxa"/>
        <w:tblLook w:val="04A0" w:firstRow="1" w:lastRow="0" w:firstColumn="1" w:lastColumn="0" w:noHBand="0" w:noVBand="1"/>
      </w:tblPr>
      <w:tblGrid>
        <w:gridCol w:w="2256"/>
        <w:gridCol w:w="2431"/>
        <w:gridCol w:w="3090"/>
        <w:gridCol w:w="2257"/>
      </w:tblGrid>
      <w:tr w:rsidR="00AF134C" w:rsidRPr="00265615" w:rsidTr="00755671">
        <w:tc>
          <w:tcPr>
            <w:tcW w:w="2314" w:type="dxa"/>
          </w:tcPr>
          <w:p w:rsidR="00E80106" w:rsidRPr="00265615" w:rsidRDefault="00E80106" w:rsidP="00E80106">
            <w:pPr>
              <w:pStyle w:val="a5"/>
              <w:ind w:left="0" w:right="361" w:firstLine="0"/>
              <w:jc w:val="center"/>
              <w:rPr>
                <w:sz w:val="24"/>
                <w:szCs w:val="24"/>
              </w:rPr>
            </w:pPr>
            <w:r w:rsidRPr="00265615">
              <w:rPr>
                <w:sz w:val="24"/>
                <w:szCs w:val="24"/>
              </w:rPr>
              <w:t>Зерттеу міндеттері</w:t>
            </w:r>
          </w:p>
        </w:tc>
        <w:tc>
          <w:tcPr>
            <w:tcW w:w="2498" w:type="dxa"/>
          </w:tcPr>
          <w:p w:rsidR="00E80106" w:rsidRPr="00265615" w:rsidRDefault="00E80106" w:rsidP="00E80106">
            <w:pPr>
              <w:pStyle w:val="a5"/>
              <w:ind w:left="0" w:right="361" w:firstLine="0"/>
              <w:jc w:val="center"/>
              <w:rPr>
                <w:sz w:val="24"/>
                <w:szCs w:val="24"/>
              </w:rPr>
            </w:pPr>
            <w:r w:rsidRPr="00265615">
              <w:rPr>
                <w:sz w:val="24"/>
                <w:szCs w:val="24"/>
              </w:rPr>
              <w:t>Зерттеу объектілері және көлемі</w:t>
            </w:r>
          </w:p>
        </w:tc>
        <w:tc>
          <w:tcPr>
            <w:tcW w:w="3191" w:type="dxa"/>
          </w:tcPr>
          <w:p w:rsidR="00E80106" w:rsidRPr="00265615" w:rsidRDefault="00E80106" w:rsidP="00E80106">
            <w:pPr>
              <w:pStyle w:val="a5"/>
              <w:ind w:left="0" w:right="361" w:firstLine="0"/>
              <w:jc w:val="center"/>
              <w:rPr>
                <w:sz w:val="24"/>
                <w:szCs w:val="24"/>
              </w:rPr>
            </w:pPr>
            <w:r w:rsidRPr="00265615">
              <w:rPr>
                <w:sz w:val="24"/>
                <w:szCs w:val="24"/>
              </w:rPr>
              <w:t>Зерттеу әдістері</w:t>
            </w:r>
          </w:p>
        </w:tc>
        <w:tc>
          <w:tcPr>
            <w:tcW w:w="2314" w:type="dxa"/>
          </w:tcPr>
          <w:p w:rsidR="00E80106" w:rsidRPr="00265615" w:rsidRDefault="00E80106" w:rsidP="00E80106">
            <w:pPr>
              <w:pStyle w:val="a5"/>
              <w:ind w:left="0" w:right="361" w:firstLine="0"/>
              <w:jc w:val="center"/>
              <w:rPr>
                <w:sz w:val="24"/>
                <w:szCs w:val="24"/>
              </w:rPr>
            </w:pPr>
            <w:r w:rsidRPr="00265615">
              <w:rPr>
                <w:sz w:val="24"/>
                <w:szCs w:val="24"/>
              </w:rPr>
              <w:t>Зерттеу нәтижелері</w:t>
            </w:r>
          </w:p>
        </w:tc>
      </w:tr>
      <w:tr w:rsidR="00AF134C" w:rsidRPr="00265615" w:rsidTr="00755671">
        <w:tc>
          <w:tcPr>
            <w:tcW w:w="2314" w:type="dxa"/>
          </w:tcPr>
          <w:p w:rsidR="00E80106" w:rsidRPr="00265615" w:rsidRDefault="00E80106" w:rsidP="00E80106">
            <w:pPr>
              <w:pStyle w:val="a5"/>
              <w:ind w:left="0" w:right="361" w:firstLine="0"/>
              <w:jc w:val="center"/>
              <w:rPr>
                <w:sz w:val="24"/>
                <w:szCs w:val="24"/>
                <w:lang w:val="ru-RU"/>
              </w:rPr>
            </w:pPr>
            <w:r w:rsidRPr="00265615">
              <w:rPr>
                <w:sz w:val="24"/>
                <w:szCs w:val="24"/>
                <w:lang w:val="ru-RU"/>
              </w:rPr>
              <w:t>1</w:t>
            </w:r>
          </w:p>
        </w:tc>
        <w:tc>
          <w:tcPr>
            <w:tcW w:w="2498" w:type="dxa"/>
          </w:tcPr>
          <w:p w:rsidR="00E80106" w:rsidRPr="00265615" w:rsidRDefault="00E80106" w:rsidP="00E80106">
            <w:pPr>
              <w:pStyle w:val="a5"/>
              <w:ind w:left="0" w:right="361" w:firstLine="0"/>
              <w:jc w:val="center"/>
              <w:rPr>
                <w:sz w:val="24"/>
                <w:szCs w:val="24"/>
                <w:lang w:val="ru-RU"/>
              </w:rPr>
            </w:pPr>
            <w:r w:rsidRPr="00265615">
              <w:rPr>
                <w:sz w:val="24"/>
                <w:szCs w:val="24"/>
                <w:lang w:val="ru-RU"/>
              </w:rPr>
              <w:t>2</w:t>
            </w:r>
          </w:p>
        </w:tc>
        <w:tc>
          <w:tcPr>
            <w:tcW w:w="3191" w:type="dxa"/>
          </w:tcPr>
          <w:p w:rsidR="00E80106" w:rsidRPr="00265615" w:rsidRDefault="00E80106" w:rsidP="00E80106">
            <w:pPr>
              <w:pStyle w:val="a5"/>
              <w:ind w:left="0" w:right="361" w:firstLine="0"/>
              <w:jc w:val="center"/>
              <w:rPr>
                <w:sz w:val="24"/>
                <w:szCs w:val="24"/>
                <w:lang w:val="ru-RU"/>
              </w:rPr>
            </w:pPr>
            <w:r w:rsidRPr="00265615">
              <w:rPr>
                <w:sz w:val="24"/>
                <w:szCs w:val="24"/>
                <w:lang w:val="ru-RU"/>
              </w:rPr>
              <w:t>3</w:t>
            </w:r>
          </w:p>
        </w:tc>
        <w:tc>
          <w:tcPr>
            <w:tcW w:w="2314" w:type="dxa"/>
          </w:tcPr>
          <w:p w:rsidR="00E80106" w:rsidRPr="00265615" w:rsidRDefault="00E80106" w:rsidP="00E80106">
            <w:pPr>
              <w:pStyle w:val="a5"/>
              <w:ind w:left="0" w:right="361" w:firstLine="0"/>
              <w:jc w:val="center"/>
              <w:rPr>
                <w:sz w:val="24"/>
                <w:szCs w:val="24"/>
                <w:lang w:val="ru-RU"/>
              </w:rPr>
            </w:pPr>
            <w:r w:rsidRPr="00265615">
              <w:rPr>
                <w:sz w:val="24"/>
                <w:szCs w:val="24"/>
                <w:lang w:val="ru-RU"/>
              </w:rPr>
              <w:t>4</w:t>
            </w:r>
          </w:p>
        </w:tc>
      </w:tr>
      <w:tr w:rsidR="00755671" w:rsidRPr="00265615" w:rsidTr="00755671">
        <w:tc>
          <w:tcPr>
            <w:tcW w:w="10317" w:type="dxa"/>
            <w:gridSpan w:val="4"/>
          </w:tcPr>
          <w:p w:rsidR="00755671" w:rsidRPr="00265615" w:rsidRDefault="00755671" w:rsidP="00E80106">
            <w:pPr>
              <w:pStyle w:val="a5"/>
              <w:ind w:left="0" w:right="361" w:firstLine="0"/>
              <w:jc w:val="center"/>
              <w:rPr>
                <w:sz w:val="24"/>
                <w:szCs w:val="24"/>
                <w:lang w:val="ru-RU"/>
              </w:rPr>
            </w:pPr>
            <w:r w:rsidRPr="00265615">
              <w:rPr>
                <w:sz w:val="24"/>
                <w:szCs w:val="24"/>
                <w:lang w:val="ru-RU"/>
              </w:rPr>
              <w:t>Бірінші кезең</w:t>
            </w:r>
          </w:p>
        </w:tc>
      </w:tr>
      <w:tr w:rsidR="00755671" w:rsidRPr="00265615" w:rsidTr="00755671">
        <w:tc>
          <w:tcPr>
            <w:tcW w:w="2314" w:type="dxa"/>
          </w:tcPr>
          <w:p w:rsidR="00755671" w:rsidRPr="00265615" w:rsidRDefault="00755671" w:rsidP="00755671">
            <w:pPr>
              <w:pStyle w:val="TableParagraph"/>
              <w:spacing w:line="240" w:lineRule="auto"/>
              <w:ind w:left="107" w:right="95"/>
              <w:jc w:val="both"/>
              <w:rPr>
                <w:sz w:val="24"/>
                <w:szCs w:val="24"/>
              </w:rPr>
            </w:pPr>
            <w:r w:rsidRPr="00265615">
              <w:rPr>
                <w:sz w:val="24"/>
                <w:szCs w:val="24"/>
              </w:rPr>
              <w:t>Халық арасында антибиотиктерді қолданудың білімін, көзқарасы мен практикасын бағалау бойынша халықаралық және отандық тәжірибе әдебиеттеріне шолу жүргізу</w:t>
            </w:r>
          </w:p>
        </w:tc>
        <w:tc>
          <w:tcPr>
            <w:tcW w:w="2498" w:type="dxa"/>
          </w:tcPr>
          <w:p w:rsidR="00755671" w:rsidRPr="00265615" w:rsidRDefault="00755671" w:rsidP="00755671">
            <w:pPr>
              <w:pStyle w:val="TableParagraph"/>
              <w:spacing w:line="240" w:lineRule="auto"/>
              <w:ind w:left="107" w:right="354"/>
              <w:jc w:val="both"/>
              <w:rPr>
                <w:sz w:val="24"/>
                <w:szCs w:val="24"/>
                <w:lang w:val="en-US"/>
              </w:rPr>
            </w:pPr>
            <w:r w:rsidRPr="00265615">
              <w:rPr>
                <w:sz w:val="24"/>
                <w:szCs w:val="24"/>
              </w:rPr>
              <w:t>PubMed, Medline, Google Scholar, eLibrary дерекқорларын, Қазақстан статистика агенттігінің, ҚР Республикалық денсаулық сақтау орталығының ресми деректерін пайдалана отырып, халық арасында антибиотиктерді қолдану білімін, көзқарасы мен практикасын бағалау бойынша халықаралық және отандық тәжірибеге шолу жасалды. Іздеу</w:t>
            </w:r>
            <w:r w:rsidRPr="00265615">
              <w:rPr>
                <w:spacing w:val="-6"/>
                <w:sz w:val="24"/>
                <w:szCs w:val="24"/>
              </w:rPr>
              <w:t xml:space="preserve"> </w:t>
            </w:r>
            <w:r w:rsidRPr="00265615">
              <w:rPr>
                <w:sz w:val="24"/>
                <w:szCs w:val="24"/>
              </w:rPr>
              <w:t>тереңдігі  15</w:t>
            </w:r>
            <w:r w:rsidRPr="00265615">
              <w:rPr>
                <w:spacing w:val="-1"/>
                <w:sz w:val="24"/>
                <w:szCs w:val="24"/>
              </w:rPr>
              <w:t xml:space="preserve"> </w:t>
            </w:r>
            <w:r w:rsidRPr="00265615">
              <w:rPr>
                <w:sz w:val="24"/>
                <w:szCs w:val="24"/>
              </w:rPr>
              <w:t>жылды</w:t>
            </w:r>
            <w:r w:rsidRPr="00265615">
              <w:rPr>
                <w:spacing w:val="-2"/>
                <w:sz w:val="24"/>
                <w:szCs w:val="24"/>
              </w:rPr>
              <w:t xml:space="preserve"> </w:t>
            </w:r>
            <w:r w:rsidRPr="00265615">
              <w:rPr>
                <w:sz w:val="24"/>
                <w:szCs w:val="24"/>
              </w:rPr>
              <w:t>құрады.</w:t>
            </w:r>
          </w:p>
        </w:tc>
        <w:tc>
          <w:tcPr>
            <w:tcW w:w="3191" w:type="dxa"/>
          </w:tcPr>
          <w:p w:rsidR="00755671" w:rsidRPr="00265615" w:rsidRDefault="00755671" w:rsidP="00755671">
            <w:pPr>
              <w:pStyle w:val="TableParagraph"/>
              <w:spacing w:line="264" w:lineRule="exact"/>
              <w:ind w:left="107"/>
              <w:jc w:val="both"/>
              <w:rPr>
                <w:sz w:val="24"/>
                <w:szCs w:val="24"/>
                <w:highlight w:val="yellow"/>
              </w:rPr>
            </w:pPr>
            <w:r w:rsidRPr="00265615">
              <w:rPr>
                <w:sz w:val="24"/>
                <w:szCs w:val="24"/>
              </w:rPr>
              <w:t>Библиографиялық, ақпараттық- аналитикалық</w:t>
            </w:r>
          </w:p>
        </w:tc>
        <w:tc>
          <w:tcPr>
            <w:tcW w:w="2314" w:type="dxa"/>
          </w:tcPr>
          <w:p w:rsidR="00755671" w:rsidRPr="00265615" w:rsidRDefault="00755671" w:rsidP="000A59FC">
            <w:pPr>
              <w:pStyle w:val="a5"/>
              <w:ind w:left="0" w:right="361" w:firstLine="0"/>
              <w:jc w:val="center"/>
              <w:rPr>
                <w:sz w:val="24"/>
                <w:szCs w:val="24"/>
              </w:rPr>
            </w:pPr>
            <w:r w:rsidRPr="00265615">
              <w:rPr>
                <w:sz w:val="24"/>
                <w:szCs w:val="24"/>
              </w:rPr>
              <w:t xml:space="preserve">Әдебиетке шолу нәтижесінде </w:t>
            </w:r>
            <w:r w:rsidR="000A59FC" w:rsidRPr="00265615">
              <w:rPr>
                <w:sz w:val="24"/>
                <w:szCs w:val="24"/>
              </w:rPr>
              <w:t xml:space="preserve">123 </w:t>
            </w:r>
            <w:r w:rsidRPr="00265615">
              <w:rPr>
                <w:sz w:val="24"/>
                <w:szCs w:val="24"/>
              </w:rPr>
              <w:t>алыс және жақын шетелдің, сонымен қатар отандық әдебиет көздеріне шолу жасалды.</w:t>
            </w:r>
          </w:p>
        </w:tc>
      </w:tr>
      <w:tr w:rsidR="00755671" w:rsidRPr="00265615" w:rsidTr="00755671">
        <w:tc>
          <w:tcPr>
            <w:tcW w:w="10317" w:type="dxa"/>
            <w:gridSpan w:val="4"/>
          </w:tcPr>
          <w:p w:rsidR="00755671" w:rsidRPr="00265615" w:rsidRDefault="00755671" w:rsidP="00E80106">
            <w:pPr>
              <w:pStyle w:val="a5"/>
              <w:ind w:left="0" w:right="361" w:firstLine="0"/>
              <w:jc w:val="center"/>
              <w:rPr>
                <w:sz w:val="24"/>
                <w:szCs w:val="24"/>
              </w:rPr>
            </w:pPr>
            <w:r w:rsidRPr="00265615">
              <w:rPr>
                <w:sz w:val="24"/>
                <w:szCs w:val="24"/>
              </w:rPr>
              <w:t>Екінші кезең</w:t>
            </w:r>
          </w:p>
        </w:tc>
      </w:tr>
      <w:tr w:rsidR="00AF134C" w:rsidRPr="00265615" w:rsidTr="00755671">
        <w:tc>
          <w:tcPr>
            <w:tcW w:w="2314" w:type="dxa"/>
          </w:tcPr>
          <w:p w:rsidR="00E80106" w:rsidRPr="00265615" w:rsidRDefault="00E80106" w:rsidP="00E80106">
            <w:pPr>
              <w:pStyle w:val="a5"/>
              <w:ind w:left="0" w:right="361" w:firstLine="0"/>
              <w:rPr>
                <w:sz w:val="24"/>
                <w:szCs w:val="24"/>
              </w:rPr>
            </w:pPr>
            <w:r w:rsidRPr="00265615">
              <w:rPr>
                <w:sz w:val="24"/>
                <w:szCs w:val="24"/>
              </w:rPr>
              <w:t xml:space="preserve">Тұрғындар арасында антибиотиктерді қолдану туралы білімін, көзқарасын және пайдалану тәжірибесін бағалау; </w:t>
            </w:r>
          </w:p>
          <w:p w:rsidR="00E80106" w:rsidRPr="00265615" w:rsidRDefault="00E80106" w:rsidP="00E80106">
            <w:pPr>
              <w:pStyle w:val="a5"/>
              <w:ind w:left="0" w:right="361" w:firstLine="0"/>
              <w:rPr>
                <w:sz w:val="24"/>
                <w:szCs w:val="24"/>
              </w:rPr>
            </w:pPr>
          </w:p>
        </w:tc>
        <w:tc>
          <w:tcPr>
            <w:tcW w:w="2498" w:type="dxa"/>
          </w:tcPr>
          <w:p w:rsidR="00E80106" w:rsidRPr="00265615" w:rsidRDefault="00BF3300" w:rsidP="00BF3300">
            <w:pPr>
              <w:pStyle w:val="a5"/>
              <w:ind w:left="0" w:right="361" w:firstLine="0"/>
              <w:rPr>
                <w:sz w:val="24"/>
                <w:szCs w:val="24"/>
              </w:rPr>
            </w:pPr>
            <w:r w:rsidRPr="00265615">
              <w:rPr>
                <w:sz w:val="24"/>
                <w:szCs w:val="24"/>
              </w:rPr>
              <w:t>Дүниежүзілік денсаулық сақтау ұйымының  «Antibiotic resistance: multi-country Public awareness survey» сауалнамасын қолдануға рұқсат алынып, орыс және қазақ тілдеріне аударылды, сауалнама толық валидизациядан өткеннен кейін, Шығыс-Қазақстан облысы тұрғындары арасында сұрастыру жүргізілді (n=727).</w:t>
            </w:r>
          </w:p>
          <w:p w:rsidR="00BF3300" w:rsidRPr="00265615" w:rsidRDefault="00BF3300" w:rsidP="00BF3300">
            <w:pPr>
              <w:pStyle w:val="a5"/>
              <w:ind w:left="0" w:right="361" w:firstLine="0"/>
              <w:rPr>
                <w:sz w:val="24"/>
                <w:szCs w:val="24"/>
              </w:rPr>
            </w:pPr>
          </w:p>
        </w:tc>
        <w:tc>
          <w:tcPr>
            <w:tcW w:w="3191" w:type="dxa"/>
          </w:tcPr>
          <w:p w:rsidR="00E80106" w:rsidRPr="00265615" w:rsidRDefault="00BF3300" w:rsidP="00BF3300">
            <w:pPr>
              <w:pStyle w:val="a5"/>
              <w:ind w:left="0" w:right="361" w:firstLine="0"/>
              <w:jc w:val="left"/>
              <w:rPr>
                <w:sz w:val="24"/>
                <w:szCs w:val="24"/>
              </w:rPr>
            </w:pPr>
            <w:r w:rsidRPr="00265615">
              <w:rPr>
                <w:sz w:val="24"/>
                <w:szCs w:val="24"/>
              </w:rPr>
              <w:t>Әлеуметтік,аналитикалық, статистикалық</w:t>
            </w:r>
          </w:p>
        </w:tc>
        <w:tc>
          <w:tcPr>
            <w:tcW w:w="2314" w:type="dxa"/>
          </w:tcPr>
          <w:p w:rsidR="00E80106" w:rsidRPr="00265615" w:rsidRDefault="00BF3300">
            <w:pPr>
              <w:pStyle w:val="a5"/>
              <w:ind w:left="0" w:right="361" w:firstLine="0"/>
              <w:rPr>
                <w:sz w:val="24"/>
                <w:szCs w:val="24"/>
              </w:rPr>
            </w:pPr>
            <w:r w:rsidRPr="00265615">
              <w:rPr>
                <w:sz w:val="24"/>
                <w:szCs w:val="24"/>
              </w:rPr>
              <w:t>Тұрғындар арасында антибиотиктерді қолдану туралы білімін, көзқарасын және пайдалану тәжірибесін бағалау бойынша кешенді зерттеу жүргізілді</w:t>
            </w:r>
          </w:p>
        </w:tc>
      </w:tr>
      <w:tr w:rsidR="00BF3300" w:rsidRPr="00265615" w:rsidTr="00AF134C">
        <w:tc>
          <w:tcPr>
            <w:tcW w:w="10317" w:type="dxa"/>
            <w:gridSpan w:val="4"/>
          </w:tcPr>
          <w:p w:rsidR="00BF3300" w:rsidRPr="00265615" w:rsidRDefault="00755671" w:rsidP="00BF3300">
            <w:pPr>
              <w:pStyle w:val="a5"/>
              <w:ind w:left="0" w:right="361" w:firstLine="0"/>
              <w:jc w:val="center"/>
              <w:rPr>
                <w:sz w:val="24"/>
                <w:szCs w:val="24"/>
              </w:rPr>
            </w:pPr>
            <w:r w:rsidRPr="00265615">
              <w:rPr>
                <w:sz w:val="24"/>
                <w:szCs w:val="24"/>
              </w:rPr>
              <w:t>Үшінші</w:t>
            </w:r>
            <w:r w:rsidR="00BF3300" w:rsidRPr="00265615">
              <w:rPr>
                <w:sz w:val="24"/>
                <w:szCs w:val="24"/>
              </w:rPr>
              <w:t xml:space="preserve"> кезең</w:t>
            </w:r>
          </w:p>
        </w:tc>
      </w:tr>
      <w:tr w:rsidR="00AF134C" w:rsidRPr="00265615" w:rsidTr="00755671">
        <w:tc>
          <w:tcPr>
            <w:tcW w:w="2314" w:type="dxa"/>
          </w:tcPr>
          <w:p w:rsidR="00724866" w:rsidRPr="00265615" w:rsidRDefault="00724866">
            <w:pPr>
              <w:pStyle w:val="a5"/>
              <w:ind w:left="0" w:right="361" w:firstLine="0"/>
              <w:rPr>
                <w:sz w:val="24"/>
                <w:szCs w:val="24"/>
              </w:rPr>
            </w:pPr>
            <w:r w:rsidRPr="00265615">
              <w:rPr>
                <w:sz w:val="24"/>
                <w:szCs w:val="24"/>
              </w:rPr>
              <w:t>Тұрғындардың антибиотиктерді өз бетінше қолданатын жағдайларын анықтау</w:t>
            </w:r>
          </w:p>
        </w:tc>
        <w:tc>
          <w:tcPr>
            <w:tcW w:w="2498" w:type="dxa"/>
          </w:tcPr>
          <w:p w:rsidR="00724866" w:rsidRPr="00265615" w:rsidRDefault="00724866" w:rsidP="00131B30">
            <w:pPr>
              <w:rPr>
                <w:sz w:val="24"/>
                <w:szCs w:val="24"/>
              </w:rPr>
            </w:pPr>
            <w:r w:rsidRPr="00265615">
              <w:rPr>
                <w:sz w:val="24"/>
                <w:szCs w:val="24"/>
              </w:rPr>
              <w:t>Дүниежүзілік денсаулық сақтау ұйымының  «Antibiotic resistance: multi-country Publi</w:t>
            </w:r>
            <w:r w:rsidR="00131B30">
              <w:rPr>
                <w:sz w:val="24"/>
                <w:szCs w:val="24"/>
              </w:rPr>
              <w:t>c awareness survey» сауалнамасы</w:t>
            </w:r>
            <w:r w:rsidRPr="00265615">
              <w:rPr>
                <w:sz w:val="24"/>
                <w:szCs w:val="24"/>
              </w:rPr>
              <w:t xml:space="preserve"> </w:t>
            </w:r>
            <w:r w:rsidR="00131B30">
              <w:rPr>
                <w:sz w:val="24"/>
                <w:szCs w:val="24"/>
              </w:rPr>
              <w:t xml:space="preserve">арқылы </w:t>
            </w:r>
            <w:r w:rsidRPr="00265615">
              <w:rPr>
                <w:sz w:val="24"/>
                <w:szCs w:val="24"/>
              </w:rPr>
              <w:t>Шығыс-Қазақстан облы</w:t>
            </w:r>
            <w:r w:rsidR="00131B30">
              <w:rPr>
                <w:sz w:val="24"/>
                <w:szCs w:val="24"/>
              </w:rPr>
              <w:t>сы тұрғындары арасында сауалнама</w:t>
            </w:r>
            <w:r w:rsidRPr="00265615">
              <w:rPr>
                <w:sz w:val="24"/>
                <w:szCs w:val="24"/>
              </w:rPr>
              <w:t xml:space="preserve"> жүргізілді (n=727).</w:t>
            </w:r>
          </w:p>
        </w:tc>
        <w:tc>
          <w:tcPr>
            <w:tcW w:w="3191" w:type="dxa"/>
          </w:tcPr>
          <w:p w:rsidR="00724866" w:rsidRPr="00265615" w:rsidRDefault="00AF134C">
            <w:pPr>
              <w:rPr>
                <w:sz w:val="24"/>
                <w:szCs w:val="24"/>
              </w:rPr>
            </w:pPr>
            <w:r w:rsidRPr="00265615">
              <w:rPr>
                <w:sz w:val="24"/>
                <w:szCs w:val="24"/>
              </w:rPr>
              <w:t>Әлеуметтік,аналитикалық, статистикалық</w:t>
            </w:r>
          </w:p>
        </w:tc>
        <w:tc>
          <w:tcPr>
            <w:tcW w:w="2314" w:type="dxa"/>
          </w:tcPr>
          <w:p w:rsidR="00724866" w:rsidRPr="00265615" w:rsidRDefault="00AF134C" w:rsidP="00AF134C">
            <w:pPr>
              <w:rPr>
                <w:sz w:val="24"/>
                <w:szCs w:val="24"/>
              </w:rPr>
            </w:pPr>
            <w:r w:rsidRPr="00265615">
              <w:rPr>
                <w:sz w:val="24"/>
                <w:szCs w:val="24"/>
              </w:rPr>
              <w:t xml:space="preserve">Тұрғындардың антибиотиктерді қандай аурулар және жағдайларда өз бетінше қолданатыны анықталды </w:t>
            </w:r>
          </w:p>
        </w:tc>
      </w:tr>
      <w:tr w:rsidR="00724866" w:rsidRPr="00265615" w:rsidTr="00AF134C">
        <w:tc>
          <w:tcPr>
            <w:tcW w:w="10317" w:type="dxa"/>
            <w:gridSpan w:val="4"/>
          </w:tcPr>
          <w:p w:rsidR="00724866" w:rsidRPr="00265615" w:rsidRDefault="00755671" w:rsidP="00724866">
            <w:pPr>
              <w:pStyle w:val="a5"/>
              <w:ind w:left="0" w:right="361" w:firstLine="0"/>
              <w:jc w:val="center"/>
              <w:rPr>
                <w:sz w:val="24"/>
                <w:szCs w:val="24"/>
              </w:rPr>
            </w:pPr>
            <w:r w:rsidRPr="00265615">
              <w:rPr>
                <w:sz w:val="24"/>
                <w:szCs w:val="24"/>
              </w:rPr>
              <w:t>Төртінші</w:t>
            </w:r>
            <w:r w:rsidR="00724866" w:rsidRPr="00265615">
              <w:rPr>
                <w:sz w:val="24"/>
                <w:szCs w:val="24"/>
              </w:rPr>
              <w:t xml:space="preserve"> кезең</w:t>
            </w:r>
          </w:p>
        </w:tc>
      </w:tr>
      <w:tr w:rsidR="00724866" w:rsidRPr="00265615" w:rsidTr="00755671">
        <w:tc>
          <w:tcPr>
            <w:tcW w:w="2314" w:type="dxa"/>
          </w:tcPr>
          <w:p w:rsidR="00724866" w:rsidRPr="00265615" w:rsidRDefault="00724866">
            <w:pPr>
              <w:pStyle w:val="a5"/>
              <w:ind w:left="0" w:right="361" w:firstLine="0"/>
              <w:rPr>
                <w:sz w:val="24"/>
                <w:szCs w:val="24"/>
              </w:rPr>
            </w:pPr>
            <w:r w:rsidRPr="00265615">
              <w:rPr>
                <w:sz w:val="24"/>
                <w:szCs w:val="24"/>
              </w:rPr>
              <w:t>Тұрғындардың өзін-өзі емдеу тәжірибесінің себептері мен оған әсер ететін факторларын анықтау</w:t>
            </w:r>
          </w:p>
        </w:tc>
        <w:tc>
          <w:tcPr>
            <w:tcW w:w="2498" w:type="dxa"/>
          </w:tcPr>
          <w:p w:rsidR="00724866" w:rsidRPr="00265615" w:rsidRDefault="004D0A53" w:rsidP="004D0A53">
            <w:pPr>
              <w:pStyle w:val="a5"/>
              <w:ind w:left="0" w:right="361" w:firstLine="0"/>
              <w:rPr>
                <w:sz w:val="24"/>
                <w:szCs w:val="24"/>
              </w:rPr>
            </w:pPr>
            <w:r>
              <w:rPr>
                <w:sz w:val="24"/>
                <w:szCs w:val="24"/>
              </w:rPr>
              <w:t>«</w:t>
            </w:r>
            <w:r w:rsidRPr="004D0A53">
              <w:rPr>
                <w:sz w:val="24"/>
                <w:szCs w:val="24"/>
              </w:rPr>
              <w:t>Тұрғындардың өзін-өзі емдеу тәжірибесінің себептері мен оған әсер ететін факторлары</w:t>
            </w:r>
            <w:r>
              <w:rPr>
                <w:sz w:val="24"/>
                <w:szCs w:val="24"/>
              </w:rPr>
              <w:t xml:space="preserve">» сауалнамасы жүргізілді </w:t>
            </w:r>
            <w:r w:rsidR="00724866" w:rsidRPr="00265615">
              <w:rPr>
                <w:sz w:val="24"/>
                <w:szCs w:val="24"/>
              </w:rPr>
              <w:t xml:space="preserve"> </w:t>
            </w:r>
            <w:r w:rsidR="00AF134C" w:rsidRPr="00265615">
              <w:rPr>
                <w:sz w:val="24"/>
                <w:szCs w:val="24"/>
              </w:rPr>
              <w:t>(</w:t>
            </w:r>
            <w:r w:rsidR="000A59FC" w:rsidRPr="00265615">
              <w:rPr>
                <w:sz w:val="24"/>
                <w:szCs w:val="24"/>
              </w:rPr>
              <w:t>n=253</w:t>
            </w:r>
            <w:r w:rsidR="00AF134C" w:rsidRPr="00265615">
              <w:rPr>
                <w:sz w:val="24"/>
                <w:szCs w:val="24"/>
              </w:rPr>
              <w:t>)</w:t>
            </w:r>
          </w:p>
        </w:tc>
        <w:tc>
          <w:tcPr>
            <w:tcW w:w="3191" w:type="dxa"/>
          </w:tcPr>
          <w:p w:rsidR="00724866" w:rsidRPr="00265615" w:rsidRDefault="00AF134C">
            <w:pPr>
              <w:pStyle w:val="a5"/>
              <w:ind w:left="0" w:right="361" w:firstLine="0"/>
              <w:rPr>
                <w:sz w:val="24"/>
                <w:szCs w:val="24"/>
              </w:rPr>
            </w:pPr>
            <w:r w:rsidRPr="00265615">
              <w:rPr>
                <w:sz w:val="24"/>
                <w:szCs w:val="24"/>
              </w:rPr>
              <w:t>Әлеуметтік,аналитикалық, статистикалық</w:t>
            </w:r>
          </w:p>
        </w:tc>
        <w:tc>
          <w:tcPr>
            <w:tcW w:w="2314" w:type="dxa"/>
          </w:tcPr>
          <w:p w:rsidR="00724866" w:rsidRPr="00265615" w:rsidRDefault="00AF134C">
            <w:pPr>
              <w:pStyle w:val="a5"/>
              <w:ind w:left="0" w:right="361" w:firstLine="0"/>
              <w:rPr>
                <w:sz w:val="24"/>
                <w:szCs w:val="24"/>
              </w:rPr>
            </w:pPr>
            <w:r w:rsidRPr="00265615">
              <w:rPr>
                <w:sz w:val="24"/>
                <w:szCs w:val="24"/>
              </w:rPr>
              <w:t>Тұрғындардың өзін-өзі емдеу тәжірибесінің себептері мен оған әсер ететін факторлары анықталды</w:t>
            </w:r>
          </w:p>
        </w:tc>
      </w:tr>
      <w:tr w:rsidR="00AF134C" w:rsidRPr="00265615" w:rsidTr="00AF134C">
        <w:tc>
          <w:tcPr>
            <w:tcW w:w="10317" w:type="dxa"/>
            <w:gridSpan w:val="4"/>
          </w:tcPr>
          <w:p w:rsidR="00AF134C" w:rsidRPr="00265615" w:rsidRDefault="00755671" w:rsidP="00AF134C">
            <w:pPr>
              <w:pStyle w:val="a5"/>
              <w:ind w:left="0" w:right="361" w:firstLine="0"/>
              <w:jc w:val="center"/>
              <w:rPr>
                <w:sz w:val="24"/>
                <w:szCs w:val="24"/>
              </w:rPr>
            </w:pPr>
            <w:r w:rsidRPr="00265615">
              <w:rPr>
                <w:sz w:val="24"/>
                <w:szCs w:val="24"/>
              </w:rPr>
              <w:t>Бесінші</w:t>
            </w:r>
            <w:r w:rsidR="00AF134C" w:rsidRPr="00265615">
              <w:rPr>
                <w:sz w:val="24"/>
                <w:szCs w:val="24"/>
              </w:rPr>
              <w:t xml:space="preserve"> кезең</w:t>
            </w:r>
          </w:p>
        </w:tc>
      </w:tr>
      <w:tr w:rsidR="00AF134C" w:rsidRPr="00265615" w:rsidTr="00755671">
        <w:tc>
          <w:tcPr>
            <w:tcW w:w="2314" w:type="dxa"/>
          </w:tcPr>
          <w:p w:rsidR="00AF134C" w:rsidRPr="00265615" w:rsidRDefault="00AF134C">
            <w:pPr>
              <w:pStyle w:val="a5"/>
              <w:ind w:left="0" w:right="361" w:firstLine="0"/>
              <w:rPr>
                <w:sz w:val="24"/>
                <w:szCs w:val="24"/>
              </w:rPr>
            </w:pPr>
            <w:r w:rsidRPr="00265615">
              <w:rPr>
                <w:sz w:val="24"/>
                <w:szCs w:val="24"/>
              </w:rPr>
              <w:t>Үйдегі дәрі қобдишаларында жүйелі қолдануға арналған антибиотиктердің бар-жоқтығын зерттеп, олардың жарамдылық мерзімін бағалау</w:t>
            </w:r>
          </w:p>
        </w:tc>
        <w:tc>
          <w:tcPr>
            <w:tcW w:w="2498" w:type="dxa"/>
          </w:tcPr>
          <w:p w:rsidR="00AF134C" w:rsidRPr="00265615" w:rsidRDefault="00AF134C" w:rsidP="00CD26B3">
            <w:pPr>
              <w:pStyle w:val="a5"/>
              <w:ind w:left="0" w:right="361" w:firstLine="0"/>
              <w:rPr>
                <w:sz w:val="24"/>
                <w:szCs w:val="24"/>
              </w:rPr>
            </w:pPr>
            <w:r w:rsidRPr="00265615">
              <w:rPr>
                <w:sz w:val="24"/>
                <w:szCs w:val="24"/>
              </w:rPr>
              <w:t xml:space="preserve">Үйдегі дәрі қобдишаларындағы антибиотиктерді тіркеу үшін антибиотиктер картасы </w:t>
            </w:r>
            <w:r w:rsidR="00CD26B3">
              <w:rPr>
                <w:sz w:val="24"/>
                <w:szCs w:val="24"/>
              </w:rPr>
              <w:t xml:space="preserve">арқылы </w:t>
            </w:r>
            <w:r w:rsidR="00CD3323" w:rsidRPr="00265615">
              <w:rPr>
                <w:sz w:val="24"/>
                <w:szCs w:val="24"/>
              </w:rPr>
              <w:t>зерттеу жүргізілді (n=76)</w:t>
            </w:r>
          </w:p>
        </w:tc>
        <w:tc>
          <w:tcPr>
            <w:tcW w:w="3191" w:type="dxa"/>
          </w:tcPr>
          <w:p w:rsidR="00AF134C" w:rsidRPr="00265615" w:rsidRDefault="00CD3323">
            <w:pPr>
              <w:pStyle w:val="a5"/>
              <w:ind w:left="0" w:right="361" w:firstLine="0"/>
              <w:rPr>
                <w:sz w:val="24"/>
                <w:szCs w:val="24"/>
              </w:rPr>
            </w:pPr>
            <w:r w:rsidRPr="00265615">
              <w:rPr>
                <w:sz w:val="24"/>
                <w:szCs w:val="24"/>
              </w:rPr>
              <w:t>Әлеуметтік,аналитикалық, статистикалық</w:t>
            </w:r>
          </w:p>
        </w:tc>
        <w:tc>
          <w:tcPr>
            <w:tcW w:w="2314" w:type="dxa"/>
          </w:tcPr>
          <w:p w:rsidR="00AF134C" w:rsidRPr="00265615" w:rsidRDefault="00CD3323">
            <w:pPr>
              <w:pStyle w:val="a5"/>
              <w:ind w:left="0" w:right="361" w:firstLine="0"/>
              <w:rPr>
                <w:sz w:val="24"/>
                <w:szCs w:val="24"/>
              </w:rPr>
            </w:pPr>
            <w:r w:rsidRPr="00265615">
              <w:rPr>
                <w:sz w:val="24"/>
                <w:szCs w:val="24"/>
              </w:rPr>
              <w:t>Үйдегі дәрі қобдишаларында жүйелі қолдануға арналған антибиотиктердің бар-жоқтығын анықталды және олардың жарамдылық мерзімдері бағаланды</w:t>
            </w:r>
          </w:p>
        </w:tc>
      </w:tr>
      <w:tr w:rsidR="00CD3323" w:rsidRPr="00265615" w:rsidTr="00755671">
        <w:tc>
          <w:tcPr>
            <w:tcW w:w="10317" w:type="dxa"/>
            <w:gridSpan w:val="4"/>
          </w:tcPr>
          <w:p w:rsidR="00CD3323" w:rsidRPr="00265615" w:rsidRDefault="00755671" w:rsidP="00CD3323">
            <w:pPr>
              <w:pStyle w:val="a5"/>
              <w:ind w:left="0" w:right="361" w:firstLine="0"/>
              <w:jc w:val="center"/>
              <w:rPr>
                <w:sz w:val="24"/>
                <w:szCs w:val="24"/>
              </w:rPr>
            </w:pPr>
            <w:r w:rsidRPr="00265615">
              <w:rPr>
                <w:sz w:val="24"/>
                <w:szCs w:val="24"/>
              </w:rPr>
              <w:t>Алтыншы</w:t>
            </w:r>
            <w:r w:rsidR="00CD3323" w:rsidRPr="00265615">
              <w:rPr>
                <w:sz w:val="24"/>
                <w:szCs w:val="24"/>
              </w:rPr>
              <w:t xml:space="preserve"> кезең</w:t>
            </w:r>
          </w:p>
        </w:tc>
      </w:tr>
      <w:tr w:rsidR="00CD3323" w:rsidRPr="00265615" w:rsidTr="00755671">
        <w:tc>
          <w:tcPr>
            <w:tcW w:w="2314" w:type="dxa"/>
          </w:tcPr>
          <w:p w:rsidR="00CD3323" w:rsidRPr="00265615" w:rsidRDefault="00CD3323">
            <w:pPr>
              <w:pStyle w:val="a5"/>
              <w:ind w:left="0" w:right="361" w:firstLine="0"/>
              <w:rPr>
                <w:sz w:val="24"/>
                <w:szCs w:val="24"/>
              </w:rPr>
            </w:pPr>
            <w:r w:rsidRPr="00265615">
              <w:rPr>
                <w:sz w:val="24"/>
                <w:szCs w:val="24"/>
              </w:rPr>
              <w:t>Тұрғындар арасында антибиотиктерді дұрыс қолдану бойынша практикалық ұсыныстар мен  ақпараттық материалдар әзірлеу.</w:t>
            </w:r>
          </w:p>
        </w:tc>
        <w:tc>
          <w:tcPr>
            <w:tcW w:w="2498" w:type="dxa"/>
          </w:tcPr>
          <w:p w:rsidR="00CD3323" w:rsidRPr="00265615" w:rsidRDefault="00052070" w:rsidP="00CD3323">
            <w:pPr>
              <w:pStyle w:val="a5"/>
              <w:ind w:left="0" w:right="361" w:firstLine="0"/>
              <w:rPr>
                <w:sz w:val="24"/>
                <w:szCs w:val="24"/>
              </w:rPr>
            </w:pPr>
            <w:r>
              <w:rPr>
                <w:sz w:val="24"/>
                <w:szCs w:val="24"/>
              </w:rPr>
              <w:t>А</w:t>
            </w:r>
            <w:r w:rsidR="00CD3323" w:rsidRPr="00265615">
              <w:rPr>
                <w:sz w:val="24"/>
                <w:szCs w:val="24"/>
              </w:rPr>
              <w:t xml:space="preserve">нтибиотиктерді ұтымды және дұрыс қолдану туралы ақпараттық материал әзірленді және таратылды; </w:t>
            </w:r>
          </w:p>
          <w:p w:rsidR="00CD3323" w:rsidRPr="00265615" w:rsidRDefault="00CD3323" w:rsidP="00760340">
            <w:pPr>
              <w:pStyle w:val="a5"/>
              <w:ind w:left="0" w:right="361" w:firstLine="0"/>
              <w:rPr>
                <w:sz w:val="24"/>
                <w:szCs w:val="24"/>
              </w:rPr>
            </w:pPr>
            <w:r w:rsidRPr="00265615">
              <w:rPr>
                <w:sz w:val="24"/>
                <w:szCs w:val="24"/>
              </w:rPr>
              <w:t>жалпы практика дәрігерлері, АМСК деңгейіндегі денсаулық сақтау менеджерлері, сондай-ақ магистранттар мен докторанттар үшін амбулаториялық жағдайда микробқа қарсы препараттарды басқару бойынша әдістемелік ұсынымдар әзірленді.</w:t>
            </w:r>
            <w:r w:rsidR="00760340" w:rsidRPr="00265615">
              <w:rPr>
                <w:sz w:val="24"/>
                <w:szCs w:val="24"/>
              </w:rPr>
              <w:t xml:space="preserve"> </w:t>
            </w:r>
          </w:p>
        </w:tc>
        <w:tc>
          <w:tcPr>
            <w:tcW w:w="3191" w:type="dxa"/>
          </w:tcPr>
          <w:p w:rsidR="00760340" w:rsidRPr="00265615" w:rsidRDefault="00760340" w:rsidP="00760340">
            <w:pPr>
              <w:pStyle w:val="a5"/>
              <w:ind w:left="0" w:right="361" w:firstLine="0"/>
              <w:rPr>
                <w:sz w:val="24"/>
                <w:szCs w:val="24"/>
              </w:rPr>
            </w:pPr>
            <w:r w:rsidRPr="00265615">
              <w:rPr>
                <w:sz w:val="24"/>
                <w:szCs w:val="24"/>
              </w:rPr>
              <w:t xml:space="preserve">Көрсеткіштер бойынша енгізулер мен жақсаруларды бағалау </w:t>
            </w:r>
          </w:p>
          <w:p w:rsidR="00CD3323" w:rsidRPr="00265615" w:rsidRDefault="00CD3323" w:rsidP="00760340">
            <w:pPr>
              <w:pStyle w:val="a5"/>
              <w:ind w:left="0" w:right="361" w:firstLine="0"/>
              <w:rPr>
                <w:sz w:val="24"/>
                <w:szCs w:val="24"/>
              </w:rPr>
            </w:pPr>
          </w:p>
        </w:tc>
        <w:tc>
          <w:tcPr>
            <w:tcW w:w="2314" w:type="dxa"/>
          </w:tcPr>
          <w:p w:rsidR="00CD3323" w:rsidRPr="00265615" w:rsidRDefault="00760340">
            <w:pPr>
              <w:pStyle w:val="a5"/>
              <w:ind w:left="0" w:right="361" w:firstLine="0"/>
              <w:rPr>
                <w:sz w:val="24"/>
                <w:szCs w:val="24"/>
              </w:rPr>
            </w:pPr>
            <w:r w:rsidRPr="00265615">
              <w:rPr>
                <w:sz w:val="24"/>
                <w:szCs w:val="24"/>
              </w:rPr>
              <w:t>Ақпараттық брошюлар,</w:t>
            </w:r>
          </w:p>
          <w:p w:rsidR="00760340" w:rsidRPr="00265615" w:rsidRDefault="00265615">
            <w:pPr>
              <w:pStyle w:val="a5"/>
              <w:ind w:left="0" w:right="361" w:firstLine="0"/>
              <w:rPr>
                <w:sz w:val="24"/>
                <w:szCs w:val="24"/>
              </w:rPr>
            </w:pPr>
            <w:r>
              <w:rPr>
                <w:sz w:val="24"/>
                <w:szCs w:val="24"/>
              </w:rPr>
              <w:t>Әдістеме</w:t>
            </w:r>
            <w:r w:rsidR="00760340" w:rsidRPr="00265615">
              <w:rPr>
                <w:sz w:val="24"/>
                <w:szCs w:val="24"/>
              </w:rPr>
              <w:t>л</w:t>
            </w:r>
            <w:r>
              <w:rPr>
                <w:sz w:val="24"/>
                <w:szCs w:val="24"/>
              </w:rPr>
              <w:t>і</w:t>
            </w:r>
            <w:r w:rsidR="00760340" w:rsidRPr="00265615">
              <w:rPr>
                <w:sz w:val="24"/>
                <w:szCs w:val="24"/>
              </w:rPr>
              <w:t xml:space="preserve">к ұсыныстар, практикалық ұсыныстар </w:t>
            </w:r>
          </w:p>
        </w:tc>
      </w:tr>
    </w:tbl>
    <w:p w:rsidR="00E80106" w:rsidRPr="00E80106" w:rsidRDefault="00E80106">
      <w:pPr>
        <w:pStyle w:val="a5"/>
        <w:ind w:right="361" w:firstLine="707"/>
      </w:pPr>
    </w:p>
    <w:p w:rsidR="00760340" w:rsidRDefault="00760340" w:rsidP="00760340">
      <w:pPr>
        <w:pStyle w:val="a5"/>
        <w:ind w:left="142" w:right="361" w:firstLine="0"/>
      </w:pPr>
      <w:r>
        <w:t xml:space="preserve">Осылайша зерттеуде біз қолдандық: </w:t>
      </w:r>
    </w:p>
    <w:p w:rsidR="00760340" w:rsidRDefault="00760340" w:rsidP="00760340">
      <w:pPr>
        <w:pStyle w:val="a5"/>
        <w:ind w:left="142" w:right="361" w:firstLine="0"/>
      </w:pPr>
      <w:r>
        <w:t xml:space="preserve">– </w:t>
      </w:r>
      <w:r w:rsidRPr="00760340">
        <w:t>PubMed, Medline, Google Scholar, eLibrary дерекқорларын, Қазақстан статистика агенттігінің, ҚР Республикалық денсаулық сақтау орталығының ресми деректерін пайдалана отырып, халық арасында антибиотиктерді қолдану білімін, көзқарасы мен практикасын бағалау бойынша халықаралық және отандық тәжірибеге шолу жасалды;</w:t>
      </w:r>
    </w:p>
    <w:p w:rsidR="00760340" w:rsidRDefault="00760340" w:rsidP="00760340">
      <w:pPr>
        <w:pStyle w:val="a5"/>
        <w:ind w:left="142" w:right="361" w:firstLine="0"/>
      </w:pPr>
      <w:r>
        <w:t>– ШҚО деңгейінде тұрғындар арасында сауалнама нәтижелері;</w:t>
      </w:r>
    </w:p>
    <w:p w:rsidR="00760340" w:rsidRPr="009F079C" w:rsidRDefault="00760340" w:rsidP="002164B9">
      <w:pPr>
        <w:pStyle w:val="a5"/>
        <w:ind w:left="142" w:right="361" w:firstLine="0"/>
      </w:pPr>
      <w:r>
        <w:t>– ШҚО деңгейінде үйдегі дәрі қобдишаларын зерттеу нәтижелері.</w:t>
      </w:r>
    </w:p>
    <w:p w:rsidR="00265615" w:rsidRDefault="00760340" w:rsidP="00CD26B3">
      <w:pPr>
        <w:pStyle w:val="a5"/>
        <w:ind w:left="142" w:right="361" w:firstLine="425"/>
      </w:pPr>
      <w:r>
        <w:t xml:space="preserve">Зерттеу жұмыстарын жүргізу бірнеше кезеңнен тұрды, оған мыналар кірді: әлемдік және </w:t>
      </w:r>
      <w:r w:rsidR="0062694D" w:rsidRPr="0062694D">
        <w:t xml:space="preserve">отандық деректер </w:t>
      </w:r>
      <w:r w:rsidR="0062694D">
        <w:t xml:space="preserve">бойынша </w:t>
      </w:r>
      <w:r>
        <w:t>әдебиет көздерін</w:t>
      </w:r>
      <w:r w:rsidR="0062694D">
        <w:t>е библиографиялық іздеу</w:t>
      </w:r>
      <w:r>
        <w:t>, с</w:t>
      </w:r>
      <w:r w:rsidR="0062694D">
        <w:t xml:space="preserve">ауалнамалар әзірлеу және жүргізу, </w:t>
      </w:r>
      <w:r>
        <w:t>сондай-ақ алынған деректерді талдау және синтездеу</w:t>
      </w:r>
      <w:r w:rsidR="0062694D">
        <w:t xml:space="preserve"> </w:t>
      </w:r>
      <w:r w:rsidR="0062694D" w:rsidRPr="00402EED">
        <w:t xml:space="preserve">(сурет </w:t>
      </w:r>
      <w:r w:rsidR="00402EED" w:rsidRPr="00402EED">
        <w:t>1</w:t>
      </w:r>
      <w:r w:rsidRPr="00402EED">
        <w:t>).</w:t>
      </w:r>
    </w:p>
    <w:p w:rsidR="00052070" w:rsidRDefault="00052070" w:rsidP="00052070">
      <w:pPr>
        <w:pStyle w:val="a5"/>
        <w:tabs>
          <w:tab w:val="left" w:pos="5498"/>
        </w:tabs>
        <w:ind w:left="142" w:right="361" w:firstLine="425"/>
      </w:pPr>
      <w:r>
        <w:tab/>
      </w:r>
    </w:p>
    <w:p w:rsidR="00052070" w:rsidRPr="00265615" w:rsidRDefault="00052070" w:rsidP="00052070">
      <w:pPr>
        <w:pStyle w:val="a5"/>
        <w:tabs>
          <w:tab w:val="left" w:pos="5498"/>
        </w:tabs>
        <w:ind w:left="142" w:right="361" w:firstLine="425"/>
      </w:pPr>
    </w:p>
    <w:p w:rsidR="0062694D" w:rsidRDefault="0062694D" w:rsidP="0062694D">
      <w:pPr>
        <w:pStyle w:val="a5"/>
        <w:ind w:left="142" w:right="361" w:firstLine="425"/>
      </w:pPr>
      <w:r>
        <w:rPr>
          <w:noProof/>
          <w:lang w:val="ru-RU" w:eastAsia="ru-RU"/>
        </w:rPr>
        <mc:AlternateContent>
          <mc:Choice Requires="wps">
            <w:drawing>
              <wp:anchor distT="0" distB="0" distL="114300" distR="114300" simplePos="0" relativeHeight="251681792" behindDoc="0" locked="0" layoutInCell="1" allowOverlap="1" wp14:anchorId="2843F7B3" wp14:editId="528246BF">
                <wp:simplePos x="0" y="0"/>
                <wp:positionH relativeFrom="column">
                  <wp:posOffset>154899</wp:posOffset>
                </wp:positionH>
                <wp:positionV relativeFrom="paragraph">
                  <wp:posOffset>61092</wp:posOffset>
                </wp:positionV>
                <wp:extent cx="5510035" cy="587829"/>
                <wp:effectExtent l="0" t="0" r="14605" b="22225"/>
                <wp:wrapNone/>
                <wp:docPr id="50" name="Прямоугольник 50"/>
                <wp:cNvGraphicFramePr/>
                <a:graphic xmlns:a="http://schemas.openxmlformats.org/drawingml/2006/main">
                  <a:graphicData uri="http://schemas.microsoft.com/office/word/2010/wordprocessingShape">
                    <wps:wsp>
                      <wps:cNvSpPr/>
                      <wps:spPr>
                        <a:xfrm>
                          <a:off x="0" y="0"/>
                          <a:ext cx="5510035" cy="587829"/>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62694D" w:rsidRDefault="00587237" w:rsidP="0062694D">
                            <w:pPr>
                              <w:jc w:val="center"/>
                              <w:rPr>
                                <w:color w:val="000000" w:themeColor="text1"/>
                              </w:rPr>
                            </w:pPr>
                            <w:r w:rsidRPr="0062694D">
                              <w:rPr>
                                <w:color w:val="000000" w:themeColor="text1"/>
                              </w:rPr>
                              <w:t>Тұрғындар арасында антибиотиктерді қолдану білімін, көзқарасы мен практикасын бағалау бойынша шолу жүргізу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3F7B3" id="Прямоугольник 50" o:spid="_x0000_s1026" style="position:absolute;left:0;text-align:left;margin-left:12.2pt;margin-top:4.8pt;width:433.85pt;height:4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" fillcolor="#d6e3bc [1302]" strokecolor="#243f60 [1604]" strokeweight="2pt">
                <v:textbox>
                  <w:txbxContent>
                    <w:p w:rsidR="00587237" w:rsidRPr="0062694D" w:rsidRDefault="00587237" w:rsidP="0062694D">
                      <w:pPr>
                        <w:jc w:val="center"/>
                        <w:rPr>
                          <w:color w:val="000000" w:themeColor="text1"/>
                        </w:rPr>
                      </w:pPr>
                      <w:r w:rsidRPr="0062694D">
                        <w:rPr>
                          <w:color w:val="000000" w:themeColor="text1"/>
                        </w:rPr>
                        <w:t>Тұрғындар арасында антибиотиктерді қолдану білімін, көзқарасы мен практикасын бағалау бойынша шолу жүргізу</w:t>
                      </w:r>
                    </w:p>
                  </w:txbxContent>
                </v:textbox>
              </v:rect>
            </w:pict>
          </mc:Fallback>
        </mc:AlternateContent>
      </w: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2694D" w:rsidP="0062694D">
      <w:pPr>
        <w:pStyle w:val="a5"/>
        <w:ind w:left="142" w:right="361" w:firstLine="425"/>
      </w:pPr>
      <w:r>
        <w:rPr>
          <w:noProof/>
          <w:lang w:val="ru-RU" w:eastAsia="ru-RU"/>
        </w:rPr>
        <mc:AlternateContent>
          <mc:Choice Requires="wps">
            <w:drawing>
              <wp:anchor distT="0" distB="0" distL="114300" distR="114300" simplePos="0" relativeHeight="251682816" behindDoc="0" locked="0" layoutInCell="1" allowOverlap="1" wp14:anchorId="6AE0FA7B" wp14:editId="53F62C81">
                <wp:simplePos x="0" y="0"/>
                <wp:positionH relativeFrom="column">
                  <wp:posOffset>1270932</wp:posOffset>
                </wp:positionH>
                <wp:positionV relativeFrom="paragraph">
                  <wp:posOffset>88487</wp:posOffset>
                </wp:positionV>
                <wp:extent cx="0" cy="409698"/>
                <wp:effectExtent l="95250" t="0" r="114300" b="66675"/>
                <wp:wrapNone/>
                <wp:docPr id="52" name="Прямая со стрелкой 52"/>
                <wp:cNvGraphicFramePr/>
                <a:graphic xmlns:a="http://schemas.openxmlformats.org/drawingml/2006/main">
                  <a:graphicData uri="http://schemas.microsoft.com/office/word/2010/wordprocessingShape">
                    <wps:wsp>
                      <wps:cNvCnPr/>
                      <wps:spPr>
                        <a:xfrm>
                          <a:off x="0" y="0"/>
                          <a:ext cx="0" cy="40969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EE0D0B6" id="_x0000_t32" coordsize="21600,21600" o:spt="32" o:oned="t" path="m,l21600,21600e" filled="f">
                <v:path arrowok="t" fillok="f" o:connecttype="none"/>
                <o:lock v:ext="edit" shapetype="t"/>
              </v:shapetype>
              <v:shape id="Прямая со стрелкой 52" o:spid="_x0000_s1026" type="#_x0000_t32" style="position:absolute;margin-left:100.05pt;margin-top:6.95pt;width:0;height:3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" strokecolor="#4579b8 [3044]">
                <v:stroke endarrow="open"/>
              </v:shape>
            </w:pict>
          </mc:Fallback>
        </mc:AlternateContent>
      </w:r>
      <w:r>
        <w:t xml:space="preserve">                         </w:t>
      </w:r>
    </w:p>
    <w:p w:rsidR="0062694D" w:rsidRDefault="0062694D" w:rsidP="0062694D">
      <w:pPr>
        <w:pStyle w:val="a5"/>
        <w:ind w:left="142" w:right="361" w:firstLine="425"/>
      </w:pPr>
    </w:p>
    <w:p w:rsidR="0062694D" w:rsidRDefault="0062694D" w:rsidP="0062694D">
      <w:pPr>
        <w:pStyle w:val="a5"/>
        <w:ind w:left="142" w:right="361" w:firstLine="425"/>
      </w:pPr>
      <w:r>
        <w:rPr>
          <w:noProof/>
          <w:lang w:val="ru-RU" w:eastAsia="ru-RU"/>
        </w:rPr>
        <mc:AlternateContent>
          <mc:Choice Requires="wps">
            <w:drawing>
              <wp:anchor distT="0" distB="0" distL="114300" distR="114300" simplePos="0" relativeHeight="251685888" behindDoc="0" locked="0" layoutInCell="1" allowOverlap="1" wp14:anchorId="26163964" wp14:editId="3DA473B7">
                <wp:simplePos x="0" y="0"/>
                <wp:positionH relativeFrom="column">
                  <wp:posOffset>3343275</wp:posOffset>
                </wp:positionH>
                <wp:positionV relativeFrom="paragraph">
                  <wp:posOffset>101946</wp:posOffset>
                </wp:positionV>
                <wp:extent cx="2582884" cy="462626"/>
                <wp:effectExtent l="0" t="0" r="27305" b="13970"/>
                <wp:wrapNone/>
                <wp:docPr id="55" name="Прямоугольник 55"/>
                <wp:cNvGraphicFramePr/>
                <a:graphic xmlns:a="http://schemas.openxmlformats.org/drawingml/2006/main">
                  <a:graphicData uri="http://schemas.microsoft.com/office/word/2010/wordprocessingShape">
                    <wps:wsp>
                      <wps:cNvSpPr/>
                      <wps:spPr>
                        <a:xfrm>
                          <a:off x="0" y="0"/>
                          <a:ext cx="2582884" cy="462626"/>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62694D">
                            <w:pPr>
                              <w:jc w:val="center"/>
                              <w:rPr>
                                <w:color w:val="000000" w:themeColor="text1"/>
                              </w:rPr>
                            </w:pPr>
                            <w:r w:rsidRPr="00925C8B">
                              <w:rPr>
                                <w:color w:val="000000" w:themeColor="text1"/>
                              </w:rPr>
                              <w:t>Библиографиялық әдіс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63964" id="Прямоугольник 55" o:spid="_x0000_s1027" style="position:absolute;left:0;text-align:left;margin-left:263.25pt;margin-top:8.05pt;width:203.4pt;height:36.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" fillcolor="#d6e3bc [1302]" strokecolor="#243f60 [1604]" strokeweight="2pt">
                <v:textbox>
                  <w:txbxContent>
                    <w:p w:rsidR="00587237" w:rsidRPr="00925C8B" w:rsidRDefault="00587237" w:rsidP="0062694D">
                      <w:pPr>
                        <w:jc w:val="center"/>
                        <w:rPr>
                          <w:color w:val="000000" w:themeColor="text1"/>
                        </w:rPr>
                      </w:pPr>
                      <w:r w:rsidRPr="00925C8B">
                        <w:rPr>
                          <w:color w:val="000000" w:themeColor="text1"/>
                        </w:rPr>
                        <w:t>Библиографиялық әдіс</w:t>
                      </w:r>
                    </w:p>
                  </w:txbxContent>
                </v:textbox>
              </v:rect>
            </w:pict>
          </mc:Fallback>
        </mc:AlternateContent>
      </w:r>
      <w:r>
        <w:rPr>
          <w:noProof/>
          <w:lang w:val="ru-RU" w:eastAsia="ru-RU"/>
        </w:rPr>
        <mc:AlternateContent>
          <mc:Choice Requires="wps">
            <w:drawing>
              <wp:anchor distT="0" distB="0" distL="114300" distR="114300" simplePos="0" relativeHeight="251683840" behindDoc="0" locked="0" layoutInCell="1" allowOverlap="1" wp14:anchorId="68F80AC5" wp14:editId="0EC218DC">
                <wp:simplePos x="0" y="0"/>
                <wp:positionH relativeFrom="column">
                  <wp:posOffset>-237581</wp:posOffset>
                </wp:positionH>
                <wp:positionV relativeFrom="paragraph">
                  <wp:posOffset>89535</wp:posOffset>
                </wp:positionV>
                <wp:extent cx="3004457" cy="475013"/>
                <wp:effectExtent l="0" t="0" r="24765" b="20320"/>
                <wp:wrapNone/>
                <wp:docPr id="53" name="Прямоугольник 53"/>
                <wp:cNvGraphicFramePr/>
                <a:graphic xmlns:a="http://schemas.openxmlformats.org/drawingml/2006/main">
                  <a:graphicData uri="http://schemas.microsoft.com/office/word/2010/wordprocessingShape">
                    <wps:wsp>
                      <wps:cNvSpPr/>
                      <wps:spPr>
                        <a:xfrm>
                          <a:off x="0" y="0"/>
                          <a:ext cx="3004457" cy="475013"/>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62694D" w:rsidRDefault="00587237" w:rsidP="0062694D">
                            <w:pPr>
                              <w:jc w:val="center"/>
                              <w:rPr>
                                <w:color w:val="000000" w:themeColor="text1"/>
                              </w:rPr>
                            </w:pPr>
                            <w:r w:rsidRPr="0062694D">
                              <w:rPr>
                                <w:color w:val="000000" w:themeColor="text1"/>
                              </w:rPr>
                              <w:t>Шетелдік және отандық әдебиеттерге шолу жүргізу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80AC5" id="Прямоугольник 53" o:spid="_x0000_s1028" style="position:absolute;left:0;text-align:left;margin-left:-18.7pt;margin-top:7.05pt;width:236.55pt;height:3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" fillcolor="#d6e3bc [1302]" strokecolor="#243f60 [1604]" strokeweight="2pt">
                <v:textbox>
                  <w:txbxContent>
                    <w:p w:rsidR="00587237" w:rsidRPr="0062694D" w:rsidRDefault="00587237" w:rsidP="0062694D">
                      <w:pPr>
                        <w:jc w:val="center"/>
                        <w:rPr>
                          <w:color w:val="000000" w:themeColor="text1"/>
                        </w:rPr>
                      </w:pPr>
                      <w:r w:rsidRPr="0062694D">
                        <w:rPr>
                          <w:color w:val="000000" w:themeColor="text1"/>
                        </w:rPr>
                        <w:t>Шетелдік және отандық әдебиеттерге шолу жүргізу</w:t>
                      </w:r>
                    </w:p>
                  </w:txbxContent>
                </v:textbox>
              </v:rect>
            </w:pict>
          </mc:Fallback>
        </mc:AlternateContent>
      </w:r>
    </w:p>
    <w:p w:rsidR="0062694D" w:rsidRDefault="0062694D" w:rsidP="0062694D">
      <w:pPr>
        <w:pStyle w:val="a5"/>
        <w:ind w:left="142" w:right="361" w:firstLine="425"/>
      </w:pPr>
      <w:r>
        <w:rPr>
          <w:noProof/>
          <w:lang w:val="ru-RU" w:eastAsia="ru-RU"/>
        </w:rPr>
        <mc:AlternateContent>
          <mc:Choice Requires="wps">
            <w:drawing>
              <wp:anchor distT="0" distB="0" distL="114300" distR="114300" simplePos="0" relativeHeight="251684864" behindDoc="0" locked="0" layoutInCell="1" allowOverlap="1" wp14:anchorId="47407BF9" wp14:editId="0FE0E750">
                <wp:simplePos x="0" y="0"/>
                <wp:positionH relativeFrom="column">
                  <wp:posOffset>2767470</wp:posOffset>
                </wp:positionH>
                <wp:positionV relativeFrom="paragraph">
                  <wp:posOffset>116807</wp:posOffset>
                </wp:positionV>
                <wp:extent cx="575953" cy="0"/>
                <wp:effectExtent l="0" t="76200" r="14605" b="114300"/>
                <wp:wrapNone/>
                <wp:docPr id="54" name="Прямая со стрелкой 54"/>
                <wp:cNvGraphicFramePr/>
                <a:graphic xmlns:a="http://schemas.openxmlformats.org/drawingml/2006/main">
                  <a:graphicData uri="http://schemas.microsoft.com/office/word/2010/wordprocessingShape">
                    <wps:wsp>
                      <wps:cNvCnPr/>
                      <wps:spPr>
                        <a:xfrm>
                          <a:off x="0" y="0"/>
                          <a:ext cx="575953"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62295E" id="Прямая со стрелкой 54" o:spid="_x0000_s1026" type="#_x0000_t32" style="position:absolute;margin-left:217.9pt;margin-top:9.2pt;width:45.3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" strokecolor="#4579b8 [3044]">
                <v:stroke endarrow="open"/>
              </v:shape>
            </w:pict>
          </mc:Fallback>
        </mc:AlternateContent>
      </w: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86912" behindDoc="0" locked="0" layoutInCell="1" allowOverlap="1" wp14:anchorId="42169219" wp14:editId="76EF9F19">
                <wp:simplePos x="0" y="0"/>
                <wp:positionH relativeFrom="column">
                  <wp:posOffset>1270635</wp:posOffset>
                </wp:positionH>
                <wp:positionV relativeFrom="paragraph">
                  <wp:posOffset>163830</wp:posOffset>
                </wp:positionV>
                <wp:extent cx="0" cy="427355"/>
                <wp:effectExtent l="95250" t="0" r="76200" b="48895"/>
                <wp:wrapNone/>
                <wp:docPr id="56" name="Прямая со стрелкой 56"/>
                <wp:cNvGraphicFramePr/>
                <a:graphic xmlns:a="http://schemas.openxmlformats.org/drawingml/2006/main">
                  <a:graphicData uri="http://schemas.microsoft.com/office/word/2010/wordprocessingShape">
                    <wps:wsp>
                      <wps:cNvCnPr/>
                      <wps:spPr>
                        <a:xfrm>
                          <a:off x="0" y="0"/>
                          <a:ext cx="0" cy="4273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D8048" id="Прямая со стрелкой 56" o:spid="_x0000_s1026" type="#_x0000_t32" style="position:absolute;margin-left:100.05pt;margin-top:12.9pt;width:0;height:3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" strokecolor="#4579b8 [3044]">
                <v:stroke endarrow="open"/>
              </v:shape>
            </w:pict>
          </mc:Fallback>
        </mc:AlternateContent>
      </w:r>
    </w:p>
    <w:p w:rsidR="0062694D" w:rsidRDefault="0062694D" w:rsidP="0062694D">
      <w:pPr>
        <w:pStyle w:val="a5"/>
        <w:ind w:left="142" w:right="361" w:firstLine="425"/>
      </w:pP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87936" behindDoc="0" locked="0" layoutInCell="1" allowOverlap="1" wp14:anchorId="61B77000" wp14:editId="55509BD2">
                <wp:simplePos x="0" y="0"/>
                <wp:positionH relativeFrom="column">
                  <wp:posOffset>-195423</wp:posOffset>
                </wp:positionH>
                <wp:positionV relativeFrom="paragraph">
                  <wp:posOffset>182881</wp:posOffset>
                </wp:positionV>
                <wp:extent cx="3129148" cy="558140"/>
                <wp:effectExtent l="0" t="0" r="14605" b="13970"/>
                <wp:wrapNone/>
                <wp:docPr id="57" name="Прямоугольник 57"/>
                <wp:cNvGraphicFramePr/>
                <a:graphic xmlns:a="http://schemas.openxmlformats.org/drawingml/2006/main">
                  <a:graphicData uri="http://schemas.microsoft.com/office/word/2010/wordprocessingShape">
                    <wps:wsp>
                      <wps:cNvSpPr/>
                      <wps:spPr>
                        <a:xfrm>
                          <a:off x="0" y="0"/>
                          <a:ext cx="3129148" cy="55814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925C8B">
                            <w:pPr>
                              <w:jc w:val="center"/>
                              <w:rPr>
                                <w:color w:val="000000" w:themeColor="text1"/>
                              </w:rPr>
                            </w:pPr>
                            <w:r w:rsidRPr="00C2240B">
                              <w:rPr>
                                <w:color w:val="000000" w:themeColor="text1"/>
                              </w:rPr>
                              <w:t>Тұрғындардың антибиотиктерге қатысты білімін, көзқарасын ж</w:t>
                            </w:r>
                            <w:r>
                              <w:rPr>
                                <w:color w:val="000000" w:themeColor="text1"/>
                              </w:rPr>
                              <w:t>әне қолдану тәжірибесін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77000" id="Прямоугольник 57" o:spid="_x0000_s1029" style="position:absolute;left:0;text-align:left;margin-left:-15.4pt;margin-top:14.4pt;width:246.4pt;height:4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" fillcolor="#fde9d9 [665]" strokecolor="#243f60 [1604]" strokeweight="2pt">
                <v:textbox>
                  <w:txbxContent>
                    <w:p w:rsidR="00587237" w:rsidRPr="00925C8B" w:rsidRDefault="00587237" w:rsidP="00925C8B">
                      <w:pPr>
                        <w:jc w:val="center"/>
                        <w:rPr>
                          <w:color w:val="000000" w:themeColor="text1"/>
                        </w:rPr>
                      </w:pPr>
                      <w:r w:rsidRPr="00C2240B">
                        <w:rPr>
                          <w:color w:val="000000" w:themeColor="text1"/>
                        </w:rPr>
                        <w:t>Тұрғындардың антибиотиктерге қатысты білімін, көзқарасын ж</w:t>
                      </w:r>
                      <w:r>
                        <w:rPr>
                          <w:color w:val="000000" w:themeColor="text1"/>
                        </w:rPr>
                        <w:t>әне қолдану тәжірибесін бағалау</w:t>
                      </w:r>
                    </w:p>
                  </w:txbxContent>
                </v:textbox>
              </v:rect>
            </w:pict>
          </mc:Fallback>
        </mc:AlternateContent>
      </w:r>
    </w:p>
    <w:p w:rsidR="0062694D" w:rsidRDefault="0062694D" w:rsidP="0062694D">
      <w:pPr>
        <w:pStyle w:val="a5"/>
        <w:ind w:left="142" w:right="361" w:firstLine="425"/>
      </w:pPr>
    </w:p>
    <w:p w:rsidR="0062694D" w:rsidRDefault="000466BB" w:rsidP="0062694D">
      <w:pPr>
        <w:pStyle w:val="a5"/>
        <w:ind w:left="142" w:right="361" w:firstLine="425"/>
      </w:pPr>
      <w:r>
        <w:rPr>
          <w:noProof/>
          <w:lang w:val="ru-RU" w:eastAsia="ru-RU"/>
        </w:rPr>
        <mc:AlternateContent>
          <mc:Choice Requires="wps">
            <w:drawing>
              <wp:anchor distT="0" distB="0" distL="114300" distR="114300" simplePos="0" relativeHeight="251696128" behindDoc="0" locked="0" layoutInCell="1" allowOverlap="1" wp14:anchorId="1076AFBE" wp14:editId="3440C771">
                <wp:simplePos x="0" y="0"/>
                <wp:positionH relativeFrom="column">
                  <wp:posOffset>2933222</wp:posOffset>
                </wp:positionH>
                <wp:positionV relativeFrom="paragraph">
                  <wp:posOffset>88636</wp:posOffset>
                </wp:positionV>
                <wp:extent cx="914400" cy="914400"/>
                <wp:effectExtent l="0" t="0" r="57150" b="114300"/>
                <wp:wrapNone/>
                <wp:docPr id="1041" name="Соединительная линия уступом 1041"/>
                <wp:cNvGraphicFramePr/>
                <a:graphic xmlns:a="http://schemas.openxmlformats.org/drawingml/2006/main">
                  <a:graphicData uri="http://schemas.microsoft.com/office/word/2010/wordprocessingShape">
                    <wps:wsp>
                      <wps:cNvCnPr/>
                      <wps:spPr>
                        <a:xfrm>
                          <a:off x="0" y="0"/>
                          <a:ext cx="914400" cy="914400"/>
                        </a:xfrm>
                        <a:prstGeom prst="bentConnector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D1EB0A"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041" o:spid="_x0000_s1026" type="#_x0000_t34" style="position:absolute;margin-left:230.95pt;margin-top:7pt;width:1in;height:1in;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" strokecolor="#4579b8 [3044]">
                <v:stroke endarrow="open"/>
              </v:shape>
            </w:pict>
          </mc:Fallback>
        </mc:AlternateContent>
      </w: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88960" behindDoc="0" locked="0" layoutInCell="1" allowOverlap="1" wp14:anchorId="34301577" wp14:editId="33B440C9">
                <wp:simplePos x="0" y="0"/>
                <wp:positionH relativeFrom="column">
                  <wp:posOffset>1271179</wp:posOffset>
                </wp:positionH>
                <wp:positionV relativeFrom="paragraph">
                  <wp:posOffset>127000</wp:posOffset>
                </wp:positionV>
                <wp:extent cx="0" cy="398434"/>
                <wp:effectExtent l="95250" t="0" r="114300" b="59055"/>
                <wp:wrapNone/>
                <wp:docPr id="58" name="Прямая со стрелкой 58"/>
                <wp:cNvGraphicFramePr/>
                <a:graphic xmlns:a="http://schemas.openxmlformats.org/drawingml/2006/main">
                  <a:graphicData uri="http://schemas.microsoft.com/office/word/2010/wordprocessingShape">
                    <wps:wsp>
                      <wps:cNvCnPr/>
                      <wps:spPr>
                        <a:xfrm>
                          <a:off x="0" y="0"/>
                          <a:ext cx="0" cy="39843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1ABD0D" id="Прямая со стрелкой 58" o:spid="_x0000_s1026" type="#_x0000_t32" style="position:absolute;margin-left:100.1pt;margin-top:10pt;width:0;height:31.3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" strokecolor="#4579b8 [3044]">
                <v:stroke endarrow="open"/>
              </v:shape>
            </w:pict>
          </mc:Fallback>
        </mc:AlternateContent>
      </w:r>
    </w:p>
    <w:p w:rsidR="0062694D" w:rsidRDefault="0062694D" w:rsidP="0062694D">
      <w:pPr>
        <w:pStyle w:val="a5"/>
        <w:ind w:left="142" w:right="361" w:firstLine="425"/>
      </w:pP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89984" behindDoc="0" locked="0" layoutInCell="1" allowOverlap="1" wp14:anchorId="25262E98" wp14:editId="44D65350">
                <wp:simplePos x="0" y="0"/>
                <wp:positionH relativeFrom="column">
                  <wp:posOffset>-236509</wp:posOffset>
                </wp:positionH>
                <wp:positionV relativeFrom="paragraph">
                  <wp:posOffset>116394</wp:posOffset>
                </wp:positionV>
                <wp:extent cx="3128447" cy="469075"/>
                <wp:effectExtent l="0" t="0" r="15240" b="26670"/>
                <wp:wrapNone/>
                <wp:docPr id="59" name="Прямоугольник 59"/>
                <wp:cNvGraphicFramePr/>
                <a:graphic xmlns:a="http://schemas.openxmlformats.org/drawingml/2006/main">
                  <a:graphicData uri="http://schemas.microsoft.com/office/word/2010/wordprocessingShape">
                    <wps:wsp>
                      <wps:cNvSpPr/>
                      <wps:spPr>
                        <a:xfrm>
                          <a:off x="0" y="0"/>
                          <a:ext cx="3128447" cy="46907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925C8B">
                            <w:pPr>
                              <w:jc w:val="center"/>
                              <w:rPr>
                                <w:color w:val="000000" w:themeColor="text1"/>
                              </w:rPr>
                            </w:pPr>
                            <w:r w:rsidRPr="00925C8B">
                              <w:rPr>
                                <w:color w:val="000000" w:themeColor="text1"/>
                              </w:rPr>
                              <w:t>Тұрғындардың антибиотиктерді өз бетінше қолданатын жағдайларын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62E98" id="Прямоугольник 59" o:spid="_x0000_s1030" style="position:absolute;left:0;text-align:left;margin-left:-18.6pt;margin-top:9.15pt;width:246.35pt;height:36.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" fillcolor="#fde9d9 [665]" strokecolor="#243f60 [1604]" strokeweight="2pt">
                <v:textbox>
                  <w:txbxContent>
                    <w:p w:rsidR="00587237" w:rsidRPr="00925C8B" w:rsidRDefault="00587237" w:rsidP="00925C8B">
                      <w:pPr>
                        <w:jc w:val="center"/>
                        <w:rPr>
                          <w:color w:val="000000" w:themeColor="text1"/>
                        </w:rPr>
                      </w:pPr>
                      <w:r w:rsidRPr="00925C8B">
                        <w:rPr>
                          <w:color w:val="000000" w:themeColor="text1"/>
                        </w:rPr>
                        <w:t>Тұрғындардың антибиотиктерді өз бетінше қолданатын жағдайларын анықтау</w:t>
                      </w:r>
                    </w:p>
                  </w:txbxContent>
                </v:textbox>
              </v:rect>
            </w:pict>
          </mc:Fallback>
        </mc:AlternateContent>
      </w:r>
    </w:p>
    <w:p w:rsidR="0062694D" w:rsidRDefault="000466BB" w:rsidP="0062694D">
      <w:pPr>
        <w:pStyle w:val="a5"/>
        <w:ind w:left="142" w:right="361" w:firstLine="425"/>
      </w:pPr>
      <w:r>
        <w:rPr>
          <w:noProof/>
          <w:lang w:val="ru-RU" w:eastAsia="ru-RU"/>
        </w:rPr>
        <mc:AlternateContent>
          <mc:Choice Requires="wps">
            <w:drawing>
              <wp:anchor distT="0" distB="0" distL="114300" distR="114300" simplePos="0" relativeHeight="251697152" behindDoc="0" locked="0" layoutInCell="1" allowOverlap="1" wp14:anchorId="6D46F296" wp14:editId="55D54C1E">
                <wp:simplePos x="0" y="0"/>
                <wp:positionH relativeFrom="column">
                  <wp:posOffset>2891022</wp:posOffset>
                </wp:positionH>
                <wp:positionV relativeFrom="paragraph">
                  <wp:posOffset>185156</wp:posOffset>
                </wp:positionV>
                <wp:extent cx="927413" cy="249382"/>
                <wp:effectExtent l="0" t="0" r="82550" b="93980"/>
                <wp:wrapNone/>
                <wp:docPr id="1042" name="Прямая со стрелкой 1042"/>
                <wp:cNvGraphicFramePr/>
                <a:graphic xmlns:a="http://schemas.openxmlformats.org/drawingml/2006/main">
                  <a:graphicData uri="http://schemas.microsoft.com/office/word/2010/wordprocessingShape">
                    <wps:wsp>
                      <wps:cNvCnPr/>
                      <wps:spPr>
                        <a:xfrm>
                          <a:off x="0" y="0"/>
                          <a:ext cx="927413" cy="24938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1AF881" id="Прямая со стрелкой 1042" o:spid="_x0000_s1026" type="#_x0000_t32" style="position:absolute;margin-left:227.65pt;margin-top:14.6pt;width:73pt;height:19.6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" strokecolor="#4579b8 [3044]">
                <v:stroke endarrow="open"/>
              </v:shape>
            </w:pict>
          </mc:Fallback>
        </mc:AlternateContent>
      </w:r>
      <w:r w:rsidR="00925C8B">
        <w:rPr>
          <w:noProof/>
          <w:lang w:val="ru-RU" w:eastAsia="ru-RU"/>
        </w:rPr>
        <mc:AlternateContent>
          <mc:Choice Requires="wps">
            <w:drawing>
              <wp:anchor distT="0" distB="0" distL="114300" distR="114300" simplePos="0" relativeHeight="251695104" behindDoc="0" locked="0" layoutInCell="1" allowOverlap="1" wp14:anchorId="72D5FCD4" wp14:editId="16513A5E">
                <wp:simplePos x="0" y="0"/>
                <wp:positionH relativeFrom="column">
                  <wp:posOffset>3860000</wp:posOffset>
                </wp:positionH>
                <wp:positionV relativeFrom="paragraph">
                  <wp:posOffset>113904</wp:posOffset>
                </wp:positionV>
                <wp:extent cx="2065375" cy="848492"/>
                <wp:effectExtent l="0" t="0" r="11430" b="27940"/>
                <wp:wrapNone/>
                <wp:docPr id="1039" name="Прямоугольник 1039"/>
                <wp:cNvGraphicFramePr/>
                <a:graphic xmlns:a="http://schemas.openxmlformats.org/drawingml/2006/main">
                  <a:graphicData uri="http://schemas.microsoft.com/office/word/2010/wordprocessingShape">
                    <wps:wsp>
                      <wps:cNvSpPr/>
                      <wps:spPr>
                        <a:xfrm>
                          <a:off x="0" y="0"/>
                          <a:ext cx="2065375" cy="848492"/>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925C8B">
                            <w:pPr>
                              <w:jc w:val="center"/>
                              <w:rPr>
                                <w:color w:val="000000" w:themeColor="text1"/>
                              </w:rPr>
                            </w:pPr>
                            <w:r w:rsidRPr="00925C8B">
                              <w:rPr>
                                <w:color w:val="000000" w:themeColor="text1"/>
                              </w:rPr>
                              <w:t>Әлеуметтік,аналитикалық, статистикалық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5FCD4" id="Прямоугольник 1039" o:spid="_x0000_s1031" style="position:absolute;left:0;text-align:left;margin-left:303.95pt;margin-top:8.95pt;width:162.65pt;height:6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" fillcolor="#fde9d9 [665]" strokecolor="#243f60 [1604]" strokeweight="2pt">
                <v:textbox>
                  <w:txbxContent>
                    <w:p w:rsidR="00587237" w:rsidRPr="00925C8B" w:rsidRDefault="00587237" w:rsidP="00925C8B">
                      <w:pPr>
                        <w:jc w:val="center"/>
                        <w:rPr>
                          <w:color w:val="000000" w:themeColor="text1"/>
                        </w:rPr>
                      </w:pPr>
                      <w:r w:rsidRPr="00925C8B">
                        <w:rPr>
                          <w:color w:val="000000" w:themeColor="text1"/>
                        </w:rPr>
                        <w:t>Әлеуметтік,аналитикалық, статистикалық</w:t>
                      </w:r>
                    </w:p>
                  </w:txbxContent>
                </v:textbox>
              </v:rect>
            </w:pict>
          </mc:Fallback>
        </mc:AlternateContent>
      </w: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91008" behindDoc="0" locked="0" layoutInCell="1" allowOverlap="1" wp14:anchorId="4538EA76" wp14:editId="33878131">
                <wp:simplePos x="0" y="0"/>
                <wp:positionH relativeFrom="column">
                  <wp:posOffset>1271179</wp:posOffset>
                </wp:positionH>
                <wp:positionV relativeFrom="paragraph">
                  <wp:posOffset>176184</wp:posOffset>
                </wp:positionV>
                <wp:extent cx="0" cy="427957"/>
                <wp:effectExtent l="95250" t="0" r="76200" b="48895"/>
                <wp:wrapNone/>
                <wp:docPr id="60" name="Прямая со стрелкой 60"/>
                <wp:cNvGraphicFramePr/>
                <a:graphic xmlns:a="http://schemas.openxmlformats.org/drawingml/2006/main">
                  <a:graphicData uri="http://schemas.microsoft.com/office/word/2010/wordprocessingShape">
                    <wps:wsp>
                      <wps:cNvCnPr/>
                      <wps:spPr>
                        <a:xfrm>
                          <a:off x="0" y="0"/>
                          <a:ext cx="0" cy="42795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8039F3" id="Прямая со стрелкой 60" o:spid="_x0000_s1026" type="#_x0000_t32" style="position:absolute;margin-left:100.1pt;margin-top:13.85pt;width:0;height:33.7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" strokecolor="#4579b8 [3044]">
                <v:stroke endarrow="open"/>
              </v:shape>
            </w:pict>
          </mc:Fallback>
        </mc:AlternateContent>
      </w:r>
    </w:p>
    <w:p w:rsidR="0062694D" w:rsidRDefault="000466BB" w:rsidP="0062694D">
      <w:pPr>
        <w:pStyle w:val="a5"/>
        <w:ind w:left="142" w:right="361" w:firstLine="425"/>
      </w:pPr>
      <w:r>
        <w:rPr>
          <w:noProof/>
          <w:lang w:val="ru-RU" w:eastAsia="ru-RU"/>
        </w:rPr>
        <mc:AlternateContent>
          <mc:Choice Requires="wps">
            <w:drawing>
              <wp:anchor distT="0" distB="0" distL="114300" distR="114300" simplePos="0" relativeHeight="251698176" behindDoc="0" locked="0" layoutInCell="1" allowOverlap="1" wp14:anchorId="707403D9" wp14:editId="2DC48DE0">
                <wp:simplePos x="0" y="0"/>
                <wp:positionH relativeFrom="column">
                  <wp:posOffset>2892161</wp:posOffset>
                </wp:positionH>
                <wp:positionV relativeFrom="paragraph">
                  <wp:posOffset>191852</wp:posOffset>
                </wp:positionV>
                <wp:extent cx="927100" cy="552203"/>
                <wp:effectExtent l="0" t="38100" r="63500" b="19685"/>
                <wp:wrapNone/>
                <wp:docPr id="1043" name="Прямая со стрелкой 1043"/>
                <wp:cNvGraphicFramePr/>
                <a:graphic xmlns:a="http://schemas.openxmlformats.org/drawingml/2006/main">
                  <a:graphicData uri="http://schemas.microsoft.com/office/word/2010/wordprocessingShape">
                    <wps:wsp>
                      <wps:cNvCnPr/>
                      <wps:spPr>
                        <a:xfrm flipV="1">
                          <a:off x="0" y="0"/>
                          <a:ext cx="927100" cy="5522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20A172" id="Прямая со стрелкой 1043" o:spid="_x0000_s1026" type="#_x0000_t32" style="position:absolute;margin-left:227.75pt;margin-top:15.1pt;width:73pt;height:43.5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" strokecolor="#4579b8 [3044]">
                <v:stroke endarrow="open"/>
              </v:shape>
            </w:pict>
          </mc:Fallback>
        </mc:AlternateContent>
      </w: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92032" behindDoc="0" locked="0" layoutInCell="1" allowOverlap="1" wp14:anchorId="68838F62" wp14:editId="1A20879C">
                <wp:simplePos x="0" y="0"/>
                <wp:positionH relativeFrom="column">
                  <wp:posOffset>-236987</wp:posOffset>
                </wp:positionH>
                <wp:positionV relativeFrom="paragraph">
                  <wp:posOffset>195200</wp:posOffset>
                </wp:positionV>
                <wp:extent cx="3127829" cy="611579"/>
                <wp:effectExtent l="0" t="0" r="15875" b="17145"/>
                <wp:wrapNone/>
                <wp:docPr id="61" name="Прямоугольник 61"/>
                <wp:cNvGraphicFramePr/>
                <a:graphic xmlns:a="http://schemas.openxmlformats.org/drawingml/2006/main">
                  <a:graphicData uri="http://schemas.microsoft.com/office/word/2010/wordprocessingShape">
                    <wps:wsp>
                      <wps:cNvSpPr/>
                      <wps:spPr>
                        <a:xfrm>
                          <a:off x="0" y="0"/>
                          <a:ext cx="3127829" cy="611579"/>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925C8B">
                            <w:pPr>
                              <w:jc w:val="center"/>
                              <w:rPr>
                                <w:color w:val="000000" w:themeColor="text1"/>
                              </w:rPr>
                            </w:pPr>
                            <w:r w:rsidRPr="00925C8B">
                              <w:rPr>
                                <w:color w:val="000000" w:themeColor="text1"/>
                              </w:rPr>
                              <w:t>Тұрғындардың өзін-өзі емдеу тәжірибесінің себептері мен оған әсер ететін факторларын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38F62" id="Прямоугольник 61" o:spid="_x0000_s1032" style="position:absolute;left:0;text-align:left;margin-left:-18.65pt;margin-top:15.35pt;width:246.3pt;height:4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" fillcolor="#fde9d9 [665]" strokecolor="#243f60 [1604]" strokeweight="2pt">
                <v:textbox>
                  <w:txbxContent>
                    <w:p w:rsidR="00587237" w:rsidRPr="00925C8B" w:rsidRDefault="00587237" w:rsidP="00925C8B">
                      <w:pPr>
                        <w:jc w:val="center"/>
                        <w:rPr>
                          <w:color w:val="000000" w:themeColor="text1"/>
                        </w:rPr>
                      </w:pPr>
                      <w:r w:rsidRPr="00925C8B">
                        <w:rPr>
                          <w:color w:val="000000" w:themeColor="text1"/>
                        </w:rPr>
                        <w:t>Тұрғындардың өзін-өзі емдеу тәжірибесінің себептері мен оған әсер ететін факторларын анықтау</w:t>
                      </w:r>
                    </w:p>
                  </w:txbxContent>
                </v:textbox>
              </v:rect>
            </w:pict>
          </mc:Fallback>
        </mc:AlternateContent>
      </w:r>
    </w:p>
    <w:p w:rsidR="0062694D" w:rsidRDefault="000466BB" w:rsidP="0062694D">
      <w:pPr>
        <w:pStyle w:val="a5"/>
        <w:ind w:left="142" w:right="361" w:firstLine="425"/>
      </w:pPr>
      <w:r>
        <w:rPr>
          <w:noProof/>
          <w:lang w:val="ru-RU" w:eastAsia="ru-RU"/>
        </w:rPr>
        <mc:AlternateContent>
          <mc:Choice Requires="wps">
            <w:drawing>
              <wp:anchor distT="0" distB="0" distL="114300" distR="114300" simplePos="0" relativeHeight="251699200" behindDoc="0" locked="0" layoutInCell="1" allowOverlap="1" wp14:anchorId="6CFF1973" wp14:editId="1180504F">
                <wp:simplePos x="0" y="0"/>
                <wp:positionH relativeFrom="column">
                  <wp:posOffset>2892160</wp:posOffset>
                </wp:positionH>
                <wp:positionV relativeFrom="paragraph">
                  <wp:posOffset>145019</wp:posOffset>
                </wp:positionV>
                <wp:extent cx="1223159" cy="1259510"/>
                <wp:effectExtent l="0" t="38100" r="53340" b="17145"/>
                <wp:wrapNone/>
                <wp:docPr id="1044" name="Прямая со стрелкой 1044"/>
                <wp:cNvGraphicFramePr/>
                <a:graphic xmlns:a="http://schemas.openxmlformats.org/drawingml/2006/main">
                  <a:graphicData uri="http://schemas.microsoft.com/office/word/2010/wordprocessingShape">
                    <wps:wsp>
                      <wps:cNvCnPr/>
                      <wps:spPr>
                        <a:xfrm flipV="1">
                          <a:off x="0" y="0"/>
                          <a:ext cx="1223159" cy="12595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812BF2" id="Прямая со стрелкой 1044" o:spid="_x0000_s1026" type="#_x0000_t32" style="position:absolute;margin-left:227.75pt;margin-top:11.4pt;width:96.3pt;height:99.1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" strokecolor="#4579b8 [3044]">
                <v:stroke endarrow="open"/>
              </v:shape>
            </w:pict>
          </mc:Fallback>
        </mc:AlternateContent>
      </w: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93056" behindDoc="0" locked="0" layoutInCell="1" allowOverlap="1" wp14:anchorId="0295A006" wp14:editId="4128B7EF">
                <wp:simplePos x="0" y="0"/>
                <wp:positionH relativeFrom="column">
                  <wp:posOffset>1271179</wp:posOffset>
                </wp:positionH>
                <wp:positionV relativeFrom="paragraph">
                  <wp:posOffset>19223</wp:posOffset>
                </wp:positionV>
                <wp:extent cx="0" cy="374073"/>
                <wp:effectExtent l="95250" t="0" r="95250" b="64135"/>
                <wp:wrapNone/>
                <wp:docPr id="62" name="Прямая со стрелкой 62"/>
                <wp:cNvGraphicFramePr/>
                <a:graphic xmlns:a="http://schemas.openxmlformats.org/drawingml/2006/main">
                  <a:graphicData uri="http://schemas.microsoft.com/office/word/2010/wordprocessingShape">
                    <wps:wsp>
                      <wps:cNvCnPr/>
                      <wps:spPr>
                        <a:xfrm>
                          <a:off x="0" y="0"/>
                          <a:ext cx="0" cy="37407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BD65DB" id="Прямая со стрелкой 62" o:spid="_x0000_s1026" type="#_x0000_t32" style="position:absolute;margin-left:100.1pt;margin-top:1.5pt;width:0;height:29.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" strokecolor="#4579b8 [3044]">
                <v:stroke endarrow="open"/>
              </v:shape>
            </w:pict>
          </mc:Fallback>
        </mc:AlternateContent>
      </w:r>
    </w:p>
    <w:p w:rsidR="0062694D" w:rsidRDefault="00925C8B" w:rsidP="0062694D">
      <w:pPr>
        <w:pStyle w:val="a5"/>
        <w:ind w:left="142" w:right="361" w:firstLine="425"/>
      </w:pPr>
      <w:r>
        <w:rPr>
          <w:noProof/>
          <w:lang w:val="ru-RU" w:eastAsia="ru-RU"/>
        </w:rPr>
        <mc:AlternateContent>
          <mc:Choice Requires="wps">
            <w:drawing>
              <wp:anchor distT="0" distB="0" distL="114300" distR="114300" simplePos="0" relativeHeight="251694080" behindDoc="0" locked="0" layoutInCell="1" allowOverlap="1" wp14:anchorId="522516AE" wp14:editId="73E3ED4C">
                <wp:simplePos x="0" y="0"/>
                <wp:positionH relativeFrom="column">
                  <wp:posOffset>-236987</wp:posOffset>
                </wp:positionH>
                <wp:positionV relativeFrom="paragraph">
                  <wp:posOffset>188825</wp:posOffset>
                </wp:positionV>
                <wp:extent cx="3126740" cy="617517"/>
                <wp:effectExtent l="0" t="0" r="16510" b="11430"/>
                <wp:wrapNone/>
                <wp:docPr id="63" name="Прямоугольник 63"/>
                <wp:cNvGraphicFramePr/>
                <a:graphic xmlns:a="http://schemas.openxmlformats.org/drawingml/2006/main">
                  <a:graphicData uri="http://schemas.microsoft.com/office/word/2010/wordprocessingShape">
                    <wps:wsp>
                      <wps:cNvSpPr/>
                      <wps:spPr>
                        <a:xfrm>
                          <a:off x="0" y="0"/>
                          <a:ext cx="3126740" cy="617517"/>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925C8B" w:rsidRDefault="00587237" w:rsidP="00925C8B">
                            <w:pPr>
                              <w:jc w:val="center"/>
                              <w:rPr>
                                <w:color w:val="000000" w:themeColor="text1"/>
                              </w:rPr>
                            </w:pPr>
                            <w:r w:rsidRPr="00925C8B">
                              <w:rPr>
                                <w:color w:val="000000" w:themeColor="text1"/>
                              </w:rPr>
                              <w:t>Үйдегі дәрі қобдишаларында жүйелі қолдануға арналған антибиотиктердің бар-жоқтығын зерттеп, олардың жарамдылық мерзімін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516AE" id="Прямоугольник 63" o:spid="_x0000_s1033" style="position:absolute;left:0;text-align:left;margin-left:-18.65pt;margin-top:14.85pt;width:246.2pt;height:48.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" fillcolor="#fde9d9 [665]" strokecolor="#243f60 [1604]" strokeweight="2pt">
                <v:textbox>
                  <w:txbxContent>
                    <w:p w:rsidR="00587237" w:rsidRPr="00925C8B" w:rsidRDefault="00587237" w:rsidP="00925C8B">
                      <w:pPr>
                        <w:jc w:val="center"/>
                        <w:rPr>
                          <w:color w:val="000000" w:themeColor="text1"/>
                        </w:rPr>
                      </w:pPr>
                      <w:r w:rsidRPr="00925C8B">
                        <w:rPr>
                          <w:color w:val="000000" w:themeColor="text1"/>
                        </w:rPr>
                        <w:t>Үйдегі дәрі қобдишаларында жүйелі қолдануға арналған антибиотиктердің бар-жоқтығын зерттеп, олардың жарамдылық мерзімін бағалау</w:t>
                      </w:r>
                    </w:p>
                  </w:txbxContent>
                </v:textbox>
              </v:rect>
            </w:pict>
          </mc:Fallback>
        </mc:AlternateContent>
      </w: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81A50" w:rsidP="0062694D">
      <w:pPr>
        <w:pStyle w:val="a5"/>
        <w:ind w:left="142" w:right="361" w:firstLine="425"/>
      </w:pPr>
      <w:r>
        <w:rPr>
          <w:noProof/>
          <w:lang w:val="ru-RU" w:eastAsia="ru-RU"/>
        </w:rPr>
        <mc:AlternateContent>
          <mc:Choice Requires="wps">
            <w:drawing>
              <wp:anchor distT="0" distB="0" distL="114300" distR="114300" simplePos="0" relativeHeight="251700224" behindDoc="0" locked="0" layoutInCell="1" allowOverlap="1" wp14:anchorId="0A135F85" wp14:editId="24441BCE">
                <wp:simplePos x="0" y="0"/>
                <wp:positionH relativeFrom="column">
                  <wp:posOffset>1271179</wp:posOffset>
                </wp:positionH>
                <wp:positionV relativeFrom="paragraph">
                  <wp:posOffset>18151</wp:posOffset>
                </wp:positionV>
                <wp:extent cx="0" cy="427512"/>
                <wp:effectExtent l="95250" t="0" r="76200" b="48895"/>
                <wp:wrapNone/>
                <wp:docPr id="1045" name="Прямая со стрелкой 1045"/>
                <wp:cNvGraphicFramePr/>
                <a:graphic xmlns:a="http://schemas.openxmlformats.org/drawingml/2006/main">
                  <a:graphicData uri="http://schemas.microsoft.com/office/word/2010/wordprocessingShape">
                    <wps:wsp>
                      <wps:cNvCnPr/>
                      <wps:spPr>
                        <a:xfrm>
                          <a:off x="0" y="0"/>
                          <a:ext cx="0" cy="42751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CFA45F" id="Прямая со стрелкой 1045" o:spid="_x0000_s1026" type="#_x0000_t32" style="position:absolute;margin-left:100.1pt;margin-top:1.45pt;width:0;height:33.6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" strokecolor="#4579b8 [3044]">
                <v:stroke endarrow="open"/>
              </v:shape>
            </w:pict>
          </mc:Fallback>
        </mc:AlternateContent>
      </w:r>
    </w:p>
    <w:p w:rsidR="0062694D" w:rsidRDefault="0062694D" w:rsidP="0062694D">
      <w:pPr>
        <w:pStyle w:val="a5"/>
        <w:ind w:left="142" w:right="361" w:firstLine="425"/>
      </w:pPr>
    </w:p>
    <w:p w:rsidR="0062694D" w:rsidRDefault="00681A50" w:rsidP="0062694D">
      <w:pPr>
        <w:pStyle w:val="a5"/>
        <w:ind w:left="142" w:right="361" w:firstLine="425"/>
      </w:pPr>
      <w:r>
        <w:rPr>
          <w:noProof/>
          <w:lang w:val="ru-RU" w:eastAsia="ru-RU"/>
        </w:rPr>
        <mc:AlternateContent>
          <mc:Choice Requires="wps">
            <w:drawing>
              <wp:anchor distT="0" distB="0" distL="114300" distR="114300" simplePos="0" relativeHeight="251701248" behindDoc="0" locked="0" layoutInCell="1" allowOverlap="1" wp14:anchorId="63EB60EF" wp14:editId="57F2AC61">
                <wp:simplePos x="0" y="0"/>
                <wp:positionH relativeFrom="column">
                  <wp:posOffset>-236986</wp:posOffset>
                </wp:positionH>
                <wp:positionV relativeFrom="paragraph">
                  <wp:posOffset>113912</wp:posOffset>
                </wp:positionV>
                <wp:extent cx="4815024" cy="558141"/>
                <wp:effectExtent l="0" t="0" r="24130" b="13970"/>
                <wp:wrapNone/>
                <wp:docPr id="1046" name="Прямоугольник 1046"/>
                <wp:cNvGraphicFramePr/>
                <a:graphic xmlns:a="http://schemas.openxmlformats.org/drawingml/2006/main">
                  <a:graphicData uri="http://schemas.microsoft.com/office/word/2010/wordprocessingShape">
                    <wps:wsp>
                      <wps:cNvSpPr/>
                      <wps:spPr>
                        <a:xfrm>
                          <a:off x="0" y="0"/>
                          <a:ext cx="4815024" cy="558141"/>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681A50" w:rsidRDefault="00587237" w:rsidP="00681A50">
                            <w:pPr>
                              <w:jc w:val="center"/>
                              <w:rPr>
                                <w:color w:val="000000" w:themeColor="text1"/>
                              </w:rPr>
                            </w:pPr>
                            <w:r w:rsidRPr="00681A50">
                              <w:rPr>
                                <w:color w:val="000000" w:themeColor="text1"/>
                              </w:rPr>
                              <w:t>Тұрғындар арасында антибиотиктерді дұрыс қолдану бойынша практикалық ұсыныстар мен  ақпараттық материалдар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EB60EF" id="Прямоугольник 1046" o:spid="_x0000_s1034" style="position:absolute;left:0;text-align:left;margin-left:-18.65pt;margin-top:8.95pt;width:379.15pt;height:43.9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" fillcolor="#b6dde8 [1304]" strokecolor="#243f60 [1604]" strokeweight="2pt">
                <v:textbox>
                  <w:txbxContent>
                    <w:p w:rsidR="00587237" w:rsidRPr="00681A50" w:rsidRDefault="00587237" w:rsidP="00681A50">
                      <w:pPr>
                        <w:jc w:val="center"/>
                        <w:rPr>
                          <w:color w:val="000000" w:themeColor="text1"/>
                        </w:rPr>
                      </w:pPr>
                      <w:r w:rsidRPr="00681A50">
                        <w:rPr>
                          <w:color w:val="000000" w:themeColor="text1"/>
                        </w:rPr>
                        <w:t>Тұрғындар арасында антибиотиктерді дұрыс қолдану бойынша практикалық ұсыныстар мен  ақпараттық материалдар әзірлеу</w:t>
                      </w:r>
                    </w:p>
                  </w:txbxContent>
                </v:textbox>
              </v:rect>
            </w:pict>
          </mc:Fallback>
        </mc:AlternateContent>
      </w: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2694D" w:rsidP="0062694D">
      <w:pPr>
        <w:pStyle w:val="a5"/>
        <w:ind w:left="142" w:right="361" w:firstLine="425"/>
      </w:pPr>
    </w:p>
    <w:p w:rsidR="0062694D" w:rsidRDefault="00681A50" w:rsidP="0062694D">
      <w:pPr>
        <w:pStyle w:val="a5"/>
        <w:ind w:left="142" w:right="361" w:firstLine="425"/>
      </w:pPr>
      <w:r>
        <w:rPr>
          <w:noProof/>
          <w:lang w:val="ru-RU" w:eastAsia="ru-RU"/>
        </w:rPr>
        <mc:AlternateContent>
          <mc:Choice Requires="wps">
            <w:drawing>
              <wp:anchor distT="0" distB="0" distL="114300" distR="114300" simplePos="0" relativeHeight="251705344" behindDoc="0" locked="0" layoutInCell="1" allowOverlap="1" wp14:anchorId="13CBF33C" wp14:editId="123F1127">
                <wp:simplePos x="0" y="0"/>
                <wp:positionH relativeFrom="column">
                  <wp:posOffset>3468114</wp:posOffset>
                </wp:positionH>
                <wp:positionV relativeFrom="paragraph">
                  <wp:posOffset>65339</wp:posOffset>
                </wp:positionV>
                <wp:extent cx="2588805" cy="492760"/>
                <wp:effectExtent l="0" t="0" r="21590" b="21590"/>
                <wp:wrapNone/>
                <wp:docPr id="1050" name="Прямоугольник 1050"/>
                <wp:cNvGraphicFramePr/>
                <a:graphic xmlns:a="http://schemas.openxmlformats.org/drawingml/2006/main">
                  <a:graphicData uri="http://schemas.microsoft.com/office/word/2010/wordprocessingShape">
                    <wps:wsp>
                      <wps:cNvSpPr/>
                      <wps:spPr>
                        <a:xfrm>
                          <a:off x="0" y="0"/>
                          <a:ext cx="2588805" cy="49276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681A50" w:rsidRDefault="00587237" w:rsidP="00681A50">
                            <w:pPr>
                              <w:jc w:val="center"/>
                              <w:rPr>
                                <w:color w:val="000000" w:themeColor="text1"/>
                              </w:rPr>
                            </w:pPr>
                            <w:r w:rsidRPr="00681A50">
                              <w:rPr>
                                <w:color w:val="000000" w:themeColor="text1"/>
                              </w:rPr>
                              <w:t>Аналитикалық әдіс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BF33C" id="Прямоугольник 1050" o:spid="_x0000_s1035" style="position:absolute;left:0;text-align:left;margin-left:273.1pt;margin-top:5.15pt;width:203.85pt;height:38.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" fillcolor="#b6dde8 [1304]" strokecolor="#243f60 [1604]" strokeweight="2pt">
                <v:textbox>
                  <w:txbxContent>
                    <w:p w:rsidR="00587237" w:rsidRPr="00681A50" w:rsidRDefault="00587237" w:rsidP="00681A50">
                      <w:pPr>
                        <w:jc w:val="center"/>
                        <w:rPr>
                          <w:color w:val="000000" w:themeColor="text1"/>
                        </w:rPr>
                      </w:pPr>
                      <w:r w:rsidRPr="00681A50">
                        <w:rPr>
                          <w:color w:val="000000" w:themeColor="text1"/>
                        </w:rPr>
                        <w:t>Аналитикалық әдіс</w:t>
                      </w:r>
                    </w:p>
                  </w:txbxContent>
                </v:textbox>
              </v:rect>
            </w:pict>
          </mc:Fallback>
        </mc:AlternateContent>
      </w:r>
      <w:r>
        <w:rPr>
          <w:noProof/>
          <w:lang w:val="ru-RU" w:eastAsia="ru-RU"/>
        </w:rPr>
        <mc:AlternateContent>
          <mc:Choice Requires="wps">
            <w:drawing>
              <wp:anchor distT="0" distB="0" distL="114300" distR="114300" simplePos="0" relativeHeight="251703296" behindDoc="0" locked="0" layoutInCell="1" allowOverlap="1" wp14:anchorId="1881BC2B" wp14:editId="441C7D89">
                <wp:simplePos x="0" y="0"/>
                <wp:positionH relativeFrom="column">
                  <wp:posOffset>-236509</wp:posOffset>
                </wp:positionH>
                <wp:positionV relativeFrom="paragraph">
                  <wp:posOffset>64795</wp:posOffset>
                </wp:positionV>
                <wp:extent cx="3319153" cy="492826"/>
                <wp:effectExtent l="0" t="0" r="14605" b="21590"/>
                <wp:wrapNone/>
                <wp:docPr id="1048" name="Прямоугольник 1048"/>
                <wp:cNvGraphicFramePr/>
                <a:graphic xmlns:a="http://schemas.openxmlformats.org/drawingml/2006/main">
                  <a:graphicData uri="http://schemas.microsoft.com/office/word/2010/wordprocessingShape">
                    <wps:wsp>
                      <wps:cNvSpPr/>
                      <wps:spPr>
                        <a:xfrm>
                          <a:off x="0" y="0"/>
                          <a:ext cx="3319153" cy="492826"/>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87237" w:rsidRPr="00681A50" w:rsidRDefault="00587237" w:rsidP="00681A50">
                            <w:pPr>
                              <w:jc w:val="center"/>
                              <w:rPr>
                                <w:color w:val="000000" w:themeColor="text1"/>
                              </w:rPr>
                            </w:pPr>
                            <w:r w:rsidRPr="00681A50">
                              <w:rPr>
                                <w:color w:val="000000" w:themeColor="text1"/>
                              </w:rPr>
                              <w:t>Ақпараттық брошюлар,</w:t>
                            </w:r>
                          </w:p>
                          <w:p w:rsidR="00587237" w:rsidRPr="00681A50" w:rsidRDefault="00587237" w:rsidP="00681A50">
                            <w:pPr>
                              <w:jc w:val="center"/>
                              <w:rPr>
                                <w:color w:val="000000" w:themeColor="text1"/>
                              </w:rPr>
                            </w:pPr>
                            <w:r w:rsidRPr="00681A50">
                              <w:rPr>
                                <w:color w:val="000000" w:themeColor="text1"/>
                              </w:rPr>
                              <w:t>Әдістемеілк ұсыныстар, практикалық ұсыныстар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1BC2B" id="Прямоугольник 1048" o:spid="_x0000_s1036" style="position:absolute;left:0;text-align:left;margin-left:-18.6pt;margin-top:5.1pt;width:261.35pt;height:38.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" fillcolor="#b6dde8 [1304]" strokecolor="#243f60 [1604]" strokeweight="2pt">
                <v:textbox>
                  <w:txbxContent>
                    <w:p w:rsidR="00587237" w:rsidRPr="00681A50" w:rsidRDefault="00587237" w:rsidP="00681A50">
                      <w:pPr>
                        <w:jc w:val="center"/>
                        <w:rPr>
                          <w:color w:val="000000" w:themeColor="text1"/>
                        </w:rPr>
                      </w:pPr>
                      <w:r w:rsidRPr="00681A50">
                        <w:rPr>
                          <w:color w:val="000000" w:themeColor="text1"/>
                        </w:rPr>
                        <w:t>Ақпараттық брошюлар,</w:t>
                      </w:r>
                    </w:p>
                    <w:p w:rsidR="00587237" w:rsidRPr="00681A50" w:rsidRDefault="00587237" w:rsidP="00681A50">
                      <w:pPr>
                        <w:jc w:val="center"/>
                        <w:rPr>
                          <w:color w:val="000000" w:themeColor="text1"/>
                        </w:rPr>
                      </w:pPr>
                      <w:r w:rsidRPr="00681A50">
                        <w:rPr>
                          <w:color w:val="000000" w:themeColor="text1"/>
                        </w:rPr>
                        <w:t>Әдістемеілк ұсыныстар, практикалық ұсыныстар</w:t>
                      </w:r>
                    </w:p>
                  </w:txbxContent>
                </v:textbox>
              </v:rect>
            </w:pict>
          </mc:Fallback>
        </mc:AlternateContent>
      </w:r>
    </w:p>
    <w:p w:rsidR="0062694D" w:rsidRDefault="00681A50" w:rsidP="0062694D">
      <w:pPr>
        <w:pStyle w:val="a5"/>
        <w:ind w:left="142" w:right="361" w:firstLine="425"/>
      </w:pPr>
      <w:r>
        <w:rPr>
          <w:noProof/>
          <w:lang w:val="ru-RU" w:eastAsia="ru-RU"/>
        </w:rPr>
        <mc:AlternateContent>
          <mc:Choice Requires="wps">
            <w:drawing>
              <wp:anchor distT="0" distB="0" distL="114300" distR="114300" simplePos="0" relativeHeight="251704320" behindDoc="0" locked="0" layoutInCell="1" allowOverlap="1" wp14:anchorId="1408C84A" wp14:editId="2FF8785B">
                <wp:simplePos x="0" y="0"/>
                <wp:positionH relativeFrom="column">
                  <wp:posOffset>3082166</wp:posOffset>
                </wp:positionH>
                <wp:positionV relativeFrom="paragraph">
                  <wp:posOffset>104313</wp:posOffset>
                </wp:positionV>
                <wp:extent cx="385445" cy="0"/>
                <wp:effectExtent l="0" t="76200" r="14605" b="114300"/>
                <wp:wrapNone/>
                <wp:docPr id="1049" name="Прямая со стрелкой 1049"/>
                <wp:cNvGraphicFramePr/>
                <a:graphic xmlns:a="http://schemas.openxmlformats.org/drawingml/2006/main">
                  <a:graphicData uri="http://schemas.microsoft.com/office/word/2010/wordprocessingShape">
                    <wps:wsp>
                      <wps:cNvCnPr/>
                      <wps:spPr>
                        <a:xfrm>
                          <a:off x="0" y="0"/>
                          <a:ext cx="38544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76257EF" id="Прямая со стрелкой 1049" o:spid="_x0000_s1026" type="#_x0000_t32" style="position:absolute;margin-left:242.7pt;margin-top:8.2pt;width:30.35pt;height:0;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" strokecolor="#4579b8 [3044]">
                <v:stroke endarrow="open"/>
              </v:shape>
            </w:pict>
          </mc:Fallback>
        </mc:AlternateContent>
      </w:r>
    </w:p>
    <w:p w:rsidR="0062694D" w:rsidRDefault="0062694D" w:rsidP="0062694D">
      <w:pPr>
        <w:pStyle w:val="a5"/>
        <w:ind w:left="142" w:right="361" w:firstLine="425"/>
      </w:pPr>
    </w:p>
    <w:p w:rsidR="0062694D" w:rsidRDefault="0062694D" w:rsidP="0062694D">
      <w:pPr>
        <w:pStyle w:val="a5"/>
        <w:ind w:left="142" w:right="361" w:firstLine="425"/>
      </w:pPr>
    </w:p>
    <w:p w:rsidR="0062694D" w:rsidRPr="0036581D" w:rsidRDefault="0036581D" w:rsidP="0062694D">
      <w:pPr>
        <w:pStyle w:val="a5"/>
        <w:ind w:left="142" w:right="361" w:firstLine="425"/>
      </w:pPr>
      <w:r>
        <w:t xml:space="preserve">Сурет </w:t>
      </w:r>
      <w:r w:rsidR="00402EED" w:rsidRPr="00755671">
        <w:t>1</w:t>
      </w:r>
      <w:r w:rsidR="00265615">
        <w:t xml:space="preserve"> </w:t>
      </w:r>
      <w:r w:rsidR="00265615" w:rsidRPr="00265615">
        <w:t>-</w:t>
      </w:r>
      <w:r w:rsidRPr="00755671">
        <w:t xml:space="preserve"> Зерттеу ж</w:t>
      </w:r>
      <w:r>
        <w:t>ұмысының негізгі кезеңдері және әдістері</w:t>
      </w:r>
    </w:p>
    <w:p w:rsidR="0062694D" w:rsidRDefault="0062694D" w:rsidP="0062694D">
      <w:pPr>
        <w:pStyle w:val="a5"/>
        <w:ind w:left="142" w:right="361" w:firstLine="425"/>
      </w:pPr>
    </w:p>
    <w:p w:rsidR="0062694D" w:rsidRDefault="0062694D" w:rsidP="0062694D">
      <w:pPr>
        <w:pStyle w:val="a5"/>
        <w:ind w:left="142" w:right="361" w:firstLine="425"/>
      </w:pPr>
    </w:p>
    <w:p w:rsidR="00911DF8" w:rsidRPr="00911DF8" w:rsidRDefault="00911DF8" w:rsidP="00911DF8">
      <w:pPr>
        <w:pStyle w:val="a5"/>
        <w:ind w:left="142" w:right="361" w:firstLine="425"/>
        <w:rPr>
          <w:i/>
        </w:rPr>
      </w:pPr>
      <w:r w:rsidRPr="00911DF8">
        <w:rPr>
          <w:i/>
        </w:rPr>
        <w:t>Жүргізілген зерттеудің құрылымы төрт негізгі кезеңнен тұрады:</w:t>
      </w:r>
    </w:p>
    <w:p w:rsidR="0062694D" w:rsidRDefault="00911DF8" w:rsidP="00911DF8">
      <w:pPr>
        <w:pStyle w:val="a5"/>
        <w:ind w:left="142" w:right="361" w:firstLine="425"/>
      </w:pPr>
      <w:r>
        <w:t>1-кестеден көріп отырғанымыздай, алға қойылған мақсаттар мен міндеттерді іске асыру үшін әзірленген бағдарлама бүкіл зерттеуді жеке кезеңдерге бөлуге мүмкіндік берді (сурет</w:t>
      </w:r>
      <w:r w:rsidR="00437E05" w:rsidRPr="00437E05">
        <w:t xml:space="preserve"> 1</w:t>
      </w:r>
      <w:r>
        <w:t>). Жұмыс кезеңдерін жоспарлау күнтізбелік жоспар құруға және біз жүргізетін зерттеу жұмыстарының дәйектілігіне негіз болды.</w:t>
      </w:r>
    </w:p>
    <w:p w:rsidR="0062694D" w:rsidRPr="00911DF8" w:rsidRDefault="00911DF8" w:rsidP="0062694D">
      <w:pPr>
        <w:pStyle w:val="a5"/>
        <w:ind w:left="142" w:right="361" w:firstLine="425"/>
      </w:pPr>
      <w:r w:rsidRPr="00911DF8">
        <w:t>Бірінші кезең</w:t>
      </w:r>
      <w:r>
        <w:t>де</w:t>
      </w:r>
      <w:r w:rsidRPr="00911DF8">
        <w:t xml:space="preserve"> - Шығыс Қазақстан облысының тұрғындары арасында антибиотиктерді қолдану </w:t>
      </w:r>
      <w:r w:rsidR="00052070">
        <w:t>бойынша білімі</w:t>
      </w:r>
      <w:r w:rsidRPr="00911DF8">
        <w:t>, көз</w:t>
      </w:r>
      <w:r>
        <w:t>қарасы мен тәжірибесін бағалау</w:t>
      </w:r>
      <w:r w:rsidRPr="00911DF8">
        <w:t>.</w:t>
      </w:r>
    </w:p>
    <w:p w:rsidR="00911DF8" w:rsidRDefault="00911DF8" w:rsidP="0062694D">
      <w:pPr>
        <w:pStyle w:val="a5"/>
        <w:ind w:left="142" w:right="361" w:firstLine="425"/>
      </w:pPr>
      <w:r>
        <w:t xml:space="preserve">Екінші кезеңде </w:t>
      </w:r>
      <w:r w:rsidR="00052070">
        <w:t>- т</w:t>
      </w:r>
      <w:r w:rsidRPr="00911DF8">
        <w:t>ұрғындардың антибиотиктерді ө</w:t>
      </w:r>
      <w:r>
        <w:t>з бетінше қолданатын жағдайларын</w:t>
      </w:r>
      <w:r w:rsidR="00052070">
        <w:t>/ауруларын</w:t>
      </w:r>
      <w:r>
        <w:t xml:space="preserve"> </w:t>
      </w:r>
      <w:r w:rsidRPr="00911DF8">
        <w:t>анықтау</w:t>
      </w:r>
      <w:r>
        <w:t>.</w:t>
      </w:r>
    </w:p>
    <w:p w:rsidR="00911DF8" w:rsidRDefault="00911DF8" w:rsidP="0062694D">
      <w:pPr>
        <w:pStyle w:val="a5"/>
        <w:ind w:left="142" w:right="361" w:firstLine="425"/>
      </w:pPr>
      <w:r>
        <w:t xml:space="preserve">Үшінші кезеңде </w:t>
      </w:r>
      <w:r w:rsidR="00052070">
        <w:t>- т</w:t>
      </w:r>
      <w:r w:rsidRPr="00911DF8">
        <w:t>ұрғындардың өзін-өзі емдеу тәжірибесінің себептері мен оған әсер ететін факторларын анықтау</w:t>
      </w:r>
      <w:r>
        <w:t>.</w:t>
      </w:r>
    </w:p>
    <w:p w:rsidR="00911DF8" w:rsidRPr="007566C3" w:rsidRDefault="00911DF8" w:rsidP="0062694D">
      <w:pPr>
        <w:pStyle w:val="a5"/>
        <w:ind w:left="142" w:right="361" w:firstLine="425"/>
      </w:pPr>
      <w:r>
        <w:t xml:space="preserve">Төртінші кезеңде </w:t>
      </w:r>
      <w:r w:rsidR="00052070">
        <w:t>- ү</w:t>
      </w:r>
      <w:r w:rsidRPr="00911DF8">
        <w:t>йдегі дәрі қобдишаларында жүйелі қолдануға арналған антибиотиктердің бар-жоқтығын зерттеп, олардың жарамдылық мерзімін бағалау.</w:t>
      </w:r>
    </w:p>
    <w:p w:rsidR="00911DF8" w:rsidRPr="007566C3" w:rsidRDefault="00911DF8" w:rsidP="0062694D">
      <w:pPr>
        <w:pStyle w:val="a5"/>
        <w:ind w:left="142" w:right="361" w:firstLine="425"/>
      </w:pPr>
      <w:r w:rsidRPr="007566C3">
        <w:t xml:space="preserve">Осылайша, зерттеу жұмысының дизайны зерттеудің бірнеше түрінен біріктірілді: дескриптивті зерттеу, </w:t>
      </w:r>
      <w:r w:rsidR="00052070">
        <w:t>көлденең</w:t>
      </w:r>
      <w:r w:rsidRPr="007566C3">
        <w:t xml:space="preserve"> зерттеу, сапалы зерттеу, аналитикалық зерттеу.</w:t>
      </w:r>
    </w:p>
    <w:p w:rsidR="00911DF8" w:rsidRPr="008C0CA7" w:rsidRDefault="008C0CA7" w:rsidP="0062694D">
      <w:pPr>
        <w:pStyle w:val="a5"/>
        <w:ind w:left="142" w:right="361" w:firstLine="425"/>
      </w:pPr>
      <w:r w:rsidRPr="007566C3">
        <w:t xml:space="preserve">1 және 2 міндетті орындау үшін әлеуметтік, аналитикалық және статистикалық әдістер таңдалды, және көлденең зерттеу жүргізілді  </w:t>
      </w:r>
      <w:r w:rsidR="00911DF8">
        <w:t>(</w:t>
      </w:r>
      <w:r w:rsidRPr="007566C3">
        <w:t xml:space="preserve">ДДСҰ </w:t>
      </w:r>
      <w:r w:rsidR="00911DF8" w:rsidRPr="007566C3">
        <w:t>«Antibiotic resistance: multi-country Public awareness survey»</w:t>
      </w:r>
      <w:r w:rsidRPr="007566C3">
        <w:t xml:space="preserve"> сауална</w:t>
      </w:r>
      <w:r w:rsidR="00704A75">
        <w:t>масы бойынша ШҚО тұрғындарына сұ</w:t>
      </w:r>
      <w:r w:rsidRPr="007566C3">
        <w:t>растыру жүргізу</w:t>
      </w:r>
      <w:r w:rsidR="00911DF8">
        <w:t>)</w:t>
      </w:r>
      <w:r w:rsidR="00704A75">
        <w:t xml:space="preserve"> (</w:t>
      </w:r>
      <w:r w:rsidR="00704A75" w:rsidRPr="00704A75">
        <w:t xml:space="preserve">1 </w:t>
      </w:r>
      <w:r w:rsidR="00704A75">
        <w:t>қосымша)</w:t>
      </w:r>
      <w:r w:rsidR="00911DF8">
        <w:t>: «</w:t>
      </w:r>
      <w:r w:rsidRPr="008C0CA7">
        <w:t xml:space="preserve">Тұрғындар арасында антибиотиктерді қолдану білімін, көзқарасы мен </w:t>
      </w:r>
      <w:r w:rsidR="00052070">
        <w:t xml:space="preserve">тәжірибесін </w:t>
      </w:r>
      <w:r w:rsidRPr="008C0CA7">
        <w:t>бағалау</w:t>
      </w:r>
      <w:r>
        <w:t>»</w:t>
      </w:r>
      <w:r w:rsidRPr="007566C3">
        <w:t xml:space="preserve"> ж</w:t>
      </w:r>
      <w:r>
        <w:t>әне «</w:t>
      </w:r>
      <w:r w:rsidRPr="008C0CA7">
        <w:t>Тұрғындардың антибиотиктерді өз бетінше қолданатын жағдайларын анықтау</w:t>
      </w:r>
      <w:r>
        <w:t>».</w:t>
      </w:r>
    </w:p>
    <w:p w:rsidR="008C0CA7" w:rsidRPr="008C0CA7" w:rsidRDefault="008C0CA7" w:rsidP="0062694D">
      <w:pPr>
        <w:pStyle w:val="a5"/>
        <w:ind w:left="142" w:right="361" w:firstLine="425"/>
        <w:rPr>
          <w:i/>
        </w:rPr>
      </w:pPr>
      <w:r w:rsidRPr="008C0CA7">
        <w:rPr>
          <w:i/>
        </w:rPr>
        <w:t xml:space="preserve">Зерттеу объектілері: </w:t>
      </w:r>
    </w:p>
    <w:p w:rsidR="0062694D" w:rsidRPr="007566C3" w:rsidRDefault="008C0CA7" w:rsidP="008C0CA7">
      <w:pPr>
        <w:pStyle w:val="a5"/>
        <w:ind w:left="142" w:right="361" w:firstLine="425"/>
      </w:pPr>
      <w:r w:rsidRPr="008C0CA7">
        <w:t>Шығыс Қазақстан облысының аумағында орналасқан 35 амбулаторлық-емханалық ұйымдардың 15 - і іріктеліп алынды, олар екі қала - Өскемен және Семей (әр қаладан 5 мекемеден) және ауылдық аумақтарды білдіреді. Біз өңірдің солтүстік-батысында (Бесқарағай ауданы), солтүстік-шығысында (Алтай ауданы), орталығында (Жарма ауданы), оңтүстік-батысында (Аягөз ауданы) және оңтүстік-шығысында (Тарбағатай ауданы) орналасқан 5 ауылдық амбула</w:t>
      </w:r>
      <w:r>
        <w:t xml:space="preserve">ториялық мекемені іріктеп алдық және </w:t>
      </w:r>
      <w:r w:rsidRPr="008C0CA7">
        <w:t xml:space="preserve">727 </w:t>
      </w:r>
      <w:r>
        <w:t>тұрғын арасында сауалнама жүргізілді (</w:t>
      </w:r>
      <w:r w:rsidRPr="008C0CA7">
        <w:t>кесте</w:t>
      </w:r>
      <w:r w:rsidR="00DF5790">
        <w:t xml:space="preserve"> 2</w:t>
      </w:r>
      <w:r>
        <w:t>)</w:t>
      </w:r>
      <w:r w:rsidRPr="008C0CA7">
        <w:t>.</w:t>
      </w:r>
    </w:p>
    <w:p w:rsidR="008C0CA7" w:rsidRPr="007566C3" w:rsidRDefault="008C0CA7" w:rsidP="008C0CA7">
      <w:pPr>
        <w:pStyle w:val="a5"/>
        <w:ind w:left="142" w:right="361" w:firstLine="425"/>
      </w:pPr>
    </w:p>
    <w:p w:rsidR="008C0CA7" w:rsidRDefault="00265615" w:rsidP="00265615">
      <w:pPr>
        <w:pStyle w:val="a5"/>
        <w:ind w:left="0" w:right="361" w:firstLine="0"/>
      </w:pPr>
      <w:r w:rsidRPr="00265615">
        <w:t xml:space="preserve">   К</w:t>
      </w:r>
      <w:r w:rsidR="008C0CA7" w:rsidRPr="007566C3">
        <w:t>есте</w:t>
      </w:r>
      <w:r w:rsidRPr="00265615">
        <w:t xml:space="preserve"> 2 - </w:t>
      </w:r>
      <w:r w:rsidR="008C0CA7" w:rsidRPr="007566C3">
        <w:t xml:space="preserve">Зерттеуге </w:t>
      </w:r>
      <w:r w:rsidR="008C0CA7">
        <w:t xml:space="preserve">қатысушылардың қосу және ерекшелік критерийлері </w:t>
      </w:r>
    </w:p>
    <w:p w:rsidR="008C0CA7" w:rsidRDefault="008C0CA7" w:rsidP="008C0CA7">
      <w:pPr>
        <w:pStyle w:val="a5"/>
        <w:ind w:right="361"/>
      </w:pPr>
    </w:p>
    <w:tbl>
      <w:tblPr>
        <w:tblStyle w:val="aa"/>
        <w:tblW w:w="0" w:type="auto"/>
        <w:tblInd w:w="382" w:type="dxa"/>
        <w:tblLook w:val="04A0" w:firstRow="1" w:lastRow="0" w:firstColumn="1" w:lastColumn="0" w:noHBand="0" w:noVBand="1"/>
      </w:tblPr>
      <w:tblGrid>
        <w:gridCol w:w="4597"/>
        <w:gridCol w:w="4596"/>
      </w:tblGrid>
      <w:tr w:rsidR="008C0CA7" w:rsidTr="008C0CA7">
        <w:tc>
          <w:tcPr>
            <w:tcW w:w="4929" w:type="dxa"/>
          </w:tcPr>
          <w:p w:rsidR="008C0CA7" w:rsidRDefault="008C0CA7" w:rsidP="008C0CA7">
            <w:pPr>
              <w:pStyle w:val="a5"/>
              <w:ind w:left="0" w:right="361" w:firstLine="0"/>
            </w:pPr>
            <w:r>
              <w:t>Қосу критерийлері</w:t>
            </w:r>
          </w:p>
        </w:tc>
        <w:tc>
          <w:tcPr>
            <w:tcW w:w="4929" w:type="dxa"/>
          </w:tcPr>
          <w:p w:rsidR="008C0CA7" w:rsidRDefault="008C0CA7" w:rsidP="008C0CA7">
            <w:pPr>
              <w:pStyle w:val="a5"/>
              <w:ind w:left="0" w:right="361" w:firstLine="0"/>
            </w:pPr>
            <w:r>
              <w:t>Ерекшелік критерийлері</w:t>
            </w:r>
          </w:p>
        </w:tc>
      </w:tr>
      <w:tr w:rsidR="008C0CA7" w:rsidTr="008C0CA7">
        <w:tc>
          <w:tcPr>
            <w:tcW w:w="4929" w:type="dxa"/>
          </w:tcPr>
          <w:p w:rsidR="008C0CA7" w:rsidRPr="008C0CA7" w:rsidRDefault="008C0CA7" w:rsidP="008C0CA7">
            <w:pPr>
              <w:pStyle w:val="a5"/>
              <w:ind w:left="0" w:right="361" w:firstLine="0"/>
            </w:pPr>
            <w:r>
              <w:rPr>
                <w:lang w:val="ru-RU"/>
              </w:rPr>
              <w:t>18 жастан ас</w:t>
            </w:r>
            <w:r>
              <w:t>қан тұрғындар</w:t>
            </w:r>
          </w:p>
        </w:tc>
        <w:tc>
          <w:tcPr>
            <w:tcW w:w="4929" w:type="dxa"/>
          </w:tcPr>
          <w:p w:rsidR="008C0CA7" w:rsidRPr="008C0CA7" w:rsidRDefault="008C0CA7" w:rsidP="008C0CA7">
            <w:pPr>
              <w:pStyle w:val="a5"/>
              <w:ind w:left="0" w:right="361" w:firstLine="0"/>
            </w:pPr>
            <w:r>
              <w:rPr>
                <w:lang w:val="ru-RU"/>
              </w:rPr>
              <w:t xml:space="preserve">18 </w:t>
            </w:r>
            <w:r>
              <w:t>жасқа толмаған тұрғындар</w:t>
            </w:r>
          </w:p>
        </w:tc>
      </w:tr>
      <w:tr w:rsidR="008C0CA7" w:rsidTr="008C0CA7">
        <w:tc>
          <w:tcPr>
            <w:tcW w:w="4929" w:type="dxa"/>
          </w:tcPr>
          <w:p w:rsidR="008C0CA7" w:rsidRDefault="008C0CA7" w:rsidP="008C0CA7">
            <w:pPr>
              <w:pStyle w:val="a5"/>
              <w:ind w:left="0" w:right="361" w:firstLine="0"/>
            </w:pPr>
            <w:r>
              <w:t xml:space="preserve">Медициналық білімі </w:t>
            </w:r>
            <w:r w:rsidR="00D91E62">
              <w:t>жоқ тұрғындар</w:t>
            </w:r>
          </w:p>
        </w:tc>
        <w:tc>
          <w:tcPr>
            <w:tcW w:w="4929" w:type="dxa"/>
          </w:tcPr>
          <w:p w:rsidR="008C0CA7" w:rsidRDefault="008C0CA7" w:rsidP="008C0CA7">
            <w:pPr>
              <w:pStyle w:val="a5"/>
              <w:ind w:left="0" w:right="361" w:firstLine="0"/>
            </w:pPr>
            <w:r>
              <w:t>Медициналық білімі бар тұрғындар</w:t>
            </w:r>
          </w:p>
        </w:tc>
      </w:tr>
      <w:tr w:rsidR="008C0CA7" w:rsidTr="008C0CA7">
        <w:tc>
          <w:tcPr>
            <w:tcW w:w="4929" w:type="dxa"/>
          </w:tcPr>
          <w:p w:rsidR="008C0CA7" w:rsidRDefault="00D91E62" w:rsidP="008C0CA7">
            <w:pPr>
              <w:pStyle w:val="a5"/>
              <w:ind w:left="0" w:right="361" w:firstLine="0"/>
            </w:pPr>
            <w:r>
              <w:t>Сауалнамаға қатысуға келісім берген тұрғындар</w:t>
            </w:r>
          </w:p>
        </w:tc>
        <w:tc>
          <w:tcPr>
            <w:tcW w:w="4929" w:type="dxa"/>
          </w:tcPr>
          <w:p w:rsidR="008C0CA7" w:rsidRDefault="008C0CA7" w:rsidP="008C0CA7">
            <w:pPr>
              <w:pStyle w:val="a5"/>
              <w:ind w:left="0" w:right="361" w:firstLine="0"/>
            </w:pPr>
            <w:r>
              <w:t>Сауалнамаға қатысудан бас тартқандар</w:t>
            </w:r>
          </w:p>
        </w:tc>
      </w:tr>
    </w:tbl>
    <w:p w:rsidR="008C0CA7" w:rsidRPr="008C0CA7" w:rsidRDefault="008C0CA7" w:rsidP="008C0CA7">
      <w:pPr>
        <w:pStyle w:val="a5"/>
        <w:ind w:right="361"/>
      </w:pPr>
    </w:p>
    <w:p w:rsidR="00A753F8" w:rsidRDefault="00D91E62">
      <w:pPr>
        <w:pStyle w:val="a5"/>
        <w:ind w:right="361" w:firstLine="707"/>
        <w:rPr>
          <w:b/>
        </w:rPr>
      </w:pPr>
      <w:r w:rsidRPr="00D91E62">
        <w:rPr>
          <w:b/>
        </w:rPr>
        <w:t>2.2 Зерттеуге қатысушыларды іріктеу және таңдама жиынтықты анықтау</w:t>
      </w:r>
    </w:p>
    <w:p w:rsidR="00D91E62" w:rsidRPr="00D91E62" w:rsidRDefault="00D91E62">
      <w:pPr>
        <w:pStyle w:val="a5"/>
        <w:ind w:right="361" w:firstLine="707"/>
        <w:rPr>
          <w:b/>
        </w:rPr>
      </w:pPr>
      <w:r w:rsidRPr="00D91E62">
        <w:rPr>
          <w:b/>
        </w:rPr>
        <w:t xml:space="preserve"> </w:t>
      </w:r>
    </w:p>
    <w:p w:rsidR="00D91E62" w:rsidRPr="00D91E62" w:rsidRDefault="00D91E62">
      <w:pPr>
        <w:pStyle w:val="a5"/>
        <w:ind w:right="361" w:firstLine="707"/>
      </w:pPr>
      <w:r w:rsidRPr="00D91E62">
        <w:t>Таңдама көлемі Brixton Health's Sample XS калькуляторы арқылы есептелді, күтілетін жиілік пен дизайн эффектісі кездейсоқ іріктеу үшін 20% және 1,0 құрады. Іріктеудің ең аз саны 683 адамды құрады (таралуы 20%, сенімділік деңгейі 95%). Біздің зерттеуіміздің таңдамасы 727 адамды құрады. Біз жүйелі кездейсоқ іріктеу әдісін қолдана отырып, аймақтық амбулаторлық-емханалық мекемелерге баратын немесе еріп жүретін адамдар ретінде сау адамдарды жинадық.</w:t>
      </w:r>
    </w:p>
    <w:p w:rsidR="00690FCD" w:rsidRDefault="00D91E62">
      <w:pPr>
        <w:pStyle w:val="a5"/>
        <w:ind w:right="361" w:firstLine="707"/>
      </w:pPr>
      <w:r w:rsidRPr="00D91E62">
        <w:t>Деректерді жинау ШҚО-ның 727 тұрғыны арасында Google Forms платформасында және қағаз форматында жүргізілді.  Сауалнаманың кіріспе бөлімінде зерттеудің түсінікті тілде түсіндірмесі, сондай-ақ сауалнаманың сұрақтарына жауап бере отырып, қатысушы қатысуға өзінің ерікті ақпараттандырылған келісімін беретіні турал</w:t>
      </w:r>
      <w:r w:rsidR="00A753F8">
        <w:t xml:space="preserve">ы тұжырым жасалды. Сауалнаманы </w:t>
      </w:r>
      <w:r w:rsidRPr="00D91E62">
        <w:t xml:space="preserve">WhatsApp, Facebook, Instagram, Telegram және т. б. әлеуметтік желілер арқылы ротациялау жүргізілді. </w:t>
      </w:r>
    </w:p>
    <w:p w:rsidR="00D91E62" w:rsidRDefault="00D91E62">
      <w:pPr>
        <w:pStyle w:val="a5"/>
        <w:ind w:right="361" w:firstLine="707"/>
      </w:pPr>
      <w:r w:rsidRPr="00D91E62">
        <w:t xml:space="preserve">Қатысушыларды </w:t>
      </w:r>
      <w:r w:rsidR="009A23F7">
        <w:t>жинақтау</w:t>
      </w:r>
      <w:r w:rsidRPr="00D91E62">
        <w:t xml:space="preserve"> "Қарлы кесек" әдісі арқылы жүзеге асырылады</w:t>
      </w:r>
      <w:r>
        <w:t xml:space="preserve">. </w:t>
      </w:r>
      <w:r w:rsidRPr="00D91E62">
        <w:t>Зерттеу (мәліметтерді жи</w:t>
      </w:r>
      <w:r>
        <w:t>нау</w:t>
      </w:r>
      <w:r w:rsidRPr="00D91E62">
        <w:t xml:space="preserve">) 2021 жылдың қазаны мен 2022 жылдың ақпаны </w:t>
      </w:r>
      <w:r>
        <w:t xml:space="preserve">аралығында жүргізілді. </w:t>
      </w:r>
      <w:r w:rsidRPr="00D91E62">
        <w:t>Респонденттерге қатысуға қаржылық ынталандыру берілмеді.</w:t>
      </w:r>
    </w:p>
    <w:p w:rsidR="00146A3E" w:rsidRDefault="00146A3E">
      <w:pPr>
        <w:pStyle w:val="a5"/>
        <w:ind w:right="361" w:firstLine="707"/>
        <w:rPr>
          <w:i/>
        </w:rPr>
      </w:pPr>
      <w:r>
        <w:rPr>
          <w:i/>
        </w:rPr>
        <w:t>Мәліметтерді жинауға арналған сауалнамалар</w:t>
      </w:r>
      <w:r w:rsidRPr="00146A3E">
        <w:rPr>
          <w:i/>
        </w:rPr>
        <w:t>:</w:t>
      </w:r>
    </w:p>
    <w:p w:rsidR="00146A3E" w:rsidRDefault="00146A3E">
      <w:pPr>
        <w:pStyle w:val="a5"/>
        <w:ind w:right="361" w:firstLine="707"/>
      </w:pPr>
      <w:r w:rsidRPr="00146A3E">
        <w:t>Бұл зерттеу ДД</w:t>
      </w:r>
      <w:r>
        <w:t>СҰ-ның "А</w:t>
      </w:r>
      <w:r w:rsidRPr="00146A3E">
        <w:t>нтибиотиктерге төзімділік: бірнеше елдердегі жұртшылықтың хабардарлығын зерттеу" есебінде сипатталған ә</w:t>
      </w:r>
      <w:r>
        <w:t>дістемеге сәйкес жүргізілді</w:t>
      </w:r>
      <w:r w:rsidRPr="00146A3E">
        <w:t>. Сауалнама төрт бөлімнен тұрды. Бі</w:t>
      </w:r>
      <w:r>
        <w:t>рінші бөлімде респонденттердің ә</w:t>
      </w:r>
      <w:r w:rsidRPr="00146A3E">
        <w:t>леуметтік және демографиялық сипаттамаларына қатысты мәселелер қамтылды, ал екінші және үшінші бөлімдер антибиотиктерді білу және қолдану туралы болды. Антибиотиктерге төзімділік туралы білім төртінші бөлімде бағаланды</w:t>
      </w:r>
      <w:r>
        <w:t>.</w:t>
      </w:r>
      <w:r w:rsidRPr="00146A3E">
        <w:t xml:space="preserve"> Сауалнама екі кәсіби аудармашының қатысуымен қазақ тіліне екі рет </w:t>
      </w:r>
      <w:r>
        <w:t xml:space="preserve">аударумен және </w:t>
      </w:r>
      <w:r w:rsidRPr="00146A3E">
        <w:t xml:space="preserve">кері аударма әдісімен </w:t>
      </w:r>
      <w:r>
        <w:t xml:space="preserve">қайта </w:t>
      </w:r>
      <w:r w:rsidRPr="00146A3E">
        <w:t>аударылды</w:t>
      </w:r>
      <w:r>
        <w:t>.</w:t>
      </w:r>
    </w:p>
    <w:p w:rsidR="002565CB" w:rsidRDefault="002565CB" w:rsidP="002565CB">
      <w:pPr>
        <w:pStyle w:val="a5"/>
        <w:ind w:right="361" w:firstLine="707"/>
      </w:pPr>
      <w:r>
        <w:t xml:space="preserve"> </w:t>
      </w:r>
      <w:r w:rsidR="00EC0D68">
        <w:t xml:space="preserve">Зерттеудің </w:t>
      </w:r>
      <w:r w:rsidRPr="002565CB">
        <w:t>3</w:t>
      </w:r>
      <w:r w:rsidR="00EC0D68" w:rsidRPr="00EC0D68">
        <w:t>-</w:t>
      </w:r>
      <w:r w:rsidR="00EC0D68">
        <w:t>ші міндетін</w:t>
      </w:r>
      <w:r w:rsidRPr="002565CB">
        <w:t xml:space="preserve"> орындау үшін әлеуметтік, аналитикалық және статистикалық әдістер таңдалды, және көлденең зерттеу жүргізілді  (</w:t>
      </w:r>
      <w:r>
        <w:t>зерттеуші өзіндік құрастырылған сауалнама бойынша</w:t>
      </w:r>
      <w:r w:rsidRPr="002565CB">
        <w:t>)</w:t>
      </w:r>
      <w:r w:rsidR="00704A75">
        <w:t xml:space="preserve"> (</w:t>
      </w:r>
      <w:r w:rsidR="00704A75" w:rsidRPr="00704A75">
        <w:t xml:space="preserve">2 </w:t>
      </w:r>
      <w:r w:rsidR="00704A75">
        <w:t>қ</w:t>
      </w:r>
      <w:r w:rsidR="00704A75" w:rsidRPr="00704A75">
        <w:t>осымша</w:t>
      </w:r>
      <w:r w:rsidR="00704A75">
        <w:t>)</w:t>
      </w:r>
      <w:r w:rsidRPr="002565CB">
        <w:t>: «</w:t>
      </w:r>
      <w:r>
        <w:t>Тұрғындардың өзін-өзі емдеу</w:t>
      </w:r>
      <w:r w:rsidRPr="002565CB">
        <w:t xml:space="preserve"> тәжірибесінің себептері мен оған әсер ететін факторларын анықтау».</w:t>
      </w:r>
    </w:p>
    <w:p w:rsidR="002565CB" w:rsidRPr="00A200AA" w:rsidRDefault="006A32FF" w:rsidP="002565CB">
      <w:pPr>
        <w:pStyle w:val="a5"/>
        <w:ind w:right="361" w:firstLine="707"/>
        <w:rPr>
          <w:i/>
        </w:rPr>
      </w:pPr>
      <w:r w:rsidRPr="00A200AA">
        <w:rPr>
          <w:i/>
        </w:rPr>
        <w:t>Зерттеу объектілері:</w:t>
      </w:r>
    </w:p>
    <w:p w:rsidR="006A32FF" w:rsidRDefault="006A32FF" w:rsidP="002565CB">
      <w:pPr>
        <w:pStyle w:val="a5"/>
        <w:ind w:right="361" w:firstLine="707"/>
      </w:pPr>
      <w:r w:rsidRPr="006A32FF">
        <w:t>Тұрғындардың өзін-өзі емдеу тәжірибесінің себептері мен оған әсер ететін факторларын анықтау</w:t>
      </w:r>
      <w:r>
        <w:t xml:space="preserve"> мақсатында </w:t>
      </w:r>
      <w:r w:rsidR="000A59FC">
        <w:t>25</w:t>
      </w:r>
      <w:r w:rsidR="000A59FC" w:rsidRPr="000A59FC">
        <w:t>3</w:t>
      </w:r>
      <w:r w:rsidRPr="006A32FF">
        <w:t xml:space="preserve"> </w:t>
      </w:r>
      <w:r>
        <w:t>ШҚО тұрғындары арасында сауалнама жүргізілді.</w:t>
      </w:r>
    </w:p>
    <w:p w:rsidR="006A32FF" w:rsidRPr="006A32FF" w:rsidRDefault="006A32FF" w:rsidP="006A32FF">
      <w:pPr>
        <w:pStyle w:val="a5"/>
        <w:ind w:right="361" w:firstLine="707"/>
        <w:rPr>
          <w:i/>
        </w:rPr>
      </w:pPr>
      <w:r w:rsidRPr="006A32FF">
        <w:rPr>
          <w:i/>
        </w:rPr>
        <w:t xml:space="preserve">Зерттеуге қатысушыларды іріктеу және таңдама жиынтықты анықтау </w:t>
      </w:r>
    </w:p>
    <w:p w:rsidR="006A32FF" w:rsidRPr="00D91E62" w:rsidRDefault="006A32FF" w:rsidP="006A32FF">
      <w:pPr>
        <w:pStyle w:val="a5"/>
        <w:ind w:right="361" w:firstLine="707"/>
      </w:pPr>
      <w:r>
        <w:t xml:space="preserve"> </w:t>
      </w:r>
      <w:r w:rsidRPr="00D91E62">
        <w:t xml:space="preserve">Таңдама көлемі Brixton Health's Sample XS калькуляторы арқылы есептелді, күтілетін жиілік пен дизайн эффектісі кездейсоқ іріктеу үшін 20% және 1,0 құрады. Біздің зерттеуіміздің таңдамасы </w:t>
      </w:r>
      <w:r w:rsidR="00704A75">
        <w:t>25</w:t>
      </w:r>
      <w:r w:rsidR="00704A75" w:rsidRPr="002164B9">
        <w:t>3</w:t>
      </w:r>
      <w:r w:rsidRPr="00D91E62">
        <w:t xml:space="preserve"> адамды құрады. Біз жүйелі кездейсоқ іріктеу әдісін қолдана отырып, аймақтық амбулаторлық-емханалық мекемелерге баратын немесе еріп жүретін адамдар ретінде сау адамдарды жинадық.</w:t>
      </w:r>
    </w:p>
    <w:p w:rsidR="006A32FF" w:rsidRDefault="006A32FF" w:rsidP="006A32FF">
      <w:pPr>
        <w:pStyle w:val="a5"/>
        <w:ind w:right="361" w:firstLine="707"/>
      </w:pPr>
      <w:r>
        <w:t xml:space="preserve">Деректерді жинау ШҚО-ның </w:t>
      </w:r>
      <w:r w:rsidR="00704A75">
        <w:t>25</w:t>
      </w:r>
      <w:r w:rsidR="00704A75" w:rsidRPr="00704A75">
        <w:t>3</w:t>
      </w:r>
      <w:r w:rsidRPr="00D91E62">
        <w:t xml:space="preserve"> тұрғыны арасында Google Forms платформасында жүргізілді.  Сауалнаманың кіріспе бөлімінде зерттеудің түсінікті тілде түсіндірмесі, сондай-ақ сауалнаманың сұрақтарына жауап бере отырып, қатысушы қатысуға өзінің ерікті ақпараттандырылған келісімін беретіні туралы тұжырым жасалды. Сауалнаманы (WhatsApp, Facebook, Instagram, Telegram және т. б. әлеуметтік желілер арқылы ротациялау жүргізілді. </w:t>
      </w:r>
    </w:p>
    <w:p w:rsidR="006A32FF" w:rsidRDefault="006A32FF" w:rsidP="006A32FF">
      <w:pPr>
        <w:pStyle w:val="a5"/>
        <w:ind w:right="361" w:firstLine="707"/>
      </w:pPr>
      <w:r w:rsidRPr="00D91E62">
        <w:t xml:space="preserve">Қатысушыларды </w:t>
      </w:r>
      <w:r>
        <w:t>жинақтау</w:t>
      </w:r>
      <w:r w:rsidRPr="00D91E62">
        <w:t xml:space="preserve"> "Қарлы кесек" әдісі арқылы жүзеге асырылады</w:t>
      </w:r>
      <w:r>
        <w:t xml:space="preserve">. </w:t>
      </w:r>
      <w:r w:rsidRPr="00D91E62">
        <w:t>Зерттеу (мәліметтерді жи</w:t>
      </w:r>
      <w:r>
        <w:t>нау) 202</w:t>
      </w:r>
      <w:r w:rsidRPr="006A32FF">
        <w:t>2</w:t>
      </w:r>
      <w:r w:rsidRPr="00D91E62">
        <w:t xml:space="preserve"> жылдың қазаны мен 2022 жылдың ақпаны </w:t>
      </w:r>
      <w:r>
        <w:t xml:space="preserve">аралығында жүргізілді. </w:t>
      </w:r>
      <w:r w:rsidRPr="00D91E62">
        <w:t>Респонденттерге қатысуға қаржылық ынталандыру берілмеді.</w:t>
      </w:r>
    </w:p>
    <w:p w:rsidR="0013375F" w:rsidRDefault="0013375F" w:rsidP="0013375F">
      <w:pPr>
        <w:pStyle w:val="a5"/>
        <w:ind w:right="361" w:firstLine="707"/>
        <w:rPr>
          <w:i/>
        </w:rPr>
      </w:pPr>
      <w:r>
        <w:rPr>
          <w:i/>
        </w:rPr>
        <w:t>Мәліметтерді жинауға арналған сауалнамалар</w:t>
      </w:r>
      <w:r w:rsidRPr="00146A3E">
        <w:rPr>
          <w:i/>
        </w:rPr>
        <w:t>:</w:t>
      </w:r>
    </w:p>
    <w:p w:rsidR="006A32FF" w:rsidRDefault="0013375F" w:rsidP="002565CB">
      <w:pPr>
        <w:pStyle w:val="a5"/>
        <w:ind w:right="361" w:firstLine="707"/>
      </w:pPr>
      <w:r>
        <w:t>Ең алдымен сауалнама әзірленді</w:t>
      </w:r>
      <w:r w:rsidRPr="0013375F">
        <w:t>. Сауалнамалар тиісті әдебиеттерге шолу негізінде жасалды</w:t>
      </w:r>
      <w:r w:rsidR="00D74276">
        <w:t>.</w:t>
      </w:r>
    </w:p>
    <w:p w:rsidR="004E233A" w:rsidRPr="00735566" w:rsidRDefault="004E233A">
      <w:pPr>
        <w:pStyle w:val="a5"/>
        <w:ind w:right="361" w:firstLine="707"/>
      </w:pPr>
      <w:r w:rsidRPr="004E233A">
        <w:t>Сауалнамалардың дұрыстығын тексеру үшін сұрақтар алдымен зерттеу тобы арасында және одан әрі бір сыртқы сарапшының қатысуымен талқыланды. Осыдан кейін олар тиісті түрде қайта қаралды. Жалпы талдауға жауаптары енгізілмеген 10 адамның арасында сауалнамаларды пилоттық зерттеу жүргізілді. Талдаудан кейін с</w:t>
      </w:r>
      <w:r>
        <w:t xml:space="preserve">ауалнамаға түзетулер енгізілді. </w:t>
      </w:r>
      <w:r w:rsidRPr="004E233A">
        <w:t>Сауалнама</w:t>
      </w:r>
      <w:r>
        <w:t>ға қатысу</w:t>
      </w:r>
      <w:r w:rsidRPr="004E233A">
        <w:t xml:space="preserve"> анонимді болды. Сауалнама жүргізбес бұрын респонденттің келісімі алынды. Респонденттерге қазақ және орыс тілдерінде сауалнамалар ұсынылды. Сауалнамалар екі кәсіби аудармашының қатысуымен қазақ тіліне екі рет кері аударма әдісімен аударылды:</w:t>
      </w:r>
    </w:p>
    <w:p w:rsidR="007566C3" w:rsidRPr="00EC0D68" w:rsidRDefault="007566C3" w:rsidP="007566C3">
      <w:pPr>
        <w:pStyle w:val="a5"/>
        <w:numPr>
          <w:ilvl w:val="0"/>
          <w:numId w:val="25"/>
        </w:numPr>
        <w:ind w:left="426" w:right="361" w:firstLine="0"/>
      </w:pPr>
      <w:r w:rsidRPr="00735566">
        <w:t>Сауалнама респонеденттердің өз-</w:t>
      </w:r>
      <w:r>
        <w:t xml:space="preserve">өзін антибиотиктермен емдеу тәжірибесіне қатысты </w:t>
      </w:r>
      <w:r w:rsidRPr="00735566">
        <w:t xml:space="preserve">13 </w:t>
      </w:r>
      <w:r>
        <w:t xml:space="preserve">сұрақтан тұрды. Сауалнаманың негізгі сұрақтары антибиотиктерді не себепті рецептсіз </w:t>
      </w:r>
      <w:r w:rsidR="00EC0D68">
        <w:t xml:space="preserve">сатып </w:t>
      </w:r>
      <w:r>
        <w:t xml:space="preserve">алғаны, </w:t>
      </w:r>
      <w:r w:rsidR="00EC0D68">
        <w:t xml:space="preserve">әдетте </w:t>
      </w:r>
      <w:r>
        <w:t xml:space="preserve">қандай </w:t>
      </w:r>
      <w:r w:rsidR="00EC0D68">
        <w:t xml:space="preserve">антибиотиктерді сатып алатыны, дәрінің ішіндегі нұсқаулықты оқитыны, дәрінің қабылдау мөлшерін қалай анықтайтыны және бір ауруды емдегенде неше антибиотик қолданатыны туралы сұрақтар қойылды. </w:t>
      </w:r>
    </w:p>
    <w:p w:rsidR="004E233A" w:rsidRDefault="00EC0D68">
      <w:pPr>
        <w:pStyle w:val="a5"/>
        <w:ind w:right="361" w:firstLine="707"/>
      </w:pPr>
      <w:r>
        <w:t xml:space="preserve">Зерттеудің </w:t>
      </w:r>
      <w:r w:rsidRPr="00EC0D68">
        <w:t>4-</w:t>
      </w:r>
      <w:r>
        <w:t xml:space="preserve">ші міндетін орындау үшін </w:t>
      </w:r>
      <w:r w:rsidRPr="00EC0D68">
        <w:t xml:space="preserve">әлеуметтік, аналитикалық және статистикалық әдістер таңдалды, және көлденең зерттеу жүргізілді  (зерттеуші өзіндік құрастырылған </w:t>
      </w:r>
      <w:r>
        <w:t>антибиотиктер картасы арқылы</w:t>
      </w:r>
      <w:r w:rsidRPr="00EC0D68">
        <w:t>)</w:t>
      </w:r>
      <w:r w:rsidR="00704A75" w:rsidRPr="00704A75">
        <w:t xml:space="preserve"> (3 </w:t>
      </w:r>
      <w:r w:rsidR="00704A75">
        <w:t>қосымша</w:t>
      </w:r>
      <w:r w:rsidR="00704A75" w:rsidRPr="00704A75">
        <w:t>)</w:t>
      </w:r>
      <w:r w:rsidRPr="00EC0D68">
        <w:t>: «Үйдегі дәрі қобдишаларында жүйелі қолдануға арналған антибиотиктердің бар-жоқтығын зерттеп, олардың жарамдылық мерзімін бағалау».</w:t>
      </w:r>
    </w:p>
    <w:p w:rsidR="00EC0D68" w:rsidRPr="00C1563C" w:rsidRDefault="00EC0D68">
      <w:pPr>
        <w:pStyle w:val="a5"/>
        <w:ind w:right="361" w:firstLine="707"/>
        <w:rPr>
          <w:i/>
        </w:rPr>
      </w:pPr>
      <w:r w:rsidRPr="00C1563C">
        <w:rPr>
          <w:i/>
        </w:rPr>
        <w:t>Зерттеу объектісі:</w:t>
      </w:r>
    </w:p>
    <w:p w:rsidR="00EC0D68" w:rsidRDefault="00C1563C" w:rsidP="00A200AA">
      <w:pPr>
        <w:pStyle w:val="a5"/>
        <w:ind w:right="361" w:firstLine="707"/>
      </w:pPr>
      <w:r>
        <w:t>Үйдегі дәрі қобдишаларындағы антибиотиктердің бар</w:t>
      </w:r>
      <w:r w:rsidRPr="00C1563C">
        <w:t>-</w:t>
      </w:r>
      <w:r>
        <w:t>жоғын зерттеу үшін арнай</w:t>
      </w:r>
      <w:r w:rsidR="00A200AA">
        <w:t xml:space="preserve">ы орыс және қазақ тілдерінде </w:t>
      </w:r>
      <w:r>
        <w:t xml:space="preserve"> антибиотиктер картасы әзірленді. Антибиотиктер картасында респонденттің жасы, отбасындағы адамдар саны және балалар саны, сонымен қатар антибиотиктер атауы, олардың дәрілік формасы және жарамдылық мерзімдері </w:t>
      </w:r>
      <w:r w:rsidR="00A200AA">
        <w:t>жайлы ақпарат қажет етілді</w:t>
      </w:r>
      <w:r>
        <w:t>.</w:t>
      </w:r>
      <w:r w:rsidR="00A200AA">
        <w:t xml:space="preserve"> </w:t>
      </w:r>
      <w:r w:rsidR="00A200AA" w:rsidRPr="00A200AA">
        <w:t>Зерттеу 2022 жылдың 10 маусымынан 2023 жылдың 13 қаңтарына дейін Шығыс Қазақстан облысында жүргізілді.</w:t>
      </w:r>
      <w:r w:rsidR="00A200AA">
        <w:t xml:space="preserve"> Үйдегі дәрі қобдишаларын зерттеу алдында респонденттерге зерттеудің мақсаттары мен міндеттері түсіндірілді және зерттеуге қатысуға келісім алынды. Барлығы </w:t>
      </w:r>
      <w:r w:rsidR="00D30CDA" w:rsidRPr="00D30CDA">
        <w:t>7</w:t>
      </w:r>
      <w:r w:rsidR="00D30CDA" w:rsidRPr="00735566">
        <w:t xml:space="preserve">6 </w:t>
      </w:r>
      <w:r w:rsidR="00D30CDA">
        <w:t xml:space="preserve">үйдегі дәрі қобдишалары тексерілді. </w:t>
      </w:r>
    </w:p>
    <w:p w:rsidR="00D30CDA" w:rsidRDefault="00D30CDA" w:rsidP="00A200AA">
      <w:pPr>
        <w:pStyle w:val="a5"/>
        <w:ind w:right="361" w:firstLine="707"/>
      </w:pPr>
      <w:r>
        <w:t xml:space="preserve">Зерттеудің </w:t>
      </w:r>
      <w:r w:rsidRPr="00D30CDA">
        <w:t>5-</w:t>
      </w:r>
      <w:r>
        <w:t>ші</w:t>
      </w:r>
      <w:r w:rsidRPr="00D30CDA">
        <w:t xml:space="preserve"> </w:t>
      </w:r>
      <w:r>
        <w:t>міндетін орындау үшін аналитикалық әдіс таңдалды: «</w:t>
      </w:r>
      <w:r w:rsidRPr="00D30CDA">
        <w:t xml:space="preserve">Тұрғындар арасында антибиотиктерді дұрыс қолдану бойынша практикалық ұсыныстар мен </w:t>
      </w:r>
      <w:r>
        <w:t xml:space="preserve"> ақпараттық материалдар әзірлеу».</w:t>
      </w:r>
    </w:p>
    <w:p w:rsidR="000E5898" w:rsidRDefault="0076056A">
      <w:pPr>
        <w:pStyle w:val="a5"/>
        <w:ind w:right="361" w:firstLine="707"/>
      </w:pPr>
      <w:r>
        <w:t xml:space="preserve">Зерттеудің соңғы сатысы </w:t>
      </w:r>
      <w:r w:rsidR="00D30CDA" w:rsidRPr="00D30CDA">
        <w:t>қорытындылар мен практикалық ұсыныстарды әзірлеуді қамтыды.</w:t>
      </w:r>
      <w:r>
        <w:t xml:space="preserve"> Шығыс Қазақстан облысы тұрғындарының антибиотиктер жайлы білімі,көзқарасы және тәжірибесі, сонымен қатар өз</w:t>
      </w:r>
      <w:r w:rsidRPr="0076056A">
        <w:t>-</w:t>
      </w:r>
      <w:r>
        <w:t xml:space="preserve">өзін емдеу тәжірибесі мен оған әсер ететін факторлар бағаланып, үйдегі дәрі қобдишаларындағы антибиотиктердің құрамы мен сапасы зерттелді. </w:t>
      </w:r>
      <w:r w:rsidR="005951AA">
        <w:t>Алынған мәліметтердің синтезі тұрғындардың антибиотиктер мен оларды дұрыс қолдану бойынша таратпа материалдар әзірлеуге, амбулаторлық көмек көрсету деңгейінде жалпы тәжірибелік дәрігерлерге, менеджерлерге және магистранттар мен докторанттарға арналған әдістемелік ұсыныстар</w:t>
      </w:r>
      <w:r w:rsidR="003F5101">
        <w:t xml:space="preserve">, сонымен қатар тәжірибелік ұсыныстар әзірлеуге негіз болды. </w:t>
      </w:r>
    </w:p>
    <w:p w:rsidR="000E5898" w:rsidRPr="00735566" w:rsidRDefault="005951AA">
      <w:pPr>
        <w:pStyle w:val="a5"/>
        <w:ind w:right="361" w:firstLine="707"/>
      </w:pPr>
      <w:r>
        <w:t xml:space="preserve"> </w:t>
      </w:r>
      <w:r w:rsidR="000E5898" w:rsidRPr="000E5898">
        <w:t>Осылайша, біз таңдаған зерттеу жұмысының әдістері мен әдістемесі, мысалы, әлеуметтанулық, аналитикалық және статистикалық әдістер, біздің ойымызша, жұмыстың мақсаттарына сәйкес келді және алынған нәтижелерге, синтезге және оны талдауға негізделген репрезент</w:t>
      </w:r>
      <w:r w:rsidR="000E5898">
        <w:t xml:space="preserve">ативті ақпарат алуға ықпал етті және </w:t>
      </w:r>
      <w:r w:rsidR="000E5898" w:rsidRPr="000E5898">
        <w:t>қойылған міндеттерді шешуге және ғылыми негізделген қорытынды жасауға мүмкіндік берді.</w:t>
      </w:r>
    </w:p>
    <w:p w:rsidR="00D73054" w:rsidRPr="00735566" w:rsidRDefault="00D73054">
      <w:pPr>
        <w:pStyle w:val="a5"/>
        <w:ind w:right="361" w:firstLine="707"/>
      </w:pPr>
    </w:p>
    <w:p w:rsidR="00751143" w:rsidRPr="00735566" w:rsidRDefault="00751143" w:rsidP="00751143">
      <w:pPr>
        <w:pStyle w:val="a5"/>
        <w:ind w:right="360"/>
        <w:rPr>
          <w:b/>
        </w:rPr>
      </w:pPr>
      <w:r w:rsidRPr="00D73054">
        <w:rPr>
          <w:b/>
        </w:rPr>
        <w:t>2.3 Ғылыми зерттеу жұмысын жүргізу үшін этикалық рұқсатнама</w:t>
      </w:r>
    </w:p>
    <w:p w:rsidR="00751143" w:rsidRPr="00D73054" w:rsidRDefault="00751143" w:rsidP="00751143">
      <w:pPr>
        <w:pStyle w:val="a5"/>
        <w:ind w:right="360"/>
      </w:pPr>
      <w:r w:rsidRPr="00D73054">
        <w:rPr>
          <w:b/>
        </w:rPr>
        <w:t xml:space="preserve"> </w:t>
      </w:r>
      <w:r w:rsidRPr="00D73054">
        <w:t>Семей</w:t>
      </w:r>
      <w:r w:rsidRPr="00D73054">
        <w:rPr>
          <w:spacing w:val="1"/>
        </w:rPr>
        <w:t xml:space="preserve"> </w:t>
      </w:r>
      <w:r w:rsidRPr="00D73054">
        <w:t>медицина университеті» КеАҚ</w:t>
      </w:r>
      <w:r w:rsidRPr="00D73054">
        <w:rPr>
          <w:spacing w:val="1"/>
        </w:rPr>
        <w:t xml:space="preserve"> </w:t>
      </w:r>
      <w:r w:rsidRPr="00D73054">
        <w:t xml:space="preserve">Жергілікті этика комиссиясының 28.10.2020 жылғы №2 хаттамасымен </w:t>
      </w:r>
      <w:r w:rsidRPr="00D73054">
        <w:rPr>
          <w:spacing w:val="-67"/>
        </w:rPr>
        <w:t xml:space="preserve"> </w:t>
      </w:r>
      <w:r w:rsidRPr="00D73054">
        <w:t>берілді. Жергілікті этика комиссиясынан рұқсат алғаннан кейін ғана зерттеу</w:t>
      </w:r>
      <w:r w:rsidRPr="00D73054">
        <w:rPr>
          <w:spacing w:val="1"/>
        </w:rPr>
        <w:t xml:space="preserve"> </w:t>
      </w:r>
      <w:r w:rsidRPr="00D73054">
        <w:t>басталды.</w:t>
      </w:r>
      <w:r w:rsidRPr="00D73054">
        <w:rPr>
          <w:spacing w:val="1"/>
        </w:rPr>
        <w:t xml:space="preserve"> </w:t>
      </w:r>
      <w:r w:rsidRPr="00D73054">
        <w:t>Зерттеу</w:t>
      </w:r>
      <w:r w:rsidRPr="00D73054">
        <w:rPr>
          <w:spacing w:val="1"/>
        </w:rPr>
        <w:t xml:space="preserve"> </w:t>
      </w:r>
      <w:r w:rsidRPr="00D73054">
        <w:t>барысында</w:t>
      </w:r>
      <w:r w:rsidRPr="00D73054">
        <w:rPr>
          <w:spacing w:val="1"/>
        </w:rPr>
        <w:t xml:space="preserve"> </w:t>
      </w:r>
      <w:r w:rsidRPr="00A753F8">
        <w:t>ақпараттық</w:t>
      </w:r>
      <w:r w:rsidRPr="00A753F8">
        <w:rPr>
          <w:spacing w:val="1"/>
        </w:rPr>
        <w:t xml:space="preserve"> </w:t>
      </w:r>
      <w:r w:rsidRPr="00A753F8">
        <w:t>келісім</w:t>
      </w:r>
      <w:r w:rsidRPr="00D73054">
        <w:rPr>
          <w:b/>
          <w:spacing w:val="71"/>
        </w:rPr>
        <w:t xml:space="preserve"> </w:t>
      </w:r>
      <w:r w:rsidRPr="00D73054">
        <w:t>ұсынылып,</w:t>
      </w:r>
      <w:r w:rsidRPr="00D73054">
        <w:rPr>
          <w:spacing w:val="-67"/>
        </w:rPr>
        <w:t xml:space="preserve"> </w:t>
      </w:r>
      <w:r w:rsidRPr="00D73054">
        <w:t>респонденттердің</w:t>
      </w:r>
      <w:r w:rsidRPr="00D73054">
        <w:rPr>
          <w:spacing w:val="-1"/>
        </w:rPr>
        <w:t xml:space="preserve"> </w:t>
      </w:r>
      <w:r w:rsidRPr="00D73054">
        <w:t>келісімімен ғана</w:t>
      </w:r>
      <w:r w:rsidRPr="00D73054">
        <w:rPr>
          <w:spacing w:val="-1"/>
        </w:rPr>
        <w:t xml:space="preserve"> </w:t>
      </w:r>
      <w:r w:rsidRPr="00D73054">
        <w:t>зерттеу</w:t>
      </w:r>
      <w:r w:rsidRPr="00D73054">
        <w:rPr>
          <w:spacing w:val="-4"/>
        </w:rPr>
        <w:t xml:space="preserve"> </w:t>
      </w:r>
      <w:r w:rsidRPr="00D73054">
        <w:t>жүзеге</w:t>
      </w:r>
      <w:r w:rsidRPr="00D73054">
        <w:rPr>
          <w:spacing w:val="-1"/>
        </w:rPr>
        <w:t xml:space="preserve"> </w:t>
      </w:r>
      <w:r w:rsidRPr="00D73054">
        <w:t>асырылды.</w:t>
      </w:r>
    </w:p>
    <w:p w:rsidR="00751143" w:rsidRPr="00735566" w:rsidRDefault="00751143">
      <w:pPr>
        <w:pStyle w:val="a5"/>
        <w:ind w:right="361" w:firstLine="707"/>
      </w:pPr>
    </w:p>
    <w:p w:rsidR="00D73054" w:rsidRPr="00D73054" w:rsidRDefault="00D73054" w:rsidP="00D73054">
      <w:pPr>
        <w:ind w:firstLine="567"/>
        <w:rPr>
          <w:b/>
          <w:sz w:val="28"/>
          <w:szCs w:val="28"/>
        </w:rPr>
      </w:pPr>
      <w:r w:rsidRPr="00735566">
        <w:rPr>
          <w:b/>
          <w:sz w:val="28"/>
          <w:szCs w:val="28"/>
        </w:rPr>
        <w:t xml:space="preserve">    </w:t>
      </w:r>
      <w:r w:rsidRPr="00D73054">
        <w:rPr>
          <w:b/>
          <w:sz w:val="28"/>
          <w:szCs w:val="28"/>
        </w:rPr>
        <w:t>2.</w:t>
      </w:r>
      <w:r w:rsidRPr="00735566">
        <w:rPr>
          <w:b/>
          <w:sz w:val="28"/>
          <w:szCs w:val="28"/>
        </w:rPr>
        <w:t>4</w:t>
      </w:r>
      <w:r w:rsidRPr="00D73054">
        <w:rPr>
          <w:b/>
          <w:sz w:val="28"/>
          <w:szCs w:val="28"/>
        </w:rPr>
        <w:tab/>
      </w:r>
      <w:r w:rsidRPr="00735566">
        <w:rPr>
          <w:b/>
          <w:sz w:val="28"/>
          <w:szCs w:val="28"/>
        </w:rPr>
        <w:t>М</w:t>
      </w:r>
      <w:r w:rsidRPr="00D73054">
        <w:rPr>
          <w:b/>
          <w:sz w:val="28"/>
          <w:szCs w:val="28"/>
        </w:rPr>
        <w:t>әліметтерді статистикалық өңдеу</w:t>
      </w:r>
    </w:p>
    <w:p w:rsidR="00D73054" w:rsidRPr="00D73054" w:rsidRDefault="00D73054" w:rsidP="00D73054">
      <w:pPr>
        <w:rPr>
          <w:sz w:val="28"/>
          <w:szCs w:val="28"/>
        </w:rPr>
      </w:pPr>
    </w:p>
    <w:p w:rsidR="00D73054" w:rsidRPr="00D73054" w:rsidRDefault="00D73054" w:rsidP="00A753F8">
      <w:pPr>
        <w:ind w:firstLine="567"/>
        <w:jc w:val="both"/>
        <w:rPr>
          <w:sz w:val="28"/>
          <w:szCs w:val="28"/>
        </w:rPr>
      </w:pPr>
      <w:r w:rsidRPr="00D73054">
        <w:rPr>
          <w:sz w:val="28"/>
          <w:szCs w:val="28"/>
        </w:rPr>
        <w:t>Зерттеу деректері әлеуметтік ғылымдар статистикалық пакетін</w:t>
      </w:r>
      <w:r w:rsidR="00A753F8">
        <w:rPr>
          <w:sz w:val="28"/>
          <w:szCs w:val="28"/>
        </w:rPr>
        <w:t>ің (SPSS) 26.0</w:t>
      </w:r>
      <w:r w:rsidRPr="00D73054">
        <w:rPr>
          <w:sz w:val="28"/>
          <w:szCs w:val="28"/>
        </w:rPr>
        <w:t xml:space="preserve"> нұсқасының көмегімен талданды. Статистикалық талдаудың алғашқы қадамы ретінде деректердің таралу түрі Колмогоров-Смирновтың критерийі арқылы үздіксіз айнымалылар үшін бағаланды. Деректердің таралуы қалыптыдан өзгеше болғандықтан, үздіксіз айнымалылар квартильаралық диапазондары бар медиана түрінде ұсынылды және топтар арасындағы айырмашылықтарды салыстыру үшін параметрлік емес тесттер қолданылды. Категориялық айнымалылар пайыздық жиілік түрінде ұсынылды, ал топаралық салыстыру үшін Пирсонның хи-квадрат критерийі қолданылды. 0,05 және одан төмен р мәні статистикалық маңызды болып саналды.</w:t>
      </w:r>
    </w:p>
    <w:p w:rsidR="00D73054" w:rsidRPr="009F079C" w:rsidRDefault="00D73054" w:rsidP="00D73054">
      <w:pPr>
        <w:ind w:firstLine="851"/>
        <w:jc w:val="both"/>
        <w:rPr>
          <w:sz w:val="28"/>
          <w:szCs w:val="28"/>
          <w:highlight w:val="yellow"/>
        </w:rPr>
        <w:sectPr w:rsidR="00D73054" w:rsidRPr="009F079C" w:rsidSect="00052070">
          <w:pgSz w:w="11910" w:h="16840"/>
          <w:pgMar w:top="1134" w:right="850" w:bottom="1134" w:left="1701" w:header="0" w:footer="882" w:gutter="0"/>
          <w:cols w:space="720"/>
          <w:docGrid w:linePitch="299"/>
        </w:sectPr>
      </w:pPr>
      <w:r w:rsidRPr="00D73054">
        <w:rPr>
          <w:sz w:val="28"/>
          <w:szCs w:val="28"/>
        </w:rPr>
        <w:t>Білім беру деңгейлерін салыстыруды жеңілдету үшін біз білім беру жетістіктерін екі санатқа бөлдік: мектепке дейінгі білім (соның ішінде мектептегі білімнің жоқт</w:t>
      </w:r>
      <w:r w:rsidR="00A753F8">
        <w:rPr>
          <w:sz w:val="28"/>
          <w:szCs w:val="28"/>
        </w:rPr>
        <w:t xml:space="preserve">ығы, </w:t>
      </w:r>
      <w:r w:rsidRPr="00D73054">
        <w:rPr>
          <w:sz w:val="28"/>
          <w:szCs w:val="28"/>
        </w:rPr>
        <w:t>мектеп</w:t>
      </w:r>
      <w:r w:rsidR="00A753F8">
        <w:rPr>
          <w:sz w:val="28"/>
          <w:szCs w:val="28"/>
        </w:rPr>
        <w:t xml:space="preserve"> түлегі</w:t>
      </w:r>
      <w:r w:rsidRPr="00D73054">
        <w:rPr>
          <w:sz w:val="28"/>
          <w:szCs w:val="28"/>
        </w:rPr>
        <w:t>, кейбір колледж с</w:t>
      </w:r>
      <w:r w:rsidR="00A753F8">
        <w:rPr>
          <w:sz w:val="28"/>
          <w:szCs w:val="28"/>
        </w:rPr>
        <w:t>ынағы және дипломсыз техникалық/</w:t>
      </w:r>
      <w:r w:rsidRPr="00D73054">
        <w:rPr>
          <w:sz w:val="28"/>
          <w:szCs w:val="28"/>
        </w:rPr>
        <w:t>кәсіптік оқыту) және үшінші деңгейлі білім (бакалавр, магистр және PhD дәрежелерін қамтиды). Тұрғылықты жердегі топтар арасындағы айырмашылықтарды анықтау үшін біз қалалық және қала маңындағы аудандарда тұратын адамдарды ауылдық жерлерде тұратын адамдармен салыстырдық. Әр түрлі кіріс топтары өкілдерінің жауаптарын салыстыру үшін біз барлық респонденттерді ай сайынғы табыс деңгейіне қарай екі топқа бөлдік: табысы төмен топ (ай сайынғы табыс ≤150 000 теңге) және табысы жоғары топ (ай сайынғы табыс 150 000 теңгеден асады). 2021 жылы сауалнама жүргізу кезінде 150 000 теңге шамамен 350 АҚШ долларына тең болды</w:t>
      </w:r>
      <w:r w:rsidR="00A753F8">
        <w:rPr>
          <w:sz w:val="28"/>
          <w:szCs w:val="28"/>
        </w:rPr>
        <w:t xml:space="preserve">.    </w:t>
      </w:r>
    </w:p>
    <w:p w:rsidR="00161ED5" w:rsidRDefault="00A53552" w:rsidP="00265615">
      <w:pPr>
        <w:pStyle w:val="1"/>
        <w:numPr>
          <w:ilvl w:val="0"/>
          <w:numId w:val="42"/>
        </w:numPr>
        <w:ind w:right="439"/>
      </w:pPr>
      <w:r w:rsidRPr="00B0236C">
        <w:t>ШЫҒЫС ҚАЗАҚСТАН ОБЛЫСЫ ТҰРҒЫНДАРЫНЫҢ АНТИБАКТЕРИАЛДЫ ПРЕПАРАТТАРДЫ ДҰРЫС ҚОЛДАНУ МӘСЕЛЕЛЕРІ БОЙЫНША АҚПАРАТТАНУЫН БАҒАЛАУ</w:t>
      </w:r>
    </w:p>
    <w:p w:rsidR="007F4B63" w:rsidRPr="00B0236C" w:rsidRDefault="007F4B63" w:rsidP="007F4B63">
      <w:pPr>
        <w:pStyle w:val="1"/>
        <w:ind w:left="360" w:right="439"/>
      </w:pPr>
    </w:p>
    <w:p w:rsidR="00A53552" w:rsidRPr="00935D62" w:rsidRDefault="00BE7D07" w:rsidP="00BE7D07">
      <w:pPr>
        <w:pStyle w:val="1"/>
        <w:ind w:left="426" w:right="439"/>
      </w:pPr>
      <w:r w:rsidRPr="00BE7D07">
        <w:t xml:space="preserve">3.1 </w:t>
      </w:r>
      <w:r>
        <w:t>Тұрғындар</w:t>
      </w:r>
      <w:r w:rsidRPr="00BE7D07">
        <w:t xml:space="preserve"> арасында антибиотиктерді қолдану туралы білімді, көзқарасты және тәжірибені бағалау</w:t>
      </w:r>
    </w:p>
    <w:p w:rsidR="00A306AD" w:rsidRPr="00935D62" w:rsidRDefault="00A306AD" w:rsidP="00BE7D07">
      <w:pPr>
        <w:pStyle w:val="1"/>
        <w:ind w:left="426" w:right="439"/>
      </w:pPr>
    </w:p>
    <w:p w:rsidR="00D73054" w:rsidRPr="00062556" w:rsidRDefault="00D73054" w:rsidP="004A28C0">
      <w:pPr>
        <w:pStyle w:val="1"/>
        <w:ind w:left="426" w:right="3" w:firstLine="567"/>
        <w:rPr>
          <w:b w:val="0"/>
        </w:rPr>
      </w:pPr>
      <w:r w:rsidRPr="00062556">
        <w:rPr>
          <w:b w:val="0"/>
        </w:rPr>
        <w:t>Антибиотиктерді тұтынудың өсіп келе жатқан тенденциясына алаңдаған ДДСҰ антибиотиктерге төзімділікке қарсы жаһандық іс-қимыл жоспарын әзірледі, ол барлық елдерді тиімді ақпараттық-коммуникациялық науқандар арқылы антибиотиктер мен антибиотиктерге төзімділік туралы халықтың хаба</w:t>
      </w:r>
      <w:r w:rsidR="000061B3">
        <w:rPr>
          <w:b w:val="0"/>
        </w:rPr>
        <w:t>рдарлығын арттыруға шақырады</w:t>
      </w:r>
      <w:r w:rsidR="000061B3" w:rsidRPr="000061B3">
        <w:rPr>
          <w:b w:val="0"/>
        </w:rPr>
        <w:t xml:space="preserve"> </w:t>
      </w:r>
      <w:r w:rsidR="000061B3">
        <w:rPr>
          <w:b w:val="0"/>
        </w:rPr>
        <w:fldChar w:fldCharType="begin" w:fldLock="1"/>
      </w:r>
      <w:r w:rsidR="004A28C0">
        <w:rPr>
          <w:b w:val="0"/>
        </w:rPr>
        <w:instrText>ADDIN CSL_CITATION {"citationItems":[{"id":"ITEM-1","itemData":{"ISBN":"9789241509763","id":"ITEM-1","issued":{"date-parts":[["2015"]]},"title":"WHO Library Cataloguing-in-Publication Data Global Action Plan on Antimicrobial Resistance","type":"article-journal"},"uris":["http://www.mendeley.com/documents/?uuid=e3b92c4d-7849-392b-953a-4dad15a2333c"]}],"mendeley":{"formattedCitation":"[41]","plainTextFormattedCitation":"[41]","previouslyFormattedCitation":"[41]"},"properties":{"noteIndex":0},"schema":"https://github.com/citation-style-language/schema/raw/master/csl-citation.json"}</w:instrText>
      </w:r>
      <w:r w:rsidR="000061B3">
        <w:rPr>
          <w:b w:val="0"/>
        </w:rPr>
        <w:fldChar w:fldCharType="separate"/>
      </w:r>
      <w:r w:rsidR="000061B3" w:rsidRPr="000061B3">
        <w:rPr>
          <w:b w:val="0"/>
          <w:noProof/>
        </w:rPr>
        <w:t>[41]</w:t>
      </w:r>
      <w:r w:rsidR="000061B3">
        <w:rPr>
          <w:b w:val="0"/>
        </w:rPr>
        <w:fldChar w:fldCharType="end"/>
      </w:r>
      <w:r w:rsidRPr="00062556">
        <w:rPr>
          <w:b w:val="0"/>
        </w:rPr>
        <w:t>. Осылайша, тиімді араласу стратегияларын әзірлеу үшін халықтың антибиотиктер туралы хабардарлық деңгейін, көзқарасы мен қабылдауын және оларға</w:t>
      </w:r>
      <w:r w:rsidR="004A28C0">
        <w:rPr>
          <w:b w:val="0"/>
        </w:rPr>
        <w:t xml:space="preserve"> төзімділігін түсіну маңызды </w:t>
      </w:r>
      <w:r w:rsidR="004A28C0">
        <w:rPr>
          <w:b w:val="0"/>
        </w:rPr>
        <w:fldChar w:fldCharType="begin" w:fldLock="1"/>
      </w:r>
      <w:r w:rsidR="009A759A">
        <w:rPr>
          <w:b w:val="0"/>
        </w:rPr>
        <w:instrText>ADDIN CSL_CITATION {"citationItems":[{"id":"ITEM-1","itemData":{"DOI":"10.1186/S12889-020-09033-5","ISSN":"1471-2458","PMID":"32552687","abstract":"Background: Community engagement approaches that have impacted on health outcomes are often time intensive, small-scale and require high levels of financial and human resources. They can be difficult to sustain and scale-up in low resource settings. Given the reach of health services into communities in low income countries, the health system provides a valuable and potentially sustainable entry point that would allow for scale-up of community engagement interventions. This study explores the process of developing an embedded approach to community engagement taking the global challenge of antibiotic resistance as an example. Methods: The intervention was developed using a sequential mixed methods study design. This consisted of: exploring the evidence base through an umbrella review, and identifying key international standards on the appropriate use of antibiotics; undertaking detailed formative research through a) a qualitative study to explore the most appropriate mechanisms through which to embed the intervention within the existing health system and community infrastructure, and to understand patterns of knowledge, attitudes and practice regarding antibiotics and antibiotic resistance; and b) a household survey - which drew on the qualitative findings - to quantify knowledge, and reported attitudes and practice regarding antibiotics and antibiotic resistance within the target population; and c) drawing on appropriate theories regarding change mechanisms and experience of implementing community engagement interventions to co-produce the intervention processes and materials with key stakeholders at policy, health system and community level. Results: A community engagement intervention was co-produced and was explicitly designed to link into existing health system and community structures and be appropriate for the cultural context, and therefore have the potential to be implemented at scale. We anticipate that taking this approach increases local ownership, as well as the likelihood that the intervention will be sustainable and scalable. Conclusions: This study demonstrates the value of ensuring that a range of stakeholders co-produce the intervention, and ensuring that the intervention is designed to be appropriate for the health system, community and cultural context.","author":[{"dropping-particle":"","family":"King","given":"Rebecca","non-dropping-particle":"","parse-names":false,"suffix":""},{"dropping-particle":"","family":"Hicks","given":"Joseph","non-dropping-particle":"","parse-names":false,"suffix":""},{"dropping-particle":"","family":"Rassi","given":"Christian","non-dropping-particle":"","parse-names":false,"suffix":""},{"dropping-particle":"","family":"Shafique","given":"Muhammad","non-dropping-particle":"","parse-names":false,"suffix":""},{"dropping-particle":"","family":"Barua","given":"Deepa","non-dropping-particle":"","parse-names":false,"suffix":""},{"dropping-particle":"","family":"Bhowmik","given":"Prashanta","non-dropping-particle":"","parse-names":false,"suffix":""},{"dropping-particle":"","family":"Das","given":"Mahua","non-dropping-particle":"","parse-names":false,"suffix":""},{"dropping-particle":"","family":"Elsey","given":"Helen","non-dropping-particle":"","parse-names":false,"suffix":""},{"dropping-particle":"","family":"Questa","given":"Kate","non-dropping-particle":"","parse-names":false,"suffix":""},{"dropping-particle":"","family":"Fieroze","given":"Fariza","non-dropping-particle":"","parse-names":false,"suffix":""},{"dropping-particle":"","family":"Hamade","given":"Prudence","non-dropping-particle":"","parse-names":false,"suffix":""},{"dropping-particle":"","family":"Huque","given":"Sameena","non-dropping-particle":"","parse-names":false,"suffix":""},{"dropping-particle":"","family":"Newell","given":"James","non-dropping-particle":"","parse-names":false,"suffix":""},{"dropping-particle":"","family":"Huque","given":"Rumana","non-dropping-particle":"","parse-names":false,"suffix":""}],"container-title":"BMC public health","id":"ITEM-1","issue":"1","issued":{"date-parts":[["2020","6","17"]]},"publisher":"BMC Public Health","title":"A process for developing a sustainable and scalable approach to community engagement: community dialogue approach for addressing the drivers of antibiotic resistance in Bangladesh","type":"article-journal","volume":"20"},"uris":["http://www.mendeley.com/documents/?uuid=9654427e-7dca-371b-9248-41e5a8d69748"]}],"mendeley":{"formattedCitation":"[120]","plainTextFormattedCitation":"[120]","previouslyFormattedCitation":"[119]"},"properties":{"noteIndex":0},"schema":"https://github.com/citation-style-language/schema/raw/master/csl-citation.json"}</w:instrText>
      </w:r>
      <w:r w:rsidR="004A28C0">
        <w:rPr>
          <w:b w:val="0"/>
        </w:rPr>
        <w:fldChar w:fldCharType="separate"/>
      </w:r>
      <w:r w:rsidR="009A759A" w:rsidRPr="009A759A">
        <w:rPr>
          <w:b w:val="0"/>
          <w:noProof/>
        </w:rPr>
        <w:t>[120]</w:t>
      </w:r>
      <w:r w:rsidR="004A28C0">
        <w:rPr>
          <w:b w:val="0"/>
        </w:rPr>
        <w:fldChar w:fldCharType="end"/>
      </w:r>
      <w:r w:rsidRPr="00062556">
        <w:rPr>
          <w:b w:val="0"/>
        </w:rPr>
        <w:t>. Сондықтан біз Шығыс Қазақстан облысының ересек тұрғындары арасында антибиотиктерді қолдану және оларға төзімділік туралы хабардарлықты бағалау үшін көлденең зерттеу жүргіздік. Біздің зерттеуімізде біз келесі гипотезаларды қарастырдық: (i) антибиотиктерді қолдану туралы хабардар болуда жас және гендерлік айырмашылықтар болуы мүмкін; (ii) ауылдық және қалалық тұрғындар антибиотиктерді қолдануда әр түрлі болуы мүмкін; және (iii) білім мен табыс деңгейі антибиотиктерді қолдану сипатына әсер етуі мүмкін.</w:t>
      </w:r>
    </w:p>
    <w:p w:rsidR="00D73054" w:rsidRPr="00062556" w:rsidRDefault="00D73054" w:rsidP="004A28C0">
      <w:pPr>
        <w:pStyle w:val="1"/>
        <w:spacing w:before="0"/>
        <w:ind w:left="426" w:right="3" w:firstLine="567"/>
        <w:rPr>
          <w:b w:val="0"/>
        </w:rPr>
      </w:pPr>
      <w:r w:rsidRPr="00062556">
        <w:rPr>
          <w:b w:val="0"/>
        </w:rPr>
        <w:t>Көлденең зерттеу 2021 жылдың қазаны мен 2022 жылдың ақпаны аралығында Шығыс Қазақстан облысының медициналық білімі жоқ ересек тұрғындарының кездейсоқ үлгісін пайдалана отырып жүргізілді. Бұл аймақ әлеуметтік-экономикалық көрсеткіштерге сүйене отырып, елдің өкілді ауданы ретінде таңдалды және 2022 жылы оның ха</w:t>
      </w:r>
      <w:r w:rsidR="004A28C0">
        <w:rPr>
          <w:b w:val="0"/>
        </w:rPr>
        <w:t xml:space="preserve">лқы 1 349 400 адамды құрады </w:t>
      </w:r>
      <w:r w:rsidR="004A28C0">
        <w:rPr>
          <w:b w:val="0"/>
        </w:rPr>
        <w:fldChar w:fldCharType="begin" w:fldLock="1"/>
      </w:r>
      <w:r w:rsidR="009A759A">
        <w:rPr>
          <w:b w:val="0"/>
        </w:rPr>
        <w:instrText>ADDIN CSL_CITATION {"citationItems":[{"id":"ITEM-1","itemData":{"URL":"https://stat.gov.kz/ru/","accessed":{"date-parts":[["2023","11","8"]]},"id":"ITEM-1","issued":{"date-parts":[["0"]]},"title":"Бюро национальной статистики Агентства по стратегическому планированию и реформам Республики Казахстан - Главная","type":"webpage"},"uris":["http://www.mendeley.com/documents/?uuid=135a92b5-d127-3f35-8bfb-f87b12bb7893"]}],"mendeley":{"formattedCitation":"[121]","plainTextFormattedCitation":"[121]","previouslyFormattedCitation":"[120]"},"properties":{"noteIndex":0},"schema":"https://github.com/citation-style-language/schema/raw/master/csl-citation.json"}</w:instrText>
      </w:r>
      <w:r w:rsidR="004A28C0">
        <w:rPr>
          <w:b w:val="0"/>
        </w:rPr>
        <w:fldChar w:fldCharType="separate"/>
      </w:r>
      <w:r w:rsidR="009A759A" w:rsidRPr="009A759A">
        <w:rPr>
          <w:b w:val="0"/>
          <w:noProof/>
        </w:rPr>
        <w:t>[121]</w:t>
      </w:r>
      <w:r w:rsidR="004A28C0">
        <w:rPr>
          <w:b w:val="0"/>
        </w:rPr>
        <w:fldChar w:fldCharType="end"/>
      </w:r>
      <w:r w:rsidRPr="00062556">
        <w:rPr>
          <w:b w:val="0"/>
        </w:rPr>
        <w:t>. Іріктеме мөлшері Brixton Health компаниясының Sample XS калькуляторын</w:t>
      </w:r>
      <w:r w:rsidR="004A28C0">
        <w:rPr>
          <w:b w:val="0"/>
        </w:rPr>
        <w:t xml:space="preserve"> қолдана отырып есептелген</w:t>
      </w:r>
      <w:r w:rsidR="004A28C0" w:rsidRPr="004A28C0">
        <w:rPr>
          <w:b w:val="0"/>
        </w:rPr>
        <w:t xml:space="preserve">. </w:t>
      </w:r>
      <w:r w:rsidRPr="00062556">
        <w:rPr>
          <w:b w:val="0"/>
        </w:rPr>
        <w:t>Іріктеменің жалпы көлемі 683 адамды құрады, бірақ біз ықтимал оқуды есепке алу үшін 750 қатысушыны тіркедік. Сайып келгенде, 727 адам қатысуға келісті, нәтижесінде жауап берушілердің үлесі 96,9% құрады.</w:t>
      </w:r>
    </w:p>
    <w:p w:rsidR="00D73054" w:rsidRDefault="00437E05" w:rsidP="00D73054">
      <w:pPr>
        <w:pStyle w:val="MDPI41tablecaption"/>
        <w:spacing w:before="0" w:line="240" w:lineRule="auto"/>
        <w:ind w:left="426" w:firstLine="567"/>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3</w:t>
      </w:r>
      <w:r w:rsidR="00D73054" w:rsidRPr="00062556">
        <w:rPr>
          <w:rFonts w:ascii="Times New Roman" w:hAnsi="Times New Roman" w:cs="Times New Roman"/>
          <w:snapToGrid w:val="0"/>
          <w:sz w:val="28"/>
          <w:szCs w:val="28"/>
          <w:lang w:val="kk-KZ"/>
        </w:rPr>
        <w:t>-кестеде зерттелетін популяцияға олардың негізгі сипаттамаларын егжей-тегжейлі сипаттайтын шолу берілген. Жалпы үлгінің 542 - сі (74,6%) әйелдер, ал 185-і (25,4%) ер адамдар ретінде анықталды. Қатысушылардың көпшілігі 25 жасқа толмаған (60,2</w:t>
      </w:r>
      <w:r w:rsidR="00A753F8">
        <w:rPr>
          <w:rFonts w:ascii="Times New Roman" w:hAnsi="Times New Roman" w:cs="Times New Roman"/>
          <w:snapToGrid w:val="0"/>
          <w:sz w:val="28"/>
          <w:szCs w:val="28"/>
          <w:lang w:val="kk-KZ"/>
        </w:rPr>
        <w:t>%) және қалалық жерлерде тұрады</w:t>
      </w:r>
      <w:r w:rsidR="00D73054" w:rsidRPr="00062556">
        <w:rPr>
          <w:rFonts w:ascii="Times New Roman" w:hAnsi="Times New Roman" w:cs="Times New Roman"/>
          <w:snapToGrid w:val="0"/>
          <w:sz w:val="28"/>
          <w:szCs w:val="28"/>
          <w:lang w:val="kk-KZ"/>
        </w:rPr>
        <w:t xml:space="preserve"> (53,6%). Респонденттердің жартысынан көбі бакалавр немесе </w:t>
      </w:r>
      <w:r w:rsidR="00A753F8">
        <w:rPr>
          <w:rFonts w:ascii="Times New Roman" w:hAnsi="Times New Roman" w:cs="Times New Roman"/>
          <w:snapToGrid w:val="0"/>
          <w:sz w:val="28"/>
          <w:szCs w:val="28"/>
          <w:lang w:val="kk-KZ"/>
        </w:rPr>
        <w:t>дипломнан кейінгі дәрежелі</w:t>
      </w:r>
      <w:r w:rsidR="00D73054" w:rsidRPr="00062556">
        <w:rPr>
          <w:rFonts w:ascii="Times New Roman" w:hAnsi="Times New Roman" w:cs="Times New Roman"/>
          <w:snapToGrid w:val="0"/>
          <w:sz w:val="28"/>
          <w:szCs w:val="28"/>
          <w:lang w:val="kk-KZ"/>
        </w:rPr>
        <w:t xml:space="preserve"> </w:t>
      </w:r>
      <w:r w:rsidR="00A753F8">
        <w:rPr>
          <w:rFonts w:ascii="Times New Roman" w:hAnsi="Times New Roman" w:cs="Times New Roman"/>
          <w:snapToGrid w:val="0"/>
          <w:sz w:val="28"/>
          <w:szCs w:val="28"/>
          <w:lang w:val="kk-KZ"/>
        </w:rPr>
        <w:t>білімі бар</w:t>
      </w:r>
      <w:r w:rsidR="00D73054" w:rsidRPr="00062556">
        <w:rPr>
          <w:rFonts w:ascii="Times New Roman" w:hAnsi="Times New Roman" w:cs="Times New Roman"/>
          <w:snapToGrid w:val="0"/>
          <w:sz w:val="28"/>
          <w:szCs w:val="28"/>
          <w:lang w:val="kk-KZ"/>
        </w:rPr>
        <w:t xml:space="preserve"> (55,5%). Отбасы құрамы ішінде ең көп таралған түрі 16 жастан асқан бірнеше ересектерден және кем дегенде 16 жасқа толмаған бір баладан тұрды (барлық отбасылардың 40,4%). Отбасылардың орташа табысы 150 000 теңгені құрад</w:t>
      </w:r>
      <w:r w:rsidR="004A28C0">
        <w:rPr>
          <w:rFonts w:ascii="Times New Roman" w:hAnsi="Times New Roman" w:cs="Times New Roman"/>
          <w:snapToGrid w:val="0"/>
          <w:sz w:val="28"/>
          <w:szCs w:val="28"/>
          <w:lang w:val="kk-KZ"/>
        </w:rPr>
        <w:t>ы, бұл 350 АҚШ долларына тең</w:t>
      </w:r>
      <w:r w:rsidR="00CC33C8">
        <w:rPr>
          <w:rFonts w:ascii="Times New Roman" w:hAnsi="Times New Roman" w:cs="Times New Roman"/>
          <w:snapToGrid w:val="0"/>
          <w:sz w:val="28"/>
          <w:szCs w:val="28"/>
          <w:lang w:val="kk-KZ"/>
        </w:rPr>
        <w:t xml:space="preserve"> болды</w:t>
      </w:r>
      <w:r w:rsidR="004A28C0">
        <w:rPr>
          <w:rFonts w:ascii="Times New Roman" w:hAnsi="Times New Roman" w:cs="Times New Roman"/>
          <w:snapToGrid w:val="0"/>
          <w:sz w:val="28"/>
          <w:szCs w:val="28"/>
          <w:lang w:val="kk-KZ"/>
        </w:rPr>
        <w:t xml:space="preserve"> </w:t>
      </w:r>
      <w:r w:rsidR="004A28C0">
        <w:rPr>
          <w:rFonts w:ascii="Times New Roman" w:hAnsi="Times New Roman" w:cs="Times New Roman"/>
          <w:snapToGrid w:val="0"/>
          <w:sz w:val="28"/>
          <w:szCs w:val="28"/>
          <w:lang w:val="kk-KZ"/>
        </w:rPr>
        <w:fldChar w:fldCharType="begin" w:fldLock="1"/>
      </w:r>
      <w:r w:rsidR="009A759A">
        <w:rPr>
          <w:rFonts w:ascii="Times New Roman" w:hAnsi="Times New Roman" w:cs="Times New Roman"/>
          <w:snapToGrid w:val="0"/>
          <w:sz w:val="28"/>
          <w:szCs w:val="28"/>
          <w:lang w:val="kk-KZ"/>
        </w:rPr>
        <w:instrText>ADDIN CSL_CITATION {"citationItems":[{"id":"ITEM-1","itemData":{"URL":"https://kapital.kz/finance/101590/srednevzveshennyy-kurs-dollara-na-kase-431-67-tenge.html","accessed":{"date-parts":[["2023","11","8"]]},"id":"ITEM-1","issued":{"date-parts":[["0"]]},"title":"Средневзвешенный курс доллара на KASE - 431,67 тенге - новости Kapital.kz","type":"webpage"},"uris":["http://www.mendeley.com/documents/?uuid=8a7d4ad2-2c09-3dd9-b2d7-5dcf9b78f022"]}],"mendeley":{"formattedCitation":"[122]","plainTextFormattedCitation":"[122]","previouslyFormattedCitation":"[121]"},"properties":{"noteIndex":0},"schema":"https://github.com/citation-style-language/schema/raw/master/csl-citation.json"}</w:instrText>
      </w:r>
      <w:r w:rsidR="004A28C0">
        <w:rPr>
          <w:rFonts w:ascii="Times New Roman" w:hAnsi="Times New Roman" w:cs="Times New Roman"/>
          <w:snapToGrid w:val="0"/>
          <w:sz w:val="28"/>
          <w:szCs w:val="28"/>
          <w:lang w:val="kk-KZ"/>
        </w:rPr>
        <w:fldChar w:fldCharType="separate"/>
      </w:r>
      <w:r w:rsidR="009A759A" w:rsidRPr="009A759A">
        <w:rPr>
          <w:rFonts w:ascii="Times New Roman" w:hAnsi="Times New Roman" w:cs="Times New Roman"/>
          <w:noProof/>
          <w:snapToGrid w:val="0"/>
          <w:sz w:val="28"/>
          <w:szCs w:val="28"/>
          <w:lang w:val="kk-KZ"/>
        </w:rPr>
        <w:t>[122]</w:t>
      </w:r>
      <w:r w:rsidR="004A28C0">
        <w:rPr>
          <w:rFonts w:ascii="Times New Roman" w:hAnsi="Times New Roman" w:cs="Times New Roman"/>
          <w:snapToGrid w:val="0"/>
          <w:sz w:val="28"/>
          <w:szCs w:val="28"/>
          <w:lang w:val="kk-KZ"/>
        </w:rPr>
        <w:fldChar w:fldCharType="end"/>
      </w:r>
      <w:r w:rsidR="00D73054" w:rsidRPr="00062556">
        <w:rPr>
          <w:rFonts w:ascii="Times New Roman" w:hAnsi="Times New Roman" w:cs="Times New Roman"/>
          <w:snapToGrid w:val="0"/>
          <w:sz w:val="28"/>
          <w:szCs w:val="28"/>
          <w:lang w:val="kk-KZ"/>
        </w:rPr>
        <w:t>.</w:t>
      </w:r>
    </w:p>
    <w:p w:rsidR="00BF49C9" w:rsidRPr="00062556" w:rsidRDefault="00BF49C9" w:rsidP="00CC33C8">
      <w:pPr>
        <w:pStyle w:val="MDPI41tablecaption"/>
        <w:spacing w:before="0" w:line="240" w:lineRule="auto"/>
        <w:ind w:left="0"/>
        <w:jc w:val="both"/>
        <w:rPr>
          <w:rFonts w:ascii="Times New Roman" w:hAnsi="Times New Roman" w:cs="Times New Roman"/>
          <w:snapToGrid w:val="0"/>
          <w:sz w:val="28"/>
          <w:szCs w:val="28"/>
          <w:lang w:val="kk-KZ"/>
        </w:rPr>
      </w:pPr>
    </w:p>
    <w:p w:rsidR="00D73054" w:rsidRPr="00062556" w:rsidRDefault="00265615" w:rsidP="00D73054">
      <w:pPr>
        <w:pStyle w:val="MDPI41tablecaption"/>
        <w:ind w:left="426"/>
        <w:rPr>
          <w:rFonts w:ascii="Times New Roman" w:hAnsi="Times New Roman" w:cs="Times New Roman"/>
          <w:snapToGrid w:val="0"/>
          <w:sz w:val="28"/>
          <w:szCs w:val="28"/>
          <w:lang w:val="kk-KZ"/>
        </w:rPr>
      </w:pPr>
      <w:r w:rsidRPr="00265615">
        <w:rPr>
          <w:rFonts w:ascii="Times New Roman" w:hAnsi="Times New Roman" w:cs="Times New Roman"/>
          <w:sz w:val="28"/>
          <w:szCs w:val="28"/>
          <w:lang w:val="kk-KZ"/>
        </w:rPr>
        <w:t>Кесте 3</w:t>
      </w:r>
      <w:r>
        <w:rPr>
          <w:rFonts w:ascii="Times New Roman" w:hAnsi="Times New Roman" w:cs="Times New Roman"/>
          <w:b/>
          <w:sz w:val="28"/>
          <w:szCs w:val="28"/>
          <w:lang w:val="kk-KZ"/>
        </w:rPr>
        <w:t xml:space="preserve"> - </w:t>
      </w:r>
      <w:r w:rsidR="00D73054" w:rsidRPr="00062556">
        <w:rPr>
          <w:rFonts w:ascii="Times New Roman" w:hAnsi="Times New Roman" w:cs="Times New Roman"/>
          <w:snapToGrid w:val="0"/>
          <w:sz w:val="28"/>
          <w:szCs w:val="28"/>
          <w:lang w:val="kk-KZ"/>
        </w:rPr>
        <w:t>Зерттеуге қатысушылардың жалпы сипаттамасы</w:t>
      </w:r>
    </w:p>
    <w:tbl>
      <w:tblPr>
        <w:tblStyle w:val="aa"/>
        <w:tblW w:w="9639" w:type="dxa"/>
        <w:tblInd w:w="5" w:type="dxa"/>
        <w:tblLayout w:type="fixed"/>
        <w:tblCellMar>
          <w:left w:w="0" w:type="dxa"/>
          <w:right w:w="0" w:type="dxa"/>
        </w:tblCellMar>
        <w:tblLook w:val="04A0" w:firstRow="1" w:lastRow="0" w:firstColumn="1" w:lastColumn="0" w:noHBand="0" w:noVBand="1"/>
      </w:tblPr>
      <w:tblGrid>
        <w:gridCol w:w="3299"/>
        <w:gridCol w:w="3244"/>
        <w:gridCol w:w="954"/>
        <w:gridCol w:w="2142"/>
      </w:tblGrid>
      <w:tr w:rsidR="00D73054" w:rsidRPr="00437E05" w:rsidTr="00437E05">
        <w:tc>
          <w:tcPr>
            <w:tcW w:w="6543" w:type="dxa"/>
            <w:gridSpan w:val="2"/>
            <w:shd w:val="clear" w:color="auto" w:fill="auto"/>
            <w:vAlign w:val="center"/>
            <w:hideMark/>
          </w:tcPr>
          <w:p w:rsidR="00D73054" w:rsidRPr="00437E05" w:rsidRDefault="00D73054" w:rsidP="00735566">
            <w:pPr>
              <w:pStyle w:val="MDPI42tablebody"/>
              <w:autoSpaceDE w:val="0"/>
              <w:autoSpaceDN w:val="0"/>
              <w:rPr>
                <w:rFonts w:ascii="Times New Roman" w:hAnsi="Times New Roman"/>
                <w:b/>
                <w:bCs/>
                <w:color w:val="auto"/>
                <w:sz w:val="24"/>
                <w:szCs w:val="24"/>
              </w:rPr>
            </w:pPr>
            <w:r w:rsidRPr="00437E05">
              <w:rPr>
                <w:rFonts w:ascii="Times New Roman" w:hAnsi="Times New Roman"/>
                <w:b/>
                <w:bCs/>
                <w:color w:val="auto"/>
                <w:sz w:val="24"/>
                <w:szCs w:val="24"/>
              </w:rPr>
              <w:t>Жалпы сипаттамалары (n = 727)</w:t>
            </w:r>
          </w:p>
        </w:tc>
        <w:tc>
          <w:tcPr>
            <w:tcW w:w="95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b/>
                <w:bCs/>
                <w:color w:val="auto"/>
                <w:sz w:val="24"/>
                <w:szCs w:val="24"/>
              </w:rPr>
            </w:pPr>
            <w:r w:rsidRPr="00437E05">
              <w:rPr>
                <w:rFonts w:ascii="Times New Roman" w:hAnsi="Times New Roman"/>
                <w:b/>
                <w:bCs/>
                <w:color w:val="auto"/>
                <w:sz w:val="24"/>
                <w:szCs w:val="24"/>
              </w:rPr>
              <w:t>n</w:t>
            </w:r>
          </w:p>
        </w:tc>
        <w:tc>
          <w:tcPr>
            <w:tcW w:w="2142"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b/>
                <w:bCs/>
                <w:color w:val="auto"/>
                <w:sz w:val="24"/>
                <w:szCs w:val="24"/>
              </w:rPr>
            </w:pPr>
            <w:r w:rsidRPr="00437E05">
              <w:rPr>
                <w:rFonts w:ascii="Times New Roman" w:hAnsi="Times New Roman"/>
                <w:b/>
                <w:bCs/>
                <w:color w:val="auto"/>
                <w:sz w:val="24"/>
                <w:szCs w:val="24"/>
              </w:rPr>
              <w:t>%</w:t>
            </w:r>
          </w:p>
        </w:tc>
      </w:tr>
      <w:tr w:rsidR="00D73054" w:rsidRPr="00437E05" w:rsidTr="00437E05">
        <w:tc>
          <w:tcPr>
            <w:tcW w:w="3299" w:type="dxa"/>
            <w:vMerge w:val="restart"/>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Жынысы</w:t>
            </w: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Ерлер</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185</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25.4</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Әйелдер</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542</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74.6</w:t>
            </w:r>
          </w:p>
        </w:tc>
      </w:tr>
      <w:tr w:rsidR="00D73054" w:rsidRPr="00437E05" w:rsidTr="00437E05">
        <w:tc>
          <w:tcPr>
            <w:tcW w:w="3299" w:type="dxa"/>
            <w:vMerge w:val="restart"/>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Жасы</w:t>
            </w: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18–24</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438</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60.2</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25–34</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114</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15.7</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35–44</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72</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9.9</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45–54</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36</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5.0</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55–64</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48</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6.6</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65+</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19</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2.6</w:t>
            </w:r>
          </w:p>
        </w:tc>
      </w:tr>
      <w:tr w:rsidR="00D73054" w:rsidRPr="00437E05" w:rsidTr="00437E05">
        <w:tc>
          <w:tcPr>
            <w:tcW w:w="3299" w:type="dxa"/>
            <w:vMerge w:val="restart"/>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Тұрғылықты жері</w:t>
            </w: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Қала</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390</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53.6</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Аудан</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200</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27.5</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Ауыл</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137</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18.8</w:t>
            </w:r>
          </w:p>
        </w:tc>
      </w:tr>
      <w:tr w:rsidR="00D73054" w:rsidRPr="00437E05" w:rsidTr="00437E05">
        <w:tc>
          <w:tcPr>
            <w:tcW w:w="3299" w:type="dxa"/>
            <w:vMerge w:val="restart"/>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Білімі</w:t>
            </w: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 xml:space="preserve">Аяқталмаған орта білім  </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31</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4.3</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 xml:space="preserve">Орта мектеп түлегі </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151</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20.8</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lang w:val="en-US"/>
              </w:rPr>
            </w:pPr>
            <w:r w:rsidRPr="00437E05">
              <w:rPr>
                <w:rFonts w:ascii="Times New Roman" w:hAnsi="Times New Roman"/>
                <w:color w:val="auto"/>
                <w:sz w:val="24"/>
                <w:szCs w:val="24"/>
                <w:lang w:val="en-US"/>
              </w:rPr>
              <w:t>Аяқталмаған орта-арнайы</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41</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5.6</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Колледж/техникум түлегі</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101</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13.9</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Бакалавр дәрежесі</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343</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47.2</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Магистр/маман дәрежесі</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53</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7.3</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PhD дәрежесі</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7</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1.0</w:t>
            </w:r>
          </w:p>
        </w:tc>
      </w:tr>
      <w:tr w:rsidR="00D73054" w:rsidRPr="00437E05" w:rsidTr="00437E05">
        <w:tc>
          <w:tcPr>
            <w:tcW w:w="3299" w:type="dxa"/>
            <w:vMerge w:val="restart"/>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 xml:space="preserve">Отбасы құрамы </w:t>
            </w: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Жалғыз тұрамын</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144</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19.8</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16 жасқа дейінгі баламен (балалармен)жалғыз тұрамын</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15</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2.1</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Тұрмыстамын/ үйленгенмін – балаларымыз жоқ</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22</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3.0</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Тұрмыстамын/ үйленгенмін – 16 жасқа дейінгі балаларымыз бар</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132</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18.2</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Үйде бірнеше ересек адамдар тұрамыз – балалар жоқ</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120</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16.5</w:t>
            </w:r>
          </w:p>
        </w:tc>
      </w:tr>
      <w:tr w:rsidR="00D73054" w:rsidRPr="00437E05" w:rsidTr="00437E05">
        <w:tc>
          <w:tcPr>
            <w:tcW w:w="3299" w:type="dxa"/>
            <w:vMerge/>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p>
        </w:tc>
        <w:tc>
          <w:tcPr>
            <w:tcW w:w="324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Үйде бірнеше ересек және 16 жасқа дейінгі балалалармен тұрамыз</w:t>
            </w:r>
          </w:p>
        </w:tc>
        <w:tc>
          <w:tcPr>
            <w:tcW w:w="954"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294</w:t>
            </w:r>
          </w:p>
        </w:tc>
        <w:tc>
          <w:tcPr>
            <w:tcW w:w="2142" w:type="dxa"/>
            <w:shd w:val="clear" w:color="auto" w:fill="auto"/>
            <w:noWrap/>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40.4</w:t>
            </w:r>
          </w:p>
        </w:tc>
      </w:tr>
      <w:tr w:rsidR="00D73054" w:rsidRPr="00437E05" w:rsidTr="00437E05">
        <w:tc>
          <w:tcPr>
            <w:tcW w:w="6543" w:type="dxa"/>
            <w:gridSpan w:val="2"/>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lang w:val="kk-KZ"/>
              </w:rPr>
            </w:pPr>
            <w:r w:rsidRPr="00437E05">
              <w:rPr>
                <w:rFonts w:ascii="Times New Roman" w:hAnsi="Times New Roman"/>
                <w:color w:val="auto"/>
                <w:sz w:val="24"/>
                <w:szCs w:val="24"/>
                <w:lang w:val="kk-KZ"/>
              </w:rPr>
              <w:t>Отбасының жалпы кіріс сомасы, медиана, 25–75 перцентиль</w:t>
            </w:r>
          </w:p>
        </w:tc>
        <w:tc>
          <w:tcPr>
            <w:tcW w:w="954"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150,000</w:t>
            </w:r>
          </w:p>
        </w:tc>
        <w:tc>
          <w:tcPr>
            <w:tcW w:w="2142" w:type="dxa"/>
            <w:shd w:val="clear" w:color="auto" w:fill="auto"/>
            <w:vAlign w:val="center"/>
            <w:hideMark/>
          </w:tcPr>
          <w:p w:rsidR="00D73054" w:rsidRPr="00437E05" w:rsidRDefault="00D73054" w:rsidP="00735566">
            <w:pPr>
              <w:pStyle w:val="MDPI42tablebody"/>
              <w:autoSpaceDE w:val="0"/>
              <w:autoSpaceDN w:val="0"/>
              <w:rPr>
                <w:rFonts w:ascii="Times New Roman" w:hAnsi="Times New Roman"/>
                <w:color w:val="auto"/>
                <w:sz w:val="24"/>
                <w:szCs w:val="24"/>
              </w:rPr>
            </w:pPr>
            <w:r w:rsidRPr="00437E05">
              <w:rPr>
                <w:rFonts w:ascii="Times New Roman" w:hAnsi="Times New Roman"/>
                <w:color w:val="auto"/>
                <w:sz w:val="24"/>
                <w:szCs w:val="24"/>
              </w:rPr>
              <w:t>(100,000–300,000)</w:t>
            </w:r>
          </w:p>
        </w:tc>
      </w:tr>
    </w:tbl>
    <w:p w:rsidR="00D73054" w:rsidRDefault="00D73054" w:rsidP="00D73054">
      <w:pPr>
        <w:pStyle w:val="MDPI31text"/>
        <w:spacing w:line="240" w:lineRule="auto"/>
        <w:ind w:left="0" w:firstLine="0"/>
        <w:rPr>
          <w:rFonts w:ascii="Times New Roman" w:hAnsi="Times New Roman"/>
          <w:sz w:val="28"/>
          <w:szCs w:val="28"/>
          <w:lang w:val="kk-KZ"/>
        </w:rPr>
      </w:pPr>
    </w:p>
    <w:p w:rsidR="007F4B63" w:rsidRDefault="007F4B63" w:rsidP="00A306AD">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Сауалнама қортындысына сәйкес, ең алдымен сауалнаманың негізгі сұрақтарына барлық респонденттердің (</w:t>
      </w:r>
      <w:r w:rsidRPr="007F4B63">
        <w:rPr>
          <w:rFonts w:ascii="Times New Roman" w:hAnsi="Times New Roman"/>
          <w:sz w:val="28"/>
          <w:szCs w:val="28"/>
          <w:lang w:val="kk-KZ"/>
        </w:rPr>
        <w:t>n=727</w:t>
      </w:r>
      <w:r>
        <w:rPr>
          <w:rFonts w:ascii="Times New Roman" w:hAnsi="Times New Roman"/>
          <w:sz w:val="28"/>
          <w:szCs w:val="28"/>
          <w:lang w:val="kk-KZ"/>
        </w:rPr>
        <w:t>)</w:t>
      </w:r>
      <w:r w:rsidRPr="007F4B63">
        <w:rPr>
          <w:rFonts w:ascii="Times New Roman" w:hAnsi="Times New Roman"/>
          <w:sz w:val="28"/>
          <w:szCs w:val="28"/>
          <w:lang w:val="kk-KZ"/>
        </w:rPr>
        <w:t xml:space="preserve"> </w:t>
      </w:r>
      <w:r>
        <w:rPr>
          <w:rFonts w:ascii="Times New Roman" w:hAnsi="Times New Roman"/>
          <w:sz w:val="28"/>
          <w:szCs w:val="28"/>
          <w:lang w:val="kk-KZ"/>
        </w:rPr>
        <w:t xml:space="preserve">жауаптарына сипаттаушы статистика жасалды. </w:t>
      </w:r>
    </w:p>
    <w:p w:rsidR="001C2EBD" w:rsidRPr="001C2EBD" w:rsidRDefault="001C2EBD" w:rsidP="001C2EBD">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 xml:space="preserve">Сауалнамаға қатысқандардың төрттен бір бөлігі (21,7%) өткен айда антибиотиктерді қабылдады, бұл осы топтағы қазіргі денсаулық мәселелерін көрсетуі мүмкін. Соңғы 6 айда тағы 20,2% антибиотиктерді қолданды, бұл көптеген адамдар үшін бұл мәселенің өзектілігін көрсетеді. Екінші </w:t>
      </w:r>
      <w:r w:rsidR="00CC33C8">
        <w:rPr>
          <w:rFonts w:ascii="Times New Roman" w:hAnsi="Times New Roman"/>
          <w:sz w:val="28"/>
          <w:szCs w:val="28"/>
          <w:lang w:val="kk-KZ"/>
        </w:rPr>
        <w:t>жағынан, респонденттердің 16,2%-</w:t>
      </w:r>
      <w:r w:rsidRPr="001C2EBD">
        <w:rPr>
          <w:rFonts w:ascii="Times New Roman" w:hAnsi="Times New Roman"/>
          <w:sz w:val="28"/>
          <w:szCs w:val="28"/>
          <w:lang w:val="kk-KZ"/>
        </w:rPr>
        <w:t>ы антибиотиктерді ешқашан қабылда</w:t>
      </w:r>
      <w:r w:rsidR="00437E05">
        <w:rPr>
          <w:rFonts w:ascii="Times New Roman" w:hAnsi="Times New Roman"/>
          <w:sz w:val="28"/>
          <w:szCs w:val="28"/>
          <w:lang w:val="kk-KZ"/>
        </w:rPr>
        <w:t>мағанын айтқаны қызықты (сурет 2</w:t>
      </w:r>
      <w:r w:rsidRPr="001C2EBD">
        <w:rPr>
          <w:rFonts w:ascii="Times New Roman" w:hAnsi="Times New Roman"/>
          <w:sz w:val="28"/>
          <w:szCs w:val="28"/>
          <w:lang w:val="kk-KZ"/>
        </w:rPr>
        <w:t>). Бұл олардың жалпы денсаулығына немесе балама емдеу әдістерін таңдауға байланысты болуы мүмкін. Бір қызығы, 21,5% "есімде жоқ"</w:t>
      </w:r>
      <w:r w:rsidR="00CC33C8">
        <w:rPr>
          <w:rFonts w:ascii="Times New Roman" w:hAnsi="Times New Roman"/>
          <w:sz w:val="28"/>
          <w:szCs w:val="28"/>
          <w:lang w:val="kk-KZ"/>
        </w:rPr>
        <w:t xml:space="preserve"> </w:t>
      </w:r>
      <w:r w:rsidRPr="001C2EBD">
        <w:rPr>
          <w:rFonts w:ascii="Times New Roman" w:hAnsi="Times New Roman"/>
          <w:sz w:val="28"/>
          <w:szCs w:val="28"/>
          <w:lang w:val="kk-KZ"/>
        </w:rPr>
        <w:t xml:space="preserve">деп жауап берді. Бұл кейбір адамдар үшін антибиотиктерді қабылдау маңызды </w:t>
      </w:r>
      <w:r w:rsidR="00CC33C8">
        <w:rPr>
          <w:rFonts w:ascii="Times New Roman" w:hAnsi="Times New Roman"/>
          <w:sz w:val="28"/>
          <w:szCs w:val="28"/>
          <w:lang w:val="kk-KZ"/>
        </w:rPr>
        <w:t>үрдіс</w:t>
      </w:r>
      <w:r w:rsidRPr="001C2EBD">
        <w:rPr>
          <w:rFonts w:ascii="Times New Roman" w:hAnsi="Times New Roman"/>
          <w:sz w:val="28"/>
          <w:szCs w:val="28"/>
          <w:lang w:val="kk-KZ"/>
        </w:rPr>
        <w:t xml:space="preserve"> емес немесе олар назар аудармайтынын көрсетуі мүмкін.</w:t>
      </w:r>
    </w:p>
    <w:p w:rsidR="000B1272" w:rsidRDefault="001C2EBD" w:rsidP="00BF49C9">
      <w:pPr>
        <w:pStyle w:val="MDPI31text"/>
        <w:spacing w:line="240" w:lineRule="auto"/>
        <w:ind w:left="0" w:firstLine="567"/>
        <w:rPr>
          <w:rFonts w:ascii="Times New Roman" w:hAnsi="Times New Roman"/>
          <w:sz w:val="28"/>
          <w:szCs w:val="28"/>
          <w:lang w:val="kk-KZ"/>
        </w:rPr>
      </w:pPr>
      <w:r w:rsidRPr="001C2EBD">
        <w:rPr>
          <w:rFonts w:ascii="Times New Roman" w:hAnsi="Times New Roman"/>
          <w:sz w:val="28"/>
          <w:szCs w:val="28"/>
          <w:lang w:val="kk-KZ"/>
        </w:rPr>
        <w:t>Жалпы алғанда, бұл нәтижелер белгілі бір топта антибиотиктерді қолданудың таралуын түсінуге және оларды қолданудың ықтимал тенденцияларын анықтауға пайдалы болуы мүмкін.</w:t>
      </w:r>
    </w:p>
    <w:p w:rsidR="00CC33C8" w:rsidRDefault="00CC33C8" w:rsidP="00BF49C9">
      <w:pPr>
        <w:pStyle w:val="MDPI31text"/>
        <w:spacing w:line="240" w:lineRule="auto"/>
        <w:ind w:left="0" w:firstLine="567"/>
        <w:rPr>
          <w:rFonts w:ascii="Times New Roman" w:hAnsi="Times New Roman"/>
          <w:sz w:val="28"/>
          <w:szCs w:val="28"/>
          <w:lang w:val="kk-KZ"/>
        </w:rPr>
      </w:pPr>
    </w:p>
    <w:p w:rsidR="00452DFD" w:rsidRDefault="00452DFD" w:rsidP="000B1272">
      <w:pPr>
        <w:pStyle w:val="MDPI31text"/>
        <w:spacing w:line="240" w:lineRule="auto"/>
        <w:ind w:left="0" w:firstLine="567"/>
        <w:jc w:val="center"/>
        <w:rPr>
          <w:rFonts w:ascii="Times New Roman" w:hAnsi="Times New Roman"/>
          <w:sz w:val="28"/>
          <w:szCs w:val="28"/>
          <w:lang w:val="kk-KZ"/>
        </w:rPr>
      </w:pPr>
      <w:r>
        <w:rPr>
          <w:noProof/>
          <w:lang w:val="ru-RU" w:eastAsia="ru-RU" w:bidi="ar-SA"/>
        </w:rPr>
        <w:drawing>
          <wp:inline distT="0" distB="0" distL="0" distR="0" wp14:anchorId="71F26ECB" wp14:editId="7C914D6A">
            <wp:extent cx="4572000" cy="27432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37DA2" w:rsidRDefault="00437E05" w:rsidP="00F37DA2">
      <w:pPr>
        <w:pStyle w:val="MDPI31text"/>
        <w:spacing w:line="240" w:lineRule="auto"/>
        <w:ind w:left="0" w:firstLine="567"/>
        <w:jc w:val="center"/>
        <w:rPr>
          <w:rFonts w:ascii="Times New Roman" w:hAnsi="Times New Roman"/>
          <w:sz w:val="28"/>
          <w:szCs w:val="28"/>
          <w:lang w:val="kk-KZ"/>
        </w:rPr>
      </w:pPr>
      <w:r>
        <w:rPr>
          <w:rFonts w:ascii="Times New Roman" w:hAnsi="Times New Roman"/>
          <w:sz w:val="28"/>
          <w:szCs w:val="28"/>
          <w:lang w:val="kk-KZ"/>
        </w:rPr>
        <w:t xml:space="preserve">Сурет 2 - </w:t>
      </w:r>
      <w:r w:rsidR="00452DFD">
        <w:rPr>
          <w:rFonts w:ascii="Times New Roman" w:hAnsi="Times New Roman"/>
          <w:sz w:val="28"/>
          <w:szCs w:val="28"/>
          <w:lang w:val="kk-KZ"/>
        </w:rPr>
        <w:t xml:space="preserve">Респонденттердің соңғы рет антибиотиктерді қабылдауы </w:t>
      </w:r>
    </w:p>
    <w:p w:rsidR="00452DFD" w:rsidRPr="00A306AD" w:rsidRDefault="00452DFD" w:rsidP="00F37DA2">
      <w:pPr>
        <w:pStyle w:val="MDPI31text"/>
        <w:spacing w:line="240" w:lineRule="auto"/>
        <w:ind w:left="0" w:firstLine="567"/>
        <w:jc w:val="center"/>
        <w:rPr>
          <w:rFonts w:ascii="Times New Roman" w:hAnsi="Times New Roman"/>
          <w:sz w:val="28"/>
          <w:szCs w:val="28"/>
          <w:lang w:val="kk-KZ"/>
        </w:rPr>
      </w:pPr>
    </w:p>
    <w:p w:rsidR="001C2EBD" w:rsidRPr="001C2EBD" w:rsidRDefault="001C2EBD" w:rsidP="001C2EBD">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қатысушылардың көпшілігі (52,4%) дәрігерден немесе медбикеден антибиотиктер</w:t>
      </w:r>
      <w:r w:rsidR="00CC33C8">
        <w:rPr>
          <w:rFonts w:ascii="Times New Roman" w:hAnsi="Times New Roman"/>
          <w:sz w:val="28"/>
          <w:szCs w:val="28"/>
          <w:lang w:val="kk-KZ"/>
        </w:rPr>
        <w:t>ді қабылдауға рецепт</w:t>
      </w:r>
      <w:r w:rsidRPr="001C2EBD">
        <w:rPr>
          <w:rFonts w:ascii="Times New Roman" w:hAnsi="Times New Roman"/>
          <w:sz w:val="28"/>
          <w:szCs w:val="28"/>
          <w:lang w:val="kk-KZ"/>
        </w:rPr>
        <w:t xml:space="preserve"> алғанын айтты. Бұл антибиотиктерді қабылдаған адамдардың жартысынан көбі медициналық кеңеске жүгінгенін және кәсіби </w:t>
      </w:r>
      <w:r w:rsidR="00CC33C8">
        <w:rPr>
          <w:rFonts w:ascii="Times New Roman" w:hAnsi="Times New Roman"/>
          <w:sz w:val="28"/>
          <w:szCs w:val="28"/>
          <w:lang w:val="kk-KZ"/>
        </w:rPr>
        <w:t>мамандардан</w:t>
      </w:r>
      <w:r w:rsidRPr="001C2EBD">
        <w:rPr>
          <w:rFonts w:ascii="Times New Roman" w:hAnsi="Times New Roman"/>
          <w:sz w:val="28"/>
          <w:szCs w:val="28"/>
          <w:lang w:val="kk-KZ"/>
        </w:rPr>
        <w:t xml:space="preserve"> </w:t>
      </w:r>
      <w:r w:rsidR="00CC33C8">
        <w:rPr>
          <w:rFonts w:ascii="Times New Roman" w:hAnsi="Times New Roman"/>
          <w:sz w:val="28"/>
          <w:szCs w:val="28"/>
          <w:lang w:val="kk-KZ"/>
        </w:rPr>
        <w:t xml:space="preserve">тағайындау алғанын көрсетеді, </w:t>
      </w:r>
      <w:r w:rsidRPr="001C2EBD">
        <w:rPr>
          <w:rFonts w:ascii="Times New Roman" w:hAnsi="Times New Roman"/>
          <w:sz w:val="28"/>
          <w:szCs w:val="28"/>
          <w:lang w:val="kk-KZ"/>
        </w:rPr>
        <w:t>дегенмен, сауалнамаға қатысқандардың 35,1% дәрігерден немесе медбикеден антибиотиктер алмағанын айтты. Бұл өзін-өзі емдеуді немесе антибиотиктерді осы топта медициналық кеңессіз қолдануды көрсетуі мүмкін.</w:t>
      </w:r>
    </w:p>
    <w:p w:rsidR="0066083C" w:rsidRDefault="001C2EBD" w:rsidP="001C2EBD">
      <w:pPr>
        <w:pStyle w:val="MDPI31text"/>
        <w:spacing w:line="240" w:lineRule="auto"/>
        <w:ind w:left="0" w:firstLine="567"/>
        <w:rPr>
          <w:rFonts w:ascii="Times New Roman" w:hAnsi="Times New Roman"/>
          <w:sz w:val="28"/>
          <w:szCs w:val="28"/>
          <w:lang w:val="kk-KZ"/>
        </w:rPr>
      </w:pPr>
      <w:r w:rsidRPr="001C2EBD">
        <w:rPr>
          <w:rFonts w:ascii="Times New Roman" w:hAnsi="Times New Roman"/>
          <w:sz w:val="28"/>
          <w:szCs w:val="28"/>
          <w:lang w:val="kk-KZ"/>
        </w:rPr>
        <w:t>Бір қызығы, қатысушылардың 12,5% - ы "есімде жоқ"деп жауап берді. Бұл олар үшін антибиотиктерді алу процесі маңызды болмағандықтан немесе олар бұрын антибиотиктерді қолданған болуы мүмкін, бірақ бұл тәжірибенің егжей-тегжейі</w:t>
      </w:r>
      <w:r w:rsidR="00437E05">
        <w:rPr>
          <w:rFonts w:ascii="Times New Roman" w:hAnsi="Times New Roman"/>
          <w:sz w:val="28"/>
          <w:szCs w:val="28"/>
          <w:lang w:val="kk-KZ"/>
        </w:rPr>
        <w:t>н есіне түсірмеуі мүмкін (сурет 3</w:t>
      </w:r>
      <w:r w:rsidRPr="001C2EBD">
        <w:rPr>
          <w:rFonts w:ascii="Times New Roman" w:hAnsi="Times New Roman"/>
          <w:sz w:val="28"/>
          <w:szCs w:val="28"/>
          <w:lang w:val="kk-KZ"/>
        </w:rPr>
        <w:t>).</w:t>
      </w:r>
    </w:p>
    <w:p w:rsidR="00E0033A" w:rsidRDefault="00E0033A" w:rsidP="00DF5790">
      <w:pPr>
        <w:pStyle w:val="MDPI31text"/>
        <w:spacing w:line="240" w:lineRule="auto"/>
        <w:ind w:left="0" w:firstLine="567"/>
        <w:jc w:val="center"/>
        <w:rPr>
          <w:rFonts w:ascii="Times New Roman" w:hAnsi="Times New Roman"/>
          <w:sz w:val="28"/>
          <w:szCs w:val="28"/>
          <w:lang w:val="kk-KZ"/>
        </w:rPr>
      </w:pPr>
      <w:r>
        <w:rPr>
          <w:noProof/>
          <w:lang w:val="ru-RU" w:eastAsia="ru-RU" w:bidi="ar-SA"/>
        </w:rPr>
        <w:drawing>
          <wp:inline distT="0" distB="0" distL="0" distR="0" wp14:anchorId="6D53DC75" wp14:editId="453D6592">
            <wp:extent cx="4572000" cy="2743200"/>
            <wp:effectExtent l="0" t="0" r="19050" b="19050"/>
            <wp:docPr id="1057" name="Диаграмма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0033A" w:rsidRDefault="00E0033A" w:rsidP="00DF5790">
      <w:pPr>
        <w:pStyle w:val="MDPI31text"/>
        <w:spacing w:line="240" w:lineRule="auto"/>
        <w:ind w:left="0" w:firstLine="567"/>
        <w:jc w:val="center"/>
        <w:rPr>
          <w:rFonts w:ascii="Times New Roman" w:hAnsi="Times New Roman"/>
          <w:sz w:val="28"/>
          <w:szCs w:val="28"/>
          <w:lang w:val="kk-KZ"/>
        </w:rPr>
      </w:pPr>
      <w:r>
        <w:rPr>
          <w:rFonts w:ascii="Times New Roman" w:hAnsi="Times New Roman"/>
          <w:sz w:val="28"/>
          <w:szCs w:val="28"/>
          <w:lang w:val="kk-KZ"/>
        </w:rPr>
        <w:t xml:space="preserve">Сурет 3 - Антибиотиктерге рецептіні алуы </w:t>
      </w:r>
    </w:p>
    <w:p w:rsidR="00E0033A" w:rsidRPr="00DF5790" w:rsidRDefault="00E0033A" w:rsidP="00B874DB">
      <w:pPr>
        <w:widowControl/>
        <w:autoSpaceDE/>
        <w:autoSpaceDN/>
        <w:ind w:firstLine="709"/>
        <w:jc w:val="both"/>
        <w:rPr>
          <w:rFonts w:eastAsia="MS Mincho"/>
          <w:sz w:val="28"/>
          <w:szCs w:val="28"/>
        </w:rPr>
      </w:pPr>
      <w:r w:rsidRPr="000B1F3F">
        <w:rPr>
          <w:rFonts w:eastAsia="MS Mincho"/>
          <w:sz w:val="28"/>
          <w:szCs w:val="28"/>
        </w:rPr>
        <w:t>Біз антибиотиктерге рецепт алу мен жас арасындағы байланысқа талдау жүргіздік (</w:t>
      </w:r>
      <w:r w:rsidR="00360D51">
        <w:rPr>
          <w:rFonts w:eastAsia="MS Mincho"/>
          <w:sz w:val="28"/>
          <w:szCs w:val="28"/>
        </w:rPr>
        <w:t>кесте</w:t>
      </w:r>
      <w:r w:rsidRPr="000B1F3F">
        <w:rPr>
          <w:rFonts w:eastAsia="MS Mincho"/>
          <w:sz w:val="28"/>
          <w:szCs w:val="28"/>
        </w:rPr>
        <w:t xml:space="preserve"> 4). </w:t>
      </w:r>
    </w:p>
    <w:p w:rsidR="00E0033A" w:rsidRPr="00DF5790" w:rsidRDefault="00E0033A" w:rsidP="00B874DB">
      <w:pPr>
        <w:widowControl/>
        <w:autoSpaceDE/>
        <w:autoSpaceDN/>
        <w:ind w:firstLine="709"/>
        <w:jc w:val="both"/>
        <w:rPr>
          <w:rFonts w:eastAsia="MS Mincho"/>
          <w:sz w:val="28"/>
          <w:szCs w:val="28"/>
        </w:rPr>
      </w:pPr>
    </w:p>
    <w:p w:rsidR="001219CC" w:rsidRPr="001219CC" w:rsidRDefault="000B1F3F" w:rsidP="00B874DB">
      <w:pPr>
        <w:widowControl/>
        <w:autoSpaceDE/>
        <w:autoSpaceDN/>
        <w:jc w:val="center"/>
        <w:rPr>
          <w:rFonts w:eastAsia="MS Mincho"/>
          <w:sz w:val="28"/>
          <w:szCs w:val="28"/>
          <w:lang w:val="ru-RU"/>
        </w:rPr>
      </w:pPr>
      <w:r w:rsidRPr="000B1F3F">
        <w:rPr>
          <w:rFonts w:eastAsia="MS Mincho"/>
          <w:sz w:val="28"/>
          <w:szCs w:val="28"/>
          <w:lang w:val="ru-RU"/>
        </w:rPr>
        <w:t>Кесте</w:t>
      </w:r>
      <w:r w:rsidR="00086394">
        <w:rPr>
          <w:rFonts w:eastAsia="MS Mincho"/>
          <w:sz w:val="28"/>
          <w:szCs w:val="28"/>
          <w:lang w:val="ru-RU"/>
        </w:rPr>
        <w:t xml:space="preserve"> 4</w:t>
      </w:r>
      <w:r w:rsidR="001219CC" w:rsidRPr="001219CC">
        <w:rPr>
          <w:rFonts w:eastAsia="MS Mincho"/>
          <w:sz w:val="28"/>
          <w:szCs w:val="28"/>
          <w:lang w:val="ru-RU"/>
        </w:rPr>
        <w:t xml:space="preserve"> – </w:t>
      </w:r>
      <w:r w:rsidRPr="000B1F3F">
        <w:rPr>
          <w:rFonts w:eastAsia="MS Mincho"/>
          <w:sz w:val="28"/>
          <w:szCs w:val="28"/>
          <w:lang w:val="ru-RU"/>
        </w:rPr>
        <w:t>Антибиотиктерге рецепт пен жас арасындағы байланыс</w:t>
      </w:r>
    </w:p>
    <w:tbl>
      <w:tblPr>
        <w:tblStyle w:val="52"/>
        <w:tblW w:w="0" w:type="auto"/>
        <w:jc w:val="center"/>
        <w:tblLook w:val="04A0" w:firstRow="1" w:lastRow="0" w:firstColumn="1" w:lastColumn="0" w:noHBand="0" w:noVBand="1"/>
      </w:tblPr>
      <w:tblGrid>
        <w:gridCol w:w="1696"/>
        <w:gridCol w:w="1619"/>
        <w:gridCol w:w="929"/>
        <w:gridCol w:w="928"/>
        <w:gridCol w:w="928"/>
        <w:gridCol w:w="928"/>
        <w:gridCol w:w="928"/>
        <w:gridCol w:w="928"/>
        <w:gridCol w:w="974"/>
      </w:tblGrid>
      <w:tr w:rsidR="000B1F3F" w:rsidRPr="000B1F3F" w:rsidTr="000B1F3F">
        <w:trPr>
          <w:jc w:val="center"/>
        </w:trPr>
        <w:tc>
          <w:tcPr>
            <w:tcW w:w="1696" w:type="dxa"/>
            <w:vMerge w:val="restart"/>
            <w:vAlign w:val="center"/>
          </w:tcPr>
          <w:p w:rsidR="001219CC" w:rsidRPr="001219CC" w:rsidRDefault="000B1F3F" w:rsidP="00B874DB">
            <w:pPr>
              <w:jc w:val="center"/>
              <w:rPr>
                <w:rFonts w:eastAsia="MS Mincho"/>
                <w:sz w:val="24"/>
                <w:szCs w:val="24"/>
              </w:rPr>
            </w:pPr>
            <w:r w:rsidRPr="000B1F3F">
              <w:rPr>
                <w:rFonts w:eastAsia="MS Mincho"/>
                <w:sz w:val="24"/>
                <w:szCs w:val="24"/>
              </w:rPr>
              <w:t>Көрсеткіш</w:t>
            </w:r>
          </w:p>
        </w:tc>
        <w:tc>
          <w:tcPr>
            <w:tcW w:w="1619" w:type="dxa"/>
            <w:vMerge w:val="restart"/>
            <w:vAlign w:val="center"/>
          </w:tcPr>
          <w:p w:rsidR="001219CC" w:rsidRPr="001219CC" w:rsidRDefault="000B1F3F" w:rsidP="00B874DB">
            <w:pPr>
              <w:jc w:val="center"/>
              <w:rPr>
                <w:rFonts w:eastAsia="MS Mincho"/>
                <w:sz w:val="24"/>
                <w:szCs w:val="24"/>
              </w:rPr>
            </w:pPr>
            <w:r w:rsidRPr="000B1F3F">
              <w:rPr>
                <w:rFonts w:eastAsia="MS Mincho"/>
                <w:sz w:val="24"/>
                <w:szCs w:val="24"/>
                <w:lang w:val="en-US"/>
              </w:rPr>
              <w:t>Категори</w:t>
            </w:r>
            <w:r w:rsidRPr="000B1F3F">
              <w:rPr>
                <w:rFonts w:eastAsia="MS Mincho"/>
                <w:sz w:val="24"/>
                <w:szCs w:val="24"/>
              </w:rPr>
              <w:t>ялар</w:t>
            </w:r>
          </w:p>
        </w:tc>
        <w:tc>
          <w:tcPr>
            <w:tcW w:w="5569" w:type="dxa"/>
            <w:gridSpan w:val="6"/>
            <w:vAlign w:val="center"/>
          </w:tcPr>
          <w:p w:rsidR="001219CC" w:rsidRPr="001219CC" w:rsidRDefault="000B1F3F" w:rsidP="00B874DB">
            <w:pPr>
              <w:jc w:val="center"/>
              <w:rPr>
                <w:rFonts w:eastAsia="MS Mincho"/>
                <w:sz w:val="24"/>
                <w:szCs w:val="24"/>
              </w:rPr>
            </w:pPr>
            <w:r w:rsidRPr="000B1F3F">
              <w:rPr>
                <w:rFonts w:eastAsia="MS Mincho"/>
                <w:sz w:val="24"/>
                <w:szCs w:val="24"/>
              </w:rPr>
              <w:t>Респонденттердің жасы</w:t>
            </w:r>
          </w:p>
        </w:tc>
        <w:tc>
          <w:tcPr>
            <w:tcW w:w="974" w:type="dxa"/>
            <w:vMerge w:val="restart"/>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p</w:t>
            </w:r>
          </w:p>
        </w:tc>
      </w:tr>
      <w:tr w:rsidR="000B1F3F" w:rsidRPr="000B1F3F" w:rsidTr="000B1F3F">
        <w:trPr>
          <w:jc w:val="center"/>
        </w:trPr>
        <w:tc>
          <w:tcPr>
            <w:tcW w:w="1696" w:type="dxa"/>
            <w:vMerge/>
          </w:tcPr>
          <w:p w:rsidR="001219CC" w:rsidRPr="001219CC" w:rsidRDefault="001219CC" w:rsidP="00B874DB">
            <w:pPr>
              <w:rPr>
                <w:rFonts w:eastAsia="MS Mincho"/>
                <w:sz w:val="24"/>
                <w:szCs w:val="24"/>
                <w:lang w:val="en-US"/>
              </w:rPr>
            </w:pPr>
          </w:p>
        </w:tc>
        <w:tc>
          <w:tcPr>
            <w:tcW w:w="1619" w:type="dxa"/>
            <w:vMerge/>
          </w:tcPr>
          <w:p w:rsidR="001219CC" w:rsidRPr="001219CC" w:rsidRDefault="001219CC" w:rsidP="00B874DB">
            <w:pPr>
              <w:rPr>
                <w:rFonts w:eastAsia="MS Mincho"/>
                <w:sz w:val="24"/>
                <w:szCs w:val="24"/>
                <w:lang w:val="en-US"/>
              </w:rPr>
            </w:pPr>
          </w:p>
        </w:tc>
        <w:tc>
          <w:tcPr>
            <w:tcW w:w="929"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 xml:space="preserve">18-24 </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25-34</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35-44</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45-54</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55-64</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65+</w:t>
            </w:r>
          </w:p>
        </w:tc>
        <w:tc>
          <w:tcPr>
            <w:tcW w:w="974" w:type="dxa"/>
            <w:vMerge/>
          </w:tcPr>
          <w:p w:rsidR="001219CC" w:rsidRPr="001219CC" w:rsidRDefault="001219CC" w:rsidP="00B874DB">
            <w:pPr>
              <w:rPr>
                <w:rFonts w:eastAsia="MS Mincho"/>
                <w:sz w:val="24"/>
                <w:szCs w:val="24"/>
                <w:lang w:val="en-US"/>
              </w:rPr>
            </w:pPr>
          </w:p>
        </w:tc>
      </w:tr>
      <w:tr w:rsidR="000B1F3F" w:rsidRPr="000B1F3F" w:rsidTr="000B1F3F">
        <w:trPr>
          <w:jc w:val="center"/>
        </w:trPr>
        <w:tc>
          <w:tcPr>
            <w:tcW w:w="1696" w:type="dxa"/>
            <w:vMerge w:val="restart"/>
            <w:vAlign w:val="center"/>
          </w:tcPr>
          <w:p w:rsidR="001219CC" w:rsidRPr="001219CC" w:rsidRDefault="000B1F3F" w:rsidP="00B874DB">
            <w:pPr>
              <w:jc w:val="center"/>
              <w:rPr>
                <w:rFonts w:eastAsia="MS Mincho"/>
                <w:sz w:val="24"/>
                <w:szCs w:val="24"/>
              </w:rPr>
            </w:pPr>
            <w:r w:rsidRPr="000B1F3F">
              <w:rPr>
                <w:rFonts w:eastAsia="MS Mincho"/>
                <w:sz w:val="24"/>
                <w:szCs w:val="24"/>
              </w:rPr>
              <w:t>Антибиотикке рецепт</w:t>
            </w:r>
          </w:p>
        </w:tc>
        <w:tc>
          <w:tcPr>
            <w:tcW w:w="1619" w:type="dxa"/>
            <w:vAlign w:val="center"/>
          </w:tcPr>
          <w:p w:rsidR="001219CC" w:rsidRPr="001219CC" w:rsidRDefault="000B1F3F" w:rsidP="00B874DB">
            <w:pPr>
              <w:jc w:val="center"/>
              <w:rPr>
                <w:rFonts w:eastAsia="MS Mincho"/>
                <w:sz w:val="24"/>
                <w:szCs w:val="24"/>
              </w:rPr>
            </w:pPr>
            <w:r w:rsidRPr="000B1F3F">
              <w:rPr>
                <w:rFonts w:eastAsia="MS Mincho"/>
                <w:sz w:val="24"/>
                <w:szCs w:val="24"/>
              </w:rPr>
              <w:t>Иә</w:t>
            </w:r>
          </w:p>
        </w:tc>
        <w:tc>
          <w:tcPr>
            <w:tcW w:w="929"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222 (50,7)</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68 (59,6)</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41 (56,9)</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24 (66,7)</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21 (43,8)</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5 (26,3)</w:t>
            </w:r>
          </w:p>
        </w:tc>
        <w:tc>
          <w:tcPr>
            <w:tcW w:w="974" w:type="dxa"/>
            <w:vMerge w:val="restart"/>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&lt; 0,001*</w:t>
            </w:r>
            <w:r w:rsidRPr="001219CC">
              <w:rPr>
                <w:rFonts w:eastAsia="MS Mincho"/>
                <w:sz w:val="24"/>
                <w:szCs w:val="24"/>
                <w:lang w:val="en-US"/>
              </w:rPr>
              <w:br/>
              <w:t>p</w:t>
            </w:r>
            <w:r w:rsidRPr="001219CC">
              <w:rPr>
                <w:rFonts w:eastAsia="MS Mincho"/>
                <w:sz w:val="24"/>
                <w:szCs w:val="24"/>
                <w:vertAlign w:val="subscript"/>
                <w:lang w:val="en-US"/>
              </w:rPr>
              <w:t>18-24  – 65+</w:t>
            </w:r>
            <w:r w:rsidRPr="001219CC">
              <w:rPr>
                <w:rFonts w:eastAsia="MS Mincho"/>
                <w:sz w:val="24"/>
                <w:szCs w:val="24"/>
                <w:lang w:val="en-US"/>
              </w:rPr>
              <w:t xml:space="preserve"> &lt; 0,001</w:t>
            </w:r>
            <w:r w:rsidRPr="001219CC">
              <w:rPr>
                <w:rFonts w:eastAsia="MS Mincho"/>
                <w:sz w:val="24"/>
                <w:szCs w:val="24"/>
                <w:lang w:val="en-US"/>
              </w:rPr>
              <w:br/>
              <w:t>p</w:t>
            </w:r>
            <w:r w:rsidRPr="001219CC">
              <w:rPr>
                <w:rFonts w:eastAsia="MS Mincho"/>
                <w:sz w:val="24"/>
                <w:szCs w:val="24"/>
                <w:vertAlign w:val="subscript"/>
                <w:lang w:val="en-US"/>
              </w:rPr>
              <w:t>25-34 – 65+</w:t>
            </w:r>
            <w:r w:rsidRPr="001219CC">
              <w:rPr>
                <w:rFonts w:eastAsia="MS Mincho"/>
                <w:sz w:val="24"/>
                <w:szCs w:val="24"/>
                <w:lang w:val="en-US"/>
              </w:rPr>
              <w:t xml:space="preserve"> &lt; 0,001</w:t>
            </w:r>
            <w:r w:rsidRPr="001219CC">
              <w:rPr>
                <w:rFonts w:eastAsia="MS Mincho"/>
                <w:sz w:val="24"/>
                <w:szCs w:val="24"/>
                <w:lang w:val="en-US"/>
              </w:rPr>
              <w:br/>
              <w:t>p</w:t>
            </w:r>
            <w:r w:rsidRPr="001219CC">
              <w:rPr>
                <w:rFonts w:eastAsia="MS Mincho"/>
                <w:sz w:val="24"/>
                <w:szCs w:val="24"/>
                <w:vertAlign w:val="subscript"/>
                <w:lang w:val="en-US"/>
              </w:rPr>
              <w:t>35-44 – 65+</w:t>
            </w:r>
            <w:r w:rsidRPr="001219CC">
              <w:rPr>
                <w:rFonts w:eastAsia="MS Mincho"/>
                <w:sz w:val="24"/>
                <w:szCs w:val="24"/>
                <w:lang w:val="en-US"/>
              </w:rPr>
              <w:t xml:space="preserve"> = 0,003</w:t>
            </w:r>
            <w:r w:rsidRPr="001219CC">
              <w:rPr>
                <w:rFonts w:eastAsia="MS Mincho"/>
                <w:sz w:val="24"/>
                <w:szCs w:val="24"/>
                <w:lang w:val="en-US"/>
              </w:rPr>
              <w:br/>
              <w:t>p</w:t>
            </w:r>
            <w:r w:rsidRPr="001219CC">
              <w:rPr>
                <w:rFonts w:eastAsia="MS Mincho"/>
                <w:sz w:val="24"/>
                <w:szCs w:val="24"/>
                <w:vertAlign w:val="subscript"/>
                <w:lang w:val="en-US"/>
              </w:rPr>
              <w:t>45-54 – 65+</w:t>
            </w:r>
            <w:r w:rsidRPr="001219CC">
              <w:rPr>
                <w:rFonts w:eastAsia="MS Mincho"/>
                <w:sz w:val="24"/>
                <w:szCs w:val="24"/>
                <w:lang w:val="en-US"/>
              </w:rPr>
              <w:t xml:space="preserve"> = 0,003</w:t>
            </w:r>
            <w:r w:rsidRPr="001219CC">
              <w:rPr>
                <w:rFonts w:eastAsia="MS Mincho"/>
                <w:sz w:val="24"/>
                <w:szCs w:val="24"/>
                <w:lang w:val="en-US"/>
              </w:rPr>
              <w:br/>
              <w:t>p</w:t>
            </w:r>
            <w:r w:rsidRPr="001219CC">
              <w:rPr>
                <w:rFonts w:eastAsia="MS Mincho"/>
                <w:sz w:val="24"/>
                <w:szCs w:val="24"/>
                <w:vertAlign w:val="subscript"/>
                <w:lang w:val="en-US"/>
              </w:rPr>
              <w:t>55-64 – 65+</w:t>
            </w:r>
            <w:r w:rsidRPr="001219CC">
              <w:rPr>
                <w:rFonts w:eastAsia="MS Mincho"/>
                <w:sz w:val="24"/>
                <w:szCs w:val="24"/>
                <w:lang w:val="en-US"/>
              </w:rPr>
              <w:t xml:space="preserve"> = 0,003</w:t>
            </w:r>
          </w:p>
        </w:tc>
      </w:tr>
      <w:tr w:rsidR="000B1F3F" w:rsidRPr="000B1F3F" w:rsidTr="000B1F3F">
        <w:trPr>
          <w:jc w:val="center"/>
        </w:trPr>
        <w:tc>
          <w:tcPr>
            <w:tcW w:w="1696" w:type="dxa"/>
            <w:vMerge/>
          </w:tcPr>
          <w:p w:rsidR="001219CC" w:rsidRPr="001219CC" w:rsidRDefault="001219CC" w:rsidP="00B874DB">
            <w:pPr>
              <w:rPr>
                <w:rFonts w:eastAsia="MS Mincho"/>
                <w:sz w:val="24"/>
                <w:szCs w:val="24"/>
                <w:lang w:val="en-US"/>
              </w:rPr>
            </w:pPr>
          </w:p>
        </w:tc>
        <w:tc>
          <w:tcPr>
            <w:tcW w:w="1619" w:type="dxa"/>
            <w:vAlign w:val="center"/>
          </w:tcPr>
          <w:p w:rsidR="001219CC" w:rsidRPr="001219CC" w:rsidRDefault="000B1F3F" w:rsidP="00B874DB">
            <w:pPr>
              <w:jc w:val="center"/>
              <w:rPr>
                <w:rFonts w:eastAsia="MS Mincho"/>
                <w:sz w:val="24"/>
                <w:szCs w:val="24"/>
              </w:rPr>
            </w:pPr>
            <w:r w:rsidRPr="000B1F3F">
              <w:rPr>
                <w:rFonts w:eastAsia="MS Mincho"/>
                <w:sz w:val="24"/>
                <w:szCs w:val="24"/>
              </w:rPr>
              <w:t>Жоқ</w:t>
            </w:r>
          </w:p>
        </w:tc>
        <w:tc>
          <w:tcPr>
            <w:tcW w:w="929"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158 (36,1)</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37 (32,5)</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23 (31,9)</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10 (27,8)</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23 (47,9)</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4 (21,1)</w:t>
            </w:r>
          </w:p>
        </w:tc>
        <w:tc>
          <w:tcPr>
            <w:tcW w:w="974" w:type="dxa"/>
            <w:vMerge/>
          </w:tcPr>
          <w:p w:rsidR="001219CC" w:rsidRPr="001219CC" w:rsidRDefault="001219CC" w:rsidP="00B874DB">
            <w:pPr>
              <w:rPr>
                <w:rFonts w:eastAsia="MS Mincho"/>
                <w:sz w:val="24"/>
                <w:szCs w:val="24"/>
                <w:lang w:val="en-US"/>
              </w:rPr>
            </w:pPr>
          </w:p>
        </w:tc>
      </w:tr>
      <w:tr w:rsidR="000B1F3F" w:rsidRPr="001219CC" w:rsidTr="000B1F3F">
        <w:trPr>
          <w:jc w:val="center"/>
        </w:trPr>
        <w:tc>
          <w:tcPr>
            <w:tcW w:w="1696" w:type="dxa"/>
            <w:vMerge/>
          </w:tcPr>
          <w:p w:rsidR="001219CC" w:rsidRPr="001219CC" w:rsidRDefault="001219CC" w:rsidP="00B874DB">
            <w:pPr>
              <w:rPr>
                <w:rFonts w:eastAsia="MS Mincho"/>
                <w:sz w:val="24"/>
                <w:szCs w:val="24"/>
                <w:lang w:val="en-US"/>
              </w:rPr>
            </w:pPr>
          </w:p>
        </w:tc>
        <w:tc>
          <w:tcPr>
            <w:tcW w:w="1619" w:type="dxa"/>
            <w:vAlign w:val="center"/>
          </w:tcPr>
          <w:p w:rsidR="001219CC" w:rsidRPr="001219CC" w:rsidRDefault="000B1F3F" w:rsidP="00B874DB">
            <w:pPr>
              <w:jc w:val="center"/>
              <w:rPr>
                <w:rFonts w:eastAsia="MS Mincho"/>
                <w:sz w:val="24"/>
                <w:szCs w:val="24"/>
              </w:rPr>
            </w:pPr>
            <w:r w:rsidRPr="000B1F3F">
              <w:rPr>
                <w:rFonts w:eastAsia="MS Mincho"/>
                <w:sz w:val="24"/>
                <w:szCs w:val="24"/>
              </w:rPr>
              <w:t>Есімде жоқ</w:t>
            </w:r>
          </w:p>
        </w:tc>
        <w:tc>
          <w:tcPr>
            <w:tcW w:w="929"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58 (13,2)</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9 (7,9)</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8 (11,1)</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2 (5,6)</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4 (8,3)</w:t>
            </w:r>
          </w:p>
        </w:tc>
        <w:tc>
          <w:tcPr>
            <w:tcW w:w="928" w:type="dxa"/>
            <w:vAlign w:val="center"/>
          </w:tcPr>
          <w:p w:rsidR="001219CC" w:rsidRPr="001219CC" w:rsidRDefault="001219CC" w:rsidP="00B874DB">
            <w:pPr>
              <w:jc w:val="center"/>
              <w:rPr>
                <w:rFonts w:eastAsia="MS Mincho"/>
                <w:sz w:val="24"/>
                <w:szCs w:val="24"/>
                <w:lang w:val="en-US"/>
              </w:rPr>
            </w:pPr>
            <w:r w:rsidRPr="001219CC">
              <w:rPr>
                <w:rFonts w:eastAsia="MS Mincho"/>
                <w:sz w:val="24"/>
                <w:szCs w:val="24"/>
                <w:lang w:val="en-US"/>
              </w:rPr>
              <w:t>10 (52,6)</w:t>
            </w:r>
          </w:p>
        </w:tc>
        <w:tc>
          <w:tcPr>
            <w:tcW w:w="974" w:type="dxa"/>
            <w:vMerge/>
          </w:tcPr>
          <w:p w:rsidR="001219CC" w:rsidRPr="001219CC" w:rsidRDefault="001219CC" w:rsidP="00B874DB">
            <w:pPr>
              <w:rPr>
                <w:rFonts w:eastAsia="MS Mincho"/>
                <w:sz w:val="24"/>
                <w:szCs w:val="24"/>
                <w:lang w:val="en-US"/>
              </w:rPr>
            </w:pPr>
          </w:p>
        </w:tc>
      </w:tr>
    </w:tbl>
    <w:p w:rsidR="001219CC" w:rsidRDefault="000B1F3F" w:rsidP="000B1F3F">
      <w:pPr>
        <w:widowControl/>
        <w:autoSpaceDE/>
        <w:autoSpaceDN/>
        <w:jc w:val="center"/>
        <w:rPr>
          <w:rFonts w:eastAsia="MS Mincho"/>
          <w:sz w:val="24"/>
          <w:szCs w:val="24"/>
        </w:rPr>
      </w:pPr>
      <w:r w:rsidRPr="005B760C">
        <w:rPr>
          <w:rFonts w:eastAsia="MS Mincho"/>
          <w:sz w:val="24"/>
          <w:szCs w:val="24"/>
        </w:rPr>
        <w:t>* – көрсеткіштердегі айырмашылықтар статистикалық маңызды (p &lt; 0,05)</w:t>
      </w:r>
    </w:p>
    <w:p w:rsidR="000B1F3F" w:rsidRPr="001219CC" w:rsidRDefault="000B1F3F" w:rsidP="000B1F3F">
      <w:pPr>
        <w:widowControl/>
        <w:autoSpaceDE/>
        <w:autoSpaceDN/>
        <w:jc w:val="center"/>
        <w:rPr>
          <w:rFonts w:eastAsia="MS Mincho"/>
          <w:sz w:val="28"/>
          <w:szCs w:val="28"/>
          <w:highlight w:val="yellow"/>
        </w:rPr>
      </w:pPr>
    </w:p>
    <w:p w:rsidR="001219CC" w:rsidRPr="001219CC" w:rsidRDefault="00086394" w:rsidP="00086394">
      <w:pPr>
        <w:widowControl/>
        <w:autoSpaceDE/>
        <w:autoSpaceDN/>
        <w:ind w:firstLine="567"/>
        <w:jc w:val="both"/>
        <w:rPr>
          <w:rFonts w:eastAsia="MS Mincho"/>
          <w:sz w:val="28"/>
          <w:szCs w:val="28"/>
          <w:highlight w:val="yellow"/>
        </w:rPr>
      </w:pPr>
      <w:r w:rsidRPr="00086394">
        <w:rPr>
          <w:rFonts w:eastAsia="MS Mincho"/>
          <w:sz w:val="28"/>
          <w:szCs w:val="28"/>
        </w:rPr>
        <w:t>Ұсынылған кестеге сәйкес антибиотик рецептін жасына қарай салыстыру кезінде айтарлықтай айырмашылықтар анықталды (p &lt; 0,001) (қолданылатын әдіс: Пирсонның хи-квадраты)</w:t>
      </w:r>
      <w:r w:rsidR="00DF5790">
        <w:rPr>
          <w:rFonts w:eastAsia="MS Mincho"/>
          <w:sz w:val="28"/>
          <w:szCs w:val="28"/>
        </w:rPr>
        <w:t xml:space="preserve"> (</w:t>
      </w:r>
      <w:r w:rsidR="00360D51">
        <w:rPr>
          <w:rFonts w:eastAsia="MS Mincho"/>
          <w:sz w:val="28"/>
          <w:szCs w:val="28"/>
        </w:rPr>
        <w:t xml:space="preserve">сурет </w:t>
      </w:r>
      <w:r>
        <w:rPr>
          <w:rFonts w:eastAsia="MS Mincho"/>
          <w:sz w:val="28"/>
          <w:szCs w:val="28"/>
        </w:rPr>
        <w:t>4)</w:t>
      </w:r>
      <w:r w:rsidRPr="00086394">
        <w:rPr>
          <w:rFonts w:eastAsia="MS Mincho"/>
          <w:sz w:val="28"/>
          <w:szCs w:val="28"/>
        </w:rPr>
        <w:t>.</w:t>
      </w:r>
    </w:p>
    <w:p w:rsidR="001219CC" w:rsidRPr="001219CC" w:rsidRDefault="008057EA" w:rsidP="008057EA">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5F6E6F9F" wp14:editId="2ABD21F2">
            <wp:extent cx="6122670" cy="309071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2670" cy="3090719"/>
                    </a:xfrm>
                    <a:prstGeom prst="rect">
                      <a:avLst/>
                    </a:prstGeom>
                  </pic:spPr>
                </pic:pic>
              </a:graphicData>
            </a:graphic>
          </wp:inline>
        </w:drawing>
      </w:r>
    </w:p>
    <w:p w:rsidR="0066083C" w:rsidRPr="00DF5790" w:rsidRDefault="00086394" w:rsidP="00DF5790">
      <w:pPr>
        <w:widowControl/>
        <w:autoSpaceDE/>
        <w:autoSpaceDN/>
        <w:spacing w:line="360" w:lineRule="auto"/>
        <w:jc w:val="center"/>
        <w:rPr>
          <w:sz w:val="28"/>
          <w:szCs w:val="28"/>
          <w:lang w:val="ru-RU"/>
        </w:rPr>
      </w:pPr>
      <w:r w:rsidRPr="00086394">
        <w:rPr>
          <w:rFonts w:eastAsia="MS Mincho"/>
          <w:sz w:val="28"/>
          <w:szCs w:val="28"/>
          <w:lang w:val="ru-RU"/>
        </w:rPr>
        <w:t>Сурет 4</w:t>
      </w:r>
      <w:r w:rsidR="001219CC" w:rsidRPr="001219CC">
        <w:rPr>
          <w:rFonts w:eastAsia="MS Mincho"/>
          <w:sz w:val="28"/>
          <w:szCs w:val="28"/>
          <w:lang w:val="ru-RU"/>
        </w:rPr>
        <w:t xml:space="preserve"> – </w:t>
      </w:r>
      <w:r w:rsidRPr="00086394">
        <w:rPr>
          <w:rFonts w:eastAsia="MS Mincho"/>
          <w:sz w:val="28"/>
          <w:szCs w:val="28"/>
          <w:lang w:val="ru-RU"/>
        </w:rPr>
        <w:t>Антибиотиктерге рецепт пен жас арасындағы байланыс</w:t>
      </w:r>
    </w:p>
    <w:p w:rsidR="00C207E6" w:rsidRDefault="001C2EBD" w:rsidP="00C207E6">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қатысқандардың жартысынан көбі (51,4%) антибиотиктерді қалай дұрыс қабылдау керектігі туралы дәрігерден, медбикеден немесе фармацевттен кеңес алғанын айтты. Бұл оң нәтиже, өйткені антибиотиктерді дұрыс қолдану инфекцияларды тиімді емдеуде және антибиотиктерге төзімділіктің алдын алуда маңызды рөл атқарады. Алайда қатысушылардың 34,9% - ы бұл мәселе бойынша кеңес алмағанын айтты. Бұл қате түсініктердің немесе антибиотиктерді дұрыс қолданбаудың ықтимал көзі болуы мүмкін, бұл олардың тиімділігін төмендетіп, денсаулыққа зиян келтіру қаупін арттыруы мүмкін. Сондай-ақ, 13,6% "есімде жоқ" деп жауап берді, бұл олар үшін антибиотиктерді дұрыс қолдану бойынша кеңес беру үлкен әсер қалды</w:t>
      </w:r>
      <w:r w:rsidR="00437E05">
        <w:rPr>
          <w:rFonts w:ascii="Times New Roman" w:hAnsi="Times New Roman"/>
          <w:sz w:val="28"/>
          <w:szCs w:val="28"/>
          <w:lang w:val="kk-KZ"/>
        </w:rPr>
        <w:t>р</w:t>
      </w:r>
      <w:r w:rsidR="00086394">
        <w:rPr>
          <w:rFonts w:ascii="Times New Roman" w:hAnsi="Times New Roman"/>
          <w:sz w:val="28"/>
          <w:szCs w:val="28"/>
          <w:lang w:val="kk-KZ"/>
        </w:rPr>
        <w:t>мағанын көрсетуі мүмкін (сурет 5</w:t>
      </w:r>
      <w:r w:rsidRPr="001C2EBD">
        <w:rPr>
          <w:rFonts w:ascii="Times New Roman" w:hAnsi="Times New Roman"/>
          <w:sz w:val="28"/>
          <w:szCs w:val="28"/>
          <w:lang w:val="kk-KZ"/>
        </w:rPr>
        <w:t>).</w:t>
      </w:r>
    </w:p>
    <w:p w:rsidR="00DF5790" w:rsidRDefault="00DF5790" w:rsidP="00DF5790">
      <w:pPr>
        <w:pStyle w:val="MDPI31text"/>
        <w:ind w:left="0" w:firstLine="0"/>
        <w:rPr>
          <w:rFonts w:ascii="Times New Roman" w:hAnsi="Times New Roman"/>
          <w:sz w:val="28"/>
          <w:szCs w:val="28"/>
          <w:lang w:val="kk-KZ"/>
        </w:rPr>
      </w:pPr>
    </w:p>
    <w:p w:rsidR="00DF5790" w:rsidRDefault="00DF5790" w:rsidP="00DF5790">
      <w:pPr>
        <w:pStyle w:val="MDPI31text"/>
        <w:ind w:left="0" w:firstLine="0"/>
        <w:rPr>
          <w:rFonts w:ascii="Times New Roman" w:hAnsi="Times New Roman"/>
          <w:sz w:val="28"/>
          <w:szCs w:val="28"/>
          <w:lang w:val="kk-KZ"/>
        </w:rPr>
      </w:pPr>
    </w:p>
    <w:p w:rsidR="0066083C" w:rsidRDefault="0066083C" w:rsidP="0066083C">
      <w:pPr>
        <w:pStyle w:val="MDPI31text"/>
        <w:ind w:left="0" w:firstLine="567"/>
        <w:jc w:val="center"/>
        <w:rPr>
          <w:rFonts w:ascii="Times New Roman" w:hAnsi="Times New Roman"/>
          <w:sz w:val="28"/>
          <w:szCs w:val="28"/>
          <w:lang w:val="kk-KZ"/>
        </w:rPr>
      </w:pPr>
      <w:r>
        <w:rPr>
          <w:noProof/>
          <w:lang w:val="ru-RU" w:eastAsia="ru-RU" w:bidi="ar-SA"/>
        </w:rPr>
        <w:drawing>
          <wp:inline distT="0" distB="0" distL="0" distR="0" wp14:anchorId="34CC0C11" wp14:editId="12F7C923">
            <wp:extent cx="4572000" cy="2743200"/>
            <wp:effectExtent l="0" t="0" r="19050" b="1905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6083C" w:rsidRDefault="0066083C" w:rsidP="00061250">
      <w:pPr>
        <w:pStyle w:val="MDPI31text"/>
        <w:ind w:left="0" w:firstLine="567"/>
        <w:rPr>
          <w:rFonts w:ascii="Times New Roman" w:hAnsi="Times New Roman"/>
          <w:sz w:val="28"/>
          <w:szCs w:val="28"/>
          <w:lang w:val="kk-KZ"/>
        </w:rPr>
      </w:pPr>
    </w:p>
    <w:p w:rsidR="0066083C" w:rsidRDefault="00086394" w:rsidP="0066083C">
      <w:pPr>
        <w:pStyle w:val="MDPI31text"/>
        <w:ind w:left="0" w:firstLine="567"/>
        <w:jc w:val="center"/>
        <w:rPr>
          <w:rFonts w:ascii="Times New Roman" w:hAnsi="Times New Roman"/>
          <w:sz w:val="28"/>
          <w:szCs w:val="28"/>
          <w:lang w:val="kk-KZ"/>
        </w:rPr>
      </w:pPr>
      <w:r>
        <w:rPr>
          <w:rFonts w:ascii="Times New Roman" w:hAnsi="Times New Roman"/>
          <w:sz w:val="28"/>
          <w:szCs w:val="28"/>
          <w:lang w:val="kk-KZ"/>
        </w:rPr>
        <w:t>Сурет 5</w:t>
      </w:r>
      <w:r w:rsidR="00437E05">
        <w:rPr>
          <w:rFonts w:ascii="Times New Roman" w:hAnsi="Times New Roman"/>
          <w:sz w:val="28"/>
          <w:szCs w:val="28"/>
          <w:lang w:val="kk-KZ"/>
        </w:rPr>
        <w:t xml:space="preserve"> -</w:t>
      </w:r>
      <w:r w:rsidR="0066083C">
        <w:rPr>
          <w:rFonts w:ascii="Times New Roman" w:hAnsi="Times New Roman"/>
          <w:sz w:val="28"/>
          <w:szCs w:val="28"/>
          <w:lang w:val="kk-KZ"/>
        </w:rPr>
        <w:t xml:space="preserve"> Антибиотиктерді қабылдау бойынша дәрігерден</w:t>
      </w:r>
      <w:r w:rsidR="0066083C" w:rsidRPr="0066083C">
        <w:rPr>
          <w:rFonts w:ascii="Times New Roman" w:hAnsi="Times New Roman"/>
          <w:sz w:val="28"/>
          <w:szCs w:val="28"/>
          <w:lang w:val="kk-KZ"/>
        </w:rPr>
        <w:t>/</w:t>
      </w:r>
      <w:r w:rsidR="0066083C">
        <w:rPr>
          <w:rFonts w:ascii="Times New Roman" w:hAnsi="Times New Roman"/>
          <w:sz w:val="28"/>
          <w:szCs w:val="28"/>
          <w:lang w:val="kk-KZ"/>
        </w:rPr>
        <w:t>медбикеден кеңес алу</w:t>
      </w:r>
    </w:p>
    <w:p w:rsidR="0066083C" w:rsidRDefault="0066083C" w:rsidP="0066083C">
      <w:pPr>
        <w:pStyle w:val="MDPI31text"/>
        <w:ind w:left="0" w:firstLine="0"/>
        <w:rPr>
          <w:rFonts w:ascii="Times New Roman" w:hAnsi="Times New Roman"/>
          <w:sz w:val="28"/>
          <w:szCs w:val="28"/>
          <w:lang w:val="kk-KZ"/>
        </w:rPr>
      </w:pPr>
    </w:p>
    <w:p w:rsidR="0066083C" w:rsidRDefault="001C2EBD" w:rsidP="00061250">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қатысқандардың көпшілігі (87,3%) антибиотиктер</w:t>
      </w:r>
      <w:r w:rsidR="00587237">
        <w:rPr>
          <w:rFonts w:ascii="Times New Roman" w:hAnsi="Times New Roman"/>
          <w:sz w:val="28"/>
          <w:szCs w:val="28"/>
          <w:lang w:val="kk-KZ"/>
        </w:rPr>
        <w:t xml:space="preserve">ді </w:t>
      </w:r>
      <w:r w:rsidR="00587237" w:rsidRPr="00587237">
        <w:rPr>
          <w:rFonts w:ascii="Times New Roman" w:hAnsi="Times New Roman"/>
          <w:sz w:val="28"/>
          <w:szCs w:val="28"/>
          <w:lang w:val="kk-KZ"/>
        </w:rPr>
        <w:t>дәріханада</w:t>
      </w:r>
      <w:r w:rsidR="00587237">
        <w:rPr>
          <w:rFonts w:ascii="Times New Roman" w:hAnsi="Times New Roman"/>
          <w:sz w:val="28"/>
          <w:szCs w:val="28"/>
          <w:lang w:val="kk-KZ"/>
        </w:rPr>
        <w:t>н</w:t>
      </w:r>
      <w:r w:rsidRPr="001C2EBD">
        <w:rPr>
          <w:rFonts w:ascii="Times New Roman" w:hAnsi="Times New Roman"/>
          <w:sz w:val="28"/>
          <w:szCs w:val="28"/>
          <w:lang w:val="kk-KZ"/>
        </w:rPr>
        <w:t xml:space="preserve"> сатып алғанын айтты. Қатысушылардың аз ғана бөлігі (0,7%) антибиотиктерді интернеттен сатып алды. Бұл </w:t>
      </w:r>
      <w:r w:rsidR="00587237">
        <w:rPr>
          <w:rFonts w:ascii="Times New Roman" w:hAnsi="Times New Roman"/>
          <w:sz w:val="28"/>
          <w:szCs w:val="28"/>
          <w:lang w:val="kk-KZ"/>
        </w:rPr>
        <w:t xml:space="preserve">жағдайдың </w:t>
      </w:r>
      <w:r w:rsidRPr="001C2EBD">
        <w:rPr>
          <w:rFonts w:ascii="Times New Roman" w:hAnsi="Times New Roman"/>
          <w:sz w:val="28"/>
          <w:szCs w:val="28"/>
          <w:lang w:val="kk-KZ"/>
        </w:rPr>
        <w:t>қауіпті</w:t>
      </w:r>
      <w:r w:rsidR="00587237">
        <w:rPr>
          <w:rFonts w:ascii="Times New Roman" w:hAnsi="Times New Roman"/>
          <w:sz w:val="28"/>
          <w:szCs w:val="28"/>
          <w:lang w:val="kk-KZ"/>
        </w:rPr>
        <w:t xml:space="preserve">лік </w:t>
      </w:r>
      <w:r w:rsidR="00587237" w:rsidRPr="00587237">
        <w:rPr>
          <w:rFonts w:ascii="Times New Roman" w:hAnsi="Times New Roman"/>
          <w:sz w:val="28"/>
          <w:szCs w:val="28"/>
          <w:lang w:val="kk-KZ"/>
        </w:rPr>
        <w:t>ықтимал</w:t>
      </w:r>
      <w:r w:rsidR="00587237">
        <w:rPr>
          <w:rFonts w:ascii="Times New Roman" w:hAnsi="Times New Roman"/>
          <w:sz w:val="28"/>
          <w:szCs w:val="28"/>
          <w:lang w:val="kk-KZ"/>
        </w:rPr>
        <w:t>дығы</w:t>
      </w:r>
      <w:r w:rsidRPr="001C2EBD">
        <w:rPr>
          <w:rFonts w:ascii="Times New Roman" w:hAnsi="Times New Roman"/>
          <w:sz w:val="28"/>
          <w:szCs w:val="28"/>
          <w:lang w:val="kk-KZ"/>
        </w:rPr>
        <w:t xml:space="preserve"> болуы мүмкін, өйткені интернеттегі дәрі-дәрмектердің сапасы мен түпнұсқалығына әрдайым кепілдік берілмейді және бұл тәсіл денсаулыққа қауіп төндіруі мүмкін. Маңыздысы, 10,6% "есімде жоқ" деп жауап берді, бұл кейбір адамдар үшін антибиотиктерді алу көзі маңызды емес екенін немесе бұл мәселе олар үшін маңызды еме</w:t>
      </w:r>
      <w:r w:rsidR="00437E05">
        <w:rPr>
          <w:rFonts w:ascii="Times New Roman" w:hAnsi="Times New Roman"/>
          <w:sz w:val="28"/>
          <w:szCs w:val="28"/>
          <w:lang w:val="kk-KZ"/>
        </w:rPr>
        <w:t>с</w:t>
      </w:r>
      <w:r w:rsidR="00086394">
        <w:rPr>
          <w:rFonts w:ascii="Times New Roman" w:hAnsi="Times New Roman"/>
          <w:sz w:val="28"/>
          <w:szCs w:val="28"/>
          <w:lang w:val="kk-KZ"/>
        </w:rPr>
        <w:t xml:space="preserve"> екенін көрсетуі мүмкін (сурет 6</w:t>
      </w:r>
      <w:r w:rsidRPr="001C2EBD">
        <w:rPr>
          <w:rFonts w:ascii="Times New Roman" w:hAnsi="Times New Roman"/>
          <w:sz w:val="28"/>
          <w:szCs w:val="28"/>
          <w:lang w:val="kk-KZ"/>
        </w:rPr>
        <w:t>).</w:t>
      </w: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1C2EBD" w:rsidRDefault="001C2EBD"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DF5790" w:rsidP="00061250">
      <w:pPr>
        <w:pStyle w:val="MDPI31text"/>
        <w:ind w:left="0" w:firstLine="567"/>
        <w:rPr>
          <w:rFonts w:ascii="Times New Roman" w:hAnsi="Times New Roman"/>
          <w:sz w:val="28"/>
          <w:szCs w:val="28"/>
          <w:lang w:val="kk-KZ"/>
        </w:rPr>
      </w:pPr>
    </w:p>
    <w:p w:rsidR="00DF5790" w:rsidRDefault="0066083C" w:rsidP="00DF5790">
      <w:pPr>
        <w:pStyle w:val="MDPI31text"/>
        <w:ind w:left="0" w:firstLine="567"/>
        <w:jc w:val="center"/>
        <w:rPr>
          <w:rFonts w:ascii="Times New Roman" w:hAnsi="Times New Roman"/>
          <w:sz w:val="28"/>
          <w:szCs w:val="28"/>
          <w:lang w:val="kk-KZ"/>
        </w:rPr>
      </w:pPr>
      <w:r>
        <w:rPr>
          <w:noProof/>
          <w:lang w:val="ru-RU" w:eastAsia="ru-RU" w:bidi="ar-SA"/>
        </w:rPr>
        <w:drawing>
          <wp:inline distT="0" distB="0" distL="0" distR="0" wp14:anchorId="46EBF8D7" wp14:editId="65B621A0">
            <wp:extent cx="4572000" cy="2743200"/>
            <wp:effectExtent l="0" t="0" r="19050" b="1905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6083C" w:rsidRDefault="00086394" w:rsidP="0066083C">
      <w:pPr>
        <w:pStyle w:val="MDPI31text"/>
        <w:ind w:left="0" w:firstLine="567"/>
        <w:jc w:val="center"/>
        <w:rPr>
          <w:rFonts w:ascii="Times New Roman" w:hAnsi="Times New Roman"/>
          <w:sz w:val="28"/>
          <w:szCs w:val="28"/>
          <w:lang w:val="kk-KZ"/>
        </w:rPr>
      </w:pPr>
      <w:r>
        <w:rPr>
          <w:rFonts w:ascii="Times New Roman" w:hAnsi="Times New Roman"/>
          <w:sz w:val="28"/>
          <w:szCs w:val="28"/>
          <w:lang w:val="kk-KZ"/>
        </w:rPr>
        <w:t>Сурет 6</w:t>
      </w:r>
      <w:r w:rsidR="00437E05">
        <w:rPr>
          <w:rFonts w:ascii="Times New Roman" w:hAnsi="Times New Roman"/>
          <w:sz w:val="28"/>
          <w:szCs w:val="28"/>
          <w:lang w:val="kk-KZ"/>
        </w:rPr>
        <w:t xml:space="preserve"> - </w:t>
      </w:r>
      <w:r w:rsidR="00E677AD">
        <w:rPr>
          <w:rFonts w:ascii="Times New Roman" w:hAnsi="Times New Roman"/>
          <w:sz w:val="28"/>
          <w:szCs w:val="28"/>
          <w:lang w:val="kk-KZ"/>
        </w:rPr>
        <w:t>Антибиотиктерді алған орны</w:t>
      </w:r>
    </w:p>
    <w:p w:rsidR="00E677AD" w:rsidRDefault="00E677AD" w:rsidP="00061250">
      <w:pPr>
        <w:pStyle w:val="MDPI31text"/>
        <w:ind w:left="0" w:firstLine="567"/>
        <w:rPr>
          <w:rFonts w:ascii="Times New Roman" w:hAnsi="Times New Roman"/>
          <w:sz w:val="28"/>
          <w:szCs w:val="28"/>
          <w:lang w:val="kk-KZ"/>
        </w:rPr>
      </w:pPr>
    </w:p>
    <w:p w:rsidR="00E677AD" w:rsidRDefault="001C2EBD" w:rsidP="00061250">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қатысқандардың көпшілігі (57,0%) дәрігердің нұсқауы бойынша бүкіл курс аяқталғаннан кейін антибиотиктерді қабылдауды тоқтату керектігін дұрыс көрсетті. Бұл инфекцияның қайта басталу мүмкіндігін болдырмау және антибиотиктерге төзімділікті дамыту үшін маңыз</w:t>
      </w:r>
      <w:r w:rsidR="00C207E6">
        <w:rPr>
          <w:rFonts w:ascii="Times New Roman" w:hAnsi="Times New Roman"/>
          <w:sz w:val="28"/>
          <w:szCs w:val="28"/>
          <w:lang w:val="kk-KZ"/>
        </w:rPr>
        <w:t>ды. Алайда қатысушылардың 28,2%-</w:t>
      </w:r>
      <w:r w:rsidRPr="001C2EBD">
        <w:rPr>
          <w:rFonts w:ascii="Times New Roman" w:hAnsi="Times New Roman"/>
          <w:sz w:val="28"/>
          <w:szCs w:val="28"/>
          <w:lang w:val="kk-KZ"/>
        </w:rPr>
        <w:t xml:space="preserve">ы өздерін жақсы сезінген кезде </w:t>
      </w:r>
      <w:r w:rsidR="0020559B">
        <w:rPr>
          <w:rFonts w:ascii="Times New Roman" w:hAnsi="Times New Roman"/>
          <w:sz w:val="28"/>
          <w:szCs w:val="28"/>
          <w:lang w:val="kk-KZ"/>
        </w:rPr>
        <w:t xml:space="preserve">антибиотиктерді </w:t>
      </w:r>
      <w:r w:rsidRPr="001C2EBD">
        <w:rPr>
          <w:rFonts w:ascii="Times New Roman" w:hAnsi="Times New Roman"/>
          <w:sz w:val="28"/>
          <w:szCs w:val="28"/>
          <w:lang w:val="kk-KZ"/>
        </w:rPr>
        <w:t xml:space="preserve">қабылдауды тоқтатамыз деп жауап берді. Бұл </w:t>
      </w:r>
      <w:r w:rsidR="00C207E6">
        <w:rPr>
          <w:rFonts w:ascii="Times New Roman" w:hAnsi="Times New Roman"/>
          <w:sz w:val="28"/>
          <w:szCs w:val="28"/>
          <w:lang w:val="kk-KZ"/>
        </w:rPr>
        <w:t>қате түсінік</w:t>
      </w:r>
      <w:r w:rsidRPr="001C2EBD">
        <w:rPr>
          <w:rFonts w:ascii="Times New Roman" w:hAnsi="Times New Roman"/>
          <w:sz w:val="28"/>
          <w:szCs w:val="28"/>
          <w:lang w:val="kk-KZ"/>
        </w:rPr>
        <w:t>. Курстың толық аяқталмауы антибиотиктерге төзімді болып, инфекцияның қайталануын тудыруы мүмкін қалдық бактерияларға әкелуі мүмкін. Бір қызығы, 14,7% "білмеймін"</w:t>
      </w:r>
      <w:r w:rsidR="00C207E6">
        <w:rPr>
          <w:rFonts w:ascii="Times New Roman" w:hAnsi="Times New Roman"/>
          <w:sz w:val="28"/>
          <w:szCs w:val="28"/>
          <w:lang w:val="kk-KZ"/>
        </w:rPr>
        <w:t xml:space="preserve"> </w:t>
      </w:r>
      <w:r w:rsidRPr="001C2EBD">
        <w:rPr>
          <w:rFonts w:ascii="Times New Roman" w:hAnsi="Times New Roman"/>
          <w:sz w:val="28"/>
          <w:szCs w:val="28"/>
          <w:lang w:val="kk-KZ"/>
        </w:rPr>
        <w:t>деп жауап берді. Бұл антибиотиктерді дұрыс аяқтау туралы түсініктің жеткілік</w:t>
      </w:r>
      <w:r w:rsidR="00437E05">
        <w:rPr>
          <w:rFonts w:ascii="Times New Roman" w:hAnsi="Times New Roman"/>
          <w:sz w:val="28"/>
          <w:szCs w:val="28"/>
          <w:lang w:val="kk-KZ"/>
        </w:rPr>
        <w:t>с</w:t>
      </w:r>
      <w:r w:rsidR="00086394">
        <w:rPr>
          <w:rFonts w:ascii="Times New Roman" w:hAnsi="Times New Roman"/>
          <w:sz w:val="28"/>
          <w:szCs w:val="28"/>
          <w:lang w:val="kk-KZ"/>
        </w:rPr>
        <w:t>іздігін көрсетуі мүмкін (сурет 7</w:t>
      </w:r>
      <w:r w:rsidRPr="001C2EBD">
        <w:rPr>
          <w:rFonts w:ascii="Times New Roman" w:hAnsi="Times New Roman"/>
          <w:sz w:val="28"/>
          <w:szCs w:val="28"/>
          <w:lang w:val="kk-KZ"/>
        </w:rPr>
        <w:t>).</w:t>
      </w:r>
    </w:p>
    <w:p w:rsidR="00C207E6" w:rsidRDefault="00C207E6" w:rsidP="00061250">
      <w:pPr>
        <w:pStyle w:val="MDPI31text"/>
        <w:ind w:left="0" w:firstLine="567"/>
        <w:rPr>
          <w:rFonts w:ascii="Times New Roman" w:hAnsi="Times New Roman"/>
          <w:sz w:val="28"/>
          <w:szCs w:val="28"/>
          <w:lang w:val="kk-KZ"/>
        </w:rPr>
      </w:pPr>
    </w:p>
    <w:p w:rsidR="00E677AD" w:rsidRDefault="00E677AD" w:rsidP="00E677AD">
      <w:pPr>
        <w:pStyle w:val="MDPI31text"/>
        <w:ind w:left="0" w:firstLine="567"/>
        <w:jc w:val="center"/>
        <w:rPr>
          <w:rFonts w:ascii="Times New Roman" w:hAnsi="Times New Roman"/>
          <w:sz w:val="28"/>
          <w:szCs w:val="28"/>
          <w:lang w:val="kk-KZ"/>
        </w:rPr>
      </w:pPr>
      <w:r>
        <w:rPr>
          <w:noProof/>
          <w:lang w:val="ru-RU" w:eastAsia="ru-RU" w:bidi="ar-SA"/>
        </w:rPr>
        <w:drawing>
          <wp:inline distT="0" distB="0" distL="0" distR="0" wp14:anchorId="1734E8F2" wp14:editId="63D93C04">
            <wp:extent cx="4572000" cy="2743200"/>
            <wp:effectExtent l="0" t="0" r="19050" b="190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9CC" w:rsidRPr="001219CC" w:rsidRDefault="00086394" w:rsidP="001219CC">
      <w:pPr>
        <w:pStyle w:val="MDPI31text"/>
        <w:ind w:left="0" w:firstLine="567"/>
        <w:jc w:val="center"/>
        <w:rPr>
          <w:rFonts w:ascii="Times New Roman" w:hAnsi="Times New Roman"/>
          <w:sz w:val="28"/>
          <w:szCs w:val="28"/>
          <w:lang w:val="kk-KZ"/>
        </w:rPr>
      </w:pPr>
      <w:r>
        <w:rPr>
          <w:rFonts w:ascii="Times New Roman" w:hAnsi="Times New Roman"/>
          <w:sz w:val="28"/>
          <w:szCs w:val="28"/>
          <w:lang w:val="kk-KZ"/>
        </w:rPr>
        <w:t>Сурет 7</w:t>
      </w:r>
      <w:r w:rsidR="00437E05">
        <w:rPr>
          <w:rFonts w:ascii="Times New Roman" w:hAnsi="Times New Roman"/>
          <w:sz w:val="28"/>
          <w:szCs w:val="28"/>
          <w:lang w:val="kk-KZ"/>
        </w:rPr>
        <w:t xml:space="preserve"> - </w:t>
      </w:r>
      <w:r w:rsidR="00E677AD">
        <w:rPr>
          <w:rFonts w:ascii="Times New Roman" w:hAnsi="Times New Roman"/>
          <w:sz w:val="28"/>
          <w:szCs w:val="28"/>
          <w:lang w:val="kk-KZ"/>
        </w:rPr>
        <w:t>Антибиотиктерді қашан тоқтату керек</w:t>
      </w:r>
    </w:p>
    <w:p w:rsidR="00E677AD" w:rsidRDefault="00E677AD" w:rsidP="00061250">
      <w:pPr>
        <w:pStyle w:val="MDPI31text"/>
        <w:ind w:left="0" w:firstLine="567"/>
        <w:rPr>
          <w:rFonts w:ascii="Times New Roman" w:hAnsi="Times New Roman"/>
          <w:sz w:val="28"/>
          <w:szCs w:val="28"/>
          <w:lang w:val="kk-KZ"/>
        </w:rPr>
      </w:pPr>
    </w:p>
    <w:p w:rsidR="005D05B1" w:rsidRDefault="00086394" w:rsidP="00086394">
      <w:pPr>
        <w:widowControl/>
        <w:autoSpaceDE/>
        <w:autoSpaceDN/>
        <w:ind w:firstLine="567"/>
        <w:rPr>
          <w:rFonts w:eastAsia="MS Mincho"/>
          <w:sz w:val="28"/>
          <w:szCs w:val="28"/>
        </w:rPr>
      </w:pPr>
      <w:r w:rsidRPr="00086394">
        <w:rPr>
          <w:rFonts w:eastAsia="MS Mincho"/>
          <w:sz w:val="28"/>
          <w:szCs w:val="28"/>
        </w:rPr>
        <w:t>Б</w:t>
      </w:r>
      <w:r w:rsidR="00C207E6">
        <w:rPr>
          <w:rFonts w:eastAsia="MS Mincho"/>
          <w:sz w:val="28"/>
          <w:szCs w:val="28"/>
        </w:rPr>
        <w:t>із жасына байланысты "А</w:t>
      </w:r>
      <w:r w:rsidRPr="00086394">
        <w:rPr>
          <w:rFonts w:eastAsia="MS Mincho"/>
          <w:sz w:val="28"/>
          <w:szCs w:val="28"/>
        </w:rPr>
        <w:t>нтибиотикті қашан тоқтату керек" көрсеткішіне талдау жасадық</w:t>
      </w:r>
      <w:r>
        <w:rPr>
          <w:rFonts w:eastAsia="MS Mincho"/>
          <w:sz w:val="28"/>
          <w:szCs w:val="28"/>
        </w:rPr>
        <w:t xml:space="preserve"> (кесте 5)</w:t>
      </w:r>
      <w:r w:rsidRPr="00086394">
        <w:rPr>
          <w:rFonts w:eastAsia="MS Mincho"/>
          <w:sz w:val="28"/>
          <w:szCs w:val="28"/>
        </w:rPr>
        <w:t>.</w:t>
      </w:r>
    </w:p>
    <w:p w:rsidR="00086394" w:rsidRDefault="00086394" w:rsidP="00086394">
      <w:pPr>
        <w:widowControl/>
        <w:autoSpaceDE/>
        <w:autoSpaceDN/>
        <w:ind w:firstLine="567"/>
        <w:rPr>
          <w:rFonts w:eastAsia="MS Mincho"/>
          <w:sz w:val="28"/>
          <w:szCs w:val="28"/>
          <w:highlight w:val="yellow"/>
        </w:rPr>
      </w:pPr>
    </w:p>
    <w:p w:rsidR="00086394" w:rsidRPr="005D05B1" w:rsidRDefault="00086394" w:rsidP="00086394">
      <w:pPr>
        <w:widowControl/>
        <w:autoSpaceDE/>
        <w:autoSpaceDN/>
        <w:ind w:firstLine="567"/>
        <w:rPr>
          <w:rFonts w:eastAsia="MS Mincho"/>
          <w:sz w:val="28"/>
          <w:szCs w:val="28"/>
          <w:highlight w:val="yellow"/>
        </w:rPr>
      </w:pPr>
    </w:p>
    <w:p w:rsidR="005D05B1" w:rsidRPr="005D05B1" w:rsidRDefault="00086394" w:rsidP="00B874DB">
      <w:pPr>
        <w:widowControl/>
        <w:autoSpaceDE/>
        <w:autoSpaceDN/>
        <w:jc w:val="center"/>
        <w:rPr>
          <w:rFonts w:eastAsia="MS Mincho"/>
          <w:sz w:val="28"/>
          <w:szCs w:val="28"/>
        </w:rPr>
      </w:pPr>
      <w:r w:rsidRPr="00086394">
        <w:rPr>
          <w:rFonts w:eastAsia="MS Mincho"/>
          <w:sz w:val="28"/>
          <w:szCs w:val="28"/>
        </w:rPr>
        <w:t>Кесте 5</w:t>
      </w:r>
      <w:r w:rsidR="005D05B1" w:rsidRPr="005D05B1">
        <w:rPr>
          <w:rFonts w:eastAsia="MS Mincho"/>
          <w:sz w:val="28"/>
          <w:szCs w:val="28"/>
        </w:rPr>
        <w:t xml:space="preserve"> – </w:t>
      </w:r>
      <w:r w:rsidRPr="00086394">
        <w:rPr>
          <w:rFonts w:eastAsia="MS Mincho"/>
          <w:sz w:val="28"/>
          <w:szCs w:val="28"/>
        </w:rPr>
        <w:t>«Антибиотиктерді қабылдауды қашан тоқтату қажет» көрсеткіші мен жастың байланысы</w:t>
      </w:r>
    </w:p>
    <w:tbl>
      <w:tblPr>
        <w:tblStyle w:val="62"/>
        <w:tblW w:w="0" w:type="auto"/>
        <w:jc w:val="center"/>
        <w:tblLook w:val="04A0" w:firstRow="1" w:lastRow="0" w:firstColumn="1" w:lastColumn="0" w:noHBand="0" w:noVBand="1"/>
      </w:tblPr>
      <w:tblGrid>
        <w:gridCol w:w="1992"/>
        <w:gridCol w:w="1925"/>
        <w:gridCol w:w="838"/>
        <w:gridCol w:w="839"/>
        <w:gridCol w:w="839"/>
        <w:gridCol w:w="839"/>
        <w:gridCol w:w="839"/>
        <w:gridCol w:w="839"/>
        <w:gridCol w:w="908"/>
      </w:tblGrid>
      <w:tr w:rsidR="005D05B1" w:rsidRPr="005D05B1" w:rsidTr="00086394">
        <w:trPr>
          <w:jc w:val="center"/>
        </w:trPr>
        <w:tc>
          <w:tcPr>
            <w:tcW w:w="1992" w:type="dxa"/>
            <w:vMerge w:val="restart"/>
            <w:vAlign w:val="center"/>
          </w:tcPr>
          <w:p w:rsidR="005D05B1" w:rsidRPr="005D05B1" w:rsidRDefault="00086394" w:rsidP="00B874DB">
            <w:pPr>
              <w:jc w:val="center"/>
              <w:rPr>
                <w:rFonts w:eastAsia="MS Mincho"/>
                <w:sz w:val="24"/>
                <w:szCs w:val="24"/>
              </w:rPr>
            </w:pPr>
            <w:r w:rsidRPr="00086394">
              <w:rPr>
                <w:rFonts w:eastAsia="MS Mincho"/>
                <w:sz w:val="24"/>
                <w:szCs w:val="24"/>
              </w:rPr>
              <w:t>Көрсеткіш</w:t>
            </w:r>
          </w:p>
        </w:tc>
        <w:tc>
          <w:tcPr>
            <w:tcW w:w="1925" w:type="dxa"/>
            <w:vMerge w:val="restart"/>
            <w:vAlign w:val="center"/>
          </w:tcPr>
          <w:p w:rsidR="005D05B1" w:rsidRPr="005D05B1" w:rsidRDefault="00086394" w:rsidP="00B874DB">
            <w:pPr>
              <w:jc w:val="center"/>
              <w:rPr>
                <w:rFonts w:eastAsia="MS Mincho"/>
                <w:sz w:val="24"/>
                <w:szCs w:val="24"/>
              </w:rPr>
            </w:pPr>
            <w:r w:rsidRPr="00086394">
              <w:rPr>
                <w:rFonts w:eastAsia="MS Mincho"/>
                <w:sz w:val="24"/>
                <w:szCs w:val="24"/>
                <w:lang w:val="en-US"/>
              </w:rPr>
              <w:t>Категори</w:t>
            </w:r>
            <w:r w:rsidRPr="00086394">
              <w:rPr>
                <w:rFonts w:eastAsia="MS Mincho"/>
                <w:sz w:val="24"/>
                <w:szCs w:val="24"/>
              </w:rPr>
              <w:t>ялар</w:t>
            </w:r>
          </w:p>
        </w:tc>
        <w:tc>
          <w:tcPr>
            <w:tcW w:w="5033" w:type="dxa"/>
            <w:gridSpan w:val="6"/>
            <w:vAlign w:val="center"/>
          </w:tcPr>
          <w:p w:rsidR="005D05B1" w:rsidRPr="005D05B1" w:rsidRDefault="00086394" w:rsidP="00B874DB">
            <w:pPr>
              <w:jc w:val="center"/>
              <w:rPr>
                <w:rFonts w:eastAsia="MS Mincho"/>
                <w:sz w:val="24"/>
                <w:szCs w:val="24"/>
              </w:rPr>
            </w:pPr>
            <w:r w:rsidRPr="00086394">
              <w:rPr>
                <w:rFonts w:eastAsia="MS Mincho"/>
                <w:sz w:val="24"/>
                <w:szCs w:val="24"/>
              </w:rPr>
              <w:t>Жасы</w:t>
            </w:r>
          </w:p>
        </w:tc>
        <w:tc>
          <w:tcPr>
            <w:tcW w:w="908" w:type="dxa"/>
            <w:vMerge w:val="restart"/>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p</w:t>
            </w:r>
          </w:p>
        </w:tc>
      </w:tr>
      <w:tr w:rsidR="005D05B1" w:rsidRPr="005D05B1" w:rsidTr="00086394">
        <w:trPr>
          <w:jc w:val="center"/>
        </w:trPr>
        <w:tc>
          <w:tcPr>
            <w:tcW w:w="1992" w:type="dxa"/>
            <w:vMerge/>
          </w:tcPr>
          <w:p w:rsidR="005D05B1" w:rsidRPr="005D05B1" w:rsidRDefault="005D05B1" w:rsidP="00B874DB">
            <w:pPr>
              <w:rPr>
                <w:rFonts w:eastAsia="MS Mincho"/>
                <w:sz w:val="24"/>
                <w:szCs w:val="24"/>
                <w:lang w:val="en-US"/>
              </w:rPr>
            </w:pPr>
          </w:p>
        </w:tc>
        <w:tc>
          <w:tcPr>
            <w:tcW w:w="1925" w:type="dxa"/>
            <w:vMerge/>
          </w:tcPr>
          <w:p w:rsidR="005D05B1" w:rsidRPr="005D05B1" w:rsidRDefault="005D05B1" w:rsidP="00B874DB">
            <w:pPr>
              <w:rPr>
                <w:rFonts w:eastAsia="MS Mincho"/>
                <w:sz w:val="24"/>
                <w:szCs w:val="24"/>
                <w:lang w:val="en-US"/>
              </w:rPr>
            </w:pPr>
          </w:p>
        </w:tc>
        <w:tc>
          <w:tcPr>
            <w:tcW w:w="838"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 xml:space="preserve">18-24 </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25-34</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35-44</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45-54</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55-64</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65+</w:t>
            </w:r>
          </w:p>
        </w:tc>
        <w:tc>
          <w:tcPr>
            <w:tcW w:w="908" w:type="dxa"/>
            <w:vMerge/>
          </w:tcPr>
          <w:p w:rsidR="005D05B1" w:rsidRPr="005D05B1" w:rsidRDefault="005D05B1" w:rsidP="00B874DB">
            <w:pPr>
              <w:rPr>
                <w:rFonts w:eastAsia="MS Mincho"/>
                <w:sz w:val="24"/>
                <w:szCs w:val="24"/>
                <w:lang w:val="en-US"/>
              </w:rPr>
            </w:pPr>
          </w:p>
        </w:tc>
      </w:tr>
      <w:tr w:rsidR="005D05B1" w:rsidRPr="005D05B1" w:rsidTr="00086394">
        <w:trPr>
          <w:jc w:val="center"/>
        </w:trPr>
        <w:tc>
          <w:tcPr>
            <w:tcW w:w="1992" w:type="dxa"/>
            <w:vMerge w:val="restart"/>
            <w:vAlign w:val="center"/>
          </w:tcPr>
          <w:p w:rsidR="005D05B1" w:rsidRPr="005B760C" w:rsidRDefault="00086394" w:rsidP="00B874DB">
            <w:pPr>
              <w:jc w:val="center"/>
              <w:rPr>
                <w:rFonts w:eastAsia="MS Mincho"/>
                <w:sz w:val="24"/>
                <w:szCs w:val="24"/>
              </w:rPr>
            </w:pPr>
            <w:r w:rsidRPr="005B760C">
              <w:rPr>
                <w:rFonts w:eastAsia="MS Mincho"/>
                <w:sz w:val="24"/>
                <w:szCs w:val="24"/>
              </w:rPr>
              <w:t>Антибиотиктерді қабылдауды қашан тоқтату қажет</w:t>
            </w:r>
          </w:p>
        </w:tc>
        <w:tc>
          <w:tcPr>
            <w:tcW w:w="1925" w:type="dxa"/>
            <w:vAlign w:val="center"/>
          </w:tcPr>
          <w:p w:rsidR="005D05B1" w:rsidRPr="005D05B1" w:rsidRDefault="00086394" w:rsidP="00B874DB">
            <w:pPr>
              <w:jc w:val="center"/>
              <w:rPr>
                <w:rFonts w:eastAsia="MS Mincho"/>
                <w:sz w:val="24"/>
                <w:szCs w:val="24"/>
                <w:lang w:val="en-US"/>
              </w:rPr>
            </w:pPr>
            <w:r w:rsidRPr="00086394">
              <w:rPr>
                <w:rFonts w:eastAsia="MS Mincho"/>
                <w:sz w:val="24"/>
                <w:szCs w:val="24"/>
                <w:lang w:val="en-US"/>
              </w:rPr>
              <w:t>өзімді жақсырақ сезінген кезде</w:t>
            </w:r>
          </w:p>
        </w:tc>
        <w:tc>
          <w:tcPr>
            <w:tcW w:w="838"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123 (28,1)</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23 (20,2)</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23 (31,9)</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13 (36,1)</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21 (44,7)</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 (10,5)</w:t>
            </w:r>
          </w:p>
        </w:tc>
        <w:tc>
          <w:tcPr>
            <w:tcW w:w="908" w:type="dxa"/>
            <w:vMerge w:val="restart"/>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&lt; 0,001*</w:t>
            </w:r>
            <w:r w:rsidRPr="005D05B1">
              <w:rPr>
                <w:rFonts w:eastAsia="MS Mincho"/>
                <w:sz w:val="24"/>
                <w:szCs w:val="24"/>
                <w:lang w:val="en-US"/>
              </w:rPr>
              <w:br/>
              <w:t>p</w:t>
            </w:r>
            <w:r w:rsidRPr="005D05B1">
              <w:rPr>
                <w:rFonts w:eastAsia="MS Mincho"/>
                <w:sz w:val="24"/>
                <w:szCs w:val="24"/>
                <w:vertAlign w:val="subscript"/>
                <w:lang w:val="en-US"/>
              </w:rPr>
              <w:t>18-24  – 65+</w:t>
            </w:r>
            <w:r w:rsidRPr="005D05B1">
              <w:rPr>
                <w:rFonts w:eastAsia="MS Mincho"/>
                <w:sz w:val="24"/>
                <w:szCs w:val="24"/>
                <w:lang w:val="en-US"/>
              </w:rPr>
              <w:t xml:space="preserve"> = 0,006</w:t>
            </w:r>
            <w:r w:rsidRPr="005D05B1">
              <w:rPr>
                <w:rFonts w:eastAsia="MS Mincho"/>
                <w:sz w:val="24"/>
                <w:szCs w:val="24"/>
                <w:lang w:val="en-US"/>
              </w:rPr>
              <w:br/>
              <w:t>p</w:t>
            </w:r>
            <w:r w:rsidRPr="005D05B1">
              <w:rPr>
                <w:rFonts w:eastAsia="MS Mincho"/>
                <w:sz w:val="24"/>
                <w:szCs w:val="24"/>
                <w:vertAlign w:val="subscript"/>
                <w:lang w:val="en-US"/>
              </w:rPr>
              <w:t>25-34 – 55-64</w:t>
            </w:r>
            <w:r w:rsidRPr="005D05B1">
              <w:rPr>
                <w:rFonts w:eastAsia="MS Mincho"/>
                <w:sz w:val="24"/>
                <w:szCs w:val="24"/>
                <w:lang w:val="en-US"/>
              </w:rPr>
              <w:t xml:space="preserve"> = 0,043</w:t>
            </w:r>
            <w:r w:rsidRPr="005D05B1">
              <w:rPr>
                <w:rFonts w:eastAsia="MS Mincho"/>
                <w:sz w:val="24"/>
                <w:szCs w:val="24"/>
                <w:lang w:val="en-US"/>
              </w:rPr>
              <w:br/>
              <w:t>p</w:t>
            </w:r>
            <w:r w:rsidRPr="005D05B1">
              <w:rPr>
                <w:rFonts w:eastAsia="MS Mincho"/>
                <w:sz w:val="24"/>
                <w:szCs w:val="24"/>
                <w:vertAlign w:val="subscript"/>
                <w:lang w:val="en-US"/>
              </w:rPr>
              <w:t>25-34 – 65+</w:t>
            </w:r>
            <w:r w:rsidRPr="005D05B1">
              <w:rPr>
                <w:rFonts w:eastAsia="MS Mincho"/>
                <w:sz w:val="24"/>
                <w:szCs w:val="24"/>
                <w:lang w:val="en-US"/>
              </w:rPr>
              <w:t xml:space="preserve"> = 0,002</w:t>
            </w:r>
            <w:r w:rsidRPr="005D05B1">
              <w:rPr>
                <w:rFonts w:eastAsia="MS Mincho"/>
                <w:sz w:val="24"/>
                <w:szCs w:val="24"/>
                <w:lang w:val="en-US"/>
              </w:rPr>
              <w:br/>
              <w:t>p</w:t>
            </w:r>
            <w:r w:rsidRPr="005D05B1">
              <w:rPr>
                <w:rFonts w:eastAsia="MS Mincho"/>
                <w:sz w:val="24"/>
                <w:szCs w:val="24"/>
                <w:vertAlign w:val="subscript"/>
                <w:lang w:val="en-US"/>
              </w:rPr>
              <w:t>35-44 – 65+</w:t>
            </w:r>
            <w:r w:rsidRPr="005D05B1">
              <w:rPr>
                <w:rFonts w:eastAsia="MS Mincho"/>
                <w:sz w:val="24"/>
                <w:szCs w:val="24"/>
                <w:lang w:val="en-US"/>
              </w:rPr>
              <w:t xml:space="preserve"> &lt; 0,001</w:t>
            </w:r>
            <w:r w:rsidRPr="005D05B1">
              <w:rPr>
                <w:rFonts w:eastAsia="MS Mincho"/>
                <w:sz w:val="24"/>
                <w:szCs w:val="24"/>
                <w:lang w:val="en-US"/>
              </w:rPr>
              <w:br/>
              <w:t>p</w:t>
            </w:r>
            <w:r w:rsidRPr="005D05B1">
              <w:rPr>
                <w:rFonts w:eastAsia="MS Mincho"/>
                <w:sz w:val="24"/>
                <w:szCs w:val="24"/>
                <w:vertAlign w:val="subscript"/>
                <w:lang w:val="en-US"/>
              </w:rPr>
              <w:t>45-54 – 65+</w:t>
            </w:r>
            <w:r w:rsidRPr="005D05B1">
              <w:rPr>
                <w:rFonts w:eastAsia="MS Mincho"/>
                <w:sz w:val="24"/>
                <w:szCs w:val="24"/>
                <w:lang w:val="en-US"/>
              </w:rPr>
              <w:t xml:space="preserve"> = 0,003</w:t>
            </w:r>
            <w:r w:rsidRPr="005D05B1">
              <w:rPr>
                <w:rFonts w:eastAsia="MS Mincho"/>
                <w:sz w:val="24"/>
                <w:szCs w:val="24"/>
                <w:lang w:val="en-US"/>
              </w:rPr>
              <w:br/>
              <w:t>p</w:t>
            </w:r>
            <w:r w:rsidRPr="005D05B1">
              <w:rPr>
                <w:rFonts w:eastAsia="MS Mincho"/>
                <w:sz w:val="24"/>
                <w:szCs w:val="24"/>
                <w:vertAlign w:val="subscript"/>
                <w:lang w:val="en-US"/>
              </w:rPr>
              <w:t>55-64 – 65+</w:t>
            </w:r>
            <w:r w:rsidRPr="005D05B1">
              <w:rPr>
                <w:rFonts w:eastAsia="MS Mincho"/>
                <w:sz w:val="24"/>
                <w:szCs w:val="24"/>
                <w:lang w:val="en-US"/>
              </w:rPr>
              <w:t xml:space="preserve"> &lt; 0,001</w:t>
            </w:r>
          </w:p>
        </w:tc>
      </w:tr>
      <w:tr w:rsidR="005D05B1" w:rsidRPr="005D05B1" w:rsidTr="00086394">
        <w:trPr>
          <w:jc w:val="center"/>
        </w:trPr>
        <w:tc>
          <w:tcPr>
            <w:tcW w:w="1992" w:type="dxa"/>
            <w:vMerge/>
          </w:tcPr>
          <w:p w:rsidR="005D05B1" w:rsidRPr="005D05B1" w:rsidRDefault="005D05B1" w:rsidP="00B874DB">
            <w:pPr>
              <w:rPr>
                <w:rFonts w:eastAsia="MS Mincho"/>
                <w:sz w:val="24"/>
                <w:szCs w:val="24"/>
                <w:lang w:val="en-US"/>
              </w:rPr>
            </w:pPr>
          </w:p>
        </w:tc>
        <w:tc>
          <w:tcPr>
            <w:tcW w:w="1925" w:type="dxa"/>
            <w:vAlign w:val="center"/>
          </w:tcPr>
          <w:p w:rsidR="005D05B1" w:rsidRPr="005D05B1" w:rsidRDefault="00086394" w:rsidP="00B874DB">
            <w:pPr>
              <w:jc w:val="center"/>
              <w:rPr>
                <w:rFonts w:eastAsia="MS Mincho"/>
                <w:sz w:val="24"/>
                <w:szCs w:val="24"/>
                <w:lang w:val="en-US"/>
              </w:rPr>
            </w:pPr>
            <w:r w:rsidRPr="00086394">
              <w:rPr>
                <w:rFonts w:eastAsia="MS Mincho"/>
                <w:sz w:val="24"/>
                <w:szCs w:val="24"/>
                <w:lang w:val="ru-RU"/>
              </w:rPr>
              <w:t>дәрігер</w:t>
            </w:r>
            <w:r w:rsidRPr="00086394">
              <w:rPr>
                <w:rFonts w:eastAsia="MS Mincho"/>
                <w:sz w:val="24"/>
                <w:szCs w:val="24"/>
                <w:lang w:val="en-US"/>
              </w:rPr>
              <w:t xml:space="preserve"> </w:t>
            </w:r>
            <w:r w:rsidRPr="00086394">
              <w:rPr>
                <w:rFonts w:eastAsia="MS Mincho"/>
                <w:sz w:val="24"/>
                <w:szCs w:val="24"/>
                <w:lang w:val="ru-RU"/>
              </w:rPr>
              <w:t>тағайындауы</w:t>
            </w:r>
            <w:r w:rsidRPr="00086394">
              <w:rPr>
                <w:rFonts w:eastAsia="MS Mincho"/>
                <w:sz w:val="24"/>
                <w:szCs w:val="24"/>
                <w:lang w:val="en-US"/>
              </w:rPr>
              <w:t xml:space="preserve"> </w:t>
            </w:r>
            <w:r w:rsidRPr="00086394">
              <w:rPr>
                <w:rFonts w:eastAsia="MS Mincho"/>
                <w:sz w:val="24"/>
                <w:szCs w:val="24"/>
                <w:lang w:val="ru-RU"/>
              </w:rPr>
              <w:t>бойынша</w:t>
            </w:r>
            <w:r w:rsidRPr="00086394">
              <w:rPr>
                <w:rFonts w:eastAsia="MS Mincho"/>
                <w:sz w:val="24"/>
                <w:szCs w:val="24"/>
                <w:lang w:val="en-US"/>
              </w:rPr>
              <w:t xml:space="preserve"> </w:t>
            </w:r>
            <w:r w:rsidRPr="00086394">
              <w:rPr>
                <w:rFonts w:eastAsia="MS Mincho"/>
                <w:sz w:val="24"/>
                <w:szCs w:val="24"/>
                <w:lang w:val="ru-RU"/>
              </w:rPr>
              <w:t>барлық</w:t>
            </w:r>
            <w:r w:rsidRPr="00086394">
              <w:rPr>
                <w:rFonts w:eastAsia="MS Mincho"/>
                <w:sz w:val="24"/>
                <w:szCs w:val="24"/>
                <w:lang w:val="en-US"/>
              </w:rPr>
              <w:t xml:space="preserve"> </w:t>
            </w:r>
            <w:r w:rsidRPr="00086394">
              <w:rPr>
                <w:rFonts w:eastAsia="MS Mincho"/>
                <w:sz w:val="24"/>
                <w:szCs w:val="24"/>
                <w:lang w:val="ru-RU"/>
              </w:rPr>
              <w:t>антибиотиктерді</w:t>
            </w:r>
            <w:r w:rsidRPr="00086394">
              <w:rPr>
                <w:rFonts w:eastAsia="MS Mincho"/>
                <w:sz w:val="24"/>
                <w:szCs w:val="24"/>
                <w:lang w:val="en-US"/>
              </w:rPr>
              <w:t xml:space="preserve"> </w:t>
            </w:r>
            <w:r w:rsidRPr="00086394">
              <w:rPr>
                <w:rFonts w:eastAsia="MS Mincho"/>
                <w:sz w:val="24"/>
                <w:szCs w:val="24"/>
                <w:lang w:val="ru-RU"/>
              </w:rPr>
              <w:t>қабылдап</w:t>
            </w:r>
            <w:r w:rsidRPr="00086394">
              <w:rPr>
                <w:rFonts w:eastAsia="MS Mincho"/>
                <w:sz w:val="24"/>
                <w:szCs w:val="24"/>
                <w:lang w:val="en-US"/>
              </w:rPr>
              <w:t xml:space="preserve"> </w:t>
            </w:r>
            <w:r w:rsidRPr="00086394">
              <w:rPr>
                <w:rFonts w:eastAsia="MS Mincho"/>
                <w:sz w:val="24"/>
                <w:szCs w:val="24"/>
                <w:lang w:val="ru-RU"/>
              </w:rPr>
              <w:t>болғанда</w:t>
            </w:r>
          </w:p>
        </w:tc>
        <w:tc>
          <w:tcPr>
            <w:tcW w:w="838"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239 (54,6)</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77 (67,5)</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46 (63,9)</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21 (58,3)</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24 (51,1)</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7 (36,8)</w:t>
            </w:r>
          </w:p>
        </w:tc>
        <w:tc>
          <w:tcPr>
            <w:tcW w:w="908" w:type="dxa"/>
            <w:vMerge/>
          </w:tcPr>
          <w:p w:rsidR="005D05B1" w:rsidRPr="005D05B1" w:rsidRDefault="005D05B1" w:rsidP="00B874DB">
            <w:pPr>
              <w:rPr>
                <w:rFonts w:eastAsia="MS Mincho"/>
                <w:sz w:val="24"/>
                <w:szCs w:val="24"/>
                <w:lang w:val="en-US"/>
              </w:rPr>
            </w:pPr>
          </w:p>
        </w:tc>
      </w:tr>
      <w:tr w:rsidR="005D05B1" w:rsidRPr="005D05B1" w:rsidTr="00086394">
        <w:trPr>
          <w:jc w:val="center"/>
        </w:trPr>
        <w:tc>
          <w:tcPr>
            <w:tcW w:w="1992" w:type="dxa"/>
            <w:vMerge/>
          </w:tcPr>
          <w:p w:rsidR="005D05B1" w:rsidRPr="005D05B1" w:rsidRDefault="005D05B1" w:rsidP="00B874DB">
            <w:pPr>
              <w:rPr>
                <w:rFonts w:eastAsia="MS Mincho"/>
                <w:sz w:val="24"/>
                <w:szCs w:val="24"/>
                <w:lang w:val="en-US"/>
              </w:rPr>
            </w:pPr>
          </w:p>
        </w:tc>
        <w:tc>
          <w:tcPr>
            <w:tcW w:w="1925" w:type="dxa"/>
            <w:vAlign w:val="center"/>
          </w:tcPr>
          <w:p w:rsidR="005D05B1" w:rsidRPr="005D05B1" w:rsidRDefault="00086394" w:rsidP="00B874DB">
            <w:pPr>
              <w:jc w:val="center"/>
              <w:rPr>
                <w:rFonts w:eastAsia="MS Mincho"/>
                <w:sz w:val="24"/>
                <w:szCs w:val="24"/>
                <w:lang w:val="en-US"/>
              </w:rPr>
            </w:pPr>
            <w:r w:rsidRPr="00086394">
              <w:rPr>
                <w:rFonts w:eastAsia="MS Mincho"/>
                <w:sz w:val="24"/>
                <w:szCs w:val="24"/>
              </w:rPr>
              <w:t>білмеймін</w:t>
            </w:r>
            <w:r w:rsidR="005D05B1" w:rsidRPr="005D05B1">
              <w:rPr>
                <w:rFonts w:eastAsia="MS Mincho"/>
                <w:sz w:val="24"/>
                <w:szCs w:val="24"/>
                <w:lang w:val="en-US"/>
              </w:rPr>
              <w:t xml:space="preserve"> </w:t>
            </w:r>
          </w:p>
        </w:tc>
        <w:tc>
          <w:tcPr>
            <w:tcW w:w="838"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76 (17,4)</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14 (12,3)</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3 (4,2)</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 (5,6)</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2 (4,3)</w:t>
            </w:r>
          </w:p>
        </w:tc>
        <w:tc>
          <w:tcPr>
            <w:tcW w:w="839" w:type="dxa"/>
            <w:vAlign w:val="center"/>
          </w:tcPr>
          <w:p w:rsidR="005D05B1" w:rsidRPr="005D05B1" w:rsidRDefault="005D05B1" w:rsidP="00B874DB">
            <w:pPr>
              <w:jc w:val="center"/>
              <w:rPr>
                <w:rFonts w:eastAsia="MS Mincho"/>
                <w:sz w:val="24"/>
                <w:szCs w:val="24"/>
                <w:lang w:val="en-US"/>
              </w:rPr>
            </w:pPr>
            <w:r w:rsidRPr="005D05B1">
              <w:rPr>
                <w:rFonts w:eastAsia="MS Mincho"/>
                <w:sz w:val="24"/>
                <w:szCs w:val="24"/>
                <w:lang w:val="en-US"/>
              </w:rPr>
              <w:t>10 (52,6)</w:t>
            </w:r>
          </w:p>
        </w:tc>
        <w:tc>
          <w:tcPr>
            <w:tcW w:w="908" w:type="dxa"/>
            <w:vMerge/>
          </w:tcPr>
          <w:p w:rsidR="005D05B1" w:rsidRPr="005D05B1" w:rsidRDefault="005D05B1" w:rsidP="00B874DB">
            <w:pPr>
              <w:rPr>
                <w:rFonts w:eastAsia="MS Mincho"/>
                <w:sz w:val="24"/>
                <w:szCs w:val="24"/>
                <w:lang w:val="en-US"/>
              </w:rPr>
            </w:pPr>
          </w:p>
        </w:tc>
      </w:tr>
    </w:tbl>
    <w:p w:rsidR="005D05B1" w:rsidRDefault="00086394" w:rsidP="00086394">
      <w:pPr>
        <w:widowControl/>
        <w:autoSpaceDE/>
        <w:autoSpaceDN/>
        <w:jc w:val="center"/>
        <w:rPr>
          <w:rFonts w:eastAsia="MS Mincho"/>
          <w:sz w:val="24"/>
          <w:szCs w:val="24"/>
        </w:rPr>
      </w:pPr>
      <w:r w:rsidRPr="005B760C">
        <w:rPr>
          <w:rFonts w:eastAsia="MS Mincho"/>
          <w:sz w:val="24"/>
          <w:szCs w:val="24"/>
        </w:rPr>
        <w:t>* – көрсеткіштердегі айырмашылықтар статистикалық маңызды (p &lt; 0,05)</w:t>
      </w:r>
    </w:p>
    <w:p w:rsidR="00086394" w:rsidRPr="005D05B1" w:rsidRDefault="00086394" w:rsidP="00086394">
      <w:pPr>
        <w:widowControl/>
        <w:autoSpaceDE/>
        <w:autoSpaceDN/>
        <w:jc w:val="center"/>
        <w:rPr>
          <w:rFonts w:eastAsia="MS Mincho"/>
          <w:sz w:val="28"/>
          <w:szCs w:val="28"/>
          <w:highlight w:val="yellow"/>
        </w:rPr>
      </w:pPr>
    </w:p>
    <w:p w:rsidR="005D05B1" w:rsidRDefault="00FF27C5" w:rsidP="00FF27C5">
      <w:pPr>
        <w:widowControl/>
        <w:autoSpaceDE/>
        <w:autoSpaceDN/>
        <w:ind w:firstLine="567"/>
        <w:jc w:val="both"/>
        <w:rPr>
          <w:rFonts w:eastAsia="MS Mincho"/>
          <w:sz w:val="28"/>
          <w:szCs w:val="28"/>
        </w:rPr>
      </w:pPr>
      <w:r w:rsidRPr="00FF27C5">
        <w:rPr>
          <w:rFonts w:eastAsia="MS Mincho"/>
          <w:sz w:val="28"/>
          <w:szCs w:val="28"/>
        </w:rPr>
        <w:t>Ұсынылған кест</w:t>
      </w:r>
      <w:r w:rsidR="00C207E6">
        <w:rPr>
          <w:rFonts w:eastAsia="MS Mincho"/>
          <w:sz w:val="28"/>
          <w:szCs w:val="28"/>
        </w:rPr>
        <w:t>еге сәйкес, жасына байланысты "А</w:t>
      </w:r>
      <w:r w:rsidRPr="00FF27C5">
        <w:rPr>
          <w:rFonts w:eastAsia="MS Mincho"/>
          <w:sz w:val="28"/>
          <w:szCs w:val="28"/>
        </w:rPr>
        <w:t>нтибиотикті қашан тоқтату керек" көрсеткішін бағалау кезінде статистикалық маңызды айырмашылықтар анықталды (p &lt; 0,001) (қолданылатын әдіс: Пирсонның хи-квадраты)</w:t>
      </w:r>
      <w:r>
        <w:rPr>
          <w:rFonts w:eastAsia="MS Mincho"/>
          <w:sz w:val="28"/>
          <w:szCs w:val="28"/>
        </w:rPr>
        <w:t xml:space="preserve"> (Сурет 8)</w:t>
      </w:r>
      <w:r w:rsidRPr="00FF27C5">
        <w:rPr>
          <w:rFonts w:eastAsia="MS Mincho"/>
          <w:sz w:val="28"/>
          <w:szCs w:val="28"/>
        </w:rPr>
        <w:t>.</w:t>
      </w:r>
    </w:p>
    <w:p w:rsidR="00DF5790" w:rsidRPr="00FF27C5" w:rsidRDefault="00DF5790" w:rsidP="00FF27C5">
      <w:pPr>
        <w:widowControl/>
        <w:autoSpaceDE/>
        <w:autoSpaceDN/>
        <w:ind w:firstLine="567"/>
        <w:jc w:val="both"/>
        <w:rPr>
          <w:rFonts w:eastAsia="MS Mincho"/>
          <w:sz w:val="28"/>
          <w:szCs w:val="28"/>
          <w:highlight w:val="yellow"/>
        </w:rPr>
      </w:pPr>
    </w:p>
    <w:p w:rsidR="005D05B1" w:rsidRPr="005D05B1" w:rsidRDefault="008057EA" w:rsidP="00DF5790">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1FE056D2" wp14:editId="7C6F894E">
            <wp:extent cx="6122670" cy="2276807"/>
            <wp:effectExtent l="0" t="0" r="0" b="9525"/>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22670" cy="2276807"/>
                    </a:xfrm>
                    <a:prstGeom prst="rect">
                      <a:avLst/>
                    </a:prstGeom>
                  </pic:spPr>
                </pic:pic>
              </a:graphicData>
            </a:graphic>
          </wp:inline>
        </w:drawing>
      </w:r>
    </w:p>
    <w:p w:rsidR="00FF27C5" w:rsidRPr="005D05B1" w:rsidRDefault="00FF27C5" w:rsidP="00FF27C5">
      <w:pPr>
        <w:widowControl/>
        <w:autoSpaceDE/>
        <w:autoSpaceDN/>
        <w:jc w:val="center"/>
        <w:rPr>
          <w:rFonts w:eastAsia="MS Mincho"/>
          <w:sz w:val="28"/>
          <w:szCs w:val="28"/>
        </w:rPr>
      </w:pPr>
      <w:r w:rsidRPr="00FF27C5">
        <w:rPr>
          <w:rFonts w:eastAsia="MS Mincho"/>
          <w:sz w:val="28"/>
          <w:szCs w:val="28"/>
          <w:lang w:val="ru-RU"/>
        </w:rPr>
        <w:t>Сурет</w:t>
      </w:r>
      <w:r w:rsidRPr="00FF27C5">
        <w:rPr>
          <w:rFonts w:eastAsia="MS Mincho"/>
          <w:sz w:val="28"/>
          <w:szCs w:val="28"/>
          <w:lang w:val="en-US"/>
        </w:rPr>
        <w:t xml:space="preserve"> 8</w:t>
      </w:r>
      <w:r w:rsidR="005D05B1" w:rsidRPr="00FF27C5">
        <w:rPr>
          <w:rFonts w:eastAsia="MS Mincho"/>
          <w:sz w:val="28"/>
          <w:szCs w:val="28"/>
          <w:lang w:val="en-US"/>
        </w:rPr>
        <w:t xml:space="preserve"> – </w:t>
      </w:r>
      <w:r w:rsidRPr="00FF27C5">
        <w:rPr>
          <w:rFonts w:eastAsia="MS Mincho"/>
          <w:sz w:val="28"/>
          <w:szCs w:val="28"/>
        </w:rPr>
        <w:t>«Антибиотиктерді қабылдауды қашан тоқтату қажет» көрсеткіші мен</w:t>
      </w:r>
      <w:r w:rsidRPr="00086394">
        <w:rPr>
          <w:rFonts w:eastAsia="MS Mincho"/>
          <w:sz w:val="28"/>
          <w:szCs w:val="28"/>
        </w:rPr>
        <w:t xml:space="preserve"> жастың байланысы</w:t>
      </w:r>
    </w:p>
    <w:p w:rsidR="005D05B1" w:rsidRPr="00FF27C5" w:rsidRDefault="005D05B1" w:rsidP="00FF27C5">
      <w:pPr>
        <w:widowControl/>
        <w:autoSpaceDE/>
        <w:autoSpaceDN/>
        <w:jc w:val="center"/>
        <w:rPr>
          <w:sz w:val="28"/>
          <w:szCs w:val="28"/>
        </w:rPr>
      </w:pPr>
    </w:p>
    <w:p w:rsidR="00E677AD" w:rsidRDefault="001C2EBD" w:rsidP="00061250">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Қат</w:t>
      </w:r>
      <w:r w:rsidR="00C207E6">
        <w:rPr>
          <w:rFonts w:ascii="Times New Roman" w:hAnsi="Times New Roman"/>
          <w:sz w:val="28"/>
          <w:szCs w:val="28"/>
          <w:lang w:val="kk-KZ"/>
        </w:rPr>
        <w:t>ысушылардың көпшілігі (59,4%) "Е</w:t>
      </w:r>
      <w:r w:rsidRPr="001C2EBD">
        <w:rPr>
          <w:rFonts w:ascii="Times New Roman" w:hAnsi="Times New Roman"/>
          <w:sz w:val="28"/>
          <w:szCs w:val="28"/>
          <w:lang w:val="kk-KZ"/>
        </w:rPr>
        <w:t xml:space="preserve">гер олар бір ауруды емдеу үшін қолданылса, досыңызға немесе туысқаныңызға тағайындалған антибиотиктерді қолдануға болады" деген тұжырым </w:t>
      </w:r>
      <w:r w:rsidR="00020E07">
        <w:rPr>
          <w:rFonts w:ascii="Times New Roman" w:hAnsi="Times New Roman"/>
          <w:sz w:val="28"/>
          <w:szCs w:val="28"/>
          <w:lang w:val="kk-KZ"/>
        </w:rPr>
        <w:t>«қате»</w:t>
      </w:r>
      <w:r w:rsidRPr="001C2EBD">
        <w:rPr>
          <w:rFonts w:ascii="Times New Roman" w:hAnsi="Times New Roman"/>
          <w:sz w:val="28"/>
          <w:szCs w:val="28"/>
          <w:lang w:val="kk-KZ"/>
        </w:rPr>
        <w:t xml:space="preserve"> деп дұрыс жауап берді. Бұл </w:t>
      </w:r>
      <w:r w:rsidR="00020E07">
        <w:rPr>
          <w:rFonts w:ascii="Times New Roman" w:hAnsi="Times New Roman"/>
          <w:sz w:val="28"/>
          <w:szCs w:val="28"/>
          <w:lang w:val="kk-KZ"/>
        </w:rPr>
        <w:t>дұрыс</w:t>
      </w:r>
      <w:r w:rsidRPr="001C2EBD">
        <w:rPr>
          <w:rFonts w:ascii="Times New Roman" w:hAnsi="Times New Roman"/>
          <w:sz w:val="28"/>
          <w:szCs w:val="28"/>
          <w:lang w:val="kk-KZ"/>
        </w:rPr>
        <w:t xml:space="preserve">, өйткені басқа біреудің антибиотиктерін қолдану қауіпті және тиімсіз болуы мүмкін, сонымен қатар антибиотиктерге төзімділіктің дамуына ықпал етеді. Сауалнамаға қатысқандардың 16,0% - ы мәлімдеме дұрыс деп санайды. Бұл антибиотиктермен өзін-өзі емдеудің қауіптілігі туралы түсініктің жеткіліксіздігін көрсетуі мүмкін, </w:t>
      </w:r>
      <w:r w:rsidR="0020559B">
        <w:rPr>
          <w:rFonts w:ascii="Times New Roman" w:hAnsi="Times New Roman"/>
          <w:sz w:val="28"/>
          <w:szCs w:val="28"/>
          <w:lang w:val="kk-KZ"/>
        </w:rPr>
        <w:t>яғни</w:t>
      </w:r>
      <w:r w:rsidRPr="001C2EBD">
        <w:rPr>
          <w:rFonts w:ascii="Times New Roman" w:hAnsi="Times New Roman"/>
          <w:sz w:val="28"/>
          <w:szCs w:val="28"/>
          <w:lang w:val="kk-KZ"/>
        </w:rPr>
        <w:t xml:space="preserve"> қосымша білім мен ақпараттандыруды қажет етеді. 24,6% "білмеймін"</w:t>
      </w:r>
      <w:r w:rsidR="00020E07">
        <w:rPr>
          <w:rFonts w:ascii="Times New Roman" w:hAnsi="Times New Roman"/>
          <w:sz w:val="28"/>
          <w:szCs w:val="28"/>
          <w:lang w:val="kk-KZ"/>
        </w:rPr>
        <w:t xml:space="preserve"> </w:t>
      </w:r>
      <w:r w:rsidRPr="001C2EBD">
        <w:rPr>
          <w:rFonts w:ascii="Times New Roman" w:hAnsi="Times New Roman"/>
          <w:sz w:val="28"/>
          <w:szCs w:val="28"/>
          <w:lang w:val="kk-KZ"/>
        </w:rPr>
        <w:t>деп жауап берді. Бұл сауалнамаға қатысқандардың осы тобында берілген тақырыпта ақпараттың жоқтығын немесе шешілме</w:t>
      </w:r>
      <w:r w:rsidR="00437E05">
        <w:rPr>
          <w:rFonts w:ascii="Times New Roman" w:hAnsi="Times New Roman"/>
          <w:sz w:val="28"/>
          <w:szCs w:val="28"/>
          <w:lang w:val="kk-KZ"/>
        </w:rPr>
        <w:t>г</w:t>
      </w:r>
      <w:r w:rsidR="00FF27C5">
        <w:rPr>
          <w:rFonts w:ascii="Times New Roman" w:hAnsi="Times New Roman"/>
          <w:sz w:val="28"/>
          <w:szCs w:val="28"/>
          <w:lang w:val="kk-KZ"/>
        </w:rPr>
        <w:t>ендігін көрсетуі мүмкін (сурет 9</w:t>
      </w:r>
      <w:r w:rsidRPr="001C2EBD">
        <w:rPr>
          <w:rFonts w:ascii="Times New Roman" w:hAnsi="Times New Roman"/>
          <w:sz w:val="28"/>
          <w:szCs w:val="28"/>
          <w:lang w:val="kk-KZ"/>
        </w:rPr>
        <w:t>).</w:t>
      </w:r>
    </w:p>
    <w:p w:rsidR="00B874DB" w:rsidRDefault="00B874DB" w:rsidP="00061250">
      <w:pPr>
        <w:pStyle w:val="MDPI31text"/>
        <w:ind w:left="0" w:firstLine="567"/>
        <w:rPr>
          <w:rFonts w:ascii="Times New Roman" w:hAnsi="Times New Roman"/>
          <w:sz w:val="28"/>
          <w:szCs w:val="28"/>
          <w:lang w:val="kk-KZ"/>
        </w:rPr>
      </w:pPr>
    </w:p>
    <w:p w:rsidR="00E677AD" w:rsidRDefault="00E677AD" w:rsidP="00E677AD">
      <w:pPr>
        <w:pStyle w:val="MDPI31text"/>
        <w:ind w:left="0" w:firstLine="567"/>
        <w:jc w:val="center"/>
        <w:rPr>
          <w:rFonts w:ascii="Times New Roman" w:hAnsi="Times New Roman"/>
          <w:sz w:val="28"/>
          <w:szCs w:val="28"/>
          <w:lang w:val="kk-KZ"/>
        </w:rPr>
      </w:pPr>
      <w:r>
        <w:rPr>
          <w:noProof/>
          <w:lang w:val="ru-RU" w:eastAsia="ru-RU" w:bidi="ar-SA"/>
        </w:rPr>
        <w:drawing>
          <wp:inline distT="0" distB="0" distL="0" distR="0" wp14:anchorId="5DF37F6D" wp14:editId="616C6FCF">
            <wp:extent cx="4572000" cy="2743200"/>
            <wp:effectExtent l="0" t="0" r="19050" b="1905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677AD" w:rsidRDefault="00FF27C5" w:rsidP="00E677AD">
      <w:pPr>
        <w:pStyle w:val="MDPI31text"/>
        <w:ind w:left="0" w:firstLine="567"/>
        <w:jc w:val="center"/>
        <w:rPr>
          <w:rFonts w:ascii="Times New Roman" w:hAnsi="Times New Roman"/>
          <w:sz w:val="28"/>
          <w:szCs w:val="28"/>
          <w:lang w:val="kk-KZ"/>
        </w:rPr>
      </w:pPr>
      <w:r>
        <w:rPr>
          <w:rFonts w:ascii="Times New Roman" w:hAnsi="Times New Roman"/>
          <w:sz w:val="28"/>
          <w:szCs w:val="28"/>
          <w:lang w:val="kk-KZ"/>
        </w:rPr>
        <w:t>Сурет 9</w:t>
      </w:r>
      <w:r w:rsidR="00437E05">
        <w:rPr>
          <w:rFonts w:ascii="Times New Roman" w:hAnsi="Times New Roman"/>
          <w:sz w:val="28"/>
          <w:szCs w:val="28"/>
          <w:lang w:val="kk-KZ"/>
        </w:rPr>
        <w:t xml:space="preserve"> - </w:t>
      </w:r>
      <w:r w:rsidR="00E677AD" w:rsidRPr="00E677AD">
        <w:rPr>
          <w:rFonts w:ascii="Times New Roman" w:hAnsi="Times New Roman"/>
          <w:sz w:val="28"/>
          <w:szCs w:val="28"/>
          <w:lang w:val="kk-KZ"/>
        </w:rPr>
        <w:t>Досыма немесе туысыма бірдей диагнозды ( ауруды) емдеу үшін  қолданған ан</w:t>
      </w:r>
      <w:r w:rsidR="00E677AD">
        <w:rPr>
          <w:rFonts w:ascii="Times New Roman" w:hAnsi="Times New Roman"/>
          <w:sz w:val="28"/>
          <w:szCs w:val="28"/>
          <w:lang w:val="kk-KZ"/>
        </w:rPr>
        <w:t>тибиотикті пайдалануы</w:t>
      </w:r>
    </w:p>
    <w:p w:rsidR="00E677AD" w:rsidRDefault="00E677AD" w:rsidP="00061250">
      <w:pPr>
        <w:pStyle w:val="MDPI31text"/>
        <w:ind w:left="0" w:firstLine="567"/>
        <w:rPr>
          <w:rFonts w:ascii="Times New Roman" w:hAnsi="Times New Roman"/>
          <w:sz w:val="28"/>
          <w:szCs w:val="28"/>
          <w:lang w:val="kk-KZ"/>
        </w:rPr>
      </w:pPr>
    </w:p>
    <w:p w:rsidR="005D05B1" w:rsidRDefault="008C2A8C" w:rsidP="008C2A8C">
      <w:pPr>
        <w:widowControl/>
        <w:autoSpaceDE/>
        <w:autoSpaceDN/>
        <w:ind w:firstLine="567"/>
        <w:jc w:val="both"/>
        <w:rPr>
          <w:rFonts w:eastAsia="MS Mincho"/>
          <w:sz w:val="28"/>
          <w:szCs w:val="28"/>
        </w:rPr>
      </w:pPr>
      <w:r w:rsidRPr="008C2A8C">
        <w:rPr>
          <w:rFonts w:eastAsia="MS Mincho"/>
          <w:sz w:val="28"/>
          <w:szCs w:val="28"/>
        </w:rPr>
        <w:t>Біз жасына байланысты "Досыма не</w:t>
      </w:r>
      <w:r>
        <w:rPr>
          <w:rFonts w:eastAsia="MS Mincho"/>
          <w:sz w:val="28"/>
          <w:szCs w:val="28"/>
        </w:rPr>
        <w:t>месе туысыма бірдей диагнозды (</w:t>
      </w:r>
      <w:r w:rsidRPr="008C2A8C">
        <w:rPr>
          <w:rFonts w:eastAsia="MS Mincho"/>
          <w:sz w:val="28"/>
          <w:szCs w:val="28"/>
        </w:rPr>
        <w:t xml:space="preserve">ауруды) емдеу үшін  қолданған </w:t>
      </w:r>
      <w:r w:rsidR="004F0F45">
        <w:rPr>
          <w:rFonts w:eastAsia="MS Mincho"/>
          <w:sz w:val="28"/>
          <w:szCs w:val="28"/>
        </w:rPr>
        <w:t>антибиотикті пайдалануға болады</w:t>
      </w:r>
      <w:r>
        <w:rPr>
          <w:rFonts w:eastAsia="MS Mincho"/>
          <w:sz w:val="28"/>
          <w:szCs w:val="28"/>
        </w:rPr>
        <w:t xml:space="preserve">" </w:t>
      </w:r>
      <w:r w:rsidRPr="008C2A8C">
        <w:rPr>
          <w:rFonts w:eastAsia="MS Mincho"/>
          <w:sz w:val="28"/>
          <w:szCs w:val="28"/>
        </w:rPr>
        <w:t>көрсеткішіне талдау жасадық</w:t>
      </w:r>
      <w:r>
        <w:rPr>
          <w:rFonts w:eastAsia="MS Mincho"/>
          <w:sz w:val="28"/>
          <w:szCs w:val="28"/>
        </w:rPr>
        <w:t xml:space="preserve"> (кесте 6)</w:t>
      </w:r>
      <w:r w:rsidRPr="008C2A8C">
        <w:rPr>
          <w:rFonts w:eastAsia="MS Mincho"/>
          <w:sz w:val="28"/>
          <w:szCs w:val="28"/>
        </w:rPr>
        <w:t>.</w:t>
      </w:r>
    </w:p>
    <w:p w:rsidR="008C2A8C" w:rsidRPr="008C2A8C" w:rsidRDefault="008C2A8C" w:rsidP="008C2A8C">
      <w:pPr>
        <w:widowControl/>
        <w:autoSpaceDE/>
        <w:autoSpaceDN/>
        <w:ind w:firstLine="567"/>
        <w:rPr>
          <w:rFonts w:eastAsia="MS Mincho"/>
          <w:sz w:val="28"/>
          <w:szCs w:val="28"/>
          <w:highlight w:val="yellow"/>
        </w:rPr>
      </w:pPr>
    </w:p>
    <w:p w:rsidR="005D05B1" w:rsidRPr="008C2A8C" w:rsidRDefault="008C2A8C" w:rsidP="008C2A8C">
      <w:pPr>
        <w:widowControl/>
        <w:autoSpaceDE/>
        <w:autoSpaceDN/>
        <w:jc w:val="both"/>
        <w:rPr>
          <w:rFonts w:eastAsia="MS Mincho"/>
          <w:sz w:val="28"/>
          <w:szCs w:val="28"/>
        </w:rPr>
      </w:pPr>
      <w:r w:rsidRPr="008C2A8C">
        <w:rPr>
          <w:rFonts w:eastAsia="MS Mincho"/>
          <w:sz w:val="28"/>
          <w:szCs w:val="28"/>
        </w:rPr>
        <w:t>Кесте 6</w:t>
      </w:r>
      <w:r w:rsidR="005D05B1" w:rsidRPr="008C2A8C">
        <w:rPr>
          <w:rFonts w:eastAsia="MS Mincho"/>
          <w:sz w:val="28"/>
          <w:szCs w:val="28"/>
        </w:rPr>
        <w:t xml:space="preserve"> – </w:t>
      </w:r>
      <w:r w:rsidR="00DD49DF" w:rsidRPr="00DD49DF">
        <w:rPr>
          <w:rFonts w:eastAsia="MS Mincho"/>
          <w:sz w:val="28"/>
          <w:szCs w:val="28"/>
        </w:rPr>
        <w:t>“Басқа адамдарға дәл осы ауруды емдеу үшін  қолданған антибиотикті пайдалану мен жас аралығындағы байланыс</w:t>
      </w:r>
    </w:p>
    <w:tbl>
      <w:tblPr>
        <w:tblStyle w:val="72"/>
        <w:tblW w:w="0" w:type="auto"/>
        <w:jc w:val="center"/>
        <w:tblLook w:val="04A0" w:firstRow="1" w:lastRow="0" w:firstColumn="1" w:lastColumn="0" w:noHBand="0" w:noVBand="1"/>
      </w:tblPr>
      <w:tblGrid>
        <w:gridCol w:w="1578"/>
        <w:gridCol w:w="1618"/>
        <w:gridCol w:w="945"/>
        <w:gridCol w:w="946"/>
        <w:gridCol w:w="946"/>
        <w:gridCol w:w="946"/>
        <w:gridCol w:w="946"/>
        <w:gridCol w:w="946"/>
        <w:gridCol w:w="987"/>
      </w:tblGrid>
      <w:tr w:rsidR="005D05B1" w:rsidRPr="004F0F45" w:rsidTr="004F0F45">
        <w:trPr>
          <w:jc w:val="center"/>
        </w:trPr>
        <w:tc>
          <w:tcPr>
            <w:tcW w:w="1578" w:type="dxa"/>
            <w:vMerge w:val="restart"/>
            <w:vAlign w:val="center"/>
          </w:tcPr>
          <w:p w:rsidR="005D05B1" w:rsidRPr="004F0F45" w:rsidRDefault="004F0F45" w:rsidP="00B874DB">
            <w:pPr>
              <w:jc w:val="center"/>
              <w:rPr>
                <w:rFonts w:eastAsia="MS Mincho"/>
                <w:sz w:val="24"/>
                <w:szCs w:val="24"/>
              </w:rPr>
            </w:pPr>
            <w:r w:rsidRPr="004F0F45">
              <w:rPr>
                <w:rFonts w:eastAsia="MS Mincho"/>
                <w:sz w:val="24"/>
                <w:szCs w:val="24"/>
              </w:rPr>
              <w:t>Көрсеткіш</w:t>
            </w:r>
          </w:p>
        </w:tc>
        <w:tc>
          <w:tcPr>
            <w:tcW w:w="1618" w:type="dxa"/>
            <w:vMerge w:val="restart"/>
            <w:vAlign w:val="center"/>
          </w:tcPr>
          <w:p w:rsidR="005D05B1" w:rsidRPr="004F0F45" w:rsidRDefault="004F0F45" w:rsidP="00B874DB">
            <w:pPr>
              <w:jc w:val="center"/>
              <w:rPr>
                <w:rFonts w:eastAsia="MS Mincho"/>
                <w:sz w:val="24"/>
                <w:szCs w:val="24"/>
              </w:rPr>
            </w:pPr>
            <w:r w:rsidRPr="004F0F45">
              <w:rPr>
                <w:rFonts w:eastAsia="MS Mincho"/>
                <w:sz w:val="24"/>
                <w:szCs w:val="24"/>
                <w:lang w:val="en-US"/>
              </w:rPr>
              <w:t>Категори</w:t>
            </w:r>
            <w:r w:rsidRPr="004F0F45">
              <w:rPr>
                <w:rFonts w:eastAsia="MS Mincho"/>
                <w:sz w:val="24"/>
                <w:szCs w:val="24"/>
              </w:rPr>
              <w:t>ялар</w:t>
            </w:r>
          </w:p>
        </w:tc>
        <w:tc>
          <w:tcPr>
            <w:tcW w:w="5675" w:type="dxa"/>
            <w:gridSpan w:val="6"/>
            <w:vAlign w:val="center"/>
          </w:tcPr>
          <w:p w:rsidR="005D05B1" w:rsidRPr="004F0F45" w:rsidRDefault="004F0F45" w:rsidP="00B874DB">
            <w:pPr>
              <w:jc w:val="center"/>
              <w:rPr>
                <w:rFonts w:eastAsia="MS Mincho"/>
                <w:sz w:val="24"/>
                <w:szCs w:val="24"/>
              </w:rPr>
            </w:pPr>
            <w:r w:rsidRPr="004F0F45">
              <w:rPr>
                <w:rFonts w:eastAsia="MS Mincho"/>
                <w:sz w:val="24"/>
                <w:szCs w:val="24"/>
              </w:rPr>
              <w:t>Жасы</w:t>
            </w:r>
          </w:p>
        </w:tc>
        <w:tc>
          <w:tcPr>
            <w:tcW w:w="987" w:type="dxa"/>
            <w:vMerge w:val="restart"/>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p</w:t>
            </w:r>
          </w:p>
        </w:tc>
      </w:tr>
      <w:tr w:rsidR="005D05B1" w:rsidRPr="004F0F45" w:rsidTr="004F0F45">
        <w:trPr>
          <w:jc w:val="center"/>
        </w:trPr>
        <w:tc>
          <w:tcPr>
            <w:tcW w:w="1578" w:type="dxa"/>
            <w:vMerge/>
          </w:tcPr>
          <w:p w:rsidR="005D05B1" w:rsidRPr="004F0F45" w:rsidRDefault="005D05B1" w:rsidP="00B874DB">
            <w:pPr>
              <w:rPr>
                <w:rFonts w:eastAsia="MS Mincho"/>
                <w:sz w:val="24"/>
                <w:szCs w:val="24"/>
                <w:lang w:val="en-US"/>
              </w:rPr>
            </w:pPr>
          </w:p>
        </w:tc>
        <w:tc>
          <w:tcPr>
            <w:tcW w:w="1618" w:type="dxa"/>
            <w:vMerge/>
          </w:tcPr>
          <w:p w:rsidR="005D05B1" w:rsidRPr="004F0F45" w:rsidRDefault="005D05B1" w:rsidP="00B874DB">
            <w:pPr>
              <w:rPr>
                <w:rFonts w:eastAsia="MS Mincho"/>
                <w:sz w:val="24"/>
                <w:szCs w:val="24"/>
                <w:lang w:val="en-US"/>
              </w:rPr>
            </w:pPr>
          </w:p>
        </w:tc>
        <w:tc>
          <w:tcPr>
            <w:tcW w:w="945"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 xml:space="preserve">18-24 </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25-34</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35-44</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45-54</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55-64</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65+</w:t>
            </w:r>
          </w:p>
        </w:tc>
        <w:tc>
          <w:tcPr>
            <w:tcW w:w="987" w:type="dxa"/>
            <w:vMerge/>
          </w:tcPr>
          <w:p w:rsidR="005D05B1" w:rsidRPr="004F0F45" w:rsidRDefault="005D05B1" w:rsidP="00B874DB">
            <w:pPr>
              <w:rPr>
                <w:rFonts w:eastAsia="MS Mincho"/>
                <w:sz w:val="24"/>
                <w:szCs w:val="24"/>
                <w:lang w:val="en-US"/>
              </w:rPr>
            </w:pPr>
          </w:p>
        </w:tc>
      </w:tr>
      <w:tr w:rsidR="005D05B1" w:rsidRPr="004F0F45" w:rsidTr="004F0F45">
        <w:trPr>
          <w:jc w:val="center"/>
        </w:trPr>
        <w:tc>
          <w:tcPr>
            <w:tcW w:w="1578" w:type="dxa"/>
            <w:vMerge w:val="restart"/>
            <w:vAlign w:val="center"/>
          </w:tcPr>
          <w:p w:rsidR="005D05B1" w:rsidRPr="005B760C" w:rsidRDefault="004F0F45" w:rsidP="00B874DB">
            <w:pPr>
              <w:jc w:val="center"/>
              <w:rPr>
                <w:rFonts w:eastAsia="MS Mincho"/>
                <w:sz w:val="24"/>
                <w:szCs w:val="24"/>
              </w:rPr>
            </w:pPr>
            <w:r w:rsidRPr="005B760C">
              <w:rPr>
                <w:rFonts w:eastAsia="MS Mincho"/>
                <w:sz w:val="24"/>
                <w:szCs w:val="24"/>
              </w:rPr>
              <w:t>Досыма немесе туысыма бірдей диагнозды (ауруды) емдеу үшін  қолданған антибиотикті пайдалануға болады</w:t>
            </w:r>
          </w:p>
        </w:tc>
        <w:tc>
          <w:tcPr>
            <w:tcW w:w="1618" w:type="dxa"/>
            <w:vAlign w:val="center"/>
          </w:tcPr>
          <w:p w:rsidR="005D05B1" w:rsidRPr="004F0F45" w:rsidRDefault="004F0F45" w:rsidP="00B874DB">
            <w:pPr>
              <w:jc w:val="center"/>
              <w:rPr>
                <w:rFonts w:eastAsia="MS Mincho"/>
                <w:sz w:val="24"/>
                <w:szCs w:val="24"/>
              </w:rPr>
            </w:pPr>
            <w:r w:rsidRPr="004F0F45">
              <w:rPr>
                <w:rFonts w:eastAsia="MS Mincho"/>
                <w:sz w:val="24"/>
                <w:szCs w:val="24"/>
              </w:rPr>
              <w:t>дұрыс</w:t>
            </w:r>
          </w:p>
        </w:tc>
        <w:tc>
          <w:tcPr>
            <w:tcW w:w="945"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61 (13,9)</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17 (14,9)</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21 (29,2)</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8 (22,2)</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8 (16,7)</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 (5,3)</w:t>
            </w:r>
          </w:p>
        </w:tc>
        <w:tc>
          <w:tcPr>
            <w:tcW w:w="987" w:type="dxa"/>
            <w:vMerge w:val="restart"/>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&lt; 0,001*</w:t>
            </w:r>
            <w:r w:rsidRPr="004F0F45">
              <w:rPr>
                <w:rFonts w:eastAsia="MS Mincho"/>
                <w:sz w:val="24"/>
                <w:szCs w:val="24"/>
                <w:lang w:val="en-US"/>
              </w:rPr>
              <w:br/>
              <w:t>p</w:t>
            </w:r>
            <w:r w:rsidRPr="004F0F45">
              <w:rPr>
                <w:rFonts w:eastAsia="MS Mincho"/>
                <w:sz w:val="24"/>
                <w:szCs w:val="24"/>
                <w:vertAlign w:val="subscript"/>
                <w:lang w:val="en-US"/>
              </w:rPr>
              <w:t>18-24  – 35-44</w:t>
            </w:r>
            <w:r w:rsidRPr="004F0F45">
              <w:rPr>
                <w:rFonts w:eastAsia="MS Mincho"/>
                <w:sz w:val="24"/>
                <w:szCs w:val="24"/>
                <w:lang w:val="en-US"/>
              </w:rPr>
              <w:t xml:space="preserve"> = 0,032</w:t>
            </w:r>
            <w:r w:rsidRPr="004F0F45">
              <w:rPr>
                <w:rFonts w:eastAsia="MS Mincho"/>
                <w:sz w:val="24"/>
                <w:szCs w:val="24"/>
                <w:lang w:val="en-US"/>
              </w:rPr>
              <w:br/>
              <w:t>p</w:t>
            </w:r>
            <w:r w:rsidRPr="004F0F45">
              <w:rPr>
                <w:rFonts w:eastAsia="MS Mincho"/>
                <w:sz w:val="24"/>
                <w:szCs w:val="24"/>
                <w:vertAlign w:val="subscript"/>
                <w:lang w:val="en-US"/>
              </w:rPr>
              <w:t>18-24  – 65+</w:t>
            </w:r>
            <w:r w:rsidRPr="004F0F45">
              <w:rPr>
                <w:rFonts w:eastAsia="MS Mincho"/>
                <w:sz w:val="24"/>
                <w:szCs w:val="24"/>
                <w:lang w:val="en-US"/>
              </w:rPr>
              <w:t xml:space="preserve"> = 0,006</w:t>
            </w:r>
            <w:r w:rsidRPr="004F0F45">
              <w:rPr>
                <w:rFonts w:eastAsia="MS Mincho"/>
                <w:sz w:val="24"/>
                <w:szCs w:val="24"/>
                <w:lang w:val="en-US"/>
              </w:rPr>
              <w:br/>
              <w:t>p</w:t>
            </w:r>
            <w:r w:rsidRPr="004F0F45">
              <w:rPr>
                <w:rFonts w:eastAsia="MS Mincho"/>
                <w:sz w:val="24"/>
                <w:szCs w:val="24"/>
                <w:vertAlign w:val="subscript"/>
                <w:lang w:val="en-US"/>
              </w:rPr>
              <w:t>25-34 – 65+</w:t>
            </w:r>
            <w:r w:rsidRPr="004F0F45">
              <w:rPr>
                <w:rFonts w:eastAsia="MS Mincho"/>
                <w:sz w:val="24"/>
                <w:szCs w:val="24"/>
                <w:lang w:val="en-US"/>
              </w:rPr>
              <w:t xml:space="preserve"> = 0,036</w:t>
            </w:r>
            <w:r w:rsidRPr="004F0F45">
              <w:rPr>
                <w:rFonts w:eastAsia="MS Mincho"/>
                <w:sz w:val="24"/>
                <w:szCs w:val="24"/>
                <w:lang w:val="en-US"/>
              </w:rPr>
              <w:br/>
              <w:t>p</w:t>
            </w:r>
            <w:r w:rsidRPr="004F0F45">
              <w:rPr>
                <w:rFonts w:eastAsia="MS Mincho"/>
                <w:sz w:val="24"/>
                <w:szCs w:val="24"/>
                <w:vertAlign w:val="subscript"/>
                <w:lang w:val="en-US"/>
              </w:rPr>
              <w:t>35-44 – 65+</w:t>
            </w:r>
            <w:r w:rsidRPr="004F0F45">
              <w:rPr>
                <w:rFonts w:eastAsia="MS Mincho"/>
                <w:sz w:val="24"/>
                <w:szCs w:val="24"/>
                <w:lang w:val="en-US"/>
              </w:rPr>
              <w:t xml:space="preserve"> = 0,047</w:t>
            </w:r>
            <w:r w:rsidRPr="004F0F45">
              <w:rPr>
                <w:rFonts w:eastAsia="MS Mincho"/>
                <w:sz w:val="24"/>
                <w:szCs w:val="24"/>
                <w:lang w:val="en-US"/>
              </w:rPr>
              <w:br/>
              <w:t>p</w:t>
            </w:r>
            <w:r w:rsidRPr="004F0F45">
              <w:rPr>
                <w:rFonts w:eastAsia="MS Mincho"/>
                <w:sz w:val="24"/>
                <w:szCs w:val="24"/>
                <w:vertAlign w:val="subscript"/>
                <w:lang w:val="en-US"/>
              </w:rPr>
              <w:t>55-64 – 65+</w:t>
            </w:r>
            <w:r w:rsidRPr="004F0F45">
              <w:rPr>
                <w:rFonts w:eastAsia="MS Mincho"/>
                <w:sz w:val="24"/>
                <w:szCs w:val="24"/>
                <w:lang w:val="en-US"/>
              </w:rPr>
              <w:t xml:space="preserve"> = 0,012</w:t>
            </w:r>
          </w:p>
        </w:tc>
      </w:tr>
      <w:tr w:rsidR="005D05B1" w:rsidRPr="004F0F45" w:rsidTr="004F0F45">
        <w:trPr>
          <w:jc w:val="center"/>
        </w:trPr>
        <w:tc>
          <w:tcPr>
            <w:tcW w:w="1578" w:type="dxa"/>
            <w:vMerge/>
          </w:tcPr>
          <w:p w:rsidR="005D05B1" w:rsidRPr="004F0F45" w:rsidRDefault="005D05B1" w:rsidP="00B874DB">
            <w:pPr>
              <w:rPr>
                <w:rFonts w:eastAsia="MS Mincho"/>
                <w:sz w:val="24"/>
                <w:szCs w:val="24"/>
                <w:lang w:val="en-US"/>
              </w:rPr>
            </w:pPr>
          </w:p>
        </w:tc>
        <w:tc>
          <w:tcPr>
            <w:tcW w:w="1618" w:type="dxa"/>
            <w:vAlign w:val="center"/>
          </w:tcPr>
          <w:p w:rsidR="005D05B1" w:rsidRPr="004F0F45" w:rsidRDefault="004F0F45" w:rsidP="00B874DB">
            <w:pPr>
              <w:jc w:val="center"/>
              <w:rPr>
                <w:rFonts w:eastAsia="MS Mincho"/>
                <w:sz w:val="24"/>
                <w:szCs w:val="24"/>
              </w:rPr>
            </w:pPr>
            <w:r w:rsidRPr="004F0F45">
              <w:rPr>
                <w:rFonts w:eastAsia="MS Mincho"/>
                <w:sz w:val="24"/>
                <w:szCs w:val="24"/>
              </w:rPr>
              <w:t>қате</w:t>
            </w:r>
          </w:p>
        </w:tc>
        <w:tc>
          <w:tcPr>
            <w:tcW w:w="945"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276 (63,0)</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69 (60,5)</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33 (45,8)</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16 (44,4)</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32 (66,7)</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6 (31,6)</w:t>
            </w:r>
          </w:p>
        </w:tc>
        <w:tc>
          <w:tcPr>
            <w:tcW w:w="987" w:type="dxa"/>
            <w:vMerge/>
          </w:tcPr>
          <w:p w:rsidR="005D05B1" w:rsidRPr="004F0F45" w:rsidRDefault="005D05B1" w:rsidP="00B874DB">
            <w:pPr>
              <w:rPr>
                <w:rFonts w:eastAsia="MS Mincho"/>
                <w:sz w:val="24"/>
                <w:szCs w:val="24"/>
                <w:lang w:val="en-US"/>
              </w:rPr>
            </w:pPr>
          </w:p>
        </w:tc>
      </w:tr>
      <w:tr w:rsidR="005D05B1" w:rsidRPr="004F0F45" w:rsidTr="004F0F45">
        <w:trPr>
          <w:jc w:val="center"/>
        </w:trPr>
        <w:tc>
          <w:tcPr>
            <w:tcW w:w="1578" w:type="dxa"/>
            <w:vMerge/>
          </w:tcPr>
          <w:p w:rsidR="005D05B1" w:rsidRPr="004F0F45" w:rsidRDefault="005D05B1" w:rsidP="00B874DB">
            <w:pPr>
              <w:rPr>
                <w:rFonts w:eastAsia="MS Mincho"/>
                <w:sz w:val="24"/>
                <w:szCs w:val="24"/>
                <w:lang w:val="en-US"/>
              </w:rPr>
            </w:pPr>
          </w:p>
        </w:tc>
        <w:tc>
          <w:tcPr>
            <w:tcW w:w="1618" w:type="dxa"/>
            <w:vAlign w:val="center"/>
          </w:tcPr>
          <w:p w:rsidR="005D05B1" w:rsidRPr="004F0F45" w:rsidRDefault="004F0F45" w:rsidP="00B874DB">
            <w:pPr>
              <w:jc w:val="center"/>
              <w:rPr>
                <w:rFonts w:eastAsia="MS Mincho"/>
                <w:sz w:val="24"/>
                <w:szCs w:val="24"/>
                <w:lang w:val="en-US"/>
              </w:rPr>
            </w:pPr>
            <w:r w:rsidRPr="004F0F45">
              <w:rPr>
                <w:rFonts w:eastAsia="MS Mincho"/>
                <w:sz w:val="24"/>
                <w:szCs w:val="24"/>
              </w:rPr>
              <w:t>білмеймін</w:t>
            </w:r>
            <w:r w:rsidR="005D05B1" w:rsidRPr="004F0F45">
              <w:rPr>
                <w:rFonts w:eastAsia="MS Mincho"/>
                <w:sz w:val="24"/>
                <w:szCs w:val="24"/>
                <w:lang w:val="en-US"/>
              </w:rPr>
              <w:t xml:space="preserve"> </w:t>
            </w:r>
          </w:p>
        </w:tc>
        <w:tc>
          <w:tcPr>
            <w:tcW w:w="945"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101 (23,1)</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28 (24,6)</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18 (25,0)</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12 (33,3)</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8 (16,7)</w:t>
            </w:r>
          </w:p>
        </w:tc>
        <w:tc>
          <w:tcPr>
            <w:tcW w:w="946" w:type="dxa"/>
            <w:vAlign w:val="center"/>
          </w:tcPr>
          <w:p w:rsidR="005D05B1" w:rsidRPr="004F0F45" w:rsidRDefault="005D05B1" w:rsidP="00B874DB">
            <w:pPr>
              <w:jc w:val="center"/>
              <w:rPr>
                <w:rFonts w:eastAsia="MS Mincho"/>
                <w:sz w:val="24"/>
                <w:szCs w:val="24"/>
                <w:lang w:val="en-US"/>
              </w:rPr>
            </w:pPr>
            <w:r w:rsidRPr="004F0F45">
              <w:rPr>
                <w:rFonts w:eastAsia="MS Mincho"/>
                <w:sz w:val="24"/>
                <w:szCs w:val="24"/>
                <w:lang w:val="en-US"/>
              </w:rPr>
              <w:t>12 (63,2)</w:t>
            </w:r>
          </w:p>
        </w:tc>
        <w:tc>
          <w:tcPr>
            <w:tcW w:w="987" w:type="dxa"/>
            <w:vMerge/>
          </w:tcPr>
          <w:p w:rsidR="005D05B1" w:rsidRPr="004F0F45" w:rsidRDefault="005D05B1" w:rsidP="00B874DB">
            <w:pPr>
              <w:rPr>
                <w:rFonts w:eastAsia="MS Mincho"/>
                <w:sz w:val="24"/>
                <w:szCs w:val="24"/>
                <w:lang w:val="en-US"/>
              </w:rPr>
            </w:pPr>
          </w:p>
        </w:tc>
      </w:tr>
    </w:tbl>
    <w:p w:rsidR="004F0F45" w:rsidRPr="0020559B" w:rsidRDefault="004F0F45" w:rsidP="0020559B">
      <w:pPr>
        <w:widowControl/>
        <w:autoSpaceDE/>
        <w:autoSpaceDN/>
        <w:jc w:val="center"/>
        <w:rPr>
          <w:rFonts w:eastAsia="MS Mincho"/>
          <w:sz w:val="24"/>
          <w:szCs w:val="24"/>
        </w:rPr>
      </w:pPr>
      <w:r w:rsidRPr="005B760C">
        <w:rPr>
          <w:rFonts w:eastAsia="MS Mincho"/>
          <w:sz w:val="24"/>
          <w:szCs w:val="24"/>
        </w:rPr>
        <w:t>* – көрсеткіштердегі айырмашылықтар статистикалық маңызды (p &lt; 0,05)</w:t>
      </w:r>
    </w:p>
    <w:p w:rsidR="004F0F45" w:rsidRDefault="004F0F45" w:rsidP="004F0F45">
      <w:pPr>
        <w:widowControl/>
        <w:autoSpaceDE/>
        <w:autoSpaceDN/>
        <w:ind w:firstLine="567"/>
        <w:jc w:val="both"/>
        <w:rPr>
          <w:rFonts w:eastAsia="MS Mincho"/>
          <w:sz w:val="28"/>
          <w:szCs w:val="28"/>
        </w:rPr>
      </w:pPr>
      <w:r w:rsidRPr="004F0F45">
        <w:rPr>
          <w:rFonts w:eastAsia="MS Mincho"/>
          <w:sz w:val="28"/>
          <w:szCs w:val="28"/>
        </w:rPr>
        <w:t>Алынған мәліметте</w:t>
      </w:r>
      <w:r w:rsidR="00020E07">
        <w:rPr>
          <w:rFonts w:eastAsia="MS Mincho"/>
          <w:sz w:val="28"/>
          <w:szCs w:val="28"/>
        </w:rPr>
        <w:t>рге сәйкес, жасына байланысты "Б</w:t>
      </w:r>
      <w:r w:rsidRPr="004F0F45">
        <w:rPr>
          <w:rFonts w:eastAsia="MS Mincho"/>
          <w:sz w:val="28"/>
          <w:szCs w:val="28"/>
        </w:rPr>
        <w:t>ір антибиотикті қолдануға болады" көрсеткішін салыстыру кезінде статистикалық маңызды айырмашылықтар анықталды (p &lt; 0,001) (қолданылатын әдіс: Пирсонның хи-квадраты)</w:t>
      </w:r>
      <w:r>
        <w:rPr>
          <w:rFonts w:eastAsia="MS Mincho"/>
          <w:sz w:val="28"/>
          <w:szCs w:val="28"/>
        </w:rPr>
        <w:t xml:space="preserve"> (сурет 10)</w:t>
      </w:r>
      <w:r w:rsidRPr="004F0F45">
        <w:rPr>
          <w:rFonts w:eastAsia="MS Mincho"/>
          <w:sz w:val="28"/>
          <w:szCs w:val="28"/>
        </w:rPr>
        <w:t>.</w:t>
      </w:r>
    </w:p>
    <w:p w:rsidR="005D05B1" w:rsidRPr="004F0F45" w:rsidRDefault="008057EA" w:rsidP="00DF5790">
      <w:pPr>
        <w:widowControl/>
        <w:autoSpaceDE/>
        <w:autoSpaceDN/>
        <w:ind w:firstLine="567"/>
        <w:jc w:val="center"/>
        <w:rPr>
          <w:rFonts w:eastAsia="MS Mincho"/>
          <w:highlight w:val="yellow"/>
        </w:rPr>
      </w:pPr>
      <w:r>
        <w:rPr>
          <w:noProof/>
          <w:lang w:val="ru-RU" w:eastAsia="ru-RU"/>
        </w:rPr>
        <w:drawing>
          <wp:inline distT="0" distB="0" distL="0" distR="0" wp14:anchorId="180A31AB" wp14:editId="5A201BF3">
            <wp:extent cx="6122670" cy="1962743"/>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2670" cy="1962743"/>
                    </a:xfrm>
                    <a:prstGeom prst="rect">
                      <a:avLst/>
                    </a:prstGeom>
                  </pic:spPr>
                </pic:pic>
              </a:graphicData>
            </a:graphic>
          </wp:inline>
        </w:drawing>
      </w:r>
    </w:p>
    <w:p w:rsidR="004F0F45" w:rsidRPr="0020559B" w:rsidRDefault="004F0F45" w:rsidP="0020559B">
      <w:pPr>
        <w:widowControl/>
        <w:autoSpaceDE/>
        <w:autoSpaceDN/>
        <w:jc w:val="center"/>
        <w:rPr>
          <w:rFonts w:eastAsia="MS Mincho"/>
          <w:sz w:val="28"/>
          <w:szCs w:val="28"/>
        </w:rPr>
      </w:pPr>
      <w:r w:rsidRPr="004F0F45">
        <w:rPr>
          <w:rFonts w:eastAsia="MS Mincho"/>
          <w:sz w:val="28"/>
          <w:szCs w:val="28"/>
        </w:rPr>
        <w:t>Сурет 10</w:t>
      </w:r>
      <w:r w:rsidR="005D05B1" w:rsidRPr="004F0F45">
        <w:rPr>
          <w:rFonts w:eastAsia="MS Mincho"/>
          <w:sz w:val="28"/>
          <w:szCs w:val="28"/>
        </w:rPr>
        <w:t xml:space="preserve"> – </w:t>
      </w:r>
      <w:r w:rsidRPr="004F0F45">
        <w:rPr>
          <w:rFonts w:eastAsia="MS Mincho"/>
          <w:sz w:val="28"/>
          <w:szCs w:val="28"/>
        </w:rPr>
        <w:t>Жасына байланысты "Бір антибиотикті қолдануға болады" көрсеткішін талдау</w:t>
      </w:r>
    </w:p>
    <w:p w:rsidR="00E677AD" w:rsidRDefault="001C2EBD" w:rsidP="004A23A5">
      <w:pPr>
        <w:pStyle w:val="MDPI31text"/>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w:t>
      </w:r>
      <w:r w:rsidR="00020E07">
        <w:rPr>
          <w:rFonts w:ascii="Times New Roman" w:hAnsi="Times New Roman"/>
          <w:sz w:val="28"/>
          <w:szCs w:val="28"/>
          <w:lang w:val="kk-KZ"/>
        </w:rPr>
        <w:t>ысушылардың көпшілігі (40,6%) "Е</w:t>
      </w:r>
      <w:r w:rsidRPr="001C2EBD">
        <w:rPr>
          <w:rFonts w:ascii="Times New Roman" w:hAnsi="Times New Roman"/>
          <w:sz w:val="28"/>
          <w:szCs w:val="28"/>
          <w:lang w:val="kk-KZ"/>
        </w:rPr>
        <w:t>гер сізде бірдей белгілер болса, қалпына келтіруге көмектескен антибиотиктерді сатып алуға (қабылдауға) бола ма?"</w:t>
      </w:r>
      <w:r w:rsidR="00020E07">
        <w:rPr>
          <w:rFonts w:ascii="Times New Roman" w:hAnsi="Times New Roman"/>
          <w:sz w:val="28"/>
          <w:szCs w:val="28"/>
          <w:lang w:val="kk-KZ"/>
        </w:rPr>
        <w:t xml:space="preserve"> деген сұраққа «</w:t>
      </w:r>
      <w:r w:rsidRPr="001C2EBD">
        <w:rPr>
          <w:rFonts w:ascii="Times New Roman" w:hAnsi="Times New Roman"/>
          <w:sz w:val="28"/>
          <w:szCs w:val="28"/>
          <w:lang w:val="kk-KZ"/>
        </w:rPr>
        <w:t>дұрыс</w:t>
      </w:r>
      <w:r w:rsidR="00020E07">
        <w:rPr>
          <w:rFonts w:ascii="Times New Roman" w:hAnsi="Times New Roman"/>
          <w:sz w:val="28"/>
          <w:szCs w:val="28"/>
          <w:lang w:val="kk-KZ"/>
        </w:rPr>
        <w:t>» деп жауап берді</w:t>
      </w:r>
      <w:r w:rsidRPr="001C2EBD">
        <w:rPr>
          <w:rFonts w:ascii="Times New Roman" w:hAnsi="Times New Roman"/>
          <w:sz w:val="28"/>
          <w:szCs w:val="28"/>
          <w:lang w:val="kk-KZ"/>
        </w:rPr>
        <w:t xml:space="preserve">. Бұл алаңдаушылық туғызады, өйткені дәрігердің нұсқауынсыз антибиотиктермен өзін-өзі емдеу жағымсыз салдарға, соның ішінде дұрыс емделмеуге, антибиотиктерге төзімділіктің дамуына және жанама әсерлерге әкелуі мүмкін. Сауалнамаға қатысқандардың 30,4% - ы бұл мәлімдеменің </w:t>
      </w:r>
      <w:r w:rsidR="00020E07">
        <w:rPr>
          <w:rFonts w:ascii="Times New Roman" w:hAnsi="Times New Roman"/>
          <w:sz w:val="28"/>
          <w:szCs w:val="28"/>
          <w:lang w:val="kk-KZ"/>
        </w:rPr>
        <w:t>«қате»</w:t>
      </w:r>
      <w:r w:rsidRPr="001C2EBD">
        <w:rPr>
          <w:rFonts w:ascii="Times New Roman" w:hAnsi="Times New Roman"/>
          <w:sz w:val="28"/>
          <w:szCs w:val="28"/>
          <w:lang w:val="kk-KZ"/>
        </w:rPr>
        <w:t xml:space="preserve"> </w:t>
      </w:r>
      <w:r w:rsidR="00020E07">
        <w:rPr>
          <w:rFonts w:ascii="Times New Roman" w:hAnsi="Times New Roman"/>
          <w:sz w:val="28"/>
          <w:szCs w:val="28"/>
          <w:lang w:val="kk-KZ"/>
        </w:rPr>
        <w:t xml:space="preserve">екенін дұрыс көрсетті, </w:t>
      </w:r>
      <w:r w:rsidRPr="001C2EBD">
        <w:rPr>
          <w:rFonts w:ascii="Times New Roman" w:hAnsi="Times New Roman"/>
          <w:sz w:val="28"/>
          <w:szCs w:val="28"/>
          <w:lang w:val="kk-KZ"/>
        </w:rPr>
        <w:t xml:space="preserve">өйткені бұл антибиотиктерді қабылдағанға дейін дәрігермен кеңесу қажеттілігін түсінуді көрсетеді. 29,0% "білмеймін" деп жауап берді, </w:t>
      </w:r>
      <w:r w:rsidR="00020E07">
        <w:rPr>
          <w:rFonts w:ascii="Times New Roman" w:hAnsi="Times New Roman"/>
          <w:sz w:val="28"/>
          <w:szCs w:val="28"/>
          <w:lang w:val="kk-KZ"/>
        </w:rPr>
        <w:t xml:space="preserve">яғни </w:t>
      </w:r>
      <w:r w:rsidRPr="001C2EBD">
        <w:rPr>
          <w:rFonts w:ascii="Times New Roman" w:hAnsi="Times New Roman"/>
          <w:sz w:val="28"/>
          <w:szCs w:val="28"/>
          <w:lang w:val="kk-KZ"/>
        </w:rPr>
        <w:t>бұл мәселеде білімнің жеткіліксіздігін немесе белгі</w:t>
      </w:r>
      <w:r w:rsidR="00437E05">
        <w:rPr>
          <w:rFonts w:ascii="Times New Roman" w:hAnsi="Times New Roman"/>
          <w:sz w:val="28"/>
          <w:szCs w:val="28"/>
          <w:lang w:val="kk-KZ"/>
        </w:rPr>
        <w:t>с</w:t>
      </w:r>
      <w:r w:rsidR="004F0F45">
        <w:rPr>
          <w:rFonts w:ascii="Times New Roman" w:hAnsi="Times New Roman"/>
          <w:sz w:val="28"/>
          <w:szCs w:val="28"/>
          <w:lang w:val="kk-KZ"/>
        </w:rPr>
        <w:t>іздікті көрсетуі мүмкін (сурет 11</w:t>
      </w:r>
      <w:r w:rsidRPr="001C2EBD">
        <w:rPr>
          <w:rFonts w:ascii="Times New Roman" w:hAnsi="Times New Roman"/>
          <w:sz w:val="28"/>
          <w:szCs w:val="28"/>
          <w:lang w:val="kk-KZ"/>
        </w:rPr>
        <w:t>).</w:t>
      </w:r>
    </w:p>
    <w:p w:rsidR="00E677AD" w:rsidRDefault="00E677AD" w:rsidP="00E677AD">
      <w:pPr>
        <w:pStyle w:val="MDPI31text"/>
        <w:ind w:left="0" w:firstLine="567"/>
        <w:jc w:val="center"/>
        <w:rPr>
          <w:rFonts w:ascii="Times New Roman" w:hAnsi="Times New Roman"/>
          <w:sz w:val="28"/>
          <w:szCs w:val="28"/>
          <w:lang w:val="kk-KZ"/>
        </w:rPr>
      </w:pPr>
      <w:r>
        <w:rPr>
          <w:noProof/>
          <w:lang w:val="ru-RU" w:eastAsia="ru-RU" w:bidi="ar-SA"/>
        </w:rPr>
        <w:drawing>
          <wp:inline distT="0" distB="0" distL="0" distR="0" wp14:anchorId="1CDD2746" wp14:editId="6B3874C8">
            <wp:extent cx="4572000" cy="2351314"/>
            <wp:effectExtent l="0" t="0" r="19050" b="1143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D05B1" w:rsidRDefault="004F0F45" w:rsidP="00DF5790">
      <w:pPr>
        <w:pStyle w:val="MDPI31text"/>
        <w:ind w:left="0" w:firstLine="567"/>
        <w:jc w:val="center"/>
        <w:rPr>
          <w:rFonts w:ascii="Times New Roman" w:hAnsi="Times New Roman"/>
          <w:sz w:val="28"/>
          <w:szCs w:val="28"/>
          <w:lang w:val="kk-KZ"/>
        </w:rPr>
      </w:pPr>
      <w:r>
        <w:rPr>
          <w:rFonts w:ascii="Times New Roman" w:hAnsi="Times New Roman"/>
          <w:sz w:val="28"/>
          <w:szCs w:val="28"/>
          <w:lang w:val="kk-KZ"/>
        </w:rPr>
        <w:t>Сурет 11</w:t>
      </w:r>
      <w:r w:rsidR="00437E05">
        <w:rPr>
          <w:rFonts w:ascii="Times New Roman" w:hAnsi="Times New Roman"/>
          <w:sz w:val="28"/>
          <w:szCs w:val="28"/>
          <w:lang w:val="kk-KZ"/>
        </w:rPr>
        <w:t xml:space="preserve"> – </w:t>
      </w:r>
      <w:r w:rsidR="00E677AD" w:rsidRPr="00E677AD">
        <w:rPr>
          <w:rFonts w:ascii="Times New Roman" w:hAnsi="Times New Roman"/>
          <w:sz w:val="28"/>
          <w:szCs w:val="28"/>
          <w:lang w:val="kk-KZ"/>
        </w:rPr>
        <w:t>Дәл осындай белгілері бар аурумен қайта ауырсаңыз, ақырғы рет жақсы көмектеске</w:t>
      </w:r>
      <w:r w:rsidR="00E677AD">
        <w:rPr>
          <w:rFonts w:ascii="Times New Roman" w:hAnsi="Times New Roman"/>
          <w:sz w:val="28"/>
          <w:szCs w:val="28"/>
          <w:lang w:val="kk-KZ"/>
        </w:rPr>
        <w:t>н антибиотикті қайта сатып алуы немесе дәрігерден сұрап алуы</w:t>
      </w:r>
    </w:p>
    <w:p w:rsidR="005D05B1" w:rsidRDefault="004F0F45" w:rsidP="00DF5790">
      <w:pPr>
        <w:widowControl/>
        <w:autoSpaceDE/>
        <w:autoSpaceDN/>
        <w:ind w:firstLine="567"/>
        <w:jc w:val="both"/>
        <w:rPr>
          <w:rFonts w:eastAsia="MS Mincho"/>
          <w:sz w:val="28"/>
          <w:szCs w:val="28"/>
        </w:rPr>
      </w:pPr>
      <w:r>
        <w:rPr>
          <w:rFonts w:eastAsia="MS Mincho"/>
          <w:sz w:val="28"/>
          <w:szCs w:val="28"/>
        </w:rPr>
        <w:t>Біз жасына байланысты "</w:t>
      </w:r>
      <w:r w:rsidR="00DD49DF" w:rsidRPr="00DD49DF">
        <w:rPr>
          <w:rFonts w:eastAsia="MS Mincho"/>
          <w:sz w:val="28"/>
          <w:szCs w:val="28"/>
        </w:rPr>
        <w:t>Дәл осындай белгі</w:t>
      </w:r>
      <w:r w:rsidR="00DD49DF">
        <w:rPr>
          <w:rFonts w:eastAsia="MS Mincho"/>
          <w:sz w:val="28"/>
          <w:szCs w:val="28"/>
        </w:rPr>
        <w:t>лері бар аурумен қайта ауырғанда</w:t>
      </w:r>
      <w:r w:rsidR="00DD49DF" w:rsidRPr="00DD49DF">
        <w:rPr>
          <w:rFonts w:eastAsia="MS Mincho"/>
          <w:sz w:val="28"/>
          <w:szCs w:val="28"/>
        </w:rPr>
        <w:t>, ақырғы рет жақсы көмектескен ан</w:t>
      </w:r>
      <w:r w:rsidR="00DD49DF">
        <w:rPr>
          <w:rFonts w:eastAsia="MS Mincho"/>
          <w:sz w:val="28"/>
          <w:szCs w:val="28"/>
        </w:rPr>
        <w:t>тибиотикті қайта сатып алуы  немесе дәрігерден сұрап алуы</w:t>
      </w:r>
      <w:r w:rsidRPr="004F0F45">
        <w:rPr>
          <w:rFonts w:eastAsia="MS Mincho"/>
          <w:sz w:val="28"/>
          <w:szCs w:val="28"/>
        </w:rPr>
        <w:t>" көрсеткішіне талдау жасадық</w:t>
      </w:r>
      <w:r>
        <w:rPr>
          <w:rFonts w:eastAsia="MS Mincho"/>
          <w:sz w:val="28"/>
          <w:szCs w:val="28"/>
        </w:rPr>
        <w:t xml:space="preserve"> (кесте 7)</w:t>
      </w:r>
      <w:r w:rsidRPr="004F0F45">
        <w:rPr>
          <w:rFonts w:eastAsia="MS Mincho"/>
          <w:sz w:val="28"/>
          <w:szCs w:val="28"/>
        </w:rPr>
        <w:t>.</w:t>
      </w:r>
    </w:p>
    <w:p w:rsidR="004F0F45" w:rsidRPr="004F0F45" w:rsidRDefault="004F0F45" w:rsidP="00B874DB">
      <w:pPr>
        <w:widowControl/>
        <w:autoSpaceDE/>
        <w:autoSpaceDN/>
        <w:rPr>
          <w:rFonts w:eastAsia="MS Mincho"/>
          <w:sz w:val="28"/>
          <w:szCs w:val="28"/>
          <w:highlight w:val="yellow"/>
        </w:rPr>
      </w:pPr>
    </w:p>
    <w:p w:rsidR="005D05B1" w:rsidRPr="00DD49DF" w:rsidRDefault="004F0F45" w:rsidP="00B874DB">
      <w:pPr>
        <w:widowControl/>
        <w:autoSpaceDE/>
        <w:autoSpaceDN/>
        <w:jc w:val="center"/>
        <w:rPr>
          <w:rFonts w:eastAsia="MS Mincho"/>
          <w:sz w:val="28"/>
          <w:szCs w:val="28"/>
        </w:rPr>
      </w:pPr>
      <w:r w:rsidRPr="00DD49DF">
        <w:rPr>
          <w:rFonts w:eastAsia="MS Mincho"/>
          <w:sz w:val="28"/>
          <w:szCs w:val="28"/>
        </w:rPr>
        <w:t>Кесте 7</w:t>
      </w:r>
      <w:r w:rsidR="00550EF4">
        <w:rPr>
          <w:rFonts w:eastAsia="MS Mincho"/>
          <w:sz w:val="28"/>
          <w:szCs w:val="28"/>
        </w:rPr>
        <w:t xml:space="preserve"> – </w:t>
      </w:r>
      <w:r w:rsidR="00550EF4" w:rsidRPr="00550EF4">
        <w:rPr>
          <w:rFonts w:eastAsia="MS Mincho"/>
          <w:sz w:val="28"/>
          <w:szCs w:val="28"/>
        </w:rPr>
        <w:t xml:space="preserve">Дәл осындай белгілері бар аурумен қайта ауырғанда, ақырғы рет жақсы көмектескен антибиотикті қайта сатып алуы  немесе дәрігерден сұрап алуы мен </w:t>
      </w:r>
      <w:r w:rsidR="00DD49DF" w:rsidRPr="00DD49DF">
        <w:rPr>
          <w:rFonts w:eastAsia="MS Mincho"/>
          <w:sz w:val="28"/>
          <w:szCs w:val="28"/>
        </w:rPr>
        <w:t>жас аралығындағы байланыс</w:t>
      </w:r>
    </w:p>
    <w:tbl>
      <w:tblPr>
        <w:tblStyle w:val="82"/>
        <w:tblW w:w="0" w:type="auto"/>
        <w:jc w:val="center"/>
        <w:tblLook w:val="04A0" w:firstRow="1" w:lastRow="0" w:firstColumn="1" w:lastColumn="0" w:noHBand="0" w:noVBand="1"/>
      </w:tblPr>
      <w:tblGrid>
        <w:gridCol w:w="1577"/>
        <w:gridCol w:w="1618"/>
        <w:gridCol w:w="946"/>
        <w:gridCol w:w="946"/>
        <w:gridCol w:w="946"/>
        <w:gridCol w:w="946"/>
        <w:gridCol w:w="946"/>
        <w:gridCol w:w="946"/>
        <w:gridCol w:w="987"/>
      </w:tblGrid>
      <w:tr w:rsidR="005D05B1" w:rsidRPr="00DD49DF" w:rsidTr="00DD49DF">
        <w:trPr>
          <w:jc w:val="center"/>
        </w:trPr>
        <w:tc>
          <w:tcPr>
            <w:tcW w:w="1577" w:type="dxa"/>
            <w:vMerge w:val="restart"/>
            <w:vAlign w:val="center"/>
          </w:tcPr>
          <w:p w:rsidR="005D05B1" w:rsidRPr="00DD49DF" w:rsidRDefault="00DD49DF" w:rsidP="00B874DB">
            <w:pPr>
              <w:jc w:val="center"/>
              <w:rPr>
                <w:rFonts w:eastAsia="MS Mincho"/>
                <w:sz w:val="24"/>
                <w:szCs w:val="24"/>
              </w:rPr>
            </w:pPr>
            <w:r w:rsidRPr="00DD49DF">
              <w:rPr>
                <w:rFonts w:eastAsia="MS Mincho"/>
                <w:sz w:val="24"/>
                <w:szCs w:val="24"/>
              </w:rPr>
              <w:t>Көрсеткіш</w:t>
            </w:r>
          </w:p>
        </w:tc>
        <w:tc>
          <w:tcPr>
            <w:tcW w:w="1618" w:type="dxa"/>
            <w:vMerge w:val="restart"/>
            <w:vAlign w:val="center"/>
          </w:tcPr>
          <w:p w:rsidR="005D05B1" w:rsidRPr="00DD49DF" w:rsidRDefault="00DD49DF" w:rsidP="00B874DB">
            <w:pPr>
              <w:jc w:val="center"/>
              <w:rPr>
                <w:rFonts w:eastAsia="MS Mincho"/>
                <w:sz w:val="24"/>
                <w:szCs w:val="24"/>
              </w:rPr>
            </w:pPr>
            <w:r w:rsidRPr="00DD49DF">
              <w:rPr>
                <w:rFonts w:eastAsia="MS Mincho"/>
                <w:sz w:val="24"/>
                <w:szCs w:val="24"/>
                <w:lang w:val="en-US"/>
              </w:rPr>
              <w:t>Категори</w:t>
            </w:r>
            <w:r w:rsidRPr="00DD49DF">
              <w:rPr>
                <w:rFonts w:eastAsia="MS Mincho"/>
                <w:sz w:val="24"/>
                <w:szCs w:val="24"/>
              </w:rPr>
              <w:t>ялар</w:t>
            </w:r>
          </w:p>
        </w:tc>
        <w:tc>
          <w:tcPr>
            <w:tcW w:w="5676" w:type="dxa"/>
            <w:gridSpan w:val="6"/>
            <w:vAlign w:val="center"/>
          </w:tcPr>
          <w:p w:rsidR="005D05B1" w:rsidRPr="00DD49DF" w:rsidRDefault="00DD49DF" w:rsidP="00B874DB">
            <w:pPr>
              <w:jc w:val="center"/>
              <w:rPr>
                <w:rFonts w:eastAsia="MS Mincho"/>
                <w:sz w:val="24"/>
                <w:szCs w:val="24"/>
              </w:rPr>
            </w:pPr>
            <w:r w:rsidRPr="00DD49DF">
              <w:rPr>
                <w:rFonts w:eastAsia="MS Mincho"/>
                <w:sz w:val="24"/>
                <w:szCs w:val="24"/>
              </w:rPr>
              <w:t>Жасы</w:t>
            </w:r>
          </w:p>
        </w:tc>
        <w:tc>
          <w:tcPr>
            <w:tcW w:w="987" w:type="dxa"/>
            <w:vMerge w:val="restart"/>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p</w:t>
            </w:r>
          </w:p>
        </w:tc>
      </w:tr>
      <w:tr w:rsidR="005D05B1" w:rsidRPr="00DD49DF" w:rsidTr="00DD49DF">
        <w:trPr>
          <w:jc w:val="center"/>
        </w:trPr>
        <w:tc>
          <w:tcPr>
            <w:tcW w:w="1577" w:type="dxa"/>
            <w:vMerge/>
          </w:tcPr>
          <w:p w:rsidR="005D05B1" w:rsidRPr="00DD49DF" w:rsidRDefault="005D05B1" w:rsidP="00B874DB">
            <w:pPr>
              <w:rPr>
                <w:rFonts w:eastAsia="MS Mincho"/>
                <w:sz w:val="24"/>
                <w:szCs w:val="24"/>
                <w:lang w:val="en-US"/>
              </w:rPr>
            </w:pPr>
          </w:p>
        </w:tc>
        <w:tc>
          <w:tcPr>
            <w:tcW w:w="1618" w:type="dxa"/>
            <w:vMerge/>
          </w:tcPr>
          <w:p w:rsidR="005D05B1" w:rsidRPr="00DD49DF" w:rsidRDefault="005D05B1" w:rsidP="00B874DB">
            <w:pPr>
              <w:rPr>
                <w:rFonts w:eastAsia="MS Mincho"/>
                <w:sz w:val="24"/>
                <w:szCs w:val="24"/>
                <w:lang w:val="en-US"/>
              </w:rPr>
            </w:pP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 xml:space="preserve">18-24 </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25-34</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35-44</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45-54</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55-64</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65+</w:t>
            </w:r>
          </w:p>
        </w:tc>
        <w:tc>
          <w:tcPr>
            <w:tcW w:w="987" w:type="dxa"/>
            <w:vMerge/>
          </w:tcPr>
          <w:p w:rsidR="005D05B1" w:rsidRPr="00DD49DF" w:rsidRDefault="005D05B1" w:rsidP="00B874DB">
            <w:pPr>
              <w:rPr>
                <w:rFonts w:eastAsia="MS Mincho"/>
                <w:sz w:val="24"/>
                <w:szCs w:val="24"/>
                <w:lang w:val="en-US"/>
              </w:rPr>
            </w:pPr>
          </w:p>
        </w:tc>
      </w:tr>
      <w:tr w:rsidR="005D05B1" w:rsidRPr="00DD49DF" w:rsidTr="00DD49DF">
        <w:trPr>
          <w:jc w:val="center"/>
        </w:trPr>
        <w:tc>
          <w:tcPr>
            <w:tcW w:w="1577" w:type="dxa"/>
            <w:vMerge w:val="restart"/>
            <w:vAlign w:val="center"/>
          </w:tcPr>
          <w:p w:rsidR="005D05B1" w:rsidRPr="005B760C" w:rsidRDefault="00DD49DF" w:rsidP="00B874DB">
            <w:pPr>
              <w:jc w:val="center"/>
              <w:rPr>
                <w:rFonts w:eastAsia="MS Mincho"/>
                <w:sz w:val="24"/>
                <w:szCs w:val="24"/>
              </w:rPr>
            </w:pPr>
            <w:r w:rsidRPr="005B760C">
              <w:rPr>
                <w:rFonts w:eastAsia="MS Mincho"/>
                <w:sz w:val="24"/>
                <w:szCs w:val="24"/>
              </w:rPr>
              <w:t>Дәл осындай белгілері бар аурумен қайта ауырғанда, ақырғы рет жақсы көмектескен антибиотикті қайта сатып алуы  немесе дәрігерден сұрап алуы</w:t>
            </w:r>
          </w:p>
        </w:tc>
        <w:tc>
          <w:tcPr>
            <w:tcW w:w="1618" w:type="dxa"/>
            <w:vAlign w:val="center"/>
          </w:tcPr>
          <w:p w:rsidR="005D05B1" w:rsidRPr="00DD49DF" w:rsidRDefault="00DD49DF" w:rsidP="00B874DB">
            <w:pPr>
              <w:jc w:val="center"/>
              <w:rPr>
                <w:rFonts w:eastAsia="MS Mincho"/>
                <w:sz w:val="24"/>
                <w:szCs w:val="24"/>
              </w:rPr>
            </w:pPr>
            <w:r w:rsidRPr="00DD49DF">
              <w:rPr>
                <w:rFonts w:eastAsia="MS Mincho"/>
                <w:sz w:val="24"/>
                <w:szCs w:val="24"/>
              </w:rPr>
              <w:t>дұрыс</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165 (37,7)</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55 (48,2)</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42 (58,3)</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10 (27,8)</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22 (45,8)</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 (5,3)</w:t>
            </w:r>
          </w:p>
        </w:tc>
        <w:tc>
          <w:tcPr>
            <w:tcW w:w="987" w:type="dxa"/>
            <w:vMerge w:val="restart"/>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&lt; 0,001*</w:t>
            </w:r>
            <w:r w:rsidRPr="00DD49DF">
              <w:rPr>
                <w:rFonts w:eastAsia="MS Mincho"/>
                <w:sz w:val="24"/>
                <w:szCs w:val="24"/>
                <w:lang w:val="en-US"/>
              </w:rPr>
              <w:br/>
              <w:t>p</w:t>
            </w:r>
            <w:r w:rsidRPr="00DD49DF">
              <w:rPr>
                <w:rFonts w:eastAsia="MS Mincho"/>
                <w:sz w:val="24"/>
                <w:szCs w:val="24"/>
                <w:vertAlign w:val="subscript"/>
                <w:lang w:val="en-US"/>
              </w:rPr>
              <w:t>18-24  – 35-44</w:t>
            </w:r>
            <w:r w:rsidRPr="00DD49DF">
              <w:rPr>
                <w:rFonts w:eastAsia="MS Mincho"/>
                <w:sz w:val="24"/>
                <w:szCs w:val="24"/>
                <w:lang w:val="en-US"/>
              </w:rPr>
              <w:t xml:space="preserve"> = 0,050</w:t>
            </w:r>
            <w:r w:rsidRPr="00DD49DF">
              <w:rPr>
                <w:rFonts w:eastAsia="MS Mincho"/>
                <w:sz w:val="24"/>
                <w:szCs w:val="24"/>
                <w:lang w:val="en-US"/>
              </w:rPr>
              <w:br/>
              <w:t>p</w:t>
            </w:r>
            <w:r w:rsidRPr="00DD49DF">
              <w:rPr>
                <w:rFonts w:eastAsia="MS Mincho"/>
                <w:sz w:val="24"/>
                <w:szCs w:val="24"/>
                <w:vertAlign w:val="subscript"/>
                <w:lang w:val="en-US"/>
              </w:rPr>
              <w:t>18-24  – 65+</w:t>
            </w:r>
            <w:r w:rsidRPr="00DD49DF">
              <w:rPr>
                <w:rFonts w:eastAsia="MS Mincho"/>
                <w:sz w:val="24"/>
                <w:szCs w:val="24"/>
                <w:lang w:val="en-US"/>
              </w:rPr>
              <w:t xml:space="preserve"> = 0,040</w:t>
            </w:r>
            <w:r w:rsidRPr="00DD49DF">
              <w:rPr>
                <w:rFonts w:eastAsia="MS Mincho"/>
                <w:sz w:val="24"/>
                <w:szCs w:val="24"/>
                <w:lang w:val="en-US"/>
              </w:rPr>
              <w:br/>
              <w:t>p</w:t>
            </w:r>
            <w:r w:rsidRPr="00DD49DF">
              <w:rPr>
                <w:rFonts w:eastAsia="MS Mincho"/>
                <w:sz w:val="24"/>
                <w:szCs w:val="24"/>
                <w:vertAlign w:val="subscript"/>
                <w:lang w:val="en-US"/>
              </w:rPr>
              <w:t>25-34 – 65+</w:t>
            </w:r>
            <w:r w:rsidRPr="00DD49DF">
              <w:rPr>
                <w:rFonts w:eastAsia="MS Mincho"/>
                <w:sz w:val="24"/>
                <w:szCs w:val="24"/>
                <w:lang w:val="en-US"/>
              </w:rPr>
              <w:t xml:space="preserve"> = 0,003</w:t>
            </w:r>
            <w:r w:rsidRPr="00DD49DF">
              <w:rPr>
                <w:rFonts w:eastAsia="MS Mincho"/>
                <w:sz w:val="24"/>
                <w:szCs w:val="24"/>
                <w:lang w:val="en-US"/>
              </w:rPr>
              <w:br/>
              <w:t>p</w:t>
            </w:r>
            <w:r w:rsidRPr="00DD49DF">
              <w:rPr>
                <w:rFonts w:eastAsia="MS Mincho"/>
                <w:sz w:val="24"/>
                <w:szCs w:val="24"/>
                <w:vertAlign w:val="subscript"/>
                <w:lang w:val="en-US"/>
              </w:rPr>
              <w:t>35-44 – 65+</w:t>
            </w:r>
            <w:r w:rsidRPr="00DD49DF">
              <w:rPr>
                <w:rFonts w:eastAsia="MS Mincho"/>
                <w:sz w:val="24"/>
                <w:szCs w:val="24"/>
                <w:lang w:val="en-US"/>
              </w:rPr>
              <w:t xml:space="preserve"> &lt; 0,001</w:t>
            </w:r>
            <w:r w:rsidRPr="00DD49DF">
              <w:rPr>
                <w:rFonts w:eastAsia="MS Mincho"/>
                <w:sz w:val="24"/>
                <w:szCs w:val="24"/>
                <w:lang w:val="en-US"/>
              </w:rPr>
              <w:br/>
              <w:t>p</w:t>
            </w:r>
            <w:r w:rsidRPr="00DD49DF">
              <w:rPr>
                <w:rFonts w:eastAsia="MS Mincho"/>
                <w:sz w:val="24"/>
                <w:szCs w:val="24"/>
                <w:vertAlign w:val="subscript"/>
                <w:lang w:val="en-US"/>
              </w:rPr>
              <w:t>55-64 – 65+</w:t>
            </w:r>
            <w:r w:rsidRPr="00DD49DF">
              <w:rPr>
                <w:rFonts w:eastAsia="MS Mincho"/>
                <w:sz w:val="24"/>
                <w:szCs w:val="24"/>
                <w:lang w:val="en-US"/>
              </w:rPr>
              <w:t xml:space="preserve"> = 0,050</w:t>
            </w:r>
          </w:p>
        </w:tc>
      </w:tr>
      <w:tr w:rsidR="005D05B1" w:rsidRPr="00DD49DF" w:rsidTr="00DD49DF">
        <w:trPr>
          <w:jc w:val="center"/>
        </w:trPr>
        <w:tc>
          <w:tcPr>
            <w:tcW w:w="1577" w:type="dxa"/>
            <w:vMerge/>
          </w:tcPr>
          <w:p w:rsidR="005D05B1" w:rsidRPr="00DD49DF" w:rsidRDefault="005D05B1" w:rsidP="00B874DB">
            <w:pPr>
              <w:rPr>
                <w:rFonts w:eastAsia="MS Mincho"/>
                <w:sz w:val="24"/>
                <w:szCs w:val="24"/>
                <w:lang w:val="en-US"/>
              </w:rPr>
            </w:pPr>
          </w:p>
        </w:tc>
        <w:tc>
          <w:tcPr>
            <w:tcW w:w="1618" w:type="dxa"/>
            <w:vAlign w:val="center"/>
          </w:tcPr>
          <w:p w:rsidR="005D05B1" w:rsidRPr="00DD49DF" w:rsidRDefault="00DD49DF" w:rsidP="00B874DB">
            <w:pPr>
              <w:jc w:val="center"/>
              <w:rPr>
                <w:rFonts w:eastAsia="MS Mincho"/>
                <w:sz w:val="24"/>
                <w:szCs w:val="24"/>
              </w:rPr>
            </w:pPr>
            <w:r w:rsidRPr="00DD49DF">
              <w:rPr>
                <w:rFonts w:eastAsia="MS Mincho"/>
                <w:sz w:val="24"/>
                <w:szCs w:val="24"/>
              </w:rPr>
              <w:t>қате</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141 (32,2)</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34 (29,8)</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16 (22,2)</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12 (33,3)</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12 (25,0)</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6 (31,6)</w:t>
            </w:r>
          </w:p>
        </w:tc>
        <w:tc>
          <w:tcPr>
            <w:tcW w:w="987" w:type="dxa"/>
            <w:vMerge/>
          </w:tcPr>
          <w:p w:rsidR="005D05B1" w:rsidRPr="00DD49DF" w:rsidRDefault="005D05B1" w:rsidP="00B874DB">
            <w:pPr>
              <w:rPr>
                <w:rFonts w:eastAsia="MS Mincho"/>
                <w:sz w:val="24"/>
                <w:szCs w:val="24"/>
                <w:lang w:val="en-US"/>
              </w:rPr>
            </w:pPr>
          </w:p>
        </w:tc>
      </w:tr>
      <w:tr w:rsidR="005D05B1" w:rsidRPr="00DD49DF" w:rsidTr="00DD49DF">
        <w:trPr>
          <w:jc w:val="center"/>
        </w:trPr>
        <w:tc>
          <w:tcPr>
            <w:tcW w:w="1577" w:type="dxa"/>
            <w:vMerge/>
          </w:tcPr>
          <w:p w:rsidR="005D05B1" w:rsidRPr="00DD49DF" w:rsidRDefault="005D05B1" w:rsidP="00B874DB">
            <w:pPr>
              <w:rPr>
                <w:rFonts w:eastAsia="MS Mincho"/>
                <w:sz w:val="24"/>
                <w:szCs w:val="24"/>
                <w:lang w:val="en-US"/>
              </w:rPr>
            </w:pPr>
          </w:p>
        </w:tc>
        <w:tc>
          <w:tcPr>
            <w:tcW w:w="1618" w:type="dxa"/>
            <w:vAlign w:val="center"/>
          </w:tcPr>
          <w:p w:rsidR="005D05B1" w:rsidRPr="00DD49DF" w:rsidRDefault="00DD49DF" w:rsidP="00B874DB">
            <w:pPr>
              <w:jc w:val="center"/>
              <w:rPr>
                <w:rFonts w:eastAsia="MS Mincho"/>
                <w:sz w:val="24"/>
                <w:szCs w:val="24"/>
                <w:lang w:val="en-US"/>
              </w:rPr>
            </w:pPr>
            <w:r w:rsidRPr="00DD49DF">
              <w:rPr>
                <w:rFonts w:eastAsia="MS Mincho"/>
                <w:sz w:val="24"/>
                <w:szCs w:val="24"/>
              </w:rPr>
              <w:t>білмеймін</w:t>
            </w:r>
            <w:r w:rsidR="005D05B1" w:rsidRPr="00DD49DF">
              <w:rPr>
                <w:rFonts w:eastAsia="MS Mincho"/>
                <w:sz w:val="24"/>
                <w:szCs w:val="24"/>
                <w:lang w:val="en-US"/>
              </w:rPr>
              <w:t xml:space="preserve"> </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132 (30,1)</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25 (21,9)</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14 (19,4)</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14 (38,9)</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14 (29,2)</w:t>
            </w:r>
          </w:p>
        </w:tc>
        <w:tc>
          <w:tcPr>
            <w:tcW w:w="946" w:type="dxa"/>
            <w:vAlign w:val="center"/>
          </w:tcPr>
          <w:p w:rsidR="005D05B1" w:rsidRPr="00DD49DF" w:rsidRDefault="005D05B1" w:rsidP="00B874DB">
            <w:pPr>
              <w:jc w:val="center"/>
              <w:rPr>
                <w:rFonts w:eastAsia="MS Mincho"/>
                <w:sz w:val="24"/>
                <w:szCs w:val="24"/>
                <w:lang w:val="en-US"/>
              </w:rPr>
            </w:pPr>
            <w:r w:rsidRPr="00DD49DF">
              <w:rPr>
                <w:rFonts w:eastAsia="MS Mincho"/>
                <w:sz w:val="24"/>
                <w:szCs w:val="24"/>
                <w:lang w:val="en-US"/>
              </w:rPr>
              <w:t>12 (63,2)</w:t>
            </w:r>
          </w:p>
        </w:tc>
        <w:tc>
          <w:tcPr>
            <w:tcW w:w="987" w:type="dxa"/>
            <w:vMerge/>
          </w:tcPr>
          <w:p w:rsidR="005D05B1" w:rsidRPr="00DD49DF" w:rsidRDefault="005D05B1" w:rsidP="00B874DB">
            <w:pPr>
              <w:rPr>
                <w:rFonts w:eastAsia="MS Mincho"/>
                <w:sz w:val="24"/>
                <w:szCs w:val="24"/>
                <w:lang w:val="en-US"/>
              </w:rPr>
            </w:pPr>
          </w:p>
        </w:tc>
      </w:tr>
    </w:tbl>
    <w:p w:rsidR="005D05B1" w:rsidRPr="005B760C" w:rsidRDefault="00DD49DF" w:rsidP="00DD49DF">
      <w:pPr>
        <w:widowControl/>
        <w:autoSpaceDE/>
        <w:autoSpaceDN/>
        <w:spacing w:line="360" w:lineRule="auto"/>
        <w:jc w:val="center"/>
        <w:rPr>
          <w:rFonts w:eastAsia="MS Mincho"/>
        </w:rPr>
      </w:pPr>
      <w:r w:rsidRPr="005B760C">
        <w:rPr>
          <w:rFonts w:eastAsia="MS Mincho"/>
          <w:sz w:val="24"/>
          <w:szCs w:val="24"/>
        </w:rPr>
        <w:t>* – көрсеткіштердегі айырмашылықтар статистикалық маңызды (p &lt; 0,05)</w:t>
      </w:r>
    </w:p>
    <w:p w:rsidR="005D05B1" w:rsidRPr="005B760C" w:rsidRDefault="00DD49DF" w:rsidP="00B874DB">
      <w:pPr>
        <w:widowControl/>
        <w:autoSpaceDE/>
        <w:autoSpaceDN/>
        <w:ind w:firstLine="709"/>
        <w:jc w:val="both"/>
        <w:rPr>
          <w:rFonts w:eastAsia="MS Mincho"/>
          <w:sz w:val="28"/>
          <w:szCs w:val="28"/>
          <w:highlight w:val="yellow"/>
        </w:rPr>
      </w:pPr>
      <w:r w:rsidRPr="005B760C">
        <w:rPr>
          <w:rFonts w:eastAsia="MS Mincho"/>
          <w:sz w:val="28"/>
          <w:szCs w:val="28"/>
        </w:rPr>
        <w:t>Ұсынылған кестеге сәйкес, жасына байланысты "Бір антибиотикті сатып алуға болады" көрсеткішін салыстыру кезінде біз статистикалық маңызды айырмашылықтарды анықтадық (p &lt; 0,001) (қолданылатын әдіс: Пирсон хи-квадраты) (сурет 12).</w:t>
      </w:r>
    </w:p>
    <w:p w:rsidR="005D05B1" w:rsidRPr="005D05B1" w:rsidRDefault="008057EA" w:rsidP="008057EA">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6FE4FA04" wp14:editId="3E5851BB">
            <wp:extent cx="6122670" cy="1670164"/>
            <wp:effectExtent l="0" t="0" r="0" b="635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22670" cy="1670164"/>
                    </a:xfrm>
                    <a:prstGeom prst="rect">
                      <a:avLst/>
                    </a:prstGeom>
                  </pic:spPr>
                </pic:pic>
              </a:graphicData>
            </a:graphic>
          </wp:inline>
        </w:drawing>
      </w:r>
    </w:p>
    <w:p w:rsidR="005D05B1" w:rsidRPr="005B760C" w:rsidRDefault="00DD49DF" w:rsidP="00550EF4">
      <w:pPr>
        <w:widowControl/>
        <w:autoSpaceDE/>
        <w:autoSpaceDN/>
        <w:jc w:val="center"/>
        <w:rPr>
          <w:rFonts w:eastAsia="MS Mincho"/>
          <w:sz w:val="28"/>
          <w:szCs w:val="28"/>
          <w:lang w:val="en-US"/>
        </w:rPr>
      </w:pPr>
      <w:r w:rsidRPr="00550EF4">
        <w:rPr>
          <w:rFonts w:eastAsia="MS Mincho"/>
          <w:sz w:val="28"/>
          <w:szCs w:val="28"/>
          <w:lang w:val="ru-RU"/>
        </w:rPr>
        <w:t>Сурет</w:t>
      </w:r>
      <w:r w:rsidRPr="00550EF4">
        <w:rPr>
          <w:rFonts w:eastAsia="MS Mincho"/>
          <w:sz w:val="28"/>
          <w:szCs w:val="28"/>
          <w:lang w:val="en-US"/>
        </w:rPr>
        <w:t xml:space="preserve"> 12</w:t>
      </w:r>
      <w:r w:rsidR="005D05B1" w:rsidRPr="00550EF4">
        <w:rPr>
          <w:rFonts w:eastAsia="MS Mincho"/>
          <w:sz w:val="28"/>
          <w:szCs w:val="28"/>
          <w:lang w:val="en-US"/>
        </w:rPr>
        <w:t xml:space="preserve"> – </w:t>
      </w:r>
      <w:r w:rsidR="00550EF4" w:rsidRPr="00550EF4">
        <w:rPr>
          <w:rFonts w:eastAsia="MS Mincho"/>
          <w:sz w:val="28"/>
          <w:szCs w:val="28"/>
          <w:lang w:val="ru-RU"/>
        </w:rPr>
        <w:t>Дәл</w:t>
      </w:r>
      <w:r w:rsidR="00550EF4" w:rsidRPr="00550EF4">
        <w:rPr>
          <w:rFonts w:eastAsia="MS Mincho"/>
          <w:sz w:val="28"/>
          <w:szCs w:val="28"/>
          <w:lang w:val="en-US"/>
        </w:rPr>
        <w:t xml:space="preserve"> </w:t>
      </w:r>
      <w:r w:rsidR="00550EF4" w:rsidRPr="00550EF4">
        <w:rPr>
          <w:rFonts w:eastAsia="MS Mincho"/>
          <w:sz w:val="28"/>
          <w:szCs w:val="28"/>
          <w:lang w:val="ru-RU"/>
        </w:rPr>
        <w:t>осындай</w:t>
      </w:r>
      <w:r w:rsidR="00550EF4" w:rsidRPr="00550EF4">
        <w:rPr>
          <w:rFonts w:eastAsia="MS Mincho"/>
          <w:sz w:val="28"/>
          <w:szCs w:val="28"/>
          <w:lang w:val="en-US"/>
        </w:rPr>
        <w:t xml:space="preserve"> </w:t>
      </w:r>
      <w:r w:rsidR="00550EF4" w:rsidRPr="00550EF4">
        <w:rPr>
          <w:rFonts w:eastAsia="MS Mincho"/>
          <w:sz w:val="28"/>
          <w:szCs w:val="28"/>
          <w:lang w:val="ru-RU"/>
        </w:rPr>
        <w:t>белгілері</w:t>
      </w:r>
      <w:r w:rsidR="00550EF4" w:rsidRPr="00550EF4">
        <w:rPr>
          <w:rFonts w:eastAsia="MS Mincho"/>
          <w:sz w:val="28"/>
          <w:szCs w:val="28"/>
          <w:lang w:val="en-US"/>
        </w:rPr>
        <w:t xml:space="preserve"> </w:t>
      </w:r>
      <w:r w:rsidR="00550EF4" w:rsidRPr="00550EF4">
        <w:rPr>
          <w:rFonts w:eastAsia="MS Mincho"/>
          <w:sz w:val="28"/>
          <w:szCs w:val="28"/>
          <w:lang w:val="ru-RU"/>
        </w:rPr>
        <w:t>бар</w:t>
      </w:r>
      <w:r w:rsidR="00550EF4" w:rsidRPr="00550EF4">
        <w:rPr>
          <w:rFonts w:eastAsia="MS Mincho"/>
          <w:sz w:val="28"/>
          <w:szCs w:val="28"/>
          <w:lang w:val="en-US"/>
        </w:rPr>
        <w:t xml:space="preserve"> </w:t>
      </w:r>
      <w:r w:rsidR="00550EF4" w:rsidRPr="00550EF4">
        <w:rPr>
          <w:rFonts w:eastAsia="MS Mincho"/>
          <w:sz w:val="28"/>
          <w:szCs w:val="28"/>
          <w:lang w:val="ru-RU"/>
        </w:rPr>
        <w:t>аурумен</w:t>
      </w:r>
      <w:r w:rsidR="00550EF4" w:rsidRPr="00550EF4">
        <w:rPr>
          <w:rFonts w:eastAsia="MS Mincho"/>
          <w:sz w:val="28"/>
          <w:szCs w:val="28"/>
          <w:lang w:val="en-US"/>
        </w:rPr>
        <w:t xml:space="preserve"> </w:t>
      </w:r>
      <w:r w:rsidR="00550EF4" w:rsidRPr="00550EF4">
        <w:rPr>
          <w:rFonts w:eastAsia="MS Mincho"/>
          <w:sz w:val="28"/>
          <w:szCs w:val="28"/>
          <w:lang w:val="ru-RU"/>
        </w:rPr>
        <w:t>қайта</w:t>
      </w:r>
      <w:r w:rsidR="00550EF4" w:rsidRPr="00550EF4">
        <w:rPr>
          <w:rFonts w:eastAsia="MS Mincho"/>
          <w:sz w:val="28"/>
          <w:szCs w:val="28"/>
          <w:lang w:val="en-US"/>
        </w:rPr>
        <w:t xml:space="preserve"> </w:t>
      </w:r>
      <w:r w:rsidR="00550EF4" w:rsidRPr="00550EF4">
        <w:rPr>
          <w:rFonts w:eastAsia="MS Mincho"/>
          <w:sz w:val="28"/>
          <w:szCs w:val="28"/>
          <w:lang w:val="ru-RU"/>
        </w:rPr>
        <w:t>ауырғанда</w:t>
      </w:r>
      <w:r w:rsidR="00550EF4" w:rsidRPr="00550EF4">
        <w:rPr>
          <w:rFonts w:eastAsia="MS Mincho"/>
          <w:sz w:val="28"/>
          <w:szCs w:val="28"/>
          <w:lang w:val="en-US"/>
        </w:rPr>
        <w:t xml:space="preserve">, </w:t>
      </w:r>
      <w:r w:rsidR="00550EF4" w:rsidRPr="00550EF4">
        <w:rPr>
          <w:rFonts w:eastAsia="MS Mincho"/>
          <w:sz w:val="28"/>
          <w:szCs w:val="28"/>
          <w:lang w:val="ru-RU"/>
        </w:rPr>
        <w:t>ақырғы</w:t>
      </w:r>
      <w:r w:rsidR="00550EF4" w:rsidRPr="00550EF4">
        <w:rPr>
          <w:rFonts w:eastAsia="MS Mincho"/>
          <w:sz w:val="28"/>
          <w:szCs w:val="28"/>
          <w:lang w:val="en-US"/>
        </w:rPr>
        <w:t xml:space="preserve"> </w:t>
      </w:r>
      <w:r w:rsidR="00550EF4" w:rsidRPr="00550EF4">
        <w:rPr>
          <w:rFonts w:eastAsia="MS Mincho"/>
          <w:sz w:val="28"/>
          <w:szCs w:val="28"/>
          <w:lang w:val="ru-RU"/>
        </w:rPr>
        <w:t>рет</w:t>
      </w:r>
      <w:r w:rsidR="00550EF4" w:rsidRPr="00550EF4">
        <w:rPr>
          <w:rFonts w:eastAsia="MS Mincho"/>
          <w:sz w:val="28"/>
          <w:szCs w:val="28"/>
          <w:lang w:val="en-US"/>
        </w:rPr>
        <w:t xml:space="preserve"> </w:t>
      </w:r>
      <w:r w:rsidR="00550EF4" w:rsidRPr="00550EF4">
        <w:rPr>
          <w:rFonts w:eastAsia="MS Mincho"/>
          <w:sz w:val="28"/>
          <w:szCs w:val="28"/>
          <w:lang w:val="ru-RU"/>
        </w:rPr>
        <w:t>жақсы</w:t>
      </w:r>
      <w:r w:rsidR="00550EF4" w:rsidRPr="00550EF4">
        <w:rPr>
          <w:rFonts w:eastAsia="MS Mincho"/>
          <w:sz w:val="28"/>
          <w:szCs w:val="28"/>
          <w:lang w:val="en-US"/>
        </w:rPr>
        <w:t xml:space="preserve"> </w:t>
      </w:r>
      <w:r w:rsidR="00550EF4" w:rsidRPr="00550EF4">
        <w:rPr>
          <w:rFonts w:eastAsia="MS Mincho"/>
          <w:sz w:val="28"/>
          <w:szCs w:val="28"/>
          <w:lang w:val="ru-RU"/>
        </w:rPr>
        <w:t>көмектескен</w:t>
      </w:r>
      <w:r w:rsidR="00550EF4" w:rsidRPr="00550EF4">
        <w:rPr>
          <w:rFonts w:eastAsia="MS Mincho"/>
          <w:sz w:val="28"/>
          <w:szCs w:val="28"/>
          <w:lang w:val="en-US"/>
        </w:rPr>
        <w:t xml:space="preserve"> </w:t>
      </w:r>
      <w:r w:rsidR="00550EF4" w:rsidRPr="00550EF4">
        <w:rPr>
          <w:rFonts w:eastAsia="MS Mincho"/>
          <w:sz w:val="28"/>
          <w:szCs w:val="28"/>
          <w:lang w:val="ru-RU"/>
        </w:rPr>
        <w:t>антибиотикті</w:t>
      </w:r>
      <w:r w:rsidR="00550EF4" w:rsidRPr="00550EF4">
        <w:rPr>
          <w:rFonts w:eastAsia="MS Mincho"/>
          <w:sz w:val="28"/>
          <w:szCs w:val="28"/>
          <w:lang w:val="en-US"/>
        </w:rPr>
        <w:t xml:space="preserve"> </w:t>
      </w:r>
      <w:r w:rsidR="00550EF4" w:rsidRPr="00550EF4">
        <w:rPr>
          <w:rFonts w:eastAsia="MS Mincho"/>
          <w:sz w:val="28"/>
          <w:szCs w:val="28"/>
          <w:lang w:val="ru-RU"/>
        </w:rPr>
        <w:t>қайта</w:t>
      </w:r>
      <w:r w:rsidR="00550EF4" w:rsidRPr="00550EF4">
        <w:rPr>
          <w:rFonts w:eastAsia="MS Mincho"/>
          <w:sz w:val="28"/>
          <w:szCs w:val="28"/>
          <w:lang w:val="en-US"/>
        </w:rPr>
        <w:t xml:space="preserve"> </w:t>
      </w:r>
      <w:r w:rsidR="00550EF4" w:rsidRPr="00550EF4">
        <w:rPr>
          <w:rFonts w:eastAsia="MS Mincho"/>
          <w:sz w:val="28"/>
          <w:szCs w:val="28"/>
          <w:lang w:val="ru-RU"/>
        </w:rPr>
        <w:t>сатып</w:t>
      </w:r>
      <w:r w:rsidR="00550EF4" w:rsidRPr="00550EF4">
        <w:rPr>
          <w:rFonts w:eastAsia="MS Mincho"/>
          <w:sz w:val="28"/>
          <w:szCs w:val="28"/>
          <w:lang w:val="en-US"/>
        </w:rPr>
        <w:t xml:space="preserve"> </w:t>
      </w:r>
      <w:r w:rsidR="00550EF4" w:rsidRPr="00550EF4">
        <w:rPr>
          <w:rFonts w:eastAsia="MS Mincho"/>
          <w:sz w:val="28"/>
          <w:szCs w:val="28"/>
          <w:lang w:val="ru-RU"/>
        </w:rPr>
        <w:t>алуы</w:t>
      </w:r>
      <w:r w:rsidR="00550EF4" w:rsidRPr="00550EF4">
        <w:rPr>
          <w:rFonts w:eastAsia="MS Mincho"/>
          <w:sz w:val="28"/>
          <w:szCs w:val="28"/>
          <w:lang w:val="en-US"/>
        </w:rPr>
        <w:t xml:space="preserve">  </w:t>
      </w:r>
      <w:r w:rsidR="00550EF4" w:rsidRPr="00550EF4">
        <w:rPr>
          <w:rFonts w:eastAsia="MS Mincho"/>
          <w:sz w:val="28"/>
          <w:szCs w:val="28"/>
          <w:lang w:val="ru-RU"/>
        </w:rPr>
        <w:t>немесе</w:t>
      </w:r>
      <w:r w:rsidR="00550EF4" w:rsidRPr="00550EF4">
        <w:rPr>
          <w:rFonts w:eastAsia="MS Mincho"/>
          <w:sz w:val="28"/>
          <w:szCs w:val="28"/>
          <w:lang w:val="en-US"/>
        </w:rPr>
        <w:t xml:space="preserve"> </w:t>
      </w:r>
      <w:r w:rsidR="00550EF4" w:rsidRPr="00550EF4">
        <w:rPr>
          <w:rFonts w:eastAsia="MS Mincho"/>
          <w:sz w:val="28"/>
          <w:szCs w:val="28"/>
          <w:lang w:val="ru-RU"/>
        </w:rPr>
        <w:t>дәрігерден</w:t>
      </w:r>
      <w:r w:rsidR="00550EF4" w:rsidRPr="00550EF4">
        <w:rPr>
          <w:rFonts w:eastAsia="MS Mincho"/>
          <w:sz w:val="28"/>
          <w:szCs w:val="28"/>
          <w:lang w:val="en-US"/>
        </w:rPr>
        <w:t xml:space="preserve"> </w:t>
      </w:r>
      <w:r w:rsidR="00550EF4" w:rsidRPr="00550EF4">
        <w:rPr>
          <w:rFonts w:eastAsia="MS Mincho"/>
          <w:sz w:val="28"/>
          <w:szCs w:val="28"/>
          <w:lang w:val="ru-RU"/>
        </w:rPr>
        <w:t>сұрап</w:t>
      </w:r>
      <w:r w:rsidR="00550EF4" w:rsidRPr="00550EF4">
        <w:rPr>
          <w:rFonts w:eastAsia="MS Mincho"/>
          <w:sz w:val="28"/>
          <w:szCs w:val="28"/>
          <w:lang w:val="en-US"/>
        </w:rPr>
        <w:t xml:space="preserve"> </w:t>
      </w:r>
      <w:r w:rsidR="00550EF4" w:rsidRPr="00550EF4">
        <w:rPr>
          <w:rFonts w:eastAsia="MS Mincho"/>
          <w:sz w:val="28"/>
          <w:szCs w:val="28"/>
          <w:lang w:val="ru-RU"/>
        </w:rPr>
        <w:t>алуы</w:t>
      </w:r>
      <w:r w:rsidR="00550EF4" w:rsidRPr="00550EF4">
        <w:rPr>
          <w:rFonts w:eastAsia="MS Mincho"/>
          <w:sz w:val="28"/>
          <w:szCs w:val="28"/>
          <w:lang w:val="en-US"/>
        </w:rPr>
        <w:t xml:space="preserve"> </w:t>
      </w:r>
      <w:r w:rsidR="00550EF4" w:rsidRPr="00550EF4">
        <w:rPr>
          <w:rFonts w:eastAsia="MS Mincho"/>
          <w:sz w:val="28"/>
          <w:szCs w:val="28"/>
          <w:lang w:val="ru-RU"/>
        </w:rPr>
        <w:t>мен</w:t>
      </w:r>
      <w:r w:rsidR="00550EF4" w:rsidRPr="00550EF4">
        <w:rPr>
          <w:rFonts w:eastAsia="MS Mincho"/>
          <w:sz w:val="28"/>
          <w:szCs w:val="28"/>
          <w:lang w:val="en-US"/>
        </w:rPr>
        <w:t xml:space="preserve"> </w:t>
      </w:r>
      <w:r w:rsidR="00550EF4" w:rsidRPr="00550EF4">
        <w:rPr>
          <w:rFonts w:eastAsia="MS Mincho"/>
          <w:sz w:val="28"/>
          <w:szCs w:val="28"/>
          <w:lang w:val="ru-RU"/>
        </w:rPr>
        <w:t>жас</w:t>
      </w:r>
      <w:r w:rsidR="00550EF4" w:rsidRPr="00550EF4">
        <w:rPr>
          <w:rFonts w:eastAsia="MS Mincho"/>
          <w:sz w:val="28"/>
          <w:szCs w:val="28"/>
          <w:lang w:val="en-US"/>
        </w:rPr>
        <w:t xml:space="preserve"> </w:t>
      </w:r>
      <w:r w:rsidR="00550EF4" w:rsidRPr="00550EF4">
        <w:rPr>
          <w:rFonts w:eastAsia="MS Mincho"/>
          <w:sz w:val="28"/>
          <w:szCs w:val="28"/>
          <w:lang w:val="ru-RU"/>
        </w:rPr>
        <w:t>аралығындағы</w:t>
      </w:r>
      <w:r w:rsidR="00550EF4" w:rsidRPr="00550EF4">
        <w:rPr>
          <w:rFonts w:eastAsia="MS Mincho"/>
          <w:sz w:val="28"/>
          <w:szCs w:val="28"/>
          <w:lang w:val="en-US"/>
        </w:rPr>
        <w:t xml:space="preserve"> </w:t>
      </w:r>
      <w:r w:rsidR="00550EF4" w:rsidRPr="00550EF4">
        <w:rPr>
          <w:rFonts w:eastAsia="MS Mincho"/>
          <w:sz w:val="28"/>
          <w:szCs w:val="28"/>
          <w:lang w:val="ru-RU"/>
        </w:rPr>
        <w:t>байланыс</w:t>
      </w:r>
    </w:p>
    <w:p w:rsidR="00550EF4" w:rsidRPr="00550EF4" w:rsidRDefault="00550EF4" w:rsidP="00550EF4">
      <w:pPr>
        <w:widowControl/>
        <w:autoSpaceDE/>
        <w:autoSpaceDN/>
        <w:jc w:val="center"/>
        <w:rPr>
          <w:sz w:val="28"/>
          <w:szCs w:val="28"/>
          <w:lang w:val="en-US"/>
        </w:rPr>
      </w:pPr>
    </w:p>
    <w:p w:rsidR="00D8518C" w:rsidRDefault="001C2EBD" w:rsidP="00596C5F">
      <w:pPr>
        <w:pStyle w:val="MDPI31text"/>
        <w:spacing w:line="240" w:lineRule="auto"/>
        <w:ind w:left="0" w:firstLine="567"/>
        <w:rPr>
          <w:rFonts w:ascii="Times New Roman" w:hAnsi="Times New Roman"/>
          <w:sz w:val="28"/>
          <w:szCs w:val="28"/>
          <w:lang w:val="kk-KZ"/>
        </w:rPr>
      </w:pPr>
      <w:r w:rsidRPr="001C2EBD">
        <w:rPr>
          <w:rFonts w:ascii="Times New Roman" w:hAnsi="Times New Roman"/>
          <w:sz w:val="28"/>
          <w:szCs w:val="28"/>
          <w:lang w:val="kk-KZ"/>
        </w:rPr>
        <w:t>Сауалнамаға қатысқандарды</w:t>
      </w:r>
      <w:r w:rsidR="0020559B">
        <w:rPr>
          <w:rFonts w:ascii="Times New Roman" w:hAnsi="Times New Roman"/>
          <w:sz w:val="28"/>
          <w:szCs w:val="28"/>
          <w:lang w:val="kk-KZ"/>
        </w:rPr>
        <w:t>ң көпшілігі (65,3%) "А</w:t>
      </w:r>
      <w:r w:rsidRPr="001C2EBD">
        <w:rPr>
          <w:rFonts w:ascii="Times New Roman" w:hAnsi="Times New Roman"/>
          <w:sz w:val="28"/>
          <w:szCs w:val="28"/>
          <w:lang w:val="kk-KZ"/>
        </w:rPr>
        <w:t>нтибиотиктерге төзімділік"</w:t>
      </w:r>
      <w:r w:rsidR="0020559B">
        <w:rPr>
          <w:rFonts w:ascii="Times New Roman" w:hAnsi="Times New Roman"/>
          <w:sz w:val="28"/>
          <w:szCs w:val="28"/>
          <w:lang w:val="kk-KZ"/>
        </w:rPr>
        <w:t xml:space="preserve"> </w:t>
      </w:r>
      <w:r w:rsidRPr="001C2EBD">
        <w:rPr>
          <w:rFonts w:ascii="Times New Roman" w:hAnsi="Times New Roman"/>
          <w:sz w:val="28"/>
          <w:szCs w:val="28"/>
          <w:lang w:val="kk-KZ"/>
        </w:rPr>
        <w:t>термині туралы естімегендерін айтты. Сол сияқты, көптеген адамдар "Супербактериялар "(87,2%),</w:t>
      </w:r>
      <w:r w:rsidR="00D808FA">
        <w:rPr>
          <w:rFonts w:ascii="Times New Roman" w:hAnsi="Times New Roman"/>
          <w:sz w:val="28"/>
          <w:szCs w:val="28"/>
          <w:lang w:val="kk-KZ"/>
        </w:rPr>
        <w:t xml:space="preserve"> «Антимикробты препараттарға төзімділік» (</w:t>
      </w:r>
      <w:r w:rsidR="00D808FA" w:rsidRPr="00D808FA">
        <w:rPr>
          <w:rFonts w:ascii="Times New Roman" w:hAnsi="Times New Roman"/>
          <w:sz w:val="28"/>
          <w:szCs w:val="28"/>
          <w:lang w:val="kk-KZ"/>
        </w:rPr>
        <w:t>7</w:t>
      </w:r>
      <w:r w:rsidR="00D808FA">
        <w:rPr>
          <w:rFonts w:ascii="Times New Roman" w:hAnsi="Times New Roman"/>
          <w:sz w:val="28"/>
          <w:szCs w:val="28"/>
          <w:lang w:val="kk-KZ"/>
        </w:rPr>
        <w:t xml:space="preserve">2,8%), </w:t>
      </w:r>
      <w:r w:rsidR="0020559B">
        <w:rPr>
          <w:rFonts w:ascii="Times New Roman" w:hAnsi="Times New Roman"/>
          <w:sz w:val="28"/>
          <w:szCs w:val="28"/>
          <w:lang w:val="kk-KZ"/>
        </w:rPr>
        <w:t>"А</w:t>
      </w:r>
      <w:r w:rsidRPr="001C2EBD">
        <w:rPr>
          <w:rFonts w:ascii="Times New Roman" w:hAnsi="Times New Roman"/>
          <w:sz w:val="28"/>
          <w:szCs w:val="28"/>
          <w:lang w:val="kk-KZ"/>
        </w:rPr>
        <w:t>нти</w:t>
      </w:r>
      <w:r w:rsidR="0020559B">
        <w:rPr>
          <w:rFonts w:ascii="Times New Roman" w:hAnsi="Times New Roman"/>
          <w:sz w:val="28"/>
          <w:szCs w:val="28"/>
          <w:lang w:val="kk-KZ"/>
        </w:rPr>
        <w:t>биотикке төзімділік" (86,5%)," Дәріге төзімділік</w:t>
      </w:r>
      <w:r w:rsidRPr="001C2EBD">
        <w:rPr>
          <w:rFonts w:ascii="Times New Roman" w:hAnsi="Times New Roman"/>
          <w:sz w:val="28"/>
          <w:szCs w:val="28"/>
          <w:lang w:val="kk-KZ"/>
        </w:rPr>
        <w:t>"</w:t>
      </w:r>
      <w:r w:rsidR="0020559B">
        <w:rPr>
          <w:rFonts w:ascii="Times New Roman" w:hAnsi="Times New Roman"/>
          <w:sz w:val="28"/>
          <w:szCs w:val="28"/>
          <w:lang w:val="kk-KZ"/>
        </w:rPr>
        <w:t xml:space="preserve"> (63,7%), және" А</w:t>
      </w:r>
      <w:r w:rsidRPr="001C2EBD">
        <w:rPr>
          <w:rFonts w:ascii="Times New Roman" w:hAnsi="Times New Roman"/>
          <w:sz w:val="28"/>
          <w:szCs w:val="28"/>
          <w:lang w:val="kk-KZ"/>
        </w:rPr>
        <w:t>нтибиотикке төзімді бактериялар " (71,8%)</w:t>
      </w:r>
      <w:r w:rsidR="0020559B" w:rsidRPr="0020559B">
        <w:rPr>
          <w:lang w:val="kk-KZ"/>
        </w:rPr>
        <w:t xml:space="preserve"> </w:t>
      </w:r>
      <w:r w:rsidR="0020559B" w:rsidRPr="0020559B">
        <w:rPr>
          <w:rFonts w:ascii="Times New Roman" w:hAnsi="Times New Roman"/>
          <w:sz w:val="28"/>
          <w:szCs w:val="28"/>
          <w:lang w:val="kk-KZ"/>
        </w:rPr>
        <w:t>терминдер туралы білмейді</w:t>
      </w:r>
      <w:r w:rsidRPr="001C2EBD">
        <w:rPr>
          <w:rFonts w:ascii="Times New Roman" w:hAnsi="Times New Roman"/>
          <w:sz w:val="28"/>
          <w:szCs w:val="28"/>
          <w:lang w:val="kk-KZ"/>
        </w:rPr>
        <w:t>. Бұл антибиотикке төзімділік мәселесі және оның ықтимал салдары туралы хабардарлықты арттыру қаж</w:t>
      </w:r>
      <w:r w:rsidR="007C06C3">
        <w:rPr>
          <w:rFonts w:ascii="Times New Roman" w:hAnsi="Times New Roman"/>
          <w:sz w:val="28"/>
          <w:szCs w:val="28"/>
          <w:lang w:val="kk-KZ"/>
        </w:rPr>
        <w:t>еттілігін көрсетеді</w:t>
      </w:r>
      <w:r w:rsidR="00D808FA">
        <w:rPr>
          <w:rFonts w:ascii="Times New Roman" w:hAnsi="Times New Roman"/>
          <w:sz w:val="28"/>
          <w:szCs w:val="28"/>
          <w:lang w:val="kk-KZ"/>
        </w:rPr>
        <w:t xml:space="preserve"> </w:t>
      </w:r>
      <w:r w:rsidR="00D808FA" w:rsidRPr="00437E05">
        <w:rPr>
          <w:rFonts w:ascii="Times New Roman" w:hAnsi="Times New Roman"/>
          <w:sz w:val="28"/>
          <w:szCs w:val="28"/>
          <w:lang w:val="kk-KZ"/>
        </w:rPr>
        <w:t>(кесте</w:t>
      </w:r>
      <w:r w:rsidR="00DF5790">
        <w:rPr>
          <w:rFonts w:ascii="Times New Roman" w:hAnsi="Times New Roman"/>
          <w:sz w:val="28"/>
          <w:szCs w:val="28"/>
          <w:lang w:val="kk-KZ"/>
        </w:rPr>
        <w:t xml:space="preserve"> 8</w:t>
      </w:r>
      <w:r w:rsidRPr="00437E05">
        <w:rPr>
          <w:rFonts w:ascii="Times New Roman" w:hAnsi="Times New Roman"/>
          <w:sz w:val="28"/>
          <w:szCs w:val="28"/>
          <w:lang w:val="kk-KZ"/>
        </w:rPr>
        <w:t>).</w:t>
      </w:r>
      <w:r w:rsidRPr="001C2EBD">
        <w:rPr>
          <w:rFonts w:ascii="Times New Roman" w:hAnsi="Times New Roman"/>
          <w:sz w:val="28"/>
          <w:szCs w:val="28"/>
          <w:lang w:val="kk-KZ"/>
        </w:rPr>
        <w:t xml:space="preserve"> Бұл терминдермен бұрыннан таныс шағын топ бар, бұл олардың медициналық мәселелерге немесе осы саладағы білім деңгейіне қызығушылығына байланысты болуы мүмкін.</w:t>
      </w:r>
    </w:p>
    <w:p w:rsidR="00437E05" w:rsidRDefault="00437E05" w:rsidP="00596C5F">
      <w:pPr>
        <w:pStyle w:val="MDPI31text"/>
        <w:spacing w:line="240" w:lineRule="auto"/>
        <w:ind w:left="0" w:firstLine="567"/>
        <w:rPr>
          <w:rFonts w:ascii="Times New Roman" w:hAnsi="Times New Roman"/>
          <w:sz w:val="28"/>
          <w:szCs w:val="28"/>
          <w:lang w:val="kk-KZ"/>
        </w:rPr>
      </w:pPr>
    </w:p>
    <w:p w:rsidR="00D808FA" w:rsidRPr="00437E05" w:rsidRDefault="00DF5790" w:rsidP="00E97EA4">
      <w:pPr>
        <w:widowControl/>
        <w:autoSpaceDE/>
        <w:autoSpaceDN/>
        <w:spacing w:line="360" w:lineRule="auto"/>
        <w:rPr>
          <w:rFonts w:eastAsia="MS Mincho"/>
          <w:sz w:val="28"/>
          <w:szCs w:val="28"/>
        </w:rPr>
      </w:pPr>
      <w:r>
        <w:rPr>
          <w:rFonts w:eastAsia="MS Mincho"/>
          <w:sz w:val="28"/>
          <w:szCs w:val="28"/>
        </w:rPr>
        <w:t>Кесте 8</w:t>
      </w:r>
      <w:r w:rsidR="00437E05" w:rsidRPr="00437E05">
        <w:rPr>
          <w:rFonts w:eastAsia="MS Mincho"/>
          <w:sz w:val="28"/>
          <w:szCs w:val="28"/>
        </w:rPr>
        <w:t xml:space="preserve"> - </w:t>
      </w:r>
      <w:r w:rsidR="00E97EA4" w:rsidRPr="00437E05">
        <w:rPr>
          <w:rFonts w:eastAsia="MS Mincho"/>
          <w:sz w:val="28"/>
          <w:szCs w:val="28"/>
        </w:rPr>
        <w:t xml:space="preserve"> Тұрғындардың антибиотикке төзімділікке қатысты терминдерді білуі</w:t>
      </w:r>
    </w:p>
    <w:tbl>
      <w:tblPr>
        <w:tblStyle w:val="24"/>
        <w:tblW w:w="0" w:type="auto"/>
        <w:jc w:val="center"/>
        <w:tblLook w:val="04A0" w:firstRow="1" w:lastRow="0" w:firstColumn="1" w:lastColumn="0" w:noHBand="0" w:noVBand="1"/>
      </w:tblPr>
      <w:tblGrid>
        <w:gridCol w:w="3402"/>
        <w:gridCol w:w="1916"/>
        <w:gridCol w:w="1521"/>
        <w:gridCol w:w="1506"/>
        <w:gridCol w:w="1513"/>
      </w:tblGrid>
      <w:tr w:rsidR="00E97EA4" w:rsidRPr="00437E05" w:rsidTr="00E97EA4">
        <w:trPr>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Терминдер</w:t>
            </w:r>
          </w:p>
        </w:tc>
        <w:tc>
          <w:tcPr>
            <w:tcW w:w="191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lang w:val="en-US"/>
              </w:rPr>
              <w:t>Категори</w:t>
            </w:r>
            <w:r w:rsidRPr="00437E05">
              <w:rPr>
                <w:rFonts w:eastAsia="MS Mincho"/>
                <w:sz w:val="24"/>
                <w:szCs w:val="24"/>
              </w:rPr>
              <w:t>ялары</w:t>
            </w:r>
          </w:p>
        </w:tc>
        <w:tc>
          <w:tcPr>
            <w:tcW w:w="15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Абс.</w:t>
            </w:r>
          </w:p>
        </w:tc>
        <w:tc>
          <w:tcPr>
            <w:tcW w:w="150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w:t>
            </w:r>
          </w:p>
        </w:tc>
        <w:tc>
          <w:tcPr>
            <w:tcW w:w="151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lang w:val="en-US"/>
              </w:rPr>
            </w:pPr>
            <w:r w:rsidRPr="00437E05">
              <w:rPr>
                <w:rFonts w:eastAsia="MS Mincho"/>
                <w:sz w:val="24"/>
                <w:szCs w:val="24"/>
                <w:lang w:val="en-US"/>
              </w:rPr>
              <w:t xml:space="preserve">95% </w:t>
            </w:r>
            <w:r w:rsidRPr="00437E05">
              <w:rPr>
                <w:rFonts w:eastAsia="MS Mincho"/>
                <w:sz w:val="24"/>
                <w:szCs w:val="24"/>
              </w:rPr>
              <w:t>С</w:t>
            </w:r>
            <w:r w:rsidR="00D808FA" w:rsidRPr="00437E05">
              <w:rPr>
                <w:rFonts w:eastAsia="MS Mincho"/>
                <w:sz w:val="24"/>
                <w:szCs w:val="24"/>
                <w:lang w:val="en-US"/>
              </w:rPr>
              <w:t>И</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Антибиотиктерге төзімділік</w:t>
            </w:r>
          </w:p>
        </w:tc>
        <w:tc>
          <w:tcPr>
            <w:tcW w:w="191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252</w:t>
            </w:r>
          </w:p>
        </w:tc>
        <w:tc>
          <w:tcPr>
            <w:tcW w:w="150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34,7</w:t>
            </w:r>
          </w:p>
        </w:tc>
        <w:tc>
          <w:tcPr>
            <w:tcW w:w="151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31,2 – 38,2</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475</w:t>
            </w:r>
          </w:p>
        </w:tc>
        <w:tc>
          <w:tcPr>
            <w:tcW w:w="1506"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65,3</w:t>
            </w:r>
          </w:p>
        </w:tc>
        <w:tc>
          <w:tcPr>
            <w:tcW w:w="151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61,8 – 68,8</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lang w:val="en-US"/>
              </w:rPr>
              <w:t>Супербактери</w:t>
            </w:r>
            <w:r w:rsidRPr="00437E05">
              <w:rPr>
                <w:rFonts w:eastAsia="MS Mincho"/>
                <w:sz w:val="24"/>
                <w:szCs w:val="24"/>
              </w:rPr>
              <w:t>ялар</w:t>
            </w: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93</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12,8</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10,5 – 15,4</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634</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87,2</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84,6 – 89,5</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Антимикробты препараттарға төзімділік</w:t>
            </w: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198</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27,2</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24,0 – 30,6</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529</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72,8</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69,4 – 76,0</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lang w:val="en-US"/>
              </w:rPr>
              <w:t>Антибиотик</w:t>
            </w:r>
            <w:r w:rsidRPr="00437E05">
              <w:rPr>
                <w:rFonts w:eastAsia="MS Mincho"/>
                <w:sz w:val="24"/>
                <w:szCs w:val="24"/>
              </w:rPr>
              <w:t xml:space="preserve">ке </w:t>
            </w:r>
            <w:r w:rsidRPr="00437E05">
              <w:rPr>
                <w:rFonts w:eastAsia="MS Mincho"/>
                <w:sz w:val="24"/>
                <w:szCs w:val="24"/>
                <w:lang w:val="en-US"/>
              </w:rPr>
              <w:t>резистент</w:t>
            </w:r>
            <w:r w:rsidRPr="00437E05">
              <w:rPr>
                <w:rFonts w:eastAsia="MS Mincho"/>
                <w:sz w:val="24"/>
                <w:szCs w:val="24"/>
              </w:rPr>
              <w:t>тілік</w:t>
            </w: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98</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13,5</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11,1 – 16,2</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629</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86,5</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83,8 – 88,9</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Дәрілерге төзімділік</w:t>
            </w: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264</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36,3</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32,8 – 39,9</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463</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63,7</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60,1 – 67,2</w:t>
            </w:r>
          </w:p>
        </w:tc>
      </w:tr>
      <w:tr w:rsidR="00E97EA4" w:rsidRPr="00437E05" w:rsidTr="00E97EA4">
        <w:trPr>
          <w:jc w:val="center"/>
        </w:trPr>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Антибиотиктерге төзімді бактериялар</w:t>
            </w: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 xml:space="preserve">Иә </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205</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28,2</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25,0 – 31,6</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1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Жоқ</w:t>
            </w:r>
          </w:p>
        </w:tc>
        <w:tc>
          <w:tcPr>
            <w:tcW w:w="15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522</w:t>
            </w:r>
          </w:p>
        </w:tc>
        <w:tc>
          <w:tcPr>
            <w:tcW w:w="1506"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71,8</w:t>
            </w:r>
          </w:p>
        </w:tc>
        <w:tc>
          <w:tcPr>
            <w:tcW w:w="151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68,4 – 75,0</w:t>
            </w:r>
          </w:p>
        </w:tc>
      </w:tr>
    </w:tbl>
    <w:p w:rsidR="00D8518C" w:rsidRPr="00A306AD" w:rsidRDefault="00D8518C" w:rsidP="00D808FA">
      <w:pPr>
        <w:pStyle w:val="MDPI31text"/>
        <w:spacing w:line="240" w:lineRule="auto"/>
        <w:ind w:left="0" w:firstLine="0"/>
        <w:rPr>
          <w:rFonts w:ascii="Times New Roman" w:hAnsi="Times New Roman"/>
          <w:sz w:val="28"/>
          <w:szCs w:val="28"/>
          <w:lang w:val="kk-KZ"/>
        </w:rPr>
      </w:pPr>
    </w:p>
    <w:p w:rsidR="00D808FA" w:rsidRDefault="00D808FA" w:rsidP="00596C5F">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 xml:space="preserve">Жоғарыда аталған терминдерден бөлек, сауалнамаға қатысушыларға бірнеше </w:t>
      </w:r>
      <w:r w:rsidR="0090719B">
        <w:rPr>
          <w:rFonts w:ascii="Times New Roman" w:hAnsi="Times New Roman"/>
          <w:sz w:val="28"/>
          <w:szCs w:val="28"/>
          <w:lang w:val="kk-KZ"/>
        </w:rPr>
        <w:t>тұжырымдарға</w:t>
      </w:r>
      <w:r>
        <w:rPr>
          <w:rFonts w:ascii="Times New Roman" w:hAnsi="Times New Roman"/>
          <w:sz w:val="28"/>
          <w:szCs w:val="28"/>
          <w:lang w:val="kk-KZ"/>
        </w:rPr>
        <w:t xml:space="preserve"> өз көзқарасын білдіруді сұрадық. Бұл пайымдарға «дұрыс», «қате» және «білмеймін» деп жауап беру ұсынылды. Респонденттердің жауабы келесі кестеде берілген (кесте</w:t>
      </w:r>
      <w:r w:rsidR="00DF5790">
        <w:rPr>
          <w:rFonts w:ascii="Times New Roman" w:hAnsi="Times New Roman"/>
          <w:sz w:val="28"/>
          <w:szCs w:val="28"/>
          <w:lang w:val="kk-KZ"/>
        </w:rPr>
        <w:t xml:space="preserve"> 9</w:t>
      </w:r>
      <w:r>
        <w:rPr>
          <w:rFonts w:ascii="Times New Roman" w:hAnsi="Times New Roman"/>
          <w:sz w:val="28"/>
          <w:szCs w:val="28"/>
          <w:lang w:val="kk-KZ"/>
        </w:rPr>
        <w:t xml:space="preserve">). </w:t>
      </w:r>
    </w:p>
    <w:p w:rsidR="00D808FA" w:rsidRPr="00F90E1B" w:rsidRDefault="00D808FA" w:rsidP="00D808FA">
      <w:pPr>
        <w:widowControl/>
        <w:autoSpaceDE/>
        <w:autoSpaceDN/>
        <w:spacing w:line="360" w:lineRule="auto"/>
        <w:rPr>
          <w:rFonts w:eastAsia="MS Mincho"/>
        </w:rPr>
      </w:pPr>
    </w:p>
    <w:p w:rsidR="00D808FA" w:rsidRPr="009F079C" w:rsidRDefault="0090719B" w:rsidP="00437E05">
      <w:pPr>
        <w:widowControl/>
        <w:autoSpaceDE/>
        <w:autoSpaceDN/>
        <w:rPr>
          <w:rFonts w:eastAsia="MS Mincho"/>
          <w:sz w:val="28"/>
          <w:szCs w:val="28"/>
        </w:rPr>
      </w:pPr>
      <w:r w:rsidRPr="00437E05">
        <w:rPr>
          <w:rFonts w:eastAsia="MS Mincho"/>
          <w:sz w:val="28"/>
          <w:szCs w:val="28"/>
        </w:rPr>
        <w:t>Кесте</w:t>
      </w:r>
      <w:r w:rsidR="00DF5790">
        <w:rPr>
          <w:rFonts w:eastAsia="MS Mincho"/>
          <w:sz w:val="28"/>
          <w:szCs w:val="28"/>
        </w:rPr>
        <w:t xml:space="preserve"> 9</w:t>
      </w:r>
      <w:r w:rsidR="00D808FA" w:rsidRPr="00437E05">
        <w:rPr>
          <w:rFonts w:eastAsia="MS Mincho"/>
          <w:sz w:val="28"/>
          <w:szCs w:val="28"/>
        </w:rPr>
        <w:t xml:space="preserve"> - </w:t>
      </w:r>
      <w:r w:rsidRPr="00437E05">
        <w:rPr>
          <w:rFonts w:eastAsia="MS Mincho"/>
          <w:sz w:val="28"/>
          <w:szCs w:val="28"/>
        </w:rPr>
        <w:t>Тұрғындардың антибиотикке төзімділікке қатысты тұжырымдарға көзқарасы</w:t>
      </w:r>
    </w:p>
    <w:p w:rsidR="00437E05" w:rsidRPr="009F079C" w:rsidRDefault="00437E05" w:rsidP="00437E05">
      <w:pPr>
        <w:widowControl/>
        <w:autoSpaceDE/>
        <w:autoSpaceDN/>
        <w:rPr>
          <w:rFonts w:eastAsia="MS Mincho"/>
          <w:sz w:val="28"/>
          <w:szCs w:val="28"/>
        </w:rPr>
      </w:pPr>
    </w:p>
    <w:tbl>
      <w:tblPr>
        <w:tblStyle w:val="33"/>
        <w:tblW w:w="0" w:type="auto"/>
        <w:jc w:val="center"/>
        <w:tblLook w:val="04A0" w:firstRow="1" w:lastRow="0" w:firstColumn="1" w:lastColumn="0" w:noHBand="0" w:noVBand="1"/>
      </w:tblPr>
      <w:tblGrid>
        <w:gridCol w:w="2123"/>
        <w:gridCol w:w="1973"/>
        <w:gridCol w:w="1922"/>
        <w:gridCol w:w="1919"/>
        <w:gridCol w:w="1921"/>
      </w:tblGrid>
      <w:tr w:rsidR="00E97EA4" w:rsidRPr="00437E05" w:rsidTr="00E97EA4">
        <w:trPr>
          <w:jc w:val="center"/>
        </w:trPr>
        <w:tc>
          <w:tcPr>
            <w:tcW w:w="212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90719B" w:rsidP="00E97EA4">
            <w:pPr>
              <w:jc w:val="center"/>
              <w:rPr>
                <w:rFonts w:eastAsia="MS Mincho"/>
                <w:sz w:val="24"/>
                <w:szCs w:val="24"/>
              </w:rPr>
            </w:pPr>
            <w:r w:rsidRPr="00437E05">
              <w:rPr>
                <w:rFonts w:eastAsia="MS Mincho"/>
                <w:sz w:val="24"/>
                <w:szCs w:val="24"/>
              </w:rPr>
              <w:t>Тұжырымдар</w:t>
            </w:r>
          </w:p>
        </w:tc>
        <w:tc>
          <w:tcPr>
            <w:tcW w:w="197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Категориялар</w:t>
            </w:r>
          </w:p>
        </w:tc>
        <w:tc>
          <w:tcPr>
            <w:tcW w:w="1922"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Абс.</w:t>
            </w:r>
          </w:p>
        </w:tc>
        <w:tc>
          <w:tcPr>
            <w:tcW w:w="1919"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w:t>
            </w:r>
          </w:p>
        </w:tc>
        <w:tc>
          <w:tcPr>
            <w:tcW w:w="19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lang w:val="en-US"/>
              </w:rPr>
            </w:pPr>
            <w:r w:rsidRPr="00437E05">
              <w:rPr>
                <w:rFonts w:eastAsia="MS Mincho"/>
                <w:sz w:val="24"/>
                <w:szCs w:val="24"/>
                <w:lang w:val="en-US"/>
              </w:rPr>
              <w:t xml:space="preserve">95% </w:t>
            </w:r>
            <w:r w:rsidRPr="00437E05">
              <w:rPr>
                <w:rFonts w:eastAsia="MS Mincho"/>
                <w:sz w:val="24"/>
                <w:szCs w:val="24"/>
              </w:rPr>
              <w:t>С</w:t>
            </w:r>
            <w:r w:rsidR="00D808FA" w:rsidRPr="00437E05">
              <w:rPr>
                <w:rFonts w:eastAsia="MS Mincho"/>
                <w:sz w:val="24"/>
                <w:szCs w:val="24"/>
                <w:lang w:val="en-US"/>
              </w:rPr>
              <w:t>И</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Антибиотикке төзімділік сіздің ағзаныз антибиотиктерге төзімді болған кезде пайда болады және олар әсер етуін  тоқтатады</w:t>
            </w:r>
          </w:p>
        </w:tc>
        <w:tc>
          <w:tcPr>
            <w:tcW w:w="197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247</w:t>
            </w:r>
          </w:p>
        </w:tc>
        <w:tc>
          <w:tcPr>
            <w:tcW w:w="1919"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34,0</w:t>
            </w:r>
          </w:p>
        </w:tc>
        <w:tc>
          <w:tcPr>
            <w:tcW w:w="19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30,5 – 37,5</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117</w:t>
            </w:r>
          </w:p>
        </w:tc>
        <w:tc>
          <w:tcPr>
            <w:tcW w:w="1919"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16,1</w:t>
            </w:r>
          </w:p>
        </w:tc>
        <w:tc>
          <w:tcPr>
            <w:tcW w:w="19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13,5 – 19,0</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363</w:t>
            </w:r>
          </w:p>
        </w:tc>
        <w:tc>
          <w:tcPr>
            <w:tcW w:w="1919"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49,9</w:t>
            </w:r>
          </w:p>
        </w:tc>
        <w:tc>
          <w:tcPr>
            <w:tcW w:w="1921" w:type="dxa"/>
            <w:tcBorders>
              <w:top w:val="single" w:sz="4" w:space="0" w:color="auto"/>
              <w:left w:val="single" w:sz="4" w:space="0" w:color="auto"/>
              <w:bottom w:val="single" w:sz="4" w:space="0" w:color="auto"/>
              <w:right w:val="single" w:sz="4" w:space="0" w:color="auto"/>
            </w:tcBorders>
            <w:vAlign w:val="center"/>
            <w:hideMark/>
          </w:tcPr>
          <w:p w:rsidR="00D808FA" w:rsidRPr="00437E05" w:rsidRDefault="00D808FA" w:rsidP="00E97EA4">
            <w:pPr>
              <w:jc w:val="center"/>
              <w:rPr>
                <w:rFonts w:eastAsia="MS Mincho"/>
                <w:sz w:val="24"/>
                <w:szCs w:val="24"/>
                <w:lang w:val="en-US"/>
              </w:rPr>
            </w:pPr>
            <w:r w:rsidRPr="00437E05">
              <w:rPr>
                <w:rFonts w:eastAsia="MS Mincho"/>
                <w:sz w:val="24"/>
                <w:szCs w:val="24"/>
                <w:lang w:val="en-US"/>
              </w:rPr>
              <w:t>46,2 – 53,6</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ru-RU"/>
              </w:rPr>
            </w:pPr>
            <w:r w:rsidRPr="00437E05">
              <w:rPr>
                <w:color w:val="000000" w:themeColor="text1"/>
                <w:sz w:val="24"/>
                <w:szCs w:val="24"/>
              </w:rPr>
              <w:t>Көптеген инфекциялар антибиотиктермен емдеуге төзімді болып барады.</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273</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37,6</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34,0 – 41,2</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104</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14,3</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11,8 – 17,1</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350</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48,1</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44,5 – 51,8</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Егер бактериялар антибиотиктерге төзімді болса, онда оларды шақыратын инфекцияларды емдеу қиынға түседі немесе мүмкін емес болады</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211</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29,0</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25,7 – 32,5</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86</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11,8</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9,6 – 14,4</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430</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59,1</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55,5 – 62,7</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Антибиотиктерге төзімділік – маған немесе менің отбасыма әсер етуі мүмкін мәселе</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211</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29,0</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25,7 – 32,5</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108</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14,9</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12,3 – 17,7</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408</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56,1</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52,4 – 59,8</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Антибиотиктерге төзімділік басқа елдердің проблемасы болып табылады, біздің елде ондай проблема жоқ</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90</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12,4</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10,1 – 15,0</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215</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29,6</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26,3 – 33,0</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422</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58,0</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54,4 – 61,7</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Антибиотиктерге төзімділік-антибиотиктерді жиі пайдалана</w:t>
            </w:r>
            <w:r w:rsidR="0090719B" w:rsidRPr="00437E05">
              <w:rPr>
                <w:rFonts w:eastAsia="MS Mincho"/>
                <w:sz w:val="24"/>
                <w:szCs w:val="24"/>
              </w:rPr>
              <w:t>тын адамдардың ғана проблемасы</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178</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24,5</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21,4 – 27,8</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201</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27,6</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24,4 – 31,1</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348</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47,9</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44,2 – 51,6</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Антибиотиктерге төзімді бактериялар</w:t>
            </w:r>
            <w:r w:rsidR="0090719B" w:rsidRPr="00437E05">
              <w:rPr>
                <w:rFonts w:eastAsia="MS Mincho"/>
                <w:sz w:val="24"/>
                <w:szCs w:val="24"/>
              </w:rPr>
              <w:t>, адамнан адамға берілуі мүмкін</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133</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18,3</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15,5 – 21,3</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167</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23,0</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20,0 – 26,2</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427</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58,7</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55,1 – 62,3</w:t>
            </w:r>
          </w:p>
        </w:tc>
      </w:tr>
      <w:tr w:rsidR="00E97EA4" w:rsidRPr="00437E05" w:rsidTr="00E97EA4">
        <w:trPr>
          <w:jc w:val="center"/>
        </w:trPr>
        <w:tc>
          <w:tcPr>
            <w:tcW w:w="2123" w:type="dxa"/>
            <w:vMerge w:val="restart"/>
            <w:tcBorders>
              <w:top w:val="single" w:sz="4" w:space="0" w:color="auto"/>
              <w:left w:val="single" w:sz="4" w:space="0" w:color="auto"/>
              <w:bottom w:val="single" w:sz="4" w:space="0" w:color="auto"/>
              <w:right w:val="single" w:sz="4" w:space="0" w:color="auto"/>
            </w:tcBorders>
            <w:vAlign w:val="center"/>
            <w:hideMark/>
          </w:tcPr>
          <w:p w:rsidR="00E97EA4" w:rsidRPr="00437E05" w:rsidRDefault="0090719B" w:rsidP="00E97EA4">
            <w:pPr>
              <w:jc w:val="center"/>
              <w:rPr>
                <w:rFonts w:eastAsia="MS Mincho"/>
                <w:sz w:val="24"/>
                <w:szCs w:val="24"/>
              </w:rPr>
            </w:pPr>
            <w:r w:rsidRPr="00437E05">
              <w:rPr>
                <w:rFonts w:eastAsia="MS Mincho"/>
                <w:sz w:val="24"/>
                <w:szCs w:val="24"/>
              </w:rPr>
              <w:t>Антибиотиктерге төзімді инфекциялар хирургия, органдар трансплантациясы және қатерлі ісікті емдеу сияқты медициналық процедураларды қауіпті етуі мүмкін</w:t>
            </w: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дұрыс</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141</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19,4</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16,6 – 22,5</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қате</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61</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8,4</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6,5 – 10,6</w:t>
            </w:r>
          </w:p>
        </w:tc>
      </w:tr>
      <w:tr w:rsidR="00E97EA4" w:rsidRPr="00437E05" w:rsidTr="00E97EA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rPr>
                <w:rFonts w:eastAsia="MS Mincho"/>
                <w:sz w:val="24"/>
                <w:szCs w:val="24"/>
                <w:lang w:val="en-US"/>
              </w:rPr>
            </w:pPr>
          </w:p>
        </w:tc>
        <w:tc>
          <w:tcPr>
            <w:tcW w:w="1973"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rPr>
            </w:pPr>
            <w:r w:rsidRPr="00437E05">
              <w:rPr>
                <w:rFonts w:eastAsia="MS Mincho"/>
                <w:sz w:val="24"/>
                <w:szCs w:val="24"/>
              </w:rPr>
              <w:t>білмеймін</w:t>
            </w:r>
          </w:p>
        </w:tc>
        <w:tc>
          <w:tcPr>
            <w:tcW w:w="1922"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525</w:t>
            </w:r>
          </w:p>
        </w:tc>
        <w:tc>
          <w:tcPr>
            <w:tcW w:w="1919"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72,2</w:t>
            </w:r>
          </w:p>
        </w:tc>
        <w:tc>
          <w:tcPr>
            <w:tcW w:w="1921" w:type="dxa"/>
            <w:tcBorders>
              <w:top w:val="single" w:sz="4" w:space="0" w:color="auto"/>
              <w:left w:val="single" w:sz="4" w:space="0" w:color="auto"/>
              <w:bottom w:val="single" w:sz="4" w:space="0" w:color="auto"/>
              <w:right w:val="single" w:sz="4" w:space="0" w:color="auto"/>
            </w:tcBorders>
            <w:vAlign w:val="center"/>
            <w:hideMark/>
          </w:tcPr>
          <w:p w:rsidR="00E97EA4" w:rsidRPr="00437E05" w:rsidRDefault="00E97EA4" w:rsidP="00E97EA4">
            <w:pPr>
              <w:jc w:val="center"/>
              <w:rPr>
                <w:rFonts w:eastAsia="MS Mincho"/>
                <w:sz w:val="24"/>
                <w:szCs w:val="24"/>
                <w:lang w:val="en-US"/>
              </w:rPr>
            </w:pPr>
            <w:r w:rsidRPr="00437E05">
              <w:rPr>
                <w:rFonts w:eastAsia="MS Mincho"/>
                <w:sz w:val="24"/>
                <w:szCs w:val="24"/>
                <w:lang w:val="en-US"/>
              </w:rPr>
              <w:t>68,8 – 75,4</w:t>
            </w:r>
          </w:p>
        </w:tc>
      </w:tr>
    </w:tbl>
    <w:p w:rsidR="00D808FA" w:rsidRPr="00D808FA" w:rsidRDefault="00D808FA" w:rsidP="00D808FA">
      <w:pPr>
        <w:widowControl/>
        <w:autoSpaceDE/>
        <w:autoSpaceDN/>
        <w:spacing w:line="360" w:lineRule="auto"/>
        <w:rPr>
          <w:rFonts w:eastAsia="MS Mincho"/>
          <w:lang w:val="en-US"/>
        </w:rPr>
      </w:pPr>
    </w:p>
    <w:p w:rsidR="00B632CA" w:rsidRPr="009423E3" w:rsidRDefault="00F90E1B" w:rsidP="00F90E1B">
      <w:pPr>
        <w:widowControl/>
        <w:autoSpaceDE/>
        <w:autoSpaceDN/>
        <w:ind w:firstLine="567"/>
        <w:jc w:val="both"/>
        <w:rPr>
          <w:rFonts w:eastAsia="MS Mincho"/>
          <w:sz w:val="28"/>
          <w:szCs w:val="28"/>
          <w:lang w:val="en-US"/>
        </w:rPr>
      </w:pPr>
      <w:r w:rsidRPr="00F90E1B">
        <w:rPr>
          <w:rFonts w:eastAsia="MS Mincho"/>
          <w:sz w:val="28"/>
          <w:szCs w:val="28"/>
          <w:lang w:val="ru-RU"/>
        </w:rPr>
        <w:t>Сауалнамаға</w:t>
      </w:r>
      <w:r w:rsidRPr="00F90E1B">
        <w:rPr>
          <w:rFonts w:eastAsia="MS Mincho"/>
          <w:sz w:val="28"/>
          <w:szCs w:val="28"/>
          <w:lang w:val="en-US"/>
        </w:rPr>
        <w:t xml:space="preserve"> </w:t>
      </w:r>
      <w:r w:rsidRPr="00F90E1B">
        <w:rPr>
          <w:rFonts w:eastAsia="MS Mincho"/>
          <w:sz w:val="28"/>
          <w:szCs w:val="28"/>
          <w:lang w:val="ru-RU"/>
        </w:rPr>
        <w:t>қатысқандардың</w:t>
      </w:r>
      <w:r w:rsidRPr="00F90E1B">
        <w:rPr>
          <w:rFonts w:eastAsia="MS Mincho"/>
          <w:sz w:val="28"/>
          <w:szCs w:val="28"/>
          <w:lang w:val="en-US"/>
        </w:rPr>
        <w:t xml:space="preserve"> </w:t>
      </w:r>
      <w:r w:rsidRPr="00F90E1B">
        <w:rPr>
          <w:rFonts w:eastAsia="MS Mincho"/>
          <w:sz w:val="28"/>
          <w:szCs w:val="28"/>
          <w:lang w:val="ru-RU"/>
        </w:rPr>
        <w:t>жасына</w:t>
      </w:r>
      <w:r w:rsidRPr="00F90E1B">
        <w:rPr>
          <w:rFonts w:eastAsia="MS Mincho"/>
          <w:sz w:val="28"/>
          <w:szCs w:val="28"/>
          <w:lang w:val="en-US"/>
        </w:rPr>
        <w:t xml:space="preserve"> </w:t>
      </w:r>
      <w:r w:rsidRPr="00F90E1B">
        <w:rPr>
          <w:rFonts w:eastAsia="MS Mincho"/>
          <w:sz w:val="28"/>
          <w:szCs w:val="28"/>
          <w:lang w:val="ru-RU"/>
        </w:rPr>
        <w:t>байланысты</w:t>
      </w:r>
      <w:r w:rsidRPr="00F90E1B">
        <w:rPr>
          <w:rFonts w:eastAsia="MS Mincho"/>
          <w:sz w:val="28"/>
          <w:szCs w:val="28"/>
          <w:lang w:val="en-US"/>
        </w:rPr>
        <w:t xml:space="preserve"> "</w:t>
      </w:r>
      <w:r w:rsidR="00437E05">
        <w:rPr>
          <w:rFonts w:eastAsia="MS Mincho"/>
          <w:sz w:val="28"/>
          <w:szCs w:val="28"/>
          <w:lang w:val="ru-RU"/>
        </w:rPr>
        <w:t>А</w:t>
      </w:r>
      <w:r w:rsidRPr="00F90E1B">
        <w:rPr>
          <w:rFonts w:eastAsia="MS Mincho"/>
          <w:sz w:val="28"/>
          <w:szCs w:val="28"/>
          <w:lang w:val="ru-RU"/>
        </w:rPr>
        <w:t>нтибиотиктерге</w:t>
      </w:r>
      <w:r w:rsidRPr="00F90E1B">
        <w:rPr>
          <w:rFonts w:eastAsia="MS Mincho"/>
          <w:sz w:val="28"/>
          <w:szCs w:val="28"/>
          <w:lang w:val="en-US"/>
        </w:rPr>
        <w:t xml:space="preserve"> </w:t>
      </w:r>
      <w:r w:rsidRPr="00F90E1B">
        <w:rPr>
          <w:rFonts w:eastAsia="MS Mincho"/>
          <w:sz w:val="28"/>
          <w:szCs w:val="28"/>
          <w:lang w:val="ru-RU"/>
        </w:rPr>
        <w:t>төзімділік</w:t>
      </w:r>
      <w:r w:rsidRPr="00F90E1B">
        <w:rPr>
          <w:rFonts w:eastAsia="MS Mincho"/>
          <w:sz w:val="28"/>
          <w:szCs w:val="28"/>
          <w:lang w:val="en-US"/>
        </w:rPr>
        <w:t xml:space="preserve">" </w:t>
      </w:r>
      <w:r w:rsidRPr="00F90E1B">
        <w:rPr>
          <w:rFonts w:eastAsia="MS Mincho"/>
          <w:sz w:val="28"/>
          <w:szCs w:val="28"/>
          <w:lang w:val="ru-RU"/>
        </w:rPr>
        <w:t>көрсеткішіне</w:t>
      </w:r>
      <w:r w:rsidRPr="00F90E1B">
        <w:rPr>
          <w:rFonts w:eastAsia="MS Mincho"/>
          <w:sz w:val="28"/>
          <w:szCs w:val="28"/>
          <w:lang w:val="en-US"/>
        </w:rPr>
        <w:t xml:space="preserve"> </w:t>
      </w:r>
      <w:r w:rsidRPr="00F90E1B">
        <w:rPr>
          <w:rFonts w:eastAsia="MS Mincho"/>
          <w:sz w:val="28"/>
          <w:szCs w:val="28"/>
          <w:lang w:val="ru-RU"/>
        </w:rPr>
        <w:t>талдау</w:t>
      </w:r>
      <w:r w:rsidRPr="00F90E1B">
        <w:rPr>
          <w:rFonts w:eastAsia="MS Mincho"/>
          <w:sz w:val="28"/>
          <w:szCs w:val="28"/>
          <w:lang w:val="en-US"/>
        </w:rPr>
        <w:t xml:space="preserve"> </w:t>
      </w:r>
      <w:r w:rsidRPr="00F90E1B">
        <w:rPr>
          <w:rFonts w:eastAsia="MS Mincho"/>
          <w:sz w:val="28"/>
          <w:szCs w:val="28"/>
          <w:lang w:val="ru-RU"/>
        </w:rPr>
        <w:t>жүргізілді</w:t>
      </w:r>
      <w:r w:rsidR="00437E05" w:rsidRPr="00437E05">
        <w:rPr>
          <w:rFonts w:eastAsia="MS Mincho"/>
          <w:sz w:val="28"/>
          <w:szCs w:val="28"/>
          <w:lang w:val="en-US"/>
        </w:rPr>
        <w:t xml:space="preserve"> (</w:t>
      </w:r>
      <w:r w:rsidR="00437E05">
        <w:rPr>
          <w:rFonts w:eastAsia="MS Mincho"/>
          <w:sz w:val="28"/>
          <w:szCs w:val="28"/>
          <w:lang w:val="ru-RU"/>
        </w:rPr>
        <w:t>кесте</w:t>
      </w:r>
      <w:r w:rsidR="00DF5790">
        <w:rPr>
          <w:rFonts w:eastAsia="MS Mincho"/>
          <w:sz w:val="28"/>
          <w:szCs w:val="28"/>
          <w:lang w:val="en-US"/>
        </w:rPr>
        <w:t xml:space="preserve"> </w:t>
      </w:r>
      <w:r w:rsidR="00DF5790">
        <w:rPr>
          <w:rFonts w:eastAsia="MS Mincho"/>
          <w:sz w:val="28"/>
          <w:szCs w:val="28"/>
        </w:rPr>
        <w:t>10</w:t>
      </w:r>
      <w:r w:rsidR="00437E05" w:rsidRPr="00437E05">
        <w:rPr>
          <w:rFonts w:eastAsia="MS Mincho"/>
          <w:sz w:val="28"/>
          <w:szCs w:val="28"/>
          <w:lang w:val="en-US"/>
        </w:rPr>
        <w:t>)</w:t>
      </w:r>
      <w:r w:rsidRPr="00F90E1B">
        <w:rPr>
          <w:rFonts w:eastAsia="MS Mincho"/>
          <w:sz w:val="28"/>
          <w:szCs w:val="28"/>
          <w:lang w:val="en-US"/>
        </w:rPr>
        <w:t>.</w:t>
      </w:r>
    </w:p>
    <w:p w:rsidR="00F90E1B" w:rsidRDefault="00F90E1B" w:rsidP="00F90E1B">
      <w:pPr>
        <w:widowControl/>
        <w:autoSpaceDE/>
        <w:autoSpaceDN/>
        <w:ind w:firstLine="567"/>
        <w:jc w:val="both"/>
        <w:rPr>
          <w:rFonts w:eastAsia="MS Mincho"/>
          <w:highlight w:val="yellow"/>
        </w:rPr>
      </w:pPr>
    </w:p>
    <w:p w:rsidR="007C06C3" w:rsidRDefault="007C06C3" w:rsidP="00F90E1B">
      <w:pPr>
        <w:widowControl/>
        <w:autoSpaceDE/>
        <w:autoSpaceDN/>
        <w:ind w:firstLine="567"/>
        <w:jc w:val="both"/>
        <w:rPr>
          <w:rFonts w:eastAsia="MS Mincho"/>
          <w:highlight w:val="yellow"/>
        </w:rPr>
      </w:pPr>
    </w:p>
    <w:p w:rsidR="007C06C3" w:rsidRPr="007C06C3" w:rsidRDefault="007C06C3" w:rsidP="00F90E1B">
      <w:pPr>
        <w:widowControl/>
        <w:autoSpaceDE/>
        <w:autoSpaceDN/>
        <w:ind w:firstLine="567"/>
        <w:jc w:val="both"/>
        <w:rPr>
          <w:rFonts w:eastAsia="MS Mincho"/>
          <w:highlight w:val="yellow"/>
        </w:rPr>
      </w:pPr>
    </w:p>
    <w:p w:rsidR="00B632CA" w:rsidRPr="007C06C3" w:rsidRDefault="00F90E1B" w:rsidP="0090719B">
      <w:pPr>
        <w:widowControl/>
        <w:autoSpaceDE/>
        <w:autoSpaceDN/>
        <w:jc w:val="center"/>
        <w:rPr>
          <w:rFonts w:eastAsia="MS Mincho"/>
          <w:sz w:val="28"/>
          <w:szCs w:val="28"/>
        </w:rPr>
      </w:pPr>
      <w:r w:rsidRPr="007C06C3">
        <w:rPr>
          <w:rFonts w:eastAsia="MS Mincho"/>
          <w:sz w:val="28"/>
          <w:szCs w:val="28"/>
        </w:rPr>
        <w:t xml:space="preserve">Кесте </w:t>
      </w:r>
      <w:r w:rsidR="00DF5790">
        <w:rPr>
          <w:rFonts w:eastAsia="MS Mincho"/>
          <w:sz w:val="28"/>
          <w:szCs w:val="28"/>
        </w:rPr>
        <w:t>10</w:t>
      </w:r>
      <w:r w:rsidR="00B632CA" w:rsidRPr="007C06C3">
        <w:rPr>
          <w:rFonts w:eastAsia="MS Mincho"/>
          <w:sz w:val="28"/>
          <w:szCs w:val="28"/>
        </w:rPr>
        <w:t xml:space="preserve"> – </w:t>
      </w:r>
      <w:r w:rsidRPr="007C06C3">
        <w:rPr>
          <w:rFonts w:eastAsia="MS Mincho"/>
          <w:sz w:val="28"/>
          <w:szCs w:val="28"/>
        </w:rPr>
        <w:t>Сауалнамаға қатысқандардың жасына байланысты "антибиотиктерге төзімділік" көрсеткішін талдау</w:t>
      </w:r>
    </w:p>
    <w:p w:rsidR="00437E05" w:rsidRPr="007C06C3" w:rsidRDefault="00437E05" w:rsidP="0090719B">
      <w:pPr>
        <w:widowControl/>
        <w:autoSpaceDE/>
        <w:autoSpaceDN/>
        <w:jc w:val="center"/>
        <w:rPr>
          <w:rFonts w:eastAsia="MS Mincho"/>
          <w:sz w:val="28"/>
          <w:szCs w:val="28"/>
          <w:highlight w:val="yellow"/>
        </w:rPr>
      </w:pPr>
    </w:p>
    <w:tbl>
      <w:tblPr>
        <w:tblStyle w:val="42"/>
        <w:tblW w:w="0" w:type="auto"/>
        <w:jc w:val="center"/>
        <w:tblLook w:val="04A0" w:firstRow="1" w:lastRow="0" w:firstColumn="1" w:lastColumn="0" w:noHBand="0" w:noVBand="1"/>
      </w:tblPr>
      <w:tblGrid>
        <w:gridCol w:w="2008"/>
        <w:gridCol w:w="1618"/>
        <w:gridCol w:w="882"/>
        <w:gridCol w:w="882"/>
        <w:gridCol w:w="882"/>
        <w:gridCol w:w="882"/>
        <w:gridCol w:w="882"/>
        <w:gridCol w:w="882"/>
        <w:gridCol w:w="940"/>
      </w:tblGrid>
      <w:tr w:rsidR="00B632CA" w:rsidRPr="00437E05" w:rsidTr="00E97EA4">
        <w:trPr>
          <w:jc w:val="center"/>
        </w:trPr>
        <w:tc>
          <w:tcPr>
            <w:tcW w:w="1108" w:type="dxa"/>
            <w:vMerge w:val="restart"/>
            <w:vAlign w:val="center"/>
          </w:tcPr>
          <w:p w:rsidR="00B632CA" w:rsidRPr="00437E05" w:rsidRDefault="00F90E1B" w:rsidP="00E97EA4">
            <w:pPr>
              <w:jc w:val="center"/>
              <w:rPr>
                <w:rFonts w:eastAsia="MS Mincho"/>
                <w:sz w:val="24"/>
                <w:szCs w:val="24"/>
                <w:lang w:val="en-US"/>
              </w:rPr>
            </w:pPr>
            <w:r w:rsidRPr="00437E05">
              <w:rPr>
                <w:rFonts w:eastAsia="MS Mincho"/>
                <w:sz w:val="24"/>
                <w:szCs w:val="24"/>
                <w:lang w:val="ru-RU"/>
              </w:rPr>
              <w:t>Көрсеткіш</w:t>
            </w:r>
          </w:p>
        </w:tc>
        <w:tc>
          <w:tcPr>
            <w:tcW w:w="1108" w:type="dxa"/>
            <w:vMerge w:val="restart"/>
            <w:vAlign w:val="center"/>
          </w:tcPr>
          <w:p w:rsidR="00B632CA" w:rsidRPr="00437E05" w:rsidRDefault="00F90E1B" w:rsidP="00E97EA4">
            <w:pPr>
              <w:jc w:val="center"/>
              <w:rPr>
                <w:rFonts w:eastAsia="MS Mincho"/>
                <w:sz w:val="24"/>
                <w:szCs w:val="24"/>
              </w:rPr>
            </w:pPr>
            <w:r w:rsidRPr="00437E05">
              <w:rPr>
                <w:rFonts w:eastAsia="MS Mincho"/>
                <w:sz w:val="24"/>
                <w:szCs w:val="24"/>
                <w:lang w:val="en-US"/>
              </w:rPr>
              <w:t>Категори</w:t>
            </w:r>
            <w:r w:rsidRPr="00437E05">
              <w:rPr>
                <w:rFonts w:eastAsia="MS Mincho"/>
                <w:sz w:val="24"/>
                <w:szCs w:val="24"/>
              </w:rPr>
              <w:t>ялар</w:t>
            </w:r>
          </w:p>
        </w:tc>
        <w:tc>
          <w:tcPr>
            <w:tcW w:w="6648" w:type="dxa"/>
            <w:gridSpan w:val="6"/>
            <w:vAlign w:val="center"/>
          </w:tcPr>
          <w:p w:rsidR="00B632CA" w:rsidRPr="00437E05" w:rsidRDefault="00F90E1B" w:rsidP="00E97EA4">
            <w:pPr>
              <w:jc w:val="center"/>
              <w:rPr>
                <w:rFonts w:eastAsia="MS Mincho"/>
                <w:sz w:val="24"/>
                <w:szCs w:val="24"/>
              </w:rPr>
            </w:pPr>
            <w:r w:rsidRPr="00437E05">
              <w:rPr>
                <w:rFonts w:eastAsia="MS Mincho"/>
                <w:sz w:val="24"/>
                <w:szCs w:val="24"/>
              </w:rPr>
              <w:t>Қатысушылардың жасы</w:t>
            </w:r>
          </w:p>
        </w:tc>
        <w:tc>
          <w:tcPr>
            <w:tcW w:w="1108" w:type="dxa"/>
            <w:vMerge w:val="restart"/>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p</w:t>
            </w:r>
          </w:p>
        </w:tc>
      </w:tr>
      <w:tr w:rsidR="00B632CA" w:rsidRPr="00437E05" w:rsidTr="00E97EA4">
        <w:trPr>
          <w:jc w:val="center"/>
        </w:trPr>
        <w:tc>
          <w:tcPr>
            <w:tcW w:w="1108" w:type="dxa"/>
            <w:vMerge/>
          </w:tcPr>
          <w:p w:rsidR="00B632CA" w:rsidRPr="00437E05" w:rsidRDefault="00B632CA" w:rsidP="00E97EA4">
            <w:pPr>
              <w:rPr>
                <w:rFonts w:eastAsia="MS Mincho"/>
                <w:sz w:val="24"/>
                <w:szCs w:val="24"/>
                <w:lang w:val="en-US"/>
              </w:rPr>
            </w:pPr>
          </w:p>
        </w:tc>
        <w:tc>
          <w:tcPr>
            <w:tcW w:w="1108" w:type="dxa"/>
            <w:vMerge/>
          </w:tcPr>
          <w:p w:rsidR="00B632CA" w:rsidRPr="00437E05" w:rsidRDefault="00B632CA" w:rsidP="00E97EA4">
            <w:pPr>
              <w:rPr>
                <w:rFonts w:eastAsia="MS Mincho"/>
                <w:sz w:val="24"/>
                <w:szCs w:val="24"/>
                <w:lang w:val="en-US"/>
              </w:rPr>
            </w:pP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 xml:space="preserve">18-24 </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25-34</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35-44</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45-54</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55-64</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65+</w:t>
            </w:r>
          </w:p>
        </w:tc>
        <w:tc>
          <w:tcPr>
            <w:tcW w:w="1108" w:type="dxa"/>
            <w:vMerge/>
          </w:tcPr>
          <w:p w:rsidR="00B632CA" w:rsidRPr="00437E05" w:rsidRDefault="00B632CA" w:rsidP="00E97EA4">
            <w:pPr>
              <w:rPr>
                <w:rFonts w:eastAsia="MS Mincho"/>
                <w:sz w:val="24"/>
                <w:szCs w:val="24"/>
                <w:lang w:val="en-US"/>
              </w:rPr>
            </w:pPr>
          </w:p>
        </w:tc>
      </w:tr>
      <w:tr w:rsidR="00B632CA" w:rsidRPr="00437E05" w:rsidTr="00E97EA4">
        <w:trPr>
          <w:jc w:val="center"/>
        </w:trPr>
        <w:tc>
          <w:tcPr>
            <w:tcW w:w="1108" w:type="dxa"/>
            <w:vMerge w:val="restart"/>
            <w:vAlign w:val="center"/>
          </w:tcPr>
          <w:p w:rsidR="00B632CA" w:rsidRPr="00437E05" w:rsidRDefault="00F90E1B" w:rsidP="00E97EA4">
            <w:pPr>
              <w:jc w:val="center"/>
              <w:rPr>
                <w:rFonts w:eastAsia="MS Mincho"/>
                <w:sz w:val="24"/>
                <w:szCs w:val="24"/>
              </w:rPr>
            </w:pPr>
            <w:r w:rsidRPr="00437E05">
              <w:rPr>
                <w:rFonts w:eastAsia="MS Mincho"/>
                <w:sz w:val="24"/>
                <w:szCs w:val="24"/>
              </w:rPr>
              <w:t>Антибиотиктерге төзімділік</w:t>
            </w:r>
          </w:p>
        </w:tc>
        <w:tc>
          <w:tcPr>
            <w:tcW w:w="1108" w:type="dxa"/>
            <w:vAlign w:val="center"/>
          </w:tcPr>
          <w:p w:rsidR="00B632CA" w:rsidRPr="00437E05" w:rsidRDefault="00F90E1B" w:rsidP="00E97EA4">
            <w:pPr>
              <w:jc w:val="center"/>
              <w:rPr>
                <w:rFonts w:eastAsia="MS Mincho"/>
                <w:sz w:val="24"/>
                <w:szCs w:val="24"/>
              </w:rPr>
            </w:pPr>
            <w:r w:rsidRPr="00437E05">
              <w:rPr>
                <w:rFonts w:eastAsia="MS Mincho"/>
                <w:sz w:val="24"/>
                <w:szCs w:val="24"/>
              </w:rPr>
              <w:t>Иә</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137 (31,3)</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45 (39,5)</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39 (54,2)</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14 (38,9)</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12 (25,0)</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5 (26,3)</w:t>
            </w:r>
          </w:p>
        </w:tc>
        <w:tc>
          <w:tcPr>
            <w:tcW w:w="1108" w:type="dxa"/>
            <w:vMerge w:val="restart"/>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0,003*</w:t>
            </w:r>
            <w:r w:rsidRPr="00437E05">
              <w:rPr>
                <w:rFonts w:eastAsia="MS Mincho"/>
                <w:sz w:val="24"/>
                <w:szCs w:val="24"/>
                <w:lang w:val="en-US"/>
              </w:rPr>
              <w:br/>
              <w:t>p</w:t>
            </w:r>
            <w:r w:rsidRPr="00437E05">
              <w:rPr>
                <w:rFonts w:eastAsia="MS Mincho"/>
                <w:sz w:val="24"/>
                <w:szCs w:val="24"/>
                <w:vertAlign w:val="subscript"/>
                <w:lang w:val="en-US"/>
              </w:rPr>
              <w:t>18-24  – 35-44</w:t>
            </w:r>
            <w:r w:rsidRPr="00437E05">
              <w:rPr>
                <w:rFonts w:eastAsia="MS Mincho"/>
                <w:sz w:val="24"/>
                <w:szCs w:val="24"/>
                <w:lang w:val="en-US"/>
              </w:rPr>
              <w:t xml:space="preserve"> = 0,002</w:t>
            </w:r>
            <w:r w:rsidRPr="00437E05">
              <w:rPr>
                <w:rFonts w:eastAsia="MS Mincho"/>
                <w:sz w:val="24"/>
                <w:szCs w:val="24"/>
                <w:lang w:val="en-US"/>
              </w:rPr>
              <w:br/>
              <w:t>p</w:t>
            </w:r>
            <w:r w:rsidRPr="00437E05">
              <w:rPr>
                <w:rFonts w:eastAsia="MS Mincho"/>
                <w:sz w:val="24"/>
                <w:szCs w:val="24"/>
                <w:vertAlign w:val="subscript"/>
                <w:lang w:val="en-US"/>
              </w:rPr>
              <w:t>35-44 – 55-64</w:t>
            </w:r>
            <w:r w:rsidRPr="00437E05">
              <w:rPr>
                <w:rFonts w:eastAsia="MS Mincho"/>
                <w:sz w:val="24"/>
                <w:szCs w:val="24"/>
                <w:lang w:val="en-US"/>
              </w:rPr>
              <w:t xml:space="preserve"> = 0,022</w:t>
            </w:r>
          </w:p>
        </w:tc>
      </w:tr>
      <w:tr w:rsidR="00B632CA" w:rsidRPr="00D7737E" w:rsidTr="00E97EA4">
        <w:trPr>
          <w:jc w:val="center"/>
        </w:trPr>
        <w:tc>
          <w:tcPr>
            <w:tcW w:w="1108" w:type="dxa"/>
            <w:vMerge/>
          </w:tcPr>
          <w:p w:rsidR="00B632CA" w:rsidRPr="00437E05" w:rsidRDefault="00B632CA" w:rsidP="00E97EA4">
            <w:pPr>
              <w:rPr>
                <w:rFonts w:eastAsia="MS Mincho"/>
                <w:sz w:val="24"/>
                <w:szCs w:val="24"/>
                <w:lang w:val="en-US"/>
              </w:rPr>
            </w:pPr>
          </w:p>
        </w:tc>
        <w:tc>
          <w:tcPr>
            <w:tcW w:w="1108" w:type="dxa"/>
            <w:vAlign w:val="center"/>
          </w:tcPr>
          <w:p w:rsidR="00B632CA" w:rsidRPr="00437E05" w:rsidRDefault="00F90E1B" w:rsidP="00E97EA4">
            <w:pPr>
              <w:jc w:val="center"/>
              <w:rPr>
                <w:rFonts w:eastAsia="MS Mincho"/>
                <w:sz w:val="24"/>
                <w:szCs w:val="24"/>
              </w:rPr>
            </w:pPr>
            <w:r w:rsidRPr="00437E05">
              <w:rPr>
                <w:rFonts w:eastAsia="MS Mincho"/>
                <w:sz w:val="24"/>
                <w:szCs w:val="24"/>
              </w:rPr>
              <w:t>Жоқ</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301 (68,7)</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69 (60,5)</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33 (45,8)</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22 (61,1)</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36 (75,0)</w:t>
            </w:r>
          </w:p>
        </w:tc>
        <w:tc>
          <w:tcPr>
            <w:tcW w:w="1108" w:type="dxa"/>
            <w:vAlign w:val="center"/>
          </w:tcPr>
          <w:p w:rsidR="00B632CA" w:rsidRPr="00437E05" w:rsidRDefault="00B632CA" w:rsidP="00E97EA4">
            <w:pPr>
              <w:jc w:val="center"/>
              <w:rPr>
                <w:rFonts w:eastAsia="MS Mincho"/>
                <w:sz w:val="24"/>
                <w:szCs w:val="24"/>
                <w:lang w:val="en-US"/>
              </w:rPr>
            </w:pPr>
            <w:r w:rsidRPr="00437E05">
              <w:rPr>
                <w:rFonts w:eastAsia="MS Mincho"/>
                <w:sz w:val="24"/>
                <w:szCs w:val="24"/>
                <w:lang w:val="en-US"/>
              </w:rPr>
              <w:t>14 (73,7)</w:t>
            </w:r>
          </w:p>
        </w:tc>
        <w:tc>
          <w:tcPr>
            <w:tcW w:w="1108" w:type="dxa"/>
            <w:vMerge/>
          </w:tcPr>
          <w:p w:rsidR="00B632CA" w:rsidRPr="00437E05" w:rsidRDefault="00B632CA" w:rsidP="00E97EA4">
            <w:pPr>
              <w:rPr>
                <w:rFonts w:eastAsia="MS Mincho"/>
                <w:sz w:val="24"/>
                <w:szCs w:val="24"/>
                <w:lang w:val="en-US"/>
              </w:rPr>
            </w:pPr>
          </w:p>
        </w:tc>
      </w:tr>
    </w:tbl>
    <w:p w:rsidR="00B632CA" w:rsidRPr="00DF5790" w:rsidRDefault="00B632CA" w:rsidP="00DF5790">
      <w:pPr>
        <w:widowControl/>
        <w:autoSpaceDE/>
        <w:autoSpaceDN/>
        <w:spacing w:line="360" w:lineRule="auto"/>
        <w:jc w:val="center"/>
        <w:rPr>
          <w:rFonts w:eastAsia="MS Mincho"/>
        </w:rPr>
      </w:pPr>
      <w:r w:rsidRPr="00437E05">
        <w:rPr>
          <w:rFonts w:eastAsia="MS Mincho"/>
        </w:rPr>
        <w:t xml:space="preserve">* – </w:t>
      </w:r>
      <w:r w:rsidR="00F90E1B" w:rsidRPr="00437E05">
        <w:rPr>
          <w:rFonts w:eastAsia="MS Mincho"/>
        </w:rPr>
        <w:t xml:space="preserve">көрсеткіштердегі айырмашылықтар статистикалық маңызды </w:t>
      </w:r>
      <w:r w:rsidR="00DF5790">
        <w:rPr>
          <w:rFonts w:eastAsia="MS Mincho"/>
        </w:rPr>
        <w:t>(p &lt; 0,05)</w:t>
      </w:r>
    </w:p>
    <w:p w:rsidR="00B632CA" w:rsidRPr="00F90E1B" w:rsidRDefault="00F90E1B" w:rsidP="00F90E1B">
      <w:pPr>
        <w:widowControl/>
        <w:autoSpaceDE/>
        <w:autoSpaceDN/>
        <w:ind w:firstLine="567"/>
        <w:jc w:val="both"/>
        <w:rPr>
          <w:rFonts w:eastAsia="MS Mincho"/>
          <w:sz w:val="28"/>
          <w:szCs w:val="28"/>
        </w:rPr>
      </w:pPr>
      <w:r w:rsidRPr="00F90E1B">
        <w:rPr>
          <w:rFonts w:eastAsia="MS Mincho"/>
          <w:sz w:val="28"/>
          <w:szCs w:val="28"/>
        </w:rPr>
        <w:t>Алынған мәліметтерге сәйкес, сауалнамаға қат</w:t>
      </w:r>
      <w:r w:rsidR="007C06C3">
        <w:rPr>
          <w:rFonts w:eastAsia="MS Mincho"/>
          <w:sz w:val="28"/>
          <w:szCs w:val="28"/>
        </w:rPr>
        <w:t>ысқандардың жасына байланысты "А</w:t>
      </w:r>
      <w:r w:rsidRPr="00F90E1B">
        <w:rPr>
          <w:rFonts w:eastAsia="MS Mincho"/>
          <w:sz w:val="28"/>
          <w:szCs w:val="28"/>
        </w:rPr>
        <w:t xml:space="preserve">нтибиотиктерге төзімділік" көрсеткішін салыстыру кезінде статистикалық маңызды айырмашылықтар анықталды (p = 0,003) (қолданылатын әдіс: Пирсонның хи-квадраты) </w:t>
      </w:r>
      <w:r w:rsidRPr="00437E05">
        <w:rPr>
          <w:rFonts w:eastAsia="MS Mincho"/>
          <w:sz w:val="28"/>
          <w:szCs w:val="28"/>
        </w:rPr>
        <w:t>(сурет</w:t>
      </w:r>
      <w:r w:rsidR="00DF5790">
        <w:rPr>
          <w:rFonts w:eastAsia="MS Mincho"/>
          <w:sz w:val="28"/>
          <w:szCs w:val="28"/>
        </w:rPr>
        <w:t xml:space="preserve"> 13</w:t>
      </w:r>
      <w:r w:rsidRPr="00437E05">
        <w:rPr>
          <w:rFonts w:eastAsia="MS Mincho"/>
          <w:sz w:val="28"/>
          <w:szCs w:val="28"/>
        </w:rPr>
        <w:t>).</w:t>
      </w:r>
    </w:p>
    <w:p w:rsidR="00F90E1B" w:rsidRPr="00F90E1B" w:rsidRDefault="00F90E1B" w:rsidP="00F90E1B">
      <w:pPr>
        <w:widowControl/>
        <w:autoSpaceDE/>
        <w:autoSpaceDN/>
        <w:ind w:firstLine="567"/>
        <w:jc w:val="both"/>
        <w:rPr>
          <w:rFonts w:eastAsia="MS Mincho"/>
          <w:highlight w:val="yellow"/>
        </w:rPr>
      </w:pPr>
    </w:p>
    <w:p w:rsidR="00B632CA" w:rsidRPr="00D7737E" w:rsidRDefault="008057EA" w:rsidP="00437E05">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5D444A86" wp14:editId="1FEBDD7C">
            <wp:extent cx="6122670" cy="3081240"/>
            <wp:effectExtent l="0" t="0" r="0" b="508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2670" cy="3081240"/>
                    </a:xfrm>
                    <a:prstGeom prst="rect">
                      <a:avLst/>
                    </a:prstGeom>
                  </pic:spPr>
                </pic:pic>
              </a:graphicData>
            </a:graphic>
          </wp:inline>
        </w:drawing>
      </w:r>
    </w:p>
    <w:p w:rsidR="0090719B" w:rsidRPr="009423E3" w:rsidRDefault="00F90E1B" w:rsidP="0090719B">
      <w:pPr>
        <w:widowControl/>
        <w:autoSpaceDE/>
        <w:autoSpaceDN/>
        <w:jc w:val="center"/>
        <w:rPr>
          <w:rFonts w:eastAsia="MS Mincho"/>
          <w:sz w:val="28"/>
          <w:szCs w:val="28"/>
          <w:lang w:val="en-US"/>
        </w:rPr>
      </w:pPr>
      <w:r w:rsidRPr="00437E05">
        <w:rPr>
          <w:rFonts w:eastAsia="MS Mincho"/>
          <w:sz w:val="28"/>
          <w:szCs w:val="28"/>
          <w:lang w:val="ru-RU"/>
        </w:rPr>
        <w:t>Сурет</w:t>
      </w:r>
      <w:r w:rsidRPr="00437E05">
        <w:rPr>
          <w:rFonts w:eastAsia="MS Mincho"/>
          <w:sz w:val="28"/>
          <w:szCs w:val="28"/>
          <w:lang w:val="en-US"/>
        </w:rPr>
        <w:t xml:space="preserve"> </w:t>
      </w:r>
      <w:r w:rsidR="00DF5790">
        <w:rPr>
          <w:rFonts w:eastAsia="MS Mincho"/>
          <w:sz w:val="28"/>
          <w:szCs w:val="28"/>
        </w:rPr>
        <w:t>13</w:t>
      </w:r>
      <w:r w:rsidR="00B632CA" w:rsidRPr="00437E05">
        <w:rPr>
          <w:rFonts w:eastAsia="MS Mincho"/>
          <w:sz w:val="28"/>
          <w:szCs w:val="28"/>
          <w:lang w:val="en-US"/>
        </w:rPr>
        <w:t xml:space="preserve"> – </w:t>
      </w:r>
      <w:r w:rsidRPr="00F90E1B">
        <w:rPr>
          <w:rFonts w:eastAsia="MS Mincho"/>
          <w:sz w:val="28"/>
          <w:szCs w:val="28"/>
          <w:lang w:val="ru-RU"/>
        </w:rPr>
        <w:t>Сауалнамаға</w:t>
      </w:r>
      <w:r w:rsidRPr="00F90E1B">
        <w:rPr>
          <w:rFonts w:eastAsia="MS Mincho"/>
          <w:sz w:val="28"/>
          <w:szCs w:val="28"/>
          <w:lang w:val="en-US"/>
        </w:rPr>
        <w:t xml:space="preserve"> </w:t>
      </w:r>
      <w:r w:rsidRPr="00F90E1B">
        <w:rPr>
          <w:rFonts w:eastAsia="MS Mincho"/>
          <w:sz w:val="28"/>
          <w:szCs w:val="28"/>
          <w:lang w:val="ru-RU"/>
        </w:rPr>
        <w:t>қатысқандардың</w:t>
      </w:r>
      <w:r w:rsidRPr="00F90E1B">
        <w:rPr>
          <w:rFonts w:eastAsia="MS Mincho"/>
          <w:sz w:val="28"/>
          <w:szCs w:val="28"/>
          <w:lang w:val="en-US"/>
        </w:rPr>
        <w:t xml:space="preserve"> </w:t>
      </w:r>
      <w:r w:rsidRPr="00F90E1B">
        <w:rPr>
          <w:rFonts w:eastAsia="MS Mincho"/>
          <w:sz w:val="28"/>
          <w:szCs w:val="28"/>
          <w:lang w:val="ru-RU"/>
        </w:rPr>
        <w:t>жасына</w:t>
      </w:r>
      <w:r w:rsidRPr="00F90E1B">
        <w:rPr>
          <w:rFonts w:eastAsia="MS Mincho"/>
          <w:sz w:val="28"/>
          <w:szCs w:val="28"/>
          <w:lang w:val="en-US"/>
        </w:rPr>
        <w:t xml:space="preserve"> </w:t>
      </w:r>
      <w:r w:rsidRPr="00F90E1B">
        <w:rPr>
          <w:rFonts w:eastAsia="MS Mincho"/>
          <w:sz w:val="28"/>
          <w:szCs w:val="28"/>
          <w:lang w:val="ru-RU"/>
        </w:rPr>
        <w:t>байланысты</w:t>
      </w:r>
      <w:r w:rsidRPr="00F90E1B">
        <w:rPr>
          <w:rFonts w:eastAsia="MS Mincho"/>
          <w:sz w:val="28"/>
          <w:szCs w:val="28"/>
          <w:lang w:val="en-US"/>
        </w:rPr>
        <w:t xml:space="preserve"> "</w:t>
      </w:r>
      <w:r w:rsidRPr="00F90E1B">
        <w:rPr>
          <w:rFonts w:eastAsia="MS Mincho"/>
          <w:sz w:val="28"/>
          <w:szCs w:val="28"/>
          <w:lang w:val="ru-RU"/>
        </w:rPr>
        <w:t>антибиотиктерге</w:t>
      </w:r>
      <w:r w:rsidRPr="00F90E1B">
        <w:rPr>
          <w:rFonts w:eastAsia="MS Mincho"/>
          <w:sz w:val="28"/>
          <w:szCs w:val="28"/>
          <w:lang w:val="en-US"/>
        </w:rPr>
        <w:t xml:space="preserve"> </w:t>
      </w:r>
      <w:r w:rsidRPr="00F90E1B">
        <w:rPr>
          <w:rFonts w:eastAsia="MS Mincho"/>
          <w:sz w:val="28"/>
          <w:szCs w:val="28"/>
          <w:lang w:val="ru-RU"/>
        </w:rPr>
        <w:t>төзімділік</w:t>
      </w:r>
      <w:r w:rsidRPr="00F90E1B">
        <w:rPr>
          <w:rFonts w:eastAsia="MS Mincho"/>
          <w:sz w:val="28"/>
          <w:szCs w:val="28"/>
          <w:lang w:val="en-US"/>
        </w:rPr>
        <w:t xml:space="preserve">" </w:t>
      </w:r>
      <w:r w:rsidRPr="00F90E1B">
        <w:rPr>
          <w:rFonts w:eastAsia="MS Mincho"/>
          <w:sz w:val="28"/>
          <w:szCs w:val="28"/>
          <w:lang w:val="ru-RU"/>
        </w:rPr>
        <w:t>көрсеткішін</w:t>
      </w:r>
      <w:r w:rsidRPr="00F90E1B">
        <w:rPr>
          <w:rFonts w:eastAsia="MS Mincho"/>
          <w:sz w:val="28"/>
          <w:szCs w:val="28"/>
          <w:lang w:val="en-US"/>
        </w:rPr>
        <w:t xml:space="preserve"> </w:t>
      </w:r>
      <w:r w:rsidRPr="00F90E1B">
        <w:rPr>
          <w:rFonts w:eastAsia="MS Mincho"/>
          <w:sz w:val="28"/>
          <w:szCs w:val="28"/>
          <w:lang w:val="ru-RU"/>
        </w:rPr>
        <w:t>талдау</w:t>
      </w:r>
    </w:p>
    <w:p w:rsidR="00F90E1B" w:rsidRPr="00F90E1B" w:rsidRDefault="00F90E1B" w:rsidP="0090719B">
      <w:pPr>
        <w:widowControl/>
        <w:autoSpaceDE/>
        <w:autoSpaceDN/>
        <w:jc w:val="center"/>
        <w:rPr>
          <w:rFonts w:eastAsia="MS Mincho"/>
          <w:sz w:val="28"/>
          <w:szCs w:val="28"/>
          <w:highlight w:val="yellow"/>
          <w:lang w:val="en-US"/>
        </w:rPr>
      </w:pPr>
    </w:p>
    <w:p w:rsidR="00B632CA" w:rsidRDefault="006E543D" w:rsidP="006E543D">
      <w:pPr>
        <w:widowControl/>
        <w:autoSpaceDE/>
        <w:autoSpaceDN/>
        <w:ind w:firstLine="567"/>
        <w:jc w:val="both"/>
        <w:rPr>
          <w:rFonts w:eastAsia="MS Mincho"/>
          <w:sz w:val="28"/>
          <w:szCs w:val="28"/>
        </w:rPr>
      </w:pPr>
      <w:r w:rsidRPr="006E543D">
        <w:rPr>
          <w:rFonts w:eastAsia="MS Mincho"/>
          <w:sz w:val="28"/>
          <w:szCs w:val="28"/>
          <w:lang w:val="ru-RU"/>
        </w:rPr>
        <w:t>Біз</w:t>
      </w:r>
      <w:r w:rsidRPr="006E543D">
        <w:rPr>
          <w:rFonts w:eastAsia="MS Mincho"/>
          <w:sz w:val="28"/>
          <w:szCs w:val="28"/>
          <w:lang w:val="en-US"/>
        </w:rPr>
        <w:t xml:space="preserve"> </w:t>
      </w:r>
      <w:r w:rsidRPr="006E543D">
        <w:rPr>
          <w:rFonts w:eastAsia="MS Mincho"/>
          <w:sz w:val="28"/>
          <w:szCs w:val="28"/>
          <w:lang w:val="ru-RU"/>
        </w:rPr>
        <w:t>сауалнамаға</w:t>
      </w:r>
      <w:r w:rsidRPr="006E543D">
        <w:rPr>
          <w:rFonts w:eastAsia="MS Mincho"/>
          <w:sz w:val="28"/>
          <w:szCs w:val="28"/>
          <w:lang w:val="en-US"/>
        </w:rPr>
        <w:t xml:space="preserve"> </w:t>
      </w:r>
      <w:r w:rsidRPr="006E543D">
        <w:rPr>
          <w:rFonts w:eastAsia="MS Mincho"/>
          <w:sz w:val="28"/>
          <w:szCs w:val="28"/>
          <w:lang w:val="ru-RU"/>
        </w:rPr>
        <w:t>қатысқандардың</w:t>
      </w:r>
      <w:r w:rsidRPr="006E543D">
        <w:rPr>
          <w:rFonts w:eastAsia="MS Mincho"/>
          <w:sz w:val="28"/>
          <w:szCs w:val="28"/>
          <w:lang w:val="en-US"/>
        </w:rPr>
        <w:t xml:space="preserve"> </w:t>
      </w:r>
      <w:r w:rsidRPr="006E543D">
        <w:rPr>
          <w:rFonts w:eastAsia="MS Mincho"/>
          <w:sz w:val="28"/>
          <w:szCs w:val="28"/>
          <w:lang w:val="ru-RU"/>
        </w:rPr>
        <w:t>жасына</w:t>
      </w:r>
      <w:r w:rsidRPr="006E543D">
        <w:rPr>
          <w:rFonts w:eastAsia="MS Mincho"/>
          <w:sz w:val="28"/>
          <w:szCs w:val="28"/>
          <w:lang w:val="en-US"/>
        </w:rPr>
        <w:t xml:space="preserve"> </w:t>
      </w:r>
      <w:r w:rsidRPr="006E543D">
        <w:rPr>
          <w:rFonts w:eastAsia="MS Mincho"/>
          <w:sz w:val="28"/>
          <w:szCs w:val="28"/>
          <w:lang w:val="ru-RU"/>
        </w:rPr>
        <w:t>байланысты</w:t>
      </w:r>
      <w:r w:rsidRPr="006E543D">
        <w:rPr>
          <w:rFonts w:eastAsia="MS Mincho"/>
          <w:sz w:val="28"/>
          <w:szCs w:val="28"/>
          <w:lang w:val="en-US"/>
        </w:rPr>
        <w:t xml:space="preserve"> "</w:t>
      </w:r>
      <w:r w:rsidR="007C06C3">
        <w:rPr>
          <w:rFonts w:eastAsia="MS Mincho"/>
          <w:sz w:val="28"/>
          <w:szCs w:val="28"/>
          <w:lang w:val="ru-RU"/>
        </w:rPr>
        <w:t>М</w:t>
      </w:r>
      <w:r w:rsidRPr="006E543D">
        <w:rPr>
          <w:rFonts w:eastAsia="MS Mincho"/>
          <w:sz w:val="28"/>
          <w:szCs w:val="28"/>
          <w:lang w:val="ru-RU"/>
        </w:rPr>
        <w:t>икробқа</w:t>
      </w:r>
      <w:r w:rsidRPr="006E543D">
        <w:rPr>
          <w:rFonts w:eastAsia="MS Mincho"/>
          <w:sz w:val="28"/>
          <w:szCs w:val="28"/>
          <w:lang w:val="en-US"/>
        </w:rPr>
        <w:t xml:space="preserve"> </w:t>
      </w:r>
      <w:r w:rsidRPr="006E543D">
        <w:rPr>
          <w:rFonts w:eastAsia="MS Mincho"/>
          <w:sz w:val="28"/>
          <w:szCs w:val="28"/>
          <w:lang w:val="ru-RU"/>
        </w:rPr>
        <w:t>қарсы</w:t>
      </w:r>
      <w:r w:rsidRPr="006E543D">
        <w:rPr>
          <w:rFonts w:eastAsia="MS Mincho"/>
          <w:sz w:val="28"/>
          <w:szCs w:val="28"/>
          <w:lang w:val="en-US"/>
        </w:rPr>
        <w:t xml:space="preserve"> </w:t>
      </w:r>
      <w:r w:rsidRPr="006E543D">
        <w:rPr>
          <w:rFonts w:eastAsia="MS Mincho"/>
          <w:sz w:val="28"/>
          <w:szCs w:val="28"/>
          <w:lang w:val="ru-RU"/>
        </w:rPr>
        <w:t>препараттарға</w:t>
      </w:r>
      <w:r w:rsidRPr="006E543D">
        <w:rPr>
          <w:rFonts w:eastAsia="MS Mincho"/>
          <w:sz w:val="28"/>
          <w:szCs w:val="28"/>
          <w:lang w:val="en-US"/>
        </w:rPr>
        <w:t xml:space="preserve"> </w:t>
      </w:r>
      <w:r w:rsidRPr="006E543D">
        <w:rPr>
          <w:rFonts w:eastAsia="MS Mincho"/>
          <w:sz w:val="28"/>
          <w:szCs w:val="28"/>
          <w:lang w:val="ru-RU"/>
        </w:rPr>
        <w:t>төзімділік</w:t>
      </w:r>
      <w:r w:rsidRPr="006E543D">
        <w:rPr>
          <w:rFonts w:eastAsia="MS Mincho"/>
          <w:sz w:val="28"/>
          <w:szCs w:val="28"/>
          <w:lang w:val="en-US"/>
        </w:rPr>
        <w:t xml:space="preserve">" </w:t>
      </w:r>
      <w:r w:rsidRPr="006E543D">
        <w:rPr>
          <w:rFonts w:eastAsia="MS Mincho"/>
          <w:sz w:val="28"/>
          <w:szCs w:val="28"/>
          <w:lang w:val="ru-RU"/>
        </w:rPr>
        <w:t>көрсеткішіне</w:t>
      </w:r>
      <w:r w:rsidRPr="006E543D">
        <w:rPr>
          <w:rFonts w:eastAsia="MS Mincho"/>
          <w:sz w:val="28"/>
          <w:szCs w:val="28"/>
          <w:lang w:val="en-US"/>
        </w:rPr>
        <w:t xml:space="preserve"> </w:t>
      </w:r>
      <w:r w:rsidRPr="006E543D">
        <w:rPr>
          <w:rFonts w:eastAsia="MS Mincho"/>
          <w:sz w:val="28"/>
          <w:szCs w:val="28"/>
          <w:lang w:val="ru-RU"/>
        </w:rPr>
        <w:t>талдау</w:t>
      </w:r>
      <w:r w:rsidRPr="006E543D">
        <w:rPr>
          <w:rFonts w:eastAsia="MS Mincho"/>
          <w:sz w:val="28"/>
          <w:szCs w:val="28"/>
          <w:lang w:val="en-US"/>
        </w:rPr>
        <w:t xml:space="preserve"> </w:t>
      </w:r>
      <w:r w:rsidRPr="006E543D">
        <w:rPr>
          <w:rFonts w:eastAsia="MS Mincho"/>
          <w:sz w:val="28"/>
          <w:szCs w:val="28"/>
          <w:lang w:val="ru-RU"/>
        </w:rPr>
        <w:t>жасадық</w:t>
      </w:r>
      <w:r w:rsidR="00437E05" w:rsidRPr="00437E05">
        <w:rPr>
          <w:rFonts w:eastAsia="MS Mincho"/>
          <w:sz w:val="28"/>
          <w:szCs w:val="28"/>
          <w:lang w:val="en-US"/>
        </w:rPr>
        <w:t xml:space="preserve"> (</w:t>
      </w:r>
      <w:r w:rsidR="00437E05">
        <w:rPr>
          <w:rFonts w:eastAsia="MS Mincho"/>
          <w:sz w:val="28"/>
          <w:szCs w:val="28"/>
          <w:lang w:val="ru-RU"/>
        </w:rPr>
        <w:t>кесте</w:t>
      </w:r>
      <w:r w:rsidR="00DF5790">
        <w:rPr>
          <w:rFonts w:eastAsia="MS Mincho"/>
          <w:sz w:val="28"/>
          <w:szCs w:val="28"/>
          <w:lang w:val="en-US"/>
        </w:rPr>
        <w:t xml:space="preserve"> </w:t>
      </w:r>
      <w:r w:rsidR="00DF5790">
        <w:rPr>
          <w:rFonts w:eastAsia="MS Mincho"/>
          <w:sz w:val="28"/>
          <w:szCs w:val="28"/>
        </w:rPr>
        <w:t>11</w:t>
      </w:r>
      <w:r w:rsidR="00437E05" w:rsidRPr="00437E05">
        <w:rPr>
          <w:rFonts w:eastAsia="MS Mincho"/>
          <w:sz w:val="28"/>
          <w:szCs w:val="28"/>
          <w:lang w:val="en-US"/>
        </w:rPr>
        <w:t>)</w:t>
      </w:r>
      <w:r w:rsidRPr="006E543D">
        <w:rPr>
          <w:rFonts w:eastAsia="MS Mincho"/>
          <w:sz w:val="28"/>
          <w:szCs w:val="28"/>
          <w:lang w:val="en-US"/>
        </w:rPr>
        <w:t>.</w:t>
      </w:r>
    </w:p>
    <w:p w:rsidR="006E543D" w:rsidRPr="006E543D" w:rsidRDefault="006E543D" w:rsidP="006E543D">
      <w:pPr>
        <w:widowControl/>
        <w:autoSpaceDE/>
        <w:autoSpaceDN/>
        <w:ind w:firstLine="567"/>
        <w:jc w:val="both"/>
        <w:rPr>
          <w:rFonts w:eastAsia="MS Mincho"/>
          <w:highlight w:val="yellow"/>
        </w:rPr>
      </w:pPr>
    </w:p>
    <w:p w:rsidR="00C12BE6" w:rsidRPr="00DF5790" w:rsidRDefault="006E543D" w:rsidP="00A96A95">
      <w:pPr>
        <w:widowControl/>
        <w:autoSpaceDE/>
        <w:autoSpaceDN/>
        <w:rPr>
          <w:rFonts w:eastAsia="MS Mincho"/>
          <w:sz w:val="28"/>
          <w:szCs w:val="28"/>
        </w:rPr>
      </w:pPr>
      <w:r w:rsidRPr="00C12BE6">
        <w:rPr>
          <w:rFonts w:eastAsia="MS Mincho"/>
          <w:sz w:val="28"/>
          <w:szCs w:val="28"/>
        </w:rPr>
        <w:t>Кесте</w:t>
      </w:r>
      <w:r w:rsidR="00DF5790">
        <w:rPr>
          <w:rFonts w:eastAsia="MS Mincho"/>
          <w:sz w:val="28"/>
          <w:szCs w:val="28"/>
        </w:rPr>
        <w:t xml:space="preserve"> 11</w:t>
      </w:r>
      <w:r w:rsidR="00B632CA" w:rsidRPr="00C12BE6">
        <w:rPr>
          <w:rFonts w:eastAsia="MS Mincho"/>
          <w:sz w:val="28"/>
          <w:szCs w:val="28"/>
        </w:rPr>
        <w:t xml:space="preserve"> – </w:t>
      </w:r>
      <w:r w:rsidRPr="00C12BE6">
        <w:rPr>
          <w:rFonts w:eastAsia="MS Mincho"/>
          <w:sz w:val="28"/>
          <w:szCs w:val="28"/>
        </w:rPr>
        <w:t>Сауалнамаға қатысқандардың жасына байланысты "Микробқа қарсы препараттарға төзімділік" көрсеткішін талдау</w:t>
      </w:r>
    </w:p>
    <w:tbl>
      <w:tblPr>
        <w:tblStyle w:val="42"/>
        <w:tblW w:w="0" w:type="auto"/>
        <w:jc w:val="center"/>
        <w:tblLook w:val="04A0" w:firstRow="1" w:lastRow="0" w:firstColumn="1" w:lastColumn="0" w:noHBand="0" w:noVBand="1"/>
      </w:tblPr>
      <w:tblGrid>
        <w:gridCol w:w="1917"/>
        <w:gridCol w:w="1618"/>
        <w:gridCol w:w="882"/>
        <w:gridCol w:w="883"/>
        <w:gridCol w:w="883"/>
        <w:gridCol w:w="883"/>
        <w:gridCol w:w="883"/>
        <w:gridCol w:w="969"/>
        <w:gridCol w:w="940"/>
      </w:tblGrid>
      <w:tr w:rsidR="00B632CA" w:rsidRPr="00C12BE6" w:rsidTr="00E97EA4">
        <w:trPr>
          <w:jc w:val="center"/>
        </w:trPr>
        <w:tc>
          <w:tcPr>
            <w:tcW w:w="1108" w:type="dxa"/>
            <w:vMerge w:val="restart"/>
            <w:vAlign w:val="center"/>
          </w:tcPr>
          <w:p w:rsidR="00B632CA" w:rsidRPr="00C12BE6" w:rsidRDefault="006E543D" w:rsidP="00A96A95">
            <w:pPr>
              <w:jc w:val="center"/>
              <w:rPr>
                <w:rFonts w:eastAsia="MS Mincho"/>
                <w:sz w:val="24"/>
                <w:szCs w:val="24"/>
              </w:rPr>
            </w:pPr>
            <w:r w:rsidRPr="00C12BE6">
              <w:rPr>
                <w:rFonts w:eastAsia="MS Mincho"/>
                <w:sz w:val="24"/>
                <w:szCs w:val="24"/>
              </w:rPr>
              <w:t>Көрсеткіш</w:t>
            </w:r>
          </w:p>
        </w:tc>
        <w:tc>
          <w:tcPr>
            <w:tcW w:w="1108" w:type="dxa"/>
            <w:vMerge w:val="restart"/>
            <w:vAlign w:val="center"/>
          </w:tcPr>
          <w:p w:rsidR="00B632CA" w:rsidRPr="00C12BE6" w:rsidRDefault="006E543D" w:rsidP="00A96A95">
            <w:pPr>
              <w:jc w:val="center"/>
              <w:rPr>
                <w:rFonts w:eastAsia="MS Mincho"/>
                <w:sz w:val="24"/>
                <w:szCs w:val="24"/>
              </w:rPr>
            </w:pPr>
            <w:r w:rsidRPr="00C12BE6">
              <w:rPr>
                <w:rFonts w:eastAsia="MS Mincho"/>
                <w:sz w:val="24"/>
                <w:szCs w:val="24"/>
                <w:lang w:val="en-US"/>
              </w:rPr>
              <w:t>Категори</w:t>
            </w:r>
            <w:r w:rsidRPr="00C12BE6">
              <w:rPr>
                <w:rFonts w:eastAsia="MS Mincho"/>
                <w:sz w:val="24"/>
                <w:szCs w:val="24"/>
              </w:rPr>
              <w:t>ялар</w:t>
            </w:r>
          </w:p>
        </w:tc>
        <w:tc>
          <w:tcPr>
            <w:tcW w:w="6648" w:type="dxa"/>
            <w:gridSpan w:val="6"/>
            <w:vAlign w:val="center"/>
          </w:tcPr>
          <w:p w:rsidR="00B632CA" w:rsidRPr="00C12BE6" w:rsidRDefault="006E543D" w:rsidP="00A96A95">
            <w:pPr>
              <w:jc w:val="center"/>
              <w:rPr>
                <w:rFonts w:eastAsia="MS Mincho"/>
                <w:sz w:val="24"/>
                <w:szCs w:val="24"/>
                <w:lang w:val="en-US"/>
              </w:rPr>
            </w:pPr>
            <w:r w:rsidRPr="00C12BE6">
              <w:rPr>
                <w:rFonts w:eastAsia="MS Mincho"/>
                <w:sz w:val="24"/>
                <w:szCs w:val="24"/>
              </w:rPr>
              <w:t>Қатысушылардың жасы</w:t>
            </w:r>
          </w:p>
        </w:tc>
        <w:tc>
          <w:tcPr>
            <w:tcW w:w="1108"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p</w:t>
            </w:r>
          </w:p>
        </w:tc>
      </w:tr>
      <w:tr w:rsidR="00B632CA" w:rsidRPr="00C12BE6" w:rsidTr="00E97EA4">
        <w:trPr>
          <w:jc w:val="center"/>
        </w:trPr>
        <w:tc>
          <w:tcPr>
            <w:tcW w:w="1108" w:type="dxa"/>
            <w:vMerge/>
          </w:tcPr>
          <w:p w:rsidR="00B632CA" w:rsidRPr="00C12BE6" w:rsidRDefault="00B632CA" w:rsidP="00A96A95">
            <w:pPr>
              <w:rPr>
                <w:rFonts w:eastAsia="MS Mincho"/>
                <w:sz w:val="24"/>
                <w:szCs w:val="24"/>
                <w:lang w:val="en-US"/>
              </w:rPr>
            </w:pPr>
          </w:p>
        </w:tc>
        <w:tc>
          <w:tcPr>
            <w:tcW w:w="1108" w:type="dxa"/>
            <w:vMerge/>
          </w:tcPr>
          <w:p w:rsidR="00B632CA" w:rsidRPr="00C12BE6" w:rsidRDefault="00B632CA" w:rsidP="00A96A95">
            <w:pPr>
              <w:rPr>
                <w:rFonts w:eastAsia="MS Mincho"/>
                <w:sz w:val="24"/>
                <w:szCs w:val="24"/>
                <w:lang w:val="en-US"/>
              </w:rPr>
            </w:pP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 xml:space="preserve">18-24 </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25-34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35-44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45-54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55-64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65+</w:t>
            </w:r>
          </w:p>
        </w:tc>
        <w:tc>
          <w:tcPr>
            <w:tcW w:w="1108" w:type="dxa"/>
            <w:vMerge/>
          </w:tcPr>
          <w:p w:rsidR="00B632CA" w:rsidRPr="00C12BE6" w:rsidRDefault="00B632CA" w:rsidP="00A96A95">
            <w:pPr>
              <w:rPr>
                <w:rFonts w:eastAsia="MS Mincho"/>
                <w:sz w:val="24"/>
                <w:szCs w:val="24"/>
                <w:lang w:val="en-US"/>
              </w:rPr>
            </w:pPr>
          </w:p>
        </w:tc>
      </w:tr>
      <w:tr w:rsidR="00B632CA" w:rsidRPr="00C12BE6" w:rsidTr="00E97EA4">
        <w:trPr>
          <w:jc w:val="center"/>
        </w:trPr>
        <w:tc>
          <w:tcPr>
            <w:tcW w:w="1108" w:type="dxa"/>
            <w:vMerge w:val="restart"/>
            <w:vAlign w:val="center"/>
          </w:tcPr>
          <w:p w:rsidR="00B632CA" w:rsidRPr="00C12BE6" w:rsidRDefault="006E543D" w:rsidP="00A96A95">
            <w:pPr>
              <w:jc w:val="center"/>
              <w:rPr>
                <w:rFonts w:eastAsia="MS Mincho"/>
                <w:sz w:val="24"/>
                <w:szCs w:val="24"/>
                <w:lang w:val="en-US"/>
              </w:rPr>
            </w:pPr>
            <w:r w:rsidRPr="00C12BE6">
              <w:rPr>
                <w:rFonts w:eastAsia="MS Mincho"/>
                <w:sz w:val="28"/>
                <w:szCs w:val="28"/>
              </w:rPr>
              <w:t>Микробқа қарсы препараттарға төзімділік</w:t>
            </w:r>
          </w:p>
        </w:tc>
        <w:tc>
          <w:tcPr>
            <w:tcW w:w="1108" w:type="dxa"/>
            <w:vAlign w:val="center"/>
          </w:tcPr>
          <w:p w:rsidR="00B632CA" w:rsidRPr="00C12BE6" w:rsidRDefault="006E543D" w:rsidP="00A96A95">
            <w:pPr>
              <w:jc w:val="center"/>
              <w:rPr>
                <w:rFonts w:eastAsia="MS Mincho"/>
                <w:sz w:val="24"/>
                <w:szCs w:val="24"/>
              </w:rPr>
            </w:pPr>
            <w:r w:rsidRPr="00C12BE6">
              <w:rPr>
                <w:rFonts w:eastAsia="MS Mincho"/>
                <w:sz w:val="24"/>
                <w:szCs w:val="24"/>
              </w:rPr>
              <w:t>Иә</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100 (22,8)</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39 (34,2)</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29 (40,3)</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10 (27,8)</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20 (41,7)</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0 (0,0)</w:t>
            </w:r>
          </w:p>
        </w:tc>
        <w:tc>
          <w:tcPr>
            <w:tcW w:w="1108"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&lt; 0,001*</w:t>
            </w:r>
            <w:r w:rsidRPr="00C12BE6">
              <w:rPr>
                <w:rFonts w:eastAsia="MS Mincho"/>
                <w:sz w:val="24"/>
                <w:szCs w:val="24"/>
                <w:lang w:val="en-US"/>
              </w:rPr>
              <w:br/>
              <w:t>p</w:t>
            </w:r>
            <w:r w:rsidRPr="00C12BE6">
              <w:rPr>
                <w:rFonts w:eastAsia="MS Mincho"/>
                <w:sz w:val="24"/>
                <w:szCs w:val="24"/>
                <w:vertAlign w:val="subscript"/>
                <w:lang w:val="en-US"/>
              </w:rPr>
              <w:t>18-24  – 35-44</w:t>
            </w:r>
            <w:r w:rsidRPr="00C12BE6">
              <w:rPr>
                <w:rFonts w:eastAsia="MS Mincho"/>
                <w:sz w:val="24"/>
                <w:szCs w:val="24"/>
                <w:lang w:val="en-US"/>
              </w:rPr>
              <w:t xml:space="preserve"> = 0,021</w:t>
            </w:r>
            <w:r w:rsidRPr="00C12BE6">
              <w:rPr>
                <w:rFonts w:eastAsia="MS Mincho"/>
                <w:sz w:val="24"/>
                <w:szCs w:val="24"/>
                <w:lang w:val="en-US"/>
              </w:rPr>
              <w:br/>
              <w:t>p</w:t>
            </w:r>
            <w:r w:rsidRPr="00C12BE6">
              <w:rPr>
                <w:rFonts w:eastAsia="MS Mincho"/>
                <w:sz w:val="24"/>
                <w:szCs w:val="24"/>
                <w:vertAlign w:val="subscript"/>
                <w:lang w:val="en-US"/>
              </w:rPr>
              <w:t>18-24  – 55-64</w:t>
            </w:r>
            <w:r w:rsidRPr="00C12BE6">
              <w:rPr>
                <w:rFonts w:eastAsia="MS Mincho"/>
                <w:sz w:val="24"/>
                <w:szCs w:val="24"/>
                <w:lang w:val="en-US"/>
              </w:rPr>
              <w:t xml:space="preserve"> = 0,045</w:t>
            </w:r>
            <w:r w:rsidRPr="00C12BE6">
              <w:rPr>
                <w:rFonts w:eastAsia="MS Mincho"/>
                <w:sz w:val="24"/>
                <w:szCs w:val="24"/>
                <w:lang w:val="en-US"/>
              </w:rPr>
              <w:br/>
              <w:t>p</w:t>
            </w:r>
            <w:r w:rsidRPr="00C12BE6">
              <w:rPr>
                <w:rFonts w:eastAsia="MS Mincho"/>
                <w:sz w:val="24"/>
                <w:szCs w:val="24"/>
                <w:vertAlign w:val="subscript"/>
                <w:lang w:val="en-US"/>
              </w:rPr>
              <w:t>25-34 – 65+</w:t>
            </w:r>
            <w:r w:rsidRPr="00C12BE6">
              <w:rPr>
                <w:rFonts w:eastAsia="MS Mincho"/>
                <w:sz w:val="24"/>
                <w:szCs w:val="24"/>
                <w:lang w:val="en-US"/>
              </w:rPr>
              <w:t xml:space="preserve"> = 0,029</w:t>
            </w:r>
            <w:r w:rsidRPr="00C12BE6">
              <w:rPr>
                <w:rFonts w:eastAsia="MS Mincho"/>
                <w:sz w:val="24"/>
                <w:szCs w:val="24"/>
                <w:lang w:val="en-US"/>
              </w:rPr>
              <w:br/>
              <w:t>p</w:t>
            </w:r>
            <w:r w:rsidRPr="00C12BE6">
              <w:rPr>
                <w:rFonts w:eastAsia="MS Mincho"/>
                <w:sz w:val="24"/>
                <w:szCs w:val="24"/>
                <w:vertAlign w:val="subscript"/>
                <w:lang w:val="en-US"/>
              </w:rPr>
              <w:t>35-44 – 65+</w:t>
            </w:r>
            <w:r w:rsidRPr="00C12BE6">
              <w:rPr>
                <w:rFonts w:eastAsia="MS Mincho"/>
                <w:sz w:val="24"/>
                <w:szCs w:val="24"/>
                <w:lang w:val="en-US"/>
              </w:rPr>
              <w:t xml:space="preserve"> = 0,012</w:t>
            </w:r>
            <w:r w:rsidRPr="00C12BE6">
              <w:rPr>
                <w:rFonts w:eastAsia="MS Mincho"/>
                <w:sz w:val="24"/>
                <w:szCs w:val="24"/>
                <w:lang w:val="en-US"/>
              </w:rPr>
              <w:br/>
              <w:t>p</w:t>
            </w:r>
            <w:r w:rsidRPr="00C12BE6">
              <w:rPr>
                <w:rFonts w:eastAsia="MS Mincho"/>
                <w:sz w:val="24"/>
                <w:szCs w:val="24"/>
                <w:vertAlign w:val="subscript"/>
                <w:lang w:val="en-US"/>
              </w:rPr>
              <w:t>55-64 – 65+</w:t>
            </w:r>
            <w:r w:rsidRPr="00C12BE6">
              <w:rPr>
                <w:rFonts w:eastAsia="MS Mincho"/>
                <w:sz w:val="24"/>
                <w:szCs w:val="24"/>
                <w:lang w:val="en-US"/>
              </w:rPr>
              <w:t xml:space="preserve"> = 0,012</w:t>
            </w:r>
          </w:p>
        </w:tc>
      </w:tr>
      <w:tr w:rsidR="00B632CA" w:rsidRPr="00D7737E" w:rsidTr="00E97EA4">
        <w:trPr>
          <w:jc w:val="center"/>
        </w:trPr>
        <w:tc>
          <w:tcPr>
            <w:tcW w:w="1108" w:type="dxa"/>
            <w:vMerge/>
          </w:tcPr>
          <w:p w:rsidR="00B632CA" w:rsidRPr="00C12BE6" w:rsidRDefault="00B632CA" w:rsidP="00A96A95">
            <w:pPr>
              <w:rPr>
                <w:rFonts w:eastAsia="MS Mincho"/>
                <w:sz w:val="24"/>
                <w:szCs w:val="24"/>
                <w:lang w:val="en-US"/>
              </w:rPr>
            </w:pPr>
          </w:p>
        </w:tc>
        <w:tc>
          <w:tcPr>
            <w:tcW w:w="1108" w:type="dxa"/>
            <w:vAlign w:val="center"/>
          </w:tcPr>
          <w:p w:rsidR="00B632CA" w:rsidRPr="00C12BE6" w:rsidRDefault="006E543D" w:rsidP="00A96A95">
            <w:pPr>
              <w:jc w:val="center"/>
              <w:rPr>
                <w:rFonts w:eastAsia="MS Mincho"/>
                <w:sz w:val="24"/>
                <w:szCs w:val="24"/>
              </w:rPr>
            </w:pPr>
            <w:r w:rsidRPr="00C12BE6">
              <w:rPr>
                <w:rFonts w:eastAsia="MS Mincho"/>
                <w:sz w:val="24"/>
                <w:szCs w:val="24"/>
              </w:rPr>
              <w:t>Жоқ</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338 (77,2)</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75 (65,8)</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43 (59,7)</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26 (72,2)</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28 (58,3)</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19 (100,0)</w:t>
            </w:r>
          </w:p>
        </w:tc>
        <w:tc>
          <w:tcPr>
            <w:tcW w:w="1108" w:type="dxa"/>
            <w:vMerge/>
          </w:tcPr>
          <w:p w:rsidR="00B632CA" w:rsidRPr="00C12BE6" w:rsidRDefault="00B632CA" w:rsidP="00A96A95">
            <w:pPr>
              <w:rPr>
                <w:rFonts w:eastAsia="MS Mincho"/>
                <w:sz w:val="24"/>
                <w:szCs w:val="24"/>
                <w:lang w:val="en-US"/>
              </w:rPr>
            </w:pPr>
          </w:p>
        </w:tc>
      </w:tr>
    </w:tbl>
    <w:p w:rsidR="00B632CA" w:rsidRPr="00C12BE6" w:rsidRDefault="00B632CA" w:rsidP="00B632CA">
      <w:pPr>
        <w:widowControl/>
        <w:autoSpaceDE/>
        <w:autoSpaceDN/>
        <w:spacing w:line="360" w:lineRule="auto"/>
        <w:jc w:val="center"/>
        <w:rPr>
          <w:rFonts w:eastAsia="MS Mincho"/>
          <w:sz w:val="24"/>
          <w:szCs w:val="24"/>
        </w:rPr>
      </w:pPr>
      <w:r w:rsidRPr="00C12BE6">
        <w:rPr>
          <w:rFonts w:eastAsia="MS Mincho"/>
          <w:sz w:val="24"/>
          <w:szCs w:val="24"/>
        </w:rPr>
        <w:t xml:space="preserve">* – </w:t>
      </w:r>
      <w:r w:rsidR="006E543D" w:rsidRPr="00C12BE6">
        <w:rPr>
          <w:rFonts w:eastAsia="MS Mincho"/>
          <w:sz w:val="24"/>
          <w:szCs w:val="24"/>
        </w:rPr>
        <w:t xml:space="preserve">көрсеткіштердегі айырмашылықтар статистикалық маңызды </w:t>
      </w:r>
      <w:r w:rsidRPr="00C12BE6">
        <w:rPr>
          <w:rFonts w:eastAsia="MS Mincho"/>
          <w:sz w:val="24"/>
          <w:szCs w:val="24"/>
        </w:rPr>
        <w:t>(p &lt; 0,05)</w:t>
      </w:r>
    </w:p>
    <w:p w:rsidR="00B632CA" w:rsidRPr="006E543D" w:rsidRDefault="00B632CA" w:rsidP="00B632CA">
      <w:pPr>
        <w:widowControl/>
        <w:autoSpaceDE/>
        <w:autoSpaceDN/>
        <w:spacing w:line="360" w:lineRule="auto"/>
        <w:rPr>
          <w:rFonts w:eastAsia="MS Mincho"/>
          <w:highlight w:val="yellow"/>
        </w:rPr>
      </w:pPr>
    </w:p>
    <w:p w:rsidR="00B632CA" w:rsidRDefault="006E543D" w:rsidP="006E543D">
      <w:pPr>
        <w:widowControl/>
        <w:autoSpaceDE/>
        <w:autoSpaceDN/>
        <w:ind w:firstLine="567"/>
        <w:jc w:val="both"/>
        <w:rPr>
          <w:rFonts w:eastAsia="MS Mincho"/>
          <w:sz w:val="28"/>
          <w:szCs w:val="28"/>
        </w:rPr>
      </w:pPr>
      <w:r w:rsidRPr="006E543D">
        <w:rPr>
          <w:rFonts w:eastAsia="MS Mincho"/>
          <w:sz w:val="28"/>
          <w:szCs w:val="28"/>
        </w:rPr>
        <w:t>Ұсынылған кестеге сәйкес, сауалнамаға қат</w:t>
      </w:r>
      <w:r w:rsidR="007C06C3">
        <w:rPr>
          <w:rFonts w:eastAsia="MS Mincho"/>
          <w:sz w:val="28"/>
          <w:szCs w:val="28"/>
        </w:rPr>
        <w:t>ысқандардың жасына байланысты "М</w:t>
      </w:r>
      <w:r w:rsidRPr="006E543D">
        <w:rPr>
          <w:rFonts w:eastAsia="MS Mincho"/>
          <w:sz w:val="28"/>
          <w:szCs w:val="28"/>
        </w:rPr>
        <w:t>икробқа қарсы тұрақтылық" көрсеткішін салыстыру кезінде айтарлықтай айырмашылықтар анықталды (p &lt; 0,001) (қолданылатын әдіс: Пирсонның хи-квадраты)</w:t>
      </w:r>
      <w:r w:rsidR="00955D6A">
        <w:rPr>
          <w:rFonts w:eastAsia="MS Mincho"/>
          <w:sz w:val="28"/>
          <w:szCs w:val="28"/>
        </w:rPr>
        <w:t xml:space="preserve"> (сурет 14</w:t>
      </w:r>
      <w:r w:rsidR="00C12BE6" w:rsidRPr="00C12BE6">
        <w:rPr>
          <w:rFonts w:eastAsia="MS Mincho"/>
          <w:sz w:val="28"/>
          <w:szCs w:val="28"/>
        </w:rPr>
        <w:t>)</w:t>
      </w:r>
      <w:r w:rsidRPr="006E543D">
        <w:rPr>
          <w:rFonts w:eastAsia="MS Mincho"/>
          <w:sz w:val="28"/>
          <w:szCs w:val="28"/>
        </w:rPr>
        <w:t>.</w:t>
      </w:r>
    </w:p>
    <w:p w:rsidR="006E543D" w:rsidRPr="006E543D" w:rsidRDefault="006E543D" w:rsidP="006E543D">
      <w:pPr>
        <w:widowControl/>
        <w:autoSpaceDE/>
        <w:autoSpaceDN/>
        <w:ind w:firstLine="567"/>
        <w:jc w:val="both"/>
        <w:rPr>
          <w:rFonts w:eastAsia="MS Mincho"/>
          <w:sz w:val="28"/>
          <w:szCs w:val="28"/>
          <w:highlight w:val="yellow"/>
        </w:rPr>
      </w:pPr>
    </w:p>
    <w:p w:rsidR="00B632CA" w:rsidRPr="00D7737E" w:rsidRDefault="008057EA"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369C999E" wp14:editId="30BE0563">
            <wp:extent cx="6122670" cy="2793085"/>
            <wp:effectExtent l="0" t="0" r="0" b="762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2670" cy="2793085"/>
                    </a:xfrm>
                    <a:prstGeom prst="rect">
                      <a:avLst/>
                    </a:prstGeom>
                  </pic:spPr>
                </pic:pic>
              </a:graphicData>
            </a:graphic>
          </wp:inline>
        </w:drawing>
      </w:r>
    </w:p>
    <w:p w:rsidR="00B632CA" w:rsidRPr="00C12BE6" w:rsidRDefault="006E543D" w:rsidP="00C12BE6">
      <w:pPr>
        <w:widowControl/>
        <w:autoSpaceDE/>
        <w:autoSpaceDN/>
        <w:jc w:val="center"/>
        <w:rPr>
          <w:rFonts w:eastAsia="MS Mincho"/>
          <w:sz w:val="28"/>
          <w:szCs w:val="28"/>
          <w:lang w:val="en-US"/>
        </w:rPr>
      </w:pPr>
      <w:r w:rsidRPr="00C12BE6">
        <w:rPr>
          <w:rFonts w:eastAsia="MS Mincho"/>
          <w:sz w:val="28"/>
          <w:szCs w:val="28"/>
          <w:lang w:val="ru-RU"/>
        </w:rPr>
        <w:t>Сурет</w:t>
      </w:r>
      <w:r w:rsidR="00955D6A">
        <w:rPr>
          <w:rFonts w:eastAsia="MS Mincho"/>
          <w:sz w:val="28"/>
          <w:szCs w:val="28"/>
          <w:lang w:val="en-US"/>
        </w:rPr>
        <w:t xml:space="preserve"> 1</w:t>
      </w:r>
      <w:r w:rsidR="00955D6A">
        <w:rPr>
          <w:rFonts w:eastAsia="MS Mincho"/>
          <w:sz w:val="28"/>
          <w:szCs w:val="28"/>
        </w:rPr>
        <w:t>4</w:t>
      </w:r>
      <w:r w:rsidR="00B632CA" w:rsidRPr="00C12BE6">
        <w:rPr>
          <w:rFonts w:eastAsia="MS Mincho"/>
          <w:sz w:val="28"/>
          <w:szCs w:val="28"/>
          <w:lang w:val="en-US"/>
        </w:rPr>
        <w:t xml:space="preserve"> – </w:t>
      </w:r>
      <w:r w:rsidRPr="00C12BE6">
        <w:rPr>
          <w:rFonts w:eastAsia="MS Mincho"/>
          <w:sz w:val="28"/>
          <w:szCs w:val="28"/>
          <w:lang w:val="ru-RU"/>
        </w:rPr>
        <w:t>Сауалнамаға</w:t>
      </w:r>
      <w:r w:rsidRPr="00C12BE6">
        <w:rPr>
          <w:rFonts w:eastAsia="MS Mincho"/>
          <w:sz w:val="28"/>
          <w:szCs w:val="28"/>
          <w:lang w:val="en-US"/>
        </w:rPr>
        <w:t xml:space="preserve"> </w:t>
      </w:r>
      <w:r w:rsidRPr="00C12BE6">
        <w:rPr>
          <w:rFonts w:eastAsia="MS Mincho"/>
          <w:sz w:val="28"/>
          <w:szCs w:val="28"/>
          <w:lang w:val="ru-RU"/>
        </w:rPr>
        <w:t>қатысқандардың</w:t>
      </w:r>
      <w:r w:rsidRPr="00C12BE6">
        <w:rPr>
          <w:rFonts w:eastAsia="MS Mincho"/>
          <w:sz w:val="28"/>
          <w:szCs w:val="28"/>
          <w:lang w:val="en-US"/>
        </w:rPr>
        <w:t xml:space="preserve"> </w:t>
      </w:r>
      <w:r w:rsidRPr="00C12BE6">
        <w:rPr>
          <w:rFonts w:eastAsia="MS Mincho"/>
          <w:sz w:val="28"/>
          <w:szCs w:val="28"/>
          <w:lang w:val="ru-RU"/>
        </w:rPr>
        <w:t>жасына</w:t>
      </w:r>
      <w:r w:rsidRPr="00C12BE6">
        <w:rPr>
          <w:rFonts w:eastAsia="MS Mincho"/>
          <w:sz w:val="28"/>
          <w:szCs w:val="28"/>
          <w:lang w:val="en-US"/>
        </w:rPr>
        <w:t xml:space="preserve"> </w:t>
      </w:r>
      <w:r w:rsidRPr="00C12BE6">
        <w:rPr>
          <w:rFonts w:eastAsia="MS Mincho"/>
          <w:sz w:val="28"/>
          <w:szCs w:val="28"/>
          <w:lang w:val="ru-RU"/>
        </w:rPr>
        <w:t>байланысты</w:t>
      </w:r>
      <w:r w:rsidRPr="00C12BE6">
        <w:rPr>
          <w:rFonts w:eastAsia="MS Mincho"/>
          <w:sz w:val="28"/>
          <w:szCs w:val="28"/>
          <w:lang w:val="en-US"/>
        </w:rPr>
        <w:t xml:space="preserve"> "</w:t>
      </w:r>
      <w:r w:rsidRPr="00C12BE6">
        <w:rPr>
          <w:rFonts w:eastAsia="MS Mincho"/>
          <w:sz w:val="28"/>
          <w:szCs w:val="28"/>
          <w:lang w:val="ru-RU"/>
        </w:rPr>
        <w:t>Микробқа</w:t>
      </w:r>
      <w:r w:rsidRPr="00C12BE6">
        <w:rPr>
          <w:rFonts w:eastAsia="MS Mincho"/>
          <w:sz w:val="28"/>
          <w:szCs w:val="28"/>
          <w:lang w:val="en-US"/>
        </w:rPr>
        <w:t xml:space="preserve"> </w:t>
      </w:r>
      <w:r w:rsidRPr="00C12BE6">
        <w:rPr>
          <w:rFonts w:eastAsia="MS Mincho"/>
          <w:sz w:val="28"/>
          <w:szCs w:val="28"/>
          <w:lang w:val="ru-RU"/>
        </w:rPr>
        <w:t>қарсы</w:t>
      </w:r>
      <w:r w:rsidRPr="00C12BE6">
        <w:rPr>
          <w:rFonts w:eastAsia="MS Mincho"/>
          <w:sz w:val="28"/>
          <w:szCs w:val="28"/>
          <w:lang w:val="en-US"/>
        </w:rPr>
        <w:t xml:space="preserve"> </w:t>
      </w:r>
      <w:r w:rsidRPr="00C12BE6">
        <w:rPr>
          <w:rFonts w:eastAsia="MS Mincho"/>
          <w:sz w:val="28"/>
          <w:szCs w:val="28"/>
          <w:lang w:val="ru-RU"/>
        </w:rPr>
        <w:t>препараттарға</w:t>
      </w:r>
      <w:r w:rsidRPr="00C12BE6">
        <w:rPr>
          <w:rFonts w:eastAsia="MS Mincho"/>
          <w:sz w:val="28"/>
          <w:szCs w:val="28"/>
          <w:lang w:val="en-US"/>
        </w:rPr>
        <w:t xml:space="preserve"> </w:t>
      </w:r>
      <w:r w:rsidRPr="00C12BE6">
        <w:rPr>
          <w:rFonts w:eastAsia="MS Mincho"/>
          <w:sz w:val="28"/>
          <w:szCs w:val="28"/>
          <w:lang w:val="ru-RU"/>
        </w:rPr>
        <w:t>төзімділік</w:t>
      </w:r>
      <w:r w:rsidRPr="00C12BE6">
        <w:rPr>
          <w:rFonts w:eastAsia="MS Mincho"/>
          <w:sz w:val="28"/>
          <w:szCs w:val="28"/>
          <w:lang w:val="en-US"/>
        </w:rPr>
        <w:t xml:space="preserve">" </w:t>
      </w:r>
      <w:r w:rsidRPr="00C12BE6">
        <w:rPr>
          <w:rFonts w:eastAsia="MS Mincho"/>
          <w:sz w:val="28"/>
          <w:szCs w:val="28"/>
          <w:lang w:val="ru-RU"/>
        </w:rPr>
        <w:t>көрсеткішін</w:t>
      </w:r>
      <w:r w:rsidRPr="00C12BE6">
        <w:rPr>
          <w:rFonts w:eastAsia="MS Mincho"/>
          <w:sz w:val="28"/>
          <w:szCs w:val="28"/>
          <w:lang w:val="en-US"/>
        </w:rPr>
        <w:t xml:space="preserve"> </w:t>
      </w:r>
      <w:r w:rsidRPr="00C12BE6">
        <w:rPr>
          <w:rFonts w:eastAsia="MS Mincho"/>
          <w:sz w:val="28"/>
          <w:szCs w:val="28"/>
          <w:lang w:val="ru-RU"/>
        </w:rPr>
        <w:t>талдау</w:t>
      </w:r>
    </w:p>
    <w:p w:rsidR="00B632CA" w:rsidRPr="006E543D" w:rsidRDefault="00B632CA" w:rsidP="00A96A95">
      <w:pPr>
        <w:widowControl/>
        <w:autoSpaceDE/>
        <w:autoSpaceDN/>
        <w:rPr>
          <w:rFonts w:eastAsia="MS Mincho"/>
          <w:sz w:val="28"/>
          <w:szCs w:val="28"/>
          <w:highlight w:val="yellow"/>
          <w:lang w:val="en-US"/>
        </w:rPr>
      </w:pPr>
    </w:p>
    <w:p w:rsidR="006E543D" w:rsidRPr="006E543D" w:rsidRDefault="006E543D" w:rsidP="006E543D">
      <w:pPr>
        <w:widowControl/>
        <w:autoSpaceDE/>
        <w:autoSpaceDN/>
        <w:ind w:firstLine="567"/>
        <w:jc w:val="both"/>
        <w:rPr>
          <w:rFonts w:eastAsia="MS Mincho"/>
          <w:sz w:val="28"/>
          <w:szCs w:val="28"/>
          <w:lang w:val="en-US"/>
        </w:rPr>
      </w:pPr>
      <w:r w:rsidRPr="006E543D">
        <w:rPr>
          <w:rFonts w:eastAsia="MS Mincho"/>
          <w:sz w:val="28"/>
          <w:szCs w:val="28"/>
          <w:lang w:val="ru-RU"/>
        </w:rPr>
        <w:t>Сауалнамаға</w:t>
      </w:r>
      <w:r w:rsidRPr="006E543D">
        <w:rPr>
          <w:rFonts w:eastAsia="MS Mincho"/>
          <w:sz w:val="28"/>
          <w:szCs w:val="28"/>
          <w:lang w:val="en-US"/>
        </w:rPr>
        <w:t xml:space="preserve"> </w:t>
      </w:r>
      <w:r w:rsidRPr="006E543D">
        <w:rPr>
          <w:rFonts w:eastAsia="MS Mincho"/>
          <w:sz w:val="28"/>
          <w:szCs w:val="28"/>
          <w:lang w:val="ru-RU"/>
        </w:rPr>
        <w:t>қатысқандардың</w:t>
      </w:r>
      <w:r w:rsidRPr="006E543D">
        <w:rPr>
          <w:rFonts w:eastAsia="MS Mincho"/>
          <w:sz w:val="28"/>
          <w:szCs w:val="28"/>
          <w:lang w:val="en-US"/>
        </w:rPr>
        <w:t xml:space="preserve"> </w:t>
      </w:r>
      <w:r w:rsidRPr="006E543D">
        <w:rPr>
          <w:rFonts w:eastAsia="MS Mincho"/>
          <w:sz w:val="28"/>
          <w:szCs w:val="28"/>
          <w:lang w:val="ru-RU"/>
        </w:rPr>
        <w:t>жасына</w:t>
      </w:r>
      <w:r w:rsidRPr="006E543D">
        <w:rPr>
          <w:rFonts w:eastAsia="MS Mincho"/>
          <w:sz w:val="28"/>
          <w:szCs w:val="28"/>
          <w:lang w:val="en-US"/>
        </w:rPr>
        <w:t xml:space="preserve"> </w:t>
      </w:r>
      <w:r w:rsidRPr="006E543D">
        <w:rPr>
          <w:rFonts w:eastAsia="MS Mincho"/>
          <w:sz w:val="28"/>
          <w:szCs w:val="28"/>
          <w:lang w:val="ru-RU"/>
        </w:rPr>
        <w:t>байланысты</w:t>
      </w:r>
      <w:r w:rsidRPr="006E543D">
        <w:rPr>
          <w:rFonts w:eastAsia="MS Mincho"/>
          <w:sz w:val="28"/>
          <w:szCs w:val="28"/>
          <w:lang w:val="en-US"/>
        </w:rPr>
        <w:t xml:space="preserve"> "</w:t>
      </w:r>
      <w:r>
        <w:rPr>
          <w:rFonts w:eastAsia="MS Mincho"/>
          <w:sz w:val="28"/>
          <w:szCs w:val="28"/>
          <w:lang w:val="ru-RU"/>
        </w:rPr>
        <w:t>А</w:t>
      </w:r>
      <w:r w:rsidRPr="006E543D">
        <w:rPr>
          <w:rFonts w:eastAsia="MS Mincho"/>
          <w:sz w:val="28"/>
          <w:szCs w:val="28"/>
          <w:lang w:val="ru-RU"/>
        </w:rPr>
        <w:t>нтибиотикке</w:t>
      </w:r>
      <w:r w:rsidRPr="006E543D">
        <w:rPr>
          <w:rFonts w:eastAsia="MS Mincho"/>
          <w:sz w:val="28"/>
          <w:szCs w:val="28"/>
          <w:lang w:val="en-US"/>
        </w:rPr>
        <w:t xml:space="preserve"> </w:t>
      </w:r>
      <w:r>
        <w:rPr>
          <w:rFonts w:eastAsia="MS Mincho"/>
          <w:sz w:val="28"/>
          <w:szCs w:val="28"/>
        </w:rPr>
        <w:t>резистенттілік</w:t>
      </w:r>
      <w:r w:rsidRPr="006E543D">
        <w:rPr>
          <w:rFonts w:eastAsia="MS Mincho"/>
          <w:sz w:val="28"/>
          <w:szCs w:val="28"/>
          <w:lang w:val="en-US"/>
        </w:rPr>
        <w:t xml:space="preserve">" </w:t>
      </w:r>
      <w:r w:rsidRPr="006E543D">
        <w:rPr>
          <w:rFonts w:eastAsia="MS Mincho"/>
          <w:sz w:val="28"/>
          <w:szCs w:val="28"/>
          <w:lang w:val="ru-RU"/>
        </w:rPr>
        <w:t>көрсеткішіне</w:t>
      </w:r>
      <w:r w:rsidRPr="006E543D">
        <w:rPr>
          <w:rFonts w:eastAsia="MS Mincho"/>
          <w:sz w:val="28"/>
          <w:szCs w:val="28"/>
          <w:lang w:val="en-US"/>
        </w:rPr>
        <w:t xml:space="preserve"> </w:t>
      </w:r>
      <w:r w:rsidRPr="006E543D">
        <w:rPr>
          <w:rFonts w:eastAsia="MS Mincho"/>
          <w:sz w:val="28"/>
          <w:szCs w:val="28"/>
          <w:lang w:val="ru-RU"/>
        </w:rPr>
        <w:t>талдау</w:t>
      </w:r>
      <w:r w:rsidRPr="006E543D">
        <w:rPr>
          <w:rFonts w:eastAsia="MS Mincho"/>
          <w:sz w:val="28"/>
          <w:szCs w:val="28"/>
          <w:lang w:val="en-US"/>
        </w:rPr>
        <w:t xml:space="preserve"> </w:t>
      </w:r>
      <w:r w:rsidRPr="006E543D">
        <w:rPr>
          <w:rFonts w:eastAsia="MS Mincho"/>
          <w:sz w:val="28"/>
          <w:szCs w:val="28"/>
          <w:lang w:val="ru-RU"/>
        </w:rPr>
        <w:t>жүргізілді</w:t>
      </w:r>
      <w:r w:rsidR="00C12BE6" w:rsidRPr="00C12BE6">
        <w:rPr>
          <w:rFonts w:eastAsia="MS Mincho"/>
          <w:sz w:val="28"/>
          <w:szCs w:val="28"/>
          <w:lang w:val="en-US"/>
        </w:rPr>
        <w:t xml:space="preserve"> (</w:t>
      </w:r>
      <w:r w:rsidR="00C12BE6">
        <w:rPr>
          <w:rFonts w:eastAsia="MS Mincho"/>
          <w:sz w:val="28"/>
          <w:szCs w:val="28"/>
          <w:lang w:val="ru-RU"/>
        </w:rPr>
        <w:t>кесте</w:t>
      </w:r>
      <w:r w:rsidR="00955D6A">
        <w:rPr>
          <w:rFonts w:eastAsia="MS Mincho"/>
          <w:sz w:val="28"/>
          <w:szCs w:val="28"/>
          <w:lang w:val="en-US"/>
        </w:rPr>
        <w:t xml:space="preserve"> </w:t>
      </w:r>
      <w:r w:rsidR="00955D6A">
        <w:rPr>
          <w:rFonts w:eastAsia="MS Mincho"/>
          <w:sz w:val="28"/>
          <w:szCs w:val="28"/>
        </w:rPr>
        <w:t>12</w:t>
      </w:r>
      <w:r w:rsidR="00C12BE6" w:rsidRPr="00C12BE6">
        <w:rPr>
          <w:rFonts w:eastAsia="MS Mincho"/>
          <w:sz w:val="28"/>
          <w:szCs w:val="28"/>
          <w:lang w:val="en-US"/>
        </w:rPr>
        <w:t>)</w:t>
      </w:r>
      <w:r w:rsidRPr="006E543D">
        <w:rPr>
          <w:rFonts w:eastAsia="MS Mincho"/>
          <w:sz w:val="28"/>
          <w:szCs w:val="28"/>
          <w:lang w:val="en-US"/>
        </w:rPr>
        <w:t>.</w:t>
      </w:r>
    </w:p>
    <w:p w:rsidR="006E543D" w:rsidRPr="006E543D" w:rsidRDefault="006E543D" w:rsidP="006E543D">
      <w:pPr>
        <w:widowControl/>
        <w:autoSpaceDE/>
        <w:autoSpaceDN/>
        <w:jc w:val="both"/>
        <w:rPr>
          <w:rFonts w:eastAsia="MS Mincho"/>
          <w:sz w:val="28"/>
          <w:szCs w:val="28"/>
          <w:lang w:val="en-US"/>
        </w:rPr>
      </w:pPr>
    </w:p>
    <w:p w:rsidR="00B632CA" w:rsidRPr="009F079C" w:rsidRDefault="00C12BE6" w:rsidP="006E543D">
      <w:pPr>
        <w:widowControl/>
        <w:autoSpaceDE/>
        <w:autoSpaceDN/>
        <w:jc w:val="both"/>
        <w:rPr>
          <w:rFonts w:eastAsia="MS Mincho"/>
          <w:sz w:val="28"/>
          <w:szCs w:val="28"/>
          <w:lang w:val="en-US"/>
        </w:rPr>
      </w:pPr>
      <w:r>
        <w:rPr>
          <w:rFonts w:eastAsia="MS Mincho"/>
          <w:sz w:val="28"/>
          <w:szCs w:val="28"/>
          <w:lang w:val="ru-RU"/>
        </w:rPr>
        <w:t>К</w:t>
      </w:r>
      <w:r w:rsidR="006E543D" w:rsidRPr="006E543D">
        <w:rPr>
          <w:rFonts w:eastAsia="MS Mincho"/>
          <w:sz w:val="28"/>
          <w:szCs w:val="28"/>
          <w:lang w:val="ru-RU"/>
        </w:rPr>
        <w:t>есте</w:t>
      </w:r>
      <w:r w:rsidR="00955D6A">
        <w:rPr>
          <w:rFonts w:eastAsia="MS Mincho"/>
          <w:sz w:val="28"/>
          <w:szCs w:val="28"/>
          <w:lang w:val="en-US"/>
        </w:rPr>
        <w:t xml:space="preserve"> </w:t>
      </w:r>
      <w:r w:rsidR="00955D6A">
        <w:rPr>
          <w:rFonts w:eastAsia="MS Mincho"/>
          <w:sz w:val="28"/>
          <w:szCs w:val="28"/>
        </w:rPr>
        <w:t xml:space="preserve">12 - </w:t>
      </w:r>
      <w:r w:rsidR="006E543D">
        <w:rPr>
          <w:rFonts w:eastAsia="MS Mincho"/>
          <w:sz w:val="28"/>
          <w:szCs w:val="28"/>
        </w:rPr>
        <w:t>С</w:t>
      </w:r>
      <w:r w:rsidR="006E543D" w:rsidRPr="001E502D">
        <w:rPr>
          <w:rFonts w:eastAsia="MS Mincho"/>
          <w:sz w:val="28"/>
          <w:szCs w:val="28"/>
        </w:rPr>
        <w:t>ауалнамаға қатысқандардың жасына байланысты "Антибиотикке резистенттілік" көрсеткішін талдау</w:t>
      </w:r>
    </w:p>
    <w:p w:rsidR="00C12BE6" w:rsidRPr="009F079C" w:rsidRDefault="00C12BE6" w:rsidP="006E543D">
      <w:pPr>
        <w:widowControl/>
        <w:autoSpaceDE/>
        <w:autoSpaceDN/>
        <w:jc w:val="both"/>
        <w:rPr>
          <w:rFonts w:eastAsia="MS Mincho"/>
          <w:sz w:val="28"/>
          <w:szCs w:val="28"/>
          <w:highlight w:val="yellow"/>
          <w:lang w:val="en-US"/>
        </w:rPr>
      </w:pPr>
    </w:p>
    <w:tbl>
      <w:tblPr>
        <w:tblStyle w:val="42"/>
        <w:tblW w:w="0" w:type="auto"/>
        <w:jc w:val="center"/>
        <w:tblLook w:val="04A0" w:firstRow="1" w:lastRow="0" w:firstColumn="1" w:lastColumn="0" w:noHBand="0" w:noVBand="1"/>
      </w:tblPr>
      <w:tblGrid>
        <w:gridCol w:w="1942"/>
        <w:gridCol w:w="1618"/>
        <w:gridCol w:w="878"/>
        <w:gridCol w:w="878"/>
        <w:gridCol w:w="879"/>
        <w:gridCol w:w="879"/>
        <w:gridCol w:w="879"/>
        <w:gridCol w:w="967"/>
        <w:gridCol w:w="938"/>
      </w:tblGrid>
      <w:tr w:rsidR="00B632CA" w:rsidRPr="00C12BE6" w:rsidTr="00E97EA4">
        <w:trPr>
          <w:jc w:val="center"/>
        </w:trPr>
        <w:tc>
          <w:tcPr>
            <w:tcW w:w="1108" w:type="dxa"/>
            <w:vMerge w:val="restart"/>
            <w:vAlign w:val="center"/>
          </w:tcPr>
          <w:p w:rsidR="00B632CA" w:rsidRPr="00C12BE6" w:rsidRDefault="006E543D" w:rsidP="00A96A95">
            <w:pPr>
              <w:jc w:val="center"/>
              <w:rPr>
                <w:rFonts w:eastAsia="MS Mincho"/>
                <w:sz w:val="24"/>
                <w:szCs w:val="24"/>
              </w:rPr>
            </w:pPr>
            <w:r w:rsidRPr="00C12BE6">
              <w:rPr>
                <w:rFonts w:eastAsia="MS Mincho"/>
                <w:sz w:val="24"/>
                <w:szCs w:val="24"/>
              </w:rPr>
              <w:t>Көрсеткіш</w:t>
            </w:r>
          </w:p>
        </w:tc>
        <w:tc>
          <w:tcPr>
            <w:tcW w:w="1108" w:type="dxa"/>
            <w:vMerge w:val="restart"/>
            <w:vAlign w:val="center"/>
          </w:tcPr>
          <w:p w:rsidR="00B632CA" w:rsidRPr="00C12BE6" w:rsidRDefault="006E543D" w:rsidP="00A96A95">
            <w:pPr>
              <w:jc w:val="center"/>
              <w:rPr>
                <w:rFonts w:eastAsia="MS Mincho"/>
                <w:sz w:val="24"/>
                <w:szCs w:val="24"/>
              </w:rPr>
            </w:pPr>
            <w:r w:rsidRPr="00C12BE6">
              <w:rPr>
                <w:rFonts w:eastAsia="MS Mincho"/>
                <w:sz w:val="24"/>
                <w:szCs w:val="24"/>
                <w:lang w:val="en-US"/>
              </w:rPr>
              <w:t>Категор</w:t>
            </w:r>
            <w:r w:rsidRPr="00C12BE6">
              <w:rPr>
                <w:rFonts w:eastAsia="MS Mincho"/>
                <w:sz w:val="24"/>
                <w:szCs w:val="24"/>
              </w:rPr>
              <w:t>иялар</w:t>
            </w:r>
          </w:p>
        </w:tc>
        <w:tc>
          <w:tcPr>
            <w:tcW w:w="6648" w:type="dxa"/>
            <w:gridSpan w:val="6"/>
            <w:vAlign w:val="center"/>
          </w:tcPr>
          <w:p w:rsidR="00B632CA" w:rsidRPr="00C12BE6" w:rsidRDefault="006E543D" w:rsidP="00A96A95">
            <w:pPr>
              <w:jc w:val="center"/>
              <w:rPr>
                <w:rFonts w:eastAsia="MS Mincho"/>
                <w:sz w:val="24"/>
                <w:szCs w:val="24"/>
                <w:lang w:val="en-US"/>
              </w:rPr>
            </w:pPr>
            <w:r w:rsidRPr="00C12BE6">
              <w:rPr>
                <w:rFonts w:eastAsia="MS Mincho"/>
                <w:sz w:val="24"/>
                <w:szCs w:val="24"/>
                <w:lang w:val="en-US"/>
              </w:rPr>
              <w:t>Қатысушылардың жасы</w:t>
            </w:r>
          </w:p>
        </w:tc>
        <w:tc>
          <w:tcPr>
            <w:tcW w:w="1108"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p</w:t>
            </w:r>
          </w:p>
        </w:tc>
      </w:tr>
      <w:tr w:rsidR="00B632CA" w:rsidRPr="00C12BE6" w:rsidTr="00E97EA4">
        <w:trPr>
          <w:jc w:val="center"/>
        </w:trPr>
        <w:tc>
          <w:tcPr>
            <w:tcW w:w="1108" w:type="dxa"/>
            <w:vMerge/>
          </w:tcPr>
          <w:p w:rsidR="00B632CA" w:rsidRPr="00C12BE6" w:rsidRDefault="00B632CA" w:rsidP="00A96A95">
            <w:pPr>
              <w:rPr>
                <w:rFonts w:eastAsia="MS Mincho"/>
                <w:sz w:val="24"/>
                <w:szCs w:val="24"/>
                <w:lang w:val="en-US"/>
              </w:rPr>
            </w:pPr>
          </w:p>
        </w:tc>
        <w:tc>
          <w:tcPr>
            <w:tcW w:w="1108" w:type="dxa"/>
            <w:vMerge/>
          </w:tcPr>
          <w:p w:rsidR="00B632CA" w:rsidRPr="00C12BE6" w:rsidRDefault="00B632CA" w:rsidP="00A96A95">
            <w:pPr>
              <w:rPr>
                <w:rFonts w:eastAsia="MS Mincho"/>
                <w:sz w:val="24"/>
                <w:szCs w:val="24"/>
                <w:lang w:val="en-US"/>
              </w:rPr>
            </w:pP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 xml:space="preserve">18-24 </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25-34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35-44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45-54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55-64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65+</w:t>
            </w:r>
          </w:p>
        </w:tc>
        <w:tc>
          <w:tcPr>
            <w:tcW w:w="1108" w:type="dxa"/>
            <w:vMerge/>
          </w:tcPr>
          <w:p w:rsidR="00B632CA" w:rsidRPr="00C12BE6" w:rsidRDefault="00B632CA" w:rsidP="00A96A95">
            <w:pPr>
              <w:rPr>
                <w:rFonts w:eastAsia="MS Mincho"/>
                <w:sz w:val="24"/>
                <w:szCs w:val="24"/>
                <w:lang w:val="en-US"/>
              </w:rPr>
            </w:pPr>
          </w:p>
        </w:tc>
      </w:tr>
      <w:tr w:rsidR="00B632CA" w:rsidRPr="00C12BE6" w:rsidTr="00E97EA4">
        <w:trPr>
          <w:jc w:val="center"/>
        </w:trPr>
        <w:tc>
          <w:tcPr>
            <w:tcW w:w="1108" w:type="dxa"/>
            <w:vMerge w:val="restart"/>
            <w:vAlign w:val="center"/>
          </w:tcPr>
          <w:p w:rsidR="00B632CA" w:rsidRPr="00C12BE6" w:rsidRDefault="006E543D" w:rsidP="00A96A95">
            <w:pPr>
              <w:jc w:val="center"/>
              <w:rPr>
                <w:rFonts w:eastAsia="MS Mincho"/>
                <w:sz w:val="24"/>
                <w:szCs w:val="24"/>
                <w:lang w:val="en-US"/>
              </w:rPr>
            </w:pPr>
            <w:r w:rsidRPr="00C12BE6">
              <w:rPr>
                <w:rFonts w:eastAsia="MS Mincho"/>
                <w:sz w:val="28"/>
                <w:szCs w:val="28"/>
                <w:lang w:val="ru-RU"/>
              </w:rPr>
              <w:t>Антибиотикке</w:t>
            </w:r>
            <w:r w:rsidRPr="00C12BE6">
              <w:rPr>
                <w:rFonts w:eastAsia="MS Mincho"/>
                <w:sz w:val="28"/>
                <w:szCs w:val="28"/>
                <w:lang w:val="en-US"/>
              </w:rPr>
              <w:t xml:space="preserve"> </w:t>
            </w:r>
            <w:r w:rsidRPr="00C12BE6">
              <w:rPr>
                <w:rFonts w:eastAsia="MS Mincho"/>
                <w:sz w:val="28"/>
                <w:szCs w:val="28"/>
                <w:lang w:val="ru-RU"/>
              </w:rPr>
              <w:t>резистенттілік</w:t>
            </w:r>
          </w:p>
        </w:tc>
        <w:tc>
          <w:tcPr>
            <w:tcW w:w="1108" w:type="dxa"/>
            <w:vAlign w:val="center"/>
          </w:tcPr>
          <w:p w:rsidR="00B632CA" w:rsidRPr="00C12BE6" w:rsidRDefault="006E543D" w:rsidP="00A96A95">
            <w:pPr>
              <w:jc w:val="center"/>
              <w:rPr>
                <w:rFonts w:eastAsia="MS Mincho"/>
                <w:sz w:val="24"/>
                <w:szCs w:val="24"/>
              </w:rPr>
            </w:pPr>
            <w:r w:rsidRPr="00C12BE6">
              <w:rPr>
                <w:rFonts w:eastAsia="MS Mincho"/>
                <w:sz w:val="24"/>
                <w:szCs w:val="24"/>
              </w:rPr>
              <w:t>Иә</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51 (11,6)</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17 (14,9)</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18 (25,0)</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 (5,6)</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10 (20,8)</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0 (0,0)</w:t>
            </w:r>
          </w:p>
        </w:tc>
        <w:tc>
          <w:tcPr>
            <w:tcW w:w="1108"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0,005*</w:t>
            </w:r>
            <w:r w:rsidRPr="00C12BE6">
              <w:rPr>
                <w:rFonts w:eastAsia="MS Mincho"/>
                <w:sz w:val="24"/>
                <w:szCs w:val="24"/>
                <w:lang w:val="en-US"/>
              </w:rPr>
              <w:br/>
              <w:t>p</w:t>
            </w:r>
            <w:r w:rsidRPr="00C12BE6">
              <w:rPr>
                <w:rFonts w:eastAsia="MS Mincho"/>
                <w:sz w:val="24"/>
                <w:szCs w:val="24"/>
                <w:vertAlign w:val="subscript"/>
                <w:lang w:val="en-US"/>
              </w:rPr>
              <w:t>18-24  – 35-44</w:t>
            </w:r>
            <w:r w:rsidRPr="00C12BE6">
              <w:rPr>
                <w:rFonts w:eastAsia="MS Mincho"/>
                <w:sz w:val="24"/>
                <w:szCs w:val="24"/>
                <w:lang w:val="en-US"/>
              </w:rPr>
              <w:t xml:space="preserve"> = 0,032</w:t>
            </w:r>
          </w:p>
        </w:tc>
      </w:tr>
      <w:tr w:rsidR="00B632CA" w:rsidRPr="00D7737E" w:rsidTr="00E97EA4">
        <w:trPr>
          <w:jc w:val="center"/>
        </w:trPr>
        <w:tc>
          <w:tcPr>
            <w:tcW w:w="1108" w:type="dxa"/>
            <w:vMerge/>
          </w:tcPr>
          <w:p w:rsidR="00B632CA" w:rsidRPr="00C12BE6" w:rsidRDefault="00B632CA" w:rsidP="00A96A95">
            <w:pPr>
              <w:rPr>
                <w:rFonts w:eastAsia="MS Mincho"/>
                <w:sz w:val="24"/>
                <w:szCs w:val="24"/>
                <w:lang w:val="en-US"/>
              </w:rPr>
            </w:pPr>
          </w:p>
        </w:tc>
        <w:tc>
          <w:tcPr>
            <w:tcW w:w="1108" w:type="dxa"/>
            <w:vAlign w:val="center"/>
          </w:tcPr>
          <w:p w:rsidR="00B632CA" w:rsidRPr="00C12BE6" w:rsidRDefault="006E543D" w:rsidP="00A96A95">
            <w:pPr>
              <w:jc w:val="center"/>
              <w:rPr>
                <w:rFonts w:eastAsia="MS Mincho"/>
                <w:sz w:val="24"/>
                <w:szCs w:val="24"/>
              </w:rPr>
            </w:pPr>
            <w:r w:rsidRPr="00C12BE6">
              <w:rPr>
                <w:rFonts w:eastAsia="MS Mincho"/>
                <w:sz w:val="24"/>
                <w:szCs w:val="24"/>
              </w:rPr>
              <w:t>Жоқ</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387 (88,4)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97 (85,1)</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54 (75,0)</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34 (94,4)</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38 (79,2)</w:t>
            </w:r>
          </w:p>
        </w:tc>
        <w:tc>
          <w:tcPr>
            <w:tcW w:w="1108"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19 (100,0)</w:t>
            </w:r>
          </w:p>
        </w:tc>
        <w:tc>
          <w:tcPr>
            <w:tcW w:w="1108" w:type="dxa"/>
            <w:vMerge/>
          </w:tcPr>
          <w:p w:rsidR="00B632CA" w:rsidRPr="00C12BE6" w:rsidRDefault="00B632CA" w:rsidP="00A96A95">
            <w:pPr>
              <w:rPr>
                <w:rFonts w:eastAsia="MS Mincho"/>
                <w:sz w:val="24"/>
                <w:szCs w:val="24"/>
                <w:lang w:val="en-US"/>
              </w:rPr>
            </w:pPr>
          </w:p>
        </w:tc>
      </w:tr>
    </w:tbl>
    <w:p w:rsidR="00B632CA" w:rsidRPr="00C12BE6" w:rsidRDefault="00B632CA" w:rsidP="00B632CA">
      <w:pPr>
        <w:widowControl/>
        <w:autoSpaceDE/>
        <w:autoSpaceDN/>
        <w:spacing w:line="360" w:lineRule="auto"/>
        <w:jc w:val="center"/>
        <w:rPr>
          <w:rFonts w:eastAsia="MS Mincho"/>
          <w:sz w:val="24"/>
          <w:szCs w:val="24"/>
        </w:rPr>
      </w:pPr>
      <w:r w:rsidRPr="00C12BE6">
        <w:rPr>
          <w:rFonts w:eastAsia="MS Mincho"/>
          <w:sz w:val="24"/>
          <w:szCs w:val="24"/>
        </w:rPr>
        <w:t xml:space="preserve">* – </w:t>
      </w:r>
      <w:r w:rsidR="006E543D" w:rsidRPr="00C12BE6">
        <w:rPr>
          <w:rFonts w:eastAsia="MS Mincho"/>
          <w:sz w:val="24"/>
          <w:szCs w:val="24"/>
        </w:rPr>
        <w:t xml:space="preserve">көрсеткіштердегі айырмашылықтар статистикалық маңызды </w:t>
      </w:r>
      <w:r w:rsidRPr="00C12BE6">
        <w:rPr>
          <w:rFonts w:eastAsia="MS Mincho"/>
          <w:sz w:val="24"/>
          <w:szCs w:val="24"/>
        </w:rPr>
        <w:t>(p &lt; 0,05)</w:t>
      </w:r>
    </w:p>
    <w:p w:rsidR="00B632CA" w:rsidRPr="006E543D" w:rsidRDefault="00B632CA" w:rsidP="00B632CA">
      <w:pPr>
        <w:widowControl/>
        <w:autoSpaceDE/>
        <w:autoSpaceDN/>
        <w:spacing w:line="360" w:lineRule="auto"/>
        <w:rPr>
          <w:rFonts w:eastAsia="MS Mincho"/>
          <w:highlight w:val="yellow"/>
        </w:rPr>
      </w:pPr>
    </w:p>
    <w:p w:rsidR="00B632CA" w:rsidRPr="006E543D" w:rsidRDefault="006E543D" w:rsidP="006E543D">
      <w:pPr>
        <w:widowControl/>
        <w:autoSpaceDE/>
        <w:autoSpaceDN/>
        <w:ind w:firstLine="567"/>
        <w:jc w:val="both"/>
        <w:rPr>
          <w:rFonts w:eastAsia="MS Mincho"/>
          <w:sz w:val="28"/>
          <w:szCs w:val="28"/>
          <w:highlight w:val="yellow"/>
        </w:rPr>
      </w:pPr>
      <w:r w:rsidRPr="006E543D">
        <w:rPr>
          <w:rFonts w:eastAsia="MS Mincho"/>
          <w:sz w:val="28"/>
          <w:szCs w:val="28"/>
        </w:rPr>
        <w:t>Сауалнамаға қатысқандардың жасына байланысты "Антибиотикке резистенттілік" көрсеткішін салыстыру нәтижесінде айтарлықтай айырмашылықтар анықталды (p = 0,005) (қолданылатын әдіс: Пирсонның хи-квадраты)</w:t>
      </w:r>
      <w:r w:rsidR="00955D6A">
        <w:rPr>
          <w:rFonts w:eastAsia="MS Mincho"/>
          <w:sz w:val="28"/>
          <w:szCs w:val="28"/>
        </w:rPr>
        <w:t xml:space="preserve"> (сурет 15</w:t>
      </w:r>
      <w:r w:rsidR="00C12BE6" w:rsidRPr="00C12BE6">
        <w:rPr>
          <w:rFonts w:eastAsia="MS Mincho"/>
          <w:sz w:val="28"/>
          <w:szCs w:val="28"/>
        </w:rPr>
        <w:t>)</w:t>
      </w:r>
      <w:r w:rsidRPr="006E543D">
        <w:rPr>
          <w:rFonts w:eastAsia="MS Mincho"/>
          <w:sz w:val="28"/>
          <w:szCs w:val="28"/>
        </w:rPr>
        <w:t>.</w:t>
      </w:r>
    </w:p>
    <w:p w:rsidR="00B632CA" w:rsidRPr="00D7737E" w:rsidRDefault="008057EA"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04E16948" wp14:editId="5690991D">
            <wp:extent cx="6122670" cy="3103990"/>
            <wp:effectExtent l="0" t="0" r="0" b="127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2670" cy="3103990"/>
                    </a:xfrm>
                    <a:prstGeom prst="rect">
                      <a:avLst/>
                    </a:prstGeom>
                  </pic:spPr>
                </pic:pic>
              </a:graphicData>
            </a:graphic>
          </wp:inline>
        </w:drawing>
      </w:r>
    </w:p>
    <w:p w:rsidR="00B632CA" w:rsidRPr="00C12BE6" w:rsidRDefault="001E502D" w:rsidP="00A96A95">
      <w:pPr>
        <w:widowControl/>
        <w:autoSpaceDE/>
        <w:autoSpaceDN/>
        <w:jc w:val="center"/>
        <w:rPr>
          <w:rFonts w:eastAsia="MS Mincho"/>
          <w:sz w:val="28"/>
          <w:szCs w:val="28"/>
          <w:lang w:val="en-US"/>
        </w:rPr>
      </w:pPr>
      <w:r w:rsidRPr="00C12BE6">
        <w:rPr>
          <w:rFonts w:eastAsia="MS Mincho"/>
          <w:sz w:val="28"/>
          <w:szCs w:val="28"/>
          <w:lang w:val="ru-RU"/>
        </w:rPr>
        <w:t>Сурет</w:t>
      </w:r>
      <w:r w:rsidR="00955D6A">
        <w:rPr>
          <w:rFonts w:eastAsia="MS Mincho"/>
          <w:sz w:val="28"/>
          <w:szCs w:val="28"/>
          <w:lang w:val="en-US"/>
        </w:rPr>
        <w:t xml:space="preserve"> 1</w:t>
      </w:r>
      <w:r w:rsidR="00955D6A">
        <w:rPr>
          <w:rFonts w:eastAsia="MS Mincho"/>
          <w:sz w:val="28"/>
          <w:szCs w:val="28"/>
        </w:rPr>
        <w:t>5</w:t>
      </w:r>
      <w:r w:rsidR="00B632CA" w:rsidRPr="00C12BE6">
        <w:rPr>
          <w:rFonts w:eastAsia="MS Mincho"/>
          <w:sz w:val="28"/>
          <w:szCs w:val="28"/>
          <w:lang w:val="en-US"/>
        </w:rPr>
        <w:t xml:space="preserve"> – </w:t>
      </w:r>
      <w:r w:rsidRPr="00C12BE6">
        <w:rPr>
          <w:rFonts w:eastAsia="MS Mincho"/>
          <w:sz w:val="28"/>
          <w:szCs w:val="28"/>
          <w:lang w:val="ru-RU"/>
        </w:rPr>
        <w:t>Сауалнамаға</w:t>
      </w:r>
      <w:r w:rsidRPr="00C12BE6">
        <w:rPr>
          <w:rFonts w:eastAsia="MS Mincho"/>
          <w:sz w:val="28"/>
          <w:szCs w:val="28"/>
          <w:lang w:val="en-US"/>
        </w:rPr>
        <w:t xml:space="preserve"> </w:t>
      </w:r>
      <w:r w:rsidRPr="00C12BE6">
        <w:rPr>
          <w:rFonts w:eastAsia="MS Mincho"/>
          <w:sz w:val="28"/>
          <w:szCs w:val="28"/>
          <w:lang w:val="ru-RU"/>
        </w:rPr>
        <w:t>қатысқандардың</w:t>
      </w:r>
      <w:r w:rsidRPr="00C12BE6">
        <w:rPr>
          <w:rFonts w:eastAsia="MS Mincho"/>
          <w:sz w:val="28"/>
          <w:szCs w:val="28"/>
          <w:lang w:val="en-US"/>
        </w:rPr>
        <w:t xml:space="preserve"> </w:t>
      </w:r>
      <w:r w:rsidRPr="00C12BE6">
        <w:rPr>
          <w:rFonts w:eastAsia="MS Mincho"/>
          <w:sz w:val="28"/>
          <w:szCs w:val="28"/>
          <w:lang w:val="ru-RU"/>
        </w:rPr>
        <w:t>жасына</w:t>
      </w:r>
      <w:r w:rsidRPr="00C12BE6">
        <w:rPr>
          <w:rFonts w:eastAsia="MS Mincho"/>
          <w:sz w:val="28"/>
          <w:szCs w:val="28"/>
          <w:lang w:val="en-US"/>
        </w:rPr>
        <w:t xml:space="preserve"> </w:t>
      </w:r>
      <w:r w:rsidRPr="00C12BE6">
        <w:rPr>
          <w:rFonts w:eastAsia="MS Mincho"/>
          <w:sz w:val="28"/>
          <w:szCs w:val="28"/>
          <w:lang w:val="ru-RU"/>
        </w:rPr>
        <w:t>байланысты</w:t>
      </w:r>
      <w:r w:rsidRPr="00C12BE6">
        <w:rPr>
          <w:rFonts w:eastAsia="MS Mincho"/>
          <w:sz w:val="28"/>
          <w:szCs w:val="28"/>
          <w:lang w:val="en-US"/>
        </w:rPr>
        <w:t xml:space="preserve"> "</w:t>
      </w:r>
      <w:r w:rsidRPr="00C12BE6">
        <w:rPr>
          <w:rFonts w:eastAsia="MS Mincho"/>
          <w:sz w:val="28"/>
          <w:szCs w:val="28"/>
          <w:lang w:val="ru-RU"/>
        </w:rPr>
        <w:t>Антибиотикке</w:t>
      </w:r>
      <w:r w:rsidRPr="00C12BE6">
        <w:rPr>
          <w:rFonts w:eastAsia="MS Mincho"/>
          <w:sz w:val="28"/>
          <w:szCs w:val="28"/>
          <w:lang w:val="en-US"/>
        </w:rPr>
        <w:t xml:space="preserve"> </w:t>
      </w:r>
      <w:r w:rsidRPr="00C12BE6">
        <w:rPr>
          <w:rFonts w:eastAsia="MS Mincho"/>
          <w:sz w:val="28"/>
          <w:szCs w:val="28"/>
          <w:lang w:val="ru-RU"/>
        </w:rPr>
        <w:t>резистенттілік</w:t>
      </w:r>
      <w:r w:rsidRPr="00C12BE6">
        <w:rPr>
          <w:rFonts w:eastAsia="MS Mincho"/>
          <w:sz w:val="28"/>
          <w:szCs w:val="28"/>
          <w:lang w:val="en-US"/>
        </w:rPr>
        <w:t xml:space="preserve">" </w:t>
      </w:r>
      <w:r w:rsidRPr="00C12BE6">
        <w:rPr>
          <w:rFonts w:eastAsia="MS Mincho"/>
          <w:sz w:val="28"/>
          <w:szCs w:val="28"/>
          <w:lang w:val="ru-RU"/>
        </w:rPr>
        <w:t>көрсеткішін</w:t>
      </w:r>
      <w:r w:rsidRPr="00C12BE6">
        <w:rPr>
          <w:rFonts w:eastAsia="MS Mincho"/>
          <w:sz w:val="28"/>
          <w:szCs w:val="28"/>
          <w:lang w:val="en-US"/>
        </w:rPr>
        <w:t xml:space="preserve"> </w:t>
      </w:r>
      <w:r w:rsidRPr="00C12BE6">
        <w:rPr>
          <w:rFonts w:eastAsia="MS Mincho"/>
          <w:sz w:val="28"/>
          <w:szCs w:val="28"/>
          <w:lang w:val="ru-RU"/>
        </w:rPr>
        <w:t>талдау</w:t>
      </w:r>
    </w:p>
    <w:p w:rsidR="00B632CA" w:rsidRPr="001E502D" w:rsidRDefault="00B632CA" w:rsidP="00A96A95">
      <w:pPr>
        <w:widowControl/>
        <w:autoSpaceDE/>
        <w:autoSpaceDN/>
        <w:rPr>
          <w:rFonts w:eastAsia="MS Mincho"/>
          <w:sz w:val="28"/>
          <w:szCs w:val="28"/>
          <w:highlight w:val="yellow"/>
          <w:lang w:val="en-US"/>
        </w:rPr>
      </w:pPr>
    </w:p>
    <w:p w:rsidR="00C12BE6" w:rsidRPr="00C12BE6" w:rsidRDefault="001E502D" w:rsidP="00C12BE6">
      <w:pPr>
        <w:widowControl/>
        <w:autoSpaceDE/>
        <w:autoSpaceDN/>
        <w:ind w:firstLine="567"/>
        <w:jc w:val="both"/>
        <w:rPr>
          <w:rFonts w:eastAsia="MS Mincho"/>
          <w:sz w:val="28"/>
          <w:szCs w:val="28"/>
          <w:lang w:val="en-US"/>
        </w:rPr>
      </w:pPr>
      <w:r w:rsidRPr="001E502D">
        <w:rPr>
          <w:rFonts w:eastAsia="MS Mincho"/>
          <w:sz w:val="28"/>
          <w:szCs w:val="28"/>
          <w:lang w:val="ru-RU"/>
        </w:rPr>
        <w:t>Біз</w:t>
      </w:r>
      <w:r w:rsidRPr="001E502D">
        <w:rPr>
          <w:rFonts w:eastAsia="MS Mincho"/>
          <w:sz w:val="28"/>
          <w:szCs w:val="28"/>
          <w:lang w:val="en-US"/>
        </w:rPr>
        <w:t xml:space="preserve"> </w:t>
      </w:r>
      <w:r w:rsidRPr="001E502D">
        <w:rPr>
          <w:rFonts w:eastAsia="MS Mincho"/>
          <w:sz w:val="28"/>
          <w:szCs w:val="28"/>
          <w:lang w:val="ru-RU"/>
        </w:rPr>
        <w:t>сауалнамаға</w:t>
      </w:r>
      <w:r w:rsidRPr="001E502D">
        <w:rPr>
          <w:rFonts w:eastAsia="MS Mincho"/>
          <w:sz w:val="28"/>
          <w:szCs w:val="28"/>
          <w:lang w:val="en-US"/>
        </w:rPr>
        <w:t xml:space="preserve"> </w:t>
      </w:r>
      <w:r w:rsidRPr="001E502D">
        <w:rPr>
          <w:rFonts w:eastAsia="MS Mincho"/>
          <w:sz w:val="28"/>
          <w:szCs w:val="28"/>
          <w:lang w:val="ru-RU"/>
        </w:rPr>
        <w:t>қатысқандардың</w:t>
      </w:r>
      <w:r w:rsidRPr="001E502D">
        <w:rPr>
          <w:rFonts w:eastAsia="MS Mincho"/>
          <w:sz w:val="28"/>
          <w:szCs w:val="28"/>
          <w:lang w:val="en-US"/>
        </w:rPr>
        <w:t xml:space="preserve"> </w:t>
      </w:r>
      <w:r w:rsidRPr="001E502D">
        <w:rPr>
          <w:rFonts w:eastAsia="MS Mincho"/>
          <w:sz w:val="28"/>
          <w:szCs w:val="28"/>
          <w:lang w:val="ru-RU"/>
        </w:rPr>
        <w:t>тұрғылықты</w:t>
      </w:r>
      <w:r w:rsidRPr="001E502D">
        <w:rPr>
          <w:rFonts w:eastAsia="MS Mincho"/>
          <w:sz w:val="28"/>
          <w:szCs w:val="28"/>
          <w:lang w:val="en-US"/>
        </w:rPr>
        <w:t xml:space="preserve"> </w:t>
      </w:r>
      <w:r w:rsidRPr="001E502D">
        <w:rPr>
          <w:rFonts w:eastAsia="MS Mincho"/>
          <w:sz w:val="28"/>
          <w:szCs w:val="28"/>
          <w:lang w:val="ru-RU"/>
        </w:rPr>
        <w:t>жеріне</w:t>
      </w:r>
      <w:r w:rsidRPr="001E502D">
        <w:rPr>
          <w:rFonts w:eastAsia="MS Mincho"/>
          <w:sz w:val="28"/>
          <w:szCs w:val="28"/>
          <w:lang w:val="en-US"/>
        </w:rPr>
        <w:t xml:space="preserve"> </w:t>
      </w:r>
      <w:r w:rsidRPr="001E502D">
        <w:rPr>
          <w:rFonts w:eastAsia="MS Mincho"/>
          <w:sz w:val="28"/>
          <w:szCs w:val="28"/>
          <w:lang w:val="ru-RU"/>
        </w:rPr>
        <w:t>байланысты</w:t>
      </w:r>
      <w:r w:rsidRPr="001E502D">
        <w:rPr>
          <w:rFonts w:eastAsia="MS Mincho"/>
          <w:sz w:val="28"/>
          <w:szCs w:val="28"/>
          <w:lang w:val="en-US"/>
        </w:rPr>
        <w:t xml:space="preserve"> "</w:t>
      </w:r>
      <w:r w:rsidR="007C06C3">
        <w:rPr>
          <w:rFonts w:eastAsia="MS Mincho"/>
          <w:sz w:val="28"/>
          <w:szCs w:val="28"/>
          <w:lang w:val="ru-RU"/>
        </w:rPr>
        <w:t>М</w:t>
      </w:r>
      <w:r w:rsidRPr="001E502D">
        <w:rPr>
          <w:rFonts w:eastAsia="MS Mincho"/>
          <w:sz w:val="28"/>
          <w:szCs w:val="28"/>
          <w:lang w:val="ru-RU"/>
        </w:rPr>
        <w:t>икробқа</w:t>
      </w:r>
      <w:r w:rsidRPr="001E502D">
        <w:rPr>
          <w:rFonts w:eastAsia="MS Mincho"/>
          <w:sz w:val="28"/>
          <w:szCs w:val="28"/>
          <w:lang w:val="en-US"/>
        </w:rPr>
        <w:t xml:space="preserve"> </w:t>
      </w:r>
      <w:r w:rsidRPr="001E502D">
        <w:rPr>
          <w:rFonts w:eastAsia="MS Mincho"/>
          <w:sz w:val="28"/>
          <w:szCs w:val="28"/>
          <w:lang w:val="ru-RU"/>
        </w:rPr>
        <w:t>қарсы</w:t>
      </w:r>
      <w:r w:rsidRPr="001E502D">
        <w:rPr>
          <w:rFonts w:eastAsia="MS Mincho"/>
          <w:sz w:val="28"/>
          <w:szCs w:val="28"/>
          <w:lang w:val="en-US"/>
        </w:rPr>
        <w:t xml:space="preserve"> </w:t>
      </w:r>
      <w:r w:rsidRPr="001E502D">
        <w:rPr>
          <w:rFonts w:eastAsia="MS Mincho"/>
          <w:sz w:val="28"/>
          <w:szCs w:val="28"/>
          <w:lang w:val="ru-RU"/>
        </w:rPr>
        <w:t>препараттарға</w:t>
      </w:r>
      <w:r w:rsidRPr="001E502D">
        <w:rPr>
          <w:rFonts w:eastAsia="MS Mincho"/>
          <w:sz w:val="28"/>
          <w:szCs w:val="28"/>
          <w:lang w:val="en-US"/>
        </w:rPr>
        <w:t xml:space="preserve"> </w:t>
      </w:r>
      <w:r w:rsidRPr="001E502D">
        <w:rPr>
          <w:rFonts w:eastAsia="MS Mincho"/>
          <w:sz w:val="28"/>
          <w:szCs w:val="28"/>
          <w:lang w:val="ru-RU"/>
        </w:rPr>
        <w:t>төзімділік</w:t>
      </w:r>
      <w:r w:rsidRPr="001E502D">
        <w:rPr>
          <w:rFonts w:eastAsia="MS Mincho"/>
          <w:sz w:val="28"/>
          <w:szCs w:val="28"/>
          <w:lang w:val="en-US"/>
        </w:rPr>
        <w:t xml:space="preserve">" </w:t>
      </w:r>
      <w:r w:rsidRPr="001E502D">
        <w:rPr>
          <w:rFonts w:eastAsia="MS Mincho"/>
          <w:sz w:val="28"/>
          <w:szCs w:val="28"/>
          <w:lang w:val="ru-RU"/>
        </w:rPr>
        <w:t>көрсеткішіне</w:t>
      </w:r>
      <w:r w:rsidRPr="001E502D">
        <w:rPr>
          <w:rFonts w:eastAsia="MS Mincho"/>
          <w:sz w:val="28"/>
          <w:szCs w:val="28"/>
          <w:lang w:val="en-US"/>
        </w:rPr>
        <w:t xml:space="preserve"> </w:t>
      </w:r>
      <w:r w:rsidRPr="001E502D">
        <w:rPr>
          <w:rFonts w:eastAsia="MS Mincho"/>
          <w:sz w:val="28"/>
          <w:szCs w:val="28"/>
          <w:lang w:val="ru-RU"/>
        </w:rPr>
        <w:t>талдау</w:t>
      </w:r>
      <w:r w:rsidRPr="001E502D">
        <w:rPr>
          <w:rFonts w:eastAsia="MS Mincho"/>
          <w:sz w:val="28"/>
          <w:szCs w:val="28"/>
          <w:lang w:val="en-US"/>
        </w:rPr>
        <w:t xml:space="preserve"> </w:t>
      </w:r>
      <w:r w:rsidRPr="001E502D">
        <w:rPr>
          <w:rFonts w:eastAsia="MS Mincho"/>
          <w:sz w:val="28"/>
          <w:szCs w:val="28"/>
          <w:lang w:val="ru-RU"/>
        </w:rPr>
        <w:t>жасадық</w:t>
      </w:r>
      <w:r w:rsidR="00C12BE6" w:rsidRPr="00C12BE6">
        <w:rPr>
          <w:rFonts w:eastAsia="MS Mincho"/>
          <w:sz w:val="28"/>
          <w:szCs w:val="28"/>
          <w:lang w:val="en-US"/>
        </w:rPr>
        <w:t xml:space="preserve"> (</w:t>
      </w:r>
      <w:r w:rsidR="00C12BE6">
        <w:rPr>
          <w:rFonts w:eastAsia="MS Mincho"/>
          <w:sz w:val="28"/>
          <w:szCs w:val="28"/>
          <w:lang w:val="ru-RU"/>
        </w:rPr>
        <w:t>кесте</w:t>
      </w:r>
      <w:r w:rsidR="00955D6A">
        <w:rPr>
          <w:rFonts w:eastAsia="MS Mincho"/>
          <w:sz w:val="28"/>
          <w:szCs w:val="28"/>
          <w:lang w:val="en-US"/>
        </w:rPr>
        <w:t xml:space="preserve"> </w:t>
      </w:r>
      <w:r w:rsidR="00955D6A">
        <w:rPr>
          <w:rFonts w:eastAsia="MS Mincho"/>
          <w:sz w:val="28"/>
          <w:szCs w:val="28"/>
        </w:rPr>
        <w:t>13</w:t>
      </w:r>
      <w:r w:rsidR="00C12BE6" w:rsidRPr="00C12BE6">
        <w:rPr>
          <w:rFonts w:eastAsia="MS Mincho"/>
          <w:sz w:val="28"/>
          <w:szCs w:val="28"/>
          <w:lang w:val="en-US"/>
        </w:rPr>
        <w:t>)</w:t>
      </w:r>
      <w:r w:rsidRPr="001E502D">
        <w:rPr>
          <w:rFonts w:eastAsia="MS Mincho"/>
          <w:sz w:val="28"/>
          <w:szCs w:val="28"/>
          <w:lang w:val="en-US"/>
        </w:rPr>
        <w:t>.</w:t>
      </w:r>
    </w:p>
    <w:p w:rsidR="00C12BE6" w:rsidRPr="009F079C" w:rsidRDefault="00C12BE6" w:rsidP="00C12BE6">
      <w:pPr>
        <w:widowControl/>
        <w:autoSpaceDE/>
        <w:autoSpaceDN/>
        <w:jc w:val="both"/>
        <w:rPr>
          <w:rFonts w:eastAsia="MS Mincho"/>
          <w:sz w:val="28"/>
          <w:szCs w:val="28"/>
          <w:lang w:val="en-US"/>
        </w:rPr>
      </w:pPr>
    </w:p>
    <w:p w:rsidR="00B632CA" w:rsidRPr="00C12BE6" w:rsidRDefault="001E502D" w:rsidP="00C12BE6">
      <w:pPr>
        <w:widowControl/>
        <w:autoSpaceDE/>
        <w:autoSpaceDN/>
        <w:jc w:val="both"/>
        <w:rPr>
          <w:rFonts w:eastAsia="MS Mincho"/>
          <w:sz w:val="28"/>
          <w:szCs w:val="28"/>
        </w:rPr>
      </w:pPr>
      <w:r w:rsidRPr="00C12BE6">
        <w:rPr>
          <w:rFonts w:eastAsia="MS Mincho"/>
          <w:sz w:val="28"/>
          <w:szCs w:val="28"/>
        </w:rPr>
        <w:t xml:space="preserve">Кесте </w:t>
      </w:r>
      <w:r w:rsidR="00955D6A">
        <w:rPr>
          <w:rFonts w:eastAsia="MS Mincho"/>
          <w:sz w:val="28"/>
          <w:szCs w:val="28"/>
        </w:rPr>
        <w:t>13</w:t>
      </w:r>
      <w:r w:rsidR="00B632CA" w:rsidRPr="00C12BE6">
        <w:rPr>
          <w:rFonts w:eastAsia="MS Mincho"/>
          <w:sz w:val="28"/>
          <w:szCs w:val="28"/>
        </w:rPr>
        <w:t xml:space="preserve"> – </w:t>
      </w:r>
      <w:r w:rsidRPr="00C12BE6">
        <w:rPr>
          <w:rFonts w:eastAsia="MS Mincho"/>
          <w:sz w:val="28"/>
          <w:szCs w:val="28"/>
        </w:rPr>
        <w:t>Сауалнамаға қатысқандардың тұрғылықты жеріне байланысты "Микробқа қарсы препараттарға</w:t>
      </w:r>
      <w:r w:rsidRPr="001E502D">
        <w:rPr>
          <w:rFonts w:eastAsia="MS Mincho"/>
          <w:sz w:val="28"/>
          <w:szCs w:val="28"/>
        </w:rPr>
        <w:t xml:space="preserve"> төзімділік" көрсеткішін талдау</w:t>
      </w:r>
    </w:p>
    <w:p w:rsidR="00C12BE6" w:rsidRPr="00C12BE6" w:rsidRDefault="00C12BE6" w:rsidP="00A96A95">
      <w:pPr>
        <w:widowControl/>
        <w:autoSpaceDE/>
        <w:autoSpaceDN/>
        <w:jc w:val="center"/>
        <w:rPr>
          <w:rFonts w:eastAsia="MS Mincho"/>
          <w:sz w:val="28"/>
          <w:szCs w:val="28"/>
          <w:highlight w:val="yellow"/>
        </w:rPr>
      </w:pPr>
    </w:p>
    <w:tbl>
      <w:tblPr>
        <w:tblStyle w:val="42"/>
        <w:tblW w:w="0" w:type="auto"/>
        <w:jc w:val="center"/>
        <w:tblLook w:val="04A0" w:firstRow="1" w:lastRow="0" w:firstColumn="1" w:lastColumn="0" w:noHBand="0" w:noVBand="1"/>
      </w:tblPr>
      <w:tblGrid>
        <w:gridCol w:w="1675"/>
        <w:gridCol w:w="1661"/>
        <w:gridCol w:w="1629"/>
        <w:gridCol w:w="1632"/>
        <w:gridCol w:w="1629"/>
        <w:gridCol w:w="1632"/>
      </w:tblGrid>
      <w:tr w:rsidR="00B632CA" w:rsidRPr="00C12BE6" w:rsidTr="00E97EA4">
        <w:trPr>
          <w:jc w:val="center"/>
        </w:trPr>
        <w:tc>
          <w:tcPr>
            <w:tcW w:w="1662" w:type="dxa"/>
            <w:vMerge w:val="restart"/>
            <w:vAlign w:val="center"/>
          </w:tcPr>
          <w:p w:rsidR="00B632CA" w:rsidRPr="00C12BE6" w:rsidRDefault="001E502D" w:rsidP="00A96A95">
            <w:pPr>
              <w:jc w:val="center"/>
              <w:rPr>
                <w:rFonts w:eastAsia="MS Mincho"/>
                <w:sz w:val="24"/>
                <w:szCs w:val="24"/>
              </w:rPr>
            </w:pPr>
            <w:r w:rsidRPr="00C12BE6">
              <w:rPr>
                <w:rFonts w:eastAsia="MS Mincho"/>
                <w:sz w:val="24"/>
                <w:szCs w:val="24"/>
              </w:rPr>
              <w:t>Көрсеткіш</w:t>
            </w:r>
          </w:p>
        </w:tc>
        <w:tc>
          <w:tcPr>
            <w:tcW w:w="1662" w:type="dxa"/>
            <w:vMerge w:val="restart"/>
            <w:vAlign w:val="center"/>
          </w:tcPr>
          <w:p w:rsidR="00B632CA" w:rsidRPr="00C12BE6" w:rsidRDefault="001E502D" w:rsidP="00A96A95">
            <w:pPr>
              <w:jc w:val="center"/>
              <w:rPr>
                <w:rFonts w:eastAsia="MS Mincho"/>
                <w:sz w:val="24"/>
                <w:szCs w:val="24"/>
              </w:rPr>
            </w:pPr>
            <w:r w:rsidRPr="00C12BE6">
              <w:rPr>
                <w:rFonts w:eastAsia="MS Mincho"/>
                <w:sz w:val="24"/>
                <w:szCs w:val="24"/>
                <w:lang w:val="en-US"/>
              </w:rPr>
              <w:t>Категори</w:t>
            </w:r>
            <w:r w:rsidRPr="00C12BE6">
              <w:rPr>
                <w:rFonts w:eastAsia="MS Mincho"/>
                <w:sz w:val="24"/>
                <w:szCs w:val="24"/>
              </w:rPr>
              <w:t>ялар</w:t>
            </w:r>
          </w:p>
        </w:tc>
        <w:tc>
          <w:tcPr>
            <w:tcW w:w="4986" w:type="dxa"/>
            <w:gridSpan w:val="3"/>
            <w:vAlign w:val="center"/>
          </w:tcPr>
          <w:p w:rsidR="00B632CA" w:rsidRPr="00C12BE6" w:rsidRDefault="009A1CDA" w:rsidP="00A96A95">
            <w:pPr>
              <w:jc w:val="center"/>
              <w:rPr>
                <w:rFonts w:eastAsia="MS Mincho"/>
                <w:sz w:val="24"/>
                <w:szCs w:val="24"/>
              </w:rPr>
            </w:pPr>
            <w:r w:rsidRPr="00C12BE6">
              <w:rPr>
                <w:rFonts w:eastAsia="MS Mincho"/>
                <w:sz w:val="24"/>
                <w:szCs w:val="24"/>
              </w:rPr>
              <w:t>Тұрғылықты жері</w:t>
            </w:r>
          </w:p>
        </w:tc>
        <w:tc>
          <w:tcPr>
            <w:tcW w:w="1662"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p</w:t>
            </w:r>
          </w:p>
        </w:tc>
      </w:tr>
      <w:tr w:rsidR="00B632CA" w:rsidRPr="00C12BE6" w:rsidTr="00E97EA4">
        <w:trPr>
          <w:jc w:val="center"/>
        </w:trPr>
        <w:tc>
          <w:tcPr>
            <w:tcW w:w="1662" w:type="dxa"/>
            <w:vMerge/>
          </w:tcPr>
          <w:p w:rsidR="00B632CA" w:rsidRPr="00C12BE6" w:rsidRDefault="00B632CA" w:rsidP="00A96A95">
            <w:pPr>
              <w:rPr>
                <w:rFonts w:eastAsia="MS Mincho"/>
                <w:sz w:val="24"/>
                <w:szCs w:val="24"/>
                <w:lang w:val="en-US"/>
              </w:rPr>
            </w:pPr>
          </w:p>
        </w:tc>
        <w:tc>
          <w:tcPr>
            <w:tcW w:w="1662" w:type="dxa"/>
            <w:vMerge/>
          </w:tcPr>
          <w:p w:rsidR="00B632CA" w:rsidRPr="00C12BE6" w:rsidRDefault="00B632CA" w:rsidP="00A96A95">
            <w:pPr>
              <w:rPr>
                <w:rFonts w:eastAsia="MS Mincho"/>
                <w:sz w:val="24"/>
                <w:szCs w:val="24"/>
                <w:lang w:val="en-US"/>
              </w:rPr>
            </w:pPr>
          </w:p>
        </w:tc>
        <w:tc>
          <w:tcPr>
            <w:tcW w:w="1662" w:type="dxa"/>
            <w:vAlign w:val="center"/>
          </w:tcPr>
          <w:p w:rsidR="00B632CA" w:rsidRPr="00C12BE6" w:rsidRDefault="009A1CDA" w:rsidP="00A96A95">
            <w:pPr>
              <w:jc w:val="center"/>
              <w:rPr>
                <w:rFonts w:eastAsia="MS Mincho"/>
                <w:sz w:val="24"/>
                <w:szCs w:val="24"/>
              </w:rPr>
            </w:pPr>
            <w:r w:rsidRPr="00C12BE6">
              <w:rPr>
                <w:rFonts w:eastAsia="MS Mincho"/>
                <w:sz w:val="24"/>
                <w:szCs w:val="24"/>
              </w:rPr>
              <w:t>Қала</w:t>
            </w:r>
          </w:p>
        </w:tc>
        <w:tc>
          <w:tcPr>
            <w:tcW w:w="1662" w:type="dxa"/>
            <w:vAlign w:val="center"/>
          </w:tcPr>
          <w:p w:rsidR="00B632CA" w:rsidRPr="00C12BE6" w:rsidRDefault="009A1CDA" w:rsidP="00A96A95">
            <w:pPr>
              <w:jc w:val="center"/>
              <w:rPr>
                <w:rFonts w:eastAsia="MS Mincho"/>
                <w:sz w:val="24"/>
                <w:szCs w:val="24"/>
              </w:rPr>
            </w:pPr>
            <w:r w:rsidRPr="00C12BE6">
              <w:rPr>
                <w:rFonts w:eastAsia="MS Mincho"/>
                <w:sz w:val="24"/>
                <w:szCs w:val="24"/>
              </w:rPr>
              <w:t>Аудан</w:t>
            </w:r>
          </w:p>
        </w:tc>
        <w:tc>
          <w:tcPr>
            <w:tcW w:w="1662" w:type="dxa"/>
            <w:vAlign w:val="center"/>
          </w:tcPr>
          <w:p w:rsidR="00B632CA" w:rsidRPr="00C12BE6" w:rsidRDefault="009A1CDA" w:rsidP="00A96A95">
            <w:pPr>
              <w:jc w:val="center"/>
              <w:rPr>
                <w:rFonts w:eastAsia="MS Mincho"/>
                <w:sz w:val="24"/>
                <w:szCs w:val="24"/>
              </w:rPr>
            </w:pPr>
            <w:r w:rsidRPr="00C12BE6">
              <w:rPr>
                <w:rFonts w:eastAsia="MS Mincho"/>
                <w:sz w:val="24"/>
                <w:szCs w:val="24"/>
              </w:rPr>
              <w:t>Ауыл</w:t>
            </w:r>
          </w:p>
        </w:tc>
        <w:tc>
          <w:tcPr>
            <w:tcW w:w="1662" w:type="dxa"/>
            <w:vMerge/>
          </w:tcPr>
          <w:p w:rsidR="00B632CA" w:rsidRPr="00C12BE6" w:rsidRDefault="00B632CA" w:rsidP="00A96A95">
            <w:pPr>
              <w:rPr>
                <w:rFonts w:eastAsia="MS Mincho"/>
                <w:sz w:val="24"/>
                <w:szCs w:val="24"/>
                <w:lang w:val="en-US"/>
              </w:rPr>
            </w:pPr>
          </w:p>
        </w:tc>
      </w:tr>
      <w:tr w:rsidR="00B632CA" w:rsidRPr="00C12BE6" w:rsidTr="00E97EA4">
        <w:trPr>
          <w:jc w:val="center"/>
        </w:trPr>
        <w:tc>
          <w:tcPr>
            <w:tcW w:w="1662" w:type="dxa"/>
            <w:vMerge w:val="restart"/>
            <w:vAlign w:val="center"/>
          </w:tcPr>
          <w:p w:rsidR="00B632CA" w:rsidRPr="00C12BE6" w:rsidRDefault="001E502D" w:rsidP="00A96A95">
            <w:pPr>
              <w:jc w:val="center"/>
              <w:rPr>
                <w:rFonts w:eastAsia="MS Mincho"/>
                <w:sz w:val="24"/>
                <w:szCs w:val="24"/>
                <w:lang w:val="en-US"/>
              </w:rPr>
            </w:pPr>
            <w:r w:rsidRPr="00C12BE6">
              <w:rPr>
                <w:rFonts w:eastAsia="MS Mincho"/>
                <w:sz w:val="24"/>
                <w:szCs w:val="24"/>
                <w:lang w:val="en-US"/>
              </w:rPr>
              <w:t>Микробқа қарсы препараттарға төзімділік</w:t>
            </w:r>
          </w:p>
        </w:tc>
        <w:tc>
          <w:tcPr>
            <w:tcW w:w="1662" w:type="dxa"/>
            <w:vAlign w:val="center"/>
          </w:tcPr>
          <w:p w:rsidR="00B632CA" w:rsidRPr="00C12BE6" w:rsidRDefault="001E502D" w:rsidP="00A96A95">
            <w:pPr>
              <w:jc w:val="center"/>
              <w:rPr>
                <w:rFonts w:eastAsia="MS Mincho"/>
                <w:sz w:val="24"/>
                <w:szCs w:val="24"/>
              </w:rPr>
            </w:pPr>
            <w:r w:rsidRPr="00C12BE6">
              <w:rPr>
                <w:rFonts w:eastAsia="MS Mincho"/>
                <w:sz w:val="24"/>
                <w:szCs w:val="24"/>
              </w:rPr>
              <w:t>Иә</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93 (24,0)</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56 (28,1)</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49 (35,0)</w:t>
            </w:r>
          </w:p>
        </w:tc>
        <w:tc>
          <w:tcPr>
            <w:tcW w:w="1662" w:type="dxa"/>
            <w:vMerge w:val="restart"/>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0,040*</w:t>
            </w:r>
            <w:r w:rsidRPr="00C12BE6">
              <w:rPr>
                <w:rFonts w:eastAsia="MS Mincho"/>
                <w:sz w:val="24"/>
                <w:szCs w:val="24"/>
                <w:lang w:val="en-US"/>
              </w:rPr>
              <w:br/>
              <w:t>p</w:t>
            </w:r>
            <w:r w:rsidRPr="00C12BE6">
              <w:rPr>
                <w:rFonts w:eastAsia="MS Mincho"/>
                <w:sz w:val="24"/>
                <w:szCs w:val="24"/>
                <w:vertAlign w:val="subscript"/>
                <w:lang w:val="en-US"/>
              </w:rPr>
              <w:t>Город – Село</w:t>
            </w:r>
            <w:r w:rsidRPr="00C12BE6">
              <w:rPr>
                <w:rFonts w:eastAsia="MS Mincho"/>
                <w:sz w:val="24"/>
                <w:szCs w:val="24"/>
                <w:lang w:val="en-US"/>
              </w:rPr>
              <w:t xml:space="preserve"> = 0,035</w:t>
            </w:r>
          </w:p>
        </w:tc>
      </w:tr>
      <w:tr w:rsidR="00B632CA" w:rsidRPr="00D7737E" w:rsidTr="00E97EA4">
        <w:trPr>
          <w:jc w:val="center"/>
        </w:trPr>
        <w:tc>
          <w:tcPr>
            <w:tcW w:w="1662" w:type="dxa"/>
            <w:vMerge/>
          </w:tcPr>
          <w:p w:rsidR="00B632CA" w:rsidRPr="00C12BE6" w:rsidRDefault="00B632CA" w:rsidP="00A96A95">
            <w:pPr>
              <w:rPr>
                <w:rFonts w:eastAsia="MS Mincho"/>
                <w:sz w:val="24"/>
                <w:szCs w:val="24"/>
                <w:lang w:val="en-US"/>
              </w:rPr>
            </w:pPr>
          </w:p>
        </w:tc>
        <w:tc>
          <w:tcPr>
            <w:tcW w:w="1662" w:type="dxa"/>
            <w:vAlign w:val="center"/>
          </w:tcPr>
          <w:p w:rsidR="00B632CA" w:rsidRPr="00C12BE6" w:rsidRDefault="001E502D" w:rsidP="00A96A95">
            <w:pPr>
              <w:jc w:val="center"/>
              <w:rPr>
                <w:rFonts w:eastAsia="MS Mincho"/>
                <w:sz w:val="24"/>
                <w:szCs w:val="24"/>
              </w:rPr>
            </w:pPr>
            <w:r w:rsidRPr="00C12BE6">
              <w:rPr>
                <w:rFonts w:eastAsia="MS Mincho"/>
                <w:sz w:val="24"/>
                <w:szCs w:val="24"/>
              </w:rPr>
              <w:t>Жоқ</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295 (76,0)</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143 (71,9)</w:t>
            </w:r>
          </w:p>
        </w:tc>
        <w:tc>
          <w:tcPr>
            <w:tcW w:w="1662" w:type="dxa"/>
            <w:vAlign w:val="center"/>
          </w:tcPr>
          <w:p w:rsidR="00B632CA" w:rsidRPr="00C12BE6" w:rsidRDefault="00B632CA" w:rsidP="00A96A95">
            <w:pPr>
              <w:jc w:val="center"/>
              <w:rPr>
                <w:rFonts w:eastAsia="MS Mincho"/>
                <w:sz w:val="24"/>
                <w:szCs w:val="24"/>
                <w:lang w:val="en-US"/>
              </w:rPr>
            </w:pPr>
            <w:r w:rsidRPr="00C12BE6">
              <w:rPr>
                <w:rFonts w:eastAsia="MS Mincho"/>
                <w:sz w:val="24"/>
                <w:szCs w:val="24"/>
                <w:lang w:val="en-US"/>
              </w:rPr>
              <w:t>91 (65,0)</w:t>
            </w:r>
          </w:p>
        </w:tc>
        <w:tc>
          <w:tcPr>
            <w:tcW w:w="1662" w:type="dxa"/>
            <w:vMerge/>
          </w:tcPr>
          <w:p w:rsidR="00B632CA" w:rsidRPr="00C12BE6" w:rsidRDefault="00B632CA" w:rsidP="00A96A95">
            <w:pPr>
              <w:rPr>
                <w:rFonts w:eastAsia="MS Mincho"/>
                <w:sz w:val="24"/>
                <w:szCs w:val="24"/>
                <w:lang w:val="en-US"/>
              </w:rPr>
            </w:pPr>
          </w:p>
        </w:tc>
      </w:tr>
    </w:tbl>
    <w:p w:rsidR="00B632CA" w:rsidRPr="00C12BE6" w:rsidRDefault="00B632CA" w:rsidP="00B632CA">
      <w:pPr>
        <w:widowControl/>
        <w:autoSpaceDE/>
        <w:autoSpaceDN/>
        <w:spacing w:line="360" w:lineRule="auto"/>
        <w:jc w:val="center"/>
        <w:rPr>
          <w:rFonts w:eastAsia="MS Mincho"/>
          <w:sz w:val="24"/>
          <w:szCs w:val="24"/>
        </w:rPr>
      </w:pPr>
      <w:r w:rsidRPr="00C12BE6">
        <w:rPr>
          <w:rFonts w:eastAsia="MS Mincho"/>
          <w:sz w:val="24"/>
          <w:szCs w:val="24"/>
        </w:rPr>
        <w:t xml:space="preserve">* – </w:t>
      </w:r>
      <w:r w:rsidR="009A1CDA" w:rsidRPr="00C12BE6">
        <w:rPr>
          <w:rFonts w:eastAsia="MS Mincho"/>
          <w:sz w:val="24"/>
          <w:szCs w:val="24"/>
        </w:rPr>
        <w:t xml:space="preserve">көрсеткіштердегі айырмашылықтар статистикалық маңызды </w:t>
      </w:r>
      <w:r w:rsidRPr="00C12BE6">
        <w:rPr>
          <w:rFonts w:eastAsia="MS Mincho"/>
          <w:sz w:val="24"/>
          <w:szCs w:val="24"/>
        </w:rPr>
        <w:t>(p &lt; 0,05)</w:t>
      </w:r>
    </w:p>
    <w:p w:rsidR="00B632CA" w:rsidRPr="009A1CDA" w:rsidRDefault="00B632CA" w:rsidP="00B632CA">
      <w:pPr>
        <w:widowControl/>
        <w:autoSpaceDE/>
        <w:autoSpaceDN/>
        <w:spacing w:line="360" w:lineRule="auto"/>
        <w:rPr>
          <w:rFonts w:eastAsia="MS Mincho"/>
          <w:highlight w:val="yellow"/>
        </w:rPr>
      </w:pPr>
    </w:p>
    <w:p w:rsidR="00B632CA" w:rsidRDefault="009A1CDA" w:rsidP="009A1CDA">
      <w:pPr>
        <w:widowControl/>
        <w:autoSpaceDE/>
        <w:autoSpaceDN/>
        <w:ind w:firstLine="567"/>
        <w:jc w:val="both"/>
        <w:rPr>
          <w:rFonts w:eastAsia="MS Mincho"/>
          <w:sz w:val="28"/>
          <w:szCs w:val="28"/>
        </w:rPr>
      </w:pPr>
      <w:r w:rsidRPr="009A1CDA">
        <w:rPr>
          <w:rFonts w:eastAsia="MS Mincho"/>
          <w:sz w:val="28"/>
          <w:szCs w:val="28"/>
        </w:rPr>
        <w:t>Ұсынылған кестеге сәйкес сауалнамаға қатысқандардың</w:t>
      </w:r>
      <w:r w:rsidR="007C06C3">
        <w:rPr>
          <w:rFonts w:eastAsia="MS Mincho"/>
          <w:sz w:val="28"/>
          <w:szCs w:val="28"/>
        </w:rPr>
        <w:t xml:space="preserve"> тұрғылықты жеріне байланысты "М</w:t>
      </w:r>
      <w:r w:rsidRPr="009A1CDA">
        <w:rPr>
          <w:rFonts w:eastAsia="MS Mincho"/>
          <w:sz w:val="28"/>
          <w:szCs w:val="28"/>
        </w:rPr>
        <w:t>икробқа қарсы препараттарға төзімділік" көрсеткішін бағалау кезінде статистикалық маңызды айырмашылықтар анықталды (p = 0,040) (қолданылатын әдіс: Пирсонның хи-квадраты)</w:t>
      </w:r>
      <w:r w:rsidR="00955D6A">
        <w:rPr>
          <w:rFonts w:eastAsia="MS Mincho"/>
          <w:sz w:val="28"/>
          <w:szCs w:val="28"/>
        </w:rPr>
        <w:t xml:space="preserve"> (сурет 16</w:t>
      </w:r>
      <w:r w:rsidR="00C12BE6" w:rsidRPr="00C12BE6">
        <w:rPr>
          <w:rFonts w:eastAsia="MS Mincho"/>
          <w:sz w:val="28"/>
          <w:szCs w:val="28"/>
        </w:rPr>
        <w:t>)</w:t>
      </w:r>
      <w:r w:rsidRPr="009A1CDA">
        <w:rPr>
          <w:rFonts w:eastAsia="MS Mincho"/>
          <w:sz w:val="28"/>
          <w:szCs w:val="28"/>
        </w:rPr>
        <w:t>.</w:t>
      </w:r>
    </w:p>
    <w:p w:rsidR="009A1CDA" w:rsidRPr="009A1CDA" w:rsidRDefault="009A1CDA" w:rsidP="00A96A95">
      <w:pPr>
        <w:widowControl/>
        <w:autoSpaceDE/>
        <w:autoSpaceDN/>
        <w:rPr>
          <w:rFonts w:eastAsia="MS Mincho"/>
          <w:sz w:val="28"/>
          <w:szCs w:val="28"/>
          <w:highlight w:val="yellow"/>
        </w:rPr>
      </w:pPr>
    </w:p>
    <w:p w:rsidR="00B632CA" w:rsidRPr="00D7737E" w:rsidRDefault="00502406"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044EE2F4" wp14:editId="61654FF4">
            <wp:extent cx="6122670" cy="2793085"/>
            <wp:effectExtent l="0" t="0" r="0" b="762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2670" cy="2793085"/>
                    </a:xfrm>
                    <a:prstGeom prst="rect">
                      <a:avLst/>
                    </a:prstGeom>
                  </pic:spPr>
                </pic:pic>
              </a:graphicData>
            </a:graphic>
          </wp:inline>
        </w:drawing>
      </w:r>
    </w:p>
    <w:p w:rsidR="00B632CA" w:rsidRPr="009A1CDA" w:rsidRDefault="009A1CDA" w:rsidP="00A96A95">
      <w:pPr>
        <w:widowControl/>
        <w:autoSpaceDE/>
        <w:autoSpaceDN/>
        <w:jc w:val="center"/>
        <w:rPr>
          <w:rFonts w:eastAsia="MS Mincho"/>
          <w:sz w:val="28"/>
          <w:szCs w:val="28"/>
          <w:highlight w:val="yellow"/>
          <w:lang w:val="en-US"/>
        </w:rPr>
      </w:pPr>
      <w:r w:rsidRPr="00C12BE6">
        <w:rPr>
          <w:rFonts w:eastAsia="MS Mincho"/>
          <w:sz w:val="28"/>
          <w:szCs w:val="28"/>
          <w:lang w:val="ru-RU"/>
        </w:rPr>
        <w:t>Сурет</w:t>
      </w:r>
      <w:r w:rsidR="00955D6A">
        <w:rPr>
          <w:rFonts w:eastAsia="MS Mincho"/>
          <w:sz w:val="28"/>
          <w:szCs w:val="28"/>
          <w:lang w:val="en-US"/>
        </w:rPr>
        <w:t xml:space="preserve"> 1</w:t>
      </w:r>
      <w:r w:rsidR="00955D6A">
        <w:rPr>
          <w:rFonts w:eastAsia="MS Mincho"/>
          <w:sz w:val="28"/>
          <w:szCs w:val="28"/>
        </w:rPr>
        <w:t>6</w:t>
      </w:r>
      <w:r w:rsidR="00B632CA" w:rsidRPr="00C12BE6">
        <w:rPr>
          <w:rFonts w:eastAsia="MS Mincho"/>
          <w:sz w:val="28"/>
          <w:szCs w:val="28"/>
          <w:lang w:val="en-US"/>
        </w:rPr>
        <w:t xml:space="preserve"> – </w:t>
      </w:r>
      <w:r w:rsidRPr="00C12BE6">
        <w:rPr>
          <w:rFonts w:eastAsia="MS Mincho"/>
          <w:sz w:val="28"/>
          <w:szCs w:val="28"/>
          <w:lang w:val="ru-RU"/>
        </w:rPr>
        <w:t>Сауалнамаға</w:t>
      </w:r>
      <w:r w:rsidRPr="00C12BE6">
        <w:rPr>
          <w:rFonts w:eastAsia="MS Mincho"/>
          <w:sz w:val="28"/>
          <w:szCs w:val="28"/>
          <w:lang w:val="en-US"/>
        </w:rPr>
        <w:t xml:space="preserve"> </w:t>
      </w:r>
      <w:r w:rsidRPr="00C12BE6">
        <w:rPr>
          <w:rFonts w:eastAsia="MS Mincho"/>
          <w:sz w:val="28"/>
          <w:szCs w:val="28"/>
          <w:lang w:val="ru-RU"/>
        </w:rPr>
        <w:t>қатысқандардың</w:t>
      </w:r>
      <w:r w:rsidRPr="00C12BE6">
        <w:rPr>
          <w:rFonts w:eastAsia="MS Mincho"/>
          <w:sz w:val="28"/>
          <w:szCs w:val="28"/>
          <w:lang w:val="en-US"/>
        </w:rPr>
        <w:t xml:space="preserve"> </w:t>
      </w:r>
      <w:r w:rsidRPr="00C12BE6">
        <w:rPr>
          <w:rFonts w:eastAsia="MS Mincho"/>
          <w:sz w:val="28"/>
          <w:szCs w:val="28"/>
          <w:lang w:val="ru-RU"/>
        </w:rPr>
        <w:t>тұрғылықты</w:t>
      </w:r>
      <w:r w:rsidRPr="00C12BE6">
        <w:rPr>
          <w:rFonts w:eastAsia="MS Mincho"/>
          <w:sz w:val="28"/>
          <w:szCs w:val="28"/>
          <w:lang w:val="en-US"/>
        </w:rPr>
        <w:t xml:space="preserve"> </w:t>
      </w:r>
      <w:r w:rsidRPr="00C12BE6">
        <w:rPr>
          <w:rFonts w:eastAsia="MS Mincho"/>
          <w:sz w:val="28"/>
          <w:szCs w:val="28"/>
          <w:lang w:val="ru-RU"/>
        </w:rPr>
        <w:t>жеріне</w:t>
      </w:r>
      <w:r w:rsidRPr="00C12BE6">
        <w:rPr>
          <w:rFonts w:eastAsia="MS Mincho"/>
          <w:sz w:val="28"/>
          <w:szCs w:val="28"/>
          <w:lang w:val="en-US"/>
        </w:rPr>
        <w:t xml:space="preserve"> </w:t>
      </w:r>
      <w:r w:rsidRPr="00C12BE6">
        <w:rPr>
          <w:rFonts w:eastAsia="MS Mincho"/>
          <w:sz w:val="28"/>
          <w:szCs w:val="28"/>
          <w:lang w:val="ru-RU"/>
        </w:rPr>
        <w:t>байланысты</w:t>
      </w:r>
      <w:r w:rsidRPr="00C12BE6">
        <w:rPr>
          <w:rFonts w:eastAsia="MS Mincho"/>
          <w:sz w:val="28"/>
          <w:szCs w:val="28"/>
          <w:lang w:val="en-US"/>
        </w:rPr>
        <w:t xml:space="preserve"> "</w:t>
      </w:r>
      <w:r w:rsidRPr="00C12BE6">
        <w:rPr>
          <w:rFonts w:eastAsia="MS Mincho"/>
          <w:sz w:val="28"/>
          <w:szCs w:val="28"/>
          <w:lang w:val="ru-RU"/>
        </w:rPr>
        <w:t>Микроб</w:t>
      </w:r>
      <w:r w:rsidRPr="009A1CDA">
        <w:rPr>
          <w:rFonts w:eastAsia="MS Mincho"/>
          <w:sz w:val="28"/>
          <w:szCs w:val="28"/>
          <w:lang w:val="ru-RU"/>
        </w:rPr>
        <w:t>қа</w:t>
      </w:r>
      <w:r w:rsidRPr="009A1CDA">
        <w:rPr>
          <w:rFonts w:eastAsia="MS Mincho"/>
          <w:sz w:val="28"/>
          <w:szCs w:val="28"/>
          <w:lang w:val="en-US"/>
        </w:rPr>
        <w:t xml:space="preserve"> </w:t>
      </w:r>
      <w:r w:rsidRPr="009A1CDA">
        <w:rPr>
          <w:rFonts w:eastAsia="MS Mincho"/>
          <w:sz w:val="28"/>
          <w:szCs w:val="28"/>
          <w:lang w:val="ru-RU"/>
        </w:rPr>
        <w:t>қарсы</w:t>
      </w:r>
      <w:r w:rsidRPr="009A1CDA">
        <w:rPr>
          <w:rFonts w:eastAsia="MS Mincho"/>
          <w:sz w:val="28"/>
          <w:szCs w:val="28"/>
          <w:lang w:val="en-US"/>
        </w:rPr>
        <w:t xml:space="preserve"> </w:t>
      </w:r>
      <w:r w:rsidRPr="009A1CDA">
        <w:rPr>
          <w:rFonts w:eastAsia="MS Mincho"/>
          <w:sz w:val="28"/>
          <w:szCs w:val="28"/>
          <w:lang w:val="ru-RU"/>
        </w:rPr>
        <w:t>препараттарға</w:t>
      </w:r>
      <w:r w:rsidRPr="009A1CDA">
        <w:rPr>
          <w:rFonts w:eastAsia="MS Mincho"/>
          <w:sz w:val="28"/>
          <w:szCs w:val="28"/>
          <w:lang w:val="en-US"/>
        </w:rPr>
        <w:t xml:space="preserve"> </w:t>
      </w:r>
      <w:r w:rsidRPr="009A1CDA">
        <w:rPr>
          <w:rFonts w:eastAsia="MS Mincho"/>
          <w:sz w:val="28"/>
          <w:szCs w:val="28"/>
          <w:lang w:val="ru-RU"/>
        </w:rPr>
        <w:t>төзімділік</w:t>
      </w:r>
      <w:r w:rsidRPr="009A1CDA">
        <w:rPr>
          <w:rFonts w:eastAsia="MS Mincho"/>
          <w:sz w:val="28"/>
          <w:szCs w:val="28"/>
          <w:lang w:val="en-US"/>
        </w:rPr>
        <w:t xml:space="preserve">" </w:t>
      </w:r>
      <w:r w:rsidRPr="009A1CDA">
        <w:rPr>
          <w:rFonts w:eastAsia="MS Mincho"/>
          <w:sz w:val="28"/>
          <w:szCs w:val="28"/>
          <w:lang w:val="ru-RU"/>
        </w:rPr>
        <w:t>көрсеткішін</w:t>
      </w:r>
      <w:r w:rsidRPr="009A1CDA">
        <w:rPr>
          <w:rFonts w:eastAsia="MS Mincho"/>
          <w:sz w:val="28"/>
          <w:szCs w:val="28"/>
          <w:lang w:val="en-US"/>
        </w:rPr>
        <w:t xml:space="preserve"> </w:t>
      </w:r>
      <w:r w:rsidRPr="009A1CDA">
        <w:rPr>
          <w:rFonts w:eastAsia="MS Mincho"/>
          <w:sz w:val="28"/>
          <w:szCs w:val="28"/>
          <w:lang w:val="ru-RU"/>
        </w:rPr>
        <w:t>талдау</w:t>
      </w:r>
    </w:p>
    <w:p w:rsidR="00B632CA" w:rsidRPr="009A1CDA" w:rsidRDefault="00B632CA" w:rsidP="00A96A95">
      <w:pPr>
        <w:widowControl/>
        <w:autoSpaceDE/>
        <w:autoSpaceDN/>
        <w:rPr>
          <w:rFonts w:eastAsia="MS Mincho"/>
          <w:sz w:val="28"/>
          <w:szCs w:val="28"/>
          <w:highlight w:val="yellow"/>
          <w:lang w:val="en-US"/>
        </w:rPr>
      </w:pPr>
    </w:p>
    <w:p w:rsidR="009A1CDA" w:rsidRPr="009A1CDA" w:rsidRDefault="009A1CDA" w:rsidP="009A1CDA">
      <w:pPr>
        <w:widowControl/>
        <w:autoSpaceDE/>
        <w:autoSpaceDN/>
        <w:ind w:firstLine="567"/>
        <w:jc w:val="both"/>
        <w:rPr>
          <w:rFonts w:eastAsia="MS Mincho"/>
          <w:sz w:val="28"/>
          <w:szCs w:val="28"/>
          <w:lang w:val="en-US"/>
        </w:rPr>
      </w:pP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байланысты</w:t>
      </w:r>
      <w:r w:rsidRPr="009A1CDA">
        <w:rPr>
          <w:rFonts w:eastAsia="MS Mincho"/>
          <w:sz w:val="28"/>
          <w:szCs w:val="28"/>
          <w:lang w:val="en-US"/>
        </w:rPr>
        <w:t xml:space="preserve"> "</w:t>
      </w:r>
      <w:r w:rsidR="00C12BE6">
        <w:rPr>
          <w:rFonts w:eastAsia="MS Mincho"/>
          <w:sz w:val="28"/>
          <w:szCs w:val="28"/>
          <w:lang w:val="ru-RU"/>
        </w:rPr>
        <w:t>А</w:t>
      </w:r>
      <w:r w:rsidRPr="009A1CDA">
        <w:rPr>
          <w:rFonts w:eastAsia="MS Mincho"/>
          <w:sz w:val="28"/>
          <w:szCs w:val="28"/>
          <w:lang w:val="ru-RU"/>
        </w:rPr>
        <w:t>нтибиотиктерге</w:t>
      </w:r>
      <w:r w:rsidRPr="009A1CDA">
        <w:rPr>
          <w:rFonts w:eastAsia="MS Mincho"/>
          <w:sz w:val="28"/>
          <w:szCs w:val="28"/>
          <w:lang w:val="en-US"/>
        </w:rPr>
        <w:t xml:space="preserve"> </w:t>
      </w:r>
      <w:r w:rsidRPr="009A1CDA">
        <w:rPr>
          <w:rFonts w:eastAsia="MS Mincho"/>
          <w:sz w:val="28"/>
          <w:szCs w:val="28"/>
          <w:lang w:val="ru-RU"/>
        </w:rPr>
        <w:t>төзімділік</w:t>
      </w:r>
      <w:r w:rsidRPr="009A1CDA">
        <w:rPr>
          <w:rFonts w:eastAsia="MS Mincho"/>
          <w:sz w:val="28"/>
          <w:szCs w:val="28"/>
          <w:lang w:val="en-US"/>
        </w:rPr>
        <w:t xml:space="preserve">" </w:t>
      </w:r>
      <w:r w:rsidRPr="009A1CDA">
        <w:rPr>
          <w:rFonts w:eastAsia="MS Mincho"/>
          <w:sz w:val="28"/>
          <w:szCs w:val="28"/>
          <w:lang w:val="ru-RU"/>
        </w:rPr>
        <w:t>көрсеткішіне</w:t>
      </w:r>
      <w:r w:rsidRPr="009A1CDA">
        <w:rPr>
          <w:rFonts w:eastAsia="MS Mincho"/>
          <w:sz w:val="28"/>
          <w:szCs w:val="28"/>
          <w:lang w:val="en-US"/>
        </w:rPr>
        <w:t xml:space="preserve"> </w:t>
      </w:r>
      <w:r w:rsidRPr="009A1CDA">
        <w:rPr>
          <w:rFonts w:eastAsia="MS Mincho"/>
          <w:sz w:val="28"/>
          <w:szCs w:val="28"/>
          <w:lang w:val="ru-RU"/>
        </w:rPr>
        <w:t>талдау</w:t>
      </w:r>
      <w:r w:rsidRPr="009A1CDA">
        <w:rPr>
          <w:rFonts w:eastAsia="MS Mincho"/>
          <w:sz w:val="28"/>
          <w:szCs w:val="28"/>
          <w:lang w:val="en-US"/>
        </w:rPr>
        <w:t xml:space="preserve"> </w:t>
      </w:r>
      <w:r w:rsidRPr="009A1CDA">
        <w:rPr>
          <w:rFonts w:eastAsia="MS Mincho"/>
          <w:sz w:val="28"/>
          <w:szCs w:val="28"/>
          <w:lang w:val="ru-RU"/>
        </w:rPr>
        <w:t>жүргізілді</w:t>
      </w:r>
      <w:r w:rsidRPr="009A1CDA">
        <w:rPr>
          <w:rFonts w:eastAsia="MS Mincho"/>
          <w:sz w:val="28"/>
          <w:szCs w:val="28"/>
          <w:lang w:val="en-US"/>
        </w:rPr>
        <w:t>.</w:t>
      </w:r>
    </w:p>
    <w:p w:rsidR="00B632CA" w:rsidRPr="00C12BE6" w:rsidRDefault="009A1CDA" w:rsidP="009A1CDA">
      <w:pPr>
        <w:widowControl/>
        <w:autoSpaceDE/>
        <w:autoSpaceDN/>
        <w:ind w:firstLine="567"/>
        <w:jc w:val="both"/>
        <w:rPr>
          <w:rFonts w:eastAsia="MS Mincho"/>
          <w:sz w:val="28"/>
          <w:szCs w:val="28"/>
          <w:lang w:val="en-US"/>
        </w:rPr>
      </w:pPr>
      <w:r w:rsidRPr="009A1CDA">
        <w:rPr>
          <w:rFonts w:eastAsia="MS Mincho"/>
          <w:sz w:val="28"/>
          <w:szCs w:val="28"/>
          <w:lang w:val="ru-RU"/>
        </w:rPr>
        <w:t>Білім</w:t>
      </w:r>
      <w:r w:rsidRPr="009423E3">
        <w:rPr>
          <w:rFonts w:eastAsia="MS Mincho"/>
          <w:sz w:val="28"/>
          <w:szCs w:val="28"/>
          <w:lang w:val="en-US"/>
        </w:rPr>
        <w:t xml:space="preserve"> </w:t>
      </w:r>
      <w:r w:rsidRPr="009A1CDA">
        <w:rPr>
          <w:rFonts w:eastAsia="MS Mincho"/>
          <w:sz w:val="28"/>
          <w:szCs w:val="28"/>
          <w:lang w:val="ru-RU"/>
        </w:rPr>
        <w:t>деңгейіне</w:t>
      </w:r>
      <w:r w:rsidRPr="009423E3">
        <w:rPr>
          <w:rFonts w:eastAsia="MS Mincho"/>
          <w:sz w:val="28"/>
          <w:szCs w:val="28"/>
          <w:lang w:val="en-US"/>
        </w:rPr>
        <w:t xml:space="preserve"> </w:t>
      </w:r>
      <w:r w:rsidRPr="009A1CDA">
        <w:rPr>
          <w:rFonts w:eastAsia="MS Mincho"/>
          <w:sz w:val="28"/>
          <w:szCs w:val="28"/>
          <w:lang w:val="ru-RU"/>
        </w:rPr>
        <w:t>байланысты</w:t>
      </w:r>
      <w:r w:rsidRPr="009423E3">
        <w:rPr>
          <w:rFonts w:eastAsia="MS Mincho"/>
          <w:sz w:val="28"/>
          <w:szCs w:val="28"/>
          <w:lang w:val="en-US"/>
        </w:rPr>
        <w:t xml:space="preserve"> "</w:t>
      </w:r>
      <w:r w:rsidR="007C06C3">
        <w:rPr>
          <w:rFonts w:eastAsia="MS Mincho"/>
          <w:sz w:val="28"/>
          <w:szCs w:val="28"/>
          <w:lang w:val="ru-RU"/>
        </w:rPr>
        <w:t>А</w:t>
      </w:r>
      <w:r w:rsidRPr="009A1CDA">
        <w:rPr>
          <w:rFonts w:eastAsia="MS Mincho"/>
          <w:sz w:val="28"/>
          <w:szCs w:val="28"/>
          <w:lang w:val="ru-RU"/>
        </w:rPr>
        <w:t>нтибиотиктерге</w:t>
      </w:r>
      <w:r w:rsidRPr="009423E3">
        <w:rPr>
          <w:rFonts w:eastAsia="MS Mincho"/>
          <w:sz w:val="28"/>
          <w:szCs w:val="28"/>
          <w:lang w:val="en-US"/>
        </w:rPr>
        <w:t xml:space="preserve"> </w:t>
      </w:r>
      <w:r w:rsidRPr="009A1CDA">
        <w:rPr>
          <w:rFonts w:eastAsia="MS Mincho"/>
          <w:sz w:val="28"/>
          <w:szCs w:val="28"/>
          <w:lang w:val="ru-RU"/>
        </w:rPr>
        <w:t>төзімділік</w:t>
      </w:r>
      <w:r w:rsidRPr="009423E3">
        <w:rPr>
          <w:rFonts w:eastAsia="MS Mincho"/>
          <w:sz w:val="28"/>
          <w:szCs w:val="28"/>
          <w:lang w:val="en-US"/>
        </w:rPr>
        <w:t xml:space="preserve">" </w:t>
      </w:r>
      <w:r w:rsidRPr="009A1CDA">
        <w:rPr>
          <w:rFonts w:eastAsia="MS Mincho"/>
          <w:sz w:val="28"/>
          <w:szCs w:val="28"/>
          <w:lang w:val="ru-RU"/>
        </w:rPr>
        <w:t>көрсеткішін</w:t>
      </w:r>
      <w:r w:rsidRPr="009423E3">
        <w:rPr>
          <w:rFonts w:eastAsia="MS Mincho"/>
          <w:sz w:val="28"/>
          <w:szCs w:val="28"/>
          <w:lang w:val="en-US"/>
        </w:rPr>
        <w:t xml:space="preserve"> </w:t>
      </w:r>
      <w:r w:rsidRPr="009A1CDA">
        <w:rPr>
          <w:rFonts w:eastAsia="MS Mincho"/>
          <w:sz w:val="28"/>
          <w:szCs w:val="28"/>
          <w:lang w:val="ru-RU"/>
        </w:rPr>
        <w:t>салыстыру</w:t>
      </w:r>
      <w:r w:rsidRPr="009423E3">
        <w:rPr>
          <w:rFonts w:eastAsia="MS Mincho"/>
          <w:sz w:val="28"/>
          <w:szCs w:val="28"/>
          <w:lang w:val="en-US"/>
        </w:rPr>
        <w:t xml:space="preserve"> </w:t>
      </w:r>
      <w:r w:rsidRPr="009A1CDA">
        <w:rPr>
          <w:rFonts w:eastAsia="MS Mincho"/>
          <w:sz w:val="28"/>
          <w:szCs w:val="28"/>
          <w:lang w:val="ru-RU"/>
        </w:rPr>
        <w:t>кезінде</w:t>
      </w:r>
      <w:r w:rsidRPr="009423E3">
        <w:rPr>
          <w:rFonts w:eastAsia="MS Mincho"/>
          <w:sz w:val="28"/>
          <w:szCs w:val="28"/>
          <w:lang w:val="en-US"/>
        </w:rPr>
        <w:t xml:space="preserve"> </w:t>
      </w:r>
      <w:r w:rsidRPr="009A1CDA">
        <w:rPr>
          <w:rFonts w:eastAsia="MS Mincho"/>
          <w:sz w:val="28"/>
          <w:szCs w:val="28"/>
          <w:lang w:val="ru-RU"/>
        </w:rPr>
        <w:t>алынған</w:t>
      </w:r>
      <w:r w:rsidRPr="009423E3">
        <w:rPr>
          <w:rFonts w:eastAsia="MS Mincho"/>
          <w:sz w:val="28"/>
          <w:szCs w:val="28"/>
          <w:lang w:val="en-US"/>
        </w:rPr>
        <w:t xml:space="preserve"> </w:t>
      </w:r>
      <w:r w:rsidRPr="009A1CDA">
        <w:rPr>
          <w:rFonts w:eastAsia="MS Mincho"/>
          <w:sz w:val="28"/>
          <w:szCs w:val="28"/>
          <w:lang w:val="ru-RU"/>
        </w:rPr>
        <w:t>мәліметтерге</w:t>
      </w:r>
      <w:r w:rsidRPr="009423E3">
        <w:rPr>
          <w:rFonts w:eastAsia="MS Mincho"/>
          <w:sz w:val="28"/>
          <w:szCs w:val="28"/>
          <w:lang w:val="en-US"/>
        </w:rPr>
        <w:t xml:space="preserve"> </w:t>
      </w:r>
      <w:r w:rsidRPr="009A1CDA">
        <w:rPr>
          <w:rFonts w:eastAsia="MS Mincho"/>
          <w:sz w:val="28"/>
          <w:szCs w:val="28"/>
          <w:lang w:val="ru-RU"/>
        </w:rPr>
        <w:t>сүйене</w:t>
      </w:r>
      <w:r w:rsidRPr="009423E3">
        <w:rPr>
          <w:rFonts w:eastAsia="MS Mincho"/>
          <w:sz w:val="28"/>
          <w:szCs w:val="28"/>
          <w:lang w:val="en-US"/>
        </w:rPr>
        <w:t xml:space="preserve"> </w:t>
      </w:r>
      <w:r w:rsidRPr="009A1CDA">
        <w:rPr>
          <w:rFonts w:eastAsia="MS Mincho"/>
          <w:sz w:val="28"/>
          <w:szCs w:val="28"/>
          <w:lang w:val="ru-RU"/>
        </w:rPr>
        <w:t>отырып</w:t>
      </w:r>
      <w:r w:rsidRPr="009423E3">
        <w:rPr>
          <w:rFonts w:eastAsia="MS Mincho"/>
          <w:sz w:val="28"/>
          <w:szCs w:val="28"/>
          <w:lang w:val="en-US"/>
        </w:rPr>
        <w:t xml:space="preserve">, </w:t>
      </w:r>
      <w:r w:rsidRPr="009A1CDA">
        <w:rPr>
          <w:rFonts w:eastAsia="MS Mincho"/>
          <w:sz w:val="28"/>
          <w:szCs w:val="28"/>
          <w:lang w:val="ru-RU"/>
        </w:rPr>
        <w:t>айтарлықтай</w:t>
      </w:r>
      <w:r w:rsidRPr="009423E3">
        <w:rPr>
          <w:rFonts w:eastAsia="MS Mincho"/>
          <w:sz w:val="28"/>
          <w:szCs w:val="28"/>
          <w:lang w:val="en-US"/>
        </w:rPr>
        <w:t xml:space="preserve"> </w:t>
      </w:r>
      <w:r w:rsidRPr="009A1CDA">
        <w:rPr>
          <w:rFonts w:eastAsia="MS Mincho"/>
          <w:sz w:val="28"/>
          <w:szCs w:val="28"/>
          <w:lang w:val="ru-RU"/>
        </w:rPr>
        <w:t>айырмашылықтар</w:t>
      </w:r>
      <w:r w:rsidRPr="009423E3">
        <w:rPr>
          <w:rFonts w:eastAsia="MS Mincho"/>
          <w:sz w:val="28"/>
          <w:szCs w:val="28"/>
          <w:lang w:val="en-US"/>
        </w:rPr>
        <w:t xml:space="preserve"> </w:t>
      </w:r>
      <w:r w:rsidRPr="009A1CDA">
        <w:rPr>
          <w:rFonts w:eastAsia="MS Mincho"/>
          <w:sz w:val="28"/>
          <w:szCs w:val="28"/>
          <w:lang w:val="ru-RU"/>
        </w:rPr>
        <w:t>анықталды</w:t>
      </w:r>
      <w:r w:rsidRPr="009423E3">
        <w:rPr>
          <w:rFonts w:eastAsia="MS Mincho"/>
          <w:sz w:val="28"/>
          <w:szCs w:val="28"/>
          <w:lang w:val="en-US"/>
        </w:rPr>
        <w:t xml:space="preserve"> (p &lt; 0,001) (</w:t>
      </w:r>
      <w:r w:rsidRPr="009A1CDA">
        <w:rPr>
          <w:rFonts w:eastAsia="MS Mincho"/>
          <w:sz w:val="28"/>
          <w:szCs w:val="28"/>
          <w:lang w:val="ru-RU"/>
        </w:rPr>
        <w:t>қолданылатын</w:t>
      </w:r>
      <w:r w:rsidRPr="009423E3">
        <w:rPr>
          <w:rFonts w:eastAsia="MS Mincho"/>
          <w:sz w:val="28"/>
          <w:szCs w:val="28"/>
          <w:lang w:val="en-US"/>
        </w:rPr>
        <w:t xml:space="preserve"> </w:t>
      </w:r>
      <w:r w:rsidRPr="009A1CDA">
        <w:rPr>
          <w:rFonts w:eastAsia="MS Mincho"/>
          <w:sz w:val="28"/>
          <w:szCs w:val="28"/>
          <w:lang w:val="ru-RU"/>
        </w:rPr>
        <w:t>әдіс</w:t>
      </w:r>
      <w:r w:rsidRPr="009423E3">
        <w:rPr>
          <w:rFonts w:eastAsia="MS Mincho"/>
          <w:sz w:val="28"/>
          <w:szCs w:val="28"/>
          <w:lang w:val="en-US"/>
        </w:rPr>
        <w:t xml:space="preserve">: </w:t>
      </w:r>
      <w:r w:rsidRPr="009A1CDA">
        <w:rPr>
          <w:rFonts w:eastAsia="MS Mincho"/>
          <w:sz w:val="28"/>
          <w:szCs w:val="28"/>
          <w:lang w:val="ru-RU"/>
        </w:rPr>
        <w:t>Пирсонның</w:t>
      </w:r>
      <w:r w:rsidRPr="009423E3">
        <w:rPr>
          <w:rFonts w:eastAsia="MS Mincho"/>
          <w:sz w:val="28"/>
          <w:szCs w:val="28"/>
          <w:lang w:val="en-US"/>
        </w:rPr>
        <w:t xml:space="preserve"> </w:t>
      </w:r>
      <w:r w:rsidRPr="009A1CDA">
        <w:rPr>
          <w:rFonts w:eastAsia="MS Mincho"/>
          <w:sz w:val="28"/>
          <w:szCs w:val="28"/>
          <w:lang w:val="ru-RU"/>
        </w:rPr>
        <w:t>хи</w:t>
      </w:r>
      <w:r w:rsidRPr="009423E3">
        <w:rPr>
          <w:rFonts w:eastAsia="MS Mincho"/>
          <w:sz w:val="28"/>
          <w:szCs w:val="28"/>
          <w:lang w:val="en-US"/>
        </w:rPr>
        <w:t>-</w:t>
      </w:r>
      <w:r w:rsidRPr="009A1CDA">
        <w:rPr>
          <w:rFonts w:eastAsia="MS Mincho"/>
          <w:sz w:val="28"/>
          <w:szCs w:val="28"/>
          <w:lang w:val="ru-RU"/>
        </w:rPr>
        <w:t>квадраты</w:t>
      </w:r>
      <w:r w:rsidRPr="009423E3">
        <w:rPr>
          <w:rFonts w:eastAsia="MS Mincho"/>
          <w:sz w:val="28"/>
          <w:szCs w:val="28"/>
          <w:lang w:val="en-US"/>
        </w:rPr>
        <w:t>)</w:t>
      </w:r>
      <w:r w:rsidR="00C12BE6" w:rsidRPr="00C12BE6">
        <w:rPr>
          <w:rFonts w:eastAsia="MS Mincho"/>
          <w:sz w:val="28"/>
          <w:szCs w:val="28"/>
          <w:lang w:val="en-US"/>
        </w:rPr>
        <w:t xml:space="preserve"> (</w:t>
      </w:r>
      <w:r w:rsidR="00C12BE6">
        <w:rPr>
          <w:rFonts w:eastAsia="MS Mincho"/>
          <w:sz w:val="28"/>
          <w:szCs w:val="28"/>
          <w:lang w:val="ru-RU"/>
        </w:rPr>
        <w:t>сурет</w:t>
      </w:r>
      <w:r w:rsidR="00955D6A">
        <w:rPr>
          <w:rFonts w:eastAsia="MS Mincho"/>
          <w:sz w:val="28"/>
          <w:szCs w:val="28"/>
          <w:lang w:val="en-US"/>
        </w:rPr>
        <w:t xml:space="preserve"> 1</w:t>
      </w:r>
      <w:r w:rsidR="00955D6A">
        <w:rPr>
          <w:rFonts w:eastAsia="MS Mincho"/>
          <w:sz w:val="28"/>
          <w:szCs w:val="28"/>
        </w:rPr>
        <w:t>7</w:t>
      </w:r>
      <w:r w:rsidR="00C12BE6" w:rsidRPr="00C12BE6">
        <w:rPr>
          <w:rFonts w:eastAsia="MS Mincho"/>
          <w:sz w:val="28"/>
          <w:szCs w:val="28"/>
          <w:lang w:val="en-US"/>
        </w:rPr>
        <w:t>)</w:t>
      </w:r>
      <w:r w:rsidRPr="009423E3">
        <w:rPr>
          <w:rFonts w:eastAsia="MS Mincho"/>
          <w:sz w:val="28"/>
          <w:szCs w:val="28"/>
          <w:lang w:val="en-US"/>
        </w:rPr>
        <w:t>.</w:t>
      </w:r>
    </w:p>
    <w:p w:rsidR="00C12BE6" w:rsidRPr="00C12BE6" w:rsidRDefault="00C12BE6" w:rsidP="009A1CDA">
      <w:pPr>
        <w:widowControl/>
        <w:autoSpaceDE/>
        <w:autoSpaceDN/>
        <w:ind w:firstLine="567"/>
        <w:jc w:val="both"/>
        <w:rPr>
          <w:rFonts w:eastAsia="MS Mincho"/>
          <w:sz w:val="28"/>
          <w:szCs w:val="28"/>
          <w:highlight w:val="yellow"/>
          <w:lang w:val="en-US"/>
        </w:rPr>
      </w:pPr>
    </w:p>
    <w:p w:rsidR="00B632CA" w:rsidRPr="00D7737E" w:rsidRDefault="00502406"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06B92F04" wp14:editId="094D6B19">
            <wp:extent cx="6122670" cy="3083136"/>
            <wp:effectExtent l="0" t="0" r="0" b="3175"/>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2670" cy="3083136"/>
                    </a:xfrm>
                    <a:prstGeom prst="rect">
                      <a:avLst/>
                    </a:prstGeom>
                  </pic:spPr>
                </pic:pic>
              </a:graphicData>
            </a:graphic>
          </wp:inline>
        </w:drawing>
      </w:r>
    </w:p>
    <w:p w:rsidR="00B632CA" w:rsidRPr="009A1CDA" w:rsidRDefault="009A1CDA" w:rsidP="00A96A95">
      <w:pPr>
        <w:widowControl/>
        <w:autoSpaceDE/>
        <w:autoSpaceDN/>
        <w:jc w:val="center"/>
        <w:rPr>
          <w:rFonts w:eastAsia="MS Mincho"/>
          <w:sz w:val="28"/>
          <w:szCs w:val="28"/>
          <w:highlight w:val="yellow"/>
          <w:lang w:val="en-US"/>
        </w:rPr>
      </w:pPr>
      <w:r w:rsidRPr="00C12BE6">
        <w:rPr>
          <w:rFonts w:eastAsia="MS Mincho"/>
          <w:sz w:val="28"/>
          <w:szCs w:val="28"/>
          <w:lang w:val="ru-RU"/>
        </w:rPr>
        <w:t>Сурет</w:t>
      </w:r>
      <w:r w:rsidRPr="00C12BE6">
        <w:rPr>
          <w:rFonts w:eastAsia="MS Mincho"/>
          <w:sz w:val="28"/>
          <w:szCs w:val="28"/>
          <w:lang w:val="en-US"/>
        </w:rPr>
        <w:t xml:space="preserve"> </w:t>
      </w:r>
      <w:r w:rsidR="00955D6A">
        <w:rPr>
          <w:rFonts w:eastAsia="MS Mincho"/>
          <w:sz w:val="28"/>
          <w:szCs w:val="28"/>
          <w:lang w:val="en-US"/>
        </w:rPr>
        <w:t>1</w:t>
      </w:r>
      <w:r w:rsidR="00955D6A">
        <w:rPr>
          <w:rFonts w:eastAsia="MS Mincho"/>
          <w:sz w:val="28"/>
          <w:szCs w:val="28"/>
        </w:rPr>
        <w:t>8</w:t>
      </w:r>
      <w:r w:rsidR="00B632CA" w:rsidRPr="00C12BE6">
        <w:rPr>
          <w:rFonts w:eastAsia="MS Mincho"/>
          <w:sz w:val="28"/>
          <w:szCs w:val="28"/>
          <w:lang w:val="en-US"/>
        </w:rPr>
        <w:t xml:space="preserve"> – </w:t>
      </w: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байланысты</w:t>
      </w:r>
      <w:r w:rsidRPr="009A1CDA">
        <w:rPr>
          <w:rFonts w:eastAsia="MS Mincho"/>
          <w:sz w:val="28"/>
          <w:szCs w:val="28"/>
          <w:lang w:val="en-US"/>
        </w:rPr>
        <w:t xml:space="preserve"> "</w:t>
      </w:r>
      <w:r>
        <w:rPr>
          <w:rFonts w:eastAsia="MS Mincho"/>
          <w:sz w:val="28"/>
          <w:szCs w:val="28"/>
          <w:lang w:val="ru-RU"/>
        </w:rPr>
        <w:t>А</w:t>
      </w:r>
      <w:r w:rsidRPr="009A1CDA">
        <w:rPr>
          <w:rFonts w:eastAsia="MS Mincho"/>
          <w:sz w:val="28"/>
          <w:szCs w:val="28"/>
          <w:lang w:val="ru-RU"/>
        </w:rPr>
        <w:t>нтибиотиктерге</w:t>
      </w:r>
      <w:r w:rsidRPr="009A1CDA">
        <w:rPr>
          <w:rFonts w:eastAsia="MS Mincho"/>
          <w:sz w:val="28"/>
          <w:szCs w:val="28"/>
          <w:lang w:val="en-US"/>
        </w:rPr>
        <w:t xml:space="preserve"> </w:t>
      </w:r>
      <w:r w:rsidRPr="009A1CDA">
        <w:rPr>
          <w:rFonts w:eastAsia="MS Mincho"/>
          <w:sz w:val="28"/>
          <w:szCs w:val="28"/>
          <w:lang w:val="ru-RU"/>
        </w:rPr>
        <w:t>төзімділік</w:t>
      </w:r>
      <w:r w:rsidRPr="009A1CDA">
        <w:rPr>
          <w:rFonts w:eastAsia="MS Mincho"/>
          <w:sz w:val="28"/>
          <w:szCs w:val="28"/>
          <w:lang w:val="en-US"/>
        </w:rPr>
        <w:t xml:space="preserve">" </w:t>
      </w:r>
      <w:r w:rsidRPr="009A1CDA">
        <w:rPr>
          <w:rFonts w:eastAsia="MS Mincho"/>
          <w:sz w:val="28"/>
          <w:szCs w:val="28"/>
          <w:lang w:val="ru-RU"/>
        </w:rPr>
        <w:t>көрсеткішіне</w:t>
      </w:r>
      <w:r w:rsidRPr="009A1CDA">
        <w:rPr>
          <w:rFonts w:eastAsia="MS Mincho"/>
          <w:sz w:val="28"/>
          <w:szCs w:val="28"/>
          <w:lang w:val="en-US"/>
        </w:rPr>
        <w:t xml:space="preserve"> </w:t>
      </w:r>
      <w:r w:rsidRPr="009A1CDA">
        <w:rPr>
          <w:rFonts w:eastAsia="MS Mincho"/>
          <w:sz w:val="28"/>
          <w:szCs w:val="28"/>
          <w:lang w:val="ru-RU"/>
        </w:rPr>
        <w:t>талдау</w:t>
      </w:r>
    </w:p>
    <w:p w:rsidR="00B632CA" w:rsidRPr="009A1CDA" w:rsidRDefault="00B632CA" w:rsidP="00A96A95">
      <w:pPr>
        <w:widowControl/>
        <w:autoSpaceDE/>
        <w:autoSpaceDN/>
        <w:rPr>
          <w:rFonts w:eastAsia="MS Mincho"/>
          <w:sz w:val="28"/>
          <w:szCs w:val="28"/>
          <w:highlight w:val="yellow"/>
          <w:lang w:val="en-US"/>
        </w:rPr>
      </w:pPr>
    </w:p>
    <w:p w:rsidR="009A1CDA" w:rsidRPr="009A1CDA" w:rsidRDefault="009A1CDA" w:rsidP="009A1CDA">
      <w:pPr>
        <w:widowControl/>
        <w:autoSpaceDE/>
        <w:autoSpaceDN/>
        <w:ind w:firstLine="567"/>
        <w:jc w:val="both"/>
        <w:rPr>
          <w:rFonts w:eastAsia="MS Mincho"/>
          <w:sz w:val="28"/>
          <w:szCs w:val="28"/>
          <w:lang w:val="en-US"/>
        </w:rPr>
      </w:pP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байланысты</w:t>
      </w:r>
      <w:r w:rsidRPr="009A1CDA">
        <w:rPr>
          <w:rFonts w:eastAsia="MS Mincho"/>
          <w:sz w:val="28"/>
          <w:szCs w:val="28"/>
          <w:lang w:val="en-US"/>
        </w:rPr>
        <w:t xml:space="preserve"> "</w:t>
      </w:r>
      <w:r w:rsidRPr="009A1CDA">
        <w:rPr>
          <w:rFonts w:eastAsia="MS Mincho"/>
          <w:sz w:val="28"/>
          <w:szCs w:val="28"/>
          <w:lang w:val="ru-RU"/>
        </w:rPr>
        <w:t>Супербактерия</w:t>
      </w:r>
      <w:r>
        <w:rPr>
          <w:rFonts w:eastAsia="MS Mincho"/>
          <w:sz w:val="28"/>
          <w:szCs w:val="28"/>
          <w:lang w:val="ru-RU"/>
        </w:rPr>
        <w:t>лар</w:t>
      </w:r>
      <w:r w:rsidRPr="009A1CDA">
        <w:rPr>
          <w:rFonts w:eastAsia="MS Mincho"/>
          <w:sz w:val="28"/>
          <w:szCs w:val="28"/>
          <w:lang w:val="en-US"/>
        </w:rPr>
        <w:t xml:space="preserve">" </w:t>
      </w:r>
      <w:r w:rsidRPr="009A1CDA">
        <w:rPr>
          <w:rFonts w:eastAsia="MS Mincho"/>
          <w:sz w:val="28"/>
          <w:szCs w:val="28"/>
          <w:lang w:val="ru-RU"/>
        </w:rPr>
        <w:t>көрсеткішіне</w:t>
      </w:r>
      <w:r w:rsidRPr="009A1CDA">
        <w:rPr>
          <w:rFonts w:eastAsia="MS Mincho"/>
          <w:sz w:val="28"/>
          <w:szCs w:val="28"/>
          <w:lang w:val="en-US"/>
        </w:rPr>
        <w:t xml:space="preserve"> </w:t>
      </w:r>
      <w:r w:rsidRPr="009A1CDA">
        <w:rPr>
          <w:rFonts w:eastAsia="MS Mincho"/>
          <w:sz w:val="28"/>
          <w:szCs w:val="28"/>
          <w:lang w:val="ru-RU"/>
        </w:rPr>
        <w:t>талдау</w:t>
      </w:r>
      <w:r w:rsidRPr="009A1CDA">
        <w:rPr>
          <w:rFonts w:eastAsia="MS Mincho"/>
          <w:sz w:val="28"/>
          <w:szCs w:val="28"/>
          <w:lang w:val="en-US"/>
        </w:rPr>
        <w:t xml:space="preserve"> </w:t>
      </w:r>
      <w:r w:rsidRPr="009A1CDA">
        <w:rPr>
          <w:rFonts w:eastAsia="MS Mincho"/>
          <w:sz w:val="28"/>
          <w:szCs w:val="28"/>
          <w:lang w:val="ru-RU"/>
        </w:rPr>
        <w:t>жасалды</w:t>
      </w:r>
      <w:r w:rsidRPr="009A1CDA">
        <w:rPr>
          <w:rFonts w:eastAsia="MS Mincho"/>
          <w:sz w:val="28"/>
          <w:szCs w:val="28"/>
          <w:lang w:val="en-US"/>
        </w:rPr>
        <w:t>.</w:t>
      </w:r>
    </w:p>
    <w:p w:rsidR="00C12BE6" w:rsidRPr="00C12BE6" w:rsidRDefault="009A1CDA" w:rsidP="007C06C3">
      <w:pPr>
        <w:widowControl/>
        <w:autoSpaceDE/>
        <w:autoSpaceDN/>
        <w:ind w:firstLine="567"/>
        <w:jc w:val="both"/>
        <w:rPr>
          <w:rFonts w:eastAsia="MS Mincho"/>
          <w:sz w:val="28"/>
          <w:szCs w:val="28"/>
          <w:lang w:val="en-US"/>
        </w:rPr>
      </w:pPr>
      <w:r w:rsidRPr="009A1CDA">
        <w:rPr>
          <w:rFonts w:eastAsia="MS Mincho"/>
          <w:sz w:val="28"/>
          <w:szCs w:val="28"/>
          <w:lang w:val="ru-RU"/>
        </w:rPr>
        <w:t>Алынған</w:t>
      </w:r>
      <w:r w:rsidRPr="009A1CDA">
        <w:rPr>
          <w:rFonts w:eastAsia="MS Mincho"/>
          <w:sz w:val="28"/>
          <w:szCs w:val="28"/>
          <w:lang w:val="en-US"/>
        </w:rPr>
        <w:t xml:space="preserve"> </w:t>
      </w:r>
      <w:r w:rsidRPr="009A1CDA">
        <w:rPr>
          <w:rFonts w:eastAsia="MS Mincho"/>
          <w:sz w:val="28"/>
          <w:szCs w:val="28"/>
          <w:lang w:val="ru-RU"/>
        </w:rPr>
        <w:t>мәліметтерге</w:t>
      </w:r>
      <w:r w:rsidRPr="009A1CDA">
        <w:rPr>
          <w:rFonts w:eastAsia="MS Mincho"/>
          <w:sz w:val="28"/>
          <w:szCs w:val="28"/>
          <w:lang w:val="en-US"/>
        </w:rPr>
        <w:t xml:space="preserve"> </w:t>
      </w:r>
      <w:r w:rsidRPr="009A1CDA">
        <w:rPr>
          <w:rFonts w:eastAsia="MS Mincho"/>
          <w:sz w:val="28"/>
          <w:szCs w:val="28"/>
          <w:lang w:val="ru-RU"/>
        </w:rPr>
        <w:t>сәйкес</w:t>
      </w:r>
      <w:r w:rsidRPr="009A1CDA">
        <w:rPr>
          <w:rFonts w:eastAsia="MS Mincho"/>
          <w:sz w:val="28"/>
          <w:szCs w:val="28"/>
          <w:lang w:val="en-US"/>
        </w:rPr>
        <w:t xml:space="preserve">, </w:t>
      </w: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w:t>
      </w:r>
      <w:r>
        <w:rPr>
          <w:rFonts w:eastAsia="MS Mincho"/>
          <w:sz w:val="28"/>
          <w:szCs w:val="28"/>
          <w:lang w:val="ru-RU"/>
        </w:rPr>
        <w:t>йланысты</w:t>
      </w:r>
      <w:r w:rsidRPr="009A1CDA">
        <w:rPr>
          <w:rFonts w:eastAsia="MS Mincho"/>
          <w:sz w:val="28"/>
          <w:szCs w:val="28"/>
          <w:lang w:val="en-US"/>
        </w:rPr>
        <w:t xml:space="preserve"> "</w:t>
      </w:r>
      <w:r>
        <w:rPr>
          <w:rFonts w:eastAsia="MS Mincho"/>
          <w:sz w:val="28"/>
          <w:szCs w:val="28"/>
          <w:lang w:val="ru-RU"/>
        </w:rPr>
        <w:t>Супербактериялар</w:t>
      </w:r>
      <w:r w:rsidRPr="009A1CDA">
        <w:rPr>
          <w:rFonts w:eastAsia="MS Mincho"/>
          <w:sz w:val="28"/>
          <w:szCs w:val="28"/>
          <w:lang w:val="en-US"/>
        </w:rPr>
        <w:t xml:space="preserve">" </w:t>
      </w:r>
      <w:r w:rsidRPr="009A1CDA">
        <w:rPr>
          <w:rFonts w:eastAsia="MS Mincho"/>
          <w:sz w:val="28"/>
          <w:szCs w:val="28"/>
          <w:lang w:val="ru-RU"/>
        </w:rPr>
        <w:t>көрсеткішін</w:t>
      </w:r>
      <w:r w:rsidRPr="009A1CDA">
        <w:rPr>
          <w:rFonts w:eastAsia="MS Mincho"/>
          <w:sz w:val="28"/>
          <w:szCs w:val="28"/>
          <w:lang w:val="en-US"/>
        </w:rPr>
        <w:t xml:space="preserve"> </w:t>
      </w:r>
      <w:r w:rsidRPr="009A1CDA">
        <w:rPr>
          <w:rFonts w:eastAsia="MS Mincho"/>
          <w:sz w:val="28"/>
          <w:szCs w:val="28"/>
          <w:lang w:val="ru-RU"/>
        </w:rPr>
        <w:t>салыстыру</w:t>
      </w:r>
      <w:r w:rsidRPr="009A1CDA">
        <w:rPr>
          <w:rFonts w:eastAsia="MS Mincho"/>
          <w:sz w:val="28"/>
          <w:szCs w:val="28"/>
          <w:lang w:val="en-US"/>
        </w:rPr>
        <w:t xml:space="preserve"> </w:t>
      </w:r>
      <w:r w:rsidRPr="009A1CDA">
        <w:rPr>
          <w:rFonts w:eastAsia="MS Mincho"/>
          <w:sz w:val="28"/>
          <w:szCs w:val="28"/>
          <w:lang w:val="ru-RU"/>
        </w:rPr>
        <w:t>кезінде</w:t>
      </w:r>
      <w:r w:rsidRPr="009A1CDA">
        <w:rPr>
          <w:rFonts w:eastAsia="MS Mincho"/>
          <w:sz w:val="28"/>
          <w:szCs w:val="28"/>
          <w:lang w:val="en-US"/>
        </w:rPr>
        <w:t xml:space="preserve"> </w:t>
      </w:r>
      <w:r w:rsidRPr="009A1CDA">
        <w:rPr>
          <w:rFonts w:eastAsia="MS Mincho"/>
          <w:sz w:val="28"/>
          <w:szCs w:val="28"/>
          <w:lang w:val="ru-RU"/>
        </w:rPr>
        <w:t>статистикалық</w:t>
      </w:r>
      <w:r w:rsidRPr="009A1CDA">
        <w:rPr>
          <w:rFonts w:eastAsia="MS Mincho"/>
          <w:sz w:val="28"/>
          <w:szCs w:val="28"/>
          <w:lang w:val="en-US"/>
        </w:rPr>
        <w:t xml:space="preserve"> </w:t>
      </w:r>
      <w:r w:rsidRPr="009A1CDA">
        <w:rPr>
          <w:rFonts w:eastAsia="MS Mincho"/>
          <w:sz w:val="28"/>
          <w:szCs w:val="28"/>
          <w:lang w:val="ru-RU"/>
        </w:rPr>
        <w:t>маңызды</w:t>
      </w:r>
      <w:r w:rsidRPr="009A1CDA">
        <w:rPr>
          <w:rFonts w:eastAsia="MS Mincho"/>
          <w:sz w:val="28"/>
          <w:szCs w:val="28"/>
          <w:lang w:val="en-US"/>
        </w:rPr>
        <w:t xml:space="preserve"> </w:t>
      </w:r>
      <w:r w:rsidRPr="009A1CDA">
        <w:rPr>
          <w:rFonts w:eastAsia="MS Mincho"/>
          <w:sz w:val="28"/>
          <w:szCs w:val="28"/>
          <w:lang w:val="ru-RU"/>
        </w:rPr>
        <w:t>айырмашылықтар</w:t>
      </w:r>
      <w:r w:rsidRPr="009A1CDA">
        <w:rPr>
          <w:rFonts w:eastAsia="MS Mincho"/>
          <w:sz w:val="28"/>
          <w:szCs w:val="28"/>
          <w:lang w:val="en-US"/>
        </w:rPr>
        <w:t xml:space="preserve"> </w:t>
      </w:r>
      <w:r w:rsidRPr="009A1CDA">
        <w:rPr>
          <w:rFonts w:eastAsia="MS Mincho"/>
          <w:sz w:val="28"/>
          <w:szCs w:val="28"/>
          <w:lang w:val="ru-RU"/>
        </w:rPr>
        <w:t>анықталды</w:t>
      </w:r>
      <w:r w:rsidRPr="009A1CDA">
        <w:rPr>
          <w:rFonts w:eastAsia="MS Mincho"/>
          <w:sz w:val="28"/>
          <w:szCs w:val="28"/>
          <w:lang w:val="en-US"/>
        </w:rPr>
        <w:t xml:space="preserve"> (p = 0,014) (</w:t>
      </w:r>
      <w:r w:rsidRPr="009A1CDA">
        <w:rPr>
          <w:rFonts w:eastAsia="MS Mincho"/>
          <w:sz w:val="28"/>
          <w:szCs w:val="28"/>
          <w:lang w:val="ru-RU"/>
        </w:rPr>
        <w:t>қолданылатын</w:t>
      </w:r>
      <w:r w:rsidRPr="009A1CDA">
        <w:rPr>
          <w:rFonts w:eastAsia="MS Mincho"/>
          <w:sz w:val="28"/>
          <w:szCs w:val="28"/>
          <w:lang w:val="en-US"/>
        </w:rPr>
        <w:t xml:space="preserve"> </w:t>
      </w:r>
      <w:r w:rsidRPr="009A1CDA">
        <w:rPr>
          <w:rFonts w:eastAsia="MS Mincho"/>
          <w:sz w:val="28"/>
          <w:szCs w:val="28"/>
          <w:lang w:val="ru-RU"/>
        </w:rPr>
        <w:t>әдіс</w:t>
      </w:r>
      <w:r w:rsidRPr="009A1CDA">
        <w:rPr>
          <w:rFonts w:eastAsia="MS Mincho"/>
          <w:sz w:val="28"/>
          <w:szCs w:val="28"/>
          <w:lang w:val="en-US"/>
        </w:rPr>
        <w:t xml:space="preserve">: </w:t>
      </w:r>
      <w:r w:rsidRPr="009A1CDA">
        <w:rPr>
          <w:rFonts w:eastAsia="MS Mincho"/>
          <w:sz w:val="28"/>
          <w:szCs w:val="28"/>
          <w:lang w:val="ru-RU"/>
        </w:rPr>
        <w:t>Пирсонның</w:t>
      </w:r>
      <w:r w:rsidRPr="009A1CDA">
        <w:rPr>
          <w:rFonts w:eastAsia="MS Mincho"/>
          <w:sz w:val="28"/>
          <w:szCs w:val="28"/>
          <w:lang w:val="en-US"/>
        </w:rPr>
        <w:t xml:space="preserve"> </w:t>
      </w:r>
      <w:r w:rsidRPr="009A1CDA">
        <w:rPr>
          <w:rFonts w:eastAsia="MS Mincho"/>
          <w:sz w:val="28"/>
          <w:szCs w:val="28"/>
          <w:lang w:val="ru-RU"/>
        </w:rPr>
        <w:t>хи</w:t>
      </w:r>
      <w:r w:rsidRPr="009A1CDA">
        <w:rPr>
          <w:rFonts w:eastAsia="MS Mincho"/>
          <w:sz w:val="28"/>
          <w:szCs w:val="28"/>
          <w:lang w:val="en-US"/>
        </w:rPr>
        <w:t>-</w:t>
      </w:r>
      <w:r w:rsidRPr="009A1CDA">
        <w:rPr>
          <w:rFonts w:eastAsia="MS Mincho"/>
          <w:sz w:val="28"/>
          <w:szCs w:val="28"/>
          <w:lang w:val="ru-RU"/>
        </w:rPr>
        <w:t>квадраты</w:t>
      </w:r>
      <w:r w:rsidRPr="009A1CDA">
        <w:rPr>
          <w:rFonts w:eastAsia="MS Mincho"/>
          <w:sz w:val="28"/>
          <w:szCs w:val="28"/>
          <w:lang w:val="en-US"/>
        </w:rPr>
        <w:t>)</w:t>
      </w:r>
      <w:r w:rsidR="00C12BE6" w:rsidRPr="00C12BE6">
        <w:rPr>
          <w:rFonts w:eastAsia="MS Mincho"/>
          <w:sz w:val="28"/>
          <w:szCs w:val="28"/>
          <w:lang w:val="en-US"/>
        </w:rPr>
        <w:t xml:space="preserve"> (</w:t>
      </w:r>
      <w:r w:rsidR="00C12BE6">
        <w:rPr>
          <w:rFonts w:eastAsia="MS Mincho"/>
          <w:sz w:val="28"/>
          <w:szCs w:val="28"/>
          <w:lang w:val="ru-RU"/>
        </w:rPr>
        <w:t>сурет</w:t>
      </w:r>
      <w:r w:rsidR="00955D6A">
        <w:rPr>
          <w:rFonts w:eastAsia="MS Mincho"/>
          <w:sz w:val="28"/>
          <w:szCs w:val="28"/>
          <w:lang w:val="en-US"/>
        </w:rPr>
        <w:t xml:space="preserve"> 1</w:t>
      </w:r>
      <w:r w:rsidR="00955D6A">
        <w:rPr>
          <w:rFonts w:eastAsia="MS Mincho"/>
          <w:sz w:val="28"/>
          <w:szCs w:val="28"/>
        </w:rPr>
        <w:t>9</w:t>
      </w:r>
      <w:r w:rsidR="00C12BE6" w:rsidRPr="00C12BE6">
        <w:rPr>
          <w:rFonts w:eastAsia="MS Mincho"/>
          <w:sz w:val="28"/>
          <w:szCs w:val="28"/>
          <w:lang w:val="en-US"/>
        </w:rPr>
        <w:t>)</w:t>
      </w:r>
      <w:r w:rsidRPr="009A1CDA">
        <w:rPr>
          <w:rFonts w:eastAsia="MS Mincho"/>
          <w:sz w:val="28"/>
          <w:szCs w:val="28"/>
          <w:lang w:val="en-US"/>
        </w:rPr>
        <w:t>.</w:t>
      </w:r>
    </w:p>
    <w:p w:rsidR="00B632CA" w:rsidRPr="009A1CDA" w:rsidRDefault="00502406" w:rsidP="00C12BE6">
      <w:pPr>
        <w:widowControl/>
        <w:autoSpaceDE/>
        <w:autoSpaceDN/>
        <w:ind w:firstLine="567"/>
        <w:jc w:val="center"/>
        <w:rPr>
          <w:rFonts w:eastAsia="MS Mincho"/>
          <w:highlight w:val="yellow"/>
          <w:lang w:val="en-US"/>
        </w:rPr>
      </w:pPr>
      <w:r>
        <w:rPr>
          <w:noProof/>
          <w:lang w:val="ru-RU" w:eastAsia="ru-RU"/>
        </w:rPr>
        <w:drawing>
          <wp:inline distT="0" distB="0" distL="0" distR="0" wp14:anchorId="7A124BDC" wp14:editId="2AF53674">
            <wp:extent cx="6122670" cy="3295461"/>
            <wp:effectExtent l="0" t="0" r="0" b="635"/>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2670" cy="3295461"/>
                    </a:xfrm>
                    <a:prstGeom prst="rect">
                      <a:avLst/>
                    </a:prstGeom>
                  </pic:spPr>
                </pic:pic>
              </a:graphicData>
            </a:graphic>
          </wp:inline>
        </w:drawing>
      </w:r>
    </w:p>
    <w:p w:rsidR="00B632CA" w:rsidRPr="009423E3" w:rsidRDefault="009A1CDA" w:rsidP="009A1CDA">
      <w:pPr>
        <w:widowControl/>
        <w:autoSpaceDE/>
        <w:autoSpaceDN/>
        <w:jc w:val="center"/>
        <w:rPr>
          <w:rFonts w:eastAsia="MS Mincho"/>
          <w:sz w:val="28"/>
          <w:szCs w:val="28"/>
          <w:lang w:val="en-US"/>
        </w:rPr>
      </w:pPr>
      <w:r w:rsidRPr="00C12BE6">
        <w:rPr>
          <w:rFonts w:eastAsia="MS Mincho"/>
          <w:sz w:val="28"/>
          <w:szCs w:val="28"/>
          <w:lang w:val="ru-RU"/>
        </w:rPr>
        <w:t>Сурет</w:t>
      </w:r>
      <w:r w:rsidRPr="00C12BE6">
        <w:rPr>
          <w:rFonts w:eastAsia="MS Mincho"/>
          <w:sz w:val="28"/>
          <w:szCs w:val="28"/>
          <w:lang w:val="en-US"/>
        </w:rPr>
        <w:t xml:space="preserve"> </w:t>
      </w:r>
      <w:r w:rsidR="00955D6A">
        <w:rPr>
          <w:rFonts w:eastAsia="MS Mincho"/>
          <w:sz w:val="28"/>
          <w:szCs w:val="28"/>
          <w:lang w:val="en-US"/>
        </w:rPr>
        <w:t>1</w:t>
      </w:r>
      <w:r w:rsidR="00955D6A">
        <w:rPr>
          <w:rFonts w:eastAsia="MS Mincho"/>
          <w:sz w:val="28"/>
          <w:szCs w:val="28"/>
        </w:rPr>
        <w:t>9</w:t>
      </w:r>
      <w:r w:rsidR="00B632CA" w:rsidRPr="00C12BE6">
        <w:rPr>
          <w:rFonts w:eastAsia="MS Mincho"/>
          <w:sz w:val="28"/>
          <w:szCs w:val="28"/>
          <w:lang w:val="en-US"/>
        </w:rPr>
        <w:t xml:space="preserve"> – </w:t>
      </w: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байланысты</w:t>
      </w:r>
      <w:r w:rsidRPr="009A1CDA">
        <w:rPr>
          <w:rFonts w:eastAsia="MS Mincho"/>
          <w:sz w:val="28"/>
          <w:szCs w:val="28"/>
          <w:lang w:val="en-US"/>
        </w:rPr>
        <w:t xml:space="preserve"> "</w:t>
      </w:r>
      <w:r w:rsidRPr="009A1CDA">
        <w:rPr>
          <w:rFonts w:eastAsia="MS Mincho"/>
          <w:sz w:val="28"/>
          <w:szCs w:val="28"/>
          <w:lang w:val="ru-RU"/>
        </w:rPr>
        <w:t>Супербактериялар</w:t>
      </w:r>
      <w:r w:rsidRPr="009A1CDA">
        <w:rPr>
          <w:rFonts w:eastAsia="MS Mincho"/>
          <w:sz w:val="28"/>
          <w:szCs w:val="28"/>
          <w:lang w:val="en-US"/>
        </w:rPr>
        <w:t xml:space="preserve">" </w:t>
      </w:r>
      <w:r w:rsidRPr="009A1CDA">
        <w:rPr>
          <w:rFonts w:eastAsia="MS Mincho"/>
          <w:sz w:val="28"/>
          <w:szCs w:val="28"/>
          <w:lang w:val="ru-RU"/>
        </w:rPr>
        <w:t>көрсеткішіне</w:t>
      </w:r>
      <w:r w:rsidRPr="009A1CDA">
        <w:rPr>
          <w:rFonts w:eastAsia="MS Mincho"/>
          <w:sz w:val="28"/>
          <w:szCs w:val="28"/>
          <w:lang w:val="en-US"/>
        </w:rPr>
        <w:t xml:space="preserve"> </w:t>
      </w:r>
      <w:r w:rsidRPr="009A1CDA">
        <w:rPr>
          <w:rFonts w:eastAsia="MS Mincho"/>
          <w:sz w:val="28"/>
          <w:szCs w:val="28"/>
          <w:lang w:val="ru-RU"/>
        </w:rPr>
        <w:t>талдау</w:t>
      </w:r>
    </w:p>
    <w:p w:rsidR="009A1CDA" w:rsidRPr="009A1CDA" w:rsidRDefault="009A1CDA" w:rsidP="009A1CDA">
      <w:pPr>
        <w:widowControl/>
        <w:autoSpaceDE/>
        <w:autoSpaceDN/>
        <w:jc w:val="center"/>
        <w:rPr>
          <w:rFonts w:eastAsia="MS Mincho"/>
          <w:sz w:val="28"/>
          <w:szCs w:val="28"/>
          <w:highlight w:val="yellow"/>
          <w:lang w:val="en-US"/>
        </w:rPr>
      </w:pPr>
    </w:p>
    <w:p w:rsidR="009A1CDA" w:rsidRPr="009A1CDA" w:rsidRDefault="009A1CDA" w:rsidP="009A1CDA">
      <w:pPr>
        <w:widowControl/>
        <w:autoSpaceDE/>
        <w:autoSpaceDN/>
        <w:ind w:firstLine="567"/>
        <w:jc w:val="both"/>
        <w:rPr>
          <w:rFonts w:eastAsia="MS Mincho"/>
          <w:sz w:val="28"/>
          <w:szCs w:val="28"/>
        </w:rPr>
      </w:pPr>
      <w:r w:rsidRPr="009A1CDA">
        <w:rPr>
          <w:rFonts w:eastAsia="MS Mincho"/>
          <w:sz w:val="28"/>
          <w:szCs w:val="28"/>
          <w:lang w:val="ru-RU"/>
        </w:rPr>
        <w:t>Біз</w:t>
      </w:r>
      <w:r w:rsidRPr="009A1CDA">
        <w:rPr>
          <w:rFonts w:eastAsia="MS Mincho"/>
          <w:sz w:val="28"/>
          <w:szCs w:val="28"/>
          <w:lang w:val="en-US"/>
        </w:rPr>
        <w:t xml:space="preserve"> </w:t>
      </w:r>
      <w:r w:rsidRPr="009A1CDA">
        <w:rPr>
          <w:rFonts w:eastAsia="MS Mincho"/>
          <w:sz w:val="28"/>
          <w:szCs w:val="28"/>
          <w:lang w:val="ru-RU"/>
        </w:rPr>
        <w:t>білім</w:t>
      </w:r>
      <w:r w:rsidRPr="009A1CDA">
        <w:rPr>
          <w:rFonts w:eastAsia="MS Mincho"/>
          <w:sz w:val="28"/>
          <w:szCs w:val="28"/>
          <w:lang w:val="en-US"/>
        </w:rPr>
        <w:t xml:space="preserve"> </w:t>
      </w:r>
      <w:r w:rsidRPr="009A1CDA">
        <w:rPr>
          <w:rFonts w:eastAsia="MS Mincho"/>
          <w:sz w:val="28"/>
          <w:szCs w:val="28"/>
          <w:lang w:val="ru-RU"/>
        </w:rPr>
        <w:t>деңгейіне</w:t>
      </w:r>
      <w:r w:rsidRPr="009A1CDA">
        <w:rPr>
          <w:rFonts w:eastAsia="MS Mincho"/>
          <w:sz w:val="28"/>
          <w:szCs w:val="28"/>
          <w:lang w:val="en-US"/>
        </w:rPr>
        <w:t xml:space="preserve"> </w:t>
      </w:r>
      <w:r w:rsidRPr="009A1CDA">
        <w:rPr>
          <w:rFonts w:eastAsia="MS Mincho"/>
          <w:sz w:val="28"/>
          <w:szCs w:val="28"/>
          <w:lang w:val="ru-RU"/>
        </w:rPr>
        <w:t>байланысты</w:t>
      </w:r>
      <w:r w:rsidRPr="009A1CDA">
        <w:rPr>
          <w:rFonts w:eastAsia="MS Mincho"/>
          <w:sz w:val="28"/>
          <w:szCs w:val="28"/>
          <w:lang w:val="en-US"/>
        </w:rPr>
        <w:t xml:space="preserve"> "</w:t>
      </w:r>
      <w:r w:rsidR="00AB58A5">
        <w:rPr>
          <w:rFonts w:eastAsia="MS Mincho"/>
          <w:sz w:val="28"/>
          <w:szCs w:val="28"/>
          <w:lang w:val="ru-RU"/>
        </w:rPr>
        <w:t>М</w:t>
      </w:r>
      <w:r w:rsidRPr="009A1CDA">
        <w:rPr>
          <w:rFonts w:eastAsia="MS Mincho"/>
          <w:sz w:val="28"/>
          <w:szCs w:val="28"/>
          <w:lang w:val="ru-RU"/>
        </w:rPr>
        <w:t>икробқа</w:t>
      </w:r>
      <w:r w:rsidRPr="009A1CDA">
        <w:rPr>
          <w:rFonts w:eastAsia="MS Mincho"/>
          <w:sz w:val="28"/>
          <w:szCs w:val="28"/>
          <w:lang w:val="en-US"/>
        </w:rPr>
        <w:t xml:space="preserve"> </w:t>
      </w:r>
      <w:r w:rsidRPr="009A1CDA">
        <w:rPr>
          <w:rFonts w:eastAsia="MS Mincho"/>
          <w:sz w:val="28"/>
          <w:szCs w:val="28"/>
          <w:lang w:val="ru-RU"/>
        </w:rPr>
        <w:t>қарсы</w:t>
      </w:r>
      <w:r w:rsidRPr="009A1CDA">
        <w:rPr>
          <w:rFonts w:eastAsia="MS Mincho"/>
          <w:sz w:val="28"/>
          <w:szCs w:val="28"/>
          <w:lang w:val="en-US"/>
        </w:rPr>
        <w:t xml:space="preserve"> </w:t>
      </w:r>
      <w:r w:rsidRPr="009A1CDA">
        <w:rPr>
          <w:rFonts w:eastAsia="MS Mincho"/>
          <w:sz w:val="28"/>
          <w:szCs w:val="28"/>
          <w:lang w:val="ru-RU"/>
        </w:rPr>
        <w:t>препараттарға</w:t>
      </w:r>
      <w:r w:rsidRPr="009A1CDA">
        <w:rPr>
          <w:rFonts w:eastAsia="MS Mincho"/>
          <w:sz w:val="28"/>
          <w:szCs w:val="28"/>
          <w:lang w:val="en-US"/>
        </w:rPr>
        <w:t xml:space="preserve"> </w:t>
      </w:r>
      <w:r w:rsidRPr="009A1CDA">
        <w:rPr>
          <w:rFonts w:eastAsia="MS Mincho"/>
          <w:sz w:val="28"/>
          <w:szCs w:val="28"/>
          <w:lang w:val="ru-RU"/>
        </w:rPr>
        <w:t>төзімділік</w:t>
      </w:r>
      <w:r w:rsidRPr="009A1CDA">
        <w:rPr>
          <w:rFonts w:eastAsia="MS Mincho"/>
          <w:sz w:val="28"/>
          <w:szCs w:val="28"/>
          <w:lang w:val="en-US"/>
        </w:rPr>
        <w:t xml:space="preserve">" </w:t>
      </w:r>
      <w:r w:rsidRPr="009A1CDA">
        <w:rPr>
          <w:rFonts w:eastAsia="MS Mincho"/>
          <w:sz w:val="28"/>
          <w:szCs w:val="28"/>
          <w:lang w:val="ru-RU"/>
        </w:rPr>
        <w:t>көрсеткішіне</w:t>
      </w:r>
      <w:r w:rsidRPr="009A1CDA">
        <w:rPr>
          <w:rFonts w:eastAsia="MS Mincho"/>
          <w:sz w:val="28"/>
          <w:szCs w:val="28"/>
          <w:lang w:val="en-US"/>
        </w:rPr>
        <w:t xml:space="preserve"> </w:t>
      </w:r>
      <w:r w:rsidRPr="009A1CDA">
        <w:rPr>
          <w:rFonts w:eastAsia="MS Mincho"/>
          <w:sz w:val="28"/>
          <w:szCs w:val="28"/>
          <w:lang w:val="ru-RU"/>
        </w:rPr>
        <w:t>талдау</w:t>
      </w:r>
      <w:r w:rsidRPr="009A1CDA">
        <w:rPr>
          <w:rFonts w:eastAsia="MS Mincho"/>
          <w:sz w:val="28"/>
          <w:szCs w:val="28"/>
          <w:lang w:val="en-US"/>
        </w:rPr>
        <w:t xml:space="preserve"> </w:t>
      </w:r>
      <w:r w:rsidRPr="009A1CDA">
        <w:rPr>
          <w:rFonts w:eastAsia="MS Mincho"/>
          <w:sz w:val="28"/>
          <w:szCs w:val="28"/>
          <w:lang w:val="ru-RU"/>
        </w:rPr>
        <w:t>жасадық</w:t>
      </w:r>
      <w:r w:rsidRPr="009A1CDA">
        <w:rPr>
          <w:rFonts w:eastAsia="MS Mincho"/>
          <w:sz w:val="28"/>
          <w:szCs w:val="28"/>
          <w:lang w:val="en-US"/>
        </w:rPr>
        <w:t>.</w:t>
      </w:r>
    </w:p>
    <w:p w:rsidR="00B632CA" w:rsidRPr="00C12BE6" w:rsidRDefault="007C06C3" w:rsidP="009A1CDA">
      <w:pPr>
        <w:widowControl/>
        <w:autoSpaceDE/>
        <w:autoSpaceDN/>
        <w:ind w:firstLine="567"/>
        <w:jc w:val="both"/>
        <w:rPr>
          <w:rFonts w:eastAsia="MS Mincho"/>
          <w:sz w:val="28"/>
          <w:szCs w:val="28"/>
        </w:rPr>
      </w:pPr>
      <w:r>
        <w:rPr>
          <w:rFonts w:eastAsia="MS Mincho"/>
          <w:sz w:val="28"/>
          <w:szCs w:val="28"/>
        </w:rPr>
        <w:t>Білім деңгейіне байланысты "М</w:t>
      </w:r>
      <w:r w:rsidR="009A1CDA" w:rsidRPr="009A1CDA">
        <w:rPr>
          <w:rFonts w:eastAsia="MS Mincho"/>
          <w:sz w:val="28"/>
          <w:szCs w:val="28"/>
        </w:rPr>
        <w:t>икробқа қарсы препараттарға төзімділік" көрсеткішін салыстыру кезінде алынған мәліметтерге сүйене отырып, біз статистикалық маңызды айырмашылықтарды анықтадық (p &lt; 0,001) (қолданылатын әдіс: Пирсонның хи-квадраты)</w:t>
      </w:r>
      <w:r w:rsidR="00955D6A">
        <w:rPr>
          <w:rFonts w:eastAsia="MS Mincho"/>
          <w:sz w:val="28"/>
          <w:szCs w:val="28"/>
        </w:rPr>
        <w:t xml:space="preserve"> (сурет 20</w:t>
      </w:r>
      <w:r w:rsidR="00C12BE6" w:rsidRPr="00C12BE6">
        <w:rPr>
          <w:rFonts w:eastAsia="MS Mincho"/>
          <w:sz w:val="28"/>
          <w:szCs w:val="28"/>
        </w:rPr>
        <w:t>)</w:t>
      </w:r>
      <w:r w:rsidR="009A1CDA" w:rsidRPr="009A1CDA">
        <w:rPr>
          <w:rFonts w:eastAsia="MS Mincho"/>
          <w:sz w:val="28"/>
          <w:szCs w:val="28"/>
        </w:rPr>
        <w:t>.</w:t>
      </w:r>
    </w:p>
    <w:p w:rsidR="00C12BE6" w:rsidRPr="00C12BE6" w:rsidRDefault="00C12BE6" w:rsidP="009A1CDA">
      <w:pPr>
        <w:widowControl/>
        <w:autoSpaceDE/>
        <w:autoSpaceDN/>
        <w:ind w:firstLine="567"/>
        <w:jc w:val="both"/>
        <w:rPr>
          <w:rFonts w:eastAsia="MS Mincho"/>
          <w:highlight w:val="yellow"/>
        </w:rPr>
      </w:pPr>
    </w:p>
    <w:p w:rsidR="00B632CA" w:rsidRPr="00D7737E" w:rsidRDefault="00502406"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1C36B977" wp14:editId="7A75BBFB">
            <wp:extent cx="6122670" cy="2795613"/>
            <wp:effectExtent l="0" t="0" r="0" b="508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2670" cy="2795613"/>
                    </a:xfrm>
                    <a:prstGeom prst="rect">
                      <a:avLst/>
                    </a:prstGeom>
                  </pic:spPr>
                </pic:pic>
              </a:graphicData>
            </a:graphic>
          </wp:inline>
        </w:drawing>
      </w:r>
    </w:p>
    <w:p w:rsidR="00B632CA" w:rsidRPr="00AB58A5" w:rsidRDefault="00AB58A5" w:rsidP="00A96A95">
      <w:pPr>
        <w:widowControl/>
        <w:autoSpaceDE/>
        <w:autoSpaceDN/>
        <w:jc w:val="center"/>
        <w:rPr>
          <w:rFonts w:eastAsia="MS Mincho"/>
          <w:sz w:val="28"/>
          <w:szCs w:val="28"/>
          <w:highlight w:val="yellow"/>
          <w:lang w:val="en-US"/>
        </w:rPr>
      </w:pPr>
      <w:r w:rsidRPr="00C12BE6">
        <w:rPr>
          <w:rFonts w:eastAsia="MS Mincho"/>
          <w:sz w:val="28"/>
          <w:szCs w:val="28"/>
          <w:lang w:val="ru-RU"/>
        </w:rPr>
        <w:t>Сурет</w:t>
      </w:r>
      <w:r w:rsidR="00955D6A">
        <w:rPr>
          <w:rFonts w:eastAsia="MS Mincho"/>
          <w:sz w:val="28"/>
          <w:szCs w:val="28"/>
          <w:lang w:val="en-US"/>
        </w:rPr>
        <w:t xml:space="preserve"> </w:t>
      </w:r>
      <w:r w:rsidR="00955D6A">
        <w:rPr>
          <w:rFonts w:eastAsia="MS Mincho"/>
          <w:sz w:val="28"/>
          <w:szCs w:val="28"/>
        </w:rPr>
        <w:t>20</w:t>
      </w:r>
      <w:r w:rsidR="00B632CA" w:rsidRPr="00C12BE6">
        <w:rPr>
          <w:rFonts w:eastAsia="MS Mincho"/>
          <w:sz w:val="28"/>
          <w:szCs w:val="28"/>
          <w:lang w:val="en-US"/>
        </w:rPr>
        <w:t xml:space="preserve"> – </w:t>
      </w:r>
      <w:r>
        <w:rPr>
          <w:rFonts w:eastAsia="MS Mincho"/>
          <w:sz w:val="28"/>
          <w:szCs w:val="28"/>
          <w:lang w:val="ru-RU"/>
        </w:rPr>
        <w:t>Б</w:t>
      </w:r>
      <w:r w:rsidRPr="00AB58A5">
        <w:rPr>
          <w:rFonts w:eastAsia="MS Mincho"/>
          <w:sz w:val="28"/>
          <w:szCs w:val="28"/>
          <w:lang w:val="ru-RU"/>
        </w:rPr>
        <w:t>ілім</w:t>
      </w:r>
      <w:r w:rsidRPr="00AB58A5">
        <w:rPr>
          <w:rFonts w:eastAsia="MS Mincho"/>
          <w:sz w:val="28"/>
          <w:szCs w:val="28"/>
          <w:lang w:val="en-US"/>
        </w:rPr>
        <w:t xml:space="preserve"> </w:t>
      </w:r>
      <w:r w:rsidRPr="00AB58A5">
        <w:rPr>
          <w:rFonts w:eastAsia="MS Mincho"/>
          <w:sz w:val="28"/>
          <w:szCs w:val="28"/>
          <w:lang w:val="ru-RU"/>
        </w:rPr>
        <w:t>деңгейіне</w:t>
      </w:r>
      <w:r w:rsidRPr="00AB58A5">
        <w:rPr>
          <w:rFonts w:eastAsia="MS Mincho"/>
          <w:sz w:val="28"/>
          <w:szCs w:val="28"/>
          <w:lang w:val="en-US"/>
        </w:rPr>
        <w:t xml:space="preserve"> </w:t>
      </w:r>
      <w:r w:rsidRPr="00AB58A5">
        <w:rPr>
          <w:rFonts w:eastAsia="MS Mincho"/>
          <w:sz w:val="28"/>
          <w:szCs w:val="28"/>
          <w:lang w:val="ru-RU"/>
        </w:rPr>
        <w:t>байланысты</w:t>
      </w:r>
      <w:r w:rsidRPr="00AB58A5">
        <w:rPr>
          <w:rFonts w:eastAsia="MS Mincho"/>
          <w:sz w:val="28"/>
          <w:szCs w:val="28"/>
          <w:lang w:val="en-US"/>
        </w:rPr>
        <w:t xml:space="preserve"> "</w:t>
      </w:r>
      <w:r w:rsidRPr="00AB58A5">
        <w:rPr>
          <w:rFonts w:eastAsia="MS Mincho"/>
          <w:sz w:val="28"/>
          <w:szCs w:val="28"/>
          <w:lang w:val="ru-RU"/>
        </w:rPr>
        <w:t>Микробқа</w:t>
      </w:r>
      <w:r w:rsidRPr="00AB58A5">
        <w:rPr>
          <w:rFonts w:eastAsia="MS Mincho"/>
          <w:sz w:val="28"/>
          <w:szCs w:val="28"/>
          <w:lang w:val="en-US"/>
        </w:rPr>
        <w:t xml:space="preserve"> </w:t>
      </w:r>
      <w:r w:rsidRPr="00AB58A5">
        <w:rPr>
          <w:rFonts w:eastAsia="MS Mincho"/>
          <w:sz w:val="28"/>
          <w:szCs w:val="28"/>
          <w:lang w:val="ru-RU"/>
        </w:rPr>
        <w:t>қарсы</w:t>
      </w:r>
      <w:r w:rsidRPr="00AB58A5">
        <w:rPr>
          <w:rFonts w:eastAsia="MS Mincho"/>
          <w:sz w:val="28"/>
          <w:szCs w:val="28"/>
          <w:lang w:val="en-US"/>
        </w:rPr>
        <w:t xml:space="preserve"> </w:t>
      </w:r>
      <w:r w:rsidRPr="00AB58A5">
        <w:rPr>
          <w:rFonts w:eastAsia="MS Mincho"/>
          <w:sz w:val="28"/>
          <w:szCs w:val="28"/>
          <w:lang w:val="ru-RU"/>
        </w:rPr>
        <w:t>препараттарға</w:t>
      </w:r>
      <w:r w:rsidRPr="00AB58A5">
        <w:rPr>
          <w:rFonts w:eastAsia="MS Mincho"/>
          <w:sz w:val="28"/>
          <w:szCs w:val="28"/>
          <w:lang w:val="en-US"/>
        </w:rPr>
        <w:t xml:space="preserve"> </w:t>
      </w:r>
      <w:r w:rsidRPr="00AB58A5">
        <w:rPr>
          <w:rFonts w:eastAsia="MS Mincho"/>
          <w:sz w:val="28"/>
          <w:szCs w:val="28"/>
          <w:lang w:val="ru-RU"/>
        </w:rPr>
        <w:t>төзімділік</w:t>
      </w:r>
      <w:r w:rsidRPr="00AB58A5">
        <w:rPr>
          <w:rFonts w:eastAsia="MS Mincho"/>
          <w:sz w:val="28"/>
          <w:szCs w:val="28"/>
          <w:lang w:val="en-US"/>
        </w:rPr>
        <w:t xml:space="preserve">" </w:t>
      </w:r>
      <w:r w:rsidRPr="00AB58A5">
        <w:rPr>
          <w:rFonts w:eastAsia="MS Mincho"/>
          <w:sz w:val="28"/>
          <w:szCs w:val="28"/>
          <w:lang w:val="ru-RU"/>
        </w:rPr>
        <w:t>көрсеткішіне</w:t>
      </w:r>
      <w:r w:rsidRPr="00AB58A5">
        <w:rPr>
          <w:rFonts w:eastAsia="MS Mincho"/>
          <w:sz w:val="28"/>
          <w:szCs w:val="28"/>
          <w:lang w:val="en-US"/>
        </w:rPr>
        <w:t xml:space="preserve"> </w:t>
      </w:r>
      <w:r w:rsidRPr="00AB58A5">
        <w:rPr>
          <w:rFonts w:eastAsia="MS Mincho"/>
          <w:sz w:val="28"/>
          <w:szCs w:val="28"/>
          <w:lang w:val="ru-RU"/>
        </w:rPr>
        <w:t>талдау</w:t>
      </w:r>
    </w:p>
    <w:p w:rsidR="00B632CA" w:rsidRPr="00AB58A5" w:rsidRDefault="00B632CA" w:rsidP="00A96A95">
      <w:pPr>
        <w:widowControl/>
        <w:autoSpaceDE/>
        <w:autoSpaceDN/>
        <w:rPr>
          <w:rFonts w:eastAsia="MS Mincho"/>
          <w:sz w:val="28"/>
          <w:szCs w:val="28"/>
          <w:highlight w:val="yellow"/>
          <w:lang w:val="en-US"/>
        </w:rPr>
      </w:pPr>
    </w:p>
    <w:p w:rsidR="00962608" w:rsidRPr="00962608" w:rsidRDefault="00962608" w:rsidP="00962608">
      <w:pPr>
        <w:widowControl/>
        <w:autoSpaceDE/>
        <w:autoSpaceDN/>
        <w:ind w:firstLine="567"/>
        <w:jc w:val="both"/>
        <w:rPr>
          <w:rFonts w:eastAsia="MS Mincho"/>
          <w:sz w:val="28"/>
          <w:szCs w:val="28"/>
          <w:lang w:val="en-US"/>
        </w:rPr>
      </w:pPr>
      <w:r w:rsidRPr="00962608">
        <w:rPr>
          <w:rFonts w:eastAsia="MS Mincho"/>
          <w:sz w:val="28"/>
          <w:szCs w:val="28"/>
          <w:lang w:val="ru-RU"/>
        </w:rPr>
        <w:t>Біз</w:t>
      </w:r>
      <w:r w:rsidRPr="00962608">
        <w:rPr>
          <w:rFonts w:eastAsia="MS Mincho"/>
          <w:sz w:val="28"/>
          <w:szCs w:val="28"/>
          <w:lang w:val="en-US"/>
        </w:rPr>
        <w:t xml:space="preserve"> </w:t>
      </w:r>
      <w:r w:rsidRPr="00962608">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Pr>
          <w:rFonts w:eastAsia="MS Mincho"/>
          <w:sz w:val="28"/>
          <w:szCs w:val="28"/>
          <w:lang w:val="en-US"/>
        </w:rPr>
        <w:t>"</w:t>
      </w:r>
      <w:r>
        <w:rPr>
          <w:rFonts w:eastAsia="MS Mincho"/>
          <w:sz w:val="28"/>
          <w:szCs w:val="28"/>
          <w:lang w:val="ru-RU"/>
        </w:rPr>
        <w:t>А</w:t>
      </w:r>
      <w:r w:rsidRPr="00962608">
        <w:rPr>
          <w:rFonts w:eastAsia="MS Mincho"/>
          <w:sz w:val="28"/>
          <w:szCs w:val="28"/>
          <w:lang w:val="ru-RU"/>
        </w:rPr>
        <w:t>нтибиотикке</w:t>
      </w:r>
      <w:r w:rsidRPr="00962608">
        <w:rPr>
          <w:rFonts w:eastAsia="MS Mincho"/>
          <w:sz w:val="28"/>
          <w:szCs w:val="28"/>
          <w:lang w:val="en-US"/>
        </w:rPr>
        <w:t xml:space="preserve"> </w:t>
      </w:r>
      <w:r>
        <w:rPr>
          <w:rFonts w:eastAsia="MS Mincho"/>
          <w:sz w:val="28"/>
          <w:szCs w:val="28"/>
          <w:lang w:val="ru-RU"/>
        </w:rPr>
        <w:t>резистенттілік</w:t>
      </w:r>
      <w:r w:rsidRPr="00962608">
        <w:rPr>
          <w:rFonts w:eastAsia="MS Mincho"/>
          <w:sz w:val="28"/>
          <w:szCs w:val="28"/>
          <w:lang w:val="en-US"/>
        </w:rPr>
        <w:t xml:space="preserve">" </w:t>
      </w:r>
      <w:r w:rsidRPr="00962608">
        <w:rPr>
          <w:rFonts w:eastAsia="MS Mincho"/>
          <w:sz w:val="28"/>
          <w:szCs w:val="28"/>
          <w:lang w:val="ru-RU"/>
        </w:rPr>
        <w:t>көрсеткішіне</w:t>
      </w:r>
      <w:r w:rsidRPr="00962608">
        <w:rPr>
          <w:rFonts w:eastAsia="MS Mincho"/>
          <w:sz w:val="28"/>
          <w:szCs w:val="28"/>
          <w:lang w:val="en-US"/>
        </w:rPr>
        <w:t xml:space="preserve"> </w:t>
      </w:r>
      <w:r w:rsidRPr="00962608">
        <w:rPr>
          <w:rFonts w:eastAsia="MS Mincho"/>
          <w:sz w:val="28"/>
          <w:szCs w:val="28"/>
          <w:lang w:val="ru-RU"/>
        </w:rPr>
        <w:t>талдау</w:t>
      </w:r>
      <w:r w:rsidRPr="00962608">
        <w:rPr>
          <w:rFonts w:eastAsia="MS Mincho"/>
          <w:sz w:val="28"/>
          <w:szCs w:val="28"/>
          <w:lang w:val="en-US"/>
        </w:rPr>
        <w:t xml:space="preserve"> </w:t>
      </w:r>
      <w:r w:rsidRPr="00962608">
        <w:rPr>
          <w:rFonts w:eastAsia="MS Mincho"/>
          <w:sz w:val="28"/>
          <w:szCs w:val="28"/>
          <w:lang w:val="ru-RU"/>
        </w:rPr>
        <w:t>жасадық</w:t>
      </w:r>
      <w:r w:rsidRPr="00962608">
        <w:rPr>
          <w:rFonts w:eastAsia="MS Mincho"/>
          <w:sz w:val="28"/>
          <w:szCs w:val="28"/>
          <w:lang w:val="en-US"/>
        </w:rPr>
        <w:t>.</w:t>
      </w:r>
    </w:p>
    <w:p w:rsidR="00B632CA" w:rsidRDefault="00962608" w:rsidP="00962608">
      <w:pPr>
        <w:widowControl/>
        <w:autoSpaceDE/>
        <w:autoSpaceDN/>
        <w:ind w:firstLine="567"/>
        <w:jc w:val="both"/>
        <w:rPr>
          <w:rFonts w:eastAsia="MS Mincho"/>
          <w:sz w:val="28"/>
          <w:szCs w:val="28"/>
        </w:rPr>
      </w:pPr>
      <w:r w:rsidRPr="00962608">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sidRPr="00962608">
        <w:rPr>
          <w:rFonts w:eastAsia="MS Mincho"/>
          <w:sz w:val="28"/>
          <w:szCs w:val="28"/>
          <w:lang w:val="ru-RU"/>
        </w:rPr>
        <w:t>Антибиотикке</w:t>
      </w:r>
      <w:r w:rsidRPr="00962608">
        <w:rPr>
          <w:rFonts w:eastAsia="MS Mincho"/>
          <w:sz w:val="28"/>
          <w:szCs w:val="28"/>
          <w:lang w:val="en-US"/>
        </w:rPr>
        <w:t xml:space="preserve"> </w:t>
      </w:r>
      <w:r w:rsidRPr="00962608">
        <w:rPr>
          <w:rFonts w:eastAsia="MS Mincho"/>
          <w:sz w:val="28"/>
          <w:szCs w:val="28"/>
          <w:lang w:val="ru-RU"/>
        </w:rPr>
        <w:t>резистенттілік</w:t>
      </w:r>
      <w:r w:rsidRPr="00962608">
        <w:rPr>
          <w:rFonts w:eastAsia="MS Mincho"/>
          <w:sz w:val="28"/>
          <w:szCs w:val="28"/>
          <w:lang w:val="en-US"/>
        </w:rPr>
        <w:t xml:space="preserve">" </w:t>
      </w:r>
      <w:r w:rsidRPr="00962608">
        <w:rPr>
          <w:rFonts w:eastAsia="MS Mincho"/>
          <w:sz w:val="28"/>
          <w:szCs w:val="28"/>
          <w:lang w:val="ru-RU"/>
        </w:rPr>
        <w:t>көрсеткішін</w:t>
      </w:r>
      <w:r w:rsidRPr="00962608">
        <w:rPr>
          <w:rFonts w:eastAsia="MS Mincho"/>
          <w:sz w:val="28"/>
          <w:szCs w:val="28"/>
          <w:lang w:val="en-US"/>
        </w:rPr>
        <w:t xml:space="preserve"> </w:t>
      </w:r>
      <w:r w:rsidRPr="00962608">
        <w:rPr>
          <w:rFonts w:eastAsia="MS Mincho"/>
          <w:sz w:val="28"/>
          <w:szCs w:val="28"/>
          <w:lang w:val="ru-RU"/>
        </w:rPr>
        <w:t>салыстыру</w:t>
      </w:r>
      <w:r w:rsidRPr="00962608">
        <w:rPr>
          <w:rFonts w:eastAsia="MS Mincho"/>
          <w:sz w:val="28"/>
          <w:szCs w:val="28"/>
          <w:lang w:val="en-US"/>
        </w:rPr>
        <w:t xml:space="preserve"> </w:t>
      </w:r>
      <w:r w:rsidRPr="00962608">
        <w:rPr>
          <w:rFonts w:eastAsia="MS Mincho"/>
          <w:sz w:val="28"/>
          <w:szCs w:val="28"/>
          <w:lang w:val="ru-RU"/>
        </w:rPr>
        <w:t>кезінде</w:t>
      </w:r>
      <w:r w:rsidRPr="00962608">
        <w:rPr>
          <w:rFonts w:eastAsia="MS Mincho"/>
          <w:sz w:val="28"/>
          <w:szCs w:val="28"/>
          <w:lang w:val="en-US"/>
        </w:rPr>
        <w:t xml:space="preserve"> </w:t>
      </w:r>
      <w:r w:rsidRPr="00962608">
        <w:rPr>
          <w:rFonts w:eastAsia="MS Mincho"/>
          <w:sz w:val="28"/>
          <w:szCs w:val="28"/>
          <w:lang w:val="ru-RU"/>
        </w:rPr>
        <w:t>айтарлықтай</w:t>
      </w:r>
      <w:r w:rsidRPr="00962608">
        <w:rPr>
          <w:rFonts w:eastAsia="MS Mincho"/>
          <w:sz w:val="28"/>
          <w:szCs w:val="28"/>
          <w:lang w:val="en-US"/>
        </w:rPr>
        <w:t xml:space="preserve"> </w:t>
      </w:r>
      <w:r w:rsidRPr="00962608">
        <w:rPr>
          <w:rFonts w:eastAsia="MS Mincho"/>
          <w:sz w:val="28"/>
          <w:szCs w:val="28"/>
          <w:lang w:val="ru-RU"/>
        </w:rPr>
        <w:t>айырмашылықтар</w:t>
      </w:r>
      <w:r w:rsidRPr="00962608">
        <w:rPr>
          <w:rFonts w:eastAsia="MS Mincho"/>
          <w:sz w:val="28"/>
          <w:szCs w:val="28"/>
          <w:lang w:val="en-US"/>
        </w:rPr>
        <w:t xml:space="preserve"> </w:t>
      </w:r>
      <w:r w:rsidRPr="00962608">
        <w:rPr>
          <w:rFonts w:eastAsia="MS Mincho"/>
          <w:sz w:val="28"/>
          <w:szCs w:val="28"/>
          <w:lang w:val="ru-RU"/>
        </w:rPr>
        <w:t>анықталды</w:t>
      </w:r>
      <w:r w:rsidRPr="00962608">
        <w:rPr>
          <w:rFonts w:eastAsia="MS Mincho"/>
          <w:sz w:val="28"/>
          <w:szCs w:val="28"/>
          <w:lang w:val="en-US"/>
        </w:rPr>
        <w:t xml:space="preserve"> (p &lt; 0,001) (</w:t>
      </w:r>
      <w:r w:rsidRPr="00962608">
        <w:rPr>
          <w:rFonts w:eastAsia="MS Mincho"/>
          <w:sz w:val="28"/>
          <w:szCs w:val="28"/>
          <w:lang w:val="ru-RU"/>
        </w:rPr>
        <w:t>қолданылатын</w:t>
      </w:r>
      <w:r w:rsidRPr="00962608">
        <w:rPr>
          <w:rFonts w:eastAsia="MS Mincho"/>
          <w:sz w:val="28"/>
          <w:szCs w:val="28"/>
          <w:lang w:val="en-US"/>
        </w:rPr>
        <w:t xml:space="preserve"> </w:t>
      </w:r>
      <w:r w:rsidRPr="00962608">
        <w:rPr>
          <w:rFonts w:eastAsia="MS Mincho"/>
          <w:sz w:val="28"/>
          <w:szCs w:val="28"/>
          <w:lang w:val="ru-RU"/>
        </w:rPr>
        <w:t>әдіс</w:t>
      </w:r>
      <w:r w:rsidRPr="00962608">
        <w:rPr>
          <w:rFonts w:eastAsia="MS Mincho"/>
          <w:sz w:val="28"/>
          <w:szCs w:val="28"/>
          <w:lang w:val="en-US"/>
        </w:rPr>
        <w:t xml:space="preserve">: </w:t>
      </w:r>
      <w:r w:rsidRPr="00962608">
        <w:rPr>
          <w:rFonts w:eastAsia="MS Mincho"/>
          <w:sz w:val="28"/>
          <w:szCs w:val="28"/>
          <w:lang w:val="ru-RU"/>
        </w:rPr>
        <w:t>Пирсонның</w:t>
      </w:r>
      <w:r w:rsidRPr="00962608">
        <w:rPr>
          <w:rFonts w:eastAsia="MS Mincho"/>
          <w:sz w:val="28"/>
          <w:szCs w:val="28"/>
          <w:lang w:val="en-US"/>
        </w:rPr>
        <w:t xml:space="preserve"> </w:t>
      </w:r>
      <w:r w:rsidRPr="00962608">
        <w:rPr>
          <w:rFonts w:eastAsia="MS Mincho"/>
          <w:sz w:val="28"/>
          <w:szCs w:val="28"/>
          <w:lang w:val="ru-RU"/>
        </w:rPr>
        <w:t>хи</w:t>
      </w:r>
      <w:r w:rsidRPr="00962608">
        <w:rPr>
          <w:rFonts w:eastAsia="MS Mincho"/>
          <w:sz w:val="28"/>
          <w:szCs w:val="28"/>
          <w:lang w:val="en-US"/>
        </w:rPr>
        <w:t>-</w:t>
      </w:r>
      <w:r w:rsidRPr="00962608">
        <w:rPr>
          <w:rFonts w:eastAsia="MS Mincho"/>
          <w:sz w:val="28"/>
          <w:szCs w:val="28"/>
          <w:lang w:val="ru-RU"/>
        </w:rPr>
        <w:t>квадраты</w:t>
      </w:r>
      <w:r w:rsidRPr="00962608">
        <w:rPr>
          <w:rFonts w:eastAsia="MS Mincho"/>
          <w:sz w:val="28"/>
          <w:szCs w:val="28"/>
          <w:lang w:val="en-US"/>
        </w:rPr>
        <w:t>)</w:t>
      </w:r>
      <w:r w:rsidR="00C12BE6" w:rsidRPr="00C12BE6">
        <w:rPr>
          <w:rFonts w:eastAsia="MS Mincho"/>
          <w:sz w:val="28"/>
          <w:szCs w:val="28"/>
          <w:lang w:val="en-US"/>
        </w:rPr>
        <w:t xml:space="preserve"> (</w:t>
      </w:r>
      <w:r w:rsidR="00C12BE6">
        <w:rPr>
          <w:rFonts w:eastAsia="MS Mincho"/>
          <w:sz w:val="28"/>
          <w:szCs w:val="28"/>
          <w:lang w:val="ru-RU"/>
        </w:rPr>
        <w:t>сурет</w:t>
      </w:r>
      <w:r w:rsidR="00955D6A">
        <w:rPr>
          <w:rFonts w:eastAsia="MS Mincho"/>
          <w:sz w:val="28"/>
          <w:szCs w:val="28"/>
          <w:lang w:val="en-US"/>
        </w:rPr>
        <w:t xml:space="preserve"> </w:t>
      </w:r>
      <w:r w:rsidR="00955D6A">
        <w:rPr>
          <w:rFonts w:eastAsia="MS Mincho"/>
          <w:sz w:val="28"/>
          <w:szCs w:val="28"/>
        </w:rPr>
        <w:t>21</w:t>
      </w:r>
      <w:r w:rsidR="00C12BE6" w:rsidRPr="00C12BE6">
        <w:rPr>
          <w:rFonts w:eastAsia="MS Mincho"/>
          <w:sz w:val="28"/>
          <w:szCs w:val="28"/>
          <w:lang w:val="en-US"/>
        </w:rPr>
        <w:t>)</w:t>
      </w:r>
      <w:r w:rsidRPr="00962608">
        <w:rPr>
          <w:rFonts w:eastAsia="MS Mincho"/>
          <w:sz w:val="28"/>
          <w:szCs w:val="28"/>
          <w:lang w:val="en-US"/>
        </w:rPr>
        <w:t>.</w:t>
      </w:r>
    </w:p>
    <w:p w:rsidR="00962608" w:rsidRPr="00962608" w:rsidRDefault="00962608" w:rsidP="00962608">
      <w:pPr>
        <w:widowControl/>
        <w:autoSpaceDE/>
        <w:autoSpaceDN/>
        <w:ind w:firstLine="567"/>
        <w:jc w:val="both"/>
        <w:rPr>
          <w:rFonts w:eastAsia="MS Mincho"/>
          <w:sz w:val="28"/>
          <w:szCs w:val="28"/>
          <w:highlight w:val="yellow"/>
        </w:rPr>
      </w:pPr>
    </w:p>
    <w:p w:rsidR="00B632CA" w:rsidRPr="00D7737E" w:rsidRDefault="00502406" w:rsidP="00C12BE6">
      <w:pPr>
        <w:widowControl/>
        <w:autoSpaceDE/>
        <w:autoSpaceDN/>
        <w:spacing w:line="360" w:lineRule="auto"/>
        <w:jc w:val="center"/>
        <w:rPr>
          <w:rFonts w:eastAsia="MS Mincho"/>
          <w:highlight w:val="yellow"/>
          <w:lang w:val="en-US"/>
        </w:rPr>
      </w:pPr>
      <w:r>
        <w:rPr>
          <w:noProof/>
          <w:lang w:val="ru-RU" w:eastAsia="ru-RU"/>
        </w:rPr>
        <w:drawing>
          <wp:inline distT="0" distB="0" distL="0" distR="0" wp14:anchorId="11B97D67" wp14:editId="140C9D94">
            <wp:extent cx="6122670" cy="3106517"/>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22670" cy="3106517"/>
                    </a:xfrm>
                    <a:prstGeom prst="rect">
                      <a:avLst/>
                    </a:prstGeom>
                  </pic:spPr>
                </pic:pic>
              </a:graphicData>
            </a:graphic>
          </wp:inline>
        </w:drawing>
      </w:r>
    </w:p>
    <w:p w:rsidR="00B632CA" w:rsidRPr="009423E3" w:rsidRDefault="00962608" w:rsidP="00962608">
      <w:pPr>
        <w:widowControl/>
        <w:autoSpaceDE/>
        <w:autoSpaceDN/>
        <w:jc w:val="center"/>
        <w:rPr>
          <w:rFonts w:eastAsia="MS Mincho"/>
          <w:sz w:val="28"/>
          <w:szCs w:val="28"/>
          <w:lang w:val="en-US"/>
        </w:rPr>
      </w:pPr>
      <w:r w:rsidRPr="00C12BE6">
        <w:rPr>
          <w:rFonts w:eastAsia="MS Mincho"/>
          <w:sz w:val="28"/>
          <w:szCs w:val="28"/>
          <w:lang w:val="ru-RU"/>
        </w:rPr>
        <w:t>Сурет</w:t>
      </w:r>
      <w:r w:rsidRPr="00C12BE6">
        <w:rPr>
          <w:rFonts w:eastAsia="MS Mincho"/>
          <w:sz w:val="28"/>
          <w:szCs w:val="28"/>
          <w:lang w:val="en-US"/>
        </w:rPr>
        <w:t xml:space="preserve"> </w:t>
      </w:r>
      <w:r w:rsidR="00955D6A">
        <w:rPr>
          <w:rFonts w:eastAsia="MS Mincho"/>
          <w:sz w:val="28"/>
          <w:szCs w:val="28"/>
          <w:lang w:val="en-US"/>
        </w:rPr>
        <w:t xml:space="preserve"> </w:t>
      </w:r>
      <w:r w:rsidR="00955D6A">
        <w:rPr>
          <w:rFonts w:eastAsia="MS Mincho"/>
          <w:sz w:val="28"/>
          <w:szCs w:val="28"/>
        </w:rPr>
        <w:t>21</w:t>
      </w:r>
      <w:r w:rsidR="00B632CA" w:rsidRPr="00C12BE6">
        <w:rPr>
          <w:rFonts w:eastAsia="MS Mincho"/>
          <w:sz w:val="28"/>
          <w:szCs w:val="28"/>
          <w:lang w:val="en-US"/>
        </w:rPr>
        <w:t xml:space="preserve"> – </w:t>
      </w:r>
      <w:r w:rsidRPr="00C12BE6">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sidRPr="00962608">
        <w:rPr>
          <w:rFonts w:eastAsia="MS Mincho"/>
          <w:sz w:val="28"/>
          <w:szCs w:val="28"/>
          <w:lang w:val="ru-RU"/>
        </w:rPr>
        <w:t>Антибиотикке</w:t>
      </w:r>
      <w:r w:rsidRPr="00962608">
        <w:rPr>
          <w:rFonts w:eastAsia="MS Mincho"/>
          <w:sz w:val="28"/>
          <w:szCs w:val="28"/>
          <w:lang w:val="en-US"/>
        </w:rPr>
        <w:t xml:space="preserve"> </w:t>
      </w:r>
      <w:r w:rsidRPr="00962608">
        <w:rPr>
          <w:rFonts w:eastAsia="MS Mincho"/>
          <w:sz w:val="28"/>
          <w:szCs w:val="28"/>
          <w:lang w:val="ru-RU"/>
        </w:rPr>
        <w:t>резистенттілік</w:t>
      </w:r>
      <w:r w:rsidRPr="00962608">
        <w:rPr>
          <w:rFonts w:eastAsia="MS Mincho"/>
          <w:sz w:val="28"/>
          <w:szCs w:val="28"/>
          <w:lang w:val="en-US"/>
        </w:rPr>
        <w:t xml:space="preserve">" </w:t>
      </w:r>
      <w:r w:rsidRPr="00962608">
        <w:rPr>
          <w:rFonts w:eastAsia="MS Mincho"/>
          <w:sz w:val="28"/>
          <w:szCs w:val="28"/>
          <w:lang w:val="ru-RU"/>
        </w:rPr>
        <w:t>көрсеткішіне</w:t>
      </w:r>
      <w:r w:rsidRPr="00962608">
        <w:rPr>
          <w:rFonts w:eastAsia="MS Mincho"/>
          <w:sz w:val="28"/>
          <w:szCs w:val="28"/>
          <w:lang w:val="en-US"/>
        </w:rPr>
        <w:t xml:space="preserve"> </w:t>
      </w:r>
      <w:r w:rsidRPr="00962608">
        <w:rPr>
          <w:rFonts w:eastAsia="MS Mincho"/>
          <w:sz w:val="28"/>
          <w:szCs w:val="28"/>
          <w:lang w:val="ru-RU"/>
        </w:rPr>
        <w:t>талдау</w:t>
      </w:r>
    </w:p>
    <w:p w:rsidR="00962608" w:rsidRPr="00962608" w:rsidRDefault="00962608" w:rsidP="00962608">
      <w:pPr>
        <w:widowControl/>
        <w:autoSpaceDE/>
        <w:autoSpaceDN/>
        <w:jc w:val="center"/>
        <w:rPr>
          <w:rFonts w:eastAsia="MS Mincho"/>
          <w:sz w:val="28"/>
          <w:szCs w:val="28"/>
          <w:highlight w:val="yellow"/>
          <w:lang w:val="en-US"/>
        </w:rPr>
      </w:pPr>
    </w:p>
    <w:p w:rsidR="00962608" w:rsidRPr="00962608" w:rsidRDefault="00962608" w:rsidP="00962608">
      <w:pPr>
        <w:widowControl/>
        <w:autoSpaceDE/>
        <w:autoSpaceDN/>
        <w:rPr>
          <w:rFonts w:eastAsia="MS Mincho"/>
          <w:sz w:val="28"/>
          <w:szCs w:val="28"/>
          <w:lang w:val="en-US"/>
        </w:rPr>
      </w:pPr>
      <w:r w:rsidRPr="00962608">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Pr>
          <w:rFonts w:eastAsia="MS Mincho"/>
          <w:sz w:val="28"/>
          <w:szCs w:val="28"/>
          <w:lang w:val="ru-RU"/>
        </w:rPr>
        <w:t>Д</w:t>
      </w:r>
      <w:r w:rsidRPr="00962608">
        <w:rPr>
          <w:rFonts w:eastAsia="MS Mincho"/>
          <w:sz w:val="28"/>
          <w:szCs w:val="28"/>
          <w:lang w:val="ru-RU"/>
        </w:rPr>
        <w:t>әріге</w:t>
      </w:r>
      <w:r w:rsidRPr="00962608">
        <w:rPr>
          <w:rFonts w:eastAsia="MS Mincho"/>
          <w:sz w:val="28"/>
          <w:szCs w:val="28"/>
          <w:lang w:val="en-US"/>
        </w:rPr>
        <w:t xml:space="preserve"> </w:t>
      </w:r>
      <w:r w:rsidRPr="00962608">
        <w:rPr>
          <w:rFonts w:eastAsia="MS Mincho"/>
          <w:sz w:val="28"/>
          <w:szCs w:val="28"/>
          <w:lang w:val="ru-RU"/>
        </w:rPr>
        <w:t>төзімділік</w:t>
      </w:r>
      <w:r w:rsidRPr="00962608">
        <w:rPr>
          <w:rFonts w:eastAsia="MS Mincho"/>
          <w:sz w:val="28"/>
          <w:szCs w:val="28"/>
          <w:lang w:val="en-US"/>
        </w:rPr>
        <w:t xml:space="preserve">" </w:t>
      </w:r>
      <w:r w:rsidRPr="00962608">
        <w:rPr>
          <w:rFonts w:eastAsia="MS Mincho"/>
          <w:sz w:val="28"/>
          <w:szCs w:val="28"/>
          <w:lang w:val="ru-RU"/>
        </w:rPr>
        <w:t>көрсеткішіне</w:t>
      </w:r>
      <w:r w:rsidRPr="00962608">
        <w:rPr>
          <w:rFonts w:eastAsia="MS Mincho"/>
          <w:sz w:val="28"/>
          <w:szCs w:val="28"/>
          <w:lang w:val="en-US"/>
        </w:rPr>
        <w:t xml:space="preserve"> </w:t>
      </w:r>
      <w:r w:rsidRPr="00962608">
        <w:rPr>
          <w:rFonts w:eastAsia="MS Mincho"/>
          <w:sz w:val="28"/>
          <w:szCs w:val="28"/>
          <w:lang w:val="ru-RU"/>
        </w:rPr>
        <w:t>талдау</w:t>
      </w:r>
      <w:r w:rsidRPr="00962608">
        <w:rPr>
          <w:rFonts w:eastAsia="MS Mincho"/>
          <w:sz w:val="28"/>
          <w:szCs w:val="28"/>
          <w:lang w:val="en-US"/>
        </w:rPr>
        <w:t xml:space="preserve"> </w:t>
      </w:r>
      <w:r w:rsidRPr="00962608">
        <w:rPr>
          <w:rFonts w:eastAsia="MS Mincho"/>
          <w:sz w:val="28"/>
          <w:szCs w:val="28"/>
          <w:lang w:val="ru-RU"/>
        </w:rPr>
        <w:t>жүргізілді</w:t>
      </w:r>
      <w:r w:rsidRPr="00962608">
        <w:rPr>
          <w:rFonts w:eastAsia="MS Mincho"/>
          <w:sz w:val="28"/>
          <w:szCs w:val="28"/>
          <w:lang w:val="en-US"/>
        </w:rPr>
        <w:t>.</w:t>
      </w:r>
    </w:p>
    <w:p w:rsidR="00B632CA" w:rsidRDefault="00962608" w:rsidP="00962608">
      <w:pPr>
        <w:widowControl/>
        <w:autoSpaceDE/>
        <w:autoSpaceDN/>
        <w:ind w:firstLine="567"/>
        <w:jc w:val="both"/>
        <w:rPr>
          <w:rFonts w:eastAsia="MS Mincho"/>
          <w:sz w:val="28"/>
          <w:szCs w:val="28"/>
        </w:rPr>
      </w:pPr>
      <w:r>
        <w:rPr>
          <w:rFonts w:eastAsia="MS Mincho"/>
          <w:sz w:val="28"/>
          <w:szCs w:val="28"/>
          <w:lang w:val="ru-RU"/>
        </w:rPr>
        <w:t>Білім</w:t>
      </w:r>
      <w:r w:rsidRPr="00962608">
        <w:rPr>
          <w:rFonts w:eastAsia="MS Mincho"/>
          <w:sz w:val="28"/>
          <w:szCs w:val="28"/>
          <w:lang w:val="en-US"/>
        </w:rPr>
        <w:t xml:space="preserve"> </w:t>
      </w:r>
      <w:r>
        <w:rPr>
          <w:rFonts w:eastAsia="MS Mincho"/>
          <w:sz w:val="28"/>
          <w:szCs w:val="28"/>
          <w:lang w:val="ru-RU"/>
        </w:rPr>
        <w:t>деңгейіне</w:t>
      </w:r>
      <w:r w:rsidRPr="00962608">
        <w:rPr>
          <w:rFonts w:eastAsia="MS Mincho"/>
          <w:sz w:val="28"/>
          <w:szCs w:val="28"/>
          <w:lang w:val="en-US"/>
        </w:rPr>
        <w:t xml:space="preserve"> </w:t>
      </w:r>
      <w:r>
        <w:rPr>
          <w:rFonts w:eastAsia="MS Mincho"/>
          <w:sz w:val="28"/>
          <w:szCs w:val="28"/>
          <w:lang w:val="ru-RU"/>
        </w:rPr>
        <w:t>байланысты</w:t>
      </w:r>
      <w:r w:rsidRPr="00962608">
        <w:rPr>
          <w:rFonts w:eastAsia="MS Mincho"/>
          <w:sz w:val="28"/>
          <w:szCs w:val="28"/>
          <w:lang w:val="en-US"/>
        </w:rPr>
        <w:t xml:space="preserve"> "</w:t>
      </w:r>
      <w:r>
        <w:rPr>
          <w:rFonts w:eastAsia="MS Mincho"/>
          <w:sz w:val="28"/>
          <w:szCs w:val="28"/>
          <w:lang w:val="ru-RU"/>
        </w:rPr>
        <w:t>Д</w:t>
      </w:r>
      <w:r w:rsidRPr="00962608">
        <w:rPr>
          <w:rFonts w:eastAsia="MS Mincho"/>
          <w:sz w:val="28"/>
          <w:szCs w:val="28"/>
          <w:lang w:val="ru-RU"/>
        </w:rPr>
        <w:t>әріге</w:t>
      </w:r>
      <w:r w:rsidRPr="00962608">
        <w:rPr>
          <w:rFonts w:eastAsia="MS Mincho"/>
          <w:sz w:val="28"/>
          <w:szCs w:val="28"/>
          <w:lang w:val="en-US"/>
        </w:rPr>
        <w:t xml:space="preserve"> </w:t>
      </w:r>
      <w:r w:rsidRPr="00962608">
        <w:rPr>
          <w:rFonts w:eastAsia="MS Mincho"/>
          <w:sz w:val="28"/>
          <w:szCs w:val="28"/>
          <w:lang w:val="ru-RU"/>
        </w:rPr>
        <w:t>төзімділік</w:t>
      </w:r>
      <w:r w:rsidRPr="00962608">
        <w:rPr>
          <w:rFonts w:eastAsia="MS Mincho"/>
          <w:sz w:val="28"/>
          <w:szCs w:val="28"/>
          <w:lang w:val="en-US"/>
        </w:rPr>
        <w:t xml:space="preserve">" </w:t>
      </w:r>
      <w:r w:rsidRPr="00962608">
        <w:rPr>
          <w:rFonts w:eastAsia="MS Mincho"/>
          <w:sz w:val="28"/>
          <w:szCs w:val="28"/>
          <w:lang w:val="ru-RU"/>
        </w:rPr>
        <w:t>көрсеткішін</w:t>
      </w:r>
      <w:r w:rsidRPr="00962608">
        <w:rPr>
          <w:rFonts w:eastAsia="MS Mincho"/>
          <w:sz w:val="28"/>
          <w:szCs w:val="28"/>
          <w:lang w:val="en-US"/>
        </w:rPr>
        <w:t xml:space="preserve"> </w:t>
      </w:r>
      <w:r w:rsidRPr="00962608">
        <w:rPr>
          <w:rFonts w:eastAsia="MS Mincho"/>
          <w:sz w:val="28"/>
          <w:szCs w:val="28"/>
          <w:lang w:val="ru-RU"/>
        </w:rPr>
        <w:t>салыстыру</w:t>
      </w:r>
      <w:r w:rsidRPr="00962608">
        <w:rPr>
          <w:rFonts w:eastAsia="MS Mincho"/>
          <w:sz w:val="28"/>
          <w:szCs w:val="28"/>
          <w:lang w:val="en-US"/>
        </w:rPr>
        <w:t xml:space="preserve"> </w:t>
      </w:r>
      <w:r w:rsidRPr="00962608">
        <w:rPr>
          <w:rFonts w:eastAsia="MS Mincho"/>
          <w:sz w:val="28"/>
          <w:szCs w:val="28"/>
          <w:lang w:val="ru-RU"/>
        </w:rPr>
        <w:t>кезінде</w:t>
      </w:r>
      <w:r w:rsidRPr="00962608">
        <w:rPr>
          <w:rFonts w:eastAsia="MS Mincho"/>
          <w:sz w:val="28"/>
          <w:szCs w:val="28"/>
          <w:lang w:val="en-US"/>
        </w:rPr>
        <w:t xml:space="preserve"> </w:t>
      </w:r>
      <w:r w:rsidRPr="00962608">
        <w:rPr>
          <w:rFonts w:eastAsia="MS Mincho"/>
          <w:sz w:val="28"/>
          <w:szCs w:val="28"/>
          <w:lang w:val="ru-RU"/>
        </w:rPr>
        <w:t>статистикалық</w:t>
      </w:r>
      <w:r w:rsidRPr="00962608">
        <w:rPr>
          <w:rFonts w:eastAsia="MS Mincho"/>
          <w:sz w:val="28"/>
          <w:szCs w:val="28"/>
          <w:lang w:val="en-US"/>
        </w:rPr>
        <w:t xml:space="preserve"> </w:t>
      </w:r>
      <w:r w:rsidRPr="00962608">
        <w:rPr>
          <w:rFonts w:eastAsia="MS Mincho"/>
          <w:sz w:val="28"/>
          <w:szCs w:val="28"/>
          <w:lang w:val="ru-RU"/>
        </w:rPr>
        <w:t>маңызды</w:t>
      </w:r>
      <w:r w:rsidRPr="00962608">
        <w:rPr>
          <w:rFonts w:eastAsia="MS Mincho"/>
          <w:sz w:val="28"/>
          <w:szCs w:val="28"/>
          <w:lang w:val="en-US"/>
        </w:rPr>
        <w:t xml:space="preserve"> </w:t>
      </w:r>
      <w:r w:rsidRPr="00962608">
        <w:rPr>
          <w:rFonts w:eastAsia="MS Mincho"/>
          <w:sz w:val="28"/>
          <w:szCs w:val="28"/>
          <w:lang w:val="ru-RU"/>
        </w:rPr>
        <w:t>айырмашылықтар</w:t>
      </w:r>
      <w:r w:rsidRPr="00962608">
        <w:rPr>
          <w:rFonts w:eastAsia="MS Mincho"/>
          <w:sz w:val="28"/>
          <w:szCs w:val="28"/>
          <w:lang w:val="en-US"/>
        </w:rPr>
        <w:t xml:space="preserve"> </w:t>
      </w:r>
      <w:r w:rsidRPr="00962608">
        <w:rPr>
          <w:rFonts w:eastAsia="MS Mincho"/>
          <w:sz w:val="28"/>
          <w:szCs w:val="28"/>
          <w:lang w:val="ru-RU"/>
        </w:rPr>
        <w:t>анықталды</w:t>
      </w:r>
      <w:r w:rsidRPr="00962608">
        <w:rPr>
          <w:rFonts w:eastAsia="MS Mincho"/>
          <w:sz w:val="28"/>
          <w:szCs w:val="28"/>
          <w:lang w:val="en-US"/>
        </w:rPr>
        <w:t xml:space="preserve"> (p = 0,021) (</w:t>
      </w:r>
      <w:r w:rsidRPr="00962608">
        <w:rPr>
          <w:rFonts w:eastAsia="MS Mincho"/>
          <w:sz w:val="28"/>
          <w:szCs w:val="28"/>
          <w:lang w:val="ru-RU"/>
        </w:rPr>
        <w:t>қолданылатын</w:t>
      </w:r>
      <w:r w:rsidRPr="00962608">
        <w:rPr>
          <w:rFonts w:eastAsia="MS Mincho"/>
          <w:sz w:val="28"/>
          <w:szCs w:val="28"/>
          <w:lang w:val="en-US"/>
        </w:rPr>
        <w:t xml:space="preserve"> </w:t>
      </w:r>
      <w:r w:rsidRPr="00962608">
        <w:rPr>
          <w:rFonts w:eastAsia="MS Mincho"/>
          <w:sz w:val="28"/>
          <w:szCs w:val="28"/>
          <w:lang w:val="ru-RU"/>
        </w:rPr>
        <w:t>әдіс</w:t>
      </w:r>
      <w:r w:rsidRPr="00962608">
        <w:rPr>
          <w:rFonts w:eastAsia="MS Mincho"/>
          <w:sz w:val="28"/>
          <w:szCs w:val="28"/>
          <w:lang w:val="en-US"/>
        </w:rPr>
        <w:t xml:space="preserve">: </w:t>
      </w:r>
      <w:r w:rsidRPr="00962608">
        <w:rPr>
          <w:rFonts w:eastAsia="MS Mincho"/>
          <w:sz w:val="28"/>
          <w:szCs w:val="28"/>
          <w:lang w:val="ru-RU"/>
        </w:rPr>
        <w:t>Пирсонның</w:t>
      </w:r>
      <w:r w:rsidRPr="00962608">
        <w:rPr>
          <w:rFonts w:eastAsia="MS Mincho"/>
          <w:sz w:val="28"/>
          <w:szCs w:val="28"/>
          <w:lang w:val="en-US"/>
        </w:rPr>
        <w:t xml:space="preserve"> </w:t>
      </w:r>
      <w:r w:rsidRPr="00962608">
        <w:rPr>
          <w:rFonts w:eastAsia="MS Mincho"/>
          <w:sz w:val="28"/>
          <w:szCs w:val="28"/>
          <w:lang w:val="ru-RU"/>
        </w:rPr>
        <w:t>хи</w:t>
      </w:r>
      <w:r w:rsidRPr="00962608">
        <w:rPr>
          <w:rFonts w:eastAsia="MS Mincho"/>
          <w:sz w:val="28"/>
          <w:szCs w:val="28"/>
          <w:lang w:val="en-US"/>
        </w:rPr>
        <w:t>-</w:t>
      </w:r>
      <w:r w:rsidRPr="00962608">
        <w:rPr>
          <w:rFonts w:eastAsia="MS Mincho"/>
          <w:sz w:val="28"/>
          <w:szCs w:val="28"/>
          <w:lang w:val="ru-RU"/>
        </w:rPr>
        <w:t>квадраты</w:t>
      </w:r>
      <w:r w:rsidRPr="00962608">
        <w:rPr>
          <w:rFonts w:eastAsia="MS Mincho"/>
          <w:sz w:val="28"/>
          <w:szCs w:val="28"/>
          <w:lang w:val="en-US"/>
        </w:rPr>
        <w:t>)</w:t>
      </w:r>
      <w:r w:rsidR="00C12BE6" w:rsidRPr="00C12BE6">
        <w:rPr>
          <w:rFonts w:eastAsia="MS Mincho"/>
          <w:sz w:val="28"/>
          <w:szCs w:val="28"/>
          <w:lang w:val="en-US"/>
        </w:rPr>
        <w:t xml:space="preserve"> (</w:t>
      </w:r>
      <w:r w:rsidR="00C12BE6">
        <w:rPr>
          <w:rFonts w:eastAsia="MS Mincho"/>
          <w:sz w:val="28"/>
          <w:szCs w:val="28"/>
          <w:lang w:val="ru-RU"/>
        </w:rPr>
        <w:t>сурет</w:t>
      </w:r>
      <w:r w:rsidR="00955D6A">
        <w:rPr>
          <w:rFonts w:eastAsia="MS Mincho"/>
          <w:sz w:val="28"/>
          <w:szCs w:val="28"/>
          <w:lang w:val="en-US"/>
        </w:rPr>
        <w:t xml:space="preserve"> </w:t>
      </w:r>
      <w:r w:rsidR="00955D6A">
        <w:rPr>
          <w:rFonts w:eastAsia="MS Mincho"/>
          <w:sz w:val="28"/>
          <w:szCs w:val="28"/>
        </w:rPr>
        <w:t>22</w:t>
      </w:r>
      <w:r w:rsidR="00C12BE6" w:rsidRPr="00C12BE6">
        <w:rPr>
          <w:rFonts w:eastAsia="MS Mincho"/>
          <w:sz w:val="28"/>
          <w:szCs w:val="28"/>
          <w:lang w:val="en-US"/>
        </w:rPr>
        <w:t>)</w:t>
      </w:r>
      <w:r w:rsidRPr="00962608">
        <w:rPr>
          <w:rFonts w:eastAsia="MS Mincho"/>
          <w:sz w:val="28"/>
          <w:szCs w:val="28"/>
          <w:lang w:val="en-US"/>
        </w:rPr>
        <w:t>.</w:t>
      </w:r>
    </w:p>
    <w:p w:rsidR="00962608" w:rsidRPr="00962608" w:rsidRDefault="00962608" w:rsidP="00962608">
      <w:pPr>
        <w:widowControl/>
        <w:autoSpaceDE/>
        <w:autoSpaceDN/>
        <w:ind w:firstLine="567"/>
        <w:jc w:val="both"/>
        <w:rPr>
          <w:rFonts w:eastAsia="MS Mincho"/>
          <w:sz w:val="28"/>
          <w:szCs w:val="28"/>
          <w:highlight w:val="yellow"/>
        </w:rPr>
      </w:pPr>
    </w:p>
    <w:p w:rsidR="00B632CA" w:rsidRPr="00D7737E" w:rsidRDefault="00502406" w:rsidP="00B632CA">
      <w:pPr>
        <w:widowControl/>
        <w:autoSpaceDE/>
        <w:autoSpaceDN/>
        <w:spacing w:line="360" w:lineRule="auto"/>
        <w:rPr>
          <w:rFonts w:eastAsia="MS Mincho"/>
          <w:highlight w:val="yellow"/>
          <w:lang w:val="en-US"/>
        </w:rPr>
      </w:pPr>
      <w:r>
        <w:rPr>
          <w:noProof/>
          <w:lang w:val="ru-RU" w:eastAsia="ru-RU"/>
        </w:rPr>
        <w:drawing>
          <wp:inline distT="0" distB="0" distL="0" distR="0" wp14:anchorId="43060358" wp14:editId="58BB12DF">
            <wp:extent cx="6122670" cy="3114732"/>
            <wp:effectExtent l="0" t="0" r="0" b="9525"/>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22670" cy="3114732"/>
                    </a:xfrm>
                    <a:prstGeom prst="rect">
                      <a:avLst/>
                    </a:prstGeom>
                  </pic:spPr>
                </pic:pic>
              </a:graphicData>
            </a:graphic>
          </wp:inline>
        </w:drawing>
      </w:r>
    </w:p>
    <w:p w:rsidR="00B632CA" w:rsidRPr="00962608" w:rsidRDefault="00962608" w:rsidP="00A96A95">
      <w:pPr>
        <w:widowControl/>
        <w:autoSpaceDE/>
        <w:autoSpaceDN/>
        <w:jc w:val="center"/>
        <w:rPr>
          <w:rFonts w:eastAsia="MS Mincho"/>
          <w:sz w:val="28"/>
          <w:szCs w:val="28"/>
          <w:highlight w:val="yellow"/>
          <w:lang w:val="en-US"/>
        </w:rPr>
      </w:pPr>
      <w:r w:rsidRPr="00C12BE6">
        <w:rPr>
          <w:rFonts w:eastAsia="MS Mincho"/>
          <w:sz w:val="28"/>
          <w:szCs w:val="28"/>
          <w:lang w:val="ru-RU"/>
        </w:rPr>
        <w:t>Сурет</w:t>
      </w:r>
      <w:r w:rsidR="00955D6A">
        <w:rPr>
          <w:rFonts w:eastAsia="MS Mincho"/>
          <w:sz w:val="28"/>
          <w:szCs w:val="28"/>
          <w:lang w:val="en-US"/>
        </w:rPr>
        <w:t xml:space="preserve"> </w:t>
      </w:r>
      <w:r w:rsidR="00955D6A">
        <w:rPr>
          <w:rFonts w:eastAsia="MS Mincho"/>
          <w:sz w:val="28"/>
          <w:szCs w:val="28"/>
        </w:rPr>
        <w:t>22</w:t>
      </w:r>
      <w:r w:rsidR="00B632CA" w:rsidRPr="00C12BE6">
        <w:rPr>
          <w:rFonts w:eastAsia="MS Mincho"/>
          <w:sz w:val="28"/>
          <w:szCs w:val="28"/>
          <w:lang w:val="en-US"/>
        </w:rPr>
        <w:t xml:space="preserve"> – </w:t>
      </w:r>
      <w:r w:rsidRPr="00962608">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sidRPr="00962608">
        <w:rPr>
          <w:rFonts w:eastAsia="MS Mincho"/>
          <w:sz w:val="28"/>
          <w:szCs w:val="28"/>
          <w:lang w:val="ru-RU"/>
        </w:rPr>
        <w:t>Дәріге</w:t>
      </w:r>
      <w:r w:rsidRPr="00962608">
        <w:rPr>
          <w:rFonts w:eastAsia="MS Mincho"/>
          <w:sz w:val="28"/>
          <w:szCs w:val="28"/>
          <w:lang w:val="en-US"/>
        </w:rPr>
        <w:t xml:space="preserve"> </w:t>
      </w:r>
      <w:r w:rsidRPr="00962608">
        <w:rPr>
          <w:rFonts w:eastAsia="MS Mincho"/>
          <w:sz w:val="28"/>
          <w:szCs w:val="28"/>
          <w:lang w:val="ru-RU"/>
        </w:rPr>
        <w:t>төзімділік</w:t>
      </w:r>
      <w:r w:rsidRPr="00962608">
        <w:rPr>
          <w:rFonts w:eastAsia="MS Mincho"/>
          <w:sz w:val="28"/>
          <w:szCs w:val="28"/>
          <w:lang w:val="en-US"/>
        </w:rPr>
        <w:t xml:space="preserve">" </w:t>
      </w:r>
      <w:r w:rsidRPr="00962608">
        <w:rPr>
          <w:rFonts w:eastAsia="MS Mincho"/>
          <w:sz w:val="28"/>
          <w:szCs w:val="28"/>
          <w:lang w:val="ru-RU"/>
        </w:rPr>
        <w:t>көрсеткішіне</w:t>
      </w:r>
      <w:r w:rsidRPr="00962608">
        <w:rPr>
          <w:rFonts w:eastAsia="MS Mincho"/>
          <w:sz w:val="28"/>
          <w:szCs w:val="28"/>
          <w:lang w:val="en-US"/>
        </w:rPr>
        <w:t xml:space="preserve"> </w:t>
      </w:r>
      <w:r w:rsidRPr="00962608">
        <w:rPr>
          <w:rFonts w:eastAsia="MS Mincho"/>
          <w:sz w:val="28"/>
          <w:szCs w:val="28"/>
          <w:lang w:val="ru-RU"/>
        </w:rPr>
        <w:t>талдау</w:t>
      </w:r>
    </w:p>
    <w:p w:rsidR="00B632CA" w:rsidRPr="00962608" w:rsidRDefault="00B632CA" w:rsidP="00A96A95">
      <w:pPr>
        <w:widowControl/>
        <w:autoSpaceDE/>
        <w:autoSpaceDN/>
        <w:rPr>
          <w:rFonts w:eastAsia="MS Mincho"/>
          <w:sz w:val="28"/>
          <w:szCs w:val="28"/>
          <w:highlight w:val="yellow"/>
          <w:lang w:val="en-US"/>
        </w:rPr>
      </w:pPr>
    </w:p>
    <w:p w:rsidR="00962608" w:rsidRPr="00962608" w:rsidRDefault="00962608" w:rsidP="00962608">
      <w:pPr>
        <w:widowControl/>
        <w:autoSpaceDE/>
        <w:autoSpaceDN/>
        <w:ind w:firstLine="567"/>
        <w:jc w:val="both"/>
        <w:rPr>
          <w:rFonts w:eastAsia="MS Mincho"/>
          <w:sz w:val="28"/>
          <w:szCs w:val="28"/>
        </w:rPr>
      </w:pPr>
      <w:r w:rsidRPr="00962608">
        <w:rPr>
          <w:rFonts w:eastAsia="MS Mincho"/>
          <w:sz w:val="28"/>
          <w:szCs w:val="28"/>
          <w:lang w:val="ru-RU"/>
        </w:rPr>
        <w:t>Біз</w:t>
      </w:r>
      <w:r w:rsidRPr="00962608">
        <w:rPr>
          <w:rFonts w:eastAsia="MS Mincho"/>
          <w:sz w:val="28"/>
          <w:szCs w:val="28"/>
          <w:lang w:val="en-US"/>
        </w:rPr>
        <w:t xml:space="preserve"> </w:t>
      </w:r>
      <w:r w:rsidRPr="00962608">
        <w:rPr>
          <w:rFonts w:eastAsia="MS Mincho"/>
          <w:sz w:val="28"/>
          <w:szCs w:val="28"/>
          <w:lang w:val="ru-RU"/>
        </w:rPr>
        <w:t>білім</w:t>
      </w:r>
      <w:r w:rsidRPr="00962608">
        <w:rPr>
          <w:rFonts w:eastAsia="MS Mincho"/>
          <w:sz w:val="28"/>
          <w:szCs w:val="28"/>
          <w:lang w:val="en-US"/>
        </w:rPr>
        <w:t xml:space="preserve"> </w:t>
      </w:r>
      <w:r w:rsidRPr="00962608">
        <w:rPr>
          <w:rFonts w:eastAsia="MS Mincho"/>
          <w:sz w:val="28"/>
          <w:szCs w:val="28"/>
          <w:lang w:val="ru-RU"/>
        </w:rPr>
        <w:t>деңгейіне</w:t>
      </w:r>
      <w:r w:rsidRPr="00962608">
        <w:rPr>
          <w:rFonts w:eastAsia="MS Mincho"/>
          <w:sz w:val="28"/>
          <w:szCs w:val="28"/>
          <w:lang w:val="en-US"/>
        </w:rPr>
        <w:t xml:space="preserve"> </w:t>
      </w:r>
      <w:r w:rsidRPr="00962608">
        <w:rPr>
          <w:rFonts w:eastAsia="MS Mincho"/>
          <w:sz w:val="28"/>
          <w:szCs w:val="28"/>
          <w:lang w:val="ru-RU"/>
        </w:rPr>
        <w:t>байланысты</w:t>
      </w:r>
      <w:r w:rsidRPr="00962608">
        <w:rPr>
          <w:rFonts w:eastAsia="MS Mincho"/>
          <w:sz w:val="28"/>
          <w:szCs w:val="28"/>
          <w:lang w:val="en-US"/>
        </w:rPr>
        <w:t xml:space="preserve"> "</w:t>
      </w:r>
      <w:r>
        <w:rPr>
          <w:rFonts w:eastAsia="MS Mincho"/>
          <w:sz w:val="28"/>
          <w:szCs w:val="28"/>
          <w:lang w:val="ru-RU"/>
        </w:rPr>
        <w:t>А</w:t>
      </w:r>
      <w:r w:rsidRPr="00962608">
        <w:rPr>
          <w:rFonts w:eastAsia="MS Mincho"/>
          <w:sz w:val="28"/>
          <w:szCs w:val="28"/>
          <w:lang w:val="ru-RU"/>
        </w:rPr>
        <w:t>нтибиотиктерге</w:t>
      </w:r>
      <w:r w:rsidRPr="00962608">
        <w:rPr>
          <w:rFonts w:eastAsia="MS Mincho"/>
          <w:sz w:val="28"/>
          <w:szCs w:val="28"/>
          <w:lang w:val="en-US"/>
        </w:rPr>
        <w:t xml:space="preserve"> </w:t>
      </w:r>
      <w:r w:rsidRPr="00962608">
        <w:rPr>
          <w:rFonts w:eastAsia="MS Mincho"/>
          <w:sz w:val="28"/>
          <w:szCs w:val="28"/>
          <w:lang w:val="ru-RU"/>
        </w:rPr>
        <w:t>төзімді</w:t>
      </w:r>
      <w:r w:rsidRPr="00962608">
        <w:rPr>
          <w:rFonts w:eastAsia="MS Mincho"/>
          <w:sz w:val="28"/>
          <w:szCs w:val="28"/>
          <w:lang w:val="en-US"/>
        </w:rPr>
        <w:t xml:space="preserve"> </w:t>
      </w:r>
      <w:r w:rsidRPr="00962608">
        <w:rPr>
          <w:rFonts w:eastAsia="MS Mincho"/>
          <w:sz w:val="28"/>
          <w:szCs w:val="28"/>
          <w:lang w:val="ru-RU"/>
        </w:rPr>
        <w:t>бактериялар</w:t>
      </w:r>
      <w:r w:rsidRPr="00962608">
        <w:rPr>
          <w:rFonts w:eastAsia="MS Mincho"/>
          <w:sz w:val="28"/>
          <w:szCs w:val="28"/>
          <w:lang w:val="en-US"/>
        </w:rPr>
        <w:t xml:space="preserve">" </w:t>
      </w:r>
      <w:r w:rsidRPr="00962608">
        <w:rPr>
          <w:rFonts w:eastAsia="MS Mincho"/>
          <w:sz w:val="28"/>
          <w:szCs w:val="28"/>
          <w:lang w:val="ru-RU"/>
        </w:rPr>
        <w:t>көрсеткішіне</w:t>
      </w:r>
      <w:r w:rsidRPr="00962608">
        <w:rPr>
          <w:rFonts w:eastAsia="MS Mincho"/>
          <w:sz w:val="28"/>
          <w:szCs w:val="28"/>
          <w:lang w:val="en-US"/>
        </w:rPr>
        <w:t xml:space="preserve"> </w:t>
      </w:r>
      <w:r w:rsidRPr="00962608">
        <w:rPr>
          <w:rFonts w:eastAsia="MS Mincho"/>
          <w:sz w:val="28"/>
          <w:szCs w:val="28"/>
          <w:lang w:val="ru-RU"/>
        </w:rPr>
        <w:t>талдау</w:t>
      </w:r>
      <w:r w:rsidRPr="00962608">
        <w:rPr>
          <w:rFonts w:eastAsia="MS Mincho"/>
          <w:sz w:val="28"/>
          <w:szCs w:val="28"/>
          <w:lang w:val="en-US"/>
        </w:rPr>
        <w:t xml:space="preserve"> </w:t>
      </w:r>
      <w:r w:rsidRPr="00962608">
        <w:rPr>
          <w:rFonts w:eastAsia="MS Mincho"/>
          <w:sz w:val="28"/>
          <w:szCs w:val="28"/>
          <w:lang w:val="ru-RU"/>
        </w:rPr>
        <w:t>жасадық</w:t>
      </w:r>
      <w:r>
        <w:rPr>
          <w:rFonts w:eastAsia="MS Mincho"/>
          <w:sz w:val="28"/>
          <w:szCs w:val="28"/>
          <w:lang w:val="en-US"/>
        </w:rPr>
        <w:t>.</w:t>
      </w:r>
    </w:p>
    <w:p w:rsidR="00B632CA" w:rsidRPr="00962608" w:rsidRDefault="00962608" w:rsidP="00962608">
      <w:pPr>
        <w:widowControl/>
        <w:autoSpaceDE/>
        <w:autoSpaceDN/>
        <w:ind w:firstLine="567"/>
        <w:jc w:val="both"/>
        <w:rPr>
          <w:rFonts w:eastAsia="MS Mincho"/>
          <w:highlight w:val="yellow"/>
        </w:rPr>
      </w:pPr>
      <w:r>
        <w:rPr>
          <w:rFonts w:eastAsia="MS Mincho"/>
          <w:sz w:val="28"/>
          <w:szCs w:val="28"/>
        </w:rPr>
        <w:t>Білім деңгейіне байланысты "А</w:t>
      </w:r>
      <w:r w:rsidRPr="00962608">
        <w:rPr>
          <w:rFonts w:eastAsia="MS Mincho"/>
          <w:sz w:val="28"/>
          <w:szCs w:val="28"/>
        </w:rPr>
        <w:t>нтибиотиктерге төзімді бактериялар" көрсеткішін салыстыру кезінде айтарлықтай айырмашылықтар анықталды (p &lt; 0,001) (қолданылатын әдіс: Пирсонның хи-квадраты)</w:t>
      </w:r>
      <w:r w:rsidR="00955D6A">
        <w:rPr>
          <w:rFonts w:eastAsia="MS Mincho"/>
          <w:sz w:val="28"/>
          <w:szCs w:val="28"/>
        </w:rPr>
        <w:t xml:space="preserve"> (сурет 23</w:t>
      </w:r>
      <w:r w:rsidR="00C12BE6" w:rsidRPr="00C12BE6">
        <w:rPr>
          <w:rFonts w:eastAsia="MS Mincho"/>
          <w:sz w:val="28"/>
          <w:szCs w:val="28"/>
        </w:rPr>
        <w:t>)</w:t>
      </w:r>
      <w:r w:rsidRPr="00962608">
        <w:rPr>
          <w:rFonts w:eastAsia="MS Mincho"/>
          <w:sz w:val="28"/>
          <w:szCs w:val="28"/>
        </w:rPr>
        <w:t>.</w:t>
      </w:r>
    </w:p>
    <w:p w:rsidR="00B632CA" w:rsidRPr="002B22F1" w:rsidRDefault="00502406" w:rsidP="00B632CA">
      <w:pPr>
        <w:widowControl/>
        <w:autoSpaceDE/>
        <w:autoSpaceDN/>
        <w:spacing w:line="360" w:lineRule="auto"/>
        <w:rPr>
          <w:rFonts w:eastAsia="MS Mincho"/>
          <w:highlight w:val="yellow"/>
        </w:rPr>
      </w:pPr>
      <w:r>
        <w:rPr>
          <w:noProof/>
          <w:lang w:val="ru-RU" w:eastAsia="ru-RU"/>
        </w:rPr>
        <w:drawing>
          <wp:inline distT="0" distB="0" distL="0" distR="0" wp14:anchorId="1BCFCEEE" wp14:editId="0E4232BE">
            <wp:extent cx="6122670" cy="2913150"/>
            <wp:effectExtent l="0" t="0" r="0" b="190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2670" cy="2913150"/>
                    </a:xfrm>
                    <a:prstGeom prst="rect">
                      <a:avLst/>
                    </a:prstGeom>
                  </pic:spPr>
                </pic:pic>
              </a:graphicData>
            </a:graphic>
          </wp:inline>
        </w:drawing>
      </w:r>
    </w:p>
    <w:p w:rsidR="00D808FA" w:rsidRPr="00B97E50" w:rsidRDefault="00962608" w:rsidP="00962608">
      <w:pPr>
        <w:widowControl/>
        <w:autoSpaceDE/>
        <w:autoSpaceDN/>
        <w:jc w:val="center"/>
        <w:rPr>
          <w:rFonts w:eastAsia="MS Mincho"/>
          <w:sz w:val="28"/>
          <w:szCs w:val="28"/>
        </w:rPr>
      </w:pPr>
      <w:r w:rsidRPr="00B97E50">
        <w:rPr>
          <w:rFonts w:eastAsia="MS Mincho"/>
          <w:sz w:val="28"/>
          <w:szCs w:val="28"/>
        </w:rPr>
        <w:t>Сурет</w:t>
      </w:r>
      <w:r w:rsidR="00955D6A" w:rsidRPr="00B97E50">
        <w:rPr>
          <w:rFonts w:eastAsia="MS Mincho"/>
          <w:sz w:val="28"/>
          <w:szCs w:val="28"/>
        </w:rPr>
        <w:t xml:space="preserve"> </w:t>
      </w:r>
      <w:r w:rsidR="00955D6A">
        <w:rPr>
          <w:rFonts w:eastAsia="MS Mincho"/>
          <w:sz w:val="28"/>
          <w:szCs w:val="28"/>
        </w:rPr>
        <w:t>23</w:t>
      </w:r>
      <w:r w:rsidR="00B632CA" w:rsidRPr="00B97E50">
        <w:rPr>
          <w:rFonts w:eastAsia="MS Mincho"/>
          <w:sz w:val="28"/>
          <w:szCs w:val="28"/>
        </w:rPr>
        <w:t xml:space="preserve"> – </w:t>
      </w:r>
      <w:r w:rsidRPr="00B97E50">
        <w:rPr>
          <w:rFonts w:eastAsia="MS Mincho"/>
          <w:sz w:val="28"/>
          <w:szCs w:val="28"/>
        </w:rPr>
        <w:t>Білім деңгейіне байланысты "Антибиотиктерге төзімді бактериялар" көрсеткішін талдау</w:t>
      </w:r>
    </w:p>
    <w:p w:rsidR="00962608" w:rsidRPr="00B97E50" w:rsidRDefault="00962608" w:rsidP="00962608">
      <w:pPr>
        <w:widowControl/>
        <w:autoSpaceDE/>
        <w:autoSpaceDN/>
        <w:jc w:val="center"/>
        <w:rPr>
          <w:sz w:val="28"/>
          <w:szCs w:val="28"/>
        </w:rPr>
      </w:pPr>
    </w:p>
    <w:p w:rsidR="00C12BE6" w:rsidRDefault="00955D6A" w:rsidP="00C12BE6">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14</w:t>
      </w:r>
      <w:r w:rsidR="007862C0" w:rsidRPr="007862C0">
        <w:rPr>
          <w:rFonts w:ascii="Times New Roman" w:hAnsi="Times New Roman"/>
          <w:sz w:val="28"/>
          <w:szCs w:val="28"/>
          <w:lang w:val="kk-KZ"/>
        </w:rPr>
        <w:t>-кесте</w:t>
      </w:r>
      <w:r w:rsidR="00C12BE6">
        <w:rPr>
          <w:rFonts w:ascii="Times New Roman" w:hAnsi="Times New Roman"/>
          <w:sz w:val="28"/>
          <w:szCs w:val="28"/>
          <w:lang w:val="kk-KZ"/>
        </w:rPr>
        <w:t>де</w:t>
      </w:r>
      <w:r w:rsidR="007862C0" w:rsidRPr="007862C0">
        <w:rPr>
          <w:rFonts w:ascii="Times New Roman" w:hAnsi="Times New Roman"/>
          <w:sz w:val="28"/>
          <w:szCs w:val="28"/>
          <w:lang w:val="kk-KZ"/>
        </w:rPr>
        <w:t xml:space="preserve"> антибиотиктерді қолдану </w:t>
      </w:r>
      <w:r w:rsidR="007862C0">
        <w:rPr>
          <w:rFonts w:ascii="Times New Roman" w:hAnsi="Times New Roman"/>
          <w:sz w:val="28"/>
          <w:szCs w:val="28"/>
          <w:lang w:val="kk-KZ"/>
        </w:rPr>
        <w:t xml:space="preserve">және антибиотиктерге төзімділік </w:t>
      </w:r>
      <w:r w:rsidR="007862C0" w:rsidRPr="007862C0">
        <w:rPr>
          <w:rFonts w:ascii="Times New Roman" w:hAnsi="Times New Roman"/>
          <w:sz w:val="28"/>
          <w:szCs w:val="28"/>
          <w:lang w:val="kk-KZ"/>
        </w:rPr>
        <w:t>ту</w:t>
      </w:r>
      <w:r w:rsidR="008B2E1C">
        <w:rPr>
          <w:rFonts w:ascii="Times New Roman" w:hAnsi="Times New Roman"/>
          <w:sz w:val="28"/>
          <w:szCs w:val="28"/>
          <w:lang w:val="kk-KZ"/>
        </w:rPr>
        <w:t>ралы хабардар болу деңгейін</w:t>
      </w:r>
      <w:r w:rsidR="007862C0" w:rsidRPr="007862C0">
        <w:rPr>
          <w:rFonts w:ascii="Times New Roman" w:hAnsi="Times New Roman"/>
          <w:sz w:val="28"/>
          <w:szCs w:val="28"/>
          <w:lang w:val="kk-KZ"/>
        </w:rPr>
        <w:t xml:space="preserve"> жынысына байланысты көрсетеді. Бір қызығы, ерлер мен әйелдер респонденттері арасында соңғы антибиотиктердің ұзақтығында айтарлықтай айырмашылық болды. </w:t>
      </w:r>
      <w:r w:rsidR="007862C0">
        <w:rPr>
          <w:rFonts w:ascii="Times New Roman" w:hAnsi="Times New Roman"/>
          <w:sz w:val="28"/>
          <w:szCs w:val="28"/>
          <w:lang w:val="kk-KZ"/>
        </w:rPr>
        <w:t xml:space="preserve">Осылайша, әйелдердің </w:t>
      </w:r>
      <w:r w:rsidR="007862C0" w:rsidRPr="007862C0">
        <w:rPr>
          <w:rFonts w:ascii="Times New Roman" w:hAnsi="Times New Roman"/>
          <w:sz w:val="28"/>
          <w:szCs w:val="28"/>
          <w:lang w:val="kk-KZ"/>
        </w:rPr>
        <w:t xml:space="preserve">33,1% </w:t>
      </w:r>
      <w:r w:rsidR="007862C0">
        <w:rPr>
          <w:rFonts w:ascii="Times New Roman" w:hAnsi="Times New Roman"/>
          <w:sz w:val="28"/>
          <w:szCs w:val="28"/>
          <w:lang w:val="kk-KZ"/>
        </w:rPr>
        <w:t xml:space="preserve">соңғы ай ішінде антибиотиктер қабылдағанын айтты, ал ерлердің </w:t>
      </w:r>
      <w:r w:rsidR="007862C0" w:rsidRPr="007862C0">
        <w:rPr>
          <w:rFonts w:ascii="Times New Roman" w:hAnsi="Times New Roman"/>
          <w:sz w:val="28"/>
          <w:szCs w:val="28"/>
          <w:lang w:val="kk-KZ"/>
        </w:rPr>
        <w:t xml:space="preserve">28,8% </w:t>
      </w:r>
      <w:r w:rsidR="007862C0">
        <w:rPr>
          <w:rFonts w:ascii="Times New Roman" w:hAnsi="Times New Roman"/>
          <w:sz w:val="28"/>
          <w:szCs w:val="28"/>
          <w:lang w:val="kk-KZ"/>
        </w:rPr>
        <w:t xml:space="preserve">антибиотиктерді соңғы </w:t>
      </w:r>
      <w:r w:rsidR="007862C0" w:rsidRPr="007862C0">
        <w:rPr>
          <w:rFonts w:ascii="Times New Roman" w:hAnsi="Times New Roman"/>
          <w:sz w:val="28"/>
          <w:szCs w:val="28"/>
          <w:lang w:val="kk-KZ"/>
        </w:rPr>
        <w:t xml:space="preserve">6 </w:t>
      </w:r>
      <w:r w:rsidR="007862C0">
        <w:rPr>
          <w:rFonts w:ascii="Times New Roman" w:hAnsi="Times New Roman"/>
          <w:sz w:val="28"/>
          <w:szCs w:val="28"/>
          <w:lang w:val="kk-KZ"/>
        </w:rPr>
        <w:t xml:space="preserve">ішінде қабылдағанын айтты. Сонымен қатар, ер адамдардың </w:t>
      </w:r>
      <w:r w:rsidR="007862C0" w:rsidRPr="007862C0">
        <w:rPr>
          <w:rFonts w:ascii="Times New Roman" w:hAnsi="Times New Roman"/>
          <w:sz w:val="28"/>
          <w:szCs w:val="28"/>
          <w:lang w:val="kk-KZ"/>
        </w:rPr>
        <w:t xml:space="preserve">55,0% </w:t>
      </w:r>
      <w:r w:rsidR="007862C0">
        <w:rPr>
          <w:rFonts w:ascii="Times New Roman" w:hAnsi="Times New Roman"/>
          <w:sz w:val="28"/>
          <w:szCs w:val="28"/>
          <w:lang w:val="kk-KZ"/>
        </w:rPr>
        <w:t xml:space="preserve">тағайындалған дәріні толық қабылдап, аяқтау керек десе, әйелдерлің </w:t>
      </w:r>
      <w:r w:rsidR="007862C0" w:rsidRPr="007862C0">
        <w:rPr>
          <w:rFonts w:ascii="Times New Roman" w:hAnsi="Times New Roman"/>
          <w:sz w:val="28"/>
          <w:szCs w:val="28"/>
          <w:lang w:val="kk-KZ"/>
        </w:rPr>
        <w:t xml:space="preserve">70,5% </w:t>
      </w:r>
      <w:r w:rsidR="007862C0">
        <w:rPr>
          <w:rFonts w:ascii="Times New Roman" w:hAnsi="Times New Roman"/>
          <w:sz w:val="28"/>
          <w:szCs w:val="28"/>
          <w:lang w:val="kk-KZ"/>
        </w:rPr>
        <w:t xml:space="preserve">солай есептейтінін мәлімдеді. Дәріге рецептіні алуға келетін болсақ, әйелдердің </w:t>
      </w:r>
      <w:r w:rsidR="007862C0" w:rsidRPr="007862C0">
        <w:rPr>
          <w:rFonts w:ascii="Times New Roman" w:hAnsi="Times New Roman"/>
          <w:sz w:val="28"/>
          <w:szCs w:val="28"/>
          <w:lang w:val="kk-KZ"/>
        </w:rPr>
        <w:t>64,1%</w:t>
      </w:r>
      <w:r w:rsidR="007862C0">
        <w:rPr>
          <w:rFonts w:ascii="Times New Roman" w:hAnsi="Times New Roman"/>
          <w:sz w:val="28"/>
          <w:szCs w:val="28"/>
          <w:lang w:val="kk-KZ"/>
        </w:rPr>
        <w:t xml:space="preserve"> соңғы антибиотикті рецептімен алдым деп жауап берсе, ер адамдардың басым көпшілігі, яғни </w:t>
      </w:r>
      <w:r w:rsidR="007862C0" w:rsidRPr="007862C0">
        <w:rPr>
          <w:rFonts w:ascii="Times New Roman" w:hAnsi="Times New Roman"/>
          <w:sz w:val="28"/>
          <w:szCs w:val="28"/>
          <w:lang w:val="kk-KZ"/>
        </w:rPr>
        <w:t>52,1%</w:t>
      </w:r>
      <w:r w:rsidR="007862C0">
        <w:rPr>
          <w:rFonts w:ascii="Times New Roman" w:hAnsi="Times New Roman"/>
          <w:sz w:val="28"/>
          <w:szCs w:val="28"/>
          <w:lang w:val="kk-KZ"/>
        </w:rPr>
        <w:t xml:space="preserve"> рецепт алмадым деп жауап берді. </w:t>
      </w:r>
    </w:p>
    <w:p w:rsidR="00C12BE6" w:rsidRDefault="00C12BE6" w:rsidP="00C12BE6">
      <w:pPr>
        <w:pStyle w:val="MDPI31text"/>
        <w:spacing w:line="240" w:lineRule="auto"/>
        <w:ind w:left="0" w:firstLine="567"/>
        <w:rPr>
          <w:rFonts w:ascii="Times New Roman" w:hAnsi="Times New Roman"/>
          <w:sz w:val="28"/>
          <w:szCs w:val="28"/>
          <w:lang w:val="kk-KZ"/>
        </w:rPr>
      </w:pPr>
    </w:p>
    <w:p w:rsidR="00C12BE6" w:rsidRPr="00C12BE6" w:rsidRDefault="007862C0" w:rsidP="00C12BE6">
      <w:pPr>
        <w:pStyle w:val="MDPI31text"/>
        <w:spacing w:line="240" w:lineRule="auto"/>
        <w:ind w:left="0" w:firstLine="0"/>
        <w:rPr>
          <w:rFonts w:ascii="Times New Roman" w:hAnsi="Times New Roman"/>
          <w:sz w:val="28"/>
          <w:szCs w:val="28"/>
          <w:lang w:val="kk-KZ"/>
        </w:rPr>
      </w:pPr>
      <w:r w:rsidRPr="00C12BE6">
        <w:rPr>
          <w:rFonts w:ascii="Times New Roman" w:hAnsi="Times New Roman"/>
          <w:sz w:val="28"/>
          <w:szCs w:val="28"/>
          <w:lang w:val="kk-KZ"/>
        </w:rPr>
        <w:t xml:space="preserve">Кесте </w:t>
      </w:r>
      <w:r w:rsidR="00955D6A">
        <w:rPr>
          <w:rFonts w:ascii="Times New Roman" w:hAnsi="Times New Roman"/>
          <w:sz w:val="28"/>
          <w:szCs w:val="28"/>
          <w:lang w:val="kk-KZ"/>
        </w:rPr>
        <w:t>14</w:t>
      </w:r>
      <w:r w:rsidR="00C12BE6" w:rsidRPr="00C12BE6">
        <w:rPr>
          <w:rFonts w:ascii="Times New Roman" w:hAnsi="Times New Roman"/>
          <w:sz w:val="28"/>
          <w:szCs w:val="28"/>
          <w:lang w:val="kk-KZ"/>
        </w:rPr>
        <w:t xml:space="preserve"> - </w:t>
      </w:r>
      <w:r w:rsidR="008B2E1C" w:rsidRPr="00C12BE6">
        <w:rPr>
          <w:rFonts w:ascii="Times New Roman" w:hAnsi="Times New Roman"/>
          <w:sz w:val="28"/>
          <w:szCs w:val="28"/>
          <w:lang w:val="kk-KZ"/>
        </w:rPr>
        <w:t xml:space="preserve">Жынысына байланысты антибиотиктерді қолдану және антибиотиктерге төзімділік бойынша ақпараттану деңгейі </w:t>
      </w:r>
    </w:p>
    <w:tbl>
      <w:tblPr>
        <w:tblStyle w:val="aa"/>
        <w:tblW w:w="9846" w:type="dxa"/>
        <w:jc w:val="center"/>
        <w:tblLayout w:type="fixed"/>
        <w:tblCellMar>
          <w:left w:w="0" w:type="dxa"/>
          <w:right w:w="0" w:type="dxa"/>
        </w:tblCellMar>
        <w:tblLook w:val="04A0" w:firstRow="1" w:lastRow="0" w:firstColumn="1" w:lastColumn="0" w:noHBand="0" w:noVBand="1"/>
      </w:tblPr>
      <w:tblGrid>
        <w:gridCol w:w="3508"/>
        <w:gridCol w:w="2701"/>
        <w:gridCol w:w="675"/>
        <w:gridCol w:w="900"/>
        <w:gridCol w:w="675"/>
        <w:gridCol w:w="788"/>
        <w:gridCol w:w="599"/>
      </w:tblGrid>
      <w:tr w:rsidR="00EF3F1E" w:rsidRPr="00955D6A" w:rsidTr="00C12BE6">
        <w:trPr>
          <w:jc w:val="center"/>
        </w:trPr>
        <w:tc>
          <w:tcPr>
            <w:tcW w:w="6209" w:type="dxa"/>
            <w:gridSpan w:val="2"/>
            <w:vMerge w:val="restart"/>
            <w:shd w:val="clear" w:color="auto" w:fill="auto"/>
            <w:vAlign w:val="center"/>
          </w:tcPr>
          <w:p w:rsidR="00EF3F1E" w:rsidRPr="00955D6A" w:rsidRDefault="008B2E1C"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Сұрақтар</w:t>
            </w:r>
          </w:p>
        </w:tc>
        <w:tc>
          <w:tcPr>
            <w:tcW w:w="1575" w:type="dxa"/>
            <w:gridSpan w:val="2"/>
            <w:shd w:val="clear" w:color="auto" w:fill="auto"/>
            <w:vAlign w:val="center"/>
          </w:tcPr>
          <w:p w:rsidR="00EF3F1E" w:rsidRPr="00955D6A" w:rsidRDefault="008B2E1C"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Ерлер</w:t>
            </w:r>
          </w:p>
        </w:tc>
        <w:tc>
          <w:tcPr>
            <w:tcW w:w="1463" w:type="dxa"/>
            <w:gridSpan w:val="2"/>
            <w:shd w:val="clear" w:color="auto" w:fill="auto"/>
            <w:vAlign w:val="center"/>
          </w:tcPr>
          <w:p w:rsidR="00EF3F1E" w:rsidRPr="00955D6A" w:rsidRDefault="008B2E1C"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Әйелдер</w:t>
            </w:r>
          </w:p>
        </w:tc>
        <w:tc>
          <w:tcPr>
            <w:tcW w:w="599" w:type="dxa"/>
            <w:vMerge w:val="restart"/>
            <w:shd w:val="clear" w:color="auto" w:fill="auto"/>
            <w:vAlign w:val="center"/>
          </w:tcPr>
          <w:p w:rsidR="00EF3F1E" w:rsidRPr="00955D6A" w:rsidRDefault="00EF3F1E" w:rsidP="008B2E1C">
            <w:pPr>
              <w:autoSpaceDE w:val="0"/>
              <w:autoSpaceDN w:val="0"/>
              <w:adjustRightInd w:val="0"/>
              <w:snapToGrid w:val="0"/>
              <w:jc w:val="center"/>
              <w:rPr>
                <w:b/>
                <w:bCs/>
                <w:snapToGrid w:val="0"/>
                <w:sz w:val="24"/>
                <w:szCs w:val="24"/>
                <w:lang w:eastAsia="de-DE" w:bidi="en-US"/>
              </w:rPr>
            </w:pPr>
            <w:r w:rsidRPr="00955D6A">
              <w:rPr>
                <w:b/>
                <w:bCs/>
                <w:i/>
                <w:snapToGrid w:val="0"/>
                <w:sz w:val="24"/>
                <w:szCs w:val="24"/>
                <w:lang w:eastAsia="de-DE" w:bidi="en-US"/>
              </w:rPr>
              <w:t>p</w:t>
            </w:r>
            <w:r w:rsidRPr="00955D6A">
              <w:rPr>
                <w:b/>
                <w:bCs/>
                <w:snapToGrid w:val="0"/>
                <w:sz w:val="24"/>
                <w:szCs w:val="24"/>
                <w:lang w:eastAsia="de-DE" w:bidi="en-US"/>
              </w:rPr>
              <w:t>-</w:t>
            </w:r>
            <w:r w:rsidR="008B2E1C" w:rsidRPr="00955D6A">
              <w:rPr>
                <w:b/>
                <w:bCs/>
                <w:snapToGrid w:val="0"/>
                <w:sz w:val="24"/>
                <w:szCs w:val="24"/>
                <w:lang w:eastAsia="de-DE" w:bidi="en-US"/>
              </w:rPr>
              <w:t>мәні</w:t>
            </w:r>
          </w:p>
        </w:tc>
      </w:tr>
      <w:tr w:rsidR="00EF3F1E" w:rsidRPr="00955D6A" w:rsidTr="00C12BE6">
        <w:trPr>
          <w:jc w:val="center"/>
        </w:trPr>
        <w:tc>
          <w:tcPr>
            <w:tcW w:w="6209" w:type="dxa"/>
            <w:gridSpan w:val="2"/>
            <w:vMerge/>
            <w:shd w:val="clear" w:color="auto" w:fill="auto"/>
            <w:vAlign w:val="center"/>
            <w:hideMark/>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675"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900"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hideMark/>
          </w:tcPr>
          <w:p w:rsidR="00EF3F1E" w:rsidRPr="00955D6A" w:rsidRDefault="008B2E1C"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Сіздің ойыңызша, антибиотиктерді қабылдап бастағаннан кейін, оны қабылдауды қашан тоқтату керек? </w:t>
            </w:r>
            <w:r w:rsidR="00EF3F1E" w:rsidRPr="00955D6A">
              <w:rPr>
                <w:snapToGrid w:val="0"/>
                <w:sz w:val="24"/>
                <w:szCs w:val="24"/>
                <w:lang w:eastAsia="de-DE" w:bidi="en-US"/>
              </w:rPr>
              <w:t>(n = 620)</w:t>
            </w: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өзімді жақсырақ сезінген кезде</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45.0</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139</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29.5</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&lt;0.001</w:t>
            </w:r>
          </w:p>
        </w:tc>
      </w:tr>
      <w:tr w:rsidR="00EF3F1E" w:rsidRPr="00955D6A" w:rsidTr="00C12BE6">
        <w:trPr>
          <w:jc w:val="center"/>
        </w:trPr>
        <w:tc>
          <w:tcPr>
            <w:tcW w:w="3508" w:type="dxa"/>
            <w:vMerge/>
            <w:shd w:val="clear" w:color="auto" w:fill="auto"/>
            <w:vAlign w:val="center"/>
            <w:hideMark/>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дәрігер тағайындауы бойынша барлық антибиотиктерді қабылдап болғанда</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82</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55.0</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332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70.5</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hideMark/>
          </w:tcPr>
          <w:p w:rsidR="000E11E2" w:rsidRPr="00955D6A" w:rsidRDefault="000E11E2" w:rsidP="000E11E2">
            <w:pPr>
              <w:adjustRightInd w:val="0"/>
              <w:snapToGrid w:val="0"/>
              <w:rPr>
                <w:snapToGrid w:val="0"/>
                <w:sz w:val="24"/>
                <w:szCs w:val="24"/>
                <w:lang w:eastAsia="de-DE" w:bidi="en-US"/>
              </w:rPr>
            </w:pPr>
            <w:r w:rsidRPr="00955D6A">
              <w:rPr>
                <w:snapToGrid w:val="0"/>
                <w:sz w:val="24"/>
                <w:szCs w:val="24"/>
                <w:lang w:eastAsia="de-DE" w:bidi="en-US"/>
              </w:rPr>
              <w:t xml:space="preserve">Қалай ойлайсыз келесі көзқарас «дұрыс» па әлде «қате» ма? </w:t>
            </w:r>
          </w:p>
          <w:p w:rsidR="00EF3F1E" w:rsidRPr="00955D6A" w:rsidRDefault="000E11E2" w:rsidP="000E11E2">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“Досыма немесе туысыма бірдей диагнозды ( ауруды) емдеу үшін  қолданған антибиотикті пайдалануға болады ма?” </w:t>
            </w:r>
            <w:r w:rsidR="00EF3F1E" w:rsidRPr="00955D6A">
              <w:rPr>
                <w:snapToGrid w:val="0"/>
                <w:sz w:val="24"/>
                <w:szCs w:val="24"/>
                <w:lang w:eastAsia="de-DE" w:bidi="en-US"/>
              </w:rPr>
              <w:t>(n = 548)</w:t>
            </w: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val="ru-RU" w:eastAsia="de-DE" w:bidi="en-US"/>
              </w:rPr>
              <w:t>Д</w:t>
            </w:r>
            <w:r w:rsidRPr="00955D6A">
              <w:rPr>
                <w:snapToGrid w:val="0"/>
                <w:sz w:val="24"/>
                <w:szCs w:val="24"/>
                <w:lang w:eastAsia="de-DE" w:bidi="en-US"/>
              </w:rPr>
              <w:t>ұрыс</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47</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34.3</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69</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16.8</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&lt;0.001</w:t>
            </w:r>
          </w:p>
        </w:tc>
      </w:tr>
      <w:tr w:rsidR="00EF3F1E" w:rsidRPr="00955D6A" w:rsidTr="00C12BE6">
        <w:trPr>
          <w:jc w:val="center"/>
        </w:trPr>
        <w:tc>
          <w:tcPr>
            <w:tcW w:w="3508" w:type="dxa"/>
            <w:vMerge/>
            <w:shd w:val="clear" w:color="auto" w:fill="auto"/>
            <w:vAlign w:val="center"/>
            <w:hideMark/>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90</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65.7</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83.2</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hideMark/>
          </w:tcPr>
          <w:p w:rsidR="00EF3F1E" w:rsidRPr="00955D6A" w:rsidRDefault="000E11E2"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“Дәл осындай белгілері бар аурумен қайта ауырсаңыз, ақырғы рет жақсы көмектескен антибиотикті қайта сатып аласыз ба немесе дәрігерден сұрап аласыз ба?” </w:t>
            </w:r>
            <w:r w:rsidR="00EF3F1E" w:rsidRPr="00955D6A">
              <w:rPr>
                <w:snapToGrid w:val="0"/>
                <w:sz w:val="24"/>
                <w:szCs w:val="24"/>
                <w:lang w:eastAsia="de-DE" w:bidi="en-US"/>
              </w:rPr>
              <w:t>(n = 516)</w:t>
            </w: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Дұрыс</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75</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57.7</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220</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57.0</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0.889</w:t>
            </w:r>
          </w:p>
        </w:tc>
      </w:tr>
      <w:tr w:rsidR="00EF3F1E" w:rsidRPr="00955D6A" w:rsidTr="00C12BE6">
        <w:trPr>
          <w:jc w:val="center"/>
        </w:trPr>
        <w:tc>
          <w:tcPr>
            <w:tcW w:w="3508" w:type="dxa"/>
            <w:vMerge/>
            <w:shd w:val="clear" w:color="auto" w:fill="auto"/>
            <w:vAlign w:val="center"/>
            <w:hideMark/>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55</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42.3</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166</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43.0</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hideMark/>
          </w:tcPr>
          <w:p w:rsidR="00EF3F1E" w:rsidRPr="00955D6A" w:rsidRDefault="000E11E2"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«Антибиотиктерге төзімділік»   терминін бұрын-соңды естідіңіз ба</w:t>
            </w:r>
            <w:r w:rsidR="00EF3F1E" w:rsidRPr="00955D6A">
              <w:rPr>
                <w:snapToGrid w:val="0"/>
                <w:sz w:val="24"/>
                <w:szCs w:val="24"/>
                <w:lang w:eastAsia="de-DE" w:bidi="en-US"/>
              </w:rPr>
              <w:t>? (n = 727)</w:t>
            </w: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36.2</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185</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34.1</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0.607</w:t>
            </w:r>
          </w:p>
        </w:tc>
      </w:tr>
      <w:tr w:rsidR="00EF3F1E" w:rsidRPr="00955D6A" w:rsidTr="00C12BE6">
        <w:trPr>
          <w:jc w:val="center"/>
        </w:trPr>
        <w:tc>
          <w:tcPr>
            <w:tcW w:w="3508" w:type="dxa"/>
            <w:vMerge/>
            <w:shd w:val="clear" w:color="auto" w:fill="auto"/>
            <w:vAlign w:val="center"/>
            <w:hideMark/>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hideMark/>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118</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63.8</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357</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65.9</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tcPr>
          <w:p w:rsidR="00EF3F1E" w:rsidRPr="00955D6A" w:rsidRDefault="000E11E2"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соңғы  рет қашан қабылдадыңыз?</w:t>
            </w:r>
            <w:r w:rsidR="00EF3F1E" w:rsidRPr="00955D6A">
              <w:rPr>
                <w:snapToGrid w:val="0"/>
                <w:sz w:val="24"/>
                <w:szCs w:val="24"/>
                <w:lang w:eastAsia="de-DE" w:bidi="en-US"/>
              </w:rPr>
              <w:t xml:space="preserve"> (</w:t>
            </w:r>
            <w:r w:rsidRPr="00955D6A">
              <w:rPr>
                <w:snapToGrid w:val="0"/>
                <w:sz w:val="24"/>
                <w:szCs w:val="24"/>
                <w:lang w:eastAsia="de-DE" w:bidi="en-US"/>
              </w:rPr>
              <w:t>n =</w:t>
            </w:r>
            <w:r w:rsidR="00EF3F1E" w:rsidRPr="00955D6A">
              <w:rPr>
                <w:snapToGrid w:val="0"/>
                <w:sz w:val="24"/>
                <w:szCs w:val="24"/>
                <w:lang w:eastAsia="de-DE" w:bidi="en-US"/>
              </w:rPr>
              <w:t>571)</w:t>
            </w: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айда</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49</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33.1</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109</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25.8</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0.014</w:t>
            </w: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6 ай ішінде</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16.9</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28.8</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былтыр</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8.1</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50</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11.8</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бір жылдан артық уақыт бұрын</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18.9</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13.7</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Ешқашан</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23.0</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84</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19.9</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tcPr>
          <w:p w:rsidR="00EF3F1E" w:rsidRPr="00955D6A" w:rsidRDefault="000E11E2"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Сіз антибиотиктерді (немесе оған рецептті) дәрігер немесе медбикеден алдыңыз ба? </w:t>
            </w:r>
            <w:r w:rsidR="00EF3F1E" w:rsidRPr="00955D6A">
              <w:rPr>
                <w:snapToGrid w:val="0"/>
                <w:sz w:val="24"/>
                <w:szCs w:val="24"/>
                <w:lang w:eastAsia="de-DE" w:bidi="en-US"/>
              </w:rPr>
              <w:t>(n = 636)</w:t>
            </w:r>
          </w:p>
          <w:p w:rsidR="00EF3F1E" w:rsidRPr="00955D6A" w:rsidRDefault="000E11E2"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Сіз антибиотиктерді қабылдау бойынша дәрігер, медбике немесе фармацевттен кеңес алдыңыз ба?  </w:t>
            </w:r>
            <w:r w:rsidR="00EF3F1E" w:rsidRPr="00955D6A">
              <w:rPr>
                <w:snapToGrid w:val="0"/>
                <w:sz w:val="24"/>
                <w:szCs w:val="24"/>
                <w:lang w:eastAsia="de-DE" w:bidi="en-US"/>
              </w:rPr>
              <w:t>(n = 628)</w:t>
            </w:r>
          </w:p>
        </w:tc>
        <w:tc>
          <w:tcPr>
            <w:tcW w:w="2701" w:type="dxa"/>
            <w:shd w:val="clear" w:color="auto" w:fill="auto"/>
            <w:vAlign w:val="center"/>
          </w:tcPr>
          <w:p w:rsidR="00EF3F1E" w:rsidRPr="00955D6A" w:rsidRDefault="000E11E2"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78</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47.9</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303</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64.1</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&lt;0.001</w:t>
            </w: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85</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52.1</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170</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35.9</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72</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46.8</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63.7</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&lt;0.001</w:t>
            </w: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rPr>
                <w:snapToGrid w:val="0"/>
                <w:sz w:val="24"/>
                <w:szCs w:val="24"/>
                <w:lang w:eastAsia="de-DE" w:bidi="en-US"/>
              </w:rPr>
            </w:pPr>
          </w:p>
        </w:tc>
        <w:tc>
          <w:tcPr>
            <w:tcW w:w="2701" w:type="dxa"/>
            <w:shd w:val="clear" w:color="auto" w:fill="auto"/>
            <w:vAlign w:val="center"/>
          </w:tcPr>
          <w:p w:rsidR="00EF3F1E" w:rsidRPr="00955D6A" w:rsidRDefault="001C37AB" w:rsidP="001C37AB">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82</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53.2</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36.3</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val="restart"/>
            <w:shd w:val="clear" w:color="auto" w:fill="auto"/>
            <w:vAlign w:val="center"/>
          </w:tcPr>
          <w:p w:rsidR="00EF3F1E" w:rsidRPr="00955D6A" w:rsidRDefault="001C37AB" w:rsidP="007B019A">
            <w:pPr>
              <w:autoSpaceDE w:val="0"/>
              <w:autoSpaceDN w:val="0"/>
              <w:adjustRightInd w:val="0"/>
              <w:snapToGrid w:val="0"/>
              <w:rPr>
                <w:snapToGrid w:val="0"/>
                <w:sz w:val="24"/>
                <w:szCs w:val="24"/>
                <w:lang w:eastAsia="de-DE" w:bidi="en-US"/>
              </w:rPr>
            </w:pPr>
            <w:r w:rsidRPr="00955D6A">
              <w:rPr>
                <w:snapToGrid w:val="0"/>
                <w:sz w:val="24"/>
                <w:szCs w:val="24"/>
                <w:lang w:eastAsia="de-DE" w:bidi="en-US"/>
              </w:rPr>
              <w:t xml:space="preserve">Антибиотиктерді қайдан алдыңыз? </w:t>
            </w:r>
            <w:r w:rsidR="00EF3F1E" w:rsidRPr="00955D6A">
              <w:rPr>
                <w:snapToGrid w:val="0"/>
                <w:sz w:val="24"/>
                <w:szCs w:val="24"/>
                <w:lang w:eastAsia="de-DE" w:bidi="en-US"/>
              </w:rPr>
              <w:t>(n = 650)</w:t>
            </w: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дәріханадан</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156</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95.7</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479</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98.4</w:t>
            </w:r>
          </w:p>
        </w:tc>
        <w:tc>
          <w:tcPr>
            <w:tcW w:w="599" w:type="dxa"/>
            <w:vMerge w:val="restart"/>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0.009</w:t>
            </w: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интернеттен</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0.4</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досымнан/туысымнан алдым</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EF3F1E" w:rsidRPr="00955D6A" w:rsidTr="00C12BE6">
        <w:trPr>
          <w:jc w:val="center"/>
        </w:trPr>
        <w:tc>
          <w:tcPr>
            <w:tcW w:w="3508"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2701" w:type="dxa"/>
            <w:shd w:val="clear" w:color="auto" w:fill="auto"/>
            <w:vAlign w:val="center"/>
          </w:tcPr>
          <w:p w:rsidR="00EF3F1E" w:rsidRPr="00955D6A" w:rsidRDefault="001C37AB"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ақырғы қолданғаннан сақтап қойғанмын</w:t>
            </w:r>
          </w:p>
        </w:tc>
        <w:tc>
          <w:tcPr>
            <w:tcW w:w="675"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900" w:type="dxa"/>
            <w:shd w:val="clear" w:color="auto" w:fill="auto"/>
            <w:noWrap/>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w:t>
            </w:r>
          </w:p>
        </w:tc>
        <w:tc>
          <w:tcPr>
            <w:tcW w:w="675"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w:t>
            </w:r>
          </w:p>
        </w:tc>
        <w:tc>
          <w:tcPr>
            <w:tcW w:w="788" w:type="dxa"/>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w:t>
            </w:r>
          </w:p>
        </w:tc>
        <w:tc>
          <w:tcPr>
            <w:tcW w:w="599"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bl>
    <w:p w:rsidR="001C37AB" w:rsidRDefault="001C37AB" w:rsidP="00B40C92">
      <w:pPr>
        <w:pStyle w:val="MDPI31text"/>
        <w:ind w:left="0"/>
        <w:rPr>
          <w:rFonts w:ascii="Times New Roman" w:hAnsi="Times New Roman"/>
          <w:sz w:val="28"/>
          <w:szCs w:val="28"/>
          <w:lang w:val="kk-KZ"/>
        </w:rPr>
      </w:pPr>
    </w:p>
    <w:p w:rsidR="001C37AB" w:rsidRDefault="001C37AB" w:rsidP="00DB7566">
      <w:pPr>
        <w:pStyle w:val="MDPI31text"/>
        <w:spacing w:line="240" w:lineRule="auto"/>
        <w:ind w:left="0"/>
        <w:rPr>
          <w:rFonts w:ascii="Times New Roman" w:hAnsi="Times New Roman"/>
          <w:sz w:val="28"/>
          <w:szCs w:val="28"/>
          <w:lang w:val="kk-KZ"/>
        </w:rPr>
      </w:pPr>
      <w:r w:rsidRPr="001C37AB">
        <w:rPr>
          <w:rFonts w:ascii="Times New Roman" w:hAnsi="Times New Roman"/>
          <w:sz w:val="28"/>
          <w:szCs w:val="28"/>
          <w:lang w:val="kk-KZ"/>
        </w:rPr>
        <w:t>Сонымен қатар, әйелдердің үлкен үлесі (83,2%) ер адамдармен салыстырғанда (65,7%) бұрын ұқсас белгілерді немесе ауруды емдеген досымен немесе отбасы мүшесімен бірдей антибиотиктерді қолданған дұрыс деген пікірме</w:t>
      </w:r>
      <w:r w:rsidR="00DB7566">
        <w:rPr>
          <w:rFonts w:ascii="Times New Roman" w:hAnsi="Times New Roman"/>
          <w:sz w:val="28"/>
          <w:szCs w:val="28"/>
          <w:lang w:val="kk-KZ"/>
        </w:rPr>
        <w:t xml:space="preserve">н келіспеді. Бір қызығы, ерлердің </w:t>
      </w:r>
      <w:r w:rsidRPr="001C37AB">
        <w:rPr>
          <w:rFonts w:ascii="Times New Roman" w:hAnsi="Times New Roman"/>
          <w:sz w:val="28"/>
          <w:szCs w:val="28"/>
          <w:lang w:val="kk-KZ"/>
        </w:rPr>
        <w:t xml:space="preserve">де, әйелдердің де басым көпшілігі антибиотиктерді медициналық дүкенде немесе дәріханада сатып алғанымен, </w:t>
      </w:r>
      <w:r w:rsidR="00DB7566">
        <w:rPr>
          <w:rFonts w:ascii="Times New Roman" w:hAnsi="Times New Roman"/>
          <w:sz w:val="28"/>
          <w:szCs w:val="28"/>
          <w:lang w:val="kk-KZ"/>
        </w:rPr>
        <w:t>әйелдердің де ерлердің де ешқайсысы</w:t>
      </w:r>
      <w:r w:rsidRPr="001C37AB">
        <w:rPr>
          <w:rFonts w:ascii="Times New Roman" w:hAnsi="Times New Roman"/>
          <w:sz w:val="28"/>
          <w:szCs w:val="28"/>
          <w:lang w:val="kk-KZ"/>
        </w:rPr>
        <w:t xml:space="preserve"> 1,8% - ы антибиотиктерді өткен уақыттан бері сақтамаған. Ақырында, антибиотиктерді қолдану туралы медицина қызметкерлерінен кеңес алу үшін жыныстар арасында айтарлықтай айырмашылық болды. </w:t>
      </w:r>
      <w:r w:rsidRPr="00DB7566">
        <w:rPr>
          <w:rFonts w:ascii="Times New Roman" w:hAnsi="Times New Roman"/>
          <w:sz w:val="28"/>
          <w:szCs w:val="28"/>
          <w:lang w:val="kk-KZ"/>
        </w:rPr>
        <w:t>Атап айтқанда, әйелдердің 63,7% - ы медициналық мамандардан кеңес сұрады,</w:t>
      </w:r>
      <w:r w:rsidR="00DB7566">
        <w:rPr>
          <w:rFonts w:ascii="Times New Roman" w:hAnsi="Times New Roman"/>
          <w:sz w:val="28"/>
          <w:szCs w:val="28"/>
          <w:lang w:val="kk-KZ"/>
        </w:rPr>
        <w:t xml:space="preserve"> ал ерлердің </w:t>
      </w:r>
      <w:r w:rsidR="007C06C3">
        <w:rPr>
          <w:rFonts w:ascii="Times New Roman" w:hAnsi="Times New Roman"/>
          <w:sz w:val="28"/>
          <w:szCs w:val="28"/>
          <w:lang w:val="kk-KZ"/>
        </w:rPr>
        <w:t>46,8%-</w:t>
      </w:r>
      <w:r w:rsidRPr="00DB7566">
        <w:rPr>
          <w:rFonts w:ascii="Times New Roman" w:hAnsi="Times New Roman"/>
          <w:sz w:val="28"/>
          <w:szCs w:val="28"/>
          <w:lang w:val="kk-KZ"/>
        </w:rPr>
        <w:t>ы</w:t>
      </w:r>
      <w:r w:rsidR="007C06C3">
        <w:rPr>
          <w:rFonts w:ascii="Times New Roman" w:hAnsi="Times New Roman"/>
          <w:sz w:val="28"/>
          <w:szCs w:val="28"/>
          <w:lang w:val="kk-KZ"/>
        </w:rPr>
        <w:t xml:space="preserve"> ғана кеңес алған.</w:t>
      </w:r>
      <w:r w:rsidRPr="00DB7566">
        <w:rPr>
          <w:rFonts w:ascii="Times New Roman" w:hAnsi="Times New Roman"/>
          <w:sz w:val="28"/>
          <w:szCs w:val="28"/>
          <w:lang w:val="kk-KZ"/>
        </w:rPr>
        <w:t xml:space="preserve"> </w:t>
      </w:r>
    </w:p>
    <w:p w:rsidR="00DB7566" w:rsidRDefault="00DB7566" w:rsidP="00DB7566">
      <w:pPr>
        <w:pStyle w:val="MDPI41tablecaption"/>
        <w:spacing w:before="0" w:line="240" w:lineRule="auto"/>
        <w:ind w:left="0" w:firstLine="567"/>
        <w:jc w:val="both"/>
        <w:rPr>
          <w:rFonts w:ascii="Times New Roman" w:hAnsi="Times New Roman" w:cs="Times New Roman"/>
          <w:snapToGrid w:val="0"/>
          <w:sz w:val="28"/>
          <w:szCs w:val="28"/>
          <w:lang w:val="kk-KZ"/>
        </w:rPr>
      </w:pPr>
      <w:r w:rsidRPr="00DB7566">
        <w:rPr>
          <w:rFonts w:ascii="Times New Roman" w:hAnsi="Times New Roman" w:cs="Times New Roman"/>
          <w:snapToGrid w:val="0"/>
          <w:sz w:val="28"/>
          <w:szCs w:val="28"/>
          <w:lang w:val="kk-KZ"/>
        </w:rPr>
        <w:t>24 және одан кіші жастағы адамдарды егде жастағы әріптестерімен топтық са</w:t>
      </w:r>
      <w:r w:rsidR="00C12BE6">
        <w:rPr>
          <w:rFonts w:ascii="Times New Roman" w:hAnsi="Times New Roman" w:cs="Times New Roman"/>
          <w:snapToGrid w:val="0"/>
          <w:sz w:val="28"/>
          <w:szCs w:val="28"/>
          <w:lang w:val="kk-KZ"/>
        </w:rPr>
        <w:t>лыстыру қызығушылық тудырады (</w:t>
      </w:r>
      <w:r w:rsidRPr="00DB7566">
        <w:rPr>
          <w:rFonts w:ascii="Times New Roman" w:hAnsi="Times New Roman" w:cs="Times New Roman"/>
          <w:snapToGrid w:val="0"/>
          <w:sz w:val="28"/>
          <w:szCs w:val="28"/>
          <w:lang w:val="kk-KZ"/>
        </w:rPr>
        <w:t>кесте</w:t>
      </w:r>
      <w:r w:rsidR="00955D6A">
        <w:rPr>
          <w:rFonts w:ascii="Times New Roman" w:hAnsi="Times New Roman" w:cs="Times New Roman"/>
          <w:snapToGrid w:val="0"/>
          <w:sz w:val="28"/>
          <w:szCs w:val="28"/>
          <w:lang w:val="kk-KZ"/>
        </w:rPr>
        <w:t xml:space="preserve"> 15</w:t>
      </w:r>
      <w:r w:rsidRPr="00DB7566">
        <w:rPr>
          <w:rFonts w:ascii="Times New Roman" w:hAnsi="Times New Roman" w:cs="Times New Roman"/>
          <w:snapToGrid w:val="0"/>
          <w:sz w:val="28"/>
          <w:szCs w:val="28"/>
          <w:lang w:val="kk-KZ"/>
        </w:rPr>
        <w:t>). 24 жастан кіші адамдар, егер досы немесе отбасы мүшесі оны 25 жастан асқан адамдарға қарағанда (81,9% қарсы 73,9%) бірдей белгілерді немесе ауруды емдеу үшін қолданған болса, бірдей антибиотикті қолдану пайдалы деген пікірмен келіспеді. Біздің зерттеуімізде жас қатысушылар антибиотиктерге төзімділік туралы егде жастағы адамдарға (60,2%) қарағанда айтарлықтай жиі (68,7%) естігенін хабарлады. Алайда, 25 жастан асқан адамдар дәрігерден, медбикеден немесе фармацевттен жас әріптестеріне қарағанда антибиотиктерді қалай қабылдау керектігі туралы кеңес алу ықтималдығы жоғары болды (65,7% қарсы 55,6%). Сонымен қатар, антибиотиктерді соңғы қабылдау уақытында айтарлықтай айырмашылық болды: жастардың көпшілігі (28,3%) соңғы айда антибиотиктерді қабылдады. Керісінше, егде жастағы адамдардың көпшілігі (32,2%) соңғы 6 айда антибиотиктерді қабылдады.</w:t>
      </w:r>
    </w:p>
    <w:p w:rsidR="00EF3F1E" w:rsidRPr="00DB7566" w:rsidRDefault="00DB7566" w:rsidP="00DB7566">
      <w:pPr>
        <w:pStyle w:val="MDPI41tablecaption"/>
        <w:ind w:left="0"/>
        <w:jc w:val="both"/>
        <w:rPr>
          <w:rFonts w:ascii="Times New Roman" w:hAnsi="Times New Roman" w:cs="Times New Roman"/>
          <w:sz w:val="28"/>
          <w:szCs w:val="28"/>
          <w:lang w:val="kk-KZ"/>
        </w:rPr>
      </w:pPr>
      <w:r w:rsidRPr="00C12BE6">
        <w:rPr>
          <w:rFonts w:ascii="Times New Roman" w:hAnsi="Times New Roman" w:cs="Times New Roman"/>
          <w:sz w:val="28"/>
          <w:szCs w:val="28"/>
          <w:lang w:val="kk-KZ"/>
        </w:rPr>
        <w:t xml:space="preserve">Кесте </w:t>
      </w:r>
      <w:r w:rsidR="00955D6A">
        <w:rPr>
          <w:rFonts w:ascii="Times New Roman" w:hAnsi="Times New Roman" w:cs="Times New Roman"/>
          <w:sz w:val="28"/>
          <w:szCs w:val="28"/>
          <w:lang w:val="kk-KZ"/>
        </w:rPr>
        <w:t>15</w:t>
      </w:r>
      <w:r w:rsidR="00C12BE6" w:rsidRPr="00C12BE6">
        <w:rPr>
          <w:rFonts w:ascii="Times New Roman" w:hAnsi="Times New Roman" w:cs="Times New Roman"/>
          <w:sz w:val="28"/>
          <w:szCs w:val="28"/>
          <w:lang w:val="kk-KZ"/>
        </w:rPr>
        <w:t xml:space="preserve"> - </w:t>
      </w:r>
      <w:r w:rsidR="00EF3F1E" w:rsidRPr="00C12BE6">
        <w:rPr>
          <w:rFonts w:ascii="Times New Roman" w:hAnsi="Times New Roman" w:cs="Times New Roman"/>
          <w:sz w:val="28"/>
          <w:szCs w:val="28"/>
          <w:lang w:val="kk-KZ"/>
        </w:rPr>
        <w:t xml:space="preserve"> </w:t>
      </w:r>
      <w:r w:rsidR="00CB5638" w:rsidRPr="00C12BE6">
        <w:rPr>
          <w:rFonts w:ascii="Times New Roman" w:hAnsi="Times New Roman" w:cs="Times New Roman"/>
          <w:snapToGrid w:val="0"/>
          <w:sz w:val="28"/>
          <w:szCs w:val="28"/>
          <w:lang w:val="kk-KZ"/>
        </w:rPr>
        <w:t>Жасына</w:t>
      </w:r>
      <w:r w:rsidRPr="00C12BE6">
        <w:rPr>
          <w:rFonts w:ascii="Times New Roman" w:hAnsi="Times New Roman" w:cs="Times New Roman"/>
          <w:snapToGrid w:val="0"/>
          <w:sz w:val="28"/>
          <w:szCs w:val="28"/>
          <w:lang w:val="kk-KZ"/>
        </w:rPr>
        <w:t xml:space="preserve"> байланысты антибиотиктерді қолдану және антибиотиктерге</w:t>
      </w:r>
      <w:r w:rsidRPr="00DB7566">
        <w:rPr>
          <w:rFonts w:ascii="Times New Roman" w:hAnsi="Times New Roman" w:cs="Times New Roman"/>
          <w:snapToGrid w:val="0"/>
          <w:sz w:val="28"/>
          <w:szCs w:val="28"/>
          <w:lang w:val="kk-KZ"/>
        </w:rPr>
        <w:t xml:space="preserve"> төзімділік бойынша ақпараттану деңгейі</w:t>
      </w:r>
    </w:p>
    <w:tbl>
      <w:tblPr>
        <w:tblStyle w:val="aa"/>
        <w:tblW w:w="10053" w:type="dxa"/>
        <w:jc w:val="center"/>
        <w:tblLayout w:type="fixed"/>
        <w:tblCellMar>
          <w:left w:w="0" w:type="dxa"/>
          <w:right w:w="0" w:type="dxa"/>
        </w:tblCellMar>
        <w:tblLook w:val="04A0" w:firstRow="1" w:lastRow="0" w:firstColumn="1" w:lastColumn="0" w:noHBand="0" w:noVBand="1"/>
      </w:tblPr>
      <w:tblGrid>
        <w:gridCol w:w="3188"/>
        <w:gridCol w:w="2354"/>
        <w:gridCol w:w="1092"/>
        <w:gridCol w:w="751"/>
        <w:gridCol w:w="947"/>
        <w:gridCol w:w="895"/>
        <w:gridCol w:w="826"/>
      </w:tblGrid>
      <w:tr w:rsidR="00EF3F1E" w:rsidRPr="00955D6A" w:rsidTr="00C12BE6">
        <w:trPr>
          <w:jc w:val="center"/>
        </w:trPr>
        <w:tc>
          <w:tcPr>
            <w:tcW w:w="5542" w:type="dxa"/>
            <w:gridSpan w:val="2"/>
            <w:vMerge w:val="restart"/>
            <w:shd w:val="clear" w:color="auto" w:fill="auto"/>
            <w:vAlign w:val="center"/>
          </w:tcPr>
          <w:p w:rsidR="00EF3F1E" w:rsidRPr="00955D6A" w:rsidRDefault="00DB7566" w:rsidP="007B019A">
            <w:pPr>
              <w:autoSpaceDE w:val="0"/>
              <w:autoSpaceDN w:val="0"/>
              <w:adjustRightInd w:val="0"/>
              <w:snapToGrid w:val="0"/>
              <w:rPr>
                <w:b/>
                <w:bCs/>
                <w:snapToGrid w:val="0"/>
                <w:sz w:val="24"/>
                <w:szCs w:val="24"/>
                <w:lang w:eastAsia="de-DE" w:bidi="en-US"/>
              </w:rPr>
            </w:pPr>
            <w:r w:rsidRPr="00955D6A">
              <w:rPr>
                <w:b/>
                <w:bCs/>
                <w:snapToGrid w:val="0"/>
                <w:sz w:val="24"/>
                <w:szCs w:val="24"/>
                <w:lang w:eastAsia="de-DE" w:bidi="en-US"/>
              </w:rPr>
              <w:t>Сұрақтар</w:t>
            </w:r>
          </w:p>
        </w:tc>
        <w:tc>
          <w:tcPr>
            <w:tcW w:w="1843" w:type="dxa"/>
            <w:gridSpan w:val="2"/>
            <w:shd w:val="clear" w:color="auto" w:fill="auto"/>
            <w:vAlign w:val="center"/>
          </w:tcPr>
          <w:p w:rsidR="00EF3F1E" w:rsidRPr="00955D6A" w:rsidRDefault="00EF3F1E" w:rsidP="00DB7566">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 xml:space="preserve">18–24 </w:t>
            </w:r>
            <w:r w:rsidR="00DB7566" w:rsidRPr="00955D6A">
              <w:rPr>
                <w:b/>
                <w:bCs/>
                <w:snapToGrid w:val="0"/>
                <w:sz w:val="24"/>
                <w:szCs w:val="24"/>
                <w:lang w:eastAsia="de-DE" w:bidi="en-US"/>
              </w:rPr>
              <w:t>жас аралығы</w:t>
            </w:r>
          </w:p>
        </w:tc>
        <w:tc>
          <w:tcPr>
            <w:tcW w:w="1842" w:type="dxa"/>
            <w:gridSpan w:val="2"/>
            <w:shd w:val="clear" w:color="auto" w:fill="auto"/>
            <w:vAlign w:val="center"/>
          </w:tcPr>
          <w:p w:rsidR="00EF3F1E" w:rsidRPr="00955D6A" w:rsidRDefault="00EF3F1E" w:rsidP="00DB7566">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 xml:space="preserve">25 </w:t>
            </w:r>
            <w:r w:rsidR="00DB7566" w:rsidRPr="00955D6A">
              <w:rPr>
                <w:b/>
                <w:bCs/>
                <w:snapToGrid w:val="0"/>
                <w:sz w:val="24"/>
                <w:szCs w:val="24"/>
                <w:lang w:eastAsia="de-DE" w:bidi="en-US"/>
              </w:rPr>
              <w:t>жас және одан жоғары</w:t>
            </w:r>
          </w:p>
        </w:tc>
        <w:tc>
          <w:tcPr>
            <w:tcW w:w="826" w:type="dxa"/>
            <w:vMerge w:val="restart"/>
            <w:shd w:val="clear" w:color="auto" w:fill="auto"/>
            <w:vAlign w:val="center"/>
          </w:tcPr>
          <w:p w:rsidR="00EF3F1E" w:rsidRPr="00955D6A" w:rsidRDefault="00EF3F1E" w:rsidP="00DB7566">
            <w:pPr>
              <w:autoSpaceDE w:val="0"/>
              <w:autoSpaceDN w:val="0"/>
              <w:adjustRightInd w:val="0"/>
              <w:snapToGrid w:val="0"/>
              <w:jc w:val="center"/>
              <w:rPr>
                <w:b/>
                <w:bCs/>
                <w:snapToGrid w:val="0"/>
                <w:sz w:val="24"/>
                <w:szCs w:val="24"/>
                <w:lang w:eastAsia="de-DE" w:bidi="en-US"/>
              </w:rPr>
            </w:pPr>
            <w:r w:rsidRPr="00955D6A">
              <w:rPr>
                <w:b/>
                <w:bCs/>
                <w:i/>
                <w:snapToGrid w:val="0"/>
                <w:sz w:val="24"/>
                <w:szCs w:val="24"/>
                <w:lang w:eastAsia="de-DE" w:bidi="en-US"/>
              </w:rPr>
              <w:t>p</w:t>
            </w:r>
            <w:r w:rsidRPr="00955D6A">
              <w:rPr>
                <w:b/>
                <w:bCs/>
                <w:snapToGrid w:val="0"/>
                <w:sz w:val="24"/>
                <w:szCs w:val="24"/>
                <w:lang w:eastAsia="de-DE" w:bidi="en-US"/>
              </w:rPr>
              <w:t>-</w:t>
            </w:r>
            <w:r w:rsidR="00DB7566" w:rsidRPr="00955D6A">
              <w:rPr>
                <w:b/>
                <w:bCs/>
                <w:snapToGrid w:val="0"/>
                <w:sz w:val="24"/>
                <w:szCs w:val="24"/>
                <w:lang w:eastAsia="de-DE" w:bidi="en-US"/>
              </w:rPr>
              <w:t>мәні</w:t>
            </w:r>
          </w:p>
        </w:tc>
      </w:tr>
      <w:tr w:rsidR="00EF3F1E" w:rsidRPr="00955D6A" w:rsidTr="00C12BE6">
        <w:trPr>
          <w:jc w:val="center"/>
        </w:trPr>
        <w:tc>
          <w:tcPr>
            <w:tcW w:w="5542" w:type="dxa"/>
            <w:gridSpan w:val="2"/>
            <w:vMerge/>
            <w:shd w:val="clear" w:color="auto" w:fill="auto"/>
            <w:vAlign w:val="center"/>
            <w:hideMark/>
          </w:tcPr>
          <w:p w:rsidR="00EF3F1E" w:rsidRPr="00955D6A" w:rsidRDefault="00EF3F1E" w:rsidP="007B019A">
            <w:pPr>
              <w:autoSpaceDE w:val="0"/>
              <w:autoSpaceDN w:val="0"/>
              <w:adjustRightInd w:val="0"/>
              <w:snapToGrid w:val="0"/>
              <w:rPr>
                <w:snapToGrid w:val="0"/>
                <w:sz w:val="24"/>
                <w:szCs w:val="24"/>
                <w:lang w:eastAsia="de-DE" w:bidi="en-US"/>
              </w:rPr>
            </w:pPr>
          </w:p>
        </w:tc>
        <w:tc>
          <w:tcPr>
            <w:tcW w:w="1092"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751"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947"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895"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826"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Сіздің ойыңызша, антибиотиктерді қабылдап бастағаннан кейін, оны қабылдауды қашан тоқтату керек? (n = 620)</w:t>
            </w:r>
          </w:p>
        </w:tc>
        <w:tc>
          <w:tcPr>
            <w:tcW w:w="2354"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өзімді жақсырақ сезінген кезде</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123</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34.0</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83</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32.2</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0.638</w:t>
            </w:r>
          </w:p>
        </w:tc>
      </w:tr>
      <w:tr w:rsidR="00DB7566" w:rsidRPr="00955D6A" w:rsidTr="00C12BE6">
        <w:trPr>
          <w:jc w:val="center"/>
        </w:trPr>
        <w:tc>
          <w:tcPr>
            <w:tcW w:w="3188"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дәрігер тағайындауы бойынша барлық антибиотиктерді қабылдап болғанда</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239</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66.0</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175</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67.8</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hideMark/>
          </w:tcPr>
          <w:p w:rsidR="00DB7566" w:rsidRPr="00955D6A" w:rsidRDefault="00DB7566" w:rsidP="00CB5638">
            <w:pPr>
              <w:adjustRightInd w:val="0"/>
              <w:snapToGrid w:val="0"/>
              <w:rPr>
                <w:snapToGrid w:val="0"/>
                <w:sz w:val="24"/>
                <w:szCs w:val="24"/>
                <w:lang w:eastAsia="de-DE" w:bidi="en-US"/>
              </w:rPr>
            </w:pPr>
            <w:r w:rsidRPr="00955D6A">
              <w:rPr>
                <w:snapToGrid w:val="0"/>
                <w:sz w:val="24"/>
                <w:szCs w:val="24"/>
                <w:lang w:eastAsia="de-DE" w:bidi="en-US"/>
              </w:rPr>
              <w:t xml:space="preserve">Қалай ойлайсыз келесі көзқарас «дұрыс» па әлде «қате» ма? </w:t>
            </w:r>
          </w:p>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“Досыма немесе туысыма бірдей диагнозды ( ауруды) емдеу үшін  қолданған антибиотикті пайдалануға болады ма?” (n = 548)</w:t>
            </w:r>
          </w:p>
        </w:tc>
        <w:tc>
          <w:tcPr>
            <w:tcW w:w="2354"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val="ru-RU" w:eastAsia="de-DE" w:bidi="en-US"/>
              </w:rPr>
              <w:t>Д</w:t>
            </w:r>
            <w:r w:rsidRPr="00955D6A">
              <w:rPr>
                <w:snapToGrid w:val="0"/>
                <w:sz w:val="24"/>
                <w:szCs w:val="24"/>
                <w:lang w:eastAsia="de-DE" w:bidi="en-US"/>
              </w:rPr>
              <w:t>ұрыс</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61</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18.1</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55</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26.1</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0.026</w:t>
            </w:r>
          </w:p>
        </w:tc>
      </w:tr>
      <w:tr w:rsidR="00DB7566" w:rsidRPr="00955D6A" w:rsidTr="00C12BE6">
        <w:trPr>
          <w:jc w:val="center"/>
        </w:trPr>
        <w:tc>
          <w:tcPr>
            <w:tcW w:w="3188"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276</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81.9</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156</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73.9</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“Дәл осындай белгілері бар аурумен қайта ауырсаңыз, ақырғы рет жақсы көмектескен антибиотикті қайта сатып аласыз ба немесе дәрігерден сұрап аласыз ба?” (n = 516)</w:t>
            </w:r>
          </w:p>
        </w:tc>
        <w:tc>
          <w:tcPr>
            <w:tcW w:w="2354"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Дұрыс</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165</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53.9</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130</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61.9</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0.072</w:t>
            </w:r>
          </w:p>
        </w:tc>
      </w:tr>
      <w:tr w:rsidR="00DB7566" w:rsidRPr="00955D6A" w:rsidTr="00C12BE6">
        <w:trPr>
          <w:jc w:val="center"/>
        </w:trPr>
        <w:tc>
          <w:tcPr>
            <w:tcW w:w="3188"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141</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46.1</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80</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38.1</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«Антибиотиктерге төзімділік»   терминін бұрын-соңды естідіңіз ба? (n = 727)</w:t>
            </w:r>
          </w:p>
        </w:tc>
        <w:tc>
          <w:tcPr>
            <w:tcW w:w="2354"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137</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31.3</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115</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39.8</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0.018</w:t>
            </w:r>
          </w:p>
        </w:tc>
      </w:tr>
      <w:tr w:rsidR="00DB7566" w:rsidRPr="00955D6A" w:rsidTr="00C12BE6">
        <w:trPr>
          <w:jc w:val="center"/>
        </w:trPr>
        <w:tc>
          <w:tcPr>
            <w:tcW w:w="3188"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301</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68.7</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174</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60.2</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соңғы  рет қашан қабылдадыңыз? (n =571)</w:t>
            </w:r>
          </w:p>
        </w:tc>
        <w:tc>
          <w:tcPr>
            <w:tcW w:w="2354"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айда</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92</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28.3</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66</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26.8</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&lt;0.001</w:t>
            </w: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6 ай ішінде</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20.9</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79</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32.2</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былтыр</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29</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8.9</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33</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13.4</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бір жылдан артық уақыт бұрын</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12.6</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45</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18.3</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Ешқашан</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95</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29.3</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9.3</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(немесе оған рецептті) дәрігер немесе медбикеден алдыңыз ба? (n = 636)</w:t>
            </w:r>
          </w:p>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қабылдау бойынша дәрігер, медбике немесе фармацевттен кеңес алдыңыз ба?  (n = 628)</w:t>
            </w:r>
          </w:p>
        </w:tc>
        <w:tc>
          <w:tcPr>
            <w:tcW w:w="2354"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222</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58.4</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159</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62.1</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0.352</w:t>
            </w: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158</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41.6</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97</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37.9</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213</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55.6</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161</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65.7</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0.012</w:t>
            </w: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170</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44.4</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84</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34.3</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Антибиотиктерді қайдан алдыңыз? (n = 650)</w:t>
            </w:r>
          </w:p>
        </w:tc>
        <w:tc>
          <w:tcPr>
            <w:tcW w:w="2354"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дәріханадан</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378</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97.7</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257</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97.8</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0.272</w:t>
            </w: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интернеттен</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0.5</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досымнан/туысымнан алдым</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C12BE6">
        <w:trPr>
          <w:jc w:val="center"/>
        </w:trPr>
        <w:tc>
          <w:tcPr>
            <w:tcW w:w="3188"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2354"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ақырғы қолданғаннан сақтап қойғанмын</w:t>
            </w:r>
          </w:p>
        </w:tc>
        <w:tc>
          <w:tcPr>
            <w:tcW w:w="1092"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751"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0.8</w:t>
            </w:r>
          </w:p>
        </w:tc>
        <w:tc>
          <w:tcPr>
            <w:tcW w:w="94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w:t>
            </w:r>
          </w:p>
        </w:tc>
        <w:tc>
          <w:tcPr>
            <w:tcW w:w="89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bl>
    <w:p w:rsidR="00CB5638" w:rsidRDefault="00955D6A" w:rsidP="00A47516">
      <w:pPr>
        <w:pStyle w:val="MDPI41tablecaption"/>
        <w:spacing w:line="240" w:lineRule="auto"/>
        <w:ind w:left="0" w:firstLine="567"/>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16</w:t>
      </w:r>
      <w:r w:rsidR="00CB5638" w:rsidRPr="00CB5638">
        <w:rPr>
          <w:rFonts w:ascii="Times New Roman" w:hAnsi="Times New Roman" w:cs="Times New Roman"/>
          <w:snapToGrid w:val="0"/>
          <w:sz w:val="28"/>
          <w:szCs w:val="28"/>
          <w:lang w:val="kk-KZ"/>
        </w:rPr>
        <w:t xml:space="preserve">-кестеге сәйкес, жоғары білімі бар адамдар жоғары оқу орнына дейінгі білімі бар адамдарға қарағанда (64,6% қарсы 53,8%) антибиотиктерге рецепт алды. Жоғары оқу орнына дейінгі білімі бар адамдардың көпшілігі соңғы айда антибиотиктерді қолданды (30,3%), ал жоғары білімі бар адамдардың көпшілігі соңғы алты айда антибиотиктерді қабылдады (28,9%), бұл </w:t>
      </w:r>
      <w:r w:rsidR="006C02F8">
        <w:rPr>
          <w:rFonts w:ascii="Times New Roman" w:hAnsi="Times New Roman" w:cs="Times New Roman"/>
          <w:snapToGrid w:val="0"/>
          <w:sz w:val="28"/>
          <w:szCs w:val="28"/>
          <w:lang w:val="kk-KZ"/>
        </w:rPr>
        <w:t xml:space="preserve">статистикалық </w:t>
      </w:r>
      <w:r w:rsidR="00CB5638" w:rsidRPr="00CB5638">
        <w:rPr>
          <w:rFonts w:ascii="Times New Roman" w:hAnsi="Times New Roman" w:cs="Times New Roman"/>
          <w:snapToGrid w:val="0"/>
          <w:sz w:val="28"/>
          <w:szCs w:val="28"/>
          <w:lang w:val="kk-KZ"/>
        </w:rPr>
        <w:t>маңызды болды (р = 0,039). Жоғары білімі бар адамдар антибиотиктерге төзімділік туралы білімі төмен адамдарға қарағанда едәуір жиі естіген (37,5% қарсы 31,2%).</w:t>
      </w:r>
    </w:p>
    <w:p w:rsidR="00EF3F1E" w:rsidRPr="00CB5638" w:rsidRDefault="00CB5638" w:rsidP="00CB5638">
      <w:pPr>
        <w:pStyle w:val="MDPI41tablecaption"/>
        <w:ind w:left="0"/>
        <w:jc w:val="both"/>
        <w:rPr>
          <w:rFonts w:ascii="Times New Roman" w:hAnsi="Times New Roman" w:cs="Times New Roman"/>
          <w:sz w:val="28"/>
          <w:szCs w:val="28"/>
          <w:lang w:val="kk-KZ"/>
        </w:rPr>
      </w:pPr>
      <w:r w:rsidRPr="00A47516">
        <w:rPr>
          <w:rFonts w:ascii="Times New Roman" w:hAnsi="Times New Roman" w:cs="Times New Roman"/>
          <w:sz w:val="28"/>
          <w:szCs w:val="28"/>
          <w:lang w:val="kk-KZ"/>
        </w:rPr>
        <w:t>Кесте</w:t>
      </w:r>
      <w:r w:rsidR="00AB799A" w:rsidRPr="00A47516">
        <w:rPr>
          <w:rFonts w:ascii="Times New Roman" w:hAnsi="Times New Roman" w:cs="Times New Roman"/>
          <w:sz w:val="28"/>
          <w:szCs w:val="28"/>
          <w:lang w:val="kk-KZ"/>
        </w:rPr>
        <w:t xml:space="preserve"> </w:t>
      </w:r>
      <w:r w:rsidR="00955D6A">
        <w:rPr>
          <w:rFonts w:ascii="Times New Roman" w:hAnsi="Times New Roman" w:cs="Times New Roman"/>
          <w:sz w:val="28"/>
          <w:szCs w:val="28"/>
          <w:lang w:val="kk-KZ"/>
        </w:rPr>
        <w:t>16</w:t>
      </w:r>
      <w:r w:rsidR="00A47516">
        <w:rPr>
          <w:rFonts w:ascii="Times New Roman" w:hAnsi="Times New Roman" w:cs="Times New Roman"/>
          <w:b/>
          <w:sz w:val="28"/>
          <w:szCs w:val="28"/>
          <w:lang w:val="kk-KZ"/>
        </w:rPr>
        <w:t xml:space="preserve"> - </w:t>
      </w:r>
      <w:r>
        <w:rPr>
          <w:rFonts w:ascii="Times New Roman" w:hAnsi="Times New Roman" w:cs="Times New Roman"/>
          <w:snapToGrid w:val="0"/>
          <w:sz w:val="28"/>
          <w:szCs w:val="28"/>
          <w:lang w:val="kk-KZ"/>
        </w:rPr>
        <w:t xml:space="preserve">Білім деңгейіне </w:t>
      </w:r>
      <w:r w:rsidRPr="00CB5638">
        <w:rPr>
          <w:rFonts w:ascii="Times New Roman" w:hAnsi="Times New Roman" w:cs="Times New Roman"/>
          <w:snapToGrid w:val="0"/>
          <w:sz w:val="28"/>
          <w:szCs w:val="28"/>
          <w:lang w:val="kk-KZ"/>
        </w:rPr>
        <w:t>байланысты антибиотиктерді қолдану және антибиотиктерге төзімділік бойынша ақпараттану деңгейі</w:t>
      </w:r>
    </w:p>
    <w:tbl>
      <w:tblPr>
        <w:tblStyle w:val="aa"/>
        <w:tblW w:w="10195" w:type="dxa"/>
        <w:jc w:val="center"/>
        <w:tblLayout w:type="fixed"/>
        <w:tblCellMar>
          <w:left w:w="0" w:type="dxa"/>
          <w:right w:w="0" w:type="dxa"/>
        </w:tblCellMar>
        <w:tblLook w:val="04A0" w:firstRow="1" w:lastRow="0" w:firstColumn="1" w:lastColumn="0" w:noHBand="0" w:noVBand="1"/>
      </w:tblPr>
      <w:tblGrid>
        <w:gridCol w:w="3443"/>
        <w:gridCol w:w="1957"/>
        <w:gridCol w:w="1419"/>
        <w:gridCol w:w="708"/>
        <w:gridCol w:w="867"/>
        <w:gridCol w:w="975"/>
        <w:gridCol w:w="826"/>
      </w:tblGrid>
      <w:tr w:rsidR="00EF3F1E" w:rsidRPr="00955D6A" w:rsidTr="00A47516">
        <w:trPr>
          <w:jc w:val="center"/>
        </w:trPr>
        <w:tc>
          <w:tcPr>
            <w:tcW w:w="5400" w:type="dxa"/>
            <w:gridSpan w:val="2"/>
            <w:vMerge w:val="restart"/>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Сұрақтар</w:t>
            </w:r>
          </w:p>
        </w:tc>
        <w:tc>
          <w:tcPr>
            <w:tcW w:w="2127"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Жоғары оқу орнына дейінгі білім</w:t>
            </w:r>
          </w:p>
        </w:tc>
        <w:tc>
          <w:tcPr>
            <w:tcW w:w="1842"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Жоғары білім</w:t>
            </w:r>
          </w:p>
        </w:tc>
        <w:tc>
          <w:tcPr>
            <w:tcW w:w="826" w:type="dxa"/>
            <w:vMerge w:val="restart"/>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i/>
                <w:snapToGrid w:val="0"/>
                <w:sz w:val="24"/>
                <w:szCs w:val="24"/>
                <w:lang w:eastAsia="de-DE" w:bidi="en-US"/>
              </w:rPr>
              <w:t>p</w:t>
            </w:r>
            <w:r w:rsidR="00CB5638" w:rsidRPr="00955D6A">
              <w:rPr>
                <w:b/>
                <w:bCs/>
                <w:snapToGrid w:val="0"/>
                <w:sz w:val="24"/>
                <w:szCs w:val="24"/>
                <w:lang w:eastAsia="de-DE" w:bidi="en-US"/>
              </w:rPr>
              <w:t>-мәні</w:t>
            </w:r>
          </w:p>
        </w:tc>
      </w:tr>
      <w:tr w:rsidR="00EF3F1E" w:rsidRPr="00955D6A" w:rsidTr="00A47516">
        <w:trPr>
          <w:jc w:val="center"/>
        </w:trPr>
        <w:tc>
          <w:tcPr>
            <w:tcW w:w="5400" w:type="dxa"/>
            <w:gridSpan w:val="2"/>
            <w:vMerge/>
            <w:shd w:val="clear" w:color="auto" w:fill="auto"/>
            <w:vAlign w:val="center"/>
            <w:hideMark/>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1419"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708"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867"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975"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826"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Сіздің ойыңызша, антибиотиктерді қабылдап бастағаннан кейін, оны қабылдауды қашан тоқтату керек? (n = 620)</w:t>
            </w:r>
          </w:p>
        </w:tc>
        <w:tc>
          <w:tcPr>
            <w:tcW w:w="1957"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өзімді жақсырақ сезінген кезде</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99</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35.6</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107</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31.3</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0.256</w:t>
            </w:r>
          </w:p>
        </w:tc>
      </w:tr>
      <w:tr w:rsidR="00DB7566" w:rsidRPr="00955D6A" w:rsidTr="00A47516">
        <w:trPr>
          <w:jc w:val="center"/>
        </w:trPr>
        <w:tc>
          <w:tcPr>
            <w:tcW w:w="3443"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дәрігер тағайындауы бойынша барлық антибиотиктерді қабылдап болғанда</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179</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64.4</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235</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68.7</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hideMark/>
          </w:tcPr>
          <w:p w:rsidR="00DB7566" w:rsidRPr="00955D6A" w:rsidRDefault="00DB7566" w:rsidP="00CB5638">
            <w:pPr>
              <w:adjustRightInd w:val="0"/>
              <w:snapToGrid w:val="0"/>
              <w:rPr>
                <w:snapToGrid w:val="0"/>
                <w:sz w:val="24"/>
                <w:szCs w:val="24"/>
                <w:lang w:eastAsia="de-DE" w:bidi="en-US"/>
              </w:rPr>
            </w:pPr>
            <w:r w:rsidRPr="00955D6A">
              <w:rPr>
                <w:snapToGrid w:val="0"/>
                <w:sz w:val="24"/>
                <w:szCs w:val="24"/>
                <w:lang w:eastAsia="de-DE" w:bidi="en-US"/>
              </w:rPr>
              <w:t xml:space="preserve">Қалай ойлайсыз келесі көзқарас «дұрыс» па әлде «қате» ма? </w:t>
            </w:r>
          </w:p>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“Досыма немесе туысыма бірдей диагнозды ( ауруды) емдеу үшін  қолданған антибиотикті пайдалануға болады ма?” (n = 548)</w:t>
            </w:r>
          </w:p>
        </w:tc>
        <w:tc>
          <w:tcPr>
            <w:tcW w:w="1957"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val="ru-RU" w:eastAsia="de-DE" w:bidi="en-US"/>
              </w:rPr>
              <w:t>Д</w:t>
            </w:r>
            <w:r w:rsidRPr="00955D6A">
              <w:rPr>
                <w:snapToGrid w:val="0"/>
                <w:sz w:val="24"/>
                <w:szCs w:val="24"/>
                <w:lang w:eastAsia="de-DE" w:bidi="en-US"/>
              </w:rPr>
              <w:t>ұрыс</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24.8</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18.6</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0.078</w:t>
            </w:r>
          </w:p>
        </w:tc>
      </w:tr>
      <w:tr w:rsidR="00DB7566" w:rsidRPr="00955D6A" w:rsidTr="00A47516">
        <w:trPr>
          <w:jc w:val="center"/>
        </w:trPr>
        <w:tc>
          <w:tcPr>
            <w:tcW w:w="3443"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75.2</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259</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81.4</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“Дәл осындай белгілері бар аурумен қайта ауырсаңыз, ақырғы рет жақсы көмектескен антибиотикті қайта сатып аласыз ба немесе дәрігерден сұрап аласыз ба?” (n = 516)</w:t>
            </w:r>
          </w:p>
        </w:tc>
        <w:tc>
          <w:tcPr>
            <w:tcW w:w="1957"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Дұрыс</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54.4</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172</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59.3</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0.266</w:t>
            </w:r>
          </w:p>
        </w:tc>
      </w:tr>
      <w:tr w:rsidR="00DB7566" w:rsidRPr="00955D6A" w:rsidTr="00A47516">
        <w:trPr>
          <w:jc w:val="center"/>
        </w:trPr>
        <w:tc>
          <w:tcPr>
            <w:tcW w:w="3443"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45.6</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118</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40.7</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hideMark/>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«Антибиотиктерге төзімділік»   терминін бұрын-соңды естідіңіз ба? (n = 727)</w:t>
            </w:r>
          </w:p>
        </w:tc>
        <w:tc>
          <w:tcPr>
            <w:tcW w:w="1957" w:type="dxa"/>
            <w:shd w:val="clear" w:color="auto" w:fill="auto"/>
            <w:vAlign w:val="center"/>
            <w:hideMark/>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101</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31.2</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151</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37.5</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0.076</w:t>
            </w:r>
          </w:p>
        </w:tc>
      </w:tr>
      <w:tr w:rsidR="00DB7566" w:rsidRPr="00955D6A" w:rsidTr="00A47516">
        <w:trPr>
          <w:jc w:val="center"/>
        </w:trPr>
        <w:tc>
          <w:tcPr>
            <w:tcW w:w="3443" w:type="dxa"/>
            <w:vMerge/>
            <w:shd w:val="clear" w:color="auto" w:fill="auto"/>
            <w:vAlign w:val="center"/>
            <w:hideMark/>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hideMark/>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68.8</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252</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62.5</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соңғы  рет қашан қабылдадыңыз? (n =571)</w:t>
            </w:r>
          </w:p>
        </w:tc>
        <w:tc>
          <w:tcPr>
            <w:tcW w:w="1957"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айда</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81</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30.3</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77</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25.3</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0.039</w:t>
            </w: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6 ай ішінде</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22.1</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88</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28.9</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былтыр</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8.2</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40</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13.2</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бір жылдан артық уақыт бұрын</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48</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18.0</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38</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12.5</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Ешқашан</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21.3</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61</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20.1</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(немесе оған рецептті) дәрігер немесе медбикеден алдыңыз ба? (n = 636)</w:t>
            </w:r>
          </w:p>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қабылдау бойынша дәрігер, медбике немесе фармацевттен кеңес алдыңыз ба?  (n = 628)</w:t>
            </w:r>
          </w:p>
        </w:tc>
        <w:tc>
          <w:tcPr>
            <w:tcW w:w="1957"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149</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53.8</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232</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64.6</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0.006</w:t>
            </w: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128</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46.2</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127</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32.4</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156</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58.6</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218</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60.2</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0.691</w:t>
            </w: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110</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41.4</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144</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39.8</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val="restart"/>
            <w:shd w:val="clear" w:color="auto" w:fill="auto"/>
            <w:vAlign w:val="center"/>
          </w:tcPr>
          <w:p w:rsidR="00DB7566" w:rsidRPr="00955D6A" w:rsidRDefault="00DB7566"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Антибиотиктерді қайдан алдыңыз? (n = 650)</w:t>
            </w:r>
          </w:p>
        </w:tc>
        <w:tc>
          <w:tcPr>
            <w:tcW w:w="1957" w:type="dxa"/>
            <w:shd w:val="clear" w:color="auto" w:fill="auto"/>
            <w:vAlign w:val="center"/>
          </w:tcPr>
          <w:p w:rsidR="00DB7566" w:rsidRPr="00955D6A" w:rsidRDefault="00DB7566"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дәріханадан</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274</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96.5</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361</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98.6</w:t>
            </w:r>
          </w:p>
        </w:tc>
        <w:tc>
          <w:tcPr>
            <w:tcW w:w="826" w:type="dxa"/>
            <w:vMerge w:val="restart"/>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0.172</w:t>
            </w: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интернеттен</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0.5</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досымнан/туысымнан алдым</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0.8</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r w:rsidR="00DB7566" w:rsidRPr="00955D6A" w:rsidTr="00A47516">
        <w:trPr>
          <w:jc w:val="center"/>
        </w:trPr>
        <w:tc>
          <w:tcPr>
            <w:tcW w:w="3443"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c>
          <w:tcPr>
            <w:tcW w:w="195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ақырғы қолданғаннан сақтап қойғанмын</w:t>
            </w:r>
          </w:p>
        </w:tc>
        <w:tc>
          <w:tcPr>
            <w:tcW w:w="1419"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708" w:type="dxa"/>
            <w:shd w:val="clear" w:color="auto" w:fill="auto"/>
            <w:noWrap/>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w:t>
            </w:r>
          </w:p>
        </w:tc>
        <w:tc>
          <w:tcPr>
            <w:tcW w:w="867"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w:t>
            </w:r>
          </w:p>
        </w:tc>
        <w:tc>
          <w:tcPr>
            <w:tcW w:w="975" w:type="dxa"/>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w:t>
            </w:r>
          </w:p>
        </w:tc>
        <w:tc>
          <w:tcPr>
            <w:tcW w:w="826" w:type="dxa"/>
            <w:vMerge/>
            <w:shd w:val="clear" w:color="auto" w:fill="auto"/>
            <w:vAlign w:val="center"/>
          </w:tcPr>
          <w:p w:rsidR="00DB7566" w:rsidRPr="00955D6A" w:rsidRDefault="00DB7566" w:rsidP="007B019A">
            <w:pPr>
              <w:autoSpaceDE w:val="0"/>
              <w:autoSpaceDN w:val="0"/>
              <w:adjustRightInd w:val="0"/>
              <w:snapToGrid w:val="0"/>
              <w:jc w:val="center"/>
              <w:rPr>
                <w:snapToGrid w:val="0"/>
                <w:sz w:val="24"/>
                <w:szCs w:val="24"/>
                <w:lang w:eastAsia="de-DE" w:bidi="en-US"/>
              </w:rPr>
            </w:pPr>
          </w:p>
        </w:tc>
      </w:tr>
    </w:tbl>
    <w:p w:rsidR="00CB5638" w:rsidRDefault="00955D6A" w:rsidP="00A47516">
      <w:pPr>
        <w:pStyle w:val="MDPI41tablecaption"/>
        <w:spacing w:line="240" w:lineRule="auto"/>
        <w:ind w:left="0" w:firstLine="567"/>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17</w:t>
      </w:r>
      <w:r w:rsidR="00CB5638" w:rsidRPr="00CB5638">
        <w:rPr>
          <w:rFonts w:ascii="Times New Roman" w:hAnsi="Times New Roman" w:cs="Times New Roman"/>
          <w:snapToGrid w:val="0"/>
          <w:sz w:val="28"/>
          <w:szCs w:val="28"/>
          <w:lang w:val="kk-KZ"/>
        </w:rPr>
        <w:t xml:space="preserve">-кестеде тұрғылықты жеріне байланысты топтар арасындағы салыстырулар келтірілген. Жалғыз маңызды айырмашылық антибиотиктерді соңғы қабылдау кезінде байқалды. Атап айтқанда, ауылдық респонденттердің көпшілігі (36,9%) өткен айда антибиотиктерді қабылдады, ал қалалық және қала маңындағы тұрғындардың төрттен бір бөлігі (25,6%) </w:t>
      </w:r>
      <w:r w:rsidR="004A7CFA">
        <w:rPr>
          <w:rFonts w:ascii="Times New Roman" w:hAnsi="Times New Roman" w:cs="Times New Roman"/>
          <w:snapToGrid w:val="0"/>
          <w:sz w:val="28"/>
          <w:szCs w:val="28"/>
          <w:lang w:val="kk-KZ"/>
        </w:rPr>
        <w:t>қабылдағанын атап көрсетті</w:t>
      </w:r>
      <w:r w:rsidR="00CB5638" w:rsidRPr="00CB5638">
        <w:rPr>
          <w:rFonts w:ascii="Times New Roman" w:hAnsi="Times New Roman" w:cs="Times New Roman"/>
          <w:snapToGrid w:val="0"/>
          <w:sz w:val="28"/>
          <w:szCs w:val="28"/>
          <w:lang w:val="kk-KZ"/>
        </w:rPr>
        <w:t>. Соңғы 6 айда ауылдық және қалалық/қала маңындағы тұрғындардың тең үлесі антибиотиктерді қолданды (25,2% қарсы 25,9%).</w:t>
      </w:r>
    </w:p>
    <w:p w:rsidR="00EF3F1E" w:rsidRPr="00CB5638" w:rsidRDefault="00CB5638" w:rsidP="00CB5638">
      <w:pPr>
        <w:pStyle w:val="MDPI41tablecaption"/>
        <w:ind w:left="0"/>
        <w:jc w:val="both"/>
        <w:rPr>
          <w:rFonts w:ascii="Times New Roman" w:hAnsi="Times New Roman" w:cs="Times New Roman"/>
          <w:sz w:val="28"/>
          <w:szCs w:val="28"/>
          <w:lang w:val="kk-KZ"/>
        </w:rPr>
      </w:pPr>
      <w:r w:rsidRPr="00A47516">
        <w:rPr>
          <w:rFonts w:ascii="Times New Roman" w:hAnsi="Times New Roman" w:cs="Times New Roman"/>
          <w:sz w:val="28"/>
          <w:szCs w:val="28"/>
          <w:lang w:val="kk-KZ"/>
        </w:rPr>
        <w:t>Кесте</w:t>
      </w:r>
      <w:r w:rsidR="00AB799A" w:rsidRPr="00A47516">
        <w:rPr>
          <w:rFonts w:ascii="Times New Roman" w:hAnsi="Times New Roman" w:cs="Times New Roman"/>
          <w:sz w:val="28"/>
          <w:szCs w:val="28"/>
          <w:lang w:val="kk-KZ"/>
        </w:rPr>
        <w:t xml:space="preserve"> </w:t>
      </w:r>
      <w:r w:rsidR="00955D6A">
        <w:rPr>
          <w:rFonts w:ascii="Times New Roman" w:hAnsi="Times New Roman" w:cs="Times New Roman"/>
          <w:sz w:val="28"/>
          <w:szCs w:val="28"/>
          <w:lang w:val="kk-KZ"/>
        </w:rPr>
        <w:t>17</w:t>
      </w:r>
      <w:r w:rsidR="00A47516">
        <w:rPr>
          <w:rFonts w:ascii="Times New Roman" w:hAnsi="Times New Roman" w:cs="Times New Roman"/>
          <w:b/>
          <w:sz w:val="28"/>
          <w:szCs w:val="28"/>
          <w:lang w:val="kk-KZ"/>
        </w:rPr>
        <w:t xml:space="preserve"> - </w:t>
      </w:r>
      <w:r>
        <w:rPr>
          <w:rFonts w:ascii="Times New Roman" w:hAnsi="Times New Roman" w:cs="Times New Roman"/>
          <w:snapToGrid w:val="0"/>
          <w:sz w:val="28"/>
          <w:szCs w:val="28"/>
          <w:lang w:val="kk-KZ"/>
        </w:rPr>
        <w:t>Тұрғылықты жеріне</w:t>
      </w:r>
      <w:r w:rsidRPr="00CB5638">
        <w:rPr>
          <w:rFonts w:ascii="Times New Roman" w:hAnsi="Times New Roman" w:cs="Times New Roman"/>
          <w:snapToGrid w:val="0"/>
          <w:sz w:val="28"/>
          <w:szCs w:val="28"/>
          <w:lang w:val="kk-KZ"/>
        </w:rPr>
        <w:t xml:space="preserve"> байланысты антибиотиктерді қолдану және антибиотиктерге төзімділік бойынша ақпараттану деңгейі</w:t>
      </w:r>
    </w:p>
    <w:tbl>
      <w:tblPr>
        <w:tblStyle w:val="aa"/>
        <w:tblW w:w="10465" w:type="dxa"/>
        <w:jc w:val="center"/>
        <w:tblLayout w:type="fixed"/>
        <w:tblCellMar>
          <w:left w:w="0" w:type="dxa"/>
          <w:right w:w="0" w:type="dxa"/>
        </w:tblCellMar>
        <w:tblLook w:val="04A0" w:firstRow="1" w:lastRow="0" w:firstColumn="1" w:lastColumn="0" w:noHBand="0" w:noVBand="1"/>
      </w:tblPr>
      <w:tblGrid>
        <w:gridCol w:w="2977"/>
        <w:gridCol w:w="2126"/>
        <w:gridCol w:w="1986"/>
        <w:gridCol w:w="991"/>
        <w:gridCol w:w="584"/>
        <w:gridCol w:w="975"/>
        <w:gridCol w:w="826"/>
      </w:tblGrid>
      <w:tr w:rsidR="00EF3F1E" w:rsidRPr="00955D6A" w:rsidTr="00B40C92">
        <w:trPr>
          <w:jc w:val="center"/>
        </w:trPr>
        <w:tc>
          <w:tcPr>
            <w:tcW w:w="5103" w:type="dxa"/>
            <w:gridSpan w:val="2"/>
            <w:vMerge w:val="restart"/>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Сұрақтар</w:t>
            </w:r>
          </w:p>
        </w:tc>
        <w:tc>
          <w:tcPr>
            <w:tcW w:w="2977"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Қала және аудан тұрғындары</w:t>
            </w:r>
          </w:p>
        </w:tc>
        <w:tc>
          <w:tcPr>
            <w:tcW w:w="1559"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Ауыл тұрғындары</w:t>
            </w:r>
          </w:p>
        </w:tc>
        <w:tc>
          <w:tcPr>
            <w:tcW w:w="826" w:type="dxa"/>
            <w:vMerge w:val="restart"/>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i/>
                <w:snapToGrid w:val="0"/>
                <w:sz w:val="24"/>
                <w:szCs w:val="24"/>
                <w:lang w:eastAsia="de-DE" w:bidi="en-US"/>
              </w:rPr>
              <w:t>p</w:t>
            </w:r>
            <w:r w:rsidR="00CB5638" w:rsidRPr="00955D6A">
              <w:rPr>
                <w:b/>
                <w:bCs/>
                <w:snapToGrid w:val="0"/>
                <w:sz w:val="24"/>
                <w:szCs w:val="24"/>
                <w:lang w:eastAsia="de-DE" w:bidi="en-US"/>
              </w:rPr>
              <w:t>-мәні</w:t>
            </w:r>
          </w:p>
        </w:tc>
      </w:tr>
      <w:tr w:rsidR="00EF3F1E" w:rsidRPr="00955D6A" w:rsidTr="00B40C92">
        <w:trPr>
          <w:jc w:val="center"/>
        </w:trPr>
        <w:tc>
          <w:tcPr>
            <w:tcW w:w="5103" w:type="dxa"/>
            <w:gridSpan w:val="2"/>
            <w:vMerge/>
            <w:shd w:val="clear" w:color="auto" w:fill="auto"/>
            <w:vAlign w:val="center"/>
            <w:hideMark/>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1986"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991"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584"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975"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826"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Сіздің ойыңызша, антибиотиктерді қабылдап бастағаннан кейін, оны қабылдауды қашан тоқтату керек? (n = 620)</w:t>
            </w:r>
          </w:p>
        </w:tc>
        <w:tc>
          <w:tcPr>
            <w:tcW w:w="2126"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өзімді жақсырақ сезінген кезде</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164</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32.4</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42</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36.8</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0.364</w:t>
            </w:r>
          </w:p>
        </w:tc>
      </w:tr>
      <w:tr w:rsidR="00CB5638" w:rsidRPr="00955D6A" w:rsidTr="00B40C92">
        <w:trPr>
          <w:jc w:val="center"/>
        </w:trPr>
        <w:tc>
          <w:tcPr>
            <w:tcW w:w="2977"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дәрігер тағайындауы бойынша барлық антибиотиктерді қабылдап болғанда</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342</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67.6</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72</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63.2</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hideMark/>
          </w:tcPr>
          <w:p w:rsidR="00CB5638" w:rsidRPr="00955D6A" w:rsidRDefault="00CB5638" w:rsidP="00CB5638">
            <w:pPr>
              <w:adjustRightInd w:val="0"/>
              <w:snapToGrid w:val="0"/>
              <w:rPr>
                <w:snapToGrid w:val="0"/>
                <w:sz w:val="24"/>
                <w:szCs w:val="24"/>
                <w:lang w:eastAsia="de-DE" w:bidi="en-US"/>
              </w:rPr>
            </w:pPr>
            <w:r w:rsidRPr="00955D6A">
              <w:rPr>
                <w:snapToGrid w:val="0"/>
                <w:sz w:val="24"/>
                <w:szCs w:val="24"/>
                <w:lang w:eastAsia="de-DE" w:bidi="en-US"/>
              </w:rPr>
              <w:t xml:space="preserve">Қалай ойлайсыз келесі көзқарас «дұрыс» па әлде «қате» ма? </w:t>
            </w:r>
          </w:p>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“Досыма немесе туысыма бірдей диагнозды ( ауруды) емдеу үшін  қолданған антибиотикті пайдалануға болады ма?” (n = 548)</w:t>
            </w:r>
          </w:p>
        </w:tc>
        <w:tc>
          <w:tcPr>
            <w:tcW w:w="2126"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val="ru-RU" w:eastAsia="de-DE" w:bidi="en-US"/>
              </w:rPr>
              <w:t>Д</w:t>
            </w:r>
            <w:r w:rsidRPr="00955D6A">
              <w:rPr>
                <w:snapToGrid w:val="0"/>
                <w:sz w:val="24"/>
                <w:szCs w:val="24"/>
                <w:lang w:eastAsia="de-DE" w:bidi="en-US"/>
              </w:rPr>
              <w:t>ұрыс</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99</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22.4</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16.0</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0.150</w:t>
            </w:r>
          </w:p>
        </w:tc>
      </w:tr>
      <w:tr w:rsidR="00CB5638" w:rsidRPr="00955D6A" w:rsidTr="00B40C92">
        <w:trPr>
          <w:jc w:val="center"/>
        </w:trPr>
        <w:tc>
          <w:tcPr>
            <w:tcW w:w="2977"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343</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77.6</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89</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84.0</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“Дәл осындай белгілері бар аурумен қайта ауырсаңыз, ақырғы рет жақсы көмектескен антибиотикті қайта сатып аласыз ба немесе дәрігерден сұрап аласыз ба?” (n = 516)</w:t>
            </w:r>
          </w:p>
        </w:tc>
        <w:tc>
          <w:tcPr>
            <w:tcW w:w="2126"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Дұрыс</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239</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57.0</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56</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57.7</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0.901</w:t>
            </w:r>
          </w:p>
        </w:tc>
      </w:tr>
      <w:tr w:rsidR="00CB5638" w:rsidRPr="00955D6A" w:rsidTr="00B40C92">
        <w:trPr>
          <w:jc w:val="center"/>
        </w:trPr>
        <w:tc>
          <w:tcPr>
            <w:tcW w:w="2977"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180</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43.0</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42.3</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«Антибиотиктерге төзімділік»   терминін бұрын-соңды естідіңіз ба? (n = 727)</w:t>
            </w:r>
          </w:p>
        </w:tc>
        <w:tc>
          <w:tcPr>
            <w:tcW w:w="2126"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208</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35.3</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44</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32.1</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0.487</w:t>
            </w:r>
          </w:p>
        </w:tc>
      </w:tr>
      <w:tr w:rsidR="00CB5638" w:rsidRPr="00955D6A" w:rsidTr="00B40C92">
        <w:trPr>
          <w:jc w:val="center"/>
        </w:trPr>
        <w:tc>
          <w:tcPr>
            <w:tcW w:w="2977"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382</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64.7</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93</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67.9</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соңғы  рет қашан қабылдадыңыз? (n =571)</w:t>
            </w:r>
          </w:p>
        </w:tc>
        <w:tc>
          <w:tcPr>
            <w:tcW w:w="2126"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айда</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120</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25.6</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38</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36.9</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0.010</w:t>
            </w: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6 ай ішінде</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121</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25.9</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26</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25.2</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былтыр</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12.4</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3.9</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бір жылдан артық уақыт бұрын</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66</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14.1</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19.4</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Ешқашан</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103</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22.0</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14.6</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(немесе оған рецептті) дәрігер немесе медбикеден алдыңыз ба? (n = 636)</w:t>
            </w:r>
          </w:p>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қабылдау бойынша дәрігер, медбике немесе фармацевттен кеңес алдыңыз ба?  (n = 628)</w:t>
            </w:r>
          </w:p>
        </w:tc>
        <w:tc>
          <w:tcPr>
            <w:tcW w:w="2126"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309</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58.7</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72</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65.5</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0.192</w:t>
            </w: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217</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41.3</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38</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34.5</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309</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59.8</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58.6</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0.814</w:t>
            </w: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208</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40.2</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46</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41.4</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Антибиотиктерді қайдан алдыңыз? (n = 650)</w:t>
            </w:r>
          </w:p>
        </w:tc>
        <w:tc>
          <w:tcPr>
            <w:tcW w:w="2126"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дәріханадан</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527</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98.0</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108</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96.4</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0.273</w:t>
            </w: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интернеттен</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0.7</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0.9</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досымнан/туысымнан алдым</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0.7</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2.7</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2977"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2126"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ақырғы қолданғаннан сақтап қойғанмын</w:t>
            </w:r>
          </w:p>
        </w:tc>
        <w:tc>
          <w:tcPr>
            <w:tcW w:w="1986"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99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w:t>
            </w:r>
          </w:p>
        </w:tc>
        <w:tc>
          <w:tcPr>
            <w:tcW w:w="584"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w:t>
            </w:r>
          </w:p>
        </w:tc>
        <w:tc>
          <w:tcPr>
            <w:tcW w:w="975"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bl>
    <w:p w:rsidR="00CB5638" w:rsidRDefault="00CB5638" w:rsidP="00A47516">
      <w:pPr>
        <w:pStyle w:val="MDPI41tablecaption"/>
        <w:spacing w:line="240" w:lineRule="auto"/>
        <w:ind w:left="0" w:firstLine="567"/>
        <w:jc w:val="both"/>
        <w:rPr>
          <w:rFonts w:ascii="Times New Roman" w:hAnsi="Times New Roman" w:cs="Times New Roman"/>
          <w:snapToGrid w:val="0"/>
          <w:sz w:val="28"/>
          <w:szCs w:val="28"/>
          <w:lang w:val="kk-KZ"/>
        </w:rPr>
      </w:pPr>
      <w:r w:rsidRPr="00CB5638">
        <w:rPr>
          <w:rFonts w:ascii="Times New Roman" w:hAnsi="Times New Roman" w:cs="Times New Roman"/>
          <w:snapToGrid w:val="0"/>
          <w:sz w:val="28"/>
          <w:szCs w:val="28"/>
          <w:lang w:val="kk-KZ"/>
        </w:rPr>
        <w:t xml:space="preserve">Табыс деңгейіне негізделген </w:t>
      </w:r>
      <w:r w:rsidR="00A47516">
        <w:rPr>
          <w:rFonts w:ascii="Times New Roman" w:hAnsi="Times New Roman" w:cs="Times New Roman"/>
          <w:snapToGrid w:val="0"/>
          <w:sz w:val="28"/>
          <w:szCs w:val="28"/>
          <w:lang w:val="kk-KZ"/>
        </w:rPr>
        <w:t>т</w:t>
      </w:r>
      <w:r w:rsidR="00955D6A">
        <w:rPr>
          <w:rFonts w:ascii="Times New Roman" w:hAnsi="Times New Roman" w:cs="Times New Roman"/>
          <w:snapToGrid w:val="0"/>
          <w:sz w:val="28"/>
          <w:szCs w:val="28"/>
          <w:lang w:val="kk-KZ"/>
        </w:rPr>
        <w:t>оптар арасындағы салыстырулар 18</w:t>
      </w:r>
      <w:r w:rsidRPr="00CB5638">
        <w:rPr>
          <w:rFonts w:ascii="Times New Roman" w:hAnsi="Times New Roman" w:cs="Times New Roman"/>
          <w:snapToGrid w:val="0"/>
          <w:sz w:val="28"/>
          <w:szCs w:val="28"/>
          <w:lang w:val="kk-KZ"/>
        </w:rPr>
        <w:t>-кестеде келтірілген. Табысы медианадан төмен (≤150 000 теңге) респонденттер өздерінің ауқатты әріптестеріне қарағанда, егер ол бұрын сол белгілерді немесе ауруды емдеуге көмектескен болса (53,1% қарсы 62,6%), сол антибиотикке жүгінген жөн деп есептеді. Сонымен қатар, олардың антибиотиктерге төзімділігі туралы хабардарлық деңгейі төм</w:t>
      </w:r>
      <w:r w:rsidR="004A7CFA">
        <w:rPr>
          <w:rFonts w:ascii="Times New Roman" w:hAnsi="Times New Roman" w:cs="Times New Roman"/>
          <w:snapToGrid w:val="0"/>
          <w:sz w:val="28"/>
          <w:szCs w:val="28"/>
          <w:lang w:val="kk-KZ"/>
        </w:rPr>
        <w:t>ен болды, олардың тек 30,4%-ы "А</w:t>
      </w:r>
      <w:r w:rsidRPr="00CB5638">
        <w:rPr>
          <w:rFonts w:ascii="Times New Roman" w:hAnsi="Times New Roman" w:cs="Times New Roman"/>
          <w:snapToGrid w:val="0"/>
          <w:sz w:val="28"/>
          <w:szCs w:val="28"/>
          <w:lang w:val="kk-KZ"/>
        </w:rPr>
        <w:t>нтибиотиктерге төзімділік" терминін естіген, бұл табысы зерттеу медианасынан жоғары адамдардың 40,3% - с салыстырғанда. Сонымен қатар, антибиотиктерді соңғы қабылдағаннан бері өткен уақыттарда айтарлықтай айырмашылықтар болды, өйткені табысы төмен адамдардың көпшілігі өткен айда антибиотиктерді қолданған, ал табысы жоғары адамдардың көпшілігі соңғы алты айда антибиотиктерді қолданған.</w:t>
      </w:r>
    </w:p>
    <w:p w:rsidR="00EF3F1E" w:rsidRPr="003838D1" w:rsidRDefault="00CB5638" w:rsidP="00B40C92">
      <w:pPr>
        <w:pStyle w:val="MDPI41tablecaption"/>
        <w:ind w:left="0"/>
        <w:rPr>
          <w:rFonts w:ascii="Times New Roman" w:hAnsi="Times New Roman" w:cs="Times New Roman"/>
          <w:sz w:val="28"/>
          <w:szCs w:val="28"/>
          <w:lang w:val="kk-KZ"/>
        </w:rPr>
      </w:pPr>
      <w:r w:rsidRPr="00A47516">
        <w:rPr>
          <w:rFonts w:ascii="Times New Roman" w:hAnsi="Times New Roman" w:cs="Times New Roman"/>
          <w:sz w:val="28"/>
          <w:szCs w:val="28"/>
          <w:lang w:val="kk-KZ"/>
        </w:rPr>
        <w:t>Кесте</w:t>
      </w:r>
      <w:r w:rsidR="00AB799A" w:rsidRPr="00A47516">
        <w:rPr>
          <w:rFonts w:ascii="Times New Roman" w:hAnsi="Times New Roman" w:cs="Times New Roman"/>
          <w:sz w:val="28"/>
          <w:szCs w:val="28"/>
          <w:lang w:val="kk-KZ"/>
        </w:rPr>
        <w:t xml:space="preserve"> </w:t>
      </w:r>
      <w:r w:rsidR="00955D6A">
        <w:rPr>
          <w:rFonts w:ascii="Times New Roman" w:hAnsi="Times New Roman" w:cs="Times New Roman"/>
          <w:sz w:val="28"/>
          <w:szCs w:val="28"/>
          <w:lang w:val="kk-KZ"/>
        </w:rPr>
        <w:t>18</w:t>
      </w:r>
      <w:r w:rsidR="00A47516">
        <w:rPr>
          <w:rFonts w:ascii="Times New Roman" w:hAnsi="Times New Roman" w:cs="Times New Roman"/>
          <w:b/>
          <w:sz w:val="28"/>
          <w:szCs w:val="28"/>
          <w:lang w:val="kk-KZ"/>
        </w:rPr>
        <w:t xml:space="preserve"> - </w:t>
      </w:r>
      <w:r>
        <w:rPr>
          <w:rFonts w:ascii="Times New Roman" w:hAnsi="Times New Roman" w:cs="Times New Roman"/>
          <w:snapToGrid w:val="0"/>
          <w:sz w:val="28"/>
          <w:szCs w:val="28"/>
          <w:lang w:val="kk-KZ"/>
        </w:rPr>
        <w:t>Отбасылық табысына</w:t>
      </w:r>
      <w:r w:rsidRPr="003838D1">
        <w:rPr>
          <w:rFonts w:ascii="Times New Roman" w:hAnsi="Times New Roman" w:cs="Times New Roman"/>
          <w:snapToGrid w:val="0"/>
          <w:sz w:val="28"/>
          <w:szCs w:val="28"/>
          <w:lang w:val="kk-KZ"/>
        </w:rPr>
        <w:t xml:space="preserve"> байланысты антибиотиктерді қолдану және антибиотиктерге төзімділік бойынша ақпараттану деңгейі</w:t>
      </w:r>
    </w:p>
    <w:tbl>
      <w:tblPr>
        <w:tblStyle w:val="aa"/>
        <w:tblW w:w="10465" w:type="dxa"/>
        <w:jc w:val="center"/>
        <w:tblLayout w:type="fixed"/>
        <w:tblCellMar>
          <w:left w:w="0" w:type="dxa"/>
          <w:right w:w="0" w:type="dxa"/>
        </w:tblCellMar>
        <w:tblLook w:val="04A0" w:firstRow="1" w:lastRow="0" w:firstColumn="1" w:lastColumn="0" w:noHBand="0" w:noVBand="1"/>
      </w:tblPr>
      <w:tblGrid>
        <w:gridCol w:w="3713"/>
        <w:gridCol w:w="3091"/>
        <w:gridCol w:w="851"/>
        <w:gridCol w:w="567"/>
        <w:gridCol w:w="709"/>
        <w:gridCol w:w="708"/>
        <w:gridCol w:w="826"/>
      </w:tblGrid>
      <w:tr w:rsidR="00EF3F1E" w:rsidRPr="00955D6A" w:rsidTr="00B40C92">
        <w:trPr>
          <w:jc w:val="center"/>
        </w:trPr>
        <w:tc>
          <w:tcPr>
            <w:tcW w:w="6804" w:type="dxa"/>
            <w:gridSpan w:val="2"/>
            <w:vMerge w:val="restart"/>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Сұрақтар</w:t>
            </w:r>
          </w:p>
        </w:tc>
        <w:tc>
          <w:tcPr>
            <w:tcW w:w="1418"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Төмен табыс</w:t>
            </w:r>
          </w:p>
        </w:tc>
        <w:tc>
          <w:tcPr>
            <w:tcW w:w="1417" w:type="dxa"/>
            <w:gridSpan w:val="2"/>
            <w:shd w:val="clear" w:color="auto" w:fill="auto"/>
            <w:vAlign w:val="center"/>
          </w:tcPr>
          <w:p w:rsidR="00EF3F1E" w:rsidRPr="00955D6A" w:rsidRDefault="00CB5638"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Жоғары табыс</w:t>
            </w:r>
          </w:p>
        </w:tc>
        <w:tc>
          <w:tcPr>
            <w:tcW w:w="826" w:type="dxa"/>
            <w:vMerge w:val="restart"/>
            <w:shd w:val="clear" w:color="auto" w:fill="auto"/>
            <w:vAlign w:val="center"/>
          </w:tcPr>
          <w:p w:rsidR="00EF3F1E" w:rsidRPr="00955D6A" w:rsidRDefault="00EF3F1E" w:rsidP="00CB5638">
            <w:pPr>
              <w:autoSpaceDE w:val="0"/>
              <w:autoSpaceDN w:val="0"/>
              <w:adjustRightInd w:val="0"/>
              <w:snapToGrid w:val="0"/>
              <w:jc w:val="center"/>
              <w:rPr>
                <w:b/>
                <w:bCs/>
                <w:snapToGrid w:val="0"/>
                <w:sz w:val="24"/>
                <w:szCs w:val="24"/>
                <w:lang w:eastAsia="de-DE" w:bidi="en-US"/>
              </w:rPr>
            </w:pPr>
            <w:r w:rsidRPr="00955D6A">
              <w:rPr>
                <w:b/>
                <w:bCs/>
                <w:i/>
                <w:snapToGrid w:val="0"/>
                <w:sz w:val="24"/>
                <w:szCs w:val="24"/>
                <w:lang w:eastAsia="de-DE" w:bidi="en-US"/>
              </w:rPr>
              <w:t>p</w:t>
            </w:r>
            <w:r w:rsidRPr="00955D6A">
              <w:rPr>
                <w:b/>
                <w:bCs/>
                <w:snapToGrid w:val="0"/>
                <w:sz w:val="24"/>
                <w:szCs w:val="24"/>
                <w:lang w:eastAsia="de-DE" w:bidi="en-US"/>
              </w:rPr>
              <w:t>-</w:t>
            </w:r>
            <w:r w:rsidR="00CB5638" w:rsidRPr="00955D6A">
              <w:rPr>
                <w:b/>
                <w:bCs/>
                <w:snapToGrid w:val="0"/>
                <w:sz w:val="24"/>
                <w:szCs w:val="24"/>
                <w:lang w:eastAsia="de-DE" w:bidi="en-US"/>
              </w:rPr>
              <w:t>мәні</w:t>
            </w:r>
          </w:p>
        </w:tc>
      </w:tr>
      <w:tr w:rsidR="00EF3F1E" w:rsidRPr="00955D6A" w:rsidTr="00B40C92">
        <w:trPr>
          <w:jc w:val="center"/>
        </w:trPr>
        <w:tc>
          <w:tcPr>
            <w:tcW w:w="6804" w:type="dxa"/>
            <w:gridSpan w:val="2"/>
            <w:vMerge/>
            <w:shd w:val="clear" w:color="auto" w:fill="auto"/>
            <w:vAlign w:val="center"/>
            <w:hideMark/>
          </w:tcPr>
          <w:p w:rsidR="00EF3F1E" w:rsidRPr="00955D6A" w:rsidRDefault="00EF3F1E" w:rsidP="007B019A">
            <w:pPr>
              <w:autoSpaceDE w:val="0"/>
              <w:autoSpaceDN w:val="0"/>
              <w:adjustRightInd w:val="0"/>
              <w:snapToGrid w:val="0"/>
              <w:jc w:val="center"/>
              <w:rPr>
                <w:snapToGrid w:val="0"/>
                <w:sz w:val="24"/>
                <w:szCs w:val="24"/>
                <w:lang w:eastAsia="de-DE" w:bidi="en-US"/>
              </w:rPr>
            </w:pPr>
          </w:p>
        </w:tc>
        <w:tc>
          <w:tcPr>
            <w:tcW w:w="851"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567" w:type="dxa"/>
            <w:shd w:val="clear" w:color="auto" w:fill="auto"/>
            <w:vAlign w:val="center"/>
            <w:hideMark/>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709"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n</w:t>
            </w:r>
          </w:p>
        </w:tc>
        <w:tc>
          <w:tcPr>
            <w:tcW w:w="708" w:type="dxa"/>
            <w:shd w:val="clear" w:color="auto" w:fill="auto"/>
            <w:vAlign w:val="center"/>
          </w:tcPr>
          <w:p w:rsidR="00EF3F1E" w:rsidRPr="00955D6A" w:rsidRDefault="00EF3F1E" w:rsidP="007B019A">
            <w:pPr>
              <w:autoSpaceDE w:val="0"/>
              <w:autoSpaceDN w:val="0"/>
              <w:adjustRightInd w:val="0"/>
              <w:snapToGrid w:val="0"/>
              <w:jc w:val="center"/>
              <w:rPr>
                <w:b/>
                <w:bCs/>
                <w:snapToGrid w:val="0"/>
                <w:sz w:val="24"/>
                <w:szCs w:val="24"/>
                <w:lang w:eastAsia="de-DE" w:bidi="en-US"/>
              </w:rPr>
            </w:pPr>
            <w:r w:rsidRPr="00955D6A">
              <w:rPr>
                <w:b/>
                <w:bCs/>
                <w:snapToGrid w:val="0"/>
                <w:sz w:val="24"/>
                <w:szCs w:val="24"/>
                <w:lang w:eastAsia="de-DE" w:bidi="en-US"/>
              </w:rPr>
              <w:t>%</w:t>
            </w:r>
          </w:p>
        </w:tc>
        <w:tc>
          <w:tcPr>
            <w:tcW w:w="826" w:type="dxa"/>
            <w:vMerge/>
            <w:shd w:val="clear" w:color="auto" w:fill="auto"/>
            <w:vAlign w:val="center"/>
          </w:tcPr>
          <w:p w:rsidR="00EF3F1E" w:rsidRPr="00955D6A" w:rsidRDefault="00EF3F1E"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Сіздің ойыңызша, антибиотиктерді қабылдап бастағаннан кейін, оны қабылдауды қашан тоқтату керек? (n = 620)</w:t>
            </w:r>
          </w:p>
        </w:tc>
        <w:tc>
          <w:tcPr>
            <w:tcW w:w="3091"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өзімді жақсырақ сезінген кезде</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117</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34.7</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89</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31.4</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0.389</w:t>
            </w:r>
          </w:p>
        </w:tc>
      </w:tr>
      <w:tr w:rsidR="00CB5638" w:rsidRPr="00955D6A" w:rsidTr="00B40C92">
        <w:trPr>
          <w:jc w:val="center"/>
        </w:trPr>
        <w:tc>
          <w:tcPr>
            <w:tcW w:w="3713"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дәрігер тағайындауы бойынша барлық антибиотиктерді қабылдап болғанда</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220</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65.3</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194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68.6</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hideMark/>
          </w:tcPr>
          <w:p w:rsidR="00CB5638" w:rsidRPr="00955D6A" w:rsidRDefault="00CB5638" w:rsidP="00CB5638">
            <w:pPr>
              <w:adjustRightInd w:val="0"/>
              <w:snapToGrid w:val="0"/>
              <w:rPr>
                <w:snapToGrid w:val="0"/>
                <w:sz w:val="24"/>
                <w:szCs w:val="24"/>
                <w:lang w:eastAsia="de-DE" w:bidi="en-US"/>
              </w:rPr>
            </w:pPr>
            <w:r w:rsidRPr="00955D6A">
              <w:rPr>
                <w:snapToGrid w:val="0"/>
                <w:sz w:val="24"/>
                <w:szCs w:val="24"/>
                <w:lang w:eastAsia="de-DE" w:bidi="en-US"/>
              </w:rPr>
              <w:t xml:space="preserve">Қалай ойлайсыз келесі көзқарас «дұрыс» па әлде «қате» ма? </w:t>
            </w:r>
          </w:p>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“Досыма немесе туысыма бірдей диагнозды ( ауруды) емдеу үшін  қолданған антибиотикті пайдалануға болады ма?” (n = 548)</w:t>
            </w:r>
          </w:p>
        </w:tc>
        <w:tc>
          <w:tcPr>
            <w:tcW w:w="3091"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val="ru-RU" w:eastAsia="de-DE" w:bidi="en-US"/>
              </w:rPr>
              <w:t>Д</w:t>
            </w:r>
            <w:r w:rsidRPr="00955D6A">
              <w:rPr>
                <w:snapToGrid w:val="0"/>
                <w:sz w:val="24"/>
                <w:szCs w:val="24"/>
                <w:lang w:eastAsia="de-DE" w:bidi="en-US"/>
              </w:rPr>
              <w:t>ұрыс</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61</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20.8</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55</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21.6</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0.830</w:t>
            </w:r>
          </w:p>
        </w:tc>
      </w:tr>
      <w:tr w:rsidR="00CB5638" w:rsidRPr="00955D6A" w:rsidTr="00B40C92">
        <w:trPr>
          <w:jc w:val="center"/>
        </w:trPr>
        <w:tc>
          <w:tcPr>
            <w:tcW w:w="3713"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232</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79.2</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200</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78.4</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“Дәл осындай белгілері бар аурумен қайта ауырсаңыз, ақырғы рет жақсы көмектескен антибиотикті қайта сатып аласыз ба немесе дәрігерден сұрап аласыз ба?” (n = 516)</w:t>
            </w:r>
          </w:p>
        </w:tc>
        <w:tc>
          <w:tcPr>
            <w:tcW w:w="3091"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Дұрыс</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156</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53.1</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139</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62.6</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0.030</w:t>
            </w:r>
          </w:p>
        </w:tc>
      </w:tr>
      <w:tr w:rsidR="00CB5638" w:rsidRPr="00955D6A" w:rsidTr="00B40C92">
        <w:trPr>
          <w:jc w:val="center"/>
        </w:trPr>
        <w:tc>
          <w:tcPr>
            <w:tcW w:w="3713"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Қате</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138</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46.9</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83</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37.4</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hideMark/>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«Антибиотиктерге төзімділік»   терминін бұрын-соңды естідіңіз ба? (n = 727)</w:t>
            </w:r>
          </w:p>
        </w:tc>
        <w:tc>
          <w:tcPr>
            <w:tcW w:w="3091" w:type="dxa"/>
            <w:shd w:val="clear" w:color="auto" w:fill="auto"/>
            <w:vAlign w:val="center"/>
            <w:hideMark/>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126</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30.4</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126</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40.3</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0.006</w:t>
            </w:r>
          </w:p>
        </w:tc>
      </w:tr>
      <w:tr w:rsidR="00CB5638" w:rsidRPr="00955D6A" w:rsidTr="00B40C92">
        <w:trPr>
          <w:jc w:val="center"/>
        </w:trPr>
        <w:tc>
          <w:tcPr>
            <w:tcW w:w="3713" w:type="dxa"/>
            <w:vMerge/>
            <w:shd w:val="clear" w:color="auto" w:fill="auto"/>
            <w:vAlign w:val="center"/>
            <w:hideMark/>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hideMark/>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288</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69.6</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187</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59.7</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соңғы  рет қашан қабылдадыңыз? (n =571)</w:t>
            </w:r>
          </w:p>
        </w:tc>
        <w:tc>
          <w:tcPr>
            <w:tcW w:w="3091"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айда</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90</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28.8</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68</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26.4</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0.004</w:t>
            </w: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өткен 6 ай ішінде</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63</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20.1</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84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32.6</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былтыр</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10.9</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28</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10.9</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бір жылдан артық уақыт бұрын</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18.8</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27</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10.5</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Ешқашан</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67</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21.4</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51</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19.8</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(немесе оған рецептті) дәрігер немесе медбикеден алдыңыз ба? (n = 636)</w:t>
            </w:r>
          </w:p>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Сіз антибиотиктерді қабылдау бойынша дәрігер, медбике немесе фармацевттен кеңес алдыңыз ба?  (n = 628)</w:t>
            </w:r>
          </w:p>
        </w:tc>
        <w:tc>
          <w:tcPr>
            <w:tcW w:w="3091"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203</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59.0</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178</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61.0</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0.618</w:t>
            </w: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141</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41.0</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39.0</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Ия</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200</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58.8</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60.4</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0.685</w:t>
            </w: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Жоқ</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140</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41.2</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114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39.6</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val="restart"/>
            <w:shd w:val="clear" w:color="auto" w:fill="auto"/>
            <w:vAlign w:val="center"/>
          </w:tcPr>
          <w:p w:rsidR="00CB5638" w:rsidRPr="00955D6A" w:rsidRDefault="00CB5638" w:rsidP="00CB5638">
            <w:pPr>
              <w:autoSpaceDE w:val="0"/>
              <w:autoSpaceDN w:val="0"/>
              <w:adjustRightInd w:val="0"/>
              <w:snapToGrid w:val="0"/>
              <w:rPr>
                <w:snapToGrid w:val="0"/>
                <w:sz w:val="24"/>
                <w:szCs w:val="24"/>
                <w:lang w:eastAsia="de-DE" w:bidi="en-US"/>
              </w:rPr>
            </w:pPr>
            <w:r w:rsidRPr="00955D6A">
              <w:rPr>
                <w:snapToGrid w:val="0"/>
                <w:sz w:val="24"/>
                <w:szCs w:val="24"/>
                <w:lang w:eastAsia="de-DE" w:bidi="en-US"/>
              </w:rPr>
              <w:t>Антибиотиктерді қайдан алдыңыз? (n = 650)</w:t>
            </w:r>
          </w:p>
        </w:tc>
        <w:tc>
          <w:tcPr>
            <w:tcW w:w="3091" w:type="dxa"/>
            <w:shd w:val="clear" w:color="auto" w:fill="auto"/>
            <w:vAlign w:val="center"/>
          </w:tcPr>
          <w:p w:rsidR="00CB5638" w:rsidRPr="00955D6A" w:rsidRDefault="00CB5638" w:rsidP="00CB5638">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дәріханадан</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341</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97.4</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294</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98.0</w:t>
            </w:r>
          </w:p>
        </w:tc>
        <w:tc>
          <w:tcPr>
            <w:tcW w:w="826" w:type="dxa"/>
            <w:vMerge w:val="restart"/>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0.092</w:t>
            </w: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интернеттен</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0.9</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2</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0.7</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досымнан/туысымнан алдым</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6</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1.7</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0.3</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r w:rsidR="00CB5638" w:rsidRPr="00955D6A" w:rsidTr="00B40C92">
        <w:trPr>
          <w:jc w:val="center"/>
        </w:trPr>
        <w:tc>
          <w:tcPr>
            <w:tcW w:w="3713"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c>
          <w:tcPr>
            <w:tcW w:w="3091"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ақырғы қолданғаннан сақтап қойғанмын</w:t>
            </w:r>
          </w:p>
        </w:tc>
        <w:tc>
          <w:tcPr>
            <w:tcW w:w="851"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w:t>
            </w:r>
          </w:p>
        </w:tc>
        <w:tc>
          <w:tcPr>
            <w:tcW w:w="567" w:type="dxa"/>
            <w:shd w:val="clear" w:color="auto" w:fill="auto"/>
            <w:noWrap/>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0.0</w:t>
            </w:r>
          </w:p>
        </w:tc>
        <w:tc>
          <w:tcPr>
            <w:tcW w:w="709"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3</w:t>
            </w:r>
          </w:p>
        </w:tc>
        <w:tc>
          <w:tcPr>
            <w:tcW w:w="708" w:type="dxa"/>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r w:rsidRPr="00955D6A">
              <w:rPr>
                <w:snapToGrid w:val="0"/>
                <w:sz w:val="24"/>
                <w:szCs w:val="24"/>
                <w:lang w:eastAsia="de-DE" w:bidi="en-US"/>
              </w:rPr>
              <w:t>1.0</w:t>
            </w:r>
          </w:p>
        </w:tc>
        <w:tc>
          <w:tcPr>
            <w:tcW w:w="826" w:type="dxa"/>
            <w:vMerge/>
            <w:shd w:val="clear" w:color="auto" w:fill="auto"/>
            <w:vAlign w:val="center"/>
          </w:tcPr>
          <w:p w:rsidR="00CB5638" w:rsidRPr="00955D6A" w:rsidRDefault="00CB5638" w:rsidP="007B019A">
            <w:pPr>
              <w:autoSpaceDE w:val="0"/>
              <w:autoSpaceDN w:val="0"/>
              <w:adjustRightInd w:val="0"/>
              <w:snapToGrid w:val="0"/>
              <w:jc w:val="center"/>
              <w:rPr>
                <w:snapToGrid w:val="0"/>
                <w:sz w:val="24"/>
                <w:szCs w:val="24"/>
                <w:lang w:eastAsia="de-DE" w:bidi="en-US"/>
              </w:rPr>
            </w:pPr>
          </w:p>
        </w:tc>
      </w:tr>
    </w:tbl>
    <w:p w:rsidR="00CB5638" w:rsidRDefault="00CB5638" w:rsidP="00B40C92">
      <w:pPr>
        <w:pStyle w:val="MDPI31text"/>
        <w:spacing w:before="240"/>
        <w:ind w:left="0"/>
        <w:rPr>
          <w:rFonts w:ascii="Times New Roman" w:hAnsi="Times New Roman"/>
          <w:sz w:val="28"/>
          <w:szCs w:val="28"/>
          <w:lang w:val="kk-KZ"/>
        </w:rPr>
      </w:pPr>
      <w:r w:rsidRPr="00CB5638">
        <w:rPr>
          <w:rFonts w:ascii="Times New Roman" w:hAnsi="Times New Roman"/>
          <w:sz w:val="28"/>
          <w:szCs w:val="28"/>
          <w:lang w:val="kk-KZ"/>
        </w:rPr>
        <w:t>Жалпы, антибиотиктерді қолдану туралы білім деңгейі жеткіліксіз деп танылды. Барлығы 12 сұрақ қойылды, егер респонденттердің білімі алты немесе одан да аз сұрақтарға дұрыс жауап берсе, ал жеті немесе одан да көп сұрақтарға дұрыс жауап берсе, жақсы деп саналды. Зерттеуге қатысушылардың басым көпшілігі (82,1%) антибиотиктермен емдеуге болатын денсаулық мәселелері туралы білімі төмен болды және тек 17,9% жеті немесе одан да көп сұрақтарға дұрыс жауап берді.</w:t>
      </w:r>
    </w:p>
    <w:p w:rsidR="00CB5638" w:rsidRPr="003D1A55" w:rsidRDefault="00BE7D07" w:rsidP="003D1A55">
      <w:pPr>
        <w:pStyle w:val="MDPI31text"/>
        <w:spacing w:before="240"/>
        <w:ind w:left="0"/>
        <w:rPr>
          <w:rFonts w:ascii="Times New Roman" w:hAnsi="Times New Roman"/>
          <w:b/>
          <w:sz w:val="28"/>
          <w:szCs w:val="28"/>
          <w:lang w:val="kk-KZ"/>
        </w:rPr>
      </w:pPr>
      <w:r w:rsidRPr="00CB5638">
        <w:rPr>
          <w:rFonts w:ascii="Times New Roman" w:hAnsi="Times New Roman"/>
          <w:b/>
          <w:sz w:val="28"/>
          <w:szCs w:val="28"/>
          <w:lang w:val="kk-KZ"/>
        </w:rPr>
        <w:t xml:space="preserve">3.2 </w:t>
      </w:r>
      <w:r w:rsidR="00CB5638" w:rsidRPr="00CB5638">
        <w:rPr>
          <w:rFonts w:ascii="Times New Roman" w:hAnsi="Times New Roman"/>
          <w:b/>
          <w:sz w:val="28"/>
          <w:szCs w:val="28"/>
          <w:lang w:val="kk-KZ"/>
        </w:rPr>
        <w:t xml:space="preserve">Халық антибиотиктерді өз бетінше қолданатын және </w:t>
      </w:r>
      <w:r w:rsidR="00CB5638">
        <w:rPr>
          <w:rFonts w:ascii="Times New Roman" w:hAnsi="Times New Roman"/>
          <w:b/>
          <w:sz w:val="28"/>
          <w:szCs w:val="28"/>
          <w:lang w:val="kk-KZ"/>
        </w:rPr>
        <w:t xml:space="preserve">сатып </w:t>
      </w:r>
      <w:r w:rsidR="00CB5638" w:rsidRPr="00CB5638">
        <w:rPr>
          <w:rFonts w:ascii="Times New Roman" w:hAnsi="Times New Roman"/>
          <w:b/>
          <w:sz w:val="28"/>
          <w:szCs w:val="28"/>
          <w:lang w:val="kk-KZ"/>
        </w:rPr>
        <w:t>алатын жағдайларды анықтау</w:t>
      </w:r>
    </w:p>
    <w:p w:rsidR="00EF3F1E" w:rsidRPr="009F079C" w:rsidRDefault="00955D6A" w:rsidP="001A0EA7">
      <w:pPr>
        <w:pStyle w:val="1"/>
        <w:ind w:left="0" w:right="439" w:firstLine="567"/>
        <w:rPr>
          <w:b w:val="0"/>
          <w:bCs w:val="0"/>
          <w:snapToGrid w:val="0"/>
          <w:color w:val="000000"/>
          <w:lang w:eastAsia="de-DE" w:bidi="en-US"/>
        </w:rPr>
      </w:pPr>
      <w:r>
        <w:rPr>
          <w:b w:val="0"/>
          <w:bCs w:val="0"/>
          <w:snapToGrid w:val="0"/>
          <w:color w:val="000000"/>
          <w:lang w:eastAsia="de-DE" w:bidi="en-US"/>
        </w:rPr>
        <w:t>24</w:t>
      </w:r>
      <w:r w:rsidR="00CB5638" w:rsidRPr="00CB5638">
        <w:rPr>
          <w:b w:val="0"/>
          <w:bCs w:val="0"/>
          <w:snapToGrid w:val="0"/>
          <w:color w:val="000000"/>
          <w:lang w:eastAsia="de-DE" w:bidi="en-US"/>
        </w:rPr>
        <w:t>-суретте антибиотиктермен емдеуге болатын жағдайлар туралы сұрақтарға жауаптар берілген. Респонденттердің жартысынан көбі (57,4%) бас ауруын антибиотиктермен емдеуге болады деп санайды, ал 48,1% антибиотиктер дененің ауырсынуын жеңілдетеді деп санайды. Сонымен қатар, 69,9% температура көтерілген жағдайда антибиотиктерді қолданамыз деп жауап берді, ал жоғары пайызы - 91,9% - әдеттегі тұмау кезінде антибиотиктер қажет деген пікірмен келісті.</w:t>
      </w:r>
    </w:p>
    <w:p w:rsidR="001A0EA7" w:rsidRPr="009F079C" w:rsidRDefault="001A0EA7" w:rsidP="001A0EA7">
      <w:pPr>
        <w:pStyle w:val="1"/>
        <w:ind w:left="0" w:right="439" w:firstLine="567"/>
        <w:rPr>
          <w:b w:val="0"/>
          <w:bCs w:val="0"/>
          <w:snapToGrid w:val="0"/>
          <w:color w:val="000000"/>
          <w:lang w:eastAsia="de-DE" w:bidi="en-US"/>
        </w:rPr>
      </w:pPr>
    </w:p>
    <w:p w:rsidR="00D7737E" w:rsidRPr="00CB5638" w:rsidRDefault="00D7737E" w:rsidP="00D7737E">
      <w:pPr>
        <w:pStyle w:val="1"/>
        <w:ind w:left="0" w:right="439"/>
      </w:pPr>
      <w:r w:rsidRPr="00D7737E">
        <w:rPr>
          <w:noProof/>
          <w:lang w:val="ru-RU" w:eastAsia="ru-RU"/>
        </w:rPr>
        <w:drawing>
          <wp:inline distT="0" distB="0" distL="0" distR="0" wp14:anchorId="1CA151EE" wp14:editId="73D0E60F">
            <wp:extent cx="5886451" cy="3619502"/>
            <wp:effectExtent l="0" t="0" r="19050" b="19050"/>
            <wp:docPr id="1067" name="Диаграмма 1067">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p="http://schemas.openxmlformats.org/presentationml/2006/main" xmlns:w="http://schemas.openxmlformats.org/wordprocessingml/2006/main" xmlns:w10="urn:schemas-microsoft-com:office:word" xmlns:v="urn:schemas-microsoft-com:vml" xmlns:o="urn:schemas-microsoft-com:office:office" id="{BCB38419-96BC-4622-AF69-992F498F3B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F3F1E" w:rsidRDefault="00DD0332" w:rsidP="00EF3F1E">
      <w:pPr>
        <w:pStyle w:val="1"/>
        <w:ind w:left="426" w:right="439" w:firstLine="567"/>
        <w:rPr>
          <w:b w:val="0"/>
        </w:rPr>
      </w:pPr>
      <w:r w:rsidRPr="001A0EA7">
        <w:rPr>
          <w:b w:val="0"/>
        </w:rPr>
        <w:t>Сурет</w:t>
      </w:r>
      <w:r w:rsidR="003D1A55" w:rsidRPr="001A0EA7">
        <w:rPr>
          <w:b w:val="0"/>
        </w:rPr>
        <w:t xml:space="preserve"> </w:t>
      </w:r>
      <w:r w:rsidR="00955D6A">
        <w:rPr>
          <w:b w:val="0"/>
        </w:rPr>
        <w:t>24</w:t>
      </w:r>
      <w:r w:rsidR="001A0EA7" w:rsidRPr="001A0EA7">
        <w:t xml:space="preserve"> - </w:t>
      </w:r>
      <w:r w:rsidRPr="001A0EA7">
        <w:rPr>
          <w:b w:val="0"/>
        </w:rPr>
        <w:t>Антибиотиктермен е</w:t>
      </w:r>
      <w:r w:rsidR="001A0EA7" w:rsidRPr="001A0EA7">
        <w:rPr>
          <w:b w:val="0"/>
        </w:rPr>
        <w:t>мдеуге болатын жағдайлар бойынша білімі</w:t>
      </w:r>
    </w:p>
    <w:p w:rsidR="004A7CFA" w:rsidRPr="001A0EA7" w:rsidRDefault="004A7CFA" w:rsidP="00EF3F1E">
      <w:pPr>
        <w:pStyle w:val="1"/>
        <w:ind w:left="426" w:right="439" w:firstLine="567"/>
        <w:rPr>
          <w:b w:val="0"/>
        </w:rPr>
      </w:pPr>
    </w:p>
    <w:p w:rsidR="00DD0332" w:rsidRPr="00B97E50" w:rsidRDefault="00DD0332" w:rsidP="00394EC4">
      <w:pPr>
        <w:pStyle w:val="a5"/>
        <w:spacing w:before="2"/>
        <w:ind w:left="0" w:firstLine="567"/>
        <w:rPr>
          <w:bCs/>
        </w:rPr>
      </w:pPr>
      <w:r w:rsidRPr="008057EA">
        <w:rPr>
          <w:bCs/>
        </w:rPr>
        <w:t>Антибиотиктерді қолдану және Қазақстан халқының төзімділігі туралы білімді жақсарту үшін хабардарлықты арттыру бойынша кампаниялар жүргізу қажеттілігі бар. Мұны әлеуметтік медиа арқылы жасауға болады және антибиотикалық терапияны бастамас бұрын кәсіби кеңес алудың маңы</w:t>
      </w:r>
      <w:r w:rsidR="004A7CFA">
        <w:rPr>
          <w:bCs/>
        </w:rPr>
        <w:t>здылығын атап өткен жөн. Елдің м</w:t>
      </w:r>
      <w:r w:rsidRPr="008057EA">
        <w:rPr>
          <w:bCs/>
        </w:rPr>
        <w:t>едициналық қауымдастығы, атап айтқанда алғашқы медици</w:t>
      </w:r>
      <w:r w:rsidR="004A7CFA">
        <w:rPr>
          <w:bCs/>
        </w:rPr>
        <w:t>налық-санитарлық көмек секторы д</w:t>
      </w:r>
      <w:r w:rsidRPr="008057EA">
        <w:rPr>
          <w:bCs/>
        </w:rPr>
        <w:t>енсаулық сақтау саласындағы ең жақсы білім беру стратегияларын қабылдауы керек, ал директивалық органдар рецепт бойынша дәрі-дәрмектерді рецептсіз сатуды бақылау бойынша күш-жігерін күшейтуі керек. Елдің мүдделі тараптары микробқа қарсы төзімділіктің алдын алу мен азайтудың тиімді тәсілдеріне баса назар аудара отырып, коммуникацияны қамтамасыз ету үшін әзірленген Дүниежүзілік микробқа қарсы хабардарлық апталығы ұсынған страт</w:t>
      </w:r>
      <w:r w:rsidR="00F66DD3" w:rsidRPr="008057EA">
        <w:rPr>
          <w:bCs/>
        </w:rPr>
        <w:t xml:space="preserve">егиялардан пайда көре алады </w:t>
      </w:r>
      <w:r w:rsidR="00F66DD3">
        <w:rPr>
          <w:bCs/>
          <w:lang w:val="ru-RU"/>
        </w:rPr>
        <w:fldChar w:fldCharType="begin" w:fldLock="1"/>
      </w:r>
      <w:r w:rsidR="009A759A">
        <w:rPr>
          <w:bCs/>
        </w:rPr>
        <w:instrText>ADDIN CSL_CITATION {"citationItems":[{"id":"ITEM-1","itemData":{"DOI":"10.1017/ASH.2022.320","ISSN":"2732-494X","PMID":"36425221","abstract":"One fundamental strategy to address the public health threat of antimicrobial resistance (AMR) is improved awareness among the public, prescribers, and policy makers with the aim of engaging these groups to act. World Antimicrobial Awareness Week is an opportunity for concerted and consistent communication regarding practical strategies to prevent and mitigate AMR. We highlight 10 ways for antimicrobial stewards to make the most of World Antimicrobial Awareness Week.","author":[{"dropping-particle":"","family":"Langford","given":"Bradley J.","non-dropping-particle":"","parse-names":false,"suffix":""},{"dropping-particle":"","family":"Matson","given":"Kelly L.","non-dropping-particle":"","parse-names":false,"suffix":""},{"dropping-particle":"","family":"Eljaaly","given":"Khalid","non-dropping-particle":"","parse-names":false,"suffix":""},{"dropping-particle":"","family":"Apisarnthanarak","given":"Anucha","non-dropping-particle":"","parse-names":false,"suffix":""},{"dropping-particle":"","family":"Bailey","given":"Pamela L.","non-dropping-particle":"","parse-names":false,"suffix":""},{"dropping-particle":"","family":"Macmurray","given":"Lindsay","non-dropping-particle":"","parse-names":false,"suffix":""},{"dropping-particle":"","family":"Marra","given":"Alexandre R.","non-dropping-particle":"","parse-names":false,"suffix":""},{"dropping-particle":"","family":"Simonsen","given":"Kari A.","non-dropping-particle":"","parse-names":false,"suffix":""},{"dropping-particle":"","family":"Sreeramoju","given":"Pranavi","non-dropping-particle":"","parse-names":false,"suffix":""},{"dropping-particle":"","family":"Nori","given":"Priya","non-dropping-particle":"","parse-names":false,"suffix":""},{"dropping-particle":"","family":"Bearman","given":"Gonzalo M.","non-dropping-particle":"","parse-names":false,"suffix":""}],"container-title":"Antimicrobial stewardship &amp; healthcare epidemiology : ASHE","id":"ITEM-1","issue":"1","issued":{"date-parts":[["2022","11","18"]]},"publisher":"Antimicrob Steward Healthc Epidemiol","title":"Ten ways to make the most of World Antimicrobial Awareness Week","type":"article-journal","volume":"2"},"uris":["http://www.mendeley.com/documents/?uuid=85231d3b-fbd5-3d97-86b1-0f37a2aeb8eb"]}],"mendeley":{"formattedCitation":"[123]","plainTextFormattedCitation":"[123]","previouslyFormattedCitation":"[122]"},"properties":{"noteIndex":0},"schema":"https://github.com/citation-style-language/schema/raw/master/csl-citation.json"}</w:instrText>
      </w:r>
      <w:r w:rsidR="00F66DD3">
        <w:rPr>
          <w:bCs/>
          <w:lang w:val="ru-RU"/>
        </w:rPr>
        <w:fldChar w:fldCharType="separate"/>
      </w:r>
      <w:r w:rsidR="009A759A" w:rsidRPr="009A759A">
        <w:rPr>
          <w:bCs/>
          <w:noProof/>
        </w:rPr>
        <w:t>[123]</w:t>
      </w:r>
      <w:r w:rsidR="00F66DD3">
        <w:rPr>
          <w:bCs/>
          <w:lang w:val="ru-RU"/>
        </w:rPr>
        <w:fldChar w:fldCharType="end"/>
      </w:r>
      <w:r w:rsidRPr="00B97E50">
        <w:rPr>
          <w:bCs/>
        </w:rPr>
        <w:t>.</w:t>
      </w:r>
    </w:p>
    <w:p w:rsidR="00DD0332" w:rsidRPr="00B97E50" w:rsidRDefault="00DD0332" w:rsidP="00394EC4">
      <w:pPr>
        <w:pStyle w:val="a5"/>
        <w:spacing w:before="2"/>
        <w:ind w:left="0" w:firstLine="567"/>
        <w:rPr>
          <w:bCs/>
        </w:rPr>
      </w:pPr>
      <w:r w:rsidRPr="00B97E50">
        <w:rPr>
          <w:bCs/>
        </w:rPr>
        <w:t xml:space="preserve">Ағымдағы зерттеуде бірқатар шектеулер бар, ең алдымен оның көлденең қимасының дизайнымен байланысты. Негізгі шектеулердің бірі-антибиотиктерді қолдану тәжірибесі мен қатысушылардың жеке сипаттамалары арасында себеп-салдарлық байланыс орната алмау. Бастапқыда біздің мақсатымыз амбулаториялық-емханалық мекемелерге баратын немесе ауру туыстарымен бірге жүретін сау адамдарды таңдау болды. Дегенмен, біз алдын алу мақсатында медициналық мекемелерге аз ғана ересектер баратынын түсіндік. Нәтижесінде, біздің зерттеуге қатысушылардың көпшілігі </w:t>
      </w:r>
      <w:r w:rsidR="004A7CFA">
        <w:rPr>
          <w:bCs/>
        </w:rPr>
        <w:t xml:space="preserve">науқастармен </w:t>
      </w:r>
      <w:r w:rsidRPr="00B97E50">
        <w:rPr>
          <w:bCs/>
        </w:rPr>
        <w:t>еріп жүретін адамдар болды, бұл жыныс пен жаста байқалатын өзгерістерге әкелді. Осылайша, бұл іріктеме Қазақстанның барлық халқы үшін өкілді болып табылмайды және пилоттық зерттеу ретінде қарастырылуы тиіс. Осы шектеулерге қарамастан, біздің зерттеуіміздің көптеген күшті жақтары бар. Ол елдің типтік аймағында тіркелген ересек тұрғындардың жеткілікті үлкен үлгісіне негізделген. Сонымен қатар, бұл Қазақстан халқының антибиотиктерді қолдану және оларға төзімділік туралы хабардарлығын зерттеуге бағытталған алғашқы зерттеу және болашақ зерттеулер үшін бағдар бола алады.</w:t>
      </w:r>
    </w:p>
    <w:p w:rsidR="007033E2" w:rsidRDefault="00DD0332" w:rsidP="00394EC4">
      <w:pPr>
        <w:pStyle w:val="a5"/>
        <w:spacing w:before="2"/>
        <w:ind w:left="0" w:firstLine="567"/>
        <w:rPr>
          <w:bCs/>
        </w:rPr>
      </w:pPr>
      <w:r w:rsidRPr="00B97E50">
        <w:rPr>
          <w:bCs/>
        </w:rPr>
        <w:t xml:space="preserve">Бұл зерттеу жынысына, жасына, біліміне, тұрғылықты жеріне және табыс деңгейіне баса назар аудара отырып, Қазақстанда антибиотиктерді қолдануға және оларға төзімділікке қатысты хабардарлық пен мінез-құлық деңгейіне жарық түсіреді. Нәтижелер респонденттердің антибиотиктерді соңғы қабылдағаннан бері қабылдау ұзақтығындағы, дәрі-дәрмек тағайындау режиміндегі, антибиотиктерді қолдануға қатысты сенімдердегі және ерлер мен әйелдер арасындағы денсаулық сақтау мамандарынан кеңес сұраудағы айтарлықтай айырмашылықтарды </w:t>
      </w:r>
      <w:r w:rsidR="004A7CFA">
        <w:rPr>
          <w:bCs/>
        </w:rPr>
        <w:t>көрсетеді. Сонымен қатар, жас, б</w:t>
      </w:r>
      <w:r w:rsidRPr="00B97E50">
        <w:rPr>
          <w:bCs/>
        </w:rPr>
        <w:t>ілім және табыс деңгейі антибиотиктерді қолданудағы айырмашылықтармен және олар туралы хабардар болумен байланысты болды. Біздің зерттеуіміз Қазақстан халқының әртүрлі топтары арасында антибиотиктерді тиісінше қолдану туралы хабардарлықты арттырудың және насихаттаудың маңыздылығын атап көрсетеді. Анықталған айырмашылықтарды жою және елде антибиотиктерді қолдану тәжірибесін жақсарту үшін қосымша зерттеулер мен араласулар қажет.</w:t>
      </w:r>
    </w:p>
    <w:p w:rsidR="00394EC4" w:rsidRPr="00394EC4" w:rsidRDefault="00394EC4" w:rsidP="00394EC4">
      <w:pPr>
        <w:pStyle w:val="a5"/>
        <w:spacing w:before="2"/>
        <w:ind w:left="0" w:firstLine="567"/>
      </w:pPr>
    </w:p>
    <w:p w:rsidR="00B7090A" w:rsidRPr="00F90E1B" w:rsidRDefault="00B632CA" w:rsidP="00060EA2">
      <w:pPr>
        <w:pStyle w:val="1"/>
        <w:ind w:left="142" w:right="369"/>
      </w:pPr>
      <w:r w:rsidRPr="00B632CA">
        <w:t xml:space="preserve">3.3 </w:t>
      </w:r>
      <w:r w:rsidRPr="00B632CA">
        <w:tab/>
        <w:t>Тұрғындардың өзін-өзі емдеу тәжірибесінің себептері мен оған әсер ететін факторларын анықтау</w:t>
      </w:r>
    </w:p>
    <w:p w:rsidR="00B632CA" w:rsidRPr="00F90E1B" w:rsidRDefault="00B632CA" w:rsidP="00060EA2">
      <w:pPr>
        <w:pStyle w:val="1"/>
        <w:ind w:left="142" w:right="369"/>
      </w:pPr>
    </w:p>
    <w:p w:rsidR="00670021" w:rsidRDefault="00EB1D13" w:rsidP="00670021">
      <w:pPr>
        <w:widowControl/>
        <w:autoSpaceDE/>
        <w:autoSpaceDN/>
        <w:ind w:firstLine="567"/>
        <w:jc w:val="both"/>
        <w:rPr>
          <w:rFonts w:eastAsia="Calibri"/>
          <w:sz w:val="28"/>
          <w:szCs w:val="28"/>
        </w:rPr>
      </w:pPr>
      <w:r w:rsidRPr="00EB1D13">
        <w:rPr>
          <w:rFonts w:eastAsia="Calibri"/>
          <w:sz w:val="28"/>
          <w:szCs w:val="28"/>
        </w:rPr>
        <w:t>Тұрғындардың өзін-өзі емдеу тәжірибесінің себептері мен оған әсер ететін факторларын анықтау</w:t>
      </w:r>
      <w:r>
        <w:rPr>
          <w:rFonts w:eastAsia="Calibri"/>
          <w:sz w:val="28"/>
          <w:szCs w:val="28"/>
        </w:rPr>
        <w:t xml:space="preserve"> мақсатында </w:t>
      </w:r>
      <w:r w:rsidR="00704A75">
        <w:rPr>
          <w:rFonts w:eastAsia="Calibri"/>
          <w:sz w:val="28"/>
          <w:szCs w:val="28"/>
        </w:rPr>
        <w:t xml:space="preserve">алдынғы сауалнамада антибиотиктерге рецепт алмаған респонденттер </w:t>
      </w:r>
      <w:r w:rsidR="001A0EA7">
        <w:rPr>
          <w:rFonts w:eastAsia="Calibri"/>
          <w:sz w:val="28"/>
          <w:szCs w:val="28"/>
        </w:rPr>
        <w:t xml:space="preserve">арасында сауалнама жүргізілді. </w:t>
      </w:r>
      <w:r w:rsidR="009423E3" w:rsidRPr="00670021">
        <w:rPr>
          <w:rFonts w:eastAsia="Calibri"/>
          <w:sz w:val="28"/>
          <w:szCs w:val="28"/>
        </w:rPr>
        <w:t xml:space="preserve">Сауалнамаға 253 адам қатысты, олардың </w:t>
      </w:r>
      <w:r w:rsidR="00B632CA" w:rsidRPr="00670021">
        <w:rPr>
          <w:rFonts w:eastAsia="Calibri"/>
          <w:sz w:val="28"/>
          <w:szCs w:val="28"/>
        </w:rPr>
        <w:t xml:space="preserve">85 (33,6%) </w:t>
      </w:r>
      <w:r w:rsidR="009423E3" w:rsidRPr="00670021">
        <w:rPr>
          <w:rFonts w:eastAsia="Calibri"/>
          <w:sz w:val="28"/>
          <w:szCs w:val="28"/>
        </w:rPr>
        <w:t>ерлер</w:t>
      </w:r>
      <w:r w:rsidR="00B632CA" w:rsidRPr="00670021">
        <w:rPr>
          <w:rFonts w:eastAsia="Calibri"/>
          <w:sz w:val="28"/>
          <w:szCs w:val="28"/>
        </w:rPr>
        <w:t xml:space="preserve">, 168  (66,4%) </w:t>
      </w:r>
      <w:r w:rsidR="009423E3" w:rsidRPr="00670021">
        <w:rPr>
          <w:rFonts w:eastAsia="Calibri"/>
          <w:sz w:val="28"/>
          <w:szCs w:val="28"/>
        </w:rPr>
        <w:t>әйелдер</w:t>
      </w:r>
      <w:r w:rsidR="00B632CA" w:rsidRPr="00670021">
        <w:rPr>
          <w:rFonts w:eastAsia="Calibri"/>
          <w:sz w:val="28"/>
          <w:szCs w:val="28"/>
        </w:rPr>
        <w:t xml:space="preserve">, </w:t>
      </w:r>
      <w:r w:rsidR="009423E3" w:rsidRPr="00670021">
        <w:rPr>
          <w:rFonts w:eastAsia="Calibri"/>
          <w:sz w:val="28"/>
          <w:szCs w:val="28"/>
        </w:rPr>
        <w:t xml:space="preserve">қатысқандардың </w:t>
      </w:r>
      <w:r w:rsidR="00B632CA" w:rsidRPr="00670021">
        <w:rPr>
          <w:rFonts w:eastAsia="Calibri"/>
          <w:sz w:val="28"/>
          <w:szCs w:val="28"/>
        </w:rPr>
        <w:t xml:space="preserve">185 (73,1%), </w:t>
      </w:r>
      <w:r w:rsidR="004A7CFA">
        <w:rPr>
          <w:rFonts w:eastAsia="Calibri"/>
          <w:sz w:val="28"/>
          <w:szCs w:val="28"/>
        </w:rPr>
        <w:t xml:space="preserve">жоғары білімі бар, </w:t>
      </w:r>
      <w:r w:rsidR="00B632CA" w:rsidRPr="00670021">
        <w:rPr>
          <w:rFonts w:eastAsia="Calibri"/>
          <w:sz w:val="28"/>
          <w:szCs w:val="28"/>
        </w:rPr>
        <w:t xml:space="preserve"> 155</w:t>
      </w:r>
      <w:r w:rsidR="00B632CA" w:rsidRPr="00670021">
        <w:rPr>
          <w:rFonts w:eastAsia="Calibri"/>
          <w:sz w:val="28"/>
          <w:szCs w:val="28"/>
        </w:rPr>
        <w:tab/>
        <w:t xml:space="preserve"> (61,3%)</w:t>
      </w:r>
      <w:r w:rsidR="009423E3" w:rsidRPr="00670021">
        <w:rPr>
          <w:rFonts w:eastAsia="Calibri"/>
          <w:sz w:val="28"/>
          <w:szCs w:val="28"/>
        </w:rPr>
        <w:t xml:space="preserve"> үйленген/тұрмыс құрған болды</w:t>
      </w:r>
      <w:r w:rsidR="00B632CA" w:rsidRPr="00670021">
        <w:rPr>
          <w:rFonts w:eastAsia="Calibri"/>
          <w:sz w:val="28"/>
          <w:szCs w:val="28"/>
        </w:rPr>
        <w:t xml:space="preserve">, </w:t>
      </w:r>
      <w:r w:rsidR="009423E3" w:rsidRPr="00670021">
        <w:rPr>
          <w:rFonts w:eastAsia="Calibri"/>
          <w:sz w:val="28"/>
          <w:szCs w:val="28"/>
        </w:rPr>
        <w:t xml:space="preserve">қатысушылардың </w:t>
      </w:r>
      <w:r w:rsidR="00B632CA" w:rsidRPr="00670021">
        <w:rPr>
          <w:rFonts w:eastAsia="Calibri"/>
          <w:sz w:val="28"/>
          <w:szCs w:val="28"/>
        </w:rPr>
        <w:t xml:space="preserve">207 (81,8%) </w:t>
      </w:r>
      <w:r w:rsidR="009423E3" w:rsidRPr="00670021">
        <w:rPr>
          <w:rFonts w:eastAsia="Calibri"/>
          <w:sz w:val="28"/>
          <w:szCs w:val="28"/>
        </w:rPr>
        <w:t xml:space="preserve">балалары бар, сұрастырылғандардың жартысынан көбі </w:t>
      </w:r>
      <w:r w:rsidR="00670021" w:rsidRPr="00670021">
        <w:rPr>
          <w:rFonts w:eastAsia="Calibri"/>
          <w:sz w:val="28"/>
          <w:szCs w:val="28"/>
        </w:rPr>
        <w:t>146 (57,7%) соңғы алты айдан антибиотиктер қабылдаған</w:t>
      </w:r>
      <w:r w:rsidR="001A0EA7">
        <w:rPr>
          <w:rFonts w:eastAsia="Calibri"/>
          <w:sz w:val="28"/>
          <w:szCs w:val="28"/>
        </w:rPr>
        <w:t xml:space="preserve"> (кесте </w:t>
      </w:r>
      <w:r w:rsidR="00955D6A">
        <w:rPr>
          <w:rFonts w:eastAsia="Calibri"/>
          <w:sz w:val="28"/>
          <w:szCs w:val="28"/>
        </w:rPr>
        <w:t>19</w:t>
      </w:r>
      <w:r w:rsidR="001A0EA7">
        <w:rPr>
          <w:rFonts w:eastAsia="Calibri"/>
          <w:sz w:val="28"/>
          <w:szCs w:val="28"/>
        </w:rPr>
        <w:t>)</w:t>
      </w:r>
      <w:r w:rsidR="00670021" w:rsidRPr="00670021">
        <w:rPr>
          <w:rFonts w:eastAsia="Calibri"/>
          <w:sz w:val="28"/>
          <w:szCs w:val="28"/>
        </w:rPr>
        <w:t>.</w:t>
      </w:r>
    </w:p>
    <w:p w:rsidR="00B632CA" w:rsidRPr="00670021" w:rsidRDefault="00670021" w:rsidP="00670021">
      <w:pPr>
        <w:widowControl/>
        <w:autoSpaceDE/>
        <w:autoSpaceDN/>
        <w:ind w:firstLine="567"/>
        <w:jc w:val="both"/>
        <w:rPr>
          <w:rFonts w:eastAsia="Calibri"/>
          <w:sz w:val="28"/>
          <w:szCs w:val="28"/>
        </w:rPr>
      </w:pPr>
      <w:r w:rsidRPr="00670021">
        <w:rPr>
          <w:rFonts w:eastAsia="Calibri"/>
          <w:sz w:val="28"/>
          <w:szCs w:val="28"/>
        </w:rPr>
        <w:t xml:space="preserve"> </w:t>
      </w:r>
    </w:p>
    <w:p w:rsidR="00B632CA" w:rsidRDefault="00670021" w:rsidP="00B632CA">
      <w:pPr>
        <w:widowControl/>
        <w:adjustRightInd w:val="0"/>
        <w:rPr>
          <w:rFonts w:eastAsia="Calibri"/>
          <w:sz w:val="28"/>
          <w:szCs w:val="28"/>
          <w:lang w:val="ru-RU"/>
        </w:rPr>
      </w:pPr>
      <w:r w:rsidRPr="001A0EA7">
        <w:rPr>
          <w:rFonts w:eastAsia="Calibri"/>
          <w:sz w:val="28"/>
          <w:szCs w:val="28"/>
          <w:lang w:val="ru-RU"/>
        </w:rPr>
        <w:t>Кесте</w:t>
      </w:r>
      <w:r w:rsidR="00B632CA" w:rsidRPr="001A0EA7">
        <w:rPr>
          <w:rFonts w:eastAsia="Calibri"/>
          <w:sz w:val="28"/>
          <w:szCs w:val="28"/>
          <w:lang w:val="ru-RU"/>
        </w:rPr>
        <w:t xml:space="preserve"> 1</w:t>
      </w:r>
      <w:r w:rsidR="00955D6A">
        <w:rPr>
          <w:rFonts w:eastAsia="Calibri"/>
          <w:sz w:val="28"/>
          <w:szCs w:val="28"/>
          <w:lang w:val="ru-RU"/>
        </w:rPr>
        <w:t>9</w:t>
      </w:r>
      <w:r w:rsidR="00B632CA" w:rsidRPr="001A0EA7">
        <w:rPr>
          <w:rFonts w:eastAsia="Calibri"/>
          <w:sz w:val="28"/>
          <w:szCs w:val="28"/>
          <w:lang w:val="ru-RU"/>
        </w:rPr>
        <w:t xml:space="preserve"> – </w:t>
      </w:r>
      <w:r w:rsidRPr="001A0EA7">
        <w:rPr>
          <w:rFonts w:eastAsia="Calibri"/>
          <w:sz w:val="28"/>
          <w:szCs w:val="28"/>
          <w:lang w:val="ru-RU"/>
        </w:rPr>
        <w:t>Сауалнамаға қатысушылардың сипаттамасы</w:t>
      </w:r>
    </w:p>
    <w:p w:rsidR="001A0EA7" w:rsidRPr="001A0EA7" w:rsidRDefault="001A0EA7" w:rsidP="00B632CA">
      <w:pPr>
        <w:widowControl/>
        <w:adjustRightInd w:val="0"/>
        <w:rPr>
          <w:rFonts w:eastAsia="Calibri"/>
          <w:sz w:val="28"/>
          <w:szCs w:val="28"/>
          <w:lang w:val="ru-RU"/>
        </w:rPr>
      </w:pPr>
    </w:p>
    <w:tbl>
      <w:tblPr>
        <w:tblStyle w:val="aa"/>
        <w:tblW w:w="0" w:type="auto"/>
        <w:tblLook w:val="04A0" w:firstRow="1" w:lastRow="0" w:firstColumn="1" w:lastColumn="0" w:noHBand="0" w:noVBand="1"/>
      </w:tblPr>
      <w:tblGrid>
        <w:gridCol w:w="1246"/>
        <w:gridCol w:w="3910"/>
        <w:gridCol w:w="2085"/>
        <w:gridCol w:w="2329"/>
      </w:tblGrid>
      <w:tr w:rsidR="00B632CA" w:rsidRPr="001A0EA7" w:rsidTr="00E97EA4">
        <w:tc>
          <w:tcPr>
            <w:tcW w:w="5156" w:type="dxa"/>
            <w:gridSpan w:val="2"/>
          </w:tcPr>
          <w:p w:rsidR="00B632CA" w:rsidRPr="001A0EA7" w:rsidRDefault="00670021" w:rsidP="00B632CA">
            <w:pPr>
              <w:rPr>
                <w:rFonts w:eastAsia="Calibri"/>
                <w:sz w:val="24"/>
                <w:szCs w:val="24"/>
                <w:lang w:val="ru-RU"/>
              </w:rPr>
            </w:pPr>
            <w:r w:rsidRPr="001A0EA7">
              <w:rPr>
                <w:rFonts w:eastAsia="Calibri"/>
                <w:sz w:val="24"/>
                <w:szCs w:val="24"/>
                <w:lang w:val="ru-RU"/>
              </w:rPr>
              <w:t>Айнымалылар</w:t>
            </w:r>
          </w:p>
        </w:tc>
        <w:tc>
          <w:tcPr>
            <w:tcW w:w="2085" w:type="dxa"/>
          </w:tcPr>
          <w:p w:rsidR="00B632CA" w:rsidRPr="001A0EA7" w:rsidRDefault="00B632CA" w:rsidP="00B632CA">
            <w:pPr>
              <w:jc w:val="center"/>
              <w:rPr>
                <w:rFonts w:eastAsia="Calibri"/>
                <w:sz w:val="24"/>
                <w:szCs w:val="24"/>
                <w:lang w:val="en-US"/>
              </w:rPr>
            </w:pPr>
            <w:r w:rsidRPr="001A0EA7">
              <w:rPr>
                <w:rFonts w:eastAsia="Calibri"/>
                <w:sz w:val="24"/>
                <w:szCs w:val="24"/>
                <w:lang w:val="en-US"/>
              </w:rPr>
              <w:t>n</w:t>
            </w:r>
          </w:p>
        </w:tc>
        <w:tc>
          <w:tcPr>
            <w:tcW w:w="2329" w:type="dxa"/>
          </w:tcPr>
          <w:p w:rsidR="00B632CA" w:rsidRPr="001A0EA7" w:rsidRDefault="00B632CA" w:rsidP="00B632CA">
            <w:pPr>
              <w:jc w:val="center"/>
              <w:rPr>
                <w:rFonts w:eastAsia="Calibri"/>
                <w:sz w:val="24"/>
                <w:szCs w:val="24"/>
                <w:lang w:val="en-US"/>
              </w:rPr>
            </w:pPr>
            <w:r w:rsidRPr="001A0EA7">
              <w:rPr>
                <w:rFonts w:eastAsia="Calibri"/>
                <w:sz w:val="24"/>
                <w:szCs w:val="24"/>
                <w:lang w:val="en-US"/>
              </w:rPr>
              <w:t>%</w:t>
            </w:r>
          </w:p>
        </w:tc>
      </w:tr>
      <w:tr w:rsidR="00B632CA" w:rsidRPr="001A0EA7" w:rsidTr="00E97EA4">
        <w:tc>
          <w:tcPr>
            <w:tcW w:w="5156" w:type="dxa"/>
            <w:gridSpan w:val="2"/>
          </w:tcPr>
          <w:p w:rsidR="00B632CA" w:rsidRPr="001A0EA7" w:rsidRDefault="00670021" w:rsidP="00B632CA">
            <w:pPr>
              <w:jc w:val="both"/>
              <w:rPr>
                <w:rFonts w:eastAsia="Calibri"/>
                <w:sz w:val="24"/>
                <w:szCs w:val="24"/>
                <w:lang w:val="ru-RU"/>
              </w:rPr>
            </w:pPr>
            <w:r w:rsidRPr="001A0EA7">
              <w:rPr>
                <w:rFonts w:eastAsia="Calibri"/>
                <w:sz w:val="24"/>
                <w:szCs w:val="24"/>
                <w:lang w:val="ru-RU"/>
              </w:rPr>
              <w:t>Жынысы</w:t>
            </w:r>
          </w:p>
        </w:tc>
        <w:tc>
          <w:tcPr>
            <w:tcW w:w="2085" w:type="dxa"/>
          </w:tcPr>
          <w:p w:rsidR="00B632CA" w:rsidRPr="001A0EA7" w:rsidRDefault="00B632CA" w:rsidP="00B632CA">
            <w:pPr>
              <w:jc w:val="center"/>
              <w:rPr>
                <w:rFonts w:eastAsia="Calibri"/>
                <w:sz w:val="24"/>
                <w:szCs w:val="24"/>
                <w:lang w:val="ru-RU"/>
              </w:rPr>
            </w:pPr>
          </w:p>
        </w:tc>
        <w:tc>
          <w:tcPr>
            <w:tcW w:w="2329" w:type="dxa"/>
          </w:tcPr>
          <w:p w:rsidR="00B632CA" w:rsidRPr="001A0EA7" w:rsidRDefault="00B632CA" w:rsidP="00B632CA">
            <w:pPr>
              <w:jc w:val="center"/>
              <w:rPr>
                <w:rFonts w:eastAsia="Calibri"/>
                <w:sz w:val="24"/>
                <w:szCs w:val="24"/>
                <w:lang w:val="ru-RU"/>
              </w:rPr>
            </w:pPr>
          </w:p>
        </w:tc>
      </w:tr>
      <w:tr w:rsidR="00B632CA" w:rsidRPr="001A0EA7" w:rsidTr="00E97EA4">
        <w:tc>
          <w:tcPr>
            <w:tcW w:w="1246" w:type="dxa"/>
            <w:vMerge w:val="restart"/>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Ер</w:t>
            </w:r>
            <w:r w:rsidR="00B632CA" w:rsidRPr="001A0EA7">
              <w:rPr>
                <w:rFonts w:eastAsia="Calibri"/>
                <w:sz w:val="24"/>
                <w:szCs w:val="24"/>
                <w:lang w:val="ru-RU"/>
              </w:rPr>
              <w:t xml:space="preserve"> </w:t>
            </w:r>
          </w:p>
        </w:tc>
        <w:tc>
          <w:tcPr>
            <w:tcW w:w="2085" w:type="dxa"/>
          </w:tcPr>
          <w:p w:rsidR="00B632CA" w:rsidRPr="001A0EA7" w:rsidRDefault="00B632CA" w:rsidP="00B632CA">
            <w:pPr>
              <w:jc w:val="center"/>
              <w:rPr>
                <w:rFonts w:eastAsia="Calibri"/>
                <w:b/>
                <w:sz w:val="24"/>
                <w:szCs w:val="24"/>
                <w:lang w:val="ru-RU"/>
              </w:rPr>
            </w:pPr>
            <w:r w:rsidRPr="001A0EA7">
              <w:rPr>
                <w:rFonts w:eastAsia="Calibri"/>
                <w:sz w:val="24"/>
                <w:szCs w:val="24"/>
                <w:lang w:val="ru-RU"/>
              </w:rPr>
              <w:t>85</w:t>
            </w:r>
          </w:p>
        </w:tc>
        <w:tc>
          <w:tcPr>
            <w:tcW w:w="2329" w:type="dxa"/>
          </w:tcPr>
          <w:p w:rsidR="00B632CA" w:rsidRPr="001A0EA7" w:rsidRDefault="00B632CA" w:rsidP="00B632CA">
            <w:pPr>
              <w:jc w:val="center"/>
              <w:rPr>
                <w:rFonts w:eastAsia="Calibri"/>
                <w:b/>
                <w:sz w:val="24"/>
                <w:szCs w:val="24"/>
                <w:lang w:val="ru-RU"/>
              </w:rPr>
            </w:pPr>
            <w:r w:rsidRPr="001A0EA7">
              <w:rPr>
                <w:rFonts w:eastAsia="Calibri"/>
                <w:sz w:val="24"/>
                <w:szCs w:val="24"/>
                <w:lang w:val="ru-RU"/>
              </w:rPr>
              <w:t>33,6</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Әйел</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168</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66,4</w:t>
            </w:r>
            <w:r w:rsidRPr="001A0EA7">
              <w:rPr>
                <w:rFonts w:eastAsia="Calibri"/>
                <w:sz w:val="24"/>
                <w:szCs w:val="24"/>
                <w:lang w:val="en-US"/>
              </w:rPr>
              <w:t>%</w:t>
            </w:r>
          </w:p>
        </w:tc>
      </w:tr>
      <w:tr w:rsidR="00B632CA" w:rsidRPr="001A0EA7" w:rsidTr="00E97EA4">
        <w:tc>
          <w:tcPr>
            <w:tcW w:w="5156" w:type="dxa"/>
            <w:gridSpan w:val="2"/>
          </w:tcPr>
          <w:p w:rsidR="00B632CA" w:rsidRPr="001A0EA7" w:rsidRDefault="00670021" w:rsidP="00B632CA">
            <w:pPr>
              <w:rPr>
                <w:rFonts w:eastAsia="Calibri"/>
                <w:sz w:val="24"/>
                <w:szCs w:val="24"/>
                <w:lang w:val="ru-RU"/>
              </w:rPr>
            </w:pPr>
            <w:r w:rsidRPr="001A0EA7">
              <w:rPr>
                <w:rFonts w:eastAsia="Calibri"/>
                <w:sz w:val="24"/>
                <w:szCs w:val="24"/>
                <w:lang w:val="ru-RU"/>
              </w:rPr>
              <w:t>Отбасы жағдайы</w:t>
            </w:r>
            <w:r w:rsidR="00B632CA" w:rsidRPr="001A0EA7">
              <w:rPr>
                <w:rFonts w:eastAsia="Calibri"/>
                <w:sz w:val="24"/>
                <w:szCs w:val="24"/>
                <w:lang w:val="ru-RU"/>
              </w:rPr>
              <w:t xml:space="preserve"> </w:t>
            </w:r>
          </w:p>
        </w:tc>
        <w:tc>
          <w:tcPr>
            <w:tcW w:w="2085" w:type="dxa"/>
          </w:tcPr>
          <w:p w:rsidR="00B632CA" w:rsidRPr="001A0EA7" w:rsidRDefault="00B632CA" w:rsidP="00B632CA">
            <w:pPr>
              <w:jc w:val="center"/>
              <w:rPr>
                <w:rFonts w:eastAsia="Calibri"/>
                <w:sz w:val="24"/>
                <w:szCs w:val="24"/>
                <w:lang w:val="ru-RU"/>
              </w:rPr>
            </w:pPr>
          </w:p>
        </w:tc>
        <w:tc>
          <w:tcPr>
            <w:tcW w:w="2329" w:type="dxa"/>
          </w:tcPr>
          <w:p w:rsidR="00B632CA" w:rsidRPr="001A0EA7" w:rsidRDefault="00B632CA" w:rsidP="00B632CA">
            <w:pPr>
              <w:jc w:val="center"/>
              <w:rPr>
                <w:rFonts w:eastAsia="Calibri"/>
                <w:sz w:val="24"/>
                <w:szCs w:val="24"/>
                <w:lang w:val="ru-RU"/>
              </w:rPr>
            </w:pPr>
          </w:p>
        </w:tc>
      </w:tr>
      <w:tr w:rsidR="00B632CA" w:rsidRPr="001A0EA7" w:rsidTr="00E97EA4">
        <w:tc>
          <w:tcPr>
            <w:tcW w:w="1246" w:type="dxa"/>
            <w:vMerge w:val="restart"/>
          </w:tcPr>
          <w:p w:rsidR="00B632CA" w:rsidRPr="001A0EA7" w:rsidRDefault="00B632CA" w:rsidP="00B632CA">
            <w:pPr>
              <w:rPr>
                <w:rFonts w:eastAsia="Calibri"/>
                <w:sz w:val="24"/>
                <w:szCs w:val="24"/>
                <w:lang w:val="ru-RU"/>
              </w:rPr>
            </w:pPr>
          </w:p>
        </w:tc>
        <w:tc>
          <w:tcPr>
            <w:tcW w:w="3910" w:type="dxa"/>
          </w:tcPr>
          <w:p w:rsidR="00B632CA" w:rsidRPr="001A0EA7" w:rsidRDefault="00670021" w:rsidP="00670021">
            <w:pPr>
              <w:rPr>
                <w:rFonts w:eastAsia="Calibri"/>
                <w:sz w:val="24"/>
                <w:szCs w:val="24"/>
                <w:lang w:val="ru-RU"/>
              </w:rPr>
            </w:pPr>
            <w:r w:rsidRPr="001A0EA7">
              <w:rPr>
                <w:rFonts w:eastAsia="Calibri"/>
                <w:sz w:val="24"/>
                <w:szCs w:val="24"/>
                <w:lang w:val="ru-RU"/>
              </w:rPr>
              <w:t>Үйленген</w:t>
            </w:r>
            <w:r w:rsidR="00B632CA" w:rsidRPr="001A0EA7">
              <w:rPr>
                <w:rFonts w:eastAsia="Calibri"/>
                <w:sz w:val="24"/>
                <w:szCs w:val="24"/>
                <w:lang w:val="ru-RU"/>
              </w:rPr>
              <w:t xml:space="preserve"> /</w:t>
            </w:r>
            <w:r w:rsidRPr="001A0EA7">
              <w:rPr>
                <w:rFonts w:eastAsia="Calibri"/>
                <w:sz w:val="24"/>
                <w:szCs w:val="24"/>
                <w:lang w:val="ru-RU"/>
              </w:rPr>
              <w:t>тұрмыс құрған</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185</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73,1</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670021">
            <w:pPr>
              <w:rPr>
                <w:rFonts w:eastAsia="Calibri"/>
                <w:sz w:val="24"/>
                <w:szCs w:val="24"/>
                <w:lang w:val="ru-RU"/>
              </w:rPr>
            </w:pPr>
            <w:r w:rsidRPr="001A0EA7">
              <w:rPr>
                <w:rFonts w:eastAsia="Calibri"/>
                <w:sz w:val="24"/>
                <w:szCs w:val="24"/>
                <w:lang w:val="ru-RU"/>
              </w:rPr>
              <w:t>Үйленбеген</w:t>
            </w:r>
            <w:r w:rsidR="00B632CA" w:rsidRPr="001A0EA7">
              <w:rPr>
                <w:rFonts w:eastAsia="Calibri"/>
                <w:sz w:val="24"/>
                <w:szCs w:val="24"/>
                <w:lang w:val="ru-RU"/>
              </w:rPr>
              <w:t>/</w:t>
            </w:r>
            <w:r w:rsidRPr="001A0EA7">
              <w:rPr>
                <w:rFonts w:eastAsia="Calibri"/>
                <w:sz w:val="24"/>
                <w:szCs w:val="24"/>
                <w:lang w:val="ru-RU"/>
              </w:rPr>
              <w:t>тұрмыс құрмаған</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43</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17,0</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Ажырасқан</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18</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7,1</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Жесір</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7</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2,8</w:t>
            </w:r>
            <w:r w:rsidRPr="001A0EA7">
              <w:rPr>
                <w:rFonts w:eastAsia="Calibri"/>
                <w:sz w:val="24"/>
                <w:szCs w:val="24"/>
                <w:lang w:val="en-US"/>
              </w:rPr>
              <w:t>%</w:t>
            </w:r>
          </w:p>
        </w:tc>
      </w:tr>
      <w:tr w:rsidR="00B632CA" w:rsidRPr="001A0EA7" w:rsidTr="00E97EA4">
        <w:tc>
          <w:tcPr>
            <w:tcW w:w="5156" w:type="dxa"/>
            <w:gridSpan w:val="2"/>
          </w:tcPr>
          <w:p w:rsidR="00B632CA" w:rsidRPr="001A0EA7" w:rsidRDefault="00670021" w:rsidP="00B632CA">
            <w:pPr>
              <w:rPr>
                <w:rFonts w:eastAsia="Calibri"/>
                <w:sz w:val="24"/>
                <w:szCs w:val="24"/>
                <w:lang w:val="ru-RU"/>
              </w:rPr>
            </w:pPr>
            <w:r w:rsidRPr="001A0EA7">
              <w:rPr>
                <w:rFonts w:eastAsia="Calibri"/>
                <w:sz w:val="24"/>
                <w:szCs w:val="24"/>
                <w:lang w:val="ru-RU"/>
              </w:rPr>
              <w:t>Білімі</w:t>
            </w:r>
          </w:p>
        </w:tc>
        <w:tc>
          <w:tcPr>
            <w:tcW w:w="2085" w:type="dxa"/>
          </w:tcPr>
          <w:p w:rsidR="00B632CA" w:rsidRPr="001A0EA7" w:rsidRDefault="00B632CA" w:rsidP="00B632CA">
            <w:pPr>
              <w:jc w:val="center"/>
              <w:rPr>
                <w:rFonts w:eastAsia="Calibri"/>
                <w:sz w:val="24"/>
                <w:szCs w:val="24"/>
                <w:lang w:val="ru-RU"/>
              </w:rPr>
            </w:pPr>
          </w:p>
        </w:tc>
        <w:tc>
          <w:tcPr>
            <w:tcW w:w="2329" w:type="dxa"/>
          </w:tcPr>
          <w:p w:rsidR="00B632CA" w:rsidRPr="001A0EA7" w:rsidRDefault="00B632CA" w:rsidP="00B632CA">
            <w:pPr>
              <w:jc w:val="center"/>
              <w:rPr>
                <w:rFonts w:eastAsia="Calibri"/>
                <w:sz w:val="24"/>
                <w:szCs w:val="24"/>
                <w:lang w:val="ru-RU"/>
              </w:rPr>
            </w:pPr>
          </w:p>
        </w:tc>
      </w:tr>
      <w:tr w:rsidR="00B632CA" w:rsidRPr="001A0EA7" w:rsidTr="00E97EA4">
        <w:tc>
          <w:tcPr>
            <w:tcW w:w="1246" w:type="dxa"/>
            <w:vMerge w:val="restart"/>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Жоғары</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155</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61,3</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rPr>
            </w:pPr>
            <w:r w:rsidRPr="001A0EA7">
              <w:rPr>
                <w:rFonts w:eastAsia="Calibri"/>
                <w:sz w:val="24"/>
                <w:szCs w:val="24"/>
                <w:lang w:val="ru-RU"/>
              </w:rPr>
              <w:t>Арнайы-</w:t>
            </w:r>
            <w:r w:rsidRPr="001A0EA7">
              <w:rPr>
                <w:rFonts w:eastAsia="Calibri"/>
                <w:sz w:val="24"/>
                <w:szCs w:val="24"/>
              </w:rPr>
              <w:t>орта</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79</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31,2</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Орта</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19</w:t>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7,5</w:t>
            </w:r>
            <w:r w:rsidRPr="001A0EA7">
              <w:rPr>
                <w:rFonts w:eastAsia="Calibri"/>
                <w:sz w:val="24"/>
                <w:szCs w:val="24"/>
                <w:lang w:val="en-US"/>
              </w:rPr>
              <w:t>%</w:t>
            </w:r>
          </w:p>
        </w:tc>
      </w:tr>
      <w:tr w:rsidR="00B632CA" w:rsidRPr="001A0EA7" w:rsidTr="00E97EA4">
        <w:tc>
          <w:tcPr>
            <w:tcW w:w="5156" w:type="dxa"/>
            <w:gridSpan w:val="2"/>
          </w:tcPr>
          <w:p w:rsidR="00B632CA" w:rsidRPr="001A0EA7" w:rsidRDefault="00670021" w:rsidP="00B632CA">
            <w:pPr>
              <w:rPr>
                <w:rFonts w:eastAsia="Calibri"/>
                <w:sz w:val="24"/>
                <w:szCs w:val="24"/>
                <w:lang w:val="ru-RU"/>
              </w:rPr>
            </w:pPr>
            <w:r w:rsidRPr="001A0EA7">
              <w:rPr>
                <w:rFonts w:eastAsia="Calibri"/>
                <w:sz w:val="24"/>
                <w:szCs w:val="24"/>
                <w:lang w:val="ru-RU"/>
              </w:rPr>
              <w:t>Балаларының болуы</w:t>
            </w:r>
            <w:r w:rsidR="00B632CA" w:rsidRPr="001A0EA7">
              <w:rPr>
                <w:rFonts w:eastAsia="Calibri"/>
                <w:sz w:val="24"/>
                <w:szCs w:val="24"/>
                <w:lang w:val="ru-RU"/>
              </w:rPr>
              <w:t xml:space="preserve"> </w:t>
            </w:r>
          </w:p>
        </w:tc>
        <w:tc>
          <w:tcPr>
            <w:tcW w:w="2085" w:type="dxa"/>
          </w:tcPr>
          <w:p w:rsidR="00B632CA" w:rsidRPr="001A0EA7" w:rsidRDefault="00B632CA" w:rsidP="00B632CA">
            <w:pPr>
              <w:jc w:val="center"/>
              <w:rPr>
                <w:rFonts w:eastAsia="Calibri"/>
                <w:sz w:val="24"/>
                <w:szCs w:val="24"/>
                <w:lang w:val="ru-RU"/>
              </w:rPr>
            </w:pPr>
          </w:p>
        </w:tc>
        <w:tc>
          <w:tcPr>
            <w:tcW w:w="2329" w:type="dxa"/>
          </w:tcPr>
          <w:p w:rsidR="00B632CA" w:rsidRPr="001A0EA7" w:rsidRDefault="00B632CA" w:rsidP="00B632CA">
            <w:pPr>
              <w:jc w:val="center"/>
              <w:rPr>
                <w:rFonts w:eastAsia="Calibri"/>
                <w:sz w:val="24"/>
                <w:szCs w:val="24"/>
                <w:lang w:val="ru-RU"/>
              </w:rPr>
            </w:pPr>
          </w:p>
        </w:tc>
      </w:tr>
      <w:tr w:rsidR="00B632CA" w:rsidRPr="001A0EA7" w:rsidTr="00E97EA4">
        <w:tc>
          <w:tcPr>
            <w:tcW w:w="1246" w:type="dxa"/>
            <w:vMerge w:val="restart"/>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Бар</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207</w:t>
            </w:r>
            <w:r w:rsidRPr="001A0EA7">
              <w:rPr>
                <w:rFonts w:eastAsia="Calibri"/>
                <w:sz w:val="24"/>
                <w:szCs w:val="24"/>
                <w:lang w:val="ru-RU"/>
              </w:rPr>
              <w:tab/>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81,8</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Жоқ</w:t>
            </w:r>
            <w:r w:rsidR="00B632CA" w:rsidRPr="001A0EA7">
              <w:rPr>
                <w:rFonts w:eastAsia="Calibri"/>
                <w:sz w:val="24"/>
                <w:szCs w:val="24"/>
                <w:lang w:val="ru-RU"/>
              </w:rPr>
              <w:t xml:space="preserve"> </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46</w:t>
            </w:r>
            <w:r w:rsidRPr="001A0EA7">
              <w:rPr>
                <w:rFonts w:eastAsia="Calibri"/>
                <w:sz w:val="24"/>
                <w:szCs w:val="24"/>
                <w:lang w:val="ru-RU"/>
              </w:rPr>
              <w:tab/>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18,2</w:t>
            </w:r>
            <w:r w:rsidRPr="001A0EA7">
              <w:rPr>
                <w:rFonts w:eastAsia="Calibri"/>
                <w:sz w:val="24"/>
                <w:szCs w:val="24"/>
                <w:lang w:val="en-US"/>
              </w:rPr>
              <w:t>%</w:t>
            </w:r>
          </w:p>
        </w:tc>
      </w:tr>
      <w:tr w:rsidR="00B632CA" w:rsidRPr="001A0EA7" w:rsidTr="00E97EA4">
        <w:tc>
          <w:tcPr>
            <w:tcW w:w="5156" w:type="dxa"/>
            <w:gridSpan w:val="2"/>
          </w:tcPr>
          <w:p w:rsidR="00B632CA" w:rsidRPr="001A0EA7" w:rsidRDefault="00670021" w:rsidP="00B632CA">
            <w:pPr>
              <w:rPr>
                <w:rFonts w:eastAsia="Calibri"/>
                <w:sz w:val="24"/>
                <w:szCs w:val="24"/>
              </w:rPr>
            </w:pPr>
            <w:r w:rsidRPr="001A0EA7">
              <w:rPr>
                <w:rFonts w:eastAsia="Calibri"/>
                <w:sz w:val="24"/>
                <w:szCs w:val="24"/>
              </w:rPr>
              <w:t>Сіз соңғы алты айда антибиотиктерді қабылдадыныз ба</w:t>
            </w:r>
            <w:r w:rsidR="00B632CA" w:rsidRPr="001A0EA7">
              <w:rPr>
                <w:rFonts w:eastAsia="Calibri"/>
                <w:sz w:val="24"/>
                <w:szCs w:val="24"/>
              </w:rPr>
              <w:t>?</w:t>
            </w:r>
          </w:p>
        </w:tc>
        <w:tc>
          <w:tcPr>
            <w:tcW w:w="2085" w:type="dxa"/>
          </w:tcPr>
          <w:p w:rsidR="00B632CA" w:rsidRPr="001A0EA7" w:rsidRDefault="00B632CA" w:rsidP="00B632CA">
            <w:pPr>
              <w:jc w:val="center"/>
              <w:rPr>
                <w:rFonts w:eastAsia="Calibri"/>
                <w:sz w:val="24"/>
                <w:szCs w:val="24"/>
              </w:rPr>
            </w:pPr>
          </w:p>
        </w:tc>
        <w:tc>
          <w:tcPr>
            <w:tcW w:w="2329" w:type="dxa"/>
          </w:tcPr>
          <w:p w:rsidR="00B632CA" w:rsidRPr="001A0EA7" w:rsidRDefault="00B632CA" w:rsidP="00B632CA">
            <w:pPr>
              <w:jc w:val="center"/>
              <w:rPr>
                <w:rFonts w:eastAsia="Calibri"/>
                <w:sz w:val="24"/>
                <w:szCs w:val="24"/>
              </w:rPr>
            </w:pPr>
          </w:p>
        </w:tc>
      </w:tr>
      <w:tr w:rsidR="00B632CA" w:rsidRPr="001A0EA7" w:rsidTr="00E97EA4">
        <w:tc>
          <w:tcPr>
            <w:tcW w:w="1246" w:type="dxa"/>
            <w:vMerge w:val="restart"/>
          </w:tcPr>
          <w:p w:rsidR="00B632CA" w:rsidRPr="001A0EA7" w:rsidRDefault="00B632CA" w:rsidP="00B632CA">
            <w:pPr>
              <w:rPr>
                <w:rFonts w:eastAsia="Calibri"/>
                <w:sz w:val="24"/>
                <w:szCs w:val="24"/>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Иә</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146</w:t>
            </w:r>
            <w:r w:rsidRPr="001A0EA7">
              <w:rPr>
                <w:rFonts w:eastAsia="Calibri"/>
                <w:sz w:val="24"/>
                <w:szCs w:val="24"/>
                <w:lang w:val="ru-RU"/>
              </w:rPr>
              <w:tab/>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57,7</w:t>
            </w:r>
            <w:r w:rsidRPr="001A0EA7">
              <w:rPr>
                <w:rFonts w:eastAsia="Calibri"/>
                <w:sz w:val="24"/>
                <w:szCs w:val="24"/>
                <w:lang w:val="en-US"/>
              </w:rPr>
              <w:t>%</w:t>
            </w:r>
          </w:p>
        </w:tc>
      </w:tr>
      <w:tr w:rsidR="00B632CA" w:rsidRPr="001A0EA7" w:rsidTr="00E97EA4">
        <w:tc>
          <w:tcPr>
            <w:tcW w:w="1246" w:type="dxa"/>
            <w:vMerge/>
          </w:tcPr>
          <w:p w:rsidR="00B632CA" w:rsidRPr="001A0EA7" w:rsidRDefault="00B632CA" w:rsidP="00B632CA">
            <w:pPr>
              <w:rPr>
                <w:rFonts w:eastAsia="Calibri"/>
                <w:sz w:val="24"/>
                <w:szCs w:val="24"/>
                <w:lang w:val="ru-RU"/>
              </w:rPr>
            </w:pPr>
          </w:p>
        </w:tc>
        <w:tc>
          <w:tcPr>
            <w:tcW w:w="3910" w:type="dxa"/>
          </w:tcPr>
          <w:p w:rsidR="00B632CA" w:rsidRPr="001A0EA7" w:rsidRDefault="00670021" w:rsidP="00B632CA">
            <w:pPr>
              <w:rPr>
                <w:rFonts w:eastAsia="Calibri"/>
                <w:sz w:val="24"/>
                <w:szCs w:val="24"/>
                <w:lang w:val="ru-RU"/>
              </w:rPr>
            </w:pPr>
            <w:r w:rsidRPr="001A0EA7">
              <w:rPr>
                <w:rFonts w:eastAsia="Calibri"/>
                <w:sz w:val="24"/>
                <w:szCs w:val="24"/>
                <w:lang w:val="ru-RU"/>
              </w:rPr>
              <w:t>Жоқ</w:t>
            </w:r>
          </w:p>
        </w:tc>
        <w:tc>
          <w:tcPr>
            <w:tcW w:w="2085"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107</w:t>
            </w:r>
            <w:r w:rsidRPr="001A0EA7">
              <w:rPr>
                <w:rFonts w:eastAsia="Calibri"/>
                <w:sz w:val="24"/>
                <w:szCs w:val="24"/>
                <w:lang w:val="ru-RU"/>
              </w:rPr>
              <w:tab/>
            </w:r>
          </w:p>
        </w:tc>
        <w:tc>
          <w:tcPr>
            <w:tcW w:w="2329" w:type="dxa"/>
          </w:tcPr>
          <w:p w:rsidR="00B632CA" w:rsidRPr="001A0EA7" w:rsidRDefault="00B632CA" w:rsidP="00B632CA">
            <w:pPr>
              <w:jc w:val="center"/>
              <w:rPr>
                <w:rFonts w:eastAsia="Calibri"/>
                <w:sz w:val="24"/>
                <w:szCs w:val="24"/>
                <w:lang w:val="ru-RU"/>
              </w:rPr>
            </w:pPr>
            <w:r w:rsidRPr="001A0EA7">
              <w:rPr>
                <w:rFonts w:eastAsia="Calibri"/>
                <w:sz w:val="24"/>
                <w:szCs w:val="24"/>
                <w:lang w:val="ru-RU"/>
              </w:rPr>
              <w:t>42,3</w:t>
            </w:r>
            <w:r w:rsidRPr="001A0EA7">
              <w:rPr>
                <w:rFonts w:eastAsia="Calibri"/>
                <w:sz w:val="24"/>
                <w:szCs w:val="24"/>
                <w:lang w:val="en-US"/>
              </w:rPr>
              <w:t>%</w:t>
            </w:r>
          </w:p>
        </w:tc>
      </w:tr>
    </w:tbl>
    <w:p w:rsidR="00B632CA" w:rsidRPr="00D7737E" w:rsidRDefault="00B632CA" w:rsidP="00B632CA">
      <w:pPr>
        <w:widowControl/>
        <w:autoSpaceDE/>
        <w:autoSpaceDN/>
        <w:jc w:val="both"/>
        <w:rPr>
          <w:rFonts w:eastAsia="Calibri"/>
          <w:sz w:val="28"/>
          <w:szCs w:val="28"/>
          <w:highlight w:val="yellow"/>
          <w:lang w:val="ru-RU"/>
        </w:rPr>
      </w:pPr>
    </w:p>
    <w:p w:rsidR="008C5D29" w:rsidRPr="0055073F" w:rsidRDefault="00670021" w:rsidP="0055073F">
      <w:pPr>
        <w:widowControl/>
        <w:autoSpaceDE/>
        <w:autoSpaceDN/>
        <w:ind w:firstLine="567"/>
        <w:jc w:val="both"/>
        <w:rPr>
          <w:rFonts w:eastAsia="Calibri"/>
          <w:sz w:val="28"/>
          <w:szCs w:val="28"/>
        </w:rPr>
      </w:pPr>
      <w:r w:rsidRPr="0055073F">
        <w:rPr>
          <w:rFonts w:eastAsia="Calibri"/>
          <w:sz w:val="28"/>
          <w:szCs w:val="28"/>
          <w:lang w:val="ru-RU"/>
        </w:rPr>
        <w:t>Сауалнама қатысушыларының орташа жасы 37,1 (95%С</w:t>
      </w:r>
      <w:r w:rsidR="009F0D60">
        <w:rPr>
          <w:rFonts w:eastAsia="Calibri"/>
          <w:sz w:val="28"/>
          <w:szCs w:val="28"/>
          <w:lang w:val="ru-RU"/>
        </w:rPr>
        <w:t xml:space="preserve">И:35,6-38,6) </w:t>
      </w:r>
      <w:r w:rsidR="00B632CA" w:rsidRPr="0055073F">
        <w:rPr>
          <w:rFonts w:eastAsia="Calibri"/>
          <w:sz w:val="28"/>
          <w:szCs w:val="28"/>
          <w:lang w:val="ru-RU"/>
        </w:rPr>
        <w:t xml:space="preserve"> СО=12,06, </w:t>
      </w:r>
      <w:r w:rsidRPr="0055073F">
        <w:rPr>
          <w:rFonts w:eastAsia="Calibri"/>
          <w:sz w:val="28"/>
          <w:szCs w:val="28"/>
          <w:lang w:val="ru-RU"/>
        </w:rPr>
        <w:t xml:space="preserve">ең жас респондент жасы </w:t>
      </w:r>
      <w:r w:rsidR="008C5D29" w:rsidRPr="0055073F">
        <w:rPr>
          <w:rFonts w:eastAsia="Calibri"/>
          <w:sz w:val="28"/>
          <w:szCs w:val="28"/>
          <w:lang w:val="ru-RU"/>
        </w:rPr>
        <w:t xml:space="preserve"> 18-</w:t>
      </w:r>
      <w:r w:rsidR="008C5D29" w:rsidRPr="0055073F">
        <w:rPr>
          <w:rFonts w:eastAsia="Calibri"/>
          <w:sz w:val="28"/>
          <w:szCs w:val="28"/>
        </w:rPr>
        <w:t>де</w:t>
      </w:r>
      <w:r w:rsidR="00B632CA" w:rsidRPr="0055073F">
        <w:rPr>
          <w:rFonts w:eastAsia="Calibri"/>
          <w:sz w:val="28"/>
          <w:szCs w:val="28"/>
          <w:lang w:val="ru-RU"/>
        </w:rPr>
        <w:t xml:space="preserve">, </w:t>
      </w:r>
      <w:r w:rsidR="008C5D29" w:rsidRPr="0055073F">
        <w:rPr>
          <w:rFonts w:eastAsia="Calibri"/>
          <w:sz w:val="28"/>
          <w:szCs w:val="28"/>
          <w:lang w:val="ru-RU"/>
        </w:rPr>
        <w:t xml:space="preserve">ең үлкені 67-де </w:t>
      </w:r>
      <w:r w:rsidR="008C5D29" w:rsidRPr="0055073F">
        <w:rPr>
          <w:rFonts w:eastAsia="Calibri"/>
          <w:sz w:val="28"/>
          <w:szCs w:val="28"/>
        </w:rPr>
        <w:t>болды.</w:t>
      </w:r>
    </w:p>
    <w:p w:rsidR="008C5D29" w:rsidRDefault="008C5D29" w:rsidP="00B632CA">
      <w:pPr>
        <w:widowControl/>
        <w:autoSpaceDE/>
        <w:autoSpaceDN/>
        <w:jc w:val="both"/>
        <w:rPr>
          <w:rFonts w:eastAsia="Calibri"/>
          <w:sz w:val="28"/>
          <w:szCs w:val="28"/>
          <w:highlight w:val="yellow"/>
        </w:rPr>
      </w:pPr>
    </w:p>
    <w:p w:rsidR="001A0EA7" w:rsidRPr="001A0EA7" w:rsidRDefault="00955D6A" w:rsidP="00FD1257">
      <w:pPr>
        <w:widowControl/>
        <w:autoSpaceDE/>
        <w:autoSpaceDN/>
        <w:jc w:val="both"/>
        <w:rPr>
          <w:rFonts w:eastAsia="Calibri"/>
          <w:sz w:val="28"/>
          <w:szCs w:val="28"/>
          <w:lang w:val="ru-RU"/>
        </w:rPr>
      </w:pPr>
      <w:r>
        <w:rPr>
          <w:rFonts w:eastAsia="Calibri"/>
          <w:sz w:val="28"/>
          <w:szCs w:val="28"/>
          <w:lang w:val="ru-RU"/>
        </w:rPr>
        <w:t>Кесте 20</w:t>
      </w:r>
      <w:r w:rsidR="00B632CA" w:rsidRPr="001A0EA7">
        <w:rPr>
          <w:rFonts w:eastAsia="Calibri"/>
          <w:sz w:val="28"/>
          <w:szCs w:val="28"/>
          <w:lang w:val="ru-RU"/>
        </w:rPr>
        <w:t xml:space="preserve"> – </w:t>
      </w:r>
      <w:r w:rsidR="008C5D29" w:rsidRPr="001A0EA7">
        <w:rPr>
          <w:rFonts w:eastAsia="Calibri"/>
          <w:sz w:val="28"/>
          <w:szCs w:val="28"/>
          <w:lang w:val="ru-RU"/>
        </w:rPr>
        <w:t xml:space="preserve">Антибиотиктерді қолдану бойынша көзқарастары </w:t>
      </w:r>
    </w:p>
    <w:tbl>
      <w:tblPr>
        <w:tblStyle w:val="aa"/>
        <w:tblW w:w="0" w:type="auto"/>
        <w:tblLook w:val="04A0" w:firstRow="1" w:lastRow="0" w:firstColumn="1" w:lastColumn="0" w:noHBand="0" w:noVBand="1"/>
      </w:tblPr>
      <w:tblGrid>
        <w:gridCol w:w="2392"/>
        <w:gridCol w:w="4662"/>
        <w:gridCol w:w="1276"/>
        <w:gridCol w:w="1240"/>
      </w:tblGrid>
      <w:tr w:rsidR="00B632CA" w:rsidRPr="00D7737E" w:rsidTr="006C0445">
        <w:tc>
          <w:tcPr>
            <w:tcW w:w="7054" w:type="dxa"/>
            <w:gridSpan w:val="2"/>
            <w:shd w:val="clear" w:color="auto" w:fill="auto"/>
          </w:tcPr>
          <w:p w:rsidR="00B632CA" w:rsidRPr="00D7737E" w:rsidRDefault="008C5D29" w:rsidP="008C5D29">
            <w:pPr>
              <w:jc w:val="center"/>
              <w:rPr>
                <w:rFonts w:eastAsia="Calibri"/>
                <w:sz w:val="24"/>
                <w:szCs w:val="24"/>
                <w:highlight w:val="yellow"/>
                <w:lang w:val="ru-RU"/>
              </w:rPr>
            </w:pPr>
            <w:r w:rsidRPr="0055073F">
              <w:rPr>
                <w:rFonts w:eastAsia="Calibri"/>
                <w:sz w:val="24"/>
                <w:szCs w:val="24"/>
                <w:lang w:val="ru-RU"/>
              </w:rPr>
              <w:t>Сұрақ</w:t>
            </w:r>
            <w:r w:rsidR="00B632CA" w:rsidRPr="0055073F">
              <w:rPr>
                <w:rFonts w:eastAsia="Calibri"/>
                <w:sz w:val="24"/>
                <w:szCs w:val="24"/>
                <w:lang w:val="ru-RU"/>
              </w:rPr>
              <w:t>/</w:t>
            </w:r>
            <w:r w:rsidRPr="0055073F">
              <w:rPr>
                <w:rFonts w:eastAsia="Calibri"/>
                <w:sz w:val="24"/>
                <w:szCs w:val="24"/>
                <w:lang w:val="ru-RU"/>
              </w:rPr>
              <w:t>жауаптар</w:t>
            </w:r>
          </w:p>
        </w:tc>
        <w:tc>
          <w:tcPr>
            <w:tcW w:w="1276" w:type="dxa"/>
            <w:shd w:val="clear" w:color="auto" w:fill="auto"/>
          </w:tcPr>
          <w:p w:rsidR="00B632CA" w:rsidRPr="0055073F" w:rsidRDefault="00B632CA" w:rsidP="00B632CA">
            <w:pPr>
              <w:jc w:val="center"/>
              <w:rPr>
                <w:rFonts w:eastAsia="Calibri"/>
                <w:sz w:val="24"/>
                <w:szCs w:val="24"/>
                <w:lang w:val="en-US"/>
              </w:rPr>
            </w:pPr>
            <w:r w:rsidRPr="0055073F">
              <w:rPr>
                <w:rFonts w:eastAsia="Calibri"/>
                <w:sz w:val="24"/>
                <w:szCs w:val="24"/>
                <w:lang w:val="en-US"/>
              </w:rPr>
              <w:t>n</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8C5D29" w:rsidRDefault="008C5D29" w:rsidP="00B632CA">
            <w:pPr>
              <w:jc w:val="both"/>
              <w:rPr>
                <w:rFonts w:eastAsia="Calibri"/>
                <w:sz w:val="24"/>
                <w:szCs w:val="24"/>
                <w:highlight w:val="yellow"/>
              </w:rPr>
            </w:pPr>
            <w:r w:rsidRPr="008C5D29">
              <w:rPr>
                <w:rFonts w:eastAsia="Calibri"/>
                <w:sz w:val="24"/>
                <w:szCs w:val="24"/>
              </w:rPr>
              <w:t>Соңғы рет қабылдаған антибиотикті қайдан алдыныз?</w:t>
            </w:r>
          </w:p>
        </w:tc>
        <w:tc>
          <w:tcPr>
            <w:tcW w:w="1276" w:type="dxa"/>
            <w:shd w:val="clear" w:color="auto" w:fill="auto"/>
          </w:tcPr>
          <w:p w:rsidR="00B632CA" w:rsidRPr="0055073F" w:rsidRDefault="00B632CA" w:rsidP="00B632CA">
            <w:pPr>
              <w:jc w:val="both"/>
              <w:rPr>
                <w:rFonts w:eastAsia="Calibri"/>
                <w:sz w:val="24"/>
                <w:szCs w:val="24"/>
              </w:rPr>
            </w:pPr>
          </w:p>
        </w:tc>
        <w:tc>
          <w:tcPr>
            <w:tcW w:w="1240" w:type="dxa"/>
            <w:shd w:val="clear" w:color="auto" w:fill="auto"/>
          </w:tcPr>
          <w:p w:rsidR="00B632CA" w:rsidRPr="0055073F" w:rsidRDefault="00B632CA" w:rsidP="00B632CA">
            <w:pPr>
              <w:jc w:val="both"/>
              <w:rPr>
                <w:rFonts w:eastAsia="Calibri"/>
                <w:sz w:val="24"/>
                <w:szCs w:val="24"/>
              </w:rPr>
            </w:pPr>
          </w:p>
        </w:tc>
      </w:tr>
      <w:tr w:rsidR="00B632CA" w:rsidRPr="00D7737E" w:rsidTr="006C0445">
        <w:tc>
          <w:tcPr>
            <w:tcW w:w="2392" w:type="dxa"/>
            <w:vMerge w:val="restart"/>
            <w:shd w:val="clear" w:color="auto" w:fill="auto"/>
          </w:tcPr>
          <w:p w:rsidR="00B632CA" w:rsidRPr="008C5D29" w:rsidRDefault="00B632CA" w:rsidP="00B632CA">
            <w:pPr>
              <w:jc w:val="both"/>
              <w:rPr>
                <w:rFonts w:eastAsia="Calibri"/>
                <w:sz w:val="24"/>
                <w:szCs w:val="24"/>
                <w:highlight w:val="yellow"/>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Үйде біраз болған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16,6</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Ауру белгілерімді фармацевтке (дәріханадағы сатушыға) айтқан соң, оның кеңесі бойынша сатып алдым</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54</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21,3</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Нақты антибиотиктің атын айтып дәріханадан сатып алдым</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20,6</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Туысымнан алдым</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2,0</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Өткенде ауырған кезде дәрігер тағайындаған антибиотикті сатып алдым</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63</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24,9</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Басқа жерден алдым</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37</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14,6</w:t>
            </w: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D7737E" w:rsidRDefault="008C5D29" w:rsidP="00B632CA">
            <w:pPr>
              <w:jc w:val="both"/>
              <w:rPr>
                <w:rFonts w:eastAsia="Calibri"/>
                <w:sz w:val="24"/>
                <w:szCs w:val="24"/>
                <w:highlight w:val="yellow"/>
                <w:lang w:val="ru-RU"/>
              </w:rPr>
            </w:pPr>
            <w:r w:rsidRPr="008C5D29">
              <w:rPr>
                <w:rFonts w:eastAsia="Calibri"/>
                <w:sz w:val="24"/>
                <w:szCs w:val="24"/>
                <w:lang w:val="ru-RU"/>
              </w:rPr>
              <w:t>Антибиотикті не себепті рецептсіз алдыныз?</w:t>
            </w:r>
          </w:p>
        </w:tc>
        <w:tc>
          <w:tcPr>
            <w:tcW w:w="1276" w:type="dxa"/>
            <w:shd w:val="clear" w:color="auto" w:fill="auto"/>
          </w:tcPr>
          <w:p w:rsidR="00B632CA" w:rsidRPr="0055073F" w:rsidRDefault="00B632CA" w:rsidP="00B632CA">
            <w:pPr>
              <w:jc w:val="center"/>
              <w:rPr>
                <w:rFonts w:eastAsia="Calibri"/>
                <w:sz w:val="24"/>
                <w:szCs w:val="24"/>
                <w:lang w:val="ru-RU"/>
              </w:rPr>
            </w:pPr>
          </w:p>
        </w:tc>
        <w:tc>
          <w:tcPr>
            <w:tcW w:w="1240" w:type="dxa"/>
            <w:shd w:val="clear" w:color="auto" w:fill="auto"/>
          </w:tcPr>
          <w:p w:rsidR="00B632CA" w:rsidRPr="0055073F" w:rsidRDefault="00B632CA" w:rsidP="00B632CA">
            <w:pPr>
              <w:jc w:val="center"/>
              <w:rPr>
                <w:rFonts w:eastAsia="Calibri"/>
                <w:sz w:val="24"/>
                <w:szCs w:val="24"/>
                <w:lang w:val="ru-RU"/>
              </w:rPr>
            </w:pPr>
          </w:p>
        </w:tc>
      </w:tr>
      <w:tr w:rsidR="00B632CA" w:rsidRPr="00D7737E" w:rsidTr="006C0445">
        <w:tc>
          <w:tcPr>
            <w:tcW w:w="2392" w:type="dxa"/>
            <w:vMerge w:val="restart"/>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Менің ауру белгілерім антибиотиктермен емделуді қажет етті</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120</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47,4</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Дәрігерден кеңес алу қымбатқа түседі</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11</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4,3</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Осыған ұқсас ауру белгілері кезінде антибиотиктерді қолданғанмын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44</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17,4</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Өз емханамдағы тегін дәрігер қабылдауына жазылу уақыты тым ұзақ</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30</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11,9</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8C5D29" w:rsidP="00B632CA">
            <w:pPr>
              <w:adjustRightInd w:val="0"/>
              <w:rPr>
                <w:rFonts w:eastAsia="Calibri"/>
                <w:sz w:val="24"/>
                <w:szCs w:val="24"/>
                <w:highlight w:val="yellow"/>
                <w:lang w:val="ru-RU"/>
              </w:rPr>
            </w:pPr>
            <w:r w:rsidRPr="008C5D29">
              <w:rPr>
                <w:rFonts w:eastAsia="Calibri"/>
                <w:sz w:val="24"/>
                <w:szCs w:val="24"/>
                <w:lang w:val="ru-RU"/>
              </w:rPr>
              <w:t>Мен тұратын жерде мемлекеттік емхана жоқ</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6</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2,4</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Дәрігерге қаралуға уақытым жоқ</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35</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13,8</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Басқа</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7</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2,8</w:t>
            </w: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D7737E" w:rsidRDefault="0000369C" w:rsidP="00B632CA">
            <w:pPr>
              <w:jc w:val="both"/>
              <w:rPr>
                <w:rFonts w:eastAsia="Calibri"/>
                <w:sz w:val="24"/>
                <w:szCs w:val="24"/>
                <w:highlight w:val="yellow"/>
                <w:lang w:val="ru-RU"/>
              </w:rPr>
            </w:pPr>
            <w:r w:rsidRPr="0000369C">
              <w:rPr>
                <w:rFonts w:eastAsia="Calibri"/>
                <w:sz w:val="24"/>
                <w:szCs w:val="24"/>
                <w:lang w:val="ru-RU"/>
              </w:rPr>
              <w:t>Сіз антибиотиктерді сатып алған кезде несіне назар аударасыз?</w:t>
            </w:r>
          </w:p>
        </w:tc>
        <w:tc>
          <w:tcPr>
            <w:tcW w:w="1276" w:type="dxa"/>
            <w:shd w:val="clear" w:color="auto" w:fill="auto"/>
          </w:tcPr>
          <w:p w:rsidR="00B632CA" w:rsidRPr="0055073F" w:rsidRDefault="00B632CA" w:rsidP="00B632CA">
            <w:pPr>
              <w:jc w:val="center"/>
              <w:rPr>
                <w:rFonts w:eastAsia="Calibri"/>
                <w:sz w:val="24"/>
                <w:szCs w:val="24"/>
                <w:lang w:val="ru-RU"/>
              </w:rPr>
            </w:pPr>
          </w:p>
        </w:tc>
        <w:tc>
          <w:tcPr>
            <w:tcW w:w="1240" w:type="dxa"/>
            <w:shd w:val="clear" w:color="auto" w:fill="auto"/>
          </w:tcPr>
          <w:p w:rsidR="00B632CA" w:rsidRPr="0055073F" w:rsidRDefault="00B632CA" w:rsidP="00B632CA">
            <w:pPr>
              <w:jc w:val="center"/>
              <w:rPr>
                <w:rFonts w:eastAsia="Calibri"/>
                <w:sz w:val="24"/>
                <w:szCs w:val="24"/>
                <w:lang w:val="ru-RU"/>
              </w:rPr>
            </w:pPr>
          </w:p>
        </w:tc>
      </w:tr>
      <w:tr w:rsidR="00B632CA" w:rsidRPr="00D7737E" w:rsidTr="006C0445">
        <w:tc>
          <w:tcPr>
            <w:tcW w:w="2392" w:type="dxa"/>
            <w:vMerge w:val="restart"/>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00369C">
            <w:pPr>
              <w:adjustRightInd w:val="0"/>
              <w:rPr>
                <w:rFonts w:eastAsia="Calibri"/>
                <w:sz w:val="24"/>
                <w:szCs w:val="24"/>
                <w:highlight w:val="yellow"/>
                <w:lang w:val="ru-RU"/>
              </w:rPr>
            </w:pPr>
            <w:r w:rsidRPr="0000369C">
              <w:rPr>
                <w:rFonts w:eastAsia="Calibri"/>
                <w:sz w:val="24"/>
                <w:szCs w:val="24"/>
                <w:lang w:val="ru-RU"/>
              </w:rPr>
              <w:t xml:space="preserve">Дәрілік түріне </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56</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22,1</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Қандай жағдайларда қолдануға болатынына</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148</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58,5</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Бағасына (арзандау антибиотиктерді таңдаймын)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8,7</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Бағасына (қымбат антибиотиктерді таңдаймын)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6</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2,4</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00369C" w:rsidP="00B632CA">
            <w:pPr>
              <w:adjustRightInd w:val="0"/>
              <w:rPr>
                <w:rFonts w:eastAsia="Calibri"/>
                <w:sz w:val="24"/>
                <w:szCs w:val="24"/>
                <w:highlight w:val="yellow"/>
                <w:lang w:val="ru-RU"/>
              </w:rPr>
            </w:pPr>
            <w:r w:rsidRPr="0000369C">
              <w:rPr>
                <w:rFonts w:eastAsia="Calibri"/>
                <w:sz w:val="24"/>
                <w:szCs w:val="24"/>
                <w:lang w:val="ru-RU"/>
              </w:rPr>
              <w:t>Танымал өндіруші (бренд)</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7</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2,8</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Жағымсыз әсерлеріне</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14</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5,5</w:t>
            </w: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6C0445" w:rsidRDefault="006C0445" w:rsidP="00B632CA">
            <w:pPr>
              <w:jc w:val="both"/>
              <w:rPr>
                <w:rFonts w:eastAsia="Calibri"/>
                <w:sz w:val="24"/>
                <w:szCs w:val="24"/>
                <w:highlight w:val="yellow"/>
              </w:rPr>
            </w:pPr>
            <w:r w:rsidRPr="006C0445">
              <w:rPr>
                <w:rFonts w:eastAsia="Calibri"/>
                <w:sz w:val="24"/>
                <w:szCs w:val="24"/>
              </w:rPr>
              <w:t>Өзінізді антибиотикпен емдегенде дәрінің қабылдау мөлшерін қалай анықтайсыз?</w:t>
            </w:r>
          </w:p>
        </w:tc>
        <w:tc>
          <w:tcPr>
            <w:tcW w:w="1276" w:type="dxa"/>
            <w:shd w:val="clear" w:color="auto" w:fill="auto"/>
          </w:tcPr>
          <w:p w:rsidR="00B632CA" w:rsidRPr="0055073F" w:rsidRDefault="00B632CA" w:rsidP="00B632CA">
            <w:pPr>
              <w:jc w:val="center"/>
              <w:rPr>
                <w:rFonts w:eastAsia="Calibri"/>
                <w:sz w:val="24"/>
                <w:szCs w:val="24"/>
              </w:rPr>
            </w:pPr>
          </w:p>
        </w:tc>
        <w:tc>
          <w:tcPr>
            <w:tcW w:w="1240" w:type="dxa"/>
            <w:shd w:val="clear" w:color="auto" w:fill="auto"/>
          </w:tcPr>
          <w:p w:rsidR="00B632CA" w:rsidRPr="0055073F" w:rsidRDefault="00B632CA" w:rsidP="00B632CA">
            <w:pPr>
              <w:jc w:val="center"/>
              <w:rPr>
                <w:rFonts w:eastAsia="Calibri"/>
                <w:sz w:val="24"/>
                <w:szCs w:val="24"/>
              </w:rPr>
            </w:pPr>
          </w:p>
        </w:tc>
      </w:tr>
      <w:tr w:rsidR="00B632CA" w:rsidRPr="00D7737E" w:rsidTr="006C0445">
        <w:tc>
          <w:tcPr>
            <w:tcW w:w="2392" w:type="dxa"/>
            <w:vMerge w:val="restart"/>
            <w:shd w:val="clear" w:color="auto" w:fill="auto"/>
          </w:tcPr>
          <w:p w:rsidR="00B632CA" w:rsidRPr="006C0445" w:rsidRDefault="00B632CA" w:rsidP="00B632CA">
            <w:pPr>
              <w:jc w:val="both"/>
              <w:rPr>
                <w:rFonts w:eastAsia="Calibri"/>
                <w:sz w:val="24"/>
                <w:szCs w:val="24"/>
                <w:highlight w:val="yellow"/>
              </w:rPr>
            </w:pPr>
          </w:p>
        </w:tc>
        <w:tc>
          <w:tcPr>
            <w:tcW w:w="4662" w:type="dxa"/>
            <w:shd w:val="clear" w:color="auto" w:fill="auto"/>
          </w:tcPr>
          <w:p w:rsidR="00B632CA" w:rsidRPr="006C0445" w:rsidRDefault="006C0445" w:rsidP="00B632CA">
            <w:pPr>
              <w:adjustRightInd w:val="0"/>
              <w:rPr>
                <w:rFonts w:eastAsia="Calibri"/>
                <w:sz w:val="24"/>
                <w:szCs w:val="24"/>
                <w:highlight w:val="yellow"/>
              </w:rPr>
            </w:pPr>
            <w:r w:rsidRPr="006C0445">
              <w:rPr>
                <w:rFonts w:eastAsia="Calibri"/>
                <w:sz w:val="24"/>
                <w:szCs w:val="24"/>
              </w:rPr>
              <w:t>Фармацевттен (дәріханадағы сатушыдан) сұрап аламын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109</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43,1</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Дәрі қорабының ішіндегі нұсқаулықтан қараймын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69</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27,3</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Оның алдында дәрігер тағайындаған доза бойынша қабылдаймын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37</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14,6</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Досымнан немесе туысымнан сұраймын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0,4</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Ақпаратты ғаламтордан іздеймін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35</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13,8</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Антибиотиктің дозасын өзім анықтаймын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0,8</w:t>
            </w: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6C0445" w:rsidRDefault="006C0445" w:rsidP="00B632CA">
            <w:pPr>
              <w:jc w:val="both"/>
              <w:rPr>
                <w:rFonts w:eastAsia="Calibri"/>
                <w:sz w:val="24"/>
                <w:szCs w:val="24"/>
                <w:highlight w:val="yellow"/>
              </w:rPr>
            </w:pPr>
            <w:r w:rsidRPr="006C0445">
              <w:rPr>
                <w:rFonts w:eastAsia="Calibri"/>
                <w:sz w:val="24"/>
                <w:szCs w:val="24"/>
              </w:rPr>
              <w:t>Сіз қаншалықты жиі дәрінің нұсқаулығын оқисыз?</w:t>
            </w:r>
          </w:p>
        </w:tc>
        <w:tc>
          <w:tcPr>
            <w:tcW w:w="1276" w:type="dxa"/>
            <w:shd w:val="clear" w:color="auto" w:fill="auto"/>
          </w:tcPr>
          <w:p w:rsidR="00B632CA" w:rsidRPr="0055073F" w:rsidRDefault="00B632CA" w:rsidP="00B632CA">
            <w:pPr>
              <w:jc w:val="center"/>
              <w:rPr>
                <w:rFonts w:eastAsia="Calibri"/>
                <w:sz w:val="24"/>
                <w:szCs w:val="24"/>
              </w:rPr>
            </w:pPr>
          </w:p>
        </w:tc>
        <w:tc>
          <w:tcPr>
            <w:tcW w:w="1240" w:type="dxa"/>
            <w:shd w:val="clear" w:color="auto" w:fill="auto"/>
          </w:tcPr>
          <w:p w:rsidR="00B632CA" w:rsidRPr="0055073F" w:rsidRDefault="00B632CA" w:rsidP="00B632CA">
            <w:pPr>
              <w:jc w:val="center"/>
              <w:rPr>
                <w:rFonts w:eastAsia="Calibri"/>
                <w:sz w:val="24"/>
                <w:szCs w:val="24"/>
              </w:rPr>
            </w:pPr>
          </w:p>
        </w:tc>
      </w:tr>
      <w:tr w:rsidR="00B632CA" w:rsidRPr="00D7737E" w:rsidTr="006C0445">
        <w:tc>
          <w:tcPr>
            <w:tcW w:w="2392" w:type="dxa"/>
            <w:vMerge w:val="restart"/>
            <w:shd w:val="clear" w:color="auto" w:fill="auto"/>
          </w:tcPr>
          <w:p w:rsidR="00B632CA" w:rsidRPr="006C0445" w:rsidRDefault="00B632CA" w:rsidP="00B632CA">
            <w:pPr>
              <w:jc w:val="both"/>
              <w:rPr>
                <w:rFonts w:eastAsia="Calibri"/>
                <w:sz w:val="24"/>
                <w:szCs w:val="24"/>
                <w:highlight w:val="yellow"/>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Әрқашан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192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75,9</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Кейде</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53</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20,9</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55073F">
              <w:rPr>
                <w:rFonts w:eastAsia="Calibri"/>
                <w:sz w:val="24"/>
                <w:szCs w:val="24"/>
                <w:lang w:val="ru-RU"/>
              </w:rPr>
              <w:t>Ешқашан</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8</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3,2</w:t>
            </w:r>
            <w:r w:rsidRPr="0055073F">
              <w:rPr>
                <w:rFonts w:eastAsia="Calibri"/>
                <w:sz w:val="24"/>
                <w:szCs w:val="24"/>
                <w:lang w:val="en-US"/>
              </w:rPr>
              <w:t>%</w:t>
            </w:r>
          </w:p>
        </w:tc>
      </w:tr>
      <w:tr w:rsidR="00B632CA" w:rsidRPr="00D7737E" w:rsidTr="006C0445">
        <w:tc>
          <w:tcPr>
            <w:tcW w:w="7054" w:type="dxa"/>
            <w:gridSpan w:val="2"/>
            <w:shd w:val="clear" w:color="auto" w:fill="auto"/>
          </w:tcPr>
          <w:p w:rsidR="00B632CA" w:rsidRPr="006C0445" w:rsidRDefault="006C0445" w:rsidP="00B632CA">
            <w:pPr>
              <w:jc w:val="both"/>
              <w:rPr>
                <w:rFonts w:eastAsia="Calibri"/>
                <w:sz w:val="24"/>
                <w:szCs w:val="24"/>
                <w:highlight w:val="yellow"/>
              </w:rPr>
            </w:pPr>
            <w:r w:rsidRPr="006C0445">
              <w:rPr>
                <w:rFonts w:eastAsia="Calibri"/>
                <w:sz w:val="24"/>
                <w:szCs w:val="24"/>
              </w:rPr>
              <w:t>Бір ауруды емдеу үшін сіз неше антибиотикті қолданасыз?</w:t>
            </w:r>
          </w:p>
        </w:tc>
        <w:tc>
          <w:tcPr>
            <w:tcW w:w="1276" w:type="dxa"/>
            <w:shd w:val="clear" w:color="auto" w:fill="auto"/>
          </w:tcPr>
          <w:p w:rsidR="00B632CA" w:rsidRPr="0055073F" w:rsidRDefault="00B632CA" w:rsidP="00B632CA">
            <w:pPr>
              <w:jc w:val="center"/>
              <w:rPr>
                <w:rFonts w:eastAsia="Calibri"/>
                <w:sz w:val="24"/>
                <w:szCs w:val="24"/>
              </w:rPr>
            </w:pPr>
          </w:p>
        </w:tc>
        <w:tc>
          <w:tcPr>
            <w:tcW w:w="1240" w:type="dxa"/>
            <w:shd w:val="clear" w:color="auto" w:fill="auto"/>
          </w:tcPr>
          <w:p w:rsidR="00B632CA" w:rsidRPr="0055073F" w:rsidRDefault="00B632CA" w:rsidP="00B632CA">
            <w:pPr>
              <w:jc w:val="center"/>
              <w:rPr>
                <w:rFonts w:eastAsia="Calibri"/>
                <w:sz w:val="24"/>
                <w:szCs w:val="24"/>
              </w:rPr>
            </w:pPr>
          </w:p>
        </w:tc>
      </w:tr>
      <w:tr w:rsidR="00B632CA" w:rsidRPr="00D7737E" w:rsidTr="006C0445">
        <w:tc>
          <w:tcPr>
            <w:tcW w:w="2392" w:type="dxa"/>
            <w:vMerge w:val="restart"/>
            <w:shd w:val="clear" w:color="auto" w:fill="auto"/>
          </w:tcPr>
          <w:p w:rsidR="00B632CA" w:rsidRPr="006C0445" w:rsidRDefault="00B632CA" w:rsidP="00B632CA">
            <w:pPr>
              <w:jc w:val="both"/>
              <w:rPr>
                <w:rFonts w:eastAsia="Calibri"/>
                <w:sz w:val="24"/>
                <w:szCs w:val="24"/>
                <w:highlight w:val="yellow"/>
              </w:rPr>
            </w:pPr>
          </w:p>
        </w:tc>
        <w:tc>
          <w:tcPr>
            <w:tcW w:w="4662" w:type="dxa"/>
            <w:shd w:val="clear" w:color="auto" w:fill="auto"/>
          </w:tcPr>
          <w:p w:rsidR="00B632CA" w:rsidRPr="0055073F" w:rsidRDefault="006C0445" w:rsidP="00B632CA">
            <w:pPr>
              <w:adjustRightInd w:val="0"/>
              <w:rPr>
                <w:rFonts w:eastAsia="Calibri"/>
                <w:sz w:val="24"/>
                <w:szCs w:val="24"/>
                <w:lang w:val="ru-RU"/>
              </w:rPr>
            </w:pPr>
            <w:r w:rsidRPr="0055073F">
              <w:rPr>
                <w:rFonts w:eastAsia="Calibri"/>
                <w:sz w:val="24"/>
                <w:szCs w:val="24"/>
                <w:lang w:val="ru-RU"/>
              </w:rPr>
              <w:t>Бір</w:t>
            </w:r>
            <w:r w:rsidR="00B632CA" w:rsidRPr="0055073F">
              <w:rPr>
                <w:rFonts w:eastAsia="Calibri"/>
                <w:sz w:val="24"/>
                <w:szCs w:val="24"/>
                <w:lang w:val="ru-RU"/>
              </w:rPr>
              <w:t xml:space="preserve"> антибиотик </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204</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80,6</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55073F" w:rsidRDefault="006C0445" w:rsidP="00B632CA">
            <w:pPr>
              <w:adjustRightInd w:val="0"/>
              <w:rPr>
                <w:rFonts w:eastAsia="Calibri"/>
                <w:sz w:val="24"/>
                <w:szCs w:val="24"/>
                <w:lang w:val="ru-RU"/>
              </w:rPr>
            </w:pPr>
            <w:r w:rsidRPr="0055073F">
              <w:rPr>
                <w:rFonts w:eastAsia="Calibri"/>
                <w:sz w:val="24"/>
                <w:szCs w:val="24"/>
                <w:lang w:val="ru-RU"/>
              </w:rPr>
              <w:t>Екі</w:t>
            </w:r>
            <w:r w:rsidR="00B632CA" w:rsidRPr="0055073F">
              <w:rPr>
                <w:rFonts w:eastAsia="Calibri"/>
                <w:sz w:val="24"/>
                <w:szCs w:val="24"/>
                <w:lang w:val="ru-RU"/>
              </w:rPr>
              <w:t xml:space="preserve"> антибиотика</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37</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14,6</w:t>
            </w:r>
            <w:r w:rsidRPr="0055073F">
              <w:rPr>
                <w:rFonts w:eastAsia="Calibri"/>
                <w:sz w:val="24"/>
                <w:szCs w:val="24"/>
                <w:lang w:val="en-US"/>
              </w:rPr>
              <w:t>%</w:t>
            </w:r>
          </w:p>
        </w:tc>
      </w:tr>
      <w:tr w:rsidR="00B632CA" w:rsidRPr="00D7737E" w:rsidTr="006C0445">
        <w:tc>
          <w:tcPr>
            <w:tcW w:w="2392" w:type="dxa"/>
            <w:vMerge/>
            <w:shd w:val="clear" w:color="auto" w:fill="auto"/>
          </w:tcPr>
          <w:p w:rsidR="00B632CA" w:rsidRPr="00D7737E" w:rsidRDefault="00B632CA" w:rsidP="00B632CA">
            <w:pPr>
              <w:jc w:val="both"/>
              <w:rPr>
                <w:rFonts w:eastAsia="Calibri"/>
                <w:sz w:val="24"/>
                <w:szCs w:val="24"/>
                <w:highlight w:val="yellow"/>
                <w:lang w:val="ru-RU"/>
              </w:rPr>
            </w:pPr>
          </w:p>
        </w:tc>
        <w:tc>
          <w:tcPr>
            <w:tcW w:w="4662" w:type="dxa"/>
            <w:shd w:val="clear" w:color="auto" w:fill="auto"/>
          </w:tcPr>
          <w:p w:rsidR="00B632CA" w:rsidRPr="00D7737E" w:rsidRDefault="006C0445" w:rsidP="00B632CA">
            <w:pPr>
              <w:adjustRightInd w:val="0"/>
              <w:rPr>
                <w:rFonts w:eastAsia="Calibri"/>
                <w:sz w:val="24"/>
                <w:szCs w:val="24"/>
                <w:highlight w:val="yellow"/>
                <w:lang w:val="ru-RU"/>
              </w:rPr>
            </w:pPr>
            <w:r w:rsidRPr="006C0445">
              <w:rPr>
                <w:rFonts w:eastAsia="Calibri"/>
                <w:sz w:val="24"/>
                <w:szCs w:val="24"/>
                <w:lang w:val="ru-RU"/>
              </w:rPr>
              <w:t>Үш және одан көп</w:t>
            </w:r>
          </w:p>
        </w:tc>
        <w:tc>
          <w:tcPr>
            <w:tcW w:w="1276"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12</w:t>
            </w:r>
          </w:p>
        </w:tc>
        <w:tc>
          <w:tcPr>
            <w:tcW w:w="1240" w:type="dxa"/>
            <w:shd w:val="clear" w:color="auto" w:fill="auto"/>
          </w:tcPr>
          <w:p w:rsidR="00B632CA" w:rsidRPr="0055073F" w:rsidRDefault="00B632CA" w:rsidP="00B632CA">
            <w:pPr>
              <w:jc w:val="center"/>
              <w:rPr>
                <w:rFonts w:eastAsia="Calibri"/>
                <w:sz w:val="24"/>
                <w:szCs w:val="24"/>
                <w:lang w:val="ru-RU"/>
              </w:rPr>
            </w:pPr>
            <w:r w:rsidRPr="0055073F">
              <w:rPr>
                <w:rFonts w:eastAsia="Calibri"/>
                <w:sz w:val="24"/>
                <w:szCs w:val="24"/>
                <w:lang w:val="ru-RU"/>
              </w:rPr>
              <w:t>4,7</w:t>
            </w:r>
            <w:r w:rsidRPr="0055073F">
              <w:rPr>
                <w:rFonts w:eastAsia="Calibri"/>
                <w:sz w:val="24"/>
                <w:szCs w:val="24"/>
                <w:lang w:val="en-US"/>
              </w:rPr>
              <w:t>%</w:t>
            </w:r>
          </w:p>
        </w:tc>
      </w:tr>
    </w:tbl>
    <w:p w:rsidR="00B632CA" w:rsidRPr="00D7737E" w:rsidRDefault="00B632CA" w:rsidP="00B632CA">
      <w:pPr>
        <w:widowControl/>
        <w:autoSpaceDE/>
        <w:autoSpaceDN/>
        <w:jc w:val="both"/>
        <w:rPr>
          <w:rFonts w:eastAsia="Calibri"/>
          <w:sz w:val="28"/>
          <w:szCs w:val="28"/>
          <w:highlight w:val="yellow"/>
          <w:lang w:val="ru-RU"/>
        </w:rPr>
      </w:pPr>
    </w:p>
    <w:p w:rsidR="00B632CA" w:rsidRPr="002164B9" w:rsidRDefault="00C260E2" w:rsidP="00D0003F">
      <w:pPr>
        <w:widowControl/>
        <w:autoSpaceDE/>
        <w:autoSpaceDN/>
        <w:ind w:firstLine="567"/>
        <w:jc w:val="both"/>
        <w:rPr>
          <w:rFonts w:eastAsia="Calibri"/>
          <w:sz w:val="28"/>
          <w:szCs w:val="28"/>
        </w:rPr>
      </w:pPr>
      <w:r w:rsidRPr="004E4EC0">
        <w:rPr>
          <w:rFonts w:eastAsia="Calibri"/>
          <w:sz w:val="28"/>
          <w:szCs w:val="28"/>
        </w:rPr>
        <w:t xml:space="preserve">«Соңғы рет қабылдаған антибиотикті қайдан алдыныз?» сұрағына респонденттердің көпшілігі «Өткенде ауырған кезде дәрігер тағайындаған антибиотикті сатып алдым» (24,9%) деп жауап берді.  </w:t>
      </w:r>
      <w:r w:rsidR="004E4EC0" w:rsidRPr="004E4EC0">
        <w:rPr>
          <w:rFonts w:eastAsia="Calibri"/>
          <w:sz w:val="28"/>
          <w:szCs w:val="28"/>
        </w:rPr>
        <w:t xml:space="preserve">Екінші маңызды жауап «Ауру белгілерімді фармацевтке (дәріханадағы сатушыға) айтқан соң, оның кеңесі бойынша сатып алдым» </w:t>
      </w:r>
      <w:r w:rsidR="00B632CA" w:rsidRPr="004E4EC0">
        <w:rPr>
          <w:rFonts w:eastAsia="Calibri"/>
          <w:sz w:val="28"/>
          <w:szCs w:val="28"/>
        </w:rPr>
        <w:t xml:space="preserve">(21,3%). </w:t>
      </w:r>
      <w:r w:rsidR="004E4EC0" w:rsidRPr="004E4EC0">
        <w:rPr>
          <w:rFonts w:eastAsia="Calibri"/>
          <w:sz w:val="28"/>
          <w:szCs w:val="28"/>
        </w:rPr>
        <w:t xml:space="preserve">«Нақты антибиотиктің атын айтып дәріханадан сатып алдым» деп 20,6% адам жауап берсе, «Үйде біраз болған» деп 16,6%  респондент, және «Басқа жерден алдым» деп 14,6% жауап қайтарды. </w:t>
      </w:r>
    </w:p>
    <w:p w:rsidR="004E4EC0" w:rsidRPr="002164B9" w:rsidRDefault="004E4EC0" w:rsidP="00D0003F">
      <w:pPr>
        <w:widowControl/>
        <w:adjustRightInd w:val="0"/>
        <w:ind w:firstLine="567"/>
        <w:jc w:val="both"/>
        <w:rPr>
          <w:rFonts w:eastAsia="Calibri"/>
          <w:sz w:val="28"/>
          <w:szCs w:val="28"/>
        </w:rPr>
      </w:pPr>
      <w:r w:rsidRPr="002164B9">
        <w:rPr>
          <w:rFonts w:eastAsia="Calibri"/>
          <w:sz w:val="28"/>
          <w:szCs w:val="28"/>
        </w:rPr>
        <w:t>Антибиотикті рецептсіз сатып алу себебі туралы сауал</w:t>
      </w:r>
      <w:r w:rsidR="009F0D60">
        <w:rPr>
          <w:rFonts w:eastAsia="Calibri"/>
          <w:sz w:val="28"/>
          <w:szCs w:val="28"/>
        </w:rPr>
        <w:t>намаға қатысқандардың жартысына</w:t>
      </w:r>
      <w:r w:rsidRPr="002164B9">
        <w:rPr>
          <w:rFonts w:eastAsia="Calibri"/>
          <w:sz w:val="28"/>
          <w:szCs w:val="28"/>
        </w:rPr>
        <w:t xml:space="preserve"> </w:t>
      </w:r>
      <w:r w:rsidR="009F0D60">
        <w:rPr>
          <w:rFonts w:eastAsia="Calibri"/>
          <w:sz w:val="28"/>
          <w:szCs w:val="28"/>
        </w:rPr>
        <w:t>жуығы</w:t>
      </w:r>
      <w:r w:rsidRPr="002164B9">
        <w:rPr>
          <w:rFonts w:eastAsia="Calibri"/>
          <w:sz w:val="28"/>
          <w:szCs w:val="28"/>
        </w:rPr>
        <w:t xml:space="preserve"> </w:t>
      </w:r>
      <w:r w:rsidR="009F0D60">
        <w:rPr>
          <w:rFonts w:eastAsia="Calibri"/>
          <w:sz w:val="28"/>
          <w:szCs w:val="28"/>
        </w:rPr>
        <w:t>«</w:t>
      </w:r>
      <w:r w:rsidR="009F0D60" w:rsidRPr="009F0D60">
        <w:rPr>
          <w:rFonts w:eastAsia="Calibri"/>
          <w:sz w:val="28"/>
          <w:szCs w:val="28"/>
        </w:rPr>
        <w:t>Менің ауру белгілерім ант</w:t>
      </w:r>
      <w:r w:rsidR="009F0D60">
        <w:rPr>
          <w:rFonts w:eastAsia="Calibri"/>
          <w:sz w:val="28"/>
          <w:szCs w:val="28"/>
        </w:rPr>
        <w:t>ибиотиктермен емделуді қажет етеді»</w:t>
      </w:r>
      <w:r w:rsidRPr="002164B9">
        <w:rPr>
          <w:rFonts w:eastAsia="Calibri"/>
          <w:sz w:val="28"/>
          <w:szCs w:val="28"/>
        </w:rPr>
        <w:t xml:space="preserve"> деп жауап берді (47,4%), ал сауалнамаға қатысқандардың 17,4% - ы ұқсас жағдайларда антибиотиктерді қолданудың бұрынғы тәжірибесін атап өтті, 13,8% адамда дәрігерге қаралуға уақыт жоқ, ал 11,9% - ы өз емханасының дәрігеріне тегін қабылдау үшін ұзақ күтуді атап өтті.</w:t>
      </w:r>
    </w:p>
    <w:p w:rsidR="004E4EC0" w:rsidRDefault="004E4EC0" w:rsidP="00D0003F">
      <w:pPr>
        <w:widowControl/>
        <w:adjustRightInd w:val="0"/>
        <w:ind w:firstLine="567"/>
        <w:jc w:val="both"/>
        <w:rPr>
          <w:rFonts w:eastAsia="Calibri"/>
          <w:sz w:val="28"/>
          <w:szCs w:val="28"/>
        </w:rPr>
      </w:pPr>
      <w:r w:rsidRPr="002164B9">
        <w:rPr>
          <w:rFonts w:eastAsia="Calibri"/>
          <w:sz w:val="28"/>
          <w:szCs w:val="28"/>
        </w:rPr>
        <w:t>Біз сауалнамаға қатысушылар антибиотик сатып алғанда не нәрсеге назар аударатынын сұрадық, сауалнамаға қатысқандардың жартысынан сәл астамы жауап берді, қолдану көрсеткіштері (58,5%), дәрілік форманы адамдардың 22,1% атап өтті. Бағасы, белгілі өндіруші (бренд), жанама әсерлер ең аз рет белгіленді.</w:t>
      </w:r>
    </w:p>
    <w:p w:rsidR="009B2516" w:rsidRPr="00006BB2" w:rsidRDefault="00006BB2" w:rsidP="00006BB2">
      <w:pPr>
        <w:widowControl/>
        <w:autoSpaceDE/>
        <w:autoSpaceDN/>
        <w:ind w:firstLine="567"/>
        <w:jc w:val="both"/>
        <w:rPr>
          <w:rFonts w:eastAsia="MS Mincho"/>
          <w:sz w:val="28"/>
          <w:szCs w:val="28"/>
        </w:rPr>
      </w:pPr>
      <w:r w:rsidRPr="00006BB2">
        <w:rPr>
          <w:rFonts w:eastAsia="MS Mincho"/>
          <w:sz w:val="28"/>
          <w:szCs w:val="28"/>
        </w:rPr>
        <w:t>Біз "Антибиотик сатып алғанда, сіз не нәрсеге назар аударасыз? "респонденттердің білімі" көрсеткішіне байланысты</w:t>
      </w:r>
      <w:r w:rsidR="00FD1257">
        <w:rPr>
          <w:rFonts w:eastAsia="MS Mincho"/>
          <w:sz w:val="28"/>
          <w:szCs w:val="28"/>
        </w:rPr>
        <w:t xml:space="preserve"> (</w:t>
      </w:r>
      <w:r w:rsidR="00955D6A">
        <w:rPr>
          <w:rFonts w:eastAsia="MS Mincho"/>
          <w:sz w:val="28"/>
          <w:szCs w:val="28"/>
        </w:rPr>
        <w:t>кесте 21</w:t>
      </w:r>
      <w:r w:rsidR="00FD1257">
        <w:rPr>
          <w:rFonts w:eastAsia="MS Mincho"/>
          <w:sz w:val="28"/>
          <w:szCs w:val="28"/>
        </w:rPr>
        <w:t>)</w:t>
      </w:r>
      <w:r w:rsidRPr="00006BB2">
        <w:rPr>
          <w:rFonts w:eastAsia="MS Mincho"/>
          <w:sz w:val="28"/>
          <w:szCs w:val="28"/>
        </w:rPr>
        <w:t>.</w:t>
      </w:r>
    </w:p>
    <w:p w:rsidR="00006BB2" w:rsidRPr="00006BB2" w:rsidRDefault="00006BB2" w:rsidP="00B874DB">
      <w:pPr>
        <w:widowControl/>
        <w:autoSpaceDE/>
        <w:autoSpaceDN/>
        <w:rPr>
          <w:rFonts w:eastAsia="MS Mincho"/>
          <w:sz w:val="28"/>
          <w:szCs w:val="28"/>
          <w:highlight w:val="yellow"/>
        </w:rPr>
      </w:pPr>
    </w:p>
    <w:p w:rsidR="009B2516" w:rsidRPr="00955D6A" w:rsidRDefault="00FD1257" w:rsidP="00006BB2">
      <w:pPr>
        <w:widowControl/>
        <w:autoSpaceDE/>
        <w:autoSpaceDN/>
        <w:jc w:val="both"/>
        <w:rPr>
          <w:rFonts w:eastAsia="MS Mincho"/>
          <w:sz w:val="28"/>
          <w:szCs w:val="28"/>
          <w:highlight w:val="yellow"/>
        </w:rPr>
      </w:pPr>
      <w:r w:rsidRPr="00FD1257">
        <w:rPr>
          <w:rFonts w:eastAsia="MS Mincho"/>
          <w:sz w:val="28"/>
          <w:szCs w:val="28"/>
        </w:rPr>
        <w:t>К</w:t>
      </w:r>
      <w:r w:rsidR="00955D6A">
        <w:rPr>
          <w:rFonts w:eastAsia="MS Mincho"/>
          <w:sz w:val="28"/>
          <w:szCs w:val="28"/>
        </w:rPr>
        <w:t>есте 21</w:t>
      </w:r>
      <w:r w:rsidR="009B2516" w:rsidRPr="00FD1257">
        <w:rPr>
          <w:rFonts w:eastAsia="MS Mincho"/>
          <w:sz w:val="28"/>
          <w:szCs w:val="28"/>
        </w:rPr>
        <w:t xml:space="preserve"> – </w:t>
      </w:r>
      <w:r w:rsidRPr="00FD1257">
        <w:rPr>
          <w:rFonts w:eastAsia="MS Mincho"/>
          <w:sz w:val="28"/>
          <w:szCs w:val="28"/>
        </w:rPr>
        <w:t xml:space="preserve">Көрсеткішті талдау " антибиотик сатып алғанда, сіз не нәрсеге назар аударасыз? </w:t>
      </w:r>
      <w:r w:rsidRPr="00955D6A">
        <w:rPr>
          <w:rFonts w:eastAsia="MS Mincho"/>
          <w:sz w:val="28"/>
          <w:szCs w:val="28"/>
        </w:rPr>
        <w:t>"респонденттердің білімі" көрсеткішіне байланысты</w:t>
      </w:r>
    </w:p>
    <w:tbl>
      <w:tblPr>
        <w:tblStyle w:val="92"/>
        <w:tblW w:w="0" w:type="auto"/>
        <w:jc w:val="center"/>
        <w:tblLook w:val="04A0" w:firstRow="1" w:lastRow="0" w:firstColumn="1" w:lastColumn="0" w:noHBand="0" w:noVBand="1"/>
      </w:tblPr>
      <w:tblGrid>
        <w:gridCol w:w="1925"/>
        <w:gridCol w:w="1925"/>
        <w:gridCol w:w="1477"/>
        <w:gridCol w:w="1615"/>
        <w:gridCol w:w="1485"/>
        <w:gridCol w:w="1431"/>
      </w:tblGrid>
      <w:tr w:rsidR="009B2516" w:rsidRPr="00FD1257" w:rsidTr="00FD1257">
        <w:trPr>
          <w:jc w:val="center"/>
        </w:trPr>
        <w:tc>
          <w:tcPr>
            <w:tcW w:w="1925" w:type="dxa"/>
            <w:vMerge w:val="restart"/>
            <w:vAlign w:val="center"/>
          </w:tcPr>
          <w:p w:rsidR="009B2516" w:rsidRPr="00FD1257" w:rsidRDefault="009A1CB7" w:rsidP="00B874DB">
            <w:pPr>
              <w:jc w:val="center"/>
              <w:rPr>
                <w:rFonts w:eastAsia="MS Mincho"/>
                <w:sz w:val="24"/>
                <w:szCs w:val="24"/>
              </w:rPr>
            </w:pPr>
            <w:r w:rsidRPr="00FD1257">
              <w:rPr>
                <w:rFonts w:eastAsia="MS Mincho"/>
                <w:sz w:val="24"/>
                <w:szCs w:val="24"/>
              </w:rPr>
              <w:t>Көрсеткіш</w:t>
            </w:r>
          </w:p>
        </w:tc>
        <w:tc>
          <w:tcPr>
            <w:tcW w:w="1925" w:type="dxa"/>
            <w:vMerge w:val="restart"/>
            <w:vAlign w:val="center"/>
          </w:tcPr>
          <w:p w:rsidR="009B2516" w:rsidRPr="00FD1257" w:rsidRDefault="009A1CB7" w:rsidP="00B874DB">
            <w:pPr>
              <w:jc w:val="center"/>
              <w:rPr>
                <w:rFonts w:eastAsia="MS Mincho"/>
                <w:sz w:val="24"/>
                <w:szCs w:val="24"/>
              </w:rPr>
            </w:pPr>
            <w:r w:rsidRPr="00FD1257">
              <w:rPr>
                <w:rFonts w:eastAsia="MS Mincho"/>
                <w:sz w:val="24"/>
                <w:szCs w:val="24"/>
                <w:lang w:val="en-US"/>
              </w:rPr>
              <w:t>Категори</w:t>
            </w:r>
            <w:r w:rsidRPr="00FD1257">
              <w:rPr>
                <w:rFonts w:eastAsia="MS Mincho"/>
                <w:sz w:val="24"/>
                <w:szCs w:val="24"/>
              </w:rPr>
              <w:t>ялар</w:t>
            </w:r>
          </w:p>
        </w:tc>
        <w:tc>
          <w:tcPr>
            <w:tcW w:w="4577" w:type="dxa"/>
            <w:gridSpan w:val="3"/>
            <w:vAlign w:val="center"/>
          </w:tcPr>
          <w:p w:rsidR="009B2516" w:rsidRPr="00FD1257" w:rsidRDefault="009A1CB7" w:rsidP="00B874DB">
            <w:pPr>
              <w:jc w:val="center"/>
              <w:rPr>
                <w:rFonts w:eastAsia="MS Mincho"/>
                <w:sz w:val="24"/>
                <w:szCs w:val="24"/>
                <w:lang w:val="en-US"/>
              </w:rPr>
            </w:pPr>
            <w:r w:rsidRPr="00FD1257">
              <w:rPr>
                <w:rFonts w:eastAsia="MS Mincho"/>
                <w:sz w:val="24"/>
                <w:szCs w:val="24"/>
              </w:rPr>
              <w:t>Респонденттердің білімі</w:t>
            </w:r>
            <w:r w:rsidR="009B2516" w:rsidRPr="00FD1257">
              <w:rPr>
                <w:rFonts w:eastAsia="MS Mincho"/>
                <w:sz w:val="24"/>
                <w:szCs w:val="24"/>
                <w:lang w:val="en-US"/>
              </w:rPr>
              <w:t xml:space="preserve"> </w:t>
            </w:r>
          </w:p>
        </w:tc>
        <w:tc>
          <w:tcPr>
            <w:tcW w:w="1431" w:type="dxa"/>
            <w:vMerge w:val="restart"/>
            <w:vAlign w:val="center"/>
          </w:tcPr>
          <w:p w:rsidR="009B2516" w:rsidRPr="00FD1257" w:rsidRDefault="009B2516" w:rsidP="00B874DB">
            <w:pPr>
              <w:jc w:val="center"/>
              <w:rPr>
                <w:rFonts w:eastAsia="MS Mincho"/>
                <w:sz w:val="24"/>
                <w:szCs w:val="24"/>
                <w:lang w:val="en-US"/>
              </w:rPr>
            </w:pPr>
            <w:r w:rsidRPr="00FD1257">
              <w:rPr>
                <w:rFonts w:eastAsia="MS Mincho"/>
                <w:sz w:val="24"/>
                <w:szCs w:val="24"/>
                <w:lang w:val="en-US"/>
              </w:rPr>
              <w:t>p</w:t>
            </w:r>
          </w:p>
        </w:tc>
      </w:tr>
      <w:tr w:rsidR="009B2516" w:rsidRPr="00FD1257" w:rsidTr="00FD1257">
        <w:trPr>
          <w:jc w:val="center"/>
        </w:trPr>
        <w:tc>
          <w:tcPr>
            <w:tcW w:w="1925" w:type="dxa"/>
            <w:vMerge/>
          </w:tcPr>
          <w:p w:rsidR="009B2516" w:rsidRPr="00FD1257" w:rsidRDefault="009B2516" w:rsidP="00B874DB">
            <w:pPr>
              <w:rPr>
                <w:rFonts w:eastAsia="MS Mincho"/>
                <w:sz w:val="24"/>
                <w:szCs w:val="24"/>
                <w:lang w:val="en-US"/>
              </w:rPr>
            </w:pPr>
          </w:p>
        </w:tc>
        <w:tc>
          <w:tcPr>
            <w:tcW w:w="1925" w:type="dxa"/>
            <w:vMerge/>
          </w:tcPr>
          <w:p w:rsidR="009B2516" w:rsidRPr="00FD1257" w:rsidRDefault="009B2516" w:rsidP="00B874DB">
            <w:pPr>
              <w:rPr>
                <w:rFonts w:eastAsia="MS Mincho"/>
                <w:sz w:val="24"/>
                <w:szCs w:val="24"/>
                <w:lang w:val="en-US"/>
              </w:rPr>
            </w:pPr>
          </w:p>
        </w:tc>
        <w:tc>
          <w:tcPr>
            <w:tcW w:w="1477" w:type="dxa"/>
            <w:vAlign w:val="center"/>
          </w:tcPr>
          <w:p w:rsidR="009B2516" w:rsidRPr="00FD1257" w:rsidRDefault="009A1CB7" w:rsidP="00B874DB">
            <w:pPr>
              <w:jc w:val="center"/>
              <w:rPr>
                <w:rFonts w:eastAsia="MS Mincho"/>
                <w:sz w:val="24"/>
                <w:szCs w:val="24"/>
              </w:rPr>
            </w:pPr>
            <w:r w:rsidRPr="00FD1257">
              <w:rPr>
                <w:rFonts w:eastAsia="MS Mincho"/>
                <w:sz w:val="24"/>
                <w:szCs w:val="24"/>
              </w:rPr>
              <w:t>Жоғары</w:t>
            </w:r>
          </w:p>
        </w:tc>
        <w:tc>
          <w:tcPr>
            <w:tcW w:w="1615" w:type="dxa"/>
            <w:vAlign w:val="center"/>
          </w:tcPr>
          <w:p w:rsidR="009B2516" w:rsidRPr="00FD1257" w:rsidRDefault="009B2516" w:rsidP="00B874DB">
            <w:pPr>
              <w:jc w:val="center"/>
              <w:rPr>
                <w:rFonts w:eastAsia="MS Mincho"/>
                <w:sz w:val="24"/>
                <w:szCs w:val="24"/>
                <w:lang w:val="en-US"/>
              </w:rPr>
            </w:pPr>
            <w:r w:rsidRPr="00FD1257">
              <w:rPr>
                <w:rFonts w:eastAsia="MS Mincho"/>
                <w:sz w:val="24"/>
                <w:szCs w:val="24"/>
                <w:lang w:val="en-US"/>
              </w:rPr>
              <w:t>Средне-специальное</w:t>
            </w:r>
          </w:p>
        </w:tc>
        <w:tc>
          <w:tcPr>
            <w:tcW w:w="1485" w:type="dxa"/>
            <w:vAlign w:val="center"/>
          </w:tcPr>
          <w:p w:rsidR="009B2516" w:rsidRPr="00FD1257" w:rsidRDefault="009B2516" w:rsidP="00B874DB">
            <w:pPr>
              <w:jc w:val="center"/>
              <w:rPr>
                <w:rFonts w:eastAsia="MS Mincho"/>
                <w:sz w:val="24"/>
                <w:szCs w:val="24"/>
                <w:lang w:val="en-US"/>
              </w:rPr>
            </w:pPr>
            <w:r w:rsidRPr="00FD1257">
              <w:rPr>
                <w:rFonts w:eastAsia="MS Mincho"/>
                <w:sz w:val="24"/>
                <w:szCs w:val="24"/>
                <w:lang w:val="en-US"/>
              </w:rPr>
              <w:t>Среднее</w:t>
            </w:r>
          </w:p>
        </w:tc>
        <w:tc>
          <w:tcPr>
            <w:tcW w:w="1431" w:type="dxa"/>
            <w:vMerge/>
          </w:tcPr>
          <w:p w:rsidR="009B2516" w:rsidRPr="00FD1257" w:rsidRDefault="009B2516" w:rsidP="00B874DB">
            <w:pPr>
              <w:rPr>
                <w:rFonts w:eastAsia="MS Mincho"/>
                <w:sz w:val="24"/>
                <w:szCs w:val="24"/>
                <w:lang w:val="en-US"/>
              </w:rPr>
            </w:pPr>
          </w:p>
        </w:tc>
      </w:tr>
      <w:tr w:rsidR="002B22F1" w:rsidRPr="00FD1257" w:rsidTr="00FD1257">
        <w:trPr>
          <w:jc w:val="center"/>
        </w:trPr>
        <w:tc>
          <w:tcPr>
            <w:tcW w:w="1925" w:type="dxa"/>
            <w:vMerge w:val="restart"/>
            <w:vAlign w:val="center"/>
          </w:tcPr>
          <w:p w:rsidR="002B22F1" w:rsidRPr="00FD1257" w:rsidRDefault="002B22F1" w:rsidP="00B874DB">
            <w:pPr>
              <w:jc w:val="center"/>
              <w:rPr>
                <w:rFonts w:eastAsia="MS Mincho"/>
                <w:sz w:val="24"/>
                <w:szCs w:val="24"/>
                <w:lang w:val="ru-RU"/>
              </w:rPr>
            </w:pPr>
            <w:r w:rsidRPr="00FD1257">
              <w:rPr>
                <w:rFonts w:eastAsia="MS Mincho"/>
                <w:sz w:val="24"/>
                <w:szCs w:val="24"/>
                <w:lang w:val="ru-RU"/>
              </w:rPr>
              <w:t>Сіз антибиотиктерді сатып алған кезде несіне назар аударасыз?</w:t>
            </w: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Дәрілік түріне</w:t>
            </w:r>
          </w:p>
        </w:tc>
        <w:tc>
          <w:tcPr>
            <w:tcW w:w="1477" w:type="dxa"/>
            <w:vAlign w:val="center"/>
          </w:tcPr>
          <w:p w:rsidR="002B22F1" w:rsidRDefault="002B22F1" w:rsidP="00B97E50">
            <w:pPr>
              <w:jc w:val="center"/>
            </w:pPr>
            <w:r>
              <w:t>42 (27,3)</w:t>
            </w:r>
          </w:p>
        </w:tc>
        <w:tc>
          <w:tcPr>
            <w:tcW w:w="1615" w:type="dxa"/>
            <w:vAlign w:val="center"/>
          </w:tcPr>
          <w:p w:rsidR="002B22F1" w:rsidRDefault="002B22F1" w:rsidP="00B97E50">
            <w:pPr>
              <w:jc w:val="center"/>
            </w:pPr>
            <w:r>
              <w:t>14 (17,7)</w:t>
            </w:r>
          </w:p>
        </w:tc>
        <w:tc>
          <w:tcPr>
            <w:tcW w:w="1485" w:type="dxa"/>
            <w:vAlign w:val="center"/>
          </w:tcPr>
          <w:p w:rsidR="002B22F1" w:rsidRDefault="002B22F1" w:rsidP="00B97E50">
            <w:pPr>
              <w:jc w:val="center"/>
            </w:pPr>
            <w:r>
              <w:t>4 (21,1)</w:t>
            </w:r>
          </w:p>
        </w:tc>
        <w:tc>
          <w:tcPr>
            <w:tcW w:w="1431" w:type="dxa"/>
            <w:vMerge w:val="restart"/>
            <w:vAlign w:val="center"/>
          </w:tcPr>
          <w:p w:rsidR="002B22F1" w:rsidRPr="00FD1257" w:rsidRDefault="002B22F1" w:rsidP="004E39EC">
            <w:pPr>
              <w:jc w:val="center"/>
              <w:rPr>
                <w:rFonts w:eastAsia="MS Mincho"/>
                <w:sz w:val="24"/>
                <w:szCs w:val="24"/>
                <w:lang w:val="en-US"/>
              </w:rPr>
            </w:pPr>
            <w:r>
              <w:rPr>
                <w:rFonts w:eastAsia="MS Mincho"/>
                <w:sz w:val="24"/>
                <w:szCs w:val="24"/>
                <w:lang w:val="en-US"/>
              </w:rPr>
              <w:t>0,01</w:t>
            </w:r>
            <w:r>
              <w:rPr>
                <w:rFonts w:eastAsia="MS Mincho"/>
                <w:sz w:val="24"/>
                <w:szCs w:val="24"/>
                <w:lang w:val="ru-RU"/>
              </w:rPr>
              <w:t>3</w:t>
            </w:r>
            <w:r w:rsidRPr="00FD1257">
              <w:rPr>
                <w:rFonts w:eastAsia="MS Mincho"/>
                <w:sz w:val="24"/>
                <w:szCs w:val="24"/>
                <w:lang w:val="en-US"/>
              </w:rPr>
              <w:t>*</w:t>
            </w:r>
            <w:r w:rsidRPr="00FD1257">
              <w:rPr>
                <w:rFonts w:eastAsia="MS Mincho"/>
                <w:sz w:val="24"/>
                <w:szCs w:val="24"/>
                <w:lang w:val="en-US"/>
              </w:rPr>
              <w:br/>
            </w:r>
          </w:p>
        </w:tc>
      </w:tr>
      <w:tr w:rsidR="002B22F1" w:rsidRPr="00FD1257" w:rsidTr="00FD1257">
        <w:trPr>
          <w:jc w:val="center"/>
        </w:trPr>
        <w:tc>
          <w:tcPr>
            <w:tcW w:w="1925" w:type="dxa"/>
            <w:vMerge/>
          </w:tcPr>
          <w:p w:rsidR="002B22F1" w:rsidRPr="00FD1257" w:rsidRDefault="002B22F1" w:rsidP="00B874DB">
            <w:pPr>
              <w:rPr>
                <w:rFonts w:eastAsia="MS Mincho"/>
                <w:sz w:val="24"/>
                <w:szCs w:val="24"/>
                <w:lang w:val="en-US"/>
              </w:rPr>
            </w:pP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Қандай жағдайларда қолдануға болатынына</w:t>
            </w:r>
          </w:p>
        </w:tc>
        <w:tc>
          <w:tcPr>
            <w:tcW w:w="1477" w:type="dxa"/>
            <w:vAlign w:val="center"/>
          </w:tcPr>
          <w:p w:rsidR="002B22F1" w:rsidRDefault="002B22F1" w:rsidP="00B97E50">
            <w:pPr>
              <w:jc w:val="center"/>
            </w:pPr>
            <w:r>
              <w:t>92 (59,7)</w:t>
            </w:r>
          </w:p>
        </w:tc>
        <w:tc>
          <w:tcPr>
            <w:tcW w:w="1615" w:type="dxa"/>
            <w:vAlign w:val="center"/>
          </w:tcPr>
          <w:p w:rsidR="002B22F1" w:rsidRDefault="002B22F1" w:rsidP="00B97E50">
            <w:pPr>
              <w:jc w:val="center"/>
            </w:pPr>
            <w:r>
              <w:t>47 (59,5)</w:t>
            </w:r>
          </w:p>
        </w:tc>
        <w:tc>
          <w:tcPr>
            <w:tcW w:w="1485" w:type="dxa"/>
            <w:vAlign w:val="center"/>
          </w:tcPr>
          <w:p w:rsidR="002B22F1" w:rsidRDefault="002B22F1" w:rsidP="00B97E50">
            <w:pPr>
              <w:jc w:val="center"/>
            </w:pPr>
            <w:r>
              <w:t>7 (36,8)</w:t>
            </w:r>
          </w:p>
        </w:tc>
        <w:tc>
          <w:tcPr>
            <w:tcW w:w="1431" w:type="dxa"/>
            <w:vMerge/>
          </w:tcPr>
          <w:p w:rsidR="002B22F1" w:rsidRPr="00FD1257" w:rsidRDefault="002B22F1" w:rsidP="00B874DB">
            <w:pPr>
              <w:rPr>
                <w:rFonts w:eastAsia="MS Mincho"/>
                <w:sz w:val="24"/>
                <w:szCs w:val="24"/>
                <w:lang w:val="en-US"/>
              </w:rPr>
            </w:pPr>
          </w:p>
        </w:tc>
      </w:tr>
      <w:tr w:rsidR="002B22F1" w:rsidRPr="00FD1257" w:rsidTr="00FD1257">
        <w:trPr>
          <w:jc w:val="center"/>
        </w:trPr>
        <w:tc>
          <w:tcPr>
            <w:tcW w:w="1925" w:type="dxa"/>
            <w:vMerge/>
          </w:tcPr>
          <w:p w:rsidR="002B22F1" w:rsidRPr="00FD1257" w:rsidRDefault="002B22F1" w:rsidP="00B874DB">
            <w:pPr>
              <w:rPr>
                <w:rFonts w:eastAsia="MS Mincho"/>
                <w:sz w:val="24"/>
                <w:szCs w:val="24"/>
                <w:lang w:val="en-US"/>
              </w:rPr>
            </w:pP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Бағасына (арзандау антибиотиктерді таңдаймын)</w:t>
            </w:r>
          </w:p>
        </w:tc>
        <w:tc>
          <w:tcPr>
            <w:tcW w:w="1477" w:type="dxa"/>
            <w:vAlign w:val="center"/>
          </w:tcPr>
          <w:p w:rsidR="002B22F1" w:rsidRDefault="002B22F1" w:rsidP="00B97E50">
            <w:pPr>
              <w:jc w:val="center"/>
            </w:pPr>
            <w:r>
              <w:t>7 (4,5)</w:t>
            </w:r>
          </w:p>
        </w:tc>
        <w:tc>
          <w:tcPr>
            <w:tcW w:w="1615" w:type="dxa"/>
            <w:vAlign w:val="center"/>
          </w:tcPr>
          <w:p w:rsidR="002B22F1" w:rsidRDefault="002B22F1" w:rsidP="00B97E50">
            <w:pPr>
              <w:jc w:val="center"/>
            </w:pPr>
            <w:r>
              <w:t>9 (11,4)</w:t>
            </w:r>
          </w:p>
        </w:tc>
        <w:tc>
          <w:tcPr>
            <w:tcW w:w="1485" w:type="dxa"/>
            <w:vAlign w:val="center"/>
          </w:tcPr>
          <w:p w:rsidR="002B22F1" w:rsidRDefault="002B22F1" w:rsidP="00B97E50">
            <w:pPr>
              <w:jc w:val="center"/>
            </w:pPr>
            <w:r>
              <w:t>5 (26,3)</w:t>
            </w:r>
          </w:p>
        </w:tc>
        <w:tc>
          <w:tcPr>
            <w:tcW w:w="1431" w:type="dxa"/>
            <w:vMerge/>
          </w:tcPr>
          <w:p w:rsidR="002B22F1" w:rsidRPr="00FD1257" w:rsidRDefault="002B22F1" w:rsidP="00B874DB">
            <w:pPr>
              <w:rPr>
                <w:rFonts w:eastAsia="MS Mincho"/>
                <w:sz w:val="24"/>
                <w:szCs w:val="24"/>
                <w:lang w:val="en-US"/>
              </w:rPr>
            </w:pPr>
          </w:p>
        </w:tc>
      </w:tr>
      <w:tr w:rsidR="002B22F1" w:rsidRPr="00FD1257" w:rsidTr="00FD1257">
        <w:trPr>
          <w:jc w:val="center"/>
        </w:trPr>
        <w:tc>
          <w:tcPr>
            <w:tcW w:w="1925" w:type="dxa"/>
            <w:vMerge/>
          </w:tcPr>
          <w:p w:rsidR="002B22F1" w:rsidRPr="00FD1257" w:rsidRDefault="002B22F1" w:rsidP="00B874DB">
            <w:pPr>
              <w:rPr>
                <w:rFonts w:eastAsia="MS Mincho"/>
                <w:sz w:val="24"/>
                <w:szCs w:val="24"/>
                <w:lang w:val="en-US"/>
              </w:rPr>
            </w:pP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Бағасына (қымбат антибиотиктерді таңдаймын)</w:t>
            </w:r>
          </w:p>
        </w:tc>
        <w:tc>
          <w:tcPr>
            <w:tcW w:w="1477" w:type="dxa"/>
            <w:vAlign w:val="center"/>
          </w:tcPr>
          <w:p w:rsidR="002B22F1" w:rsidRDefault="002B22F1" w:rsidP="00B97E50">
            <w:pPr>
              <w:jc w:val="center"/>
            </w:pPr>
            <w:r>
              <w:t>5 (3,2)</w:t>
            </w:r>
          </w:p>
        </w:tc>
        <w:tc>
          <w:tcPr>
            <w:tcW w:w="1615" w:type="dxa"/>
            <w:vAlign w:val="center"/>
          </w:tcPr>
          <w:p w:rsidR="002B22F1" w:rsidRDefault="002B22F1" w:rsidP="00B97E50">
            <w:pPr>
              <w:jc w:val="center"/>
            </w:pPr>
            <w:r>
              <w:t>0 (0,0)</w:t>
            </w:r>
          </w:p>
        </w:tc>
        <w:tc>
          <w:tcPr>
            <w:tcW w:w="1485" w:type="dxa"/>
            <w:vAlign w:val="center"/>
          </w:tcPr>
          <w:p w:rsidR="002B22F1" w:rsidRDefault="002B22F1" w:rsidP="00B97E50">
            <w:pPr>
              <w:jc w:val="center"/>
            </w:pPr>
            <w:r>
              <w:t>1 (5,3)</w:t>
            </w:r>
          </w:p>
        </w:tc>
        <w:tc>
          <w:tcPr>
            <w:tcW w:w="1431" w:type="dxa"/>
            <w:vMerge/>
          </w:tcPr>
          <w:p w:rsidR="002B22F1" w:rsidRPr="00FD1257" w:rsidRDefault="002B22F1" w:rsidP="00B874DB">
            <w:pPr>
              <w:rPr>
                <w:rFonts w:eastAsia="MS Mincho"/>
                <w:sz w:val="24"/>
                <w:szCs w:val="24"/>
                <w:lang w:val="en-US"/>
              </w:rPr>
            </w:pPr>
          </w:p>
        </w:tc>
      </w:tr>
      <w:tr w:rsidR="002B22F1" w:rsidRPr="00FD1257" w:rsidTr="00FD1257">
        <w:trPr>
          <w:jc w:val="center"/>
        </w:trPr>
        <w:tc>
          <w:tcPr>
            <w:tcW w:w="1925" w:type="dxa"/>
            <w:vMerge/>
          </w:tcPr>
          <w:p w:rsidR="002B22F1" w:rsidRPr="00FD1257" w:rsidRDefault="002B22F1" w:rsidP="00B874DB">
            <w:pPr>
              <w:rPr>
                <w:rFonts w:eastAsia="MS Mincho"/>
                <w:sz w:val="24"/>
                <w:szCs w:val="24"/>
                <w:lang w:val="en-US"/>
              </w:rPr>
            </w:pP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Танымал өндіруші (бренд)</w:t>
            </w:r>
          </w:p>
        </w:tc>
        <w:tc>
          <w:tcPr>
            <w:tcW w:w="1477" w:type="dxa"/>
            <w:vAlign w:val="center"/>
          </w:tcPr>
          <w:p w:rsidR="002B22F1" w:rsidRDefault="002B22F1" w:rsidP="00B97E50">
            <w:pPr>
              <w:jc w:val="center"/>
            </w:pPr>
            <w:r>
              <w:t>3 (1,9)</w:t>
            </w:r>
          </w:p>
        </w:tc>
        <w:tc>
          <w:tcPr>
            <w:tcW w:w="1615" w:type="dxa"/>
            <w:vAlign w:val="center"/>
          </w:tcPr>
          <w:p w:rsidR="002B22F1" w:rsidRDefault="002B22F1" w:rsidP="00B97E50">
            <w:pPr>
              <w:jc w:val="center"/>
            </w:pPr>
            <w:r>
              <w:t>4 (5,1)</w:t>
            </w:r>
          </w:p>
        </w:tc>
        <w:tc>
          <w:tcPr>
            <w:tcW w:w="1485" w:type="dxa"/>
            <w:vAlign w:val="center"/>
          </w:tcPr>
          <w:p w:rsidR="002B22F1" w:rsidRDefault="002B22F1" w:rsidP="00B97E50">
            <w:pPr>
              <w:jc w:val="center"/>
            </w:pPr>
            <w:r>
              <w:t>0 (0,0)</w:t>
            </w:r>
          </w:p>
        </w:tc>
        <w:tc>
          <w:tcPr>
            <w:tcW w:w="1431" w:type="dxa"/>
            <w:vMerge/>
          </w:tcPr>
          <w:p w:rsidR="002B22F1" w:rsidRPr="00FD1257" w:rsidRDefault="002B22F1" w:rsidP="00B874DB">
            <w:pPr>
              <w:rPr>
                <w:rFonts w:eastAsia="MS Mincho"/>
                <w:sz w:val="24"/>
                <w:szCs w:val="24"/>
                <w:lang w:val="en-US"/>
              </w:rPr>
            </w:pPr>
          </w:p>
        </w:tc>
      </w:tr>
      <w:tr w:rsidR="002B22F1" w:rsidRPr="00FD1257" w:rsidTr="00FD1257">
        <w:trPr>
          <w:jc w:val="center"/>
        </w:trPr>
        <w:tc>
          <w:tcPr>
            <w:tcW w:w="1925" w:type="dxa"/>
            <w:vMerge/>
          </w:tcPr>
          <w:p w:rsidR="002B22F1" w:rsidRPr="00FD1257" w:rsidRDefault="002B22F1" w:rsidP="00B874DB">
            <w:pPr>
              <w:rPr>
                <w:rFonts w:eastAsia="MS Mincho"/>
                <w:sz w:val="24"/>
                <w:szCs w:val="24"/>
                <w:lang w:val="en-US"/>
              </w:rPr>
            </w:pPr>
          </w:p>
        </w:tc>
        <w:tc>
          <w:tcPr>
            <w:tcW w:w="1925" w:type="dxa"/>
          </w:tcPr>
          <w:p w:rsidR="002B22F1" w:rsidRPr="00FD1257" w:rsidRDefault="002B22F1" w:rsidP="009A1CB7">
            <w:pPr>
              <w:adjustRightInd w:val="0"/>
              <w:rPr>
                <w:rFonts w:eastAsia="Calibri"/>
                <w:sz w:val="24"/>
                <w:szCs w:val="24"/>
                <w:lang w:val="ru-RU"/>
              </w:rPr>
            </w:pPr>
            <w:r w:rsidRPr="00FD1257">
              <w:rPr>
                <w:rFonts w:eastAsia="Calibri"/>
                <w:sz w:val="24"/>
                <w:szCs w:val="24"/>
                <w:lang w:val="ru-RU"/>
              </w:rPr>
              <w:t>Жағымсыз әсерлеріне</w:t>
            </w:r>
          </w:p>
        </w:tc>
        <w:tc>
          <w:tcPr>
            <w:tcW w:w="1477" w:type="dxa"/>
            <w:vAlign w:val="center"/>
          </w:tcPr>
          <w:p w:rsidR="002B22F1" w:rsidRDefault="002B22F1" w:rsidP="00B97E50">
            <w:pPr>
              <w:jc w:val="center"/>
            </w:pPr>
            <w:r>
              <w:t>5 (3,2)</w:t>
            </w:r>
          </w:p>
        </w:tc>
        <w:tc>
          <w:tcPr>
            <w:tcW w:w="1615" w:type="dxa"/>
            <w:vAlign w:val="center"/>
          </w:tcPr>
          <w:p w:rsidR="002B22F1" w:rsidRDefault="002B22F1" w:rsidP="00B97E50">
            <w:pPr>
              <w:jc w:val="center"/>
            </w:pPr>
            <w:r>
              <w:t>5 (6,3)</w:t>
            </w:r>
          </w:p>
        </w:tc>
        <w:tc>
          <w:tcPr>
            <w:tcW w:w="1485" w:type="dxa"/>
            <w:vAlign w:val="center"/>
          </w:tcPr>
          <w:p w:rsidR="002B22F1" w:rsidRDefault="002B22F1" w:rsidP="00B97E50">
            <w:pPr>
              <w:jc w:val="center"/>
            </w:pPr>
            <w:r>
              <w:t>2 (10,5)</w:t>
            </w:r>
          </w:p>
        </w:tc>
        <w:tc>
          <w:tcPr>
            <w:tcW w:w="1431" w:type="dxa"/>
            <w:vMerge/>
          </w:tcPr>
          <w:p w:rsidR="002B22F1" w:rsidRPr="00FD1257" w:rsidRDefault="002B22F1" w:rsidP="00B874DB">
            <w:pPr>
              <w:rPr>
                <w:rFonts w:eastAsia="MS Mincho"/>
                <w:sz w:val="24"/>
                <w:szCs w:val="24"/>
                <w:lang w:val="en-US"/>
              </w:rPr>
            </w:pPr>
          </w:p>
        </w:tc>
      </w:tr>
    </w:tbl>
    <w:p w:rsidR="009B2516" w:rsidRPr="005B760C" w:rsidRDefault="00FD1257" w:rsidP="00FD1257">
      <w:pPr>
        <w:widowControl/>
        <w:autoSpaceDE/>
        <w:autoSpaceDN/>
        <w:spacing w:line="360" w:lineRule="auto"/>
        <w:jc w:val="center"/>
        <w:rPr>
          <w:rFonts w:eastAsia="MS Mincho"/>
          <w:highlight w:val="yellow"/>
        </w:rPr>
      </w:pPr>
      <w:r w:rsidRPr="005B760C">
        <w:rPr>
          <w:rFonts w:eastAsia="MS Mincho"/>
          <w:sz w:val="24"/>
          <w:szCs w:val="24"/>
        </w:rPr>
        <w:t>* – көрсеткіштердегі айырмашылықтар статистикалық маңызды (p &lt; 0,05)</w:t>
      </w:r>
    </w:p>
    <w:p w:rsidR="009B2516" w:rsidRPr="005B760C" w:rsidRDefault="004E39EC" w:rsidP="00B874DB">
      <w:pPr>
        <w:widowControl/>
        <w:autoSpaceDE/>
        <w:autoSpaceDN/>
        <w:ind w:firstLine="709"/>
        <w:jc w:val="both"/>
        <w:rPr>
          <w:rFonts w:eastAsia="MS Mincho"/>
          <w:sz w:val="28"/>
          <w:szCs w:val="28"/>
        </w:rPr>
      </w:pPr>
      <w:r w:rsidRPr="005B760C">
        <w:rPr>
          <w:rFonts w:eastAsia="MS Mincho"/>
          <w:sz w:val="28"/>
          <w:szCs w:val="28"/>
        </w:rPr>
        <w:t>Көрсеткішті талдау кезінде "</w:t>
      </w:r>
      <w:r>
        <w:rPr>
          <w:rFonts w:eastAsia="MS Mincho"/>
          <w:sz w:val="28"/>
          <w:szCs w:val="28"/>
        </w:rPr>
        <w:t>А</w:t>
      </w:r>
      <w:r w:rsidRPr="005B760C">
        <w:rPr>
          <w:rFonts w:eastAsia="MS Mincho"/>
          <w:sz w:val="28"/>
          <w:szCs w:val="28"/>
        </w:rPr>
        <w:t>нтибиотик сатып алғанда, сіз не нәрсеге назар аударасыз? "респонденттердің білімі" көрсеткішіне байланысты біз статистикалық маңызды айырмашылықтарды анықтадық (p = 0,011) (қолданылатын әдіс: Пирсонның хи-квадраты)</w:t>
      </w:r>
      <w:r w:rsidRPr="005B760C">
        <w:rPr>
          <w:rFonts w:eastAsia="MS Mincho"/>
          <w:i/>
          <w:sz w:val="28"/>
          <w:szCs w:val="28"/>
        </w:rPr>
        <w:t xml:space="preserve"> </w:t>
      </w:r>
      <w:r w:rsidRPr="005B760C">
        <w:rPr>
          <w:rFonts w:eastAsia="MS Mincho"/>
          <w:sz w:val="28"/>
          <w:szCs w:val="28"/>
        </w:rPr>
        <w:t>(сурет</w:t>
      </w:r>
      <w:r w:rsidR="00955D6A" w:rsidRPr="005B760C">
        <w:rPr>
          <w:rFonts w:eastAsia="MS Mincho"/>
          <w:sz w:val="28"/>
          <w:szCs w:val="28"/>
        </w:rPr>
        <w:t xml:space="preserve"> 2</w:t>
      </w:r>
      <w:r w:rsidR="00955D6A">
        <w:rPr>
          <w:rFonts w:eastAsia="MS Mincho"/>
          <w:sz w:val="28"/>
          <w:szCs w:val="28"/>
        </w:rPr>
        <w:t>5</w:t>
      </w:r>
      <w:r w:rsidRPr="005B760C">
        <w:rPr>
          <w:rFonts w:eastAsia="MS Mincho"/>
          <w:sz w:val="28"/>
          <w:szCs w:val="28"/>
        </w:rPr>
        <w:t>)</w:t>
      </w:r>
      <w:r w:rsidR="009B2516" w:rsidRPr="005B760C">
        <w:rPr>
          <w:rFonts w:eastAsia="MS Mincho"/>
          <w:sz w:val="28"/>
          <w:szCs w:val="28"/>
        </w:rPr>
        <w:t>.</w:t>
      </w:r>
    </w:p>
    <w:p w:rsidR="009B2516" w:rsidRPr="005B760C" w:rsidRDefault="002B22F1" w:rsidP="009B2516">
      <w:pPr>
        <w:widowControl/>
        <w:autoSpaceDE/>
        <w:autoSpaceDN/>
        <w:spacing w:line="360" w:lineRule="auto"/>
        <w:rPr>
          <w:rFonts w:eastAsia="MS Mincho"/>
        </w:rPr>
      </w:pPr>
      <w:r>
        <w:rPr>
          <w:noProof/>
          <w:lang w:val="ru-RU" w:eastAsia="ru-RU"/>
        </w:rPr>
        <w:drawing>
          <wp:inline distT="0" distB="0" distL="0" distR="0" wp14:anchorId="31A23821" wp14:editId="37501D7F">
            <wp:extent cx="6122670" cy="2649007"/>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122670" cy="2649007"/>
                    </a:xfrm>
                    <a:prstGeom prst="rect">
                      <a:avLst/>
                    </a:prstGeom>
                  </pic:spPr>
                </pic:pic>
              </a:graphicData>
            </a:graphic>
          </wp:inline>
        </w:drawing>
      </w:r>
    </w:p>
    <w:p w:rsidR="009B2516" w:rsidRDefault="009B2516" w:rsidP="009B2516">
      <w:pPr>
        <w:widowControl/>
        <w:autoSpaceDE/>
        <w:autoSpaceDN/>
        <w:spacing w:line="360" w:lineRule="auto"/>
        <w:rPr>
          <w:rFonts w:eastAsia="MS Mincho"/>
        </w:rPr>
      </w:pPr>
    </w:p>
    <w:p w:rsidR="004E39EC" w:rsidRPr="004E39EC" w:rsidRDefault="004E39EC" w:rsidP="004E39EC">
      <w:pPr>
        <w:widowControl/>
        <w:autoSpaceDE/>
        <w:autoSpaceDN/>
        <w:jc w:val="center"/>
        <w:rPr>
          <w:rFonts w:eastAsia="MS Mincho"/>
          <w:sz w:val="28"/>
          <w:szCs w:val="28"/>
        </w:rPr>
      </w:pPr>
      <w:r w:rsidRPr="00955D6A">
        <w:rPr>
          <w:rFonts w:eastAsia="MS Mincho"/>
          <w:sz w:val="28"/>
          <w:szCs w:val="28"/>
        </w:rPr>
        <w:t>Сурет</w:t>
      </w:r>
      <w:r w:rsidR="00955D6A">
        <w:rPr>
          <w:rFonts w:eastAsia="MS Mincho"/>
          <w:sz w:val="28"/>
          <w:szCs w:val="28"/>
        </w:rPr>
        <w:t xml:space="preserve"> 25</w:t>
      </w:r>
      <w:r w:rsidRPr="00955D6A">
        <w:rPr>
          <w:rFonts w:eastAsia="MS Mincho"/>
          <w:sz w:val="28"/>
          <w:szCs w:val="28"/>
        </w:rPr>
        <w:t xml:space="preserve"> - "Антибиотик сатып алғанда, сіз не нәрсеге назар аударасыз? "респонденттердің білімі" көрсеткішіне байланысты</w:t>
      </w:r>
    </w:p>
    <w:p w:rsidR="004E39EC" w:rsidRPr="004E39EC" w:rsidRDefault="004E39EC" w:rsidP="004E39EC">
      <w:pPr>
        <w:widowControl/>
        <w:autoSpaceDE/>
        <w:autoSpaceDN/>
        <w:jc w:val="center"/>
        <w:rPr>
          <w:rFonts w:eastAsia="MS Mincho"/>
        </w:rPr>
      </w:pPr>
    </w:p>
    <w:p w:rsidR="009B2516" w:rsidRPr="002164B9" w:rsidRDefault="009B2516" w:rsidP="00D0003F">
      <w:pPr>
        <w:widowControl/>
        <w:adjustRightInd w:val="0"/>
        <w:ind w:firstLine="567"/>
        <w:jc w:val="both"/>
        <w:rPr>
          <w:rFonts w:eastAsia="Calibri"/>
          <w:sz w:val="28"/>
          <w:szCs w:val="28"/>
        </w:rPr>
      </w:pPr>
    </w:p>
    <w:p w:rsidR="004E4EC0" w:rsidRPr="002164B9" w:rsidRDefault="004E4EC0" w:rsidP="00D0003F">
      <w:pPr>
        <w:widowControl/>
        <w:adjustRightInd w:val="0"/>
        <w:ind w:firstLine="567"/>
        <w:jc w:val="both"/>
        <w:rPr>
          <w:rFonts w:eastAsia="Calibri"/>
          <w:sz w:val="28"/>
          <w:szCs w:val="28"/>
        </w:rPr>
      </w:pPr>
      <w:r w:rsidRPr="002164B9">
        <w:rPr>
          <w:rFonts w:eastAsia="Calibri"/>
          <w:sz w:val="28"/>
          <w:szCs w:val="28"/>
        </w:rPr>
        <w:t>Сауалнамаға қатысушылар емдеу үшін антибиотиктердің дозасын қалай анықтайды деген сұраққа респонденттердің жартысынан азы (43,1%) фармацевттен (дәріханадағы сатушыдан) және 27,3% адамнан сұрағанын айтты.қаптамадағы кірістірілген ақпарат бойынша. Алдыңғы тәжірибені адамдардың 14,6% - ы атап өтті, ал адамдардың 13,8% - ы интернеттен ақпарат іздейді.</w:t>
      </w:r>
    </w:p>
    <w:p w:rsidR="004E4EC0" w:rsidRPr="002164B9" w:rsidRDefault="004E4EC0" w:rsidP="00D0003F">
      <w:pPr>
        <w:widowControl/>
        <w:adjustRightInd w:val="0"/>
        <w:ind w:firstLine="567"/>
        <w:jc w:val="both"/>
        <w:rPr>
          <w:rFonts w:eastAsia="Calibri"/>
          <w:sz w:val="28"/>
          <w:szCs w:val="28"/>
        </w:rPr>
      </w:pPr>
      <w:r w:rsidRPr="002164B9">
        <w:rPr>
          <w:rFonts w:eastAsia="Calibri"/>
          <w:sz w:val="28"/>
          <w:szCs w:val="28"/>
        </w:rPr>
        <w:t>Сауалнамаға қатысушылардың көпшілігі (75,9%) қолданар алдында әрқашан дәрі-дәрмектің нұсқауларын оқиды, кейде 20,9% қолданар алдында дәрі-дәрмектің нұсқауларын оқиды, ал сауалнамаға қатысқандардың 3,2% - ы қолданар алдында ешқашан дәрі-дәрмектің нұсқауларын оқымайды.</w:t>
      </w:r>
    </w:p>
    <w:p w:rsidR="009B2516" w:rsidRPr="002164B9" w:rsidRDefault="004E4EC0" w:rsidP="007B7A19">
      <w:pPr>
        <w:widowControl/>
        <w:autoSpaceDE/>
        <w:autoSpaceDN/>
        <w:ind w:firstLine="567"/>
        <w:jc w:val="both"/>
        <w:rPr>
          <w:rFonts w:eastAsia="Calibri"/>
          <w:sz w:val="28"/>
          <w:szCs w:val="28"/>
        </w:rPr>
      </w:pPr>
      <w:r w:rsidRPr="002164B9">
        <w:rPr>
          <w:rFonts w:eastAsia="Calibri"/>
          <w:sz w:val="28"/>
          <w:szCs w:val="28"/>
        </w:rPr>
        <w:t>Сауалнамаға қатысушылардың көпшілігі бір антибиотикті 80,6%, екі антибиотикті 14,6%, ал үш немесе одан да көп антибиотикті 4,7% қолданады деп жауап берді</w:t>
      </w:r>
      <w:r w:rsidR="00955D6A">
        <w:rPr>
          <w:rFonts w:eastAsia="Calibri"/>
          <w:sz w:val="28"/>
          <w:szCs w:val="28"/>
        </w:rPr>
        <w:t xml:space="preserve"> (кесте 22</w:t>
      </w:r>
      <w:r w:rsidR="001A0EA7" w:rsidRPr="001A0EA7">
        <w:rPr>
          <w:rFonts w:eastAsia="Calibri"/>
          <w:sz w:val="28"/>
          <w:szCs w:val="28"/>
        </w:rPr>
        <w:t>)</w:t>
      </w:r>
      <w:r w:rsidRPr="002164B9">
        <w:rPr>
          <w:rFonts w:eastAsia="Calibri"/>
          <w:sz w:val="28"/>
          <w:szCs w:val="28"/>
        </w:rPr>
        <w:t>.</w:t>
      </w:r>
    </w:p>
    <w:p w:rsidR="004E4EC0" w:rsidRPr="002164B9" w:rsidRDefault="004E4EC0" w:rsidP="00B632CA">
      <w:pPr>
        <w:widowControl/>
        <w:autoSpaceDE/>
        <w:autoSpaceDN/>
        <w:jc w:val="both"/>
        <w:rPr>
          <w:rFonts w:eastAsia="Calibri"/>
          <w:sz w:val="28"/>
          <w:szCs w:val="28"/>
          <w:highlight w:val="yellow"/>
        </w:rPr>
      </w:pPr>
    </w:p>
    <w:p w:rsidR="001A0EA7" w:rsidRPr="009F079C" w:rsidRDefault="004E4EC0" w:rsidP="00B632CA">
      <w:pPr>
        <w:widowControl/>
        <w:autoSpaceDE/>
        <w:autoSpaceDN/>
        <w:jc w:val="both"/>
        <w:rPr>
          <w:rFonts w:eastAsia="Calibri"/>
          <w:sz w:val="28"/>
          <w:szCs w:val="28"/>
        </w:rPr>
      </w:pPr>
      <w:r w:rsidRPr="001A0EA7">
        <w:rPr>
          <w:rFonts w:eastAsia="Calibri"/>
          <w:sz w:val="28"/>
          <w:szCs w:val="28"/>
        </w:rPr>
        <w:t>Кесте</w:t>
      </w:r>
      <w:r w:rsidR="00955D6A">
        <w:rPr>
          <w:rFonts w:eastAsia="Calibri"/>
          <w:sz w:val="28"/>
          <w:szCs w:val="28"/>
        </w:rPr>
        <w:t xml:space="preserve"> 22</w:t>
      </w:r>
      <w:r w:rsidR="00B632CA" w:rsidRPr="001A0EA7">
        <w:rPr>
          <w:rFonts w:eastAsia="Calibri"/>
          <w:sz w:val="28"/>
          <w:szCs w:val="28"/>
        </w:rPr>
        <w:t xml:space="preserve"> –</w:t>
      </w:r>
      <w:r w:rsidR="00B632CA" w:rsidRPr="001A0EA7">
        <w:rPr>
          <w:rFonts w:ascii="Calibri" w:eastAsia="Calibri" w:hAnsi="Calibri"/>
        </w:rPr>
        <w:t xml:space="preserve"> </w:t>
      </w:r>
      <w:r w:rsidRPr="001A0EA7">
        <w:rPr>
          <w:rFonts w:eastAsia="Calibri"/>
          <w:sz w:val="28"/>
          <w:szCs w:val="28"/>
        </w:rPr>
        <w:t>Жынысына сәйкес антибиотиктерді қолдануға қатысты сұрақтарға жауаптар</w:t>
      </w:r>
    </w:p>
    <w:tbl>
      <w:tblPr>
        <w:tblStyle w:val="aa"/>
        <w:tblW w:w="0" w:type="auto"/>
        <w:tblLayout w:type="fixed"/>
        <w:tblLook w:val="04A0" w:firstRow="1" w:lastRow="0" w:firstColumn="1" w:lastColumn="0" w:noHBand="0" w:noVBand="1"/>
      </w:tblPr>
      <w:tblGrid>
        <w:gridCol w:w="930"/>
        <w:gridCol w:w="3997"/>
        <w:gridCol w:w="1386"/>
        <w:gridCol w:w="1592"/>
        <w:gridCol w:w="1665"/>
      </w:tblGrid>
      <w:tr w:rsidR="00B632CA" w:rsidRPr="00D7737E" w:rsidTr="00E97EA4">
        <w:trPr>
          <w:trHeight w:val="846"/>
        </w:trPr>
        <w:tc>
          <w:tcPr>
            <w:tcW w:w="4927" w:type="dxa"/>
            <w:gridSpan w:val="2"/>
          </w:tcPr>
          <w:p w:rsidR="00B632CA" w:rsidRPr="00D7737E" w:rsidRDefault="00D0003F" w:rsidP="00B632CA">
            <w:pPr>
              <w:adjustRightInd w:val="0"/>
              <w:rPr>
                <w:rFonts w:eastAsia="Calibri"/>
                <w:sz w:val="24"/>
                <w:szCs w:val="24"/>
                <w:highlight w:val="yellow"/>
                <w:lang w:val="ru-RU"/>
              </w:rPr>
            </w:pPr>
            <w:r w:rsidRPr="00D0003F">
              <w:rPr>
                <w:rFonts w:eastAsia="Calibri"/>
                <w:sz w:val="24"/>
                <w:szCs w:val="24"/>
                <w:lang w:val="ru-RU"/>
              </w:rPr>
              <w:t>Сұрақ/жауаптар</w:t>
            </w:r>
          </w:p>
        </w:tc>
        <w:tc>
          <w:tcPr>
            <w:tcW w:w="1386" w:type="dxa"/>
          </w:tcPr>
          <w:p w:rsidR="00B632CA" w:rsidRPr="00730DF6" w:rsidRDefault="00D0003F" w:rsidP="00B632CA">
            <w:pPr>
              <w:adjustRightInd w:val="0"/>
              <w:rPr>
                <w:rFonts w:eastAsia="Calibri"/>
                <w:sz w:val="24"/>
                <w:szCs w:val="24"/>
                <w:lang w:val="ru-RU"/>
              </w:rPr>
            </w:pPr>
            <w:r w:rsidRPr="00730DF6">
              <w:rPr>
                <w:rFonts w:eastAsia="Calibri"/>
                <w:sz w:val="24"/>
                <w:szCs w:val="24"/>
                <w:lang w:val="ru-RU"/>
              </w:rPr>
              <w:t>Ер</w:t>
            </w:r>
          </w:p>
        </w:tc>
        <w:tc>
          <w:tcPr>
            <w:tcW w:w="1592" w:type="dxa"/>
          </w:tcPr>
          <w:p w:rsidR="00B632CA" w:rsidRPr="00730DF6" w:rsidRDefault="00D0003F" w:rsidP="00B632CA">
            <w:pPr>
              <w:adjustRightInd w:val="0"/>
              <w:rPr>
                <w:rFonts w:eastAsia="Calibri"/>
                <w:sz w:val="24"/>
                <w:szCs w:val="24"/>
                <w:lang w:val="ru-RU"/>
              </w:rPr>
            </w:pPr>
            <w:r w:rsidRPr="00730DF6">
              <w:rPr>
                <w:rFonts w:eastAsia="Calibri"/>
                <w:sz w:val="24"/>
                <w:szCs w:val="24"/>
                <w:lang w:val="ru-RU"/>
              </w:rPr>
              <w:t>Әйел</w:t>
            </w:r>
          </w:p>
        </w:tc>
        <w:tc>
          <w:tcPr>
            <w:tcW w:w="1665" w:type="dxa"/>
          </w:tcPr>
          <w:p w:rsidR="00B632CA" w:rsidRPr="00730DF6" w:rsidRDefault="00D0003F" w:rsidP="00B632CA">
            <w:pPr>
              <w:adjustRightInd w:val="0"/>
              <w:rPr>
                <w:rFonts w:eastAsia="Calibri"/>
                <w:sz w:val="24"/>
                <w:szCs w:val="24"/>
                <w:lang w:val="ru-RU"/>
              </w:rPr>
            </w:pPr>
            <w:r w:rsidRPr="00730DF6">
              <w:rPr>
                <w:rFonts w:eastAsia="Calibri"/>
                <w:sz w:val="24"/>
                <w:szCs w:val="24"/>
                <w:lang w:val="ru-RU"/>
              </w:rPr>
              <w:t>Статистикалық</w:t>
            </w:r>
            <w:r w:rsidR="00B632CA" w:rsidRPr="00730DF6">
              <w:rPr>
                <w:rFonts w:eastAsia="Calibri"/>
                <w:sz w:val="24"/>
                <w:szCs w:val="24"/>
                <w:lang w:val="ru-RU"/>
              </w:rPr>
              <w:t xml:space="preserve"> критерий</w:t>
            </w:r>
          </w:p>
          <w:p w:rsidR="00B632CA" w:rsidRPr="00730DF6" w:rsidRDefault="00B632CA" w:rsidP="00B632CA">
            <w:pPr>
              <w:adjustRightInd w:val="0"/>
              <w:rPr>
                <w:rFonts w:eastAsia="Calibri"/>
                <w:sz w:val="24"/>
                <w:szCs w:val="24"/>
                <w:lang w:val="en-US"/>
              </w:rPr>
            </w:pPr>
            <w:r w:rsidRPr="00730DF6">
              <w:rPr>
                <w:rFonts w:eastAsia="Calibri"/>
                <w:sz w:val="24"/>
                <w:szCs w:val="24"/>
                <w:lang w:val="en-US"/>
              </w:rPr>
              <w:sym w:font="Symbol" w:char="F063"/>
            </w:r>
            <w:r w:rsidRPr="00730DF6">
              <w:rPr>
                <w:rFonts w:eastAsia="Calibri"/>
                <w:sz w:val="24"/>
                <w:szCs w:val="24"/>
                <w:lang w:val="en-US"/>
              </w:rPr>
              <w:t xml:space="preserve">2, df, p </w:t>
            </w:r>
          </w:p>
        </w:tc>
      </w:tr>
      <w:tr w:rsidR="00B632CA" w:rsidRPr="00D7737E" w:rsidTr="00E97EA4">
        <w:tc>
          <w:tcPr>
            <w:tcW w:w="7905" w:type="dxa"/>
            <w:gridSpan w:val="4"/>
          </w:tcPr>
          <w:p w:rsidR="00B632CA" w:rsidRPr="00D0003F" w:rsidRDefault="00D0003F" w:rsidP="00B632CA">
            <w:pPr>
              <w:adjustRightInd w:val="0"/>
              <w:rPr>
                <w:rFonts w:eastAsia="Calibri"/>
                <w:sz w:val="24"/>
                <w:szCs w:val="24"/>
                <w:highlight w:val="yellow"/>
              </w:rPr>
            </w:pPr>
            <w:r w:rsidRPr="00D0003F">
              <w:rPr>
                <w:rFonts w:eastAsia="Calibri"/>
                <w:sz w:val="24"/>
                <w:szCs w:val="24"/>
              </w:rPr>
              <w:t>Соңғы рет қабылдаған антибиотикті қайдан алдыныз?</w:t>
            </w:r>
          </w:p>
        </w:tc>
        <w:tc>
          <w:tcPr>
            <w:tcW w:w="1665" w:type="dxa"/>
          </w:tcPr>
          <w:p w:rsidR="00B632CA" w:rsidRPr="00D0003F" w:rsidRDefault="00B632CA" w:rsidP="00B632CA">
            <w:pPr>
              <w:adjustRightInd w:val="0"/>
              <w:rPr>
                <w:rFonts w:eastAsia="Calibri"/>
                <w:sz w:val="24"/>
                <w:szCs w:val="24"/>
                <w:highlight w:val="yellow"/>
              </w:rPr>
            </w:pPr>
          </w:p>
        </w:tc>
      </w:tr>
      <w:tr w:rsidR="00D0003F" w:rsidRPr="00D7737E" w:rsidTr="00E97EA4">
        <w:tc>
          <w:tcPr>
            <w:tcW w:w="930" w:type="dxa"/>
          </w:tcPr>
          <w:p w:rsidR="00D0003F" w:rsidRPr="00D0003F" w:rsidRDefault="00D0003F" w:rsidP="00B632CA">
            <w:pPr>
              <w:contextualSpacing/>
              <w:rPr>
                <w:rFonts w:eastAsia="Calibri"/>
                <w:sz w:val="24"/>
                <w:szCs w:val="24"/>
                <w:highlight w:val="yellow"/>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Үйде біраз болған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23 (27,1%)</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19 (11,3%)</w:t>
            </w:r>
          </w:p>
        </w:tc>
        <w:tc>
          <w:tcPr>
            <w:tcW w:w="1665" w:type="dxa"/>
            <w:vMerge w:val="restart"/>
          </w:tcPr>
          <w:p w:rsidR="00D0003F" w:rsidRPr="00730DF6" w:rsidRDefault="00D0003F"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2=11,486, df=5, p=0,043</w:t>
            </w: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Ауру белгілерімді фармацевтке (дәріханадағы сатушыға) айтқан соң, оның кеңесі бойынша сатып алдым</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18 (21,2%)</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36 (21,4%)</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Нақты антибиотиктің атын айтып дәріханадан сатып алдым</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14 (16,5%)</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38 (22,6%)</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Туысымнан алдым</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(2,4%)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 (1,8%)</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Өткенде ауырған кезде дәрігер тағайындаған антибиотикті сатып алдым</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(2,4%)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47 (28,0%)</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Басқа жерден алдым</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12 (14,1%)</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25 (14,9%)</w:t>
            </w:r>
          </w:p>
        </w:tc>
        <w:tc>
          <w:tcPr>
            <w:tcW w:w="1665" w:type="dxa"/>
            <w:vMerge/>
          </w:tcPr>
          <w:p w:rsidR="00D0003F" w:rsidRPr="00730DF6" w:rsidRDefault="00D0003F" w:rsidP="00B632CA">
            <w:pPr>
              <w:adjustRightInd w:val="0"/>
              <w:rPr>
                <w:rFonts w:eastAsia="Calibri"/>
                <w:sz w:val="24"/>
                <w:szCs w:val="24"/>
                <w:lang w:val="ru-RU"/>
              </w:rPr>
            </w:pPr>
          </w:p>
        </w:tc>
      </w:tr>
      <w:tr w:rsidR="00B632CA" w:rsidRPr="00D7737E" w:rsidTr="00E97EA4">
        <w:tc>
          <w:tcPr>
            <w:tcW w:w="7905" w:type="dxa"/>
            <w:gridSpan w:val="4"/>
          </w:tcPr>
          <w:p w:rsidR="00B632CA" w:rsidRPr="00730DF6" w:rsidRDefault="00D0003F" w:rsidP="00B632CA">
            <w:pPr>
              <w:adjustRightInd w:val="0"/>
              <w:rPr>
                <w:rFonts w:eastAsia="Calibri"/>
                <w:sz w:val="24"/>
                <w:szCs w:val="24"/>
                <w:lang w:val="ru-RU"/>
              </w:rPr>
            </w:pPr>
            <w:r w:rsidRPr="00730DF6">
              <w:rPr>
                <w:rFonts w:eastAsia="Calibri"/>
                <w:sz w:val="24"/>
                <w:szCs w:val="24"/>
                <w:lang w:val="ru-RU"/>
              </w:rPr>
              <w:t>Антибиотикті не себепті рецептсіз алдыныз?</w:t>
            </w:r>
          </w:p>
        </w:tc>
        <w:tc>
          <w:tcPr>
            <w:tcW w:w="1665" w:type="dxa"/>
            <w:vMerge w:val="restart"/>
          </w:tcPr>
          <w:p w:rsidR="00B632CA" w:rsidRPr="00730DF6" w:rsidRDefault="00B632CA"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w:t>
            </w:r>
            <w:r w:rsidRPr="00730DF6">
              <w:rPr>
                <w:rFonts w:eastAsia="Calibri"/>
                <w:sz w:val="24"/>
                <w:szCs w:val="24"/>
                <w:lang w:val="ru-RU"/>
              </w:rPr>
              <w:t>=11,100</w:t>
            </w:r>
            <w:r w:rsidRPr="00730DF6">
              <w:rPr>
                <w:rFonts w:eastAsia="Calibri"/>
                <w:sz w:val="24"/>
                <w:szCs w:val="24"/>
                <w:lang w:val="en-US"/>
              </w:rPr>
              <w:t>, df</w:t>
            </w:r>
            <w:r w:rsidRPr="00730DF6">
              <w:rPr>
                <w:rFonts w:eastAsia="Calibri"/>
                <w:sz w:val="24"/>
                <w:szCs w:val="24"/>
                <w:lang w:val="ru-RU"/>
              </w:rPr>
              <w:t>=5</w:t>
            </w:r>
            <w:r w:rsidRPr="00730DF6">
              <w:rPr>
                <w:rFonts w:eastAsia="Calibri"/>
                <w:sz w:val="24"/>
                <w:szCs w:val="24"/>
                <w:lang w:val="en-US"/>
              </w:rPr>
              <w:t>, p</w:t>
            </w:r>
            <w:r w:rsidRPr="00730DF6">
              <w:rPr>
                <w:rFonts w:eastAsia="Calibri"/>
                <w:sz w:val="24"/>
                <w:szCs w:val="24"/>
                <w:lang w:val="ru-RU"/>
              </w:rPr>
              <w:t>=0,085</w:t>
            </w: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Менің ауру белгілерім антибиотиктермен емделуді қажет етті</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35 (41,2%)</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85 (50,6%)</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Дәрігерден кеңес алу қымбатқа түседі</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4 (4,7%)</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7 (4,2%)</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Осыған ұқсас ауру белгілері кезінде антибиотиктерді қолданғанмын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15 (17,6%)</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29  (17,3%)</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Өз емханамдағы тегін дәрігер қабылдауына жазылу уақыты тым ұзақ</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10 (11,8%)</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20 (11,9%)</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8C5D29">
              <w:rPr>
                <w:rFonts w:eastAsia="Calibri"/>
                <w:sz w:val="24"/>
                <w:szCs w:val="24"/>
                <w:lang w:val="ru-RU"/>
              </w:rPr>
              <w:t>Мен тұратын жерде мемлекеттік емхана жоқ</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4 (4,7%)</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(1,2%)</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Дәрігерге қаралуға уақытым жоқ</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17 (20,0%)</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18 (10,7%)</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Басқа</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0 (0,0%)</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7 (4,2%)</w:t>
            </w:r>
          </w:p>
        </w:tc>
        <w:tc>
          <w:tcPr>
            <w:tcW w:w="1665" w:type="dxa"/>
            <w:vMerge/>
          </w:tcPr>
          <w:p w:rsidR="00D0003F" w:rsidRPr="00730DF6" w:rsidRDefault="00D0003F" w:rsidP="00B632CA">
            <w:pPr>
              <w:adjustRightInd w:val="0"/>
              <w:rPr>
                <w:rFonts w:eastAsia="Calibri"/>
                <w:sz w:val="24"/>
                <w:szCs w:val="24"/>
                <w:lang w:val="ru-RU"/>
              </w:rPr>
            </w:pPr>
          </w:p>
        </w:tc>
      </w:tr>
      <w:tr w:rsidR="00B632CA" w:rsidRPr="00D7737E" w:rsidTr="00E97EA4">
        <w:tc>
          <w:tcPr>
            <w:tcW w:w="7905" w:type="dxa"/>
            <w:gridSpan w:val="4"/>
          </w:tcPr>
          <w:p w:rsidR="00B632CA" w:rsidRPr="00D7737E" w:rsidRDefault="00D0003F" w:rsidP="00B632CA">
            <w:pPr>
              <w:adjustRightInd w:val="0"/>
              <w:rPr>
                <w:rFonts w:eastAsia="Calibri"/>
                <w:sz w:val="24"/>
                <w:szCs w:val="24"/>
                <w:highlight w:val="yellow"/>
                <w:lang w:val="ru-RU"/>
              </w:rPr>
            </w:pPr>
            <w:r w:rsidRPr="00D0003F">
              <w:rPr>
                <w:rFonts w:eastAsia="Calibri"/>
                <w:sz w:val="24"/>
                <w:szCs w:val="24"/>
                <w:lang w:val="ru-RU"/>
              </w:rPr>
              <w:t>Сіз антибиотиктерді сатып алған кезде несіне назар аударасыз?</w:t>
            </w:r>
          </w:p>
        </w:tc>
        <w:tc>
          <w:tcPr>
            <w:tcW w:w="1665" w:type="dxa"/>
            <w:vMerge w:val="restart"/>
          </w:tcPr>
          <w:p w:rsidR="00B632CA" w:rsidRPr="00730DF6" w:rsidRDefault="00B632CA"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w:t>
            </w:r>
            <w:r w:rsidRPr="00730DF6">
              <w:rPr>
                <w:rFonts w:eastAsia="Calibri"/>
                <w:sz w:val="24"/>
                <w:szCs w:val="24"/>
                <w:lang w:val="ru-RU"/>
              </w:rPr>
              <w:t>=14,361</w:t>
            </w:r>
            <w:r w:rsidRPr="00730DF6">
              <w:rPr>
                <w:rFonts w:eastAsia="Calibri"/>
                <w:sz w:val="24"/>
                <w:szCs w:val="24"/>
                <w:lang w:val="en-US"/>
              </w:rPr>
              <w:t>, df</w:t>
            </w:r>
            <w:r w:rsidRPr="00730DF6">
              <w:rPr>
                <w:rFonts w:eastAsia="Calibri"/>
                <w:sz w:val="24"/>
                <w:szCs w:val="24"/>
                <w:lang w:val="ru-RU"/>
              </w:rPr>
              <w:t>=5</w:t>
            </w:r>
            <w:r w:rsidRPr="00730DF6">
              <w:rPr>
                <w:rFonts w:eastAsia="Calibri"/>
                <w:sz w:val="24"/>
                <w:szCs w:val="24"/>
                <w:lang w:val="en-US"/>
              </w:rPr>
              <w:t>, p</w:t>
            </w:r>
            <w:r w:rsidRPr="00730DF6">
              <w:rPr>
                <w:rFonts w:eastAsia="Calibri"/>
                <w:sz w:val="24"/>
                <w:szCs w:val="24"/>
                <w:lang w:val="ru-RU"/>
              </w:rPr>
              <w:t>=0,013</w:t>
            </w: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 xml:space="preserve">Дәрілік түріне </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24 (28,2%)</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32 (19,0%)</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Қандай жағдайларда қолдануға болатынына</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38 (44,7%)</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110 (65,5%)</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Бағасына (арзандау антибиотиктерді таңдаймын)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8 (9,4%)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14 (8,3%)</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Бағасына (қымбат антибиотиктерді таңдаймын)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(2,4%)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4 (2,4%)</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00369C">
              <w:rPr>
                <w:rFonts w:eastAsia="Calibri"/>
                <w:sz w:val="24"/>
                <w:szCs w:val="24"/>
                <w:lang w:val="ru-RU"/>
              </w:rPr>
              <w:t>Танымал өндіруші (бренд)</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5 (5,9%)</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(1,2%)</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Жағымсыз әсерлеріне</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8 (9,4%)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6 (3,6%)</w:t>
            </w:r>
          </w:p>
        </w:tc>
        <w:tc>
          <w:tcPr>
            <w:tcW w:w="1665" w:type="dxa"/>
            <w:vMerge/>
          </w:tcPr>
          <w:p w:rsidR="00D0003F" w:rsidRPr="00D7737E" w:rsidRDefault="00D0003F" w:rsidP="00B632CA">
            <w:pPr>
              <w:adjustRightInd w:val="0"/>
              <w:rPr>
                <w:rFonts w:eastAsia="Calibri"/>
                <w:sz w:val="24"/>
                <w:szCs w:val="24"/>
                <w:highlight w:val="yellow"/>
                <w:lang w:val="ru-RU"/>
              </w:rPr>
            </w:pPr>
          </w:p>
        </w:tc>
      </w:tr>
      <w:tr w:rsidR="00B632CA" w:rsidRPr="00D7737E" w:rsidTr="00E97EA4">
        <w:tc>
          <w:tcPr>
            <w:tcW w:w="7905" w:type="dxa"/>
            <w:gridSpan w:val="4"/>
          </w:tcPr>
          <w:p w:rsidR="00B632CA" w:rsidRPr="00D0003F" w:rsidRDefault="00D0003F" w:rsidP="00B632CA">
            <w:pPr>
              <w:adjustRightInd w:val="0"/>
              <w:rPr>
                <w:rFonts w:eastAsia="Calibri"/>
                <w:sz w:val="24"/>
                <w:szCs w:val="24"/>
                <w:highlight w:val="yellow"/>
              </w:rPr>
            </w:pPr>
            <w:r w:rsidRPr="00D0003F">
              <w:rPr>
                <w:rFonts w:eastAsia="Calibri"/>
                <w:sz w:val="24"/>
                <w:szCs w:val="24"/>
              </w:rPr>
              <w:t>Өзінізді антибиотикпен емдегенде дәрінің қабылдау мөлшерін қалай анықтайсыз?</w:t>
            </w:r>
          </w:p>
        </w:tc>
        <w:tc>
          <w:tcPr>
            <w:tcW w:w="1665" w:type="dxa"/>
            <w:vMerge w:val="restart"/>
          </w:tcPr>
          <w:p w:rsidR="00B632CA" w:rsidRPr="00730DF6" w:rsidRDefault="00B632CA"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w:t>
            </w:r>
            <w:r w:rsidRPr="00730DF6">
              <w:rPr>
                <w:rFonts w:eastAsia="Calibri"/>
                <w:sz w:val="24"/>
                <w:szCs w:val="24"/>
                <w:lang w:val="ru-RU"/>
              </w:rPr>
              <w:t>=13,248</w:t>
            </w:r>
            <w:r w:rsidRPr="00730DF6">
              <w:rPr>
                <w:rFonts w:eastAsia="Calibri"/>
                <w:sz w:val="24"/>
                <w:szCs w:val="24"/>
                <w:lang w:val="en-US"/>
              </w:rPr>
              <w:t>, df</w:t>
            </w:r>
            <w:r w:rsidRPr="00730DF6">
              <w:rPr>
                <w:rFonts w:eastAsia="Calibri"/>
                <w:sz w:val="24"/>
                <w:szCs w:val="24"/>
                <w:lang w:val="ru-RU"/>
              </w:rPr>
              <w:t>=5</w:t>
            </w:r>
            <w:r w:rsidRPr="00730DF6">
              <w:rPr>
                <w:rFonts w:eastAsia="Calibri"/>
                <w:sz w:val="24"/>
                <w:szCs w:val="24"/>
                <w:lang w:val="en-US"/>
              </w:rPr>
              <w:t>, p</w:t>
            </w:r>
            <w:r w:rsidRPr="00730DF6">
              <w:rPr>
                <w:rFonts w:eastAsia="Calibri"/>
                <w:sz w:val="24"/>
                <w:szCs w:val="24"/>
                <w:lang w:val="ru-RU"/>
              </w:rPr>
              <w:t>=0,021</w:t>
            </w: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6C0445" w:rsidRDefault="00D0003F" w:rsidP="00D0003F">
            <w:pPr>
              <w:adjustRightInd w:val="0"/>
              <w:rPr>
                <w:rFonts w:eastAsia="Calibri"/>
                <w:sz w:val="24"/>
                <w:szCs w:val="24"/>
                <w:highlight w:val="yellow"/>
              </w:rPr>
            </w:pPr>
            <w:r w:rsidRPr="006C0445">
              <w:rPr>
                <w:rFonts w:eastAsia="Calibri"/>
                <w:sz w:val="24"/>
                <w:szCs w:val="24"/>
              </w:rPr>
              <w:t>Фармацевттен (дәріханадағы сатушыдан) сұрап аламын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48 (56,5%)</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61 (36,3%)</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Дәрі қорабының ішіндегі нұсқаулықтан қараймын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17 (20,0%)</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52 (31,0%)</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Оның алдында дәрігер тағайындаған доза бойынша қабылдаймын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8 (9,4%)</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29 (17,3%)</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Досымнан немесе туысымнан сұраймын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 (1,2%)</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0 (0,0%)</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Ақпаратты ғаламтордан іздеймін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11 (12,9%)</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24 (14,3%)</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Антибиотиктің дозасын өзім анықтаймын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0 (0,0%)</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 (1,2%)</w:t>
            </w:r>
          </w:p>
        </w:tc>
        <w:tc>
          <w:tcPr>
            <w:tcW w:w="1665" w:type="dxa"/>
            <w:vMerge/>
          </w:tcPr>
          <w:p w:rsidR="00D0003F" w:rsidRPr="00730DF6" w:rsidRDefault="00D0003F" w:rsidP="00B632CA">
            <w:pPr>
              <w:adjustRightInd w:val="0"/>
              <w:rPr>
                <w:rFonts w:eastAsia="Calibri"/>
                <w:sz w:val="24"/>
                <w:szCs w:val="24"/>
                <w:lang w:val="ru-RU"/>
              </w:rPr>
            </w:pPr>
          </w:p>
        </w:tc>
      </w:tr>
      <w:tr w:rsidR="00B632CA" w:rsidRPr="00D7737E" w:rsidTr="00E97EA4">
        <w:tc>
          <w:tcPr>
            <w:tcW w:w="7905" w:type="dxa"/>
            <w:gridSpan w:val="4"/>
          </w:tcPr>
          <w:p w:rsidR="00B632CA" w:rsidRPr="00730DF6" w:rsidRDefault="00D0003F" w:rsidP="00B632CA">
            <w:pPr>
              <w:adjustRightInd w:val="0"/>
              <w:rPr>
                <w:rFonts w:eastAsia="Calibri"/>
                <w:sz w:val="24"/>
                <w:szCs w:val="24"/>
              </w:rPr>
            </w:pPr>
            <w:r w:rsidRPr="00730DF6">
              <w:rPr>
                <w:rFonts w:eastAsia="Calibri"/>
                <w:sz w:val="24"/>
                <w:szCs w:val="24"/>
              </w:rPr>
              <w:t>Сіз қаншалықты жиі дәрінің нұсқаулығын оқисыз?</w:t>
            </w:r>
          </w:p>
        </w:tc>
        <w:tc>
          <w:tcPr>
            <w:tcW w:w="1665" w:type="dxa"/>
            <w:vMerge w:val="restart"/>
          </w:tcPr>
          <w:p w:rsidR="00B632CA" w:rsidRPr="00730DF6" w:rsidRDefault="00B632CA"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w:t>
            </w:r>
            <w:r w:rsidRPr="00730DF6">
              <w:rPr>
                <w:rFonts w:eastAsia="Calibri"/>
                <w:sz w:val="24"/>
                <w:szCs w:val="24"/>
                <w:lang w:val="ru-RU"/>
              </w:rPr>
              <w:t>=7,929</w:t>
            </w:r>
            <w:r w:rsidRPr="00730DF6">
              <w:rPr>
                <w:rFonts w:eastAsia="Calibri"/>
                <w:sz w:val="24"/>
                <w:szCs w:val="24"/>
                <w:lang w:val="en-US"/>
              </w:rPr>
              <w:t>, df</w:t>
            </w:r>
            <w:r w:rsidRPr="00730DF6">
              <w:rPr>
                <w:rFonts w:eastAsia="Calibri"/>
                <w:sz w:val="24"/>
                <w:szCs w:val="24"/>
                <w:lang w:val="ru-RU"/>
              </w:rPr>
              <w:t>=2</w:t>
            </w:r>
            <w:r w:rsidRPr="00730DF6">
              <w:rPr>
                <w:rFonts w:eastAsia="Calibri"/>
                <w:sz w:val="24"/>
                <w:szCs w:val="24"/>
                <w:lang w:val="en-US"/>
              </w:rPr>
              <w:t>, p</w:t>
            </w:r>
            <w:r w:rsidRPr="00730DF6">
              <w:rPr>
                <w:rFonts w:eastAsia="Calibri"/>
                <w:sz w:val="24"/>
                <w:szCs w:val="24"/>
                <w:lang w:val="ru-RU"/>
              </w:rPr>
              <w:t>=0,019</w:t>
            </w: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Әрқашан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56 (65,9%)</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136 (81,0%)</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6C0445">
              <w:rPr>
                <w:rFonts w:eastAsia="Calibri"/>
                <w:sz w:val="24"/>
                <w:szCs w:val="24"/>
                <w:lang w:val="ru-RU"/>
              </w:rPr>
              <w:t>Кейде</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24 (28,2%)</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29 (17,3%)</w:t>
            </w:r>
          </w:p>
        </w:tc>
        <w:tc>
          <w:tcPr>
            <w:tcW w:w="1665" w:type="dxa"/>
            <w:vMerge/>
          </w:tcPr>
          <w:p w:rsidR="00D0003F" w:rsidRPr="00730DF6" w:rsidRDefault="00D0003F" w:rsidP="00B632CA">
            <w:pPr>
              <w:adjustRightInd w:val="0"/>
              <w:rPr>
                <w:rFonts w:eastAsia="Calibri"/>
                <w:sz w:val="24"/>
                <w:szCs w:val="24"/>
                <w:lang w:val="ru-RU"/>
              </w:rPr>
            </w:pPr>
          </w:p>
        </w:tc>
      </w:tr>
      <w:tr w:rsidR="00D0003F" w:rsidRPr="00D7737E" w:rsidTr="00E97EA4">
        <w:tc>
          <w:tcPr>
            <w:tcW w:w="930" w:type="dxa"/>
          </w:tcPr>
          <w:p w:rsidR="00D0003F" w:rsidRPr="00D7737E" w:rsidRDefault="00D0003F" w:rsidP="00B632CA">
            <w:pPr>
              <w:adjustRightInd w:val="0"/>
              <w:rPr>
                <w:rFonts w:eastAsia="Calibri"/>
                <w:sz w:val="24"/>
                <w:szCs w:val="24"/>
                <w:highlight w:val="yellow"/>
                <w:lang w:val="ru-RU"/>
              </w:rPr>
            </w:pPr>
          </w:p>
        </w:tc>
        <w:tc>
          <w:tcPr>
            <w:tcW w:w="3997" w:type="dxa"/>
          </w:tcPr>
          <w:p w:rsidR="00D0003F" w:rsidRPr="00D7737E" w:rsidRDefault="00D0003F" w:rsidP="00D0003F">
            <w:pPr>
              <w:adjustRightInd w:val="0"/>
              <w:rPr>
                <w:rFonts w:eastAsia="Calibri"/>
                <w:sz w:val="24"/>
                <w:szCs w:val="24"/>
                <w:highlight w:val="yellow"/>
                <w:lang w:val="ru-RU"/>
              </w:rPr>
            </w:pPr>
            <w:r w:rsidRPr="0055073F">
              <w:rPr>
                <w:rFonts w:eastAsia="Calibri"/>
                <w:sz w:val="24"/>
                <w:szCs w:val="24"/>
                <w:lang w:val="ru-RU"/>
              </w:rPr>
              <w:t>Ешқашан</w:t>
            </w:r>
          </w:p>
        </w:tc>
        <w:tc>
          <w:tcPr>
            <w:tcW w:w="1386"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5 (5,9%)</w:t>
            </w:r>
          </w:p>
        </w:tc>
        <w:tc>
          <w:tcPr>
            <w:tcW w:w="1592" w:type="dxa"/>
          </w:tcPr>
          <w:p w:rsidR="00D0003F" w:rsidRPr="00730DF6" w:rsidRDefault="00D0003F" w:rsidP="00B632CA">
            <w:pPr>
              <w:adjustRightInd w:val="0"/>
              <w:rPr>
                <w:rFonts w:eastAsia="Calibri"/>
                <w:sz w:val="24"/>
                <w:szCs w:val="24"/>
                <w:lang w:val="ru-RU"/>
              </w:rPr>
            </w:pPr>
            <w:r w:rsidRPr="00730DF6">
              <w:rPr>
                <w:rFonts w:eastAsia="Calibri"/>
                <w:sz w:val="24"/>
                <w:szCs w:val="24"/>
                <w:lang w:val="ru-RU"/>
              </w:rPr>
              <w:t>3 (1,8%)</w:t>
            </w:r>
          </w:p>
        </w:tc>
        <w:tc>
          <w:tcPr>
            <w:tcW w:w="1665" w:type="dxa"/>
            <w:vMerge/>
          </w:tcPr>
          <w:p w:rsidR="00D0003F" w:rsidRPr="00730DF6" w:rsidRDefault="00D0003F" w:rsidP="00B632CA">
            <w:pPr>
              <w:adjustRightInd w:val="0"/>
              <w:rPr>
                <w:rFonts w:eastAsia="Calibri"/>
                <w:sz w:val="24"/>
                <w:szCs w:val="24"/>
                <w:lang w:val="ru-RU"/>
              </w:rPr>
            </w:pPr>
          </w:p>
        </w:tc>
      </w:tr>
      <w:tr w:rsidR="00B632CA" w:rsidRPr="00D7737E" w:rsidTr="00E97EA4">
        <w:tc>
          <w:tcPr>
            <w:tcW w:w="7905" w:type="dxa"/>
            <w:gridSpan w:val="4"/>
          </w:tcPr>
          <w:p w:rsidR="00B632CA" w:rsidRPr="00730DF6" w:rsidRDefault="00D0003F" w:rsidP="00B632CA">
            <w:pPr>
              <w:adjustRightInd w:val="0"/>
              <w:rPr>
                <w:rFonts w:eastAsia="Calibri"/>
                <w:sz w:val="24"/>
                <w:szCs w:val="24"/>
              </w:rPr>
            </w:pPr>
            <w:r w:rsidRPr="00730DF6">
              <w:rPr>
                <w:rFonts w:eastAsia="Calibri"/>
                <w:sz w:val="24"/>
                <w:szCs w:val="24"/>
              </w:rPr>
              <w:t>Бір ауруды емдеу үшін сіз неше антибиотикті қолданасыз?</w:t>
            </w:r>
          </w:p>
        </w:tc>
        <w:tc>
          <w:tcPr>
            <w:tcW w:w="1665" w:type="dxa"/>
            <w:vMerge w:val="restart"/>
          </w:tcPr>
          <w:p w:rsidR="00B632CA" w:rsidRPr="00730DF6" w:rsidRDefault="00B632CA" w:rsidP="00B632CA">
            <w:pPr>
              <w:adjustRightInd w:val="0"/>
              <w:rPr>
                <w:rFonts w:eastAsia="Calibri"/>
                <w:sz w:val="24"/>
                <w:szCs w:val="24"/>
                <w:lang w:val="ru-RU"/>
              </w:rPr>
            </w:pPr>
            <w:r w:rsidRPr="00730DF6">
              <w:rPr>
                <w:rFonts w:eastAsia="Calibri"/>
                <w:sz w:val="24"/>
                <w:szCs w:val="24"/>
                <w:lang w:val="en-US"/>
              </w:rPr>
              <w:sym w:font="Symbol" w:char="F063"/>
            </w:r>
            <w:r w:rsidRPr="00730DF6">
              <w:rPr>
                <w:rFonts w:eastAsia="Calibri"/>
                <w:sz w:val="24"/>
                <w:szCs w:val="24"/>
                <w:lang w:val="en-US"/>
              </w:rPr>
              <w:t>2</w:t>
            </w:r>
            <w:r w:rsidRPr="00730DF6">
              <w:rPr>
                <w:rFonts w:eastAsia="Calibri"/>
                <w:sz w:val="24"/>
                <w:szCs w:val="24"/>
                <w:lang w:val="ru-RU"/>
              </w:rPr>
              <w:t>=5,047</w:t>
            </w:r>
            <w:r w:rsidRPr="00730DF6">
              <w:rPr>
                <w:rFonts w:eastAsia="Calibri"/>
                <w:sz w:val="24"/>
                <w:szCs w:val="24"/>
                <w:lang w:val="en-US"/>
              </w:rPr>
              <w:t>, df</w:t>
            </w:r>
            <w:r w:rsidRPr="00730DF6">
              <w:rPr>
                <w:rFonts w:eastAsia="Calibri"/>
                <w:sz w:val="24"/>
                <w:szCs w:val="24"/>
                <w:lang w:val="ru-RU"/>
              </w:rPr>
              <w:t>=2</w:t>
            </w:r>
            <w:r w:rsidRPr="00730DF6">
              <w:rPr>
                <w:rFonts w:eastAsia="Calibri"/>
                <w:sz w:val="24"/>
                <w:szCs w:val="24"/>
                <w:lang w:val="en-US"/>
              </w:rPr>
              <w:t>, p</w:t>
            </w:r>
            <w:r w:rsidRPr="00730DF6">
              <w:rPr>
                <w:rFonts w:eastAsia="Calibri"/>
                <w:sz w:val="24"/>
                <w:szCs w:val="24"/>
                <w:lang w:val="ru-RU"/>
              </w:rPr>
              <w:t>=0,080</w:t>
            </w:r>
          </w:p>
        </w:tc>
      </w:tr>
      <w:tr w:rsidR="00B632CA" w:rsidRPr="00D7737E" w:rsidTr="00E97EA4">
        <w:tc>
          <w:tcPr>
            <w:tcW w:w="930" w:type="dxa"/>
          </w:tcPr>
          <w:p w:rsidR="00B632CA" w:rsidRPr="00D7737E" w:rsidRDefault="00B632CA" w:rsidP="00B632CA">
            <w:pPr>
              <w:adjustRightInd w:val="0"/>
              <w:rPr>
                <w:rFonts w:eastAsia="Calibri"/>
                <w:sz w:val="24"/>
                <w:szCs w:val="24"/>
                <w:highlight w:val="yellow"/>
                <w:lang w:val="ru-RU"/>
              </w:rPr>
            </w:pPr>
          </w:p>
        </w:tc>
        <w:tc>
          <w:tcPr>
            <w:tcW w:w="3997" w:type="dxa"/>
          </w:tcPr>
          <w:p w:rsidR="00B632CA" w:rsidRPr="00730DF6" w:rsidRDefault="00D0003F" w:rsidP="00B632CA">
            <w:pPr>
              <w:adjustRightInd w:val="0"/>
              <w:rPr>
                <w:rFonts w:eastAsia="Calibri"/>
                <w:sz w:val="24"/>
                <w:szCs w:val="24"/>
                <w:lang w:val="ru-RU"/>
              </w:rPr>
            </w:pPr>
            <w:r w:rsidRPr="00730DF6">
              <w:rPr>
                <w:rFonts w:eastAsia="Calibri"/>
                <w:sz w:val="24"/>
                <w:szCs w:val="24"/>
                <w:lang w:val="ru-RU"/>
              </w:rPr>
              <w:t>Бір</w:t>
            </w:r>
            <w:r w:rsidR="00B632CA" w:rsidRPr="00730DF6">
              <w:rPr>
                <w:rFonts w:eastAsia="Calibri"/>
                <w:sz w:val="24"/>
                <w:szCs w:val="24"/>
                <w:lang w:val="ru-RU"/>
              </w:rPr>
              <w:t xml:space="preserve"> антибиотик </w:t>
            </w:r>
          </w:p>
        </w:tc>
        <w:tc>
          <w:tcPr>
            <w:tcW w:w="1386"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62 (72,9%)</w:t>
            </w:r>
          </w:p>
        </w:tc>
        <w:tc>
          <w:tcPr>
            <w:tcW w:w="1592"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142 (84,5%)</w:t>
            </w:r>
          </w:p>
        </w:tc>
        <w:tc>
          <w:tcPr>
            <w:tcW w:w="1665" w:type="dxa"/>
            <w:vMerge/>
          </w:tcPr>
          <w:p w:rsidR="00B632CA" w:rsidRPr="00D7737E" w:rsidRDefault="00B632CA" w:rsidP="00B632CA">
            <w:pPr>
              <w:adjustRightInd w:val="0"/>
              <w:rPr>
                <w:rFonts w:eastAsia="Calibri"/>
                <w:sz w:val="24"/>
                <w:szCs w:val="24"/>
                <w:highlight w:val="yellow"/>
                <w:lang w:val="ru-RU"/>
              </w:rPr>
            </w:pPr>
          </w:p>
        </w:tc>
      </w:tr>
      <w:tr w:rsidR="00B632CA" w:rsidRPr="00D7737E" w:rsidTr="00E97EA4">
        <w:tc>
          <w:tcPr>
            <w:tcW w:w="930" w:type="dxa"/>
          </w:tcPr>
          <w:p w:rsidR="00B632CA" w:rsidRPr="00D7737E" w:rsidRDefault="00B632CA" w:rsidP="00B632CA">
            <w:pPr>
              <w:adjustRightInd w:val="0"/>
              <w:rPr>
                <w:rFonts w:eastAsia="Calibri"/>
                <w:sz w:val="24"/>
                <w:szCs w:val="24"/>
                <w:highlight w:val="yellow"/>
                <w:lang w:val="ru-RU"/>
              </w:rPr>
            </w:pPr>
          </w:p>
        </w:tc>
        <w:tc>
          <w:tcPr>
            <w:tcW w:w="3997" w:type="dxa"/>
          </w:tcPr>
          <w:p w:rsidR="00B632CA" w:rsidRPr="00730DF6" w:rsidRDefault="00D0003F" w:rsidP="00D0003F">
            <w:pPr>
              <w:adjustRightInd w:val="0"/>
              <w:rPr>
                <w:rFonts w:eastAsia="Calibri"/>
                <w:sz w:val="24"/>
                <w:szCs w:val="24"/>
                <w:lang w:val="ru-RU"/>
              </w:rPr>
            </w:pPr>
            <w:r w:rsidRPr="00730DF6">
              <w:rPr>
                <w:rFonts w:eastAsia="Calibri"/>
                <w:sz w:val="24"/>
                <w:szCs w:val="24"/>
                <w:lang w:val="ru-RU"/>
              </w:rPr>
              <w:t>Екі антибиотик</w:t>
            </w:r>
          </w:p>
        </w:tc>
        <w:tc>
          <w:tcPr>
            <w:tcW w:w="1386"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18 (21,2%)</w:t>
            </w:r>
          </w:p>
        </w:tc>
        <w:tc>
          <w:tcPr>
            <w:tcW w:w="1592"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19 (11,3%)</w:t>
            </w:r>
          </w:p>
        </w:tc>
        <w:tc>
          <w:tcPr>
            <w:tcW w:w="1665" w:type="dxa"/>
            <w:vMerge/>
          </w:tcPr>
          <w:p w:rsidR="00B632CA" w:rsidRPr="00D7737E" w:rsidRDefault="00B632CA" w:rsidP="00B632CA">
            <w:pPr>
              <w:adjustRightInd w:val="0"/>
              <w:rPr>
                <w:rFonts w:eastAsia="Calibri"/>
                <w:sz w:val="24"/>
                <w:szCs w:val="24"/>
                <w:highlight w:val="yellow"/>
                <w:lang w:val="ru-RU"/>
              </w:rPr>
            </w:pPr>
          </w:p>
        </w:tc>
      </w:tr>
      <w:tr w:rsidR="00B632CA" w:rsidRPr="00D7737E" w:rsidTr="00E97EA4">
        <w:tc>
          <w:tcPr>
            <w:tcW w:w="930" w:type="dxa"/>
          </w:tcPr>
          <w:p w:rsidR="00B632CA" w:rsidRPr="00D7737E" w:rsidRDefault="00B632CA" w:rsidP="00B632CA">
            <w:pPr>
              <w:adjustRightInd w:val="0"/>
              <w:rPr>
                <w:rFonts w:eastAsia="Calibri"/>
                <w:sz w:val="24"/>
                <w:szCs w:val="24"/>
                <w:highlight w:val="yellow"/>
                <w:lang w:val="ru-RU"/>
              </w:rPr>
            </w:pPr>
          </w:p>
        </w:tc>
        <w:tc>
          <w:tcPr>
            <w:tcW w:w="3997" w:type="dxa"/>
          </w:tcPr>
          <w:p w:rsidR="00B632CA" w:rsidRPr="00D7737E" w:rsidRDefault="00730DF6" w:rsidP="00B632CA">
            <w:pPr>
              <w:adjustRightInd w:val="0"/>
              <w:rPr>
                <w:rFonts w:eastAsia="Calibri"/>
                <w:sz w:val="24"/>
                <w:szCs w:val="24"/>
                <w:highlight w:val="yellow"/>
                <w:lang w:val="ru-RU"/>
              </w:rPr>
            </w:pPr>
            <w:r w:rsidRPr="00730DF6">
              <w:rPr>
                <w:rFonts w:eastAsia="Calibri"/>
                <w:sz w:val="24"/>
                <w:szCs w:val="24"/>
                <w:lang w:val="ru-RU"/>
              </w:rPr>
              <w:t>Үш және одан көп</w:t>
            </w:r>
          </w:p>
        </w:tc>
        <w:tc>
          <w:tcPr>
            <w:tcW w:w="1386"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5 (5,9%)</w:t>
            </w:r>
          </w:p>
        </w:tc>
        <w:tc>
          <w:tcPr>
            <w:tcW w:w="1592" w:type="dxa"/>
          </w:tcPr>
          <w:p w:rsidR="00B632CA" w:rsidRPr="00730DF6" w:rsidRDefault="00B632CA" w:rsidP="00B632CA">
            <w:pPr>
              <w:adjustRightInd w:val="0"/>
              <w:rPr>
                <w:rFonts w:eastAsia="Calibri"/>
                <w:sz w:val="24"/>
                <w:szCs w:val="24"/>
                <w:lang w:val="ru-RU"/>
              </w:rPr>
            </w:pPr>
            <w:r w:rsidRPr="00730DF6">
              <w:rPr>
                <w:rFonts w:eastAsia="Calibri"/>
                <w:sz w:val="24"/>
                <w:szCs w:val="24"/>
                <w:lang w:val="ru-RU"/>
              </w:rPr>
              <w:t>7 (4,2%)</w:t>
            </w:r>
          </w:p>
        </w:tc>
        <w:tc>
          <w:tcPr>
            <w:tcW w:w="1665" w:type="dxa"/>
            <w:vMerge/>
          </w:tcPr>
          <w:p w:rsidR="00B632CA" w:rsidRPr="00D7737E" w:rsidRDefault="00B632CA" w:rsidP="00B632CA">
            <w:pPr>
              <w:adjustRightInd w:val="0"/>
              <w:rPr>
                <w:rFonts w:eastAsia="Calibri"/>
                <w:sz w:val="24"/>
                <w:szCs w:val="24"/>
                <w:highlight w:val="yellow"/>
                <w:lang w:val="ru-RU"/>
              </w:rPr>
            </w:pPr>
          </w:p>
        </w:tc>
      </w:tr>
    </w:tbl>
    <w:p w:rsidR="00B632CA" w:rsidRPr="00D7737E" w:rsidRDefault="00B632CA" w:rsidP="00B632CA">
      <w:pPr>
        <w:widowControl/>
        <w:adjustRightInd w:val="0"/>
        <w:rPr>
          <w:rFonts w:eastAsia="Calibri"/>
          <w:sz w:val="24"/>
          <w:szCs w:val="24"/>
          <w:highlight w:val="yellow"/>
          <w:lang w:val="ru-RU"/>
        </w:rPr>
      </w:pPr>
    </w:p>
    <w:p w:rsidR="004E4EC0" w:rsidRDefault="00955D6A" w:rsidP="00730DF6">
      <w:pPr>
        <w:widowControl/>
        <w:adjustRightInd w:val="0"/>
        <w:ind w:firstLine="567"/>
        <w:jc w:val="both"/>
        <w:rPr>
          <w:rFonts w:eastAsia="Calibri"/>
          <w:sz w:val="28"/>
          <w:szCs w:val="28"/>
          <w:lang w:val="ru-RU"/>
        </w:rPr>
      </w:pPr>
      <w:r>
        <w:rPr>
          <w:rFonts w:eastAsia="Calibri"/>
          <w:sz w:val="28"/>
          <w:szCs w:val="28"/>
          <w:lang w:val="ru-RU"/>
        </w:rPr>
        <w:t>22</w:t>
      </w:r>
      <w:r w:rsidR="001A0EA7">
        <w:rPr>
          <w:rFonts w:eastAsia="Calibri"/>
          <w:sz w:val="28"/>
          <w:szCs w:val="28"/>
          <w:lang w:val="ru-RU"/>
        </w:rPr>
        <w:t xml:space="preserve"> </w:t>
      </w:r>
      <w:r w:rsidR="004E4EC0" w:rsidRPr="004E4EC0">
        <w:rPr>
          <w:rFonts w:eastAsia="Calibri"/>
          <w:sz w:val="28"/>
          <w:szCs w:val="28"/>
          <w:lang w:val="ru-RU"/>
        </w:rPr>
        <w:t>-</w:t>
      </w:r>
      <w:r w:rsidR="001A0EA7">
        <w:rPr>
          <w:rFonts w:eastAsia="Calibri"/>
          <w:sz w:val="28"/>
          <w:szCs w:val="28"/>
          <w:lang w:val="ru-RU"/>
        </w:rPr>
        <w:t xml:space="preserve"> </w:t>
      </w:r>
      <w:r w:rsidR="004E4EC0" w:rsidRPr="004E4EC0">
        <w:rPr>
          <w:rFonts w:eastAsia="Calibri"/>
          <w:sz w:val="28"/>
          <w:szCs w:val="28"/>
          <w:lang w:val="ru-RU"/>
        </w:rPr>
        <w:t xml:space="preserve">кестеден көріп отырғанымыздай: «Сіз соңғы рет қабылдаған антибиотикті қайдан алдыңыз?» деген сұраққа ерлер мен әйелдердің жауаптары статистикалық тұрғыдан айтарлықтай ерекшеленеді, сондықтан ерлердің көпшілігі үйде аз деп жауап берді. (27,1%), әйелдердің көпшілігі оны бұрынғы дәрігердің рецепті бойынша сатып алғанын айтты (28,0%). Еркектер арасында бұл сұраққа екінші маңызды жауап фармацевтке (дәріхана қызметкеріне) өзінің белгілері туралы айтып, оны дәріханада сатып алдым деген жауап болды (21,2%), әйелдер арасында екінші маңызды жауап - </w:t>
      </w:r>
      <w:r w:rsidR="002F50A7">
        <w:rPr>
          <w:rFonts w:eastAsia="Calibri"/>
          <w:sz w:val="28"/>
          <w:szCs w:val="28"/>
          <w:lang w:val="ru-RU"/>
        </w:rPr>
        <w:t>н</w:t>
      </w:r>
      <w:r w:rsidR="005071B5" w:rsidRPr="005071B5">
        <w:rPr>
          <w:rFonts w:eastAsia="Calibri"/>
          <w:sz w:val="28"/>
          <w:szCs w:val="28"/>
          <w:lang w:val="ru-RU"/>
        </w:rPr>
        <w:t>ақты антибиотиктің атын айтып дәріханадан сатып алдым</w:t>
      </w:r>
      <w:r w:rsidR="004E4EC0" w:rsidRPr="004E4EC0">
        <w:rPr>
          <w:rFonts w:eastAsia="Calibri"/>
          <w:sz w:val="28"/>
          <w:szCs w:val="28"/>
          <w:lang w:val="ru-RU"/>
        </w:rPr>
        <w:t xml:space="preserve"> (22,6%)</w:t>
      </w:r>
      <w:r w:rsidR="005071B5">
        <w:rPr>
          <w:rFonts w:eastAsia="Calibri"/>
          <w:sz w:val="28"/>
          <w:szCs w:val="28"/>
          <w:lang w:val="ru-RU"/>
        </w:rPr>
        <w:t xml:space="preserve"> болды</w:t>
      </w:r>
      <w:r w:rsidR="004E4EC0" w:rsidRPr="004E4EC0">
        <w:rPr>
          <w:rFonts w:eastAsia="Calibri"/>
          <w:sz w:val="28"/>
          <w:szCs w:val="28"/>
          <w:lang w:val="ru-RU"/>
        </w:rPr>
        <w:t>.</w:t>
      </w:r>
    </w:p>
    <w:p w:rsidR="002164B9" w:rsidRDefault="002164B9" w:rsidP="00730DF6">
      <w:pPr>
        <w:widowControl/>
        <w:adjustRightInd w:val="0"/>
        <w:ind w:firstLine="567"/>
        <w:jc w:val="both"/>
        <w:rPr>
          <w:rFonts w:eastAsia="Calibri"/>
          <w:sz w:val="28"/>
          <w:szCs w:val="28"/>
          <w:lang w:val="ru-RU"/>
        </w:rPr>
      </w:pPr>
      <w:r w:rsidRPr="002164B9">
        <w:rPr>
          <w:rFonts w:eastAsia="Calibri"/>
          <w:sz w:val="28"/>
          <w:szCs w:val="28"/>
          <w:lang w:val="ru-RU"/>
        </w:rPr>
        <w:t xml:space="preserve">Сонымен қатар, антибиотикті рецептсіз сатып алу себебінен респонденттердің жауаптары статистикалық тұрғыдан ерекшеленбеді, сондықтан </w:t>
      </w:r>
      <w:r>
        <w:rPr>
          <w:rFonts w:eastAsia="Calibri"/>
          <w:sz w:val="28"/>
          <w:szCs w:val="28"/>
        </w:rPr>
        <w:t xml:space="preserve">ерлердің </w:t>
      </w:r>
      <w:r w:rsidRPr="002164B9">
        <w:rPr>
          <w:rFonts w:eastAsia="Calibri"/>
          <w:sz w:val="28"/>
          <w:szCs w:val="28"/>
          <w:lang w:val="ru-RU"/>
        </w:rPr>
        <w:t>жартысынан азы (41,2%) және әйелдердің жартысынан сәл астамы (50,6%) аурудың белгілері антибиотиктермен емдеуді қажет етеді деп жауап берді. Бұл сұраққа ерлер (17,6%) мен әйелдер (17,3%) арасында екінші маңызды жауап ұқсас жағдайларда антибиотиктерді қолданудың алдыңғы тәжірибесі атап өтілді.</w:t>
      </w:r>
    </w:p>
    <w:p w:rsidR="00DA3EAA" w:rsidRPr="00DA3EAA" w:rsidRDefault="00DA3EAA" w:rsidP="00DA3EAA">
      <w:pPr>
        <w:widowControl/>
        <w:adjustRightInd w:val="0"/>
        <w:ind w:firstLine="567"/>
        <w:jc w:val="both"/>
        <w:rPr>
          <w:rFonts w:eastAsia="Calibri"/>
          <w:sz w:val="28"/>
          <w:szCs w:val="28"/>
          <w:lang w:val="ru-RU"/>
        </w:rPr>
      </w:pPr>
      <w:r w:rsidRPr="00DA3EAA">
        <w:rPr>
          <w:rFonts w:eastAsia="Calibri"/>
          <w:sz w:val="28"/>
          <w:szCs w:val="28"/>
          <w:lang w:val="ru-RU"/>
        </w:rPr>
        <w:t xml:space="preserve">Антибиотикті сатып алу кезінде сұралғандар не нәрсеге назар аударады, жауаптар статистикалық тұрғыдан айтарлықтай ерекшеленді, әйелдердің көпшілігі (65,5%) қолдану көрсеткіштеріне назар аударады, ерлер де қолдану көрсеткіштеріне (44,7%) және дәрілік формасына (28,2%) назар аударады.    </w:t>
      </w:r>
    </w:p>
    <w:p w:rsidR="00DA3EAA" w:rsidRPr="00DA3EAA" w:rsidRDefault="00DA3EAA" w:rsidP="00DA3EAA">
      <w:pPr>
        <w:widowControl/>
        <w:adjustRightInd w:val="0"/>
        <w:ind w:firstLine="567"/>
        <w:jc w:val="both"/>
        <w:rPr>
          <w:rFonts w:eastAsia="Calibri"/>
          <w:sz w:val="28"/>
          <w:szCs w:val="28"/>
          <w:lang w:val="ru-RU"/>
        </w:rPr>
      </w:pPr>
      <w:r w:rsidRPr="00DA3EAA">
        <w:rPr>
          <w:rFonts w:eastAsia="Calibri"/>
          <w:sz w:val="28"/>
          <w:szCs w:val="28"/>
          <w:lang w:val="ru-RU"/>
        </w:rPr>
        <w:t xml:space="preserve">Респонденттер емдеу үшін антибиотиктердің дозасын қалай анықтайды деген сұраққа жауаптар статистикалық тұрғыдан айтарлықтай ерекшеленді, әйелдердің үштен бірінен сәл астамы (36,3%) фармацевттен (дәріханадағы сатушыдан) және қаптамадағы кірістірілген ақпараттан (31,0%) сұрайды. Бұл жағдайда </w:t>
      </w:r>
      <w:r>
        <w:rPr>
          <w:rFonts w:eastAsia="Calibri"/>
          <w:sz w:val="28"/>
          <w:szCs w:val="28"/>
          <w:lang w:val="ru-RU"/>
        </w:rPr>
        <w:t>ерлердің</w:t>
      </w:r>
      <w:r w:rsidRPr="00DA3EAA">
        <w:rPr>
          <w:rFonts w:eastAsia="Calibri"/>
          <w:sz w:val="28"/>
          <w:szCs w:val="28"/>
          <w:lang w:val="ru-RU"/>
        </w:rPr>
        <w:t xml:space="preserve"> жартысынан көбі (56,5%) фармацевттен (дәріханадағы сатушыдан) сұрайды.      </w:t>
      </w:r>
    </w:p>
    <w:p w:rsidR="00DA3EAA" w:rsidRPr="00DA3EAA" w:rsidRDefault="00DA3EAA" w:rsidP="00DA3EAA">
      <w:pPr>
        <w:widowControl/>
        <w:adjustRightInd w:val="0"/>
        <w:ind w:firstLine="567"/>
        <w:jc w:val="both"/>
        <w:rPr>
          <w:rFonts w:eastAsia="Calibri"/>
          <w:sz w:val="28"/>
          <w:szCs w:val="28"/>
          <w:lang w:val="ru-RU"/>
        </w:rPr>
      </w:pPr>
      <w:r>
        <w:rPr>
          <w:rFonts w:eastAsia="Calibri"/>
          <w:sz w:val="28"/>
          <w:szCs w:val="28"/>
          <w:lang w:val="ru-RU"/>
        </w:rPr>
        <w:t>"Қ</w:t>
      </w:r>
      <w:r w:rsidRPr="00DA3EAA">
        <w:rPr>
          <w:rFonts w:eastAsia="Calibri"/>
          <w:sz w:val="28"/>
          <w:szCs w:val="28"/>
          <w:lang w:val="ru-RU"/>
        </w:rPr>
        <w:t>олданар алдында дәрі-дәрмектің нұсқауларын қаншалықты жиі оқисыз?"</w:t>
      </w:r>
      <w:r>
        <w:rPr>
          <w:rFonts w:eastAsia="Calibri"/>
          <w:sz w:val="28"/>
          <w:szCs w:val="28"/>
          <w:lang w:val="ru-RU"/>
        </w:rPr>
        <w:t xml:space="preserve"> деген сұраққа </w:t>
      </w:r>
      <w:r w:rsidRPr="00DA3EAA">
        <w:rPr>
          <w:rFonts w:eastAsia="Calibri"/>
          <w:sz w:val="28"/>
          <w:szCs w:val="28"/>
          <w:lang w:val="ru-RU"/>
        </w:rPr>
        <w:t xml:space="preserve">статистикалық тұрғыдан айтарлықтай ерекшеленді, сондықтан әйелдердің көпшілігі (81,0%) қолданар алдында әрқашан дәрі-дәрмектің нұсқауларын оқиды, </w:t>
      </w:r>
      <w:r>
        <w:rPr>
          <w:rFonts w:eastAsia="Calibri"/>
          <w:sz w:val="28"/>
          <w:szCs w:val="28"/>
          <w:lang w:val="ru-RU"/>
        </w:rPr>
        <w:t xml:space="preserve">ерлердің </w:t>
      </w:r>
      <w:r w:rsidRPr="00DA3EAA">
        <w:rPr>
          <w:rFonts w:eastAsia="Calibri"/>
          <w:sz w:val="28"/>
          <w:szCs w:val="28"/>
          <w:lang w:val="ru-RU"/>
        </w:rPr>
        <w:t xml:space="preserve">көпшілігі (65,9%) қолданар алдында әрқашан дәрі-дәрмектің нұсқауларын оқиды, ал ерлер арасында кейде қолданар алдында дәрі-дәрмектің нұсқауларын оқитындар (28,2%) болды. </w:t>
      </w:r>
    </w:p>
    <w:p w:rsidR="00DA3EAA" w:rsidRPr="00DA3EAA" w:rsidRDefault="00DA3EAA" w:rsidP="00DA3EAA">
      <w:pPr>
        <w:widowControl/>
        <w:adjustRightInd w:val="0"/>
        <w:ind w:firstLine="567"/>
        <w:jc w:val="both"/>
        <w:rPr>
          <w:rFonts w:eastAsia="Calibri"/>
          <w:sz w:val="28"/>
          <w:szCs w:val="28"/>
          <w:lang w:val="ru-RU"/>
        </w:rPr>
      </w:pPr>
      <w:r w:rsidRPr="00DA3EAA">
        <w:rPr>
          <w:rFonts w:eastAsia="Calibri"/>
          <w:sz w:val="28"/>
          <w:szCs w:val="28"/>
          <w:lang w:val="ru-RU"/>
        </w:rPr>
        <w:t xml:space="preserve">"Бір ауруды емдеу үшін қанша антибиотик қолданасыз?"статистикалық тұрғыдан айтарлықтай ерекшеленбеді, көпшілігі (72,9%) және әйелдер (84,5%) бір антибиотикті қолданады.    </w:t>
      </w:r>
    </w:p>
    <w:p w:rsidR="00B632CA" w:rsidRDefault="00DA3EAA" w:rsidP="00DA3EAA">
      <w:pPr>
        <w:widowControl/>
        <w:adjustRightInd w:val="0"/>
        <w:ind w:firstLine="567"/>
        <w:jc w:val="both"/>
        <w:rPr>
          <w:rFonts w:eastAsia="Calibri"/>
          <w:sz w:val="28"/>
          <w:szCs w:val="28"/>
          <w:lang w:val="ru-RU"/>
        </w:rPr>
      </w:pPr>
      <w:r w:rsidRPr="00DA3EAA">
        <w:rPr>
          <w:rFonts w:eastAsia="Calibri"/>
          <w:sz w:val="28"/>
          <w:szCs w:val="28"/>
          <w:lang w:val="ru-RU"/>
        </w:rPr>
        <w:t>Біз сауалнамаға қатысушылар әдетте қандай антибиотиктерді сатып алатынын сұрадық, бір респондент бірнеше антибиотиктерді атап өтті</w:t>
      </w:r>
      <w:r w:rsidR="001A0EA7">
        <w:rPr>
          <w:rFonts w:eastAsia="Calibri"/>
          <w:sz w:val="28"/>
          <w:szCs w:val="28"/>
          <w:lang w:val="ru-RU"/>
        </w:rPr>
        <w:t xml:space="preserve"> </w:t>
      </w:r>
      <w:r w:rsidRPr="00DA3EAA">
        <w:rPr>
          <w:rFonts w:eastAsia="Calibri"/>
          <w:sz w:val="28"/>
          <w:szCs w:val="28"/>
          <w:lang w:val="ru-RU"/>
        </w:rPr>
        <w:t>.</w:t>
      </w:r>
    </w:p>
    <w:p w:rsidR="00DA3EAA" w:rsidRPr="00D7737E" w:rsidRDefault="00DA3EAA" w:rsidP="00DA3EAA">
      <w:pPr>
        <w:widowControl/>
        <w:adjustRightInd w:val="0"/>
        <w:ind w:firstLine="567"/>
        <w:jc w:val="both"/>
        <w:rPr>
          <w:rFonts w:eastAsia="Calibri"/>
          <w:sz w:val="28"/>
          <w:szCs w:val="28"/>
          <w:highlight w:val="yellow"/>
          <w:lang w:val="ru-RU"/>
        </w:rPr>
      </w:pPr>
    </w:p>
    <w:p w:rsidR="00B632CA" w:rsidRPr="001A0EA7" w:rsidRDefault="00955D6A" w:rsidP="00B632CA">
      <w:pPr>
        <w:widowControl/>
        <w:adjustRightInd w:val="0"/>
        <w:jc w:val="both"/>
        <w:rPr>
          <w:rFonts w:eastAsia="Calibri"/>
          <w:sz w:val="28"/>
          <w:szCs w:val="28"/>
          <w:lang w:val="ru-RU"/>
        </w:rPr>
      </w:pPr>
      <w:r>
        <w:rPr>
          <w:rFonts w:eastAsia="Calibri"/>
          <w:sz w:val="28"/>
          <w:szCs w:val="28"/>
          <w:lang w:val="ru-RU"/>
        </w:rPr>
        <w:t>Кесте  23</w:t>
      </w:r>
      <w:r w:rsidR="00B632CA" w:rsidRPr="001A0EA7">
        <w:rPr>
          <w:rFonts w:eastAsia="Calibri"/>
          <w:sz w:val="28"/>
          <w:szCs w:val="28"/>
          <w:lang w:val="ru-RU"/>
        </w:rPr>
        <w:t xml:space="preserve"> – </w:t>
      </w:r>
      <w:r w:rsidR="00730DF6" w:rsidRPr="001A0EA7">
        <w:rPr>
          <w:rFonts w:eastAsia="Calibri"/>
          <w:sz w:val="28"/>
          <w:szCs w:val="28"/>
          <w:lang w:val="ru-RU"/>
        </w:rPr>
        <w:t>Ресронденттер қолданатын антибиотиктер түрлері</w:t>
      </w:r>
    </w:p>
    <w:p w:rsidR="001A0EA7" w:rsidRPr="00D7737E" w:rsidRDefault="001A0EA7" w:rsidP="00B632CA">
      <w:pPr>
        <w:widowControl/>
        <w:adjustRightInd w:val="0"/>
        <w:jc w:val="both"/>
        <w:rPr>
          <w:rFonts w:eastAsia="Calibri"/>
          <w:sz w:val="28"/>
          <w:szCs w:val="28"/>
          <w:highlight w:val="yellow"/>
          <w:lang w:val="ru-RU"/>
        </w:rPr>
      </w:pPr>
    </w:p>
    <w:tbl>
      <w:tblPr>
        <w:tblStyle w:val="aa"/>
        <w:tblW w:w="0" w:type="auto"/>
        <w:tblLook w:val="04A0" w:firstRow="1" w:lastRow="0" w:firstColumn="1" w:lastColumn="0" w:noHBand="0" w:noVBand="1"/>
      </w:tblPr>
      <w:tblGrid>
        <w:gridCol w:w="4961"/>
        <w:gridCol w:w="2268"/>
        <w:gridCol w:w="1807"/>
      </w:tblGrid>
      <w:tr w:rsidR="00B632CA" w:rsidRPr="00730DF6" w:rsidTr="00730DF6">
        <w:tc>
          <w:tcPr>
            <w:tcW w:w="4961" w:type="dxa"/>
            <w:shd w:val="clear" w:color="auto" w:fill="auto"/>
          </w:tcPr>
          <w:p w:rsidR="00B632CA" w:rsidRPr="00730DF6" w:rsidRDefault="00B632CA" w:rsidP="00B632CA">
            <w:pPr>
              <w:adjustRightInd w:val="0"/>
              <w:jc w:val="both"/>
              <w:rPr>
                <w:rFonts w:eastAsia="Calibri"/>
                <w:b/>
                <w:sz w:val="28"/>
                <w:szCs w:val="28"/>
                <w:lang w:val="ru-RU"/>
              </w:rPr>
            </w:pPr>
            <w:r w:rsidRPr="00730DF6">
              <w:rPr>
                <w:rFonts w:eastAsia="Calibri"/>
                <w:b/>
                <w:sz w:val="28"/>
                <w:szCs w:val="28"/>
                <w:lang w:val="ru-RU"/>
              </w:rPr>
              <w:t xml:space="preserve">Антибиотик </w:t>
            </w:r>
          </w:p>
        </w:tc>
        <w:tc>
          <w:tcPr>
            <w:tcW w:w="2268" w:type="dxa"/>
            <w:shd w:val="clear" w:color="auto" w:fill="auto"/>
          </w:tcPr>
          <w:p w:rsidR="00B632CA" w:rsidRPr="00730DF6" w:rsidRDefault="00B632CA" w:rsidP="00B632CA">
            <w:pPr>
              <w:adjustRightInd w:val="0"/>
              <w:jc w:val="both"/>
              <w:rPr>
                <w:rFonts w:eastAsia="Calibri"/>
                <w:b/>
                <w:sz w:val="28"/>
                <w:szCs w:val="28"/>
                <w:lang w:val="en-US"/>
              </w:rPr>
            </w:pPr>
            <w:r w:rsidRPr="00730DF6">
              <w:rPr>
                <w:rFonts w:eastAsia="Calibri"/>
                <w:b/>
                <w:sz w:val="28"/>
                <w:szCs w:val="28"/>
                <w:lang w:val="en-US"/>
              </w:rPr>
              <w:t>n</w:t>
            </w:r>
          </w:p>
        </w:tc>
        <w:tc>
          <w:tcPr>
            <w:tcW w:w="1807" w:type="dxa"/>
            <w:shd w:val="clear" w:color="auto" w:fill="auto"/>
          </w:tcPr>
          <w:p w:rsidR="00B632CA" w:rsidRPr="00730DF6" w:rsidRDefault="00B632CA" w:rsidP="00B632CA">
            <w:pPr>
              <w:adjustRightInd w:val="0"/>
              <w:jc w:val="both"/>
              <w:rPr>
                <w:rFonts w:eastAsia="Calibri"/>
                <w:b/>
                <w:sz w:val="28"/>
                <w:szCs w:val="28"/>
                <w:lang w:val="ru-RU"/>
              </w:rPr>
            </w:pPr>
            <w:r w:rsidRPr="00730DF6">
              <w:rPr>
                <w:rFonts w:eastAsia="Calibri"/>
                <w:b/>
                <w:sz w:val="28"/>
                <w:szCs w:val="28"/>
                <w:lang w:val="ru-RU"/>
              </w:rPr>
              <w:t>%</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Амоксоциллин</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52</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20,6%</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Ампициллин</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45</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17,8%</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Цеф-3</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37</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14,6%</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Зитмак</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36</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14,2%</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Левомицетин</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28</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11,1%</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Ципролет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21</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8,3%</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Азитромицин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19</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7,5%</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Цефазолин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13</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5,1%</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Тетрациклин</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13</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5,1%</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Мегасеф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7</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2,8%</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Префикс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6</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2,4%</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Зоцеф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4</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1,6%</w:t>
            </w:r>
          </w:p>
        </w:tc>
      </w:tr>
      <w:tr w:rsidR="00B632CA" w:rsidRPr="00730DF6"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Пенициллин</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2</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0,8%</w:t>
            </w:r>
          </w:p>
        </w:tc>
      </w:tr>
      <w:tr w:rsidR="00B632CA" w:rsidRPr="00D7737E" w:rsidTr="00730DF6">
        <w:tc>
          <w:tcPr>
            <w:tcW w:w="4961"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 xml:space="preserve">Эритромицин </w:t>
            </w:r>
          </w:p>
        </w:tc>
        <w:tc>
          <w:tcPr>
            <w:tcW w:w="2268"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1</w:t>
            </w:r>
            <w:r w:rsidRPr="00730DF6">
              <w:rPr>
                <w:rFonts w:eastAsia="Calibri"/>
                <w:sz w:val="28"/>
                <w:szCs w:val="28"/>
                <w:lang w:val="ru-RU"/>
              </w:rPr>
              <w:tab/>
            </w:r>
          </w:p>
        </w:tc>
        <w:tc>
          <w:tcPr>
            <w:tcW w:w="1807" w:type="dxa"/>
            <w:shd w:val="clear" w:color="auto" w:fill="auto"/>
          </w:tcPr>
          <w:p w:rsidR="00B632CA" w:rsidRPr="00730DF6" w:rsidRDefault="00B632CA" w:rsidP="00B632CA">
            <w:pPr>
              <w:adjustRightInd w:val="0"/>
              <w:jc w:val="both"/>
              <w:rPr>
                <w:rFonts w:eastAsia="Calibri"/>
                <w:sz w:val="28"/>
                <w:szCs w:val="28"/>
                <w:lang w:val="ru-RU"/>
              </w:rPr>
            </w:pPr>
            <w:r w:rsidRPr="00730DF6">
              <w:rPr>
                <w:rFonts w:eastAsia="Calibri"/>
                <w:sz w:val="28"/>
                <w:szCs w:val="28"/>
                <w:lang w:val="ru-RU"/>
              </w:rPr>
              <w:t>0,4%</w:t>
            </w:r>
          </w:p>
        </w:tc>
      </w:tr>
    </w:tbl>
    <w:p w:rsidR="00B632CA" w:rsidRPr="00D7737E" w:rsidRDefault="00B632CA" w:rsidP="00B632CA">
      <w:pPr>
        <w:widowControl/>
        <w:adjustRightInd w:val="0"/>
        <w:rPr>
          <w:rFonts w:eastAsia="Calibri"/>
          <w:sz w:val="24"/>
          <w:szCs w:val="24"/>
          <w:highlight w:val="yellow"/>
          <w:lang w:val="ru-RU"/>
        </w:rPr>
      </w:pPr>
    </w:p>
    <w:p w:rsidR="00B632CA" w:rsidRPr="00B632CA" w:rsidRDefault="00955D6A" w:rsidP="00730DF6">
      <w:pPr>
        <w:widowControl/>
        <w:adjustRightInd w:val="0"/>
        <w:ind w:firstLine="567"/>
        <w:jc w:val="both"/>
        <w:rPr>
          <w:rFonts w:eastAsia="Calibri"/>
          <w:sz w:val="28"/>
          <w:szCs w:val="28"/>
          <w:lang w:val="ru-RU"/>
        </w:rPr>
      </w:pPr>
      <w:r>
        <w:rPr>
          <w:rFonts w:eastAsia="Calibri"/>
          <w:sz w:val="28"/>
          <w:szCs w:val="28"/>
          <w:lang w:val="ru-RU"/>
        </w:rPr>
        <w:t>23</w:t>
      </w:r>
      <w:r w:rsidR="001A0EA7">
        <w:rPr>
          <w:rFonts w:eastAsia="Calibri"/>
          <w:sz w:val="28"/>
          <w:szCs w:val="28"/>
          <w:lang w:val="ru-RU"/>
        </w:rPr>
        <w:t xml:space="preserve"> - </w:t>
      </w:r>
      <w:r w:rsidR="00DA3EAA" w:rsidRPr="00DA3EAA">
        <w:rPr>
          <w:rFonts w:eastAsia="Calibri"/>
          <w:sz w:val="28"/>
          <w:szCs w:val="28"/>
          <w:lang w:val="ru-RU"/>
        </w:rPr>
        <w:t xml:space="preserve"> кестеде к</w:t>
      </w:r>
      <w:r w:rsidR="00DA3EAA" w:rsidRPr="00DA3EAA">
        <w:rPr>
          <w:rFonts w:eastAsia="Calibri"/>
          <w:sz w:val="28"/>
          <w:szCs w:val="28"/>
        </w:rPr>
        <w:t xml:space="preserve">өрсетілгендей, қатысушылардың көбі </w:t>
      </w:r>
      <w:r w:rsidR="00B632CA" w:rsidRPr="00DA3EAA">
        <w:rPr>
          <w:rFonts w:eastAsia="Calibri"/>
          <w:sz w:val="28"/>
          <w:szCs w:val="28"/>
          <w:lang w:val="ru-RU"/>
        </w:rPr>
        <w:t xml:space="preserve">«Амоксоциллин» - </w:t>
      </w:r>
      <w:r w:rsidR="00B632CA" w:rsidRPr="00DA3EAA">
        <w:rPr>
          <w:rFonts w:ascii="Calibri" w:eastAsia="Calibri" w:hAnsi="Calibri"/>
          <w:lang w:val="ru-RU"/>
        </w:rPr>
        <w:t xml:space="preserve"> </w:t>
      </w:r>
      <w:r w:rsidR="00B632CA" w:rsidRPr="00DA3EAA">
        <w:rPr>
          <w:rFonts w:eastAsia="Calibri"/>
          <w:sz w:val="28"/>
          <w:szCs w:val="28"/>
          <w:lang w:val="ru-RU"/>
        </w:rPr>
        <w:t>52 (20,6%),</w:t>
      </w:r>
      <w:r w:rsidR="00B632CA" w:rsidRPr="00DA3EAA">
        <w:rPr>
          <w:rFonts w:ascii="Calibri" w:eastAsia="Calibri" w:hAnsi="Calibri"/>
          <w:lang w:val="ru-RU"/>
        </w:rPr>
        <w:t xml:space="preserve"> «</w:t>
      </w:r>
      <w:r w:rsidR="00B632CA" w:rsidRPr="00DA3EAA">
        <w:rPr>
          <w:rFonts w:eastAsia="Calibri"/>
          <w:sz w:val="28"/>
          <w:szCs w:val="28"/>
          <w:lang w:val="ru-RU"/>
        </w:rPr>
        <w:t>Ампициллин» - 45 (17,8%), «Цеф-3» - 37 (14,6%),</w:t>
      </w:r>
      <w:r w:rsidR="00B632CA" w:rsidRPr="00DA3EAA">
        <w:rPr>
          <w:rFonts w:ascii="Calibri" w:eastAsia="Calibri" w:hAnsi="Calibri"/>
          <w:lang w:val="ru-RU"/>
        </w:rPr>
        <w:t xml:space="preserve"> «</w:t>
      </w:r>
      <w:r w:rsidR="00B632CA" w:rsidRPr="00DA3EAA">
        <w:rPr>
          <w:rFonts w:eastAsia="Calibri"/>
          <w:sz w:val="28"/>
          <w:szCs w:val="28"/>
          <w:lang w:val="ru-RU"/>
        </w:rPr>
        <w:t>Зитмак» - 36 (14,2%), «Левомицетин» - 28 (11,1%)</w:t>
      </w:r>
      <w:r w:rsidR="00DA3EAA" w:rsidRPr="00DA3EAA">
        <w:rPr>
          <w:rFonts w:eastAsia="Calibri"/>
          <w:sz w:val="28"/>
          <w:szCs w:val="28"/>
          <w:lang w:val="ru-RU"/>
        </w:rPr>
        <w:t xml:space="preserve"> қолданатынын айтты</w:t>
      </w:r>
      <w:r w:rsidR="00B632CA" w:rsidRPr="00DA3EAA">
        <w:rPr>
          <w:rFonts w:eastAsia="Calibri"/>
          <w:sz w:val="28"/>
          <w:szCs w:val="28"/>
          <w:lang w:val="ru-RU"/>
        </w:rPr>
        <w:t xml:space="preserve">. </w:t>
      </w:r>
      <w:r w:rsidR="00DA3EAA" w:rsidRPr="00DA3EAA">
        <w:rPr>
          <w:rFonts w:eastAsia="Calibri"/>
          <w:sz w:val="28"/>
          <w:szCs w:val="28"/>
          <w:lang w:val="ru-RU"/>
        </w:rPr>
        <w:t xml:space="preserve">Аз қолданатын антибиотиктер ішінде </w:t>
      </w:r>
      <w:r w:rsidR="00B632CA" w:rsidRPr="00DA3EAA">
        <w:rPr>
          <w:rFonts w:eastAsia="Calibri"/>
          <w:sz w:val="28"/>
          <w:szCs w:val="28"/>
          <w:lang w:val="ru-RU"/>
        </w:rPr>
        <w:t>«Пенициллин» - 2 (0,8%),</w:t>
      </w:r>
      <w:r w:rsidR="00B632CA" w:rsidRPr="00DA3EAA">
        <w:rPr>
          <w:rFonts w:ascii="Calibri" w:eastAsia="Calibri" w:hAnsi="Calibri"/>
          <w:lang w:val="ru-RU"/>
        </w:rPr>
        <w:t xml:space="preserve">  </w:t>
      </w:r>
      <w:r w:rsidR="00B632CA" w:rsidRPr="00DA3EAA">
        <w:rPr>
          <w:rFonts w:eastAsia="Calibri"/>
          <w:sz w:val="28"/>
          <w:szCs w:val="28"/>
          <w:lang w:val="ru-RU"/>
        </w:rPr>
        <w:t>«Эритромицин» - 1 (</w:t>
      </w:r>
      <w:r w:rsidR="00B632CA" w:rsidRPr="00DA3EAA">
        <w:rPr>
          <w:rFonts w:eastAsia="Calibri"/>
          <w:sz w:val="28"/>
          <w:szCs w:val="28"/>
          <w:lang w:val="ru-RU"/>
        </w:rPr>
        <w:tab/>
        <w:t>0,4%)</w:t>
      </w:r>
      <w:r w:rsidR="00DA3EAA" w:rsidRPr="00DA3EAA">
        <w:rPr>
          <w:rFonts w:eastAsia="Calibri"/>
          <w:sz w:val="28"/>
          <w:szCs w:val="28"/>
          <w:lang w:val="ru-RU"/>
        </w:rPr>
        <w:t xml:space="preserve"> деп белгіледі.</w:t>
      </w:r>
      <w:r w:rsidR="00B632CA" w:rsidRPr="00DA3EAA">
        <w:rPr>
          <w:rFonts w:eastAsia="Calibri"/>
          <w:sz w:val="28"/>
          <w:szCs w:val="28"/>
          <w:lang w:val="ru-RU"/>
        </w:rPr>
        <w:t>.</w:t>
      </w:r>
      <w:r w:rsidR="00B632CA" w:rsidRPr="00B632CA">
        <w:rPr>
          <w:rFonts w:eastAsia="Calibri"/>
          <w:sz w:val="28"/>
          <w:szCs w:val="28"/>
          <w:lang w:val="ru-RU"/>
        </w:rPr>
        <w:t xml:space="preserve">    </w:t>
      </w:r>
    </w:p>
    <w:p w:rsidR="006461D1" w:rsidRPr="00B632CA" w:rsidRDefault="006461D1" w:rsidP="003D1A55">
      <w:pPr>
        <w:pStyle w:val="1"/>
        <w:ind w:left="0" w:right="369"/>
        <w:rPr>
          <w:lang w:val="ru-RU"/>
        </w:rPr>
      </w:pPr>
    </w:p>
    <w:p w:rsidR="007033E2" w:rsidRPr="00DD0332" w:rsidRDefault="00B632CA" w:rsidP="00060EA2">
      <w:pPr>
        <w:pStyle w:val="1"/>
        <w:ind w:left="142" w:right="369"/>
        <w:rPr>
          <w:b w:val="0"/>
        </w:rPr>
      </w:pPr>
      <w:r>
        <w:rPr>
          <w:lang w:val="ru-RU"/>
        </w:rPr>
        <w:t>3.4</w:t>
      </w:r>
      <w:r w:rsidR="00B7090A" w:rsidRPr="0023215E">
        <w:rPr>
          <w:lang w:val="ru-RU"/>
        </w:rPr>
        <w:t xml:space="preserve"> </w:t>
      </w:r>
      <w:r>
        <w:t>Ү</w:t>
      </w:r>
      <w:r w:rsidRPr="00DD0332">
        <w:t>йдегі дәрі қобдишаларында  жүйелі қолдануға арналған антибиотиктердің болуын зерттеу</w:t>
      </w:r>
    </w:p>
    <w:p w:rsidR="00DD0332" w:rsidRPr="00DD0332" w:rsidRDefault="00DD0332" w:rsidP="00DD0332">
      <w:pPr>
        <w:pStyle w:val="1"/>
        <w:ind w:left="142" w:right="369" w:firstLine="425"/>
        <w:rPr>
          <w:b w:val="0"/>
        </w:rPr>
      </w:pPr>
      <w:r w:rsidRPr="00DD0332">
        <w:rPr>
          <w:b w:val="0"/>
        </w:rPr>
        <w:t>Зерттеу 2022 жылдың 10 маусымынан 2023</w:t>
      </w:r>
      <w:r w:rsidR="00C1563C">
        <w:rPr>
          <w:b w:val="0"/>
        </w:rPr>
        <w:t xml:space="preserve"> жылдың 13 қаңтарына дейін Шығыс Қазақстан облысында</w:t>
      </w:r>
      <w:r w:rsidRPr="00DD0332">
        <w:rPr>
          <w:b w:val="0"/>
        </w:rPr>
        <w:t xml:space="preserve"> жүргізілді. Зертт</w:t>
      </w:r>
      <w:r w:rsidR="00534734">
        <w:rPr>
          <w:b w:val="0"/>
        </w:rPr>
        <w:t xml:space="preserve">еу нысаны </w:t>
      </w:r>
      <w:r w:rsidR="00420235" w:rsidRPr="00420235">
        <w:rPr>
          <w:b w:val="0"/>
        </w:rPr>
        <w:t xml:space="preserve">18 </w:t>
      </w:r>
      <w:r w:rsidR="00420235">
        <w:rPr>
          <w:b w:val="0"/>
        </w:rPr>
        <w:t xml:space="preserve">жастан асқан </w:t>
      </w:r>
      <w:r w:rsidR="00534734">
        <w:rPr>
          <w:b w:val="0"/>
        </w:rPr>
        <w:t>медициналық білімі жоқ тұрғындар</w:t>
      </w:r>
      <w:r w:rsidRPr="00DD0332">
        <w:rPr>
          <w:b w:val="0"/>
        </w:rPr>
        <w:t xml:space="preserve"> және </w:t>
      </w:r>
      <w:r w:rsidR="00420235">
        <w:rPr>
          <w:b w:val="0"/>
        </w:rPr>
        <w:t>үйдегі дәрі қобдишаларында</w:t>
      </w:r>
      <w:r w:rsidRPr="00DD0332">
        <w:rPr>
          <w:b w:val="0"/>
        </w:rPr>
        <w:t xml:space="preserve"> </w:t>
      </w:r>
      <w:r w:rsidR="00420235">
        <w:rPr>
          <w:b w:val="0"/>
        </w:rPr>
        <w:t>антибактериалды</w:t>
      </w:r>
      <w:r w:rsidRPr="00DD0332">
        <w:rPr>
          <w:b w:val="0"/>
        </w:rPr>
        <w:t xml:space="preserve"> препараттарды қолдану сипаты болды. 76 отбасы</w:t>
      </w:r>
      <w:r w:rsidR="00420235">
        <w:rPr>
          <w:b w:val="0"/>
        </w:rPr>
        <w:t>ның үй дәрі қобдишалары зерттелді</w:t>
      </w:r>
      <w:r w:rsidRPr="00DD0332">
        <w:rPr>
          <w:b w:val="0"/>
        </w:rPr>
        <w:t>. Отбасыларды іріктеу кездейсоқ жүргізілді; телефон нөмірлерінің базасы қолданылды. Қоңырау барысында отбасында медицина қызметкерлері бар-жоғы анықталды, егер жоқ болса, бірнеше сұрақтарды анықтау үшін респонденттерге үйге келу мүмкіндігі нақтыланды.</w:t>
      </w:r>
    </w:p>
    <w:p w:rsidR="00DD0332" w:rsidRPr="009F079C" w:rsidRDefault="00DD0332" w:rsidP="00420235">
      <w:pPr>
        <w:pStyle w:val="1"/>
        <w:ind w:left="142" w:right="369" w:firstLine="425"/>
        <w:rPr>
          <w:b w:val="0"/>
        </w:rPr>
      </w:pPr>
      <w:r w:rsidRPr="00DD0332">
        <w:rPr>
          <w:b w:val="0"/>
        </w:rPr>
        <w:t>Алдын ала келісімді алғаннан кейін дәрігерлер таңдалған отбасыларға барып</w:t>
      </w:r>
      <w:r w:rsidR="00420235">
        <w:rPr>
          <w:b w:val="0"/>
        </w:rPr>
        <w:t>, үйдегі дәрі қобдишаларындағы</w:t>
      </w:r>
      <w:r w:rsidRPr="00DD0332">
        <w:rPr>
          <w:b w:val="0"/>
        </w:rPr>
        <w:t xml:space="preserve"> </w:t>
      </w:r>
      <w:r w:rsidR="00420235">
        <w:rPr>
          <w:b w:val="0"/>
        </w:rPr>
        <w:t>антибиотиктердің</w:t>
      </w:r>
      <w:r w:rsidRPr="00DD0332">
        <w:rPr>
          <w:b w:val="0"/>
        </w:rPr>
        <w:t xml:space="preserve"> бар-жоғын тексерді</w:t>
      </w:r>
      <w:r w:rsidR="002F50A7">
        <w:rPr>
          <w:b w:val="0"/>
        </w:rPr>
        <w:t>к</w:t>
      </w:r>
      <w:r w:rsidRPr="00DD0332">
        <w:rPr>
          <w:b w:val="0"/>
        </w:rPr>
        <w:t xml:space="preserve">. </w:t>
      </w:r>
      <w:r w:rsidR="00420235">
        <w:rPr>
          <w:b w:val="0"/>
        </w:rPr>
        <w:t>Әрбір қарау</w:t>
      </w:r>
      <w:r w:rsidRPr="00DD0332">
        <w:rPr>
          <w:b w:val="0"/>
        </w:rPr>
        <w:t xml:space="preserve"> барысында арнайы әзірленген</w:t>
      </w:r>
      <w:r w:rsidR="00420235">
        <w:rPr>
          <w:b w:val="0"/>
        </w:rPr>
        <w:t xml:space="preserve"> «Үй дәрі </w:t>
      </w:r>
      <w:r w:rsidR="00420235" w:rsidRPr="00420235">
        <w:rPr>
          <w:b w:val="0"/>
        </w:rPr>
        <w:t>қобдишаларында антибиотиктердің болуы картасы</w:t>
      </w:r>
      <w:r w:rsidR="00420235">
        <w:rPr>
          <w:b w:val="0"/>
        </w:rPr>
        <w:t>»</w:t>
      </w:r>
      <w:r w:rsidR="00394EC4">
        <w:rPr>
          <w:b w:val="0"/>
        </w:rPr>
        <w:t xml:space="preserve"> толтырылды (қосымша </w:t>
      </w:r>
      <w:r w:rsidR="00394EC4" w:rsidRPr="00394EC4">
        <w:rPr>
          <w:b w:val="0"/>
        </w:rPr>
        <w:t>3)</w:t>
      </w:r>
      <w:r w:rsidRPr="00DD0332">
        <w:rPr>
          <w:b w:val="0"/>
        </w:rPr>
        <w:t xml:space="preserve"> демографиялық деректер көрсетілген (отбасы мүшелерінің саны, жасы, балалар саны). Картада </w:t>
      </w:r>
      <w:r w:rsidR="00420235">
        <w:rPr>
          <w:b w:val="0"/>
        </w:rPr>
        <w:t>үйдегі дәрі қобдишаларында</w:t>
      </w:r>
      <w:r w:rsidRPr="00DD0332">
        <w:rPr>
          <w:b w:val="0"/>
        </w:rPr>
        <w:t xml:space="preserve"> антибиотиктер туралы келесі мәліметтер келтірілген: препа</w:t>
      </w:r>
      <w:r w:rsidR="00420235">
        <w:rPr>
          <w:b w:val="0"/>
        </w:rPr>
        <w:t>раттың жалпы және сауда атауы, д</w:t>
      </w:r>
      <w:r w:rsidRPr="00DD0332">
        <w:rPr>
          <w:b w:val="0"/>
        </w:rPr>
        <w:t>әрілік формасы, жарамдылығы. Респонденттер ұсынған барлық ақпарат қатаң құпия болды және зерттеу болашақта респонденттерді анықтау мүмкіндігін жоққа шығарды (тек бірнеше адам құпия ақпаратқа қол жеткізе алды).</w:t>
      </w:r>
    </w:p>
    <w:p w:rsidR="00333326" w:rsidRDefault="00955D6A" w:rsidP="00420235">
      <w:pPr>
        <w:pStyle w:val="1"/>
        <w:ind w:left="142" w:right="369" w:firstLine="425"/>
        <w:rPr>
          <w:b w:val="0"/>
        </w:rPr>
      </w:pPr>
      <w:r>
        <w:rPr>
          <w:b w:val="0"/>
        </w:rPr>
        <w:t>24</w:t>
      </w:r>
      <w:r w:rsidR="00333326" w:rsidRPr="009F079C">
        <w:rPr>
          <w:b w:val="0"/>
        </w:rPr>
        <w:t xml:space="preserve">-кестеде </w:t>
      </w:r>
      <w:r w:rsidR="00333326">
        <w:rPr>
          <w:b w:val="0"/>
        </w:rPr>
        <w:t xml:space="preserve">көрсетілгендей, зерттеуге ұатысушылардың ең жасы </w:t>
      </w:r>
      <w:r w:rsidR="00A66E3A" w:rsidRPr="009F079C">
        <w:rPr>
          <w:b w:val="0"/>
        </w:rPr>
        <w:t xml:space="preserve">8-де болса, </w:t>
      </w:r>
      <w:r w:rsidR="00A66E3A">
        <w:rPr>
          <w:b w:val="0"/>
        </w:rPr>
        <w:t xml:space="preserve">ең үлкені </w:t>
      </w:r>
      <w:r w:rsidR="00A66E3A" w:rsidRPr="009F079C">
        <w:rPr>
          <w:b w:val="0"/>
        </w:rPr>
        <w:t>56 жаста болды.  Әрбір отбасыда орташа шамамен 4 отбасы м</w:t>
      </w:r>
      <w:r w:rsidR="00A66E3A">
        <w:rPr>
          <w:b w:val="0"/>
        </w:rPr>
        <w:t xml:space="preserve">үшесі болды. Әрбір үйде кем дегенде </w:t>
      </w:r>
      <w:r w:rsidR="00120C5A" w:rsidRPr="009F079C">
        <w:rPr>
          <w:b w:val="0"/>
        </w:rPr>
        <w:t xml:space="preserve">1 </w:t>
      </w:r>
      <w:r w:rsidR="00120C5A">
        <w:rPr>
          <w:b w:val="0"/>
        </w:rPr>
        <w:t xml:space="preserve">бала болған. </w:t>
      </w:r>
    </w:p>
    <w:p w:rsidR="00120C5A" w:rsidRPr="00120C5A" w:rsidRDefault="00120C5A" w:rsidP="00420235">
      <w:pPr>
        <w:pStyle w:val="1"/>
        <w:ind w:left="142" w:right="369" w:firstLine="425"/>
        <w:rPr>
          <w:b w:val="0"/>
        </w:rPr>
      </w:pPr>
    </w:p>
    <w:p w:rsidR="00B632CA" w:rsidRPr="00394EC4" w:rsidRDefault="002B2520" w:rsidP="00B632CA">
      <w:pPr>
        <w:widowControl/>
        <w:autoSpaceDE/>
        <w:autoSpaceDN/>
        <w:spacing w:line="360" w:lineRule="auto"/>
        <w:rPr>
          <w:rFonts w:eastAsia="MS Mincho"/>
          <w:sz w:val="28"/>
          <w:szCs w:val="28"/>
          <w:lang w:val="ru-RU"/>
        </w:rPr>
      </w:pPr>
      <w:r>
        <w:rPr>
          <w:rFonts w:eastAsia="MS Mincho"/>
          <w:sz w:val="28"/>
          <w:szCs w:val="28"/>
        </w:rPr>
        <w:t xml:space="preserve">Кесте </w:t>
      </w:r>
      <w:r w:rsidR="00955D6A">
        <w:rPr>
          <w:rFonts w:eastAsia="MS Mincho"/>
          <w:sz w:val="28"/>
          <w:szCs w:val="28"/>
          <w:lang w:val="ru-RU"/>
        </w:rPr>
        <w:t>24</w:t>
      </w:r>
      <w:r>
        <w:rPr>
          <w:rFonts w:eastAsia="MS Mincho"/>
          <w:sz w:val="28"/>
          <w:szCs w:val="28"/>
          <w:lang w:val="ru-RU"/>
        </w:rPr>
        <w:t xml:space="preserve"> - </w:t>
      </w:r>
      <w:r w:rsidR="00B632CA">
        <w:rPr>
          <w:rFonts w:eastAsia="MS Mincho"/>
          <w:sz w:val="28"/>
          <w:szCs w:val="28"/>
        </w:rPr>
        <w:t xml:space="preserve">Сандық айнымалылыардың сипаттаушы статистикасы </w:t>
      </w:r>
    </w:p>
    <w:tbl>
      <w:tblPr>
        <w:tblStyle w:val="12"/>
        <w:tblW w:w="0" w:type="auto"/>
        <w:jc w:val="center"/>
        <w:tblLook w:val="04A0" w:firstRow="1" w:lastRow="0" w:firstColumn="1" w:lastColumn="0" w:noHBand="0" w:noVBand="1"/>
      </w:tblPr>
      <w:tblGrid>
        <w:gridCol w:w="1662"/>
        <w:gridCol w:w="1640"/>
        <w:gridCol w:w="1640"/>
        <w:gridCol w:w="1636"/>
        <w:gridCol w:w="1640"/>
        <w:gridCol w:w="1640"/>
      </w:tblGrid>
      <w:tr w:rsidR="00B632CA" w:rsidRPr="002B2520" w:rsidTr="00E97EA4">
        <w:trPr>
          <w:jc w:val="center"/>
        </w:trPr>
        <w:tc>
          <w:tcPr>
            <w:tcW w:w="1662" w:type="dxa"/>
            <w:vAlign w:val="center"/>
          </w:tcPr>
          <w:p w:rsidR="00B632CA" w:rsidRPr="002B2520" w:rsidRDefault="00B632CA" w:rsidP="00D7737E">
            <w:pPr>
              <w:jc w:val="center"/>
              <w:rPr>
                <w:rFonts w:eastAsia="MS Mincho"/>
                <w:sz w:val="24"/>
                <w:szCs w:val="24"/>
              </w:rPr>
            </w:pPr>
            <w:r w:rsidRPr="002B2520">
              <w:rPr>
                <w:rFonts w:eastAsia="MS Mincho"/>
                <w:sz w:val="24"/>
                <w:szCs w:val="24"/>
              </w:rPr>
              <w:t>Көрсеткіштер</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Me</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Q₁ – Q₃</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n</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min</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max</w:t>
            </w:r>
          </w:p>
        </w:tc>
      </w:tr>
      <w:tr w:rsidR="00B632CA" w:rsidRPr="002B2520" w:rsidTr="00E97EA4">
        <w:trPr>
          <w:jc w:val="center"/>
        </w:trPr>
        <w:tc>
          <w:tcPr>
            <w:tcW w:w="1662" w:type="dxa"/>
            <w:vAlign w:val="center"/>
          </w:tcPr>
          <w:p w:rsidR="00B632CA" w:rsidRPr="002B2520" w:rsidRDefault="00B632CA" w:rsidP="00D7737E">
            <w:pPr>
              <w:jc w:val="center"/>
              <w:rPr>
                <w:rFonts w:eastAsia="MS Mincho"/>
                <w:sz w:val="24"/>
                <w:szCs w:val="24"/>
              </w:rPr>
            </w:pPr>
            <w:r w:rsidRPr="002B2520">
              <w:rPr>
                <w:rFonts w:eastAsia="MS Mincho"/>
                <w:sz w:val="24"/>
                <w:szCs w:val="24"/>
              </w:rPr>
              <w:t>Жасы</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22,00</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22,00 – 32,00</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224</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18,00</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56,00</w:t>
            </w:r>
          </w:p>
        </w:tc>
      </w:tr>
      <w:tr w:rsidR="00B632CA" w:rsidRPr="002B2520" w:rsidTr="00E97EA4">
        <w:trPr>
          <w:jc w:val="center"/>
        </w:trPr>
        <w:tc>
          <w:tcPr>
            <w:tcW w:w="1662" w:type="dxa"/>
            <w:vAlign w:val="center"/>
          </w:tcPr>
          <w:p w:rsidR="00B632CA" w:rsidRPr="002B2520" w:rsidRDefault="00B632CA" w:rsidP="00D7737E">
            <w:pPr>
              <w:jc w:val="center"/>
              <w:rPr>
                <w:rFonts w:eastAsia="MS Mincho"/>
                <w:sz w:val="24"/>
                <w:szCs w:val="24"/>
              </w:rPr>
            </w:pPr>
            <w:r w:rsidRPr="002B2520">
              <w:rPr>
                <w:rFonts w:eastAsia="MS Mincho"/>
                <w:sz w:val="24"/>
                <w:szCs w:val="24"/>
              </w:rPr>
              <w:t>Отбасы мүшелері саны</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4</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4 – 5</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224</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1</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8</w:t>
            </w:r>
          </w:p>
        </w:tc>
      </w:tr>
      <w:tr w:rsidR="00B632CA" w:rsidRPr="002B2520" w:rsidTr="00E97EA4">
        <w:trPr>
          <w:jc w:val="center"/>
        </w:trPr>
        <w:tc>
          <w:tcPr>
            <w:tcW w:w="1662" w:type="dxa"/>
            <w:vAlign w:val="center"/>
          </w:tcPr>
          <w:p w:rsidR="00B632CA" w:rsidRPr="002B2520" w:rsidRDefault="00B632CA" w:rsidP="00D7737E">
            <w:pPr>
              <w:jc w:val="center"/>
              <w:rPr>
                <w:rFonts w:eastAsia="MS Mincho"/>
                <w:sz w:val="24"/>
                <w:szCs w:val="24"/>
              </w:rPr>
            </w:pPr>
            <w:r w:rsidRPr="002B2520">
              <w:rPr>
                <w:rFonts w:eastAsia="MS Mincho"/>
                <w:sz w:val="24"/>
                <w:szCs w:val="24"/>
              </w:rPr>
              <w:t>Балалар саны</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1</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0 – 2</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224</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0</w:t>
            </w:r>
          </w:p>
        </w:tc>
        <w:tc>
          <w:tcPr>
            <w:tcW w:w="1662" w:type="dxa"/>
            <w:vAlign w:val="center"/>
          </w:tcPr>
          <w:p w:rsidR="00B632CA" w:rsidRPr="002B2520" w:rsidRDefault="00B632CA" w:rsidP="00D7737E">
            <w:pPr>
              <w:jc w:val="center"/>
              <w:rPr>
                <w:rFonts w:eastAsia="MS Mincho"/>
                <w:sz w:val="24"/>
                <w:szCs w:val="24"/>
                <w:lang w:val="en-US"/>
              </w:rPr>
            </w:pPr>
            <w:r w:rsidRPr="002B2520">
              <w:rPr>
                <w:rFonts w:eastAsia="MS Mincho"/>
                <w:sz w:val="24"/>
                <w:szCs w:val="24"/>
                <w:lang w:val="en-US"/>
              </w:rPr>
              <w:t>5</w:t>
            </w:r>
          </w:p>
        </w:tc>
      </w:tr>
    </w:tbl>
    <w:p w:rsidR="00B632CA" w:rsidRDefault="00B632CA" w:rsidP="00B632CA">
      <w:pPr>
        <w:widowControl/>
        <w:autoSpaceDE/>
        <w:autoSpaceDN/>
        <w:spacing w:line="360" w:lineRule="auto"/>
        <w:rPr>
          <w:rFonts w:eastAsia="MS Mincho"/>
          <w:sz w:val="28"/>
          <w:szCs w:val="28"/>
          <w:lang w:val="ru-RU"/>
        </w:rPr>
      </w:pPr>
    </w:p>
    <w:p w:rsidR="00120C5A" w:rsidRPr="00120C5A" w:rsidRDefault="00120C5A" w:rsidP="00120C5A">
      <w:pPr>
        <w:widowControl/>
        <w:autoSpaceDE/>
        <w:autoSpaceDN/>
        <w:ind w:firstLine="567"/>
        <w:jc w:val="both"/>
        <w:rPr>
          <w:rFonts w:eastAsia="MS Mincho"/>
          <w:sz w:val="28"/>
          <w:szCs w:val="28"/>
        </w:rPr>
      </w:pPr>
      <w:r>
        <w:rPr>
          <w:rFonts w:eastAsia="MS Mincho"/>
          <w:sz w:val="28"/>
          <w:szCs w:val="28"/>
        </w:rPr>
        <w:t xml:space="preserve">Үй дәрі қобдишаларындағы антибиотиктердің кең таралған химиялық тобы, дәрілік түрі және жарамдылық мерзімдері туралы ақпарат </w:t>
      </w:r>
      <w:r w:rsidR="00955D6A">
        <w:rPr>
          <w:rFonts w:eastAsia="MS Mincho"/>
          <w:sz w:val="28"/>
          <w:szCs w:val="28"/>
          <w:lang w:val="ru-RU"/>
        </w:rPr>
        <w:t>25</w:t>
      </w:r>
      <w:r>
        <w:rPr>
          <w:rFonts w:eastAsia="MS Mincho"/>
          <w:sz w:val="28"/>
          <w:szCs w:val="28"/>
          <w:lang w:val="ru-RU"/>
        </w:rPr>
        <w:t xml:space="preserve">-кестеде </w:t>
      </w:r>
      <w:r>
        <w:rPr>
          <w:rFonts w:eastAsia="MS Mincho"/>
          <w:sz w:val="28"/>
          <w:szCs w:val="28"/>
        </w:rPr>
        <w:t>берілген.</w:t>
      </w:r>
    </w:p>
    <w:p w:rsidR="00B632CA" w:rsidRPr="00394EC4" w:rsidRDefault="00B632CA" w:rsidP="002B2520">
      <w:pPr>
        <w:widowControl/>
        <w:autoSpaceDE/>
        <w:autoSpaceDN/>
        <w:spacing w:line="360" w:lineRule="auto"/>
        <w:rPr>
          <w:rFonts w:eastAsia="MS Mincho"/>
          <w:sz w:val="28"/>
          <w:szCs w:val="28"/>
          <w:lang w:val="ru-RU"/>
        </w:rPr>
      </w:pPr>
      <w:r>
        <w:rPr>
          <w:rFonts w:eastAsia="MS Mincho"/>
          <w:sz w:val="28"/>
          <w:szCs w:val="28"/>
        </w:rPr>
        <w:t>Кесте</w:t>
      </w:r>
      <w:r>
        <w:rPr>
          <w:rFonts w:eastAsia="MS Mincho"/>
          <w:sz w:val="28"/>
          <w:szCs w:val="28"/>
          <w:lang w:val="ru-RU"/>
        </w:rPr>
        <w:t xml:space="preserve"> </w:t>
      </w:r>
      <w:r w:rsidR="00955D6A">
        <w:rPr>
          <w:rFonts w:eastAsia="MS Mincho"/>
          <w:sz w:val="28"/>
          <w:szCs w:val="28"/>
          <w:lang w:val="ru-RU"/>
        </w:rPr>
        <w:t>25</w:t>
      </w:r>
      <w:r w:rsidR="00120C5A">
        <w:rPr>
          <w:rFonts w:eastAsia="MS Mincho"/>
          <w:sz w:val="28"/>
          <w:szCs w:val="28"/>
          <w:lang w:val="ru-RU"/>
        </w:rPr>
        <w:t xml:space="preserve"> - </w:t>
      </w:r>
      <w:r>
        <w:rPr>
          <w:rFonts w:eastAsia="MS Mincho"/>
          <w:sz w:val="28"/>
          <w:szCs w:val="28"/>
          <w:lang w:val="ru-RU"/>
        </w:rPr>
        <w:t xml:space="preserve">Сапалық айнымалылардың сипаттаушы статистикасы </w:t>
      </w:r>
    </w:p>
    <w:tbl>
      <w:tblPr>
        <w:tblStyle w:val="12"/>
        <w:tblW w:w="0" w:type="auto"/>
        <w:jc w:val="center"/>
        <w:tblLook w:val="04A0" w:firstRow="1" w:lastRow="0" w:firstColumn="1" w:lastColumn="0" w:noHBand="0" w:noVBand="1"/>
      </w:tblPr>
      <w:tblGrid>
        <w:gridCol w:w="1971"/>
        <w:gridCol w:w="2396"/>
        <w:gridCol w:w="1833"/>
        <w:gridCol w:w="1828"/>
        <w:gridCol w:w="1830"/>
      </w:tblGrid>
      <w:tr w:rsidR="00B632CA" w:rsidRPr="00120C5A" w:rsidTr="00E97EA4">
        <w:trPr>
          <w:jc w:val="center"/>
        </w:trPr>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Көрсеткіштер</w:t>
            </w: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Категориялар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Абс.</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w:t>
            </w: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 xml:space="preserve">95% </w:t>
            </w:r>
            <w:r w:rsidRPr="00120C5A">
              <w:rPr>
                <w:rFonts w:eastAsia="MS Mincho"/>
                <w:sz w:val="24"/>
                <w:szCs w:val="24"/>
              </w:rPr>
              <w:t>СИ</w:t>
            </w:r>
          </w:p>
        </w:tc>
      </w:tr>
      <w:tr w:rsidR="00B632CA" w:rsidRPr="00120C5A" w:rsidTr="00E97EA4">
        <w:trPr>
          <w:jc w:val="center"/>
        </w:trPr>
        <w:tc>
          <w:tcPr>
            <w:tcW w:w="1994" w:type="dxa"/>
            <w:vMerge w:val="restart"/>
            <w:vAlign w:val="center"/>
          </w:tcPr>
          <w:p w:rsidR="00B632CA" w:rsidRPr="00120C5A" w:rsidRDefault="00B632CA" w:rsidP="00D7737E">
            <w:pPr>
              <w:jc w:val="center"/>
              <w:rPr>
                <w:rFonts w:eastAsia="MS Mincho"/>
                <w:sz w:val="24"/>
                <w:szCs w:val="24"/>
              </w:rPr>
            </w:pPr>
            <w:r w:rsidRPr="00120C5A">
              <w:rPr>
                <w:rFonts w:eastAsia="MS Mincho"/>
                <w:sz w:val="24"/>
                <w:szCs w:val="24"/>
              </w:rPr>
              <w:t>Антибиотиктер</w:t>
            </w: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3 </w:t>
            </w:r>
            <w:r w:rsidRPr="00120C5A">
              <w:rPr>
                <w:rFonts w:eastAsia="MS Mincho"/>
                <w:sz w:val="24"/>
                <w:szCs w:val="24"/>
              </w:rPr>
              <w:t>легі</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16</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7,1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4,1 – 11,3</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Тетрациклин</w:t>
            </w:r>
            <w:r w:rsidRPr="00120C5A">
              <w:rPr>
                <w:rFonts w:eastAsia="MS Mincho"/>
                <w:sz w:val="24"/>
                <w:szCs w:val="24"/>
              </w:rPr>
              <w:t>дер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14,7</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10,4 – 20,1</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Левомицетин</w:t>
            </w:r>
            <w:r w:rsidRPr="00120C5A">
              <w:rPr>
                <w:rFonts w:eastAsia="MS Mincho"/>
                <w:sz w:val="24"/>
                <w:szCs w:val="24"/>
              </w:rPr>
              <w:t>дер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40</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17,9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13,1 – 23,5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Хинолон</w:t>
            </w:r>
            <w:r w:rsidRPr="00120C5A">
              <w:rPr>
                <w:rFonts w:eastAsia="MS Mincho"/>
                <w:sz w:val="24"/>
                <w:szCs w:val="24"/>
              </w:rPr>
              <w:t>дар</w:t>
            </w:r>
            <w:r w:rsidRPr="00120C5A">
              <w:rPr>
                <w:rFonts w:eastAsia="MS Mincho"/>
                <w:sz w:val="24"/>
                <w:szCs w:val="24"/>
                <w:lang w:val="en-US"/>
              </w:rPr>
              <w:t xml:space="preserve"> </w:t>
            </w:r>
            <w:r w:rsidRPr="00120C5A">
              <w:rPr>
                <w:rFonts w:eastAsia="MS Mincho"/>
                <w:sz w:val="24"/>
                <w:szCs w:val="24"/>
              </w:rPr>
              <w:t xml:space="preserve">және </w:t>
            </w:r>
            <w:r w:rsidRPr="00120C5A">
              <w:rPr>
                <w:rFonts w:eastAsia="MS Mincho"/>
                <w:sz w:val="24"/>
                <w:szCs w:val="24"/>
                <w:lang w:val="en-US"/>
              </w:rPr>
              <w:t>фторхинолон</w:t>
            </w:r>
            <w:r w:rsidRPr="00120C5A">
              <w:rPr>
                <w:rFonts w:eastAsia="MS Mincho"/>
                <w:sz w:val="24"/>
                <w:szCs w:val="24"/>
              </w:rPr>
              <w:t>дар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8,5</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5,2 – 12,9</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Пенициллин</w:t>
            </w:r>
            <w:r w:rsidRPr="00120C5A">
              <w:rPr>
                <w:rFonts w:eastAsia="MS Mincho"/>
                <w:sz w:val="24"/>
                <w:szCs w:val="24"/>
              </w:rPr>
              <w:t>дер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57</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25,4</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19,9 – 31,7</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Макролид</w:t>
            </w:r>
            <w:r w:rsidRPr="00120C5A">
              <w:rPr>
                <w:rFonts w:eastAsia="MS Mincho"/>
                <w:sz w:val="24"/>
                <w:szCs w:val="24"/>
              </w:rPr>
              <w:t>тар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24</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10,7</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7,0 – 15,5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2 </w:t>
            </w:r>
            <w:r w:rsidRPr="00120C5A">
              <w:rPr>
                <w:rFonts w:eastAsia="MS Mincho"/>
                <w:sz w:val="24"/>
                <w:szCs w:val="24"/>
              </w:rPr>
              <w:t>легі</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4,0</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 – 7,5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1 </w:t>
            </w:r>
            <w:r w:rsidRPr="00120C5A">
              <w:rPr>
                <w:rFonts w:eastAsia="MS Mincho"/>
                <w:sz w:val="24"/>
                <w:szCs w:val="24"/>
              </w:rPr>
              <w:t>легі</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17</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7,6</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4,5 – 11,9</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Аминогликозид</w:t>
            </w:r>
            <w:r w:rsidRPr="00120C5A">
              <w:rPr>
                <w:rFonts w:eastAsia="MS Mincho"/>
                <w:sz w:val="24"/>
                <w:szCs w:val="24"/>
              </w:rPr>
              <w:t>тер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0,1 – 3,2</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Сульфаниламид</w:t>
            </w:r>
            <w:r w:rsidRPr="00120C5A">
              <w:rPr>
                <w:rFonts w:eastAsia="MS Mincho"/>
                <w:sz w:val="24"/>
                <w:szCs w:val="24"/>
              </w:rPr>
              <w:t>тер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0,4</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0,0 – 2,5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Линкозамид</w:t>
            </w:r>
            <w:r w:rsidRPr="00120C5A">
              <w:rPr>
                <w:rFonts w:eastAsia="MS Mincho"/>
                <w:sz w:val="24"/>
                <w:szCs w:val="24"/>
              </w:rPr>
              <w:t>тер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0,3 – 3,9</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Басқа</w:t>
            </w:r>
            <w:r w:rsidRPr="00120C5A">
              <w:rPr>
                <w:rFonts w:eastAsia="MS Mincho"/>
                <w:sz w:val="24"/>
                <w:szCs w:val="24"/>
                <w:lang w:val="en-US"/>
              </w:rPr>
              <w:t xml:space="preserve"> антибиотик</w:t>
            </w:r>
            <w:r w:rsidRPr="00120C5A">
              <w:rPr>
                <w:rFonts w:eastAsia="MS Mincho"/>
                <w:sz w:val="24"/>
                <w:szCs w:val="24"/>
              </w:rPr>
              <w:t>тер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0,3 – 3,9</w:t>
            </w:r>
          </w:p>
        </w:tc>
      </w:tr>
      <w:tr w:rsidR="00B632CA" w:rsidRPr="00120C5A" w:rsidTr="00E97EA4">
        <w:trPr>
          <w:jc w:val="center"/>
        </w:trPr>
        <w:tc>
          <w:tcPr>
            <w:tcW w:w="1994" w:type="dxa"/>
            <w:vMerge w:val="restart"/>
            <w:vAlign w:val="center"/>
          </w:tcPr>
          <w:p w:rsidR="00B632CA" w:rsidRPr="00120C5A" w:rsidRDefault="00B632CA" w:rsidP="00D7737E">
            <w:pPr>
              <w:jc w:val="center"/>
              <w:rPr>
                <w:rFonts w:eastAsia="MS Mincho"/>
                <w:sz w:val="24"/>
                <w:szCs w:val="24"/>
              </w:rPr>
            </w:pPr>
          </w:p>
          <w:p w:rsidR="00B632CA" w:rsidRPr="00120C5A" w:rsidRDefault="00B632CA" w:rsidP="00D7737E">
            <w:pPr>
              <w:jc w:val="center"/>
              <w:rPr>
                <w:rFonts w:eastAsia="MS Mincho"/>
                <w:sz w:val="24"/>
                <w:szCs w:val="24"/>
              </w:rPr>
            </w:pPr>
            <w:r w:rsidRPr="00120C5A">
              <w:rPr>
                <w:rFonts w:eastAsia="MS Mincho"/>
                <w:sz w:val="24"/>
                <w:szCs w:val="24"/>
              </w:rPr>
              <w:t>Дәрілік формасы</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Инъекция</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36</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16,1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11,5 – 21,5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Жақпамай</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62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27,7</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21,9 – 34,0</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Таблетк</w:t>
            </w:r>
            <w:r w:rsidRPr="00120C5A">
              <w:rPr>
                <w:rFonts w:eastAsia="MS Mincho"/>
                <w:sz w:val="24"/>
                <w:szCs w:val="24"/>
              </w:rPr>
              <w:t>алар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101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45,1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38,5 – 51,9</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Ұнтақ</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2,5 – 8,6</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Капсул</w:t>
            </w:r>
            <w:r w:rsidRPr="00120C5A">
              <w:rPr>
                <w:rFonts w:eastAsia="MS Mincho"/>
                <w:sz w:val="24"/>
                <w:szCs w:val="24"/>
              </w:rPr>
              <w:t>алар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0,1 – 3,2</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Суспензия</w:t>
            </w:r>
            <w:r w:rsidRPr="00120C5A">
              <w:rPr>
                <w:rFonts w:eastAsia="MS Mincho"/>
                <w:sz w:val="24"/>
                <w:szCs w:val="24"/>
              </w:rPr>
              <w:t>лар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5</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0,7 – 5,1</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Тамшылар</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1,8</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0,5 – 4,5</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Шәрбат</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0,9</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0,1 – 3,2</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Спрей</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0,4</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0,0 – 2,5</w:t>
            </w:r>
          </w:p>
        </w:tc>
      </w:tr>
      <w:tr w:rsidR="00B632CA" w:rsidRPr="00120C5A" w:rsidTr="00E97EA4">
        <w:trPr>
          <w:jc w:val="center"/>
        </w:trPr>
        <w:tc>
          <w:tcPr>
            <w:tcW w:w="1994" w:type="dxa"/>
            <w:vMerge w:val="restart"/>
            <w:vAlign w:val="center"/>
          </w:tcPr>
          <w:p w:rsidR="00B632CA" w:rsidRPr="00120C5A" w:rsidRDefault="00B632CA" w:rsidP="00D7737E">
            <w:pPr>
              <w:jc w:val="center"/>
              <w:rPr>
                <w:rFonts w:eastAsia="MS Mincho"/>
                <w:sz w:val="24"/>
                <w:szCs w:val="24"/>
              </w:rPr>
            </w:pPr>
            <w:r w:rsidRPr="00120C5A">
              <w:rPr>
                <w:rFonts w:eastAsia="MS Mincho"/>
                <w:sz w:val="24"/>
                <w:szCs w:val="24"/>
              </w:rPr>
              <w:t>Жарамдылық мерзімі</w:t>
            </w: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жарамды</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181</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80,8</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75,0 – 85,7</w:t>
            </w:r>
          </w:p>
        </w:tc>
      </w:tr>
      <w:tr w:rsidR="00B632CA" w:rsidRPr="00120C5A" w:rsidTr="00E97EA4">
        <w:trPr>
          <w:jc w:val="center"/>
        </w:trPr>
        <w:tc>
          <w:tcPr>
            <w:tcW w:w="1994" w:type="dxa"/>
            <w:vMerge/>
          </w:tcPr>
          <w:p w:rsidR="00B632CA" w:rsidRPr="00120C5A" w:rsidRDefault="00B632CA" w:rsidP="00D7737E">
            <w:pPr>
              <w:rPr>
                <w:rFonts w:eastAsia="MS Mincho"/>
                <w:sz w:val="24"/>
                <w:szCs w:val="24"/>
                <w:lang w:val="en-US"/>
              </w:rPr>
            </w:pPr>
          </w:p>
        </w:tc>
        <w:tc>
          <w:tcPr>
            <w:tcW w:w="1994" w:type="dxa"/>
            <w:vAlign w:val="center"/>
          </w:tcPr>
          <w:p w:rsidR="00B632CA" w:rsidRPr="00120C5A" w:rsidRDefault="00B632CA" w:rsidP="00D7737E">
            <w:pPr>
              <w:jc w:val="center"/>
              <w:rPr>
                <w:rFonts w:eastAsia="MS Mincho"/>
                <w:sz w:val="24"/>
                <w:szCs w:val="24"/>
              </w:rPr>
            </w:pPr>
            <w:r w:rsidRPr="00120C5A">
              <w:rPr>
                <w:rFonts w:eastAsia="MS Mincho"/>
                <w:sz w:val="24"/>
                <w:szCs w:val="24"/>
              </w:rPr>
              <w:t>жарамсыз</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43</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19,2</w:t>
            </w:r>
          </w:p>
        </w:tc>
        <w:tc>
          <w:tcPr>
            <w:tcW w:w="1994"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14,3 – 25,0</w:t>
            </w:r>
          </w:p>
        </w:tc>
      </w:tr>
    </w:tbl>
    <w:p w:rsidR="00B632CA" w:rsidRPr="00394EC4" w:rsidRDefault="00B632CA" w:rsidP="00B632CA">
      <w:pPr>
        <w:widowControl/>
        <w:autoSpaceDE/>
        <w:autoSpaceDN/>
        <w:spacing w:line="360" w:lineRule="auto"/>
        <w:rPr>
          <w:rFonts w:eastAsia="MS Mincho"/>
          <w:sz w:val="28"/>
          <w:szCs w:val="28"/>
          <w:lang w:val="en-US"/>
        </w:rPr>
      </w:pPr>
    </w:p>
    <w:p w:rsidR="00B632CA" w:rsidRDefault="00B632CA" w:rsidP="00120C5A">
      <w:pPr>
        <w:widowControl/>
        <w:autoSpaceDE/>
        <w:autoSpaceDN/>
        <w:ind w:firstLine="567"/>
        <w:jc w:val="both"/>
        <w:rPr>
          <w:rFonts w:eastAsia="MS Mincho"/>
          <w:sz w:val="28"/>
          <w:szCs w:val="28"/>
        </w:rPr>
      </w:pPr>
      <w:r w:rsidRPr="006B0584">
        <w:rPr>
          <w:rFonts w:eastAsia="MS Mincho"/>
          <w:sz w:val="28"/>
          <w:szCs w:val="28"/>
          <w:lang w:val="ru-RU"/>
        </w:rPr>
        <w:t>Жасына байланысты антибиотиктің болуына талдау жасалды.</w:t>
      </w:r>
      <w:r w:rsidR="00955D6A">
        <w:rPr>
          <w:rFonts w:eastAsia="MS Mincho"/>
          <w:sz w:val="28"/>
          <w:szCs w:val="28"/>
          <w:lang w:val="ru-RU"/>
        </w:rPr>
        <w:t xml:space="preserve"> Талдау нәтижелері 26</w:t>
      </w:r>
      <w:r w:rsidR="00120C5A">
        <w:rPr>
          <w:rFonts w:eastAsia="MS Mincho"/>
          <w:sz w:val="28"/>
          <w:szCs w:val="28"/>
          <w:lang w:val="ru-RU"/>
        </w:rPr>
        <w:t xml:space="preserve">-кестеде </w:t>
      </w:r>
      <w:r w:rsidR="00120C5A">
        <w:rPr>
          <w:rFonts w:eastAsia="MS Mincho"/>
          <w:sz w:val="28"/>
          <w:szCs w:val="28"/>
        </w:rPr>
        <w:t xml:space="preserve">көрсетілген. </w:t>
      </w:r>
    </w:p>
    <w:p w:rsidR="00120C5A" w:rsidRPr="00120C5A" w:rsidRDefault="00120C5A" w:rsidP="00120C5A">
      <w:pPr>
        <w:widowControl/>
        <w:autoSpaceDE/>
        <w:autoSpaceDN/>
        <w:ind w:firstLine="567"/>
        <w:jc w:val="both"/>
        <w:rPr>
          <w:rFonts w:eastAsia="MS Mincho"/>
          <w:sz w:val="28"/>
          <w:szCs w:val="28"/>
        </w:rPr>
      </w:pPr>
    </w:p>
    <w:p w:rsidR="00B632CA" w:rsidRPr="00394EC4" w:rsidRDefault="00B632CA" w:rsidP="00B632CA">
      <w:pPr>
        <w:widowControl/>
        <w:autoSpaceDE/>
        <w:autoSpaceDN/>
        <w:spacing w:line="360" w:lineRule="auto"/>
        <w:rPr>
          <w:rFonts w:eastAsia="MS Mincho"/>
          <w:sz w:val="28"/>
          <w:szCs w:val="28"/>
          <w:lang w:val="ru-RU"/>
        </w:rPr>
      </w:pPr>
      <w:r>
        <w:rPr>
          <w:rFonts w:eastAsia="MS Mincho"/>
          <w:sz w:val="28"/>
          <w:szCs w:val="28"/>
          <w:lang w:val="ru-RU"/>
        </w:rPr>
        <w:t xml:space="preserve">Кесте </w:t>
      </w:r>
      <w:r w:rsidR="00955D6A">
        <w:rPr>
          <w:rFonts w:eastAsia="MS Mincho"/>
          <w:sz w:val="28"/>
          <w:szCs w:val="28"/>
          <w:lang w:val="ru-RU"/>
        </w:rPr>
        <w:t>26</w:t>
      </w:r>
      <w:r w:rsidR="00120C5A">
        <w:rPr>
          <w:rFonts w:eastAsia="MS Mincho"/>
          <w:sz w:val="28"/>
          <w:szCs w:val="28"/>
          <w:lang w:val="ru-RU"/>
        </w:rPr>
        <w:t xml:space="preserve"> - </w:t>
      </w:r>
      <w:r w:rsidRPr="00120C5A">
        <w:rPr>
          <w:rFonts w:eastAsia="MS Mincho"/>
          <w:sz w:val="28"/>
          <w:szCs w:val="28"/>
          <w:lang w:val="ru-RU"/>
        </w:rPr>
        <w:t xml:space="preserve"> </w:t>
      </w:r>
      <w:r w:rsidRPr="006B0584">
        <w:rPr>
          <w:rFonts w:eastAsia="MS Mincho"/>
          <w:sz w:val="28"/>
          <w:szCs w:val="28"/>
          <w:lang w:val="ru-RU"/>
        </w:rPr>
        <w:t>Жасына байланысты антибиотиктің болуы</w:t>
      </w:r>
    </w:p>
    <w:tbl>
      <w:tblPr>
        <w:tblStyle w:val="12"/>
        <w:tblW w:w="0" w:type="auto"/>
        <w:jc w:val="center"/>
        <w:tblLook w:val="04A0" w:firstRow="1" w:lastRow="0" w:firstColumn="1" w:lastColumn="0" w:noHBand="0" w:noVBand="1"/>
      </w:tblPr>
      <w:tblGrid>
        <w:gridCol w:w="2052"/>
        <w:gridCol w:w="2396"/>
        <w:gridCol w:w="1297"/>
        <w:gridCol w:w="1297"/>
        <w:gridCol w:w="1147"/>
        <w:gridCol w:w="1669"/>
      </w:tblGrid>
      <w:tr w:rsidR="00B632CA" w:rsidRPr="00120C5A" w:rsidTr="00E97EA4">
        <w:trPr>
          <w:jc w:val="center"/>
        </w:trPr>
        <w:tc>
          <w:tcPr>
            <w:tcW w:w="2069" w:type="dxa"/>
            <w:vMerge w:val="restart"/>
            <w:vAlign w:val="center"/>
          </w:tcPr>
          <w:p w:rsidR="00B632CA" w:rsidRPr="00120C5A" w:rsidRDefault="00B632CA" w:rsidP="00D7737E">
            <w:pPr>
              <w:jc w:val="center"/>
              <w:rPr>
                <w:rFonts w:eastAsia="MS Mincho"/>
                <w:sz w:val="24"/>
                <w:szCs w:val="24"/>
              </w:rPr>
            </w:pPr>
            <w:r w:rsidRPr="00120C5A">
              <w:rPr>
                <w:rFonts w:eastAsia="MS Mincho"/>
                <w:sz w:val="24"/>
                <w:szCs w:val="24"/>
              </w:rPr>
              <w:t>Көрсеткіштер</w:t>
            </w:r>
          </w:p>
        </w:tc>
        <w:tc>
          <w:tcPr>
            <w:tcW w:w="2338" w:type="dxa"/>
            <w:vMerge w:val="restart"/>
            <w:vAlign w:val="center"/>
          </w:tcPr>
          <w:p w:rsidR="00B632CA" w:rsidRPr="00120C5A" w:rsidRDefault="00B632CA" w:rsidP="00D7737E">
            <w:pPr>
              <w:jc w:val="center"/>
              <w:rPr>
                <w:rFonts w:eastAsia="MS Mincho"/>
                <w:sz w:val="24"/>
                <w:szCs w:val="24"/>
              </w:rPr>
            </w:pPr>
            <w:r w:rsidRPr="00120C5A">
              <w:rPr>
                <w:rFonts w:eastAsia="MS Mincho"/>
                <w:sz w:val="24"/>
                <w:szCs w:val="24"/>
              </w:rPr>
              <w:t>Категориялар</w:t>
            </w:r>
          </w:p>
        </w:tc>
        <w:tc>
          <w:tcPr>
            <w:tcW w:w="3865" w:type="dxa"/>
            <w:gridSpan w:val="3"/>
            <w:vAlign w:val="center"/>
          </w:tcPr>
          <w:p w:rsidR="00B632CA" w:rsidRPr="00120C5A" w:rsidRDefault="00B632CA" w:rsidP="00D7737E">
            <w:pPr>
              <w:jc w:val="center"/>
              <w:rPr>
                <w:rFonts w:eastAsia="MS Mincho"/>
                <w:sz w:val="24"/>
                <w:szCs w:val="24"/>
              </w:rPr>
            </w:pPr>
            <w:r w:rsidRPr="00120C5A">
              <w:rPr>
                <w:rFonts w:eastAsia="MS Mincho"/>
                <w:sz w:val="24"/>
                <w:szCs w:val="24"/>
              </w:rPr>
              <w:t>Жасы</w:t>
            </w:r>
          </w:p>
        </w:tc>
        <w:tc>
          <w:tcPr>
            <w:tcW w:w="1586" w:type="dxa"/>
            <w:vMerge w:val="restart"/>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p</w:t>
            </w: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Merge/>
          </w:tcPr>
          <w:p w:rsidR="00B632CA" w:rsidRPr="00120C5A" w:rsidRDefault="00B632CA" w:rsidP="00D7737E">
            <w:pPr>
              <w:rPr>
                <w:rFonts w:eastAsia="MS Mincho"/>
                <w:sz w:val="24"/>
                <w:szCs w:val="24"/>
                <w:lang w:val="en-US"/>
              </w:rPr>
            </w:pP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Me</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Q₁ – Q₃</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n</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val="restart"/>
            <w:vAlign w:val="center"/>
          </w:tcPr>
          <w:p w:rsidR="00B632CA" w:rsidRPr="00120C5A" w:rsidRDefault="00B632CA" w:rsidP="00D7737E">
            <w:pPr>
              <w:jc w:val="center"/>
              <w:rPr>
                <w:rFonts w:eastAsia="MS Mincho"/>
                <w:sz w:val="24"/>
                <w:szCs w:val="24"/>
              </w:rPr>
            </w:pPr>
            <w:r w:rsidRPr="00120C5A">
              <w:rPr>
                <w:rFonts w:eastAsia="MS Mincho"/>
                <w:sz w:val="24"/>
                <w:szCs w:val="24"/>
              </w:rPr>
              <w:t>Антибиотиктер</w:t>
            </w: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3 </w:t>
            </w:r>
            <w:r w:rsidRPr="00120C5A">
              <w:rPr>
                <w:rFonts w:eastAsia="MS Mincho"/>
                <w:sz w:val="24"/>
                <w:szCs w:val="24"/>
              </w:rPr>
              <w:t>легі</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25,00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16</w:t>
            </w:r>
          </w:p>
        </w:tc>
        <w:tc>
          <w:tcPr>
            <w:tcW w:w="1586" w:type="dxa"/>
            <w:vMerge w:val="restart"/>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0,016*</w:t>
            </w:r>
            <w:r w:rsidRPr="00120C5A">
              <w:rPr>
                <w:rFonts w:eastAsia="MS Mincho"/>
                <w:sz w:val="24"/>
                <w:szCs w:val="24"/>
                <w:lang w:val="en-US"/>
              </w:rPr>
              <w:br/>
              <w:t>p</w:t>
            </w:r>
            <w:r w:rsidRPr="00120C5A">
              <w:rPr>
                <w:rFonts w:eastAsia="MS Mincho"/>
                <w:sz w:val="24"/>
                <w:szCs w:val="24"/>
                <w:vertAlign w:val="subscript"/>
                <w:lang w:val="en-US"/>
              </w:rPr>
              <w:t>Линкозамид</w:t>
            </w:r>
            <w:r w:rsidRPr="00120C5A">
              <w:rPr>
                <w:rFonts w:eastAsia="MS Mincho"/>
                <w:sz w:val="24"/>
                <w:szCs w:val="24"/>
                <w:vertAlign w:val="subscript"/>
              </w:rPr>
              <w:t>тер</w:t>
            </w:r>
            <w:r w:rsidRPr="00120C5A">
              <w:rPr>
                <w:rFonts w:eastAsia="MS Mincho"/>
                <w:sz w:val="24"/>
                <w:szCs w:val="24"/>
                <w:vertAlign w:val="subscript"/>
                <w:lang w:val="en-US"/>
              </w:rPr>
              <w:t xml:space="preserve"> – Цефалоспориндердің 2 легі </w:t>
            </w:r>
            <w:r w:rsidRPr="00120C5A">
              <w:rPr>
                <w:rFonts w:eastAsia="MS Mincho"/>
                <w:sz w:val="24"/>
                <w:szCs w:val="24"/>
                <w:lang w:val="en-US"/>
              </w:rPr>
              <w:t>= 0,024</w:t>
            </w: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Тетрациклин</w:t>
            </w:r>
            <w:r w:rsidRPr="00120C5A">
              <w:rPr>
                <w:rFonts w:eastAsia="MS Mincho"/>
                <w:sz w:val="24"/>
                <w:szCs w:val="24"/>
              </w:rPr>
              <w:t>дер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28,00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33</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Левомицетин</w:t>
            </w:r>
            <w:r w:rsidRPr="00120C5A">
              <w:rPr>
                <w:rFonts w:eastAsia="MS Mincho"/>
                <w:sz w:val="24"/>
                <w:szCs w:val="24"/>
              </w:rPr>
              <w:t>дер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32,00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40</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Хинолон</w:t>
            </w:r>
            <w:r w:rsidRPr="00120C5A">
              <w:rPr>
                <w:rFonts w:eastAsia="MS Mincho"/>
                <w:sz w:val="24"/>
                <w:szCs w:val="24"/>
              </w:rPr>
              <w:t>дар</w:t>
            </w:r>
            <w:r w:rsidRPr="00120C5A">
              <w:rPr>
                <w:rFonts w:eastAsia="MS Mincho"/>
                <w:sz w:val="24"/>
                <w:szCs w:val="24"/>
                <w:lang w:val="en-US"/>
              </w:rPr>
              <w:t xml:space="preserve"> </w:t>
            </w:r>
            <w:r w:rsidRPr="00120C5A">
              <w:rPr>
                <w:rFonts w:eastAsia="MS Mincho"/>
                <w:sz w:val="24"/>
                <w:szCs w:val="24"/>
              </w:rPr>
              <w:t xml:space="preserve">және </w:t>
            </w:r>
            <w:r w:rsidRPr="00120C5A">
              <w:rPr>
                <w:rFonts w:eastAsia="MS Mincho"/>
                <w:sz w:val="24"/>
                <w:szCs w:val="24"/>
                <w:lang w:val="en-US"/>
              </w:rPr>
              <w:t>фторхинолон</w:t>
            </w:r>
            <w:r w:rsidRPr="00120C5A">
              <w:rPr>
                <w:rFonts w:eastAsia="MS Mincho"/>
                <w:sz w:val="24"/>
                <w:szCs w:val="24"/>
              </w:rPr>
              <w:t>дар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21,00 – 26,00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Пенициллин</w:t>
            </w:r>
            <w:r w:rsidRPr="00120C5A">
              <w:rPr>
                <w:rFonts w:eastAsia="MS Mincho"/>
                <w:sz w:val="24"/>
                <w:szCs w:val="24"/>
              </w:rPr>
              <w:t>дер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32,00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57</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Макролид</w:t>
            </w:r>
            <w:r w:rsidRPr="00120C5A">
              <w:rPr>
                <w:rFonts w:eastAsia="MS Mincho"/>
                <w:sz w:val="24"/>
                <w:szCs w:val="24"/>
              </w:rPr>
              <w:t>тар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32,50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24</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2 </w:t>
            </w:r>
            <w:r w:rsidRPr="00120C5A">
              <w:rPr>
                <w:rFonts w:eastAsia="MS Mincho"/>
                <w:sz w:val="24"/>
                <w:szCs w:val="24"/>
              </w:rPr>
              <w:t>легі</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28,00 – 34,00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9</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Цефалоспорин</w:t>
            </w:r>
            <w:r w:rsidRPr="00120C5A">
              <w:rPr>
                <w:rFonts w:eastAsia="MS Mincho"/>
                <w:sz w:val="24"/>
                <w:szCs w:val="24"/>
              </w:rPr>
              <w:t>дердің</w:t>
            </w:r>
            <w:r w:rsidRPr="00120C5A">
              <w:rPr>
                <w:rFonts w:eastAsia="MS Mincho"/>
                <w:sz w:val="24"/>
                <w:szCs w:val="24"/>
                <w:lang w:val="en-US"/>
              </w:rPr>
              <w:t xml:space="preserve"> 1 </w:t>
            </w:r>
            <w:r w:rsidRPr="00120C5A">
              <w:rPr>
                <w:rFonts w:eastAsia="MS Mincho"/>
                <w:sz w:val="24"/>
                <w:szCs w:val="24"/>
              </w:rPr>
              <w:t>легі</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21,00 – 25,00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17</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Аминогликозид</w:t>
            </w:r>
            <w:r w:rsidRPr="00120C5A">
              <w:rPr>
                <w:rFonts w:eastAsia="MS Mincho"/>
                <w:sz w:val="24"/>
                <w:szCs w:val="24"/>
              </w:rPr>
              <w:t>тер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22,00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Сульфаниламид</w:t>
            </w:r>
            <w:r w:rsidRPr="00120C5A">
              <w:rPr>
                <w:rFonts w:eastAsia="MS Mincho"/>
                <w:sz w:val="24"/>
                <w:szCs w:val="24"/>
              </w:rPr>
              <w:t>тер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22,00 – 22,00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lang w:val="en-US"/>
              </w:rPr>
              <w:t>Линкозамид</w:t>
            </w:r>
            <w:r w:rsidRPr="00120C5A">
              <w:rPr>
                <w:rFonts w:eastAsia="MS Mincho"/>
                <w:sz w:val="24"/>
                <w:szCs w:val="24"/>
              </w:rPr>
              <w:t>тер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20,00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19,00 – 20,50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w:t>
            </w:r>
          </w:p>
        </w:tc>
        <w:tc>
          <w:tcPr>
            <w:tcW w:w="1586" w:type="dxa"/>
            <w:vMerge/>
          </w:tcPr>
          <w:p w:rsidR="00B632CA" w:rsidRPr="00120C5A" w:rsidRDefault="00B632CA" w:rsidP="00D7737E">
            <w:pPr>
              <w:rPr>
                <w:rFonts w:eastAsia="MS Mincho"/>
                <w:sz w:val="24"/>
                <w:szCs w:val="24"/>
                <w:lang w:val="en-US"/>
              </w:rPr>
            </w:pPr>
          </w:p>
        </w:tc>
      </w:tr>
      <w:tr w:rsidR="00B632CA" w:rsidRPr="00120C5A" w:rsidTr="00E97EA4">
        <w:trPr>
          <w:jc w:val="center"/>
        </w:trPr>
        <w:tc>
          <w:tcPr>
            <w:tcW w:w="2069" w:type="dxa"/>
            <w:vMerge/>
          </w:tcPr>
          <w:p w:rsidR="00B632CA" w:rsidRPr="00120C5A" w:rsidRDefault="00B632CA" w:rsidP="00D7737E">
            <w:pPr>
              <w:rPr>
                <w:rFonts w:eastAsia="MS Mincho"/>
                <w:sz w:val="24"/>
                <w:szCs w:val="24"/>
                <w:lang w:val="en-US"/>
              </w:rPr>
            </w:pPr>
          </w:p>
        </w:tc>
        <w:tc>
          <w:tcPr>
            <w:tcW w:w="2338" w:type="dxa"/>
            <w:vAlign w:val="center"/>
          </w:tcPr>
          <w:p w:rsidR="00B632CA" w:rsidRPr="00120C5A" w:rsidRDefault="00B632CA" w:rsidP="00D7737E">
            <w:pPr>
              <w:jc w:val="center"/>
              <w:rPr>
                <w:rFonts w:eastAsia="MS Mincho"/>
                <w:sz w:val="24"/>
                <w:szCs w:val="24"/>
              </w:rPr>
            </w:pPr>
            <w:r w:rsidRPr="00120C5A">
              <w:rPr>
                <w:rFonts w:eastAsia="MS Mincho"/>
                <w:sz w:val="24"/>
                <w:szCs w:val="24"/>
              </w:rPr>
              <w:t>Басқа</w:t>
            </w:r>
            <w:r w:rsidRPr="00120C5A">
              <w:rPr>
                <w:rFonts w:eastAsia="MS Mincho"/>
                <w:sz w:val="24"/>
                <w:szCs w:val="24"/>
                <w:lang w:val="en-US"/>
              </w:rPr>
              <w:t xml:space="preserve"> антибиотик</w:t>
            </w:r>
            <w:r w:rsidRPr="00120C5A">
              <w:rPr>
                <w:rFonts w:eastAsia="MS Mincho"/>
                <w:sz w:val="24"/>
                <w:szCs w:val="24"/>
              </w:rPr>
              <w:t>тер</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34,00</w:t>
            </w:r>
          </w:p>
        </w:tc>
        <w:tc>
          <w:tcPr>
            <w:tcW w:w="133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33,00 – 34,00</w:t>
            </w:r>
          </w:p>
        </w:tc>
        <w:tc>
          <w:tcPr>
            <w:tcW w:w="1195" w:type="dxa"/>
            <w:vAlign w:val="center"/>
          </w:tcPr>
          <w:p w:rsidR="00B632CA" w:rsidRPr="00120C5A" w:rsidRDefault="00B632CA" w:rsidP="00D7737E">
            <w:pPr>
              <w:jc w:val="center"/>
              <w:rPr>
                <w:rFonts w:eastAsia="MS Mincho"/>
                <w:sz w:val="24"/>
                <w:szCs w:val="24"/>
                <w:lang w:val="en-US"/>
              </w:rPr>
            </w:pPr>
            <w:r w:rsidRPr="00120C5A">
              <w:rPr>
                <w:rFonts w:eastAsia="MS Mincho"/>
                <w:sz w:val="24"/>
                <w:szCs w:val="24"/>
                <w:lang w:val="en-US"/>
              </w:rPr>
              <w:t>3</w:t>
            </w:r>
          </w:p>
        </w:tc>
        <w:tc>
          <w:tcPr>
            <w:tcW w:w="1586" w:type="dxa"/>
            <w:vMerge/>
          </w:tcPr>
          <w:p w:rsidR="00B632CA" w:rsidRPr="00120C5A" w:rsidRDefault="00B632CA" w:rsidP="00D7737E">
            <w:pPr>
              <w:rPr>
                <w:rFonts w:eastAsia="MS Mincho"/>
                <w:sz w:val="24"/>
                <w:szCs w:val="24"/>
                <w:lang w:val="en-US"/>
              </w:rPr>
            </w:pPr>
          </w:p>
        </w:tc>
      </w:tr>
    </w:tbl>
    <w:p w:rsidR="00B632CA" w:rsidRPr="003838D1" w:rsidRDefault="00B632CA" w:rsidP="00B632CA">
      <w:pPr>
        <w:widowControl/>
        <w:autoSpaceDE/>
        <w:autoSpaceDN/>
        <w:spacing w:line="360" w:lineRule="auto"/>
        <w:jc w:val="center"/>
        <w:rPr>
          <w:rFonts w:eastAsia="MS Mincho"/>
          <w:sz w:val="28"/>
          <w:szCs w:val="28"/>
        </w:rPr>
      </w:pPr>
      <w:r w:rsidRPr="003838D1">
        <w:rPr>
          <w:rFonts w:eastAsia="MS Mincho"/>
          <w:sz w:val="28"/>
          <w:szCs w:val="28"/>
        </w:rPr>
        <w:t>* – көрсеткіштер айырмашылығы статистикалық маңызды (p &lt; 0,05)</w:t>
      </w:r>
    </w:p>
    <w:p w:rsidR="00B632CA" w:rsidRPr="003838D1" w:rsidRDefault="00B632CA" w:rsidP="00B632CA">
      <w:pPr>
        <w:widowControl/>
        <w:autoSpaceDE/>
        <w:autoSpaceDN/>
        <w:spacing w:line="360" w:lineRule="auto"/>
        <w:rPr>
          <w:rFonts w:eastAsia="MS Mincho"/>
          <w:sz w:val="28"/>
          <w:szCs w:val="28"/>
        </w:rPr>
      </w:pPr>
    </w:p>
    <w:p w:rsidR="00B632CA" w:rsidRPr="00120C5A" w:rsidRDefault="00B632CA" w:rsidP="00120C5A">
      <w:pPr>
        <w:widowControl/>
        <w:autoSpaceDE/>
        <w:autoSpaceDN/>
        <w:ind w:firstLine="567"/>
        <w:jc w:val="both"/>
        <w:rPr>
          <w:rFonts w:eastAsia="MS Mincho"/>
          <w:sz w:val="28"/>
          <w:szCs w:val="28"/>
        </w:rPr>
      </w:pPr>
      <w:r w:rsidRPr="003838D1">
        <w:rPr>
          <w:rFonts w:eastAsia="MS Mincho"/>
          <w:sz w:val="28"/>
          <w:szCs w:val="28"/>
        </w:rPr>
        <w:t>Ұсынылған кестеге сәйкес антибиотиктің болуына байланысты жасты салыстыру кезінде айтарлықтай айырмашылықтар анықталды (p = 0,016) (қолданылатын әдіс: Краскел–Уоллис критерийі)</w:t>
      </w:r>
      <w:r w:rsidR="00955D6A">
        <w:rPr>
          <w:rFonts w:eastAsia="MS Mincho"/>
          <w:sz w:val="28"/>
          <w:szCs w:val="28"/>
        </w:rPr>
        <w:t xml:space="preserve"> (сурет 26</w:t>
      </w:r>
      <w:r w:rsidR="00120C5A" w:rsidRPr="00120C5A">
        <w:rPr>
          <w:rFonts w:eastAsia="MS Mincho"/>
          <w:sz w:val="28"/>
          <w:szCs w:val="28"/>
        </w:rPr>
        <w:t>)</w:t>
      </w:r>
      <w:r w:rsidRPr="003838D1">
        <w:rPr>
          <w:rFonts w:eastAsia="MS Mincho"/>
          <w:sz w:val="28"/>
          <w:szCs w:val="28"/>
        </w:rPr>
        <w:t>.</w:t>
      </w:r>
    </w:p>
    <w:p w:rsidR="00120C5A" w:rsidRPr="00120C5A" w:rsidRDefault="00120C5A" w:rsidP="00120C5A">
      <w:pPr>
        <w:widowControl/>
        <w:autoSpaceDE/>
        <w:autoSpaceDN/>
        <w:ind w:firstLine="567"/>
        <w:jc w:val="both"/>
        <w:rPr>
          <w:rFonts w:eastAsia="MS Mincho"/>
          <w:sz w:val="28"/>
          <w:szCs w:val="28"/>
        </w:rPr>
      </w:pPr>
    </w:p>
    <w:p w:rsidR="00B632CA" w:rsidRPr="00394EC4" w:rsidRDefault="00B632CA" w:rsidP="00120C5A">
      <w:pPr>
        <w:widowControl/>
        <w:autoSpaceDE/>
        <w:autoSpaceDN/>
        <w:spacing w:line="360" w:lineRule="auto"/>
        <w:jc w:val="center"/>
        <w:rPr>
          <w:rFonts w:eastAsia="MS Mincho"/>
          <w:sz w:val="28"/>
          <w:szCs w:val="28"/>
          <w:lang w:val="en-US"/>
        </w:rPr>
      </w:pPr>
      <w:r w:rsidRPr="00394EC4">
        <w:rPr>
          <w:rFonts w:eastAsia="MS Mincho"/>
          <w:noProof/>
          <w:sz w:val="28"/>
          <w:szCs w:val="28"/>
          <w:lang w:val="ru-RU" w:eastAsia="ru-RU"/>
        </w:rPr>
        <w:drawing>
          <wp:inline distT="0" distB="0" distL="0" distR="0" wp14:anchorId="1788689E" wp14:editId="67223E9A">
            <wp:extent cx="5760000" cy="2417590"/>
            <wp:effectExtent l="0" t="0" r="0" b="0"/>
            <wp:docPr id="1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png"/>
                    <pic:cNvPicPr/>
                  </pic:nvPicPr>
                  <pic:blipFill>
                    <a:blip r:embed="rId32"/>
                    <a:stretch>
                      <a:fillRect/>
                    </a:stretch>
                  </pic:blipFill>
                  <pic:spPr>
                    <a:xfrm>
                      <a:off x="0" y="0"/>
                      <a:ext cx="5760000" cy="2417590"/>
                    </a:xfrm>
                    <a:prstGeom prst="rect">
                      <a:avLst/>
                    </a:prstGeom>
                  </pic:spPr>
                </pic:pic>
              </a:graphicData>
            </a:graphic>
          </wp:inline>
        </w:drawing>
      </w:r>
    </w:p>
    <w:p w:rsidR="00B632CA" w:rsidRPr="00955D6A" w:rsidRDefault="00B632CA" w:rsidP="00955D6A">
      <w:pPr>
        <w:widowControl/>
        <w:autoSpaceDE/>
        <w:autoSpaceDN/>
        <w:spacing w:line="360" w:lineRule="auto"/>
        <w:jc w:val="center"/>
        <w:rPr>
          <w:rFonts w:eastAsia="MS Mincho"/>
          <w:sz w:val="28"/>
          <w:szCs w:val="28"/>
        </w:rPr>
      </w:pPr>
      <w:r>
        <w:rPr>
          <w:rFonts w:eastAsia="MS Mincho"/>
          <w:sz w:val="28"/>
          <w:szCs w:val="28"/>
        </w:rPr>
        <w:t xml:space="preserve">Сурет </w:t>
      </w:r>
      <w:r w:rsidR="00120C5A" w:rsidRPr="005B760C">
        <w:rPr>
          <w:rFonts w:eastAsia="MS Mincho"/>
          <w:sz w:val="28"/>
          <w:szCs w:val="28"/>
          <w:lang w:val="en-US"/>
        </w:rPr>
        <w:t>2</w:t>
      </w:r>
      <w:r w:rsidR="00955D6A">
        <w:rPr>
          <w:rFonts w:eastAsia="MS Mincho"/>
          <w:sz w:val="28"/>
          <w:szCs w:val="28"/>
        </w:rPr>
        <w:t xml:space="preserve">6 - </w:t>
      </w:r>
      <w:r w:rsidRPr="005E1102">
        <w:rPr>
          <w:rFonts w:eastAsia="MS Mincho"/>
          <w:sz w:val="28"/>
          <w:szCs w:val="28"/>
          <w:lang w:val="ru-RU"/>
        </w:rPr>
        <w:t>Жасына</w:t>
      </w:r>
      <w:r w:rsidRPr="005B760C">
        <w:rPr>
          <w:rFonts w:eastAsia="MS Mincho"/>
          <w:sz w:val="28"/>
          <w:szCs w:val="28"/>
          <w:lang w:val="en-US"/>
        </w:rPr>
        <w:t xml:space="preserve"> </w:t>
      </w:r>
      <w:r w:rsidRPr="005E1102">
        <w:rPr>
          <w:rFonts w:eastAsia="MS Mincho"/>
          <w:sz w:val="28"/>
          <w:szCs w:val="28"/>
          <w:lang w:val="ru-RU"/>
        </w:rPr>
        <w:t>байланысты</w:t>
      </w:r>
      <w:r w:rsidRPr="005B760C">
        <w:rPr>
          <w:rFonts w:eastAsia="MS Mincho"/>
          <w:sz w:val="28"/>
          <w:szCs w:val="28"/>
          <w:lang w:val="en-US"/>
        </w:rPr>
        <w:t xml:space="preserve"> </w:t>
      </w:r>
      <w:r w:rsidRPr="005E1102">
        <w:rPr>
          <w:rFonts w:eastAsia="MS Mincho"/>
          <w:sz w:val="28"/>
          <w:szCs w:val="28"/>
          <w:lang w:val="ru-RU"/>
        </w:rPr>
        <w:t>антибиотиктің</w:t>
      </w:r>
      <w:r w:rsidRPr="005B760C">
        <w:rPr>
          <w:rFonts w:eastAsia="MS Mincho"/>
          <w:sz w:val="28"/>
          <w:szCs w:val="28"/>
          <w:lang w:val="en-US"/>
        </w:rPr>
        <w:t xml:space="preserve"> </w:t>
      </w:r>
      <w:r w:rsidRPr="005E1102">
        <w:rPr>
          <w:rFonts w:eastAsia="MS Mincho"/>
          <w:sz w:val="28"/>
          <w:szCs w:val="28"/>
          <w:lang w:val="ru-RU"/>
        </w:rPr>
        <w:t>болуы</w:t>
      </w:r>
    </w:p>
    <w:p w:rsidR="00B632CA" w:rsidRDefault="00B632CA" w:rsidP="00B632CA">
      <w:pPr>
        <w:pStyle w:val="1"/>
        <w:ind w:left="0" w:right="369" w:firstLine="567"/>
        <w:rPr>
          <w:b w:val="0"/>
        </w:rPr>
      </w:pPr>
      <w:r w:rsidRPr="00D41616">
        <w:rPr>
          <w:b w:val="0"/>
        </w:rPr>
        <w:t xml:space="preserve">Зерттеу нәтижесінде, </w:t>
      </w:r>
      <w:r w:rsidRPr="00D41616">
        <w:rPr>
          <w:b w:val="0"/>
          <w:lang w:val="en-US"/>
        </w:rPr>
        <w:t xml:space="preserve">76 </w:t>
      </w:r>
      <w:r w:rsidRPr="00D41616">
        <w:rPr>
          <w:b w:val="0"/>
          <w:lang w:val="ru-RU"/>
        </w:rPr>
        <w:t>отбасында</w:t>
      </w:r>
      <w:r w:rsidRPr="00D41616">
        <w:rPr>
          <w:b w:val="0"/>
          <w:lang w:val="en-US"/>
        </w:rPr>
        <w:t xml:space="preserve"> 224 </w:t>
      </w:r>
      <w:r w:rsidRPr="00D41616">
        <w:rPr>
          <w:b w:val="0"/>
          <w:lang w:val="ru-RU"/>
        </w:rPr>
        <w:t>антибиотик</w:t>
      </w:r>
      <w:r w:rsidRPr="00D41616">
        <w:rPr>
          <w:b w:val="0"/>
          <w:lang w:val="en-US"/>
        </w:rPr>
        <w:t xml:space="preserve"> </w:t>
      </w:r>
      <w:r w:rsidRPr="00D41616">
        <w:rPr>
          <w:b w:val="0"/>
          <w:lang w:val="ru-RU"/>
        </w:rPr>
        <w:t>аны</w:t>
      </w:r>
      <w:r w:rsidRPr="00D41616">
        <w:rPr>
          <w:b w:val="0"/>
        </w:rPr>
        <w:t xml:space="preserve">қталды. Үй дәрі қобдишасында химиялық тобы бойынша ең жиі кездесетін антибиотиктер келесілер болды: пенициллиндер – 25,4%, левомицетиндер – 17,9% және тетрациклиндер – 14,7% болды. Ең жиі кездескен дәрілік форма таблеткалар (45,1%) түрінде болды. Анықталған антибиотиктердің </w:t>
      </w:r>
      <w:r w:rsidRPr="00C16CE0">
        <w:rPr>
          <w:b w:val="0"/>
        </w:rPr>
        <w:t xml:space="preserve">19,2% (n=43) </w:t>
      </w:r>
      <w:r w:rsidRPr="00D41616">
        <w:rPr>
          <w:b w:val="0"/>
        </w:rPr>
        <w:t xml:space="preserve">жарамдылық мерзімдері өтіп кеткен. </w:t>
      </w: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Default="00BF49C9" w:rsidP="00B632CA">
      <w:pPr>
        <w:pStyle w:val="1"/>
        <w:ind w:left="0" w:right="369" w:firstLine="567"/>
        <w:rPr>
          <w:b w:val="0"/>
        </w:rPr>
      </w:pPr>
    </w:p>
    <w:p w:rsidR="00BF49C9" w:rsidRPr="00D41616" w:rsidRDefault="00BF49C9" w:rsidP="00B632CA">
      <w:pPr>
        <w:pStyle w:val="1"/>
        <w:ind w:left="0" w:right="369" w:firstLine="567"/>
        <w:rPr>
          <w:b w:val="0"/>
        </w:rPr>
      </w:pPr>
    </w:p>
    <w:p w:rsidR="00115463" w:rsidRPr="00120C5A" w:rsidRDefault="004337D5" w:rsidP="00120C5A">
      <w:pPr>
        <w:pStyle w:val="1"/>
        <w:numPr>
          <w:ilvl w:val="0"/>
          <w:numId w:val="42"/>
        </w:numPr>
        <w:ind w:right="369"/>
      </w:pPr>
      <w:r w:rsidRPr="00421B25">
        <w:t>ТИІМДІ КОММУНИКАЦИЯ, БІЛІМ БЕРУ ЖӘНЕ КӘСІБИ ДАЙЫНДЫҚ АРҚЫЛЫ МИКРОБҚА ҚАРСЫ ТҰРАҚТЫЛЫҚ МӘСЕЛЕЛЕРІН ТҮСІНУДІ ЖАҚСАРТУ ЖӘНЕ ХАБАРДАРЛЫҚТЫ АРТТЫРУ ШАРАЛАРЫ</w:t>
      </w:r>
    </w:p>
    <w:p w:rsidR="00120C5A" w:rsidRPr="00120C5A" w:rsidRDefault="00120C5A" w:rsidP="00120C5A">
      <w:pPr>
        <w:pStyle w:val="1"/>
        <w:ind w:left="794" w:right="369"/>
      </w:pPr>
    </w:p>
    <w:p w:rsidR="00F65AC0" w:rsidRPr="00F65AC0" w:rsidRDefault="00F65AC0" w:rsidP="00F65AC0">
      <w:pPr>
        <w:pStyle w:val="1"/>
        <w:ind w:left="-142" w:right="369" w:firstLine="709"/>
        <w:rPr>
          <w:b w:val="0"/>
        </w:rPr>
      </w:pPr>
      <w:r w:rsidRPr="00F65AC0">
        <w:rPr>
          <w:b w:val="0"/>
        </w:rPr>
        <w:t>Микробқа қарсы тұрақтылық тұрғылықты жеріне, денсаулық жағдайына, экономикалық жағдайына, өмір салтына және мінез-құлқына қарамастан кез келген адамға әсер етуі мүмкін. Бұл проблема адам денсаулығынан асып түседі және жануарлардың денсаулығы, ауыл шаруашылығы, азық-түлік қауіпсіздігі және экономикалық даму сияқты салаларға тән. Осылайша, барлық секторлар мен пәндердің барлық субъектілері іс-қимыл жоспарын жүзеге асыруға, атап айтқанда, сақтау және ұтымды басқару бағдарламалары шеңберінде микробқа қарсы препараттардың тиімділігін сақтау жөніндегі қызметке қатысуға тиіс.</w:t>
      </w:r>
    </w:p>
    <w:p w:rsidR="00F65AC0" w:rsidRPr="00F65AC0" w:rsidRDefault="00F65AC0" w:rsidP="00F65AC0">
      <w:pPr>
        <w:pStyle w:val="1"/>
        <w:ind w:left="-142" w:right="369" w:firstLine="709"/>
        <w:rPr>
          <w:b w:val="0"/>
        </w:rPr>
      </w:pPr>
      <w:r w:rsidRPr="00F65AC0">
        <w:rPr>
          <w:b w:val="0"/>
        </w:rPr>
        <w:t>Денсаулық сақтау, ветеринария және ауыл шаруашылығы секторларында, сондай–ақ тұтынушыларда әртүрлі мақсатты аудиторияларға бағытталған ақпараттық-түсіндіру бағдарламалары арқылы микробқа қарсы препараттарға төзімділік және адамдардың мінез-құлқын өзгерту мәселелері бойынша хабардарлықты арттыру бойынша жұмысты дереу бастау қажет. Осы зерттеу шеңберінде Шығыс Қазақстан өңірінде алғашқы медициналы</w:t>
      </w:r>
      <w:r>
        <w:rPr>
          <w:b w:val="0"/>
        </w:rPr>
        <w:t>қ-санитарлық көмек деңгейінде "А</w:t>
      </w:r>
      <w:r w:rsidRPr="00F65AC0">
        <w:rPr>
          <w:b w:val="0"/>
        </w:rPr>
        <w:t>нтибиотиктерсіз са</w:t>
      </w:r>
      <w:r>
        <w:rPr>
          <w:b w:val="0"/>
        </w:rPr>
        <w:t>уығып кетіңіз" және "Ө</w:t>
      </w:r>
      <w:r w:rsidRPr="00F65AC0">
        <w:rPr>
          <w:b w:val="0"/>
        </w:rPr>
        <w:t xml:space="preserve">зіңізді, отбасыңызды және достарыңызды антибиотиктерге төзімділіктің таралуынан қорғаңыз" ақпараттық-түсіндіру брошюралары әзірленді және енгізілді (5,6-қосымша). Брошюралар түсінікті және қол жетімді тілде жазылған және дәлелді медицина негіздеріне негізделген. </w:t>
      </w:r>
    </w:p>
    <w:p w:rsidR="00F65AC0" w:rsidRPr="00F65AC0" w:rsidRDefault="00F65AC0" w:rsidP="00F65AC0">
      <w:pPr>
        <w:pStyle w:val="1"/>
        <w:ind w:left="-142" w:right="369" w:firstLine="709"/>
        <w:rPr>
          <w:b w:val="0"/>
        </w:rPr>
      </w:pPr>
      <w:r w:rsidRPr="00F65AC0">
        <w:rPr>
          <w:b w:val="0"/>
        </w:rPr>
        <w:t>Мектептегі оқу жоспарларында микробқа қарсы препараттарды қолдану және төзімділік мәселелерін қамту ерте жастан бастап түсінуді жақсартуға және хабардарлықты арттыруға мүмкіндік береді.</w:t>
      </w:r>
    </w:p>
    <w:p w:rsidR="00F65AC0" w:rsidRPr="00F65AC0" w:rsidRDefault="00F65AC0" w:rsidP="00F65AC0">
      <w:pPr>
        <w:pStyle w:val="1"/>
        <w:ind w:left="-142" w:right="369" w:firstLine="709"/>
        <w:rPr>
          <w:b w:val="0"/>
        </w:rPr>
      </w:pPr>
      <w:r w:rsidRPr="00F65AC0">
        <w:rPr>
          <w:b w:val="0"/>
        </w:rPr>
        <w:t>Кәсіби мамандар арасында микробқа қарсы тұрақтылық тақырыбын Денсаулық сақтау, ветеринария және ауыл шаруашылығы сал</w:t>
      </w:r>
      <w:r>
        <w:rPr>
          <w:b w:val="0"/>
        </w:rPr>
        <w:t xml:space="preserve">аларында кәсіптік оқыту, </w:t>
      </w:r>
      <w:r w:rsidRPr="00F65AC0">
        <w:rPr>
          <w:b w:val="0"/>
        </w:rPr>
        <w:t>сертификаттау, біліктілікті арттыру және дамыту бағдарламаларының ажырамас элементіне айналдыру арқылы түсіну мен хабардарлықтың тиісті деңгейін қамтамас</w:t>
      </w:r>
      <w:r>
        <w:rPr>
          <w:b w:val="0"/>
        </w:rPr>
        <w:t>ыз етуге болады. Осы мақсатта "Амбулатор</w:t>
      </w:r>
      <w:r w:rsidRPr="00F65AC0">
        <w:rPr>
          <w:b w:val="0"/>
        </w:rPr>
        <w:t>лық жағдайда микробқа қарсы препараттарды басқару" әдістемелік ұсыны</w:t>
      </w:r>
      <w:r>
        <w:rPr>
          <w:b w:val="0"/>
        </w:rPr>
        <w:t>мдары әзірленді, бұл нұсқаулық ж</w:t>
      </w:r>
      <w:r w:rsidRPr="00F65AC0">
        <w:rPr>
          <w:b w:val="0"/>
        </w:rPr>
        <w:t xml:space="preserve">алпы практика дәрігерлері, </w:t>
      </w:r>
      <w:r>
        <w:rPr>
          <w:b w:val="0"/>
        </w:rPr>
        <w:t>АМСК</w:t>
      </w:r>
      <w:r w:rsidRPr="00F65AC0">
        <w:rPr>
          <w:b w:val="0"/>
        </w:rPr>
        <w:t xml:space="preserve"> деңгейіндегі денсаулық сақтау менеджерлері, сондай-ақ магистранттар мен докторанттар үшін практикалық нұсқаулық болып табылады</w:t>
      </w:r>
      <w:r w:rsidR="00853088">
        <w:rPr>
          <w:b w:val="0"/>
        </w:rPr>
        <w:t xml:space="preserve"> (17 - қосымша)</w:t>
      </w:r>
      <w:r w:rsidRPr="00F65AC0">
        <w:rPr>
          <w:b w:val="0"/>
        </w:rPr>
        <w:t xml:space="preserve">. </w:t>
      </w:r>
    </w:p>
    <w:p w:rsidR="00CE37EC" w:rsidRDefault="00F65AC0" w:rsidP="00F65AC0">
      <w:pPr>
        <w:pStyle w:val="1"/>
        <w:ind w:left="-142" w:right="369" w:firstLine="709"/>
        <w:rPr>
          <w:b w:val="0"/>
        </w:rPr>
      </w:pPr>
      <w:r w:rsidRPr="00F65AC0">
        <w:rPr>
          <w:b w:val="0"/>
        </w:rPr>
        <w:t xml:space="preserve">Антибиотиктерді тұтынуды азайту төзімділікпен күресу үшін маңызды. Біз денсаулық сақтау тұрғысынан антибиотикке төзімділікпен күресудің келесі </w:t>
      </w:r>
      <w:r w:rsidR="00120C5A">
        <w:rPr>
          <w:b w:val="0"/>
        </w:rPr>
        <w:t>қадамдарын ұсынамыз (сурет</w:t>
      </w:r>
      <w:r w:rsidR="00120C5A" w:rsidRPr="00120C5A">
        <w:rPr>
          <w:b w:val="0"/>
        </w:rPr>
        <w:t xml:space="preserve"> 2</w:t>
      </w:r>
      <w:r w:rsidR="00955D6A">
        <w:rPr>
          <w:b w:val="0"/>
        </w:rPr>
        <w:t>7</w:t>
      </w:r>
      <w:r w:rsidRPr="00F65AC0">
        <w:rPr>
          <w:b w:val="0"/>
        </w:rPr>
        <w:t>).</w:t>
      </w:r>
    </w:p>
    <w:p w:rsidR="00F65AC0" w:rsidRPr="00F65AC0" w:rsidRDefault="00F65AC0" w:rsidP="00F65AC0">
      <w:pPr>
        <w:pStyle w:val="1"/>
        <w:ind w:left="-142" w:right="369" w:firstLine="709"/>
        <w:rPr>
          <w:b w:val="0"/>
        </w:rPr>
        <w:sectPr w:rsidR="00F65AC0" w:rsidRPr="00F65AC0" w:rsidSect="001446A5">
          <w:pgSz w:w="11910" w:h="16840"/>
          <w:pgMar w:top="1134" w:right="567" w:bottom="1134" w:left="1701" w:header="0" w:footer="882" w:gutter="0"/>
          <w:cols w:space="720"/>
          <w:docGrid w:linePitch="299"/>
        </w:sectPr>
      </w:pPr>
    </w:p>
    <w:p w:rsidR="00115463" w:rsidRPr="00F65AC0" w:rsidRDefault="00EF7233">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66432" behindDoc="0" locked="0" layoutInCell="1" allowOverlap="1" wp14:anchorId="27C8858B" wp14:editId="52B7F90A">
                <wp:simplePos x="0" y="0"/>
                <wp:positionH relativeFrom="column">
                  <wp:posOffset>4280535</wp:posOffset>
                </wp:positionH>
                <wp:positionV relativeFrom="paragraph">
                  <wp:posOffset>196215</wp:posOffset>
                </wp:positionV>
                <wp:extent cx="4286250" cy="461645"/>
                <wp:effectExtent l="0" t="0" r="0" b="0"/>
                <wp:wrapNone/>
                <wp:docPr id="25" name="TextBox 72"/>
                <wp:cNvGraphicFramePr/>
                <a:graphic xmlns:a="http://schemas.openxmlformats.org/drawingml/2006/main">
                  <a:graphicData uri="http://schemas.microsoft.com/office/word/2010/wordprocessingShape">
                    <wps:wsp>
                      <wps:cNvSpPr txBox="1"/>
                      <wps:spPr bwMode="auto">
                        <a:xfrm>
                          <a:off x="0" y="0"/>
                          <a:ext cx="4286250" cy="461645"/>
                        </a:xfrm>
                        <a:prstGeom prst="rect">
                          <a:avLst/>
                        </a:prstGeom>
                        <a:noFill/>
                      </wps:spPr>
                      <wps:txbx>
                        <w:txbxContent>
                          <w:p w:rsidR="00587237" w:rsidRPr="00EF7233" w:rsidRDefault="00587237" w:rsidP="00EF7233">
                            <w:pPr>
                              <w:pStyle w:val="afd"/>
                              <w:spacing w:line="240" w:lineRule="auto"/>
                              <w:rPr>
                                <w:sz w:val="18"/>
                                <w:szCs w:val="18"/>
                                <w:lang w:val="ru-RU"/>
                              </w:rPr>
                            </w:pPr>
                            <w:r>
                              <w:rPr>
                                <w:rFonts w:ascii="DengXian" w:eastAsia="DengXian" w:cs="Open Sans"/>
                                <w:color w:val="7F7F7F"/>
                                <w:kern w:val="24"/>
                                <w:sz w:val="18"/>
                                <w:szCs w:val="18"/>
                                <w:lang w:val="ru-RU"/>
                              </w:rPr>
                              <w:t>Антибиотиктерді</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дұрыс</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қолдану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туралы</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білім</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беру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науқандарын</w:t>
                            </w:r>
                            <w:r w:rsidR="006E2BCA">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жүргізу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Симтомдар</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жойылса</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да</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емдеу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курсын</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толық</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аяқтаудың</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маңыздылығын</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атап</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өту</w:t>
                            </w:r>
                            <w:r>
                              <w:rPr>
                                <w:rFonts w:ascii="DengXian" w:eastAsia="DengXian" w:cs="Open Sans"/>
                                <w:color w:val="7F7F7F"/>
                                <w:kern w:val="24"/>
                                <w:sz w:val="18"/>
                                <w:szCs w:val="18"/>
                                <w:lang w:val="ru-RU"/>
                              </w:rPr>
                              <w:t>.</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type w14:anchorId="27C8858B" id="_x0000_t202" coordsize="21600,21600" o:spt="202" path="m,l,21600r21600,l21600,xe">
                <v:stroke joinstyle="miter"/>
                <v:path gradientshapeok="t" o:connecttype="rect"/>
              </v:shapetype>
              <v:shape id="TextBox 72" o:spid="_x0000_s1037" type="#_x0000_t202" style="position:absolute;left:0;text-align:left;margin-left:337.05pt;margin-top:15.45pt;width:337.5pt;height:36.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" filled="f" stroked="f">
                <v:textbox style="mso-fit-shape-to-text:t">
                  <w:txbxContent>
                    <w:p w:rsidR="00587237" w:rsidRPr="00EF7233" w:rsidRDefault="00587237" w:rsidP="00EF7233">
                      <w:pPr>
                        <w:pStyle w:val="afd"/>
                        <w:spacing w:line="240" w:lineRule="auto"/>
                        <w:rPr>
                          <w:sz w:val="18"/>
                          <w:szCs w:val="18"/>
                          <w:lang w:val="ru-RU"/>
                        </w:rPr>
                      </w:pPr>
                      <w:r>
                        <w:rPr>
                          <w:rFonts w:ascii="DengXian" w:eastAsia="DengXian" w:cs="Open Sans"/>
                          <w:color w:val="7F7F7F"/>
                          <w:kern w:val="24"/>
                          <w:sz w:val="18"/>
                          <w:szCs w:val="18"/>
                          <w:lang w:val="ru-RU"/>
                        </w:rPr>
                        <w:t>Антибиотиктерді</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дұрыс</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қолдану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туралы</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білім</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беру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науқандарын</w:t>
                      </w:r>
                      <w:r w:rsidR="006E2BCA">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жүргізу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Симтомдар</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жойылса</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да</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емдеу</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курсын</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толық</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аяқтаудың</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маңыздылығын</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атап</w:t>
                      </w:r>
                      <w:r>
                        <w:rPr>
                          <w:rFonts w:ascii="DengXian" w:eastAsia="DengXian" w:cs="Open Sans"/>
                          <w:color w:val="7F7F7F"/>
                          <w:kern w:val="24"/>
                          <w:sz w:val="18"/>
                          <w:szCs w:val="18"/>
                          <w:lang w:val="ru-RU"/>
                        </w:rPr>
                        <w:t xml:space="preserve"> </w:t>
                      </w:r>
                      <w:r>
                        <w:rPr>
                          <w:rFonts w:ascii="DengXian" w:eastAsia="DengXian" w:cs="Open Sans"/>
                          <w:color w:val="7F7F7F"/>
                          <w:kern w:val="24"/>
                          <w:sz w:val="18"/>
                          <w:szCs w:val="18"/>
                          <w:lang w:val="ru-RU"/>
                        </w:rPr>
                        <w:t>өту</w:t>
                      </w:r>
                      <w:r>
                        <w:rPr>
                          <w:rFonts w:ascii="DengXian" w:eastAsia="DengXian" w:cs="Open Sans"/>
                          <w:color w:val="7F7F7F"/>
                          <w:kern w:val="24"/>
                          <w:sz w:val="18"/>
                          <w:szCs w:val="18"/>
                          <w:lang w:val="ru-RU"/>
                        </w:rPr>
                        <w:t>.</w:t>
                      </w:r>
                    </w:p>
                  </w:txbxContent>
                </v:textbox>
              </v:shape>
            </w:pict>
          </mc:Fallback>
        </mc:AlternateContent>
      </w:r>
      <w:r w:rsidRPr="00115463">
        <w:rPr>
          <w:b w:val="0"/>
          <w:bCs w:val="0"/>
          <w:noProof/>
          <w:sz w:val="22"/>
          <w:szCs w:val="22"/>
          <w:lang w:val="ru-RU" w:eastAsia="ru-RU"/>
        </w:rPr>
        <mc:AlternateContent>
          <mc:Choice Requires="wps">
            <w:drawing>
              <wp:anchor distT="0" distB="0" distL="114300" distR="114300" simplePos="0" relativeHeight="251667456" behindDoc="0" locked="0" layoutInCell="1" allowOverlap="1" wp14:anchorId="76D9E2C6" wp14:editId="1FDDC695">
                <wp:simplePos x="0" y="0"/>
                <wp:positionH relativeFrom="column">
                  <wp:posOffset>4277995</wp:posOffset>
                </wp:positionH>
                <wp:positionV relativeFrom="paragraph">
                  <wp:posOffset>-9525</wp:posOffset>
                </wp:positionV>
                <wp:extent cx="2468880" cy="338455"/>
                <wp:effectExtent l="0" t="0" r="0" b="0"/>
                <wp:wrapNone/>
                <wp:docPr id="26" name="TextBox 13"/>
                <wp:cNvGraphicFramePr/>
                <a:graphic xmlns:a="http://schemas.openxmlformats.org/drawingml/2006/main">
                  <a:graphicData uri="http://schemas.microsoft.com/office/word/2010/wordprocessingShape">
                    <wps:wsp>
                      <wps:cNvSpPr txBox="1"/>
                      <wps:spPr>
                        <a:xfrm>
                          <a:off x="0" y="0"/>
                          <a:ext cx="2468880" cy="338455"/>
                        </a:xfrm>
                        <a:prstGeom prst="rect">
                          <a:avLst/>
                        </a:prstGeom>
                        <a:noFill/>
                      </wps:spPr>
                      <wps:txbx>
                        <w:txbxContent>
                          <w:p w:rsidR="00587237" w:rsidRPr="00115463" w:rsidRDefault="00587237" w:rsidP="00115463">
                            <w:pPr>
                              <w:pStyle w:val="afd"/>
                              <w:rPr>
                                <w:sz w:val="22"/>
                                <w:szCs w:val="22"/>
                              </w:rPr>
                            </w:pPr>
                            <w:r>
                              <w:rPr>
                                <w:rFonts w:ascii="Calibri" w:eastAsia="DengXian" w:hAnsi="Calibri" w:cs="DengXian"/>
                                <w:b/>
                                <w:bCs/>
                                <w:color w:val="7F7F7F"/>
                                <w:kern w:val="24"/>
                                <w:sz w:val="22"/>
                                <w:szCs w:val="22"/>
                                <w:lang w:val="kk-KZ"/>
                              </w:rPr>
                              <w:t>Тұрғындарды</w:t>
                            </w:r>
                            <w:r w:rsidR="006E2BCA">
                              <w:rPr>
                                <w:rFonts w:ascii="Calibri" w:eastAsia="DengXian" w:hAnsi="Calibri" w:cs="DengXian"/>
                                <w:b/>
                                <w:bCs/>
                                <w:color w:val="7F7F7F"/>
                                <w:kern w:val="24"/>
                                <w:sz w:val="22"/>
                                <w:szCs w:val="22"/>
                                <w:lang w:val="kk-KZ"/>
                              </w:rPr>
                              <w:t xml:space="preserve"> </w:t>
                            </w:r>
                            <w:r>
                              <w:rPr>
                                <w:rFonts w:ascii="Calibri" w:eastAsia="DengXian" w:hAnsi="Calibri" w:cs="DengXian"/>
                                <w:b/>
                                <w:bCs/>
                                <w:color w:val="7F7F7F"/>
                                <w:kern w:val="24"/>
                                <w:sz w:val="22"/>
                                <w:szCs w:val="22"/>
                                <w:lang w:val="kk-KZ"/>
                              </w:rPr>
                              <w:t>ақпараттандыру</w:t>
                            </w:r>
                            <w:r w:rsidRPr="00EF7233">
                              <w:rPr>
                                <w:rFonts w:ascii="Calibri" w:eastAsia="DengXian" w:hAnsi="Calibri" w:cs="DengXian"/>
                                <w:b/>
                                <w:bCs/>
                                <w:color w:val="7F7F7F"/>
                                <w:kern w:val="24"/>
                                <w:sz w:val="22"/>
                                <w:szCs w:val="22"/>
                              </w:rPr>
                              <w:t>:</w:t>
                            </w:r>
                          </w:p>
                        </w:txbxContent>
                      </wps:txbx>
                      <wps:bodyPr wrap="square" rtlCol="0">
                        <a:spAutoFit/>
                      </wps:bodyPr>
                    </wps:wsp>
                  </a:graphicData>
                </a:graphic>
              </wp:anchor>
            </w:drawing>
          </mc:Choice>
          <mc:Fallback>
            <w:pict>
              <v:shape w14:anchorId="76D9E2C6" id="TextBox 13" o:spid="_x0000_s1038" type="#_x0000_t202" style="position:absolute;left:0;text-align:left;margin-left:336.85pt;margin-top:-.75pt;width:194.4pt;height:26.6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" filled="f" stroked="f">
                <v:textbox style="mso-fit-shape-to-text:t">
                  <w:txbxContent>
                    <w:p w:rsidR="00587237" w:rsidRPr="00115463" w:rsidRDefault="00587237" w:rsidP="00115463">
                      <w:pPr>
                        <w:pStyle w:val="afd"/>
                        <w:rPr>
                          <w:sz w:val="22"/>
                          <w:szCs w:val="22"/>
                        </w:rPr>
                      </w:pPr>
                      <w:r>
                        <w:rPr>
                          <w:rFonts w:ascii="Calibri" w:eastAsia="DengXian" w:hAnsi="Calibri" w:cs="DengXian"/>
                          <w:b/>
                          <w:bCs/>
                          <w:color w:val="7F7F7F"/>
                          <w:kern w:val="24"/>
                          <w:sz w:val="22"/>
                          <w:szCs w:val="22"/>
                          <w:lang w:val="kk-KZ"/>
                        </w:rPr>
                        <w:t>Тұрғындарды</w:t>
                      </w:r>
                      <w:r w:rsidR="006E2BCA">
                        <w:rPr>
                          <w:rFonts w:ascii="Calibri" w:eastAsia="DengXian" w:hAnsi="Calibri" w:cs="DengXian"/>
                          <w:b/>
                          <w:bCs/>
                          <w:color w:val="7F7F7F"/>
                          <w:kern w:val="24"/>
                          <w:sz w:val="22"/>
                          <w:szCs w:val="22"/>
                          <w:lang w:val="kk-KZ"/>
                        </w:rPr>
                        <w:t xml:space="preserve"> </w:t>
                      </w:r>
                      <w:r>
                        <w:rPr>
                          <w:rFonts w:ascii="Calibri" w:eastAsia="DengXian" w:hAnsi="Calibri" w:cs="DengXian"/>
                          <w:b/>
                          <w:bCs/>
                          <w:color w:val="7F7F7F"/>
                          <w:kern w:val="24"/>
                          <w:sz w:val="22"/>
                          <w:szCs w:val="22"/>
                          <w:lang w:val="kk-KZ"/>
                        </w:rPr>
                        <w:t>ақпараттандыру</w:t>
                      </w:r>
                      <w:r w:rsidRPr="00EF7233">
                        <w:rPr>
                          <w:rFonts w:ascii="Calibri" w:eastAsia="DengXian" w:hAnsi="Calibri" w:cs="DengXian"/>
                          <w:b/>
                          <w:bCs/>
                          <w:color w:val="7F7F7F"/>
                          <w:kern w:val="24"/>
                          <w:sz w:val="22"/>
                          <w:szCs w:val="22"/>
                        </w:rPr>
                        <w:t>:</w:t>
                      </w:r>
                    </w:p>
                  </w:txbxContent>
                </v:textbox>
              </v:shape>
            </w:pict>
          </mc:Fallback>
        </mc:AlternateContent>
      </w:r>
    </w:p>
    <w:p w:rsidR="00D71594" w:rsidRPr="00F65AC0" w:rsidRDefault="00D71594" w:rsidP="00B732FE">
      <w:pPr>
        <w:pStyle w:val="1"/>
        <w:ind w:left="0" w:right="369"/>
      </w:pPr>
    </w:p>
    <w:p w:rsidR="00115463" w:rsidRPr="00F65AC0" w:rsidRDefault="00115463" w:rsidP="00115463">
      <w:pPr>
        <w:pStyle w:val="1"/>
        <w:ind w:left="458" w:right="369"/>
      </w:pPr>
    </w:p>
    <w:p w:rsidR="00115463" w:rsidRPr="00F65AC0" w:rsidRDefault="00115463" w:rsidP="00115463">
      <w:pPr>
        <w:pStyle w:val="1"/>
        <w:ind w:left="458" w:right="369"/>
      </w:pPr>
    </w:p>
    <w:p w:rsidR="00115463" w:rsidRPr="00F65AC0" w:rsidRDefault="00EF7233" w:rsidP="00115463">
      <w:pPr>
        <w:pStyle w:val="1"/>
        <w:ind w:left="458" w:right="369"/>
      </w:pPr>
      <w:r>
        <w:rPr>
          <w:b w:val="0"/>
          <w:bCs w:val="0"/>
          <w:noProof/>
          <w:sz w:val="22"/>
          <w:szCs w:val="22"/>
          <w:lang w:val="ru-RU" w:eastAsia="ru-RU"/>
        </w:rPr>
        <mc:AlternateContent>
          <mc:Choice Requires="wps">
            <w:drawing>
              <wp:anchor distT="0" distB="0" distL="114300" distR="114300" simplePos="0" relativeHeight="251659264" behindDoc="0" locked="0" layoutInCell="1" allowOverlap="1" wp14:anchorId="1A181753" wp14:editId="294392C9">
                <wp:simplePos x="0" y="0"/>
                <wp:positionH relativeFrom="column">
                  <wp:posOffset>-472440</wp:posOffset>
                </wp:positionH>
                <wp:positionV relativeFrom="paragraph">
                  <wp:posOffset>205105</wp:posOffset>
                </wp:positionV>
                <wp:extent cx="3073621" cy="3072341"/>
                <wp:effectExtent l="438150" t="76200" r="69850" b="433070"/>
                <wp:wrapNone/>
                <wp:docPr id="10" name="椭圆 2"/>
                <wp:cNvGraphicFramePr/>
                <a:graphic xmlns:a="http://schemas.openxmlformats.org/drawingml/2006/main">
                  <a:graphicData uri="http://schemas.microsoft.com/office/word/2010/wordprocessingShape">
                    <wps:wsp>
                      <wps:cNvSpPr/>
                      <wps:spPr bwMode="auto">
                        <a:xfrm>
                          <a:off x="0" y="0"/>
                          <a:ext cx="3073621" cy="3072341"/>
                        </a:xfrm>
                        <a:prstGeom prst="ellipse">
                          <a:avLst/>
                        </a:prstGeom>
                        <a:gradFill flip="none" rotWithShape="1">
                          <a:gsLst>
                            <a:gs pos="0">
                              <a:sysClr val="window" lastClr="FFFFFF"/>
                            </a:gs>
                            <a:gs pos="100000">
                              <a:srgbClr val="E0E0E0"/>
                            </a:gs>
                          </a:gsLst>
                          <a:lin ang="5400000" scaled="1"/>
                          <a:tileRect/>
                        </a:gradFill>
                        <a:ln w="38100" cap="flat" cmpd="sng" algn="ctr">
                          <a:gradFill>
                            <a:gsLst>
                              <a:gs pos="0">
                                <a:sysClr val="window" lastClr="FFFFFF"/>
                              </a:gs>
                              <a:gs pos="100000">
                                <a:sysClr val="window" lastClr="FFFFFF">
                                  <a:lumMod val="85000"/>
                                </a:sysClr>
                              </a:gs>
                            </a:gsLst>
                            <a:lin ang="8100000" scaled="0"/>
                          </a:gradFill>
                          <a:prstDash val="solid"/>
                          <a:miter lim="800000"/>
                        </a:ln>
                        <a:effectLst>
                          <a:outerShdw blurRad="279400" dist="254000" dir="8100000" algn="tr" rotWithShape="0">
                            <a:prstClr val="black">
                              <a:alpha val="40000"/>
                            </a:prstClr>
                          </a:outerShdw>
                        </a:effectLst>
                      </wps:spPr>
                      <wps:txbx>
                        <w:txbxContent>
                          <w:p w:rsidR="00587237" w:rsidRPr="00EF7233" w:rsidRDefault="00587237" w:rsidP="00EF7233">
                            <w:pPr>
                              <w:jc w:val="center"/>
                              <w:rPr>
                                <w:b/>
                                <w:sz w:val="36"/>
                                <w:szCs w:val="36"/>
                              </w:rPr>
                            </w:pPr>
                            <w:r w:rsidRPr="00853088">
                              <w:rPr>
                                <w:b/>
                                <w:sz w:val="36"/>
                                <w:szCs w:val="36"/>
                              </w:rPr>
                              <w:t>Антибиотиктерге төзімділікпен күрес жолдары</w:t>
                            </w:r>
                          </w:p>
                        </w:txbxContent>
                      </wps:txbx>
                      <wps:bodyPr anchor="ctr"/>
                    </wps:wsp>
                  </a:graphicData>
                </a:graphic>
              </wp:anchor>
            </w:drawing>
          </mc:Choice>
          <mc:Fallback>
            <w:pict>
              <v:oval w14:anchorId="1A181753" id="椭圆 2" o:spid="_x0000_s1039" style="position:absolute;left:0;text-align:left;margin-left:-37.2pt;margin-top:16.15pt;width:242pt;height:241.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" fillcolor="window" strokeweight="3pt">
                <v:fill color2="#e0e0e0" rotate="t" focus="100%" type="gradient"/>
                <v:stroke joinstyle="miter"/>
                <v:shadow on="t" color="black" opacity="26214f" origin=".5,-.5" offset="-4.98903mm,4.98903mm"/>
                <v:textbox>
                  <w:txbxContent>
                    <w:p w:rsidR="00587237" w:rsidRPr="00EF7233" w:rsidRDefault="00587237" w:rsidP="00EF7233">
                      <w:pPr>
                        <w:jc w:val="center"/>
                        <w:rPr>
                          <w:b/>
                          <w:sz w:val="36"/>
                          <w:szCs w:val="36"/>
                        </w:rPr>
                      </w:pPr>
                      <w:r w:rsidRPr="00853088">
                        <w:rPr>
                          <w:b/>
                          <w:sz w:val="36"/>
                          <w:szCs w:val="36"/>
                        </w:rPr>
                        <w:t>Антибиотиктерге төзімділікпен күрес жолдары</w:t>
                      </w:r>
                    </w:p>
                  </w:txbxContent>
                </v:textbox>
              </v:oval>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0288" behindDoc="0" locked="0" layoutInCell="1" allowOverlap="1" wp14:anchorId="2062F560" wp14:editId="0F6C1AE0">
                <wp:simplePos x="0" y="0"/>
                <wp:positionH relativeFrom="column">
                  <wp:posOffset>-927735</wp:posOffset>
                </wp:positionH>
                <wp:positionV relativeFrom="paragraph">
                  <wp:posOffset>-254635</wp:posOffset>
                </wp:positionV>
                <wp:extent cx="4224469" cy="4224469"/>
                <wp:effectExtent l="0" t="0" r="24130" b="24130"/>
                <wp:wrapNone/>
                <wp:docPr id="19" name="弧形 4"/>
                <wp:cNvGraphicFramePr/>
                <a:graphic xmlns:a="http://schemas.openxmlformats.org/drawingml/2006/main">
                  <a:graphicData uri="http://schemas.microsoft.com/office/word/2010/wordprocessingShape">
                    <wps:wsp>
                      <wps:cNvSpPr/>
                      <wps:spPr>
                        <a:xfrm rot="5400000">
                          <a:off x="0" y="0"/>
                          <a:ext cx="4224469" cy="4224469"/>
                        </a:xfrm>
                        <a:prstGeom prst="arc">
                          <a:avLst>
                            <a:gd name="adj1" fmla="val 10885653"/>
                            <a:gd name="adj2" fmla="val 0"/>
                          </a:avLst>
                        </a:prstGeom>
                        <a:noFill/>
                        <a:ln w="6350" cap="flat" cmpd="sng" algn="ctr">
                          <a:solidFill>
                            <a:sysClr val="window" lastClr="FFFFFF">
                              <a:lumMod val="65000"/>
                            </a:sysClr>
                          </a:solidFill>
                          <a:prstDash val="solid"/>
                          <a:miter lim="800000"/>
                        </a:ln>
                        <a:effectLst/>
                      </wps:spPr>
                      <wps:bodyPr rtlCol="0" anchor="ctr"/>
                    </wps:wsp>
                  </a:graphicData>
                </a:graphic>
              </wp:anchor>
            </w:drawing>
          </mc:Choice>
          <mc:Fallback>
            <w:pict>
              <v:shape w14:anchorId="10547196" id="弧形 4" o:spid="_x0000_s1026" style="position:absolute;margin-left:-73.05pt;margin-top:-20.05pt;width:332.65pt;height:332.65pt;rotation:90;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4224469,4224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" path="m656,2059613nsc29463,903679,982346,-14241,2138549,164,3294752,14569,4224471,955943,4224471,2112236r-2112236,-1l656,2059613xem656,2059613nfc29463,903679,982346,-14241,2138549,164,3294752,14569,4224471,955943,4224471,2112236e" filled="f" strokecolor="#a6a6a6" strokeweight=".5pt">
                <v:stroke joinstyle="miter"/>
                <v:path arrowok="t" o:connecttype="custom" o:connectlocs="656,2059613;2138549,164;4224471,2112236" o:connectangles="0,0,0"/>
              </v:shape>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1312" behindDoc="0" locked="0" layoutInCell="1" allowOverlap="1" wp14:anchorId="414FC34A" wp14:editId="2C03C567">
                <wp:simplePos x="0" y="0"/>
                <wp:positionH relativeFrom="column">
                  <wp:posOffset>1856105</wp:posOffset>
                </wp:positionH>
                <wp:positionV relativeFrom="paragraph">
                  <wp:posOffset>-325120</wp:posOffset>
                </wp:positionV>
                <wp:extent cx="355621" cy="355699"/>
                <wp:effectExtent l="342900" t="76200" r="82550" b="368300"/>
                <wp:wrapNone/>
                <wp:docPr id="20" name="椭圆 5"/>
                <wp:cNvGraphicFramePr/>
                <a:graphic xmlns:a="http://schemas.openxmlformats.org/drawingml/2006/main">
                  <a:graphicData uri="http://schemas.microsoft.com/office/word/2010/wordprocessingShape">
                    <wps:wsp>
                      <wps:cNvSpPr/>
                      <wps:spPr bwMode="auto">
                        <a:xfrm>
                          <a:off x="0" y="0"/>
                          <a:ext cx="355621" cy="355699"/>
                        </a:xfrm>
                        <a:prstGeom prst="ellipse">
                          <a:avLst/>
                        </a:prstGeom>
                        <a:solidFill>
                          <a:srgbClr val="5B9BD5"/>
                        </a:solidFill>
                        <a:ln w="12700" cap="flat" cmpd="sng" algn="ctr">
                          <a:noFill/>
                          <a:prstDash val="solid"/>
                          <a:miter lim="800000"/>
                        </a:ln>
                        <a:effectLst>
                          <a:outerShdw blurRad="279400" dist="190500" dir="8100000" algn="tr" rotWithShape="0">
                            <a:prstClr val="black">
                              <a:alpha val="40000"/>
                            </a:prstClr>
                          </a:outerShdw>
                        </a:effectLst>
                      </wps:spPr>
                      <wps:txb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1</w:t>
                            </w:r>
                          </w:p>
                        </w:txbxContent>
                      </wps:txbx>
                      <wps:bodyPr anchor="ctr"/>
                    </wps:wsp>
                  </a:graphicData>
                </a:graphic>
              </wp:anchor>
            </w:drawing>
          </mc:Choice>
          <mc:Fallback>
            <w:pict>
              <v:oval w14:anchorId="414FC34A" id="椭圆 5" o:spid="_x0000_s1040" style="position:absolute;left:0;text-align:left;margin-left:146.15pt;margin-top:-25.6pt;width:28pt;height:2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" fillcolor="#5b9bd5" stroked="f" strokeweight="1pt">
                <v:stroke joinstyle="miter"/>
                <v:shadow on="t" color="black" opacity="26214f" origin=".5,-.5" offset="-3.74178mm,3.74178mm"/>
                <v:textbo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1</w:t>
                      </w:r>
                    </w:p>
                  </w:txbxContent>
                </v:textbox>
              </v:oval>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2336" behindDoc="0" locked="0" layoutInCell="1" allowOverlap="1" wp14:anchorId="27B8B9E4" wp14:editId="74C01F84">
                <wp:simplePos x="0" y="0"/>
                <wp:positionH relativeFrom="column">
                  <wp:posOffset>2912110</wp:posOffset>
                </wp:positionH>
                <wp:positionV relativeFrom="paragraph">
                  <wp:posOffset>683895</wp:posOffset>
                </wp:positionV>
                <wp:extent cx="355621" cy="355699"/>
                <wp:effectExtent l="342900" t="76200" r="82550" b="368300"/>
                <wp:wrapNone/>
                <wp:docPr id="21" name="椭圆 6"/>
                <wp:cNvGraphicFramePr/>
                <a:graphic xmlns:a="http://schemas.openxmlformats.org/drawingml/2006/main">
                  <a:graphicData uri="http://schemas.microsoft.com/office/word/2010/wordprocessingShape">
                    <wps:wsp>
                      <wps:cNvSpPr/>
                      <wps:spPr bwMode="auto">
                        <a:xfrm>
                          <a:off x="0" y="0"/>
                          <a:ext cx="355621" cy="355699"/>
                        </a:xfrm>
                        <a:prstGeom prst="ellipse">
                          <a:avLst/>
                        </a:prstGeom>
                        <a:solidFill>
                          <a:srgbClr val="ED7D31"/>
                        </a:solidFill>
                        <a:ln w="12700" cap="flat" cmpd="sng" algn="ctr">
                          <a:noFill/>
                          <a:prstDash val="solid"/>
                          <a:miter lim="800000"/>
                        </a:ln>
                        <a:effectLst>
                          <a:outerShdw blurRad="279400" dist="190500" dir="8100000" algn="tr" rotWithShape="0">
                            <a:prstClr val="black">
                              <a:alpha val="40000"/>
                            </a:prstClr>
                          </a:outerShdw>
                        </a:effectLst>
                      </wps:spPr>
                      <wps:txb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2</w:t>
                            </w:r>
                          </w:p>
                        </w:txbxContent>
                      </wps:txbx>
                      <wps:bodyPr anchor="ctr"/>
                    </wps:wsp>
                  </a:graphicData>
                </a:graphic>
              </wp:anchor>
            </w:drawing>
          </mc:Choice>
          <mc:Fallback>
            <w:pict>
              <v:oval w14:anchorId="27B8B9E4" id="椭圆 6" o:spid="_x0000_s1041" style="position:absolute;left:0;text-align:left;margin-left:229.3pt;margin-top:53.85pt;width:28pt;height:2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" fillcolor="#ed7d31" stroked="f" strokeweight="1pt">
                <v:stroke joinstyle="miter"/>
                <v:shadow on="t" color="black" opacity="26214f" origin=".5,-.5" offset="-3.74178mm,3.74178mm"/>
                <v:textbo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2</w:t>
                      </w:r>
                    </w:p>
                  </w:txbxContent>
                </v:textbox>
              </v:oval>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3360" behindDoc="0" locked="0" layoutInCell="1" allowOverlap="1" wp14:anchorId="0985F3EE" wp14:editId="72EBB75E">
                <wp:simplePos x="0" y="0"/>
                <wp:positionH relativeFrom="column">
                  <wp:posOffset>2940685</wp:posOffset>
                </wp:positionH>
                <wp:positionV relativeFrom="paragraph">
                  <wp:posOffset>2344420</wp:posOffset>
                </wp:positionV>
                <wp:extent cx="355621" cy="355699"/>
                <wp:effectExtent l="342900" t="76200" r="82550" b="368300"/>
                <wp:wrapNone/>
                <wp:docPr id="22" name="椭圆 7"/>
                <wp:cNvGraphicFramePr/>
                <a:graphic xmlns:a="http://schemas.openxmlformats.org/drawingml/2006/main">
                  <a:graphicData uri="http://schemas.microsoft.com/office/word/2010/wordprocessingShape">
                    <wps:wsp>
                      <wps:cNvSpPr/>
                      <wps:spPr bwMode="auto">
                        <a:xfrm>
                          <a:off x="0" y="0"/>
                          <a:ext cx="355621" cy="355699"/>
                        </a:xfrm>
                        <a:prstGeom prst="ellipse">
                          <a:avLst/>
                        </a:prstGeom>
                        <a:solidFill>
                          <a:srgbClr val="5B9BD5"/>
                        </a:solidFill>
                        <a:ln w="12700" cap="flat" cmpd="sng" algn="ctr">
                          <a:noFill/>
                          <a:prstDash val="solid"/>
                          <a:miter lim="800000"/>
                        </a:ln>
                        <a:effectLst>
                          <a:outerShdw blurRad="279400" dist="190500" dir="8100000" algn="tr" rotWithShape="0">
                            <a:prstClr val="black">
                              <a:alpha val="40000"/>
                            </a:prstClr>
                          </a:outerShdw>
                        </a:effectLst>
                      </wps:spPr>
                      <wps:txb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3</w:t>
                            </w:r>
                          </w:p>
                        </w:txbxContent>
                      </wps:txbx>
                      <wps:bodyPr anchor="ctr"/>
                    </wps:wsp>
                  </a:graphicData>
                </a:graphic>
              </wp:anchor>
            </w:drawing>
          </mc:Choice>
          <mc:Fallback>
            <w:pict>
              <v:oval w14:anchorId="0985F3EE" id="椭圆 7" o:spid="_x0000_s1042" style="position:absolute;left:0;text-align:left;margin-left:231.55pt;margin-top:184.6pt;width:28pt;height:2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" fillcolor="#5b9bd5" stroked="f" strokeweight="1pt">
                <v:stroke joinstyle="miter"/>
                <v:shadow on="t" color="black" opacity="26214f" origin=".5,-.5" offset="-3.74178mm,3.74178mm"/>
                <v:textbo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3</w:t>
                      </w:r>
                    </w:p>
                  </w:txbxContent>
                </v:textbox>
              </v:oval>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4384" behindDoc="0" locked="0" layoutInCell="1" allowOverlap="1" wp14:anchorId="57E67D0B" wp14:editId="4057FE6A">
                <wp:simplePos x="0" y="0"/>
                <wp:positionH relativeFrom="column">
                  <wp:posOffset>1856105</wp:posOffset>
                </wp:positionH>
                <wp:positionV relativeFrom="paragraph">
                  <wp:posOffset>3574415</wp:posOffset>
                </wp:positionV>
                <wp:extent cx="355621" cy="355699"/>
                <wp:effectExtent l="342900" t="76200" r="82550" b="368300"/>
                <wp:wrapNone/>
                <wp:docPr id="23" name="椭圆 8"/>
                <wp:cNvGraphicFramePr/>
                <a:graphic xmlns:a="http://schemas.openxmlformats.org/drawingml/2006/main">
                  <a:graphicData uri="http://schemas.microsoft.com/office/word/2010/wordprocessingShape">
                    <wps:wsp>
                      <wps:cNvSpPr/>
                      <wps:spPr bwMode="auto">
                        <a:xfrm>
                          <a:off x="0" y="0"/>
                          <a:ext cx="355621" cy="355699"/>
                        </a:xfrm>
                        <a:prstGeom prst="ellipse">
                          <a:avLst/>
                        </a:prstGeom>
                        <a:solidFill>
                          <a:srgbClr val="ED7D31"/>
                        </a:solidFill>
                        <a:ln w="12700" cap="flat" cmpd="sng" algn="ctr">
                          <a:noFill/>
                          <a:prstDash val="solid"/>
                          <a:miter lim="800000"/>
                        </a:ln>
                        <a:effectLst>
                          <a:outerShdw blurRad="279400" dist="190500" dir="8100000" algn="tr" rotWithShape="0">
                            <a:prstClr val="black">
                              <a:alpha val="40000"/>
                            </a:prstClr>
                          </a:outerShdw>
                        </a:effectLst>
                      </wps:spPr>
                      <wps:txb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4</w:t>
                            </w:r>
                          </w:p>
                        </w:txbxContent>
                      </wps:txbx>
                      <wps:bodyPr anchor="ctr"/>
                    </wps:wsp>
                  </a:graphicData>
                </a:graphic>
              </wp:anchor>
            </w:drawing>
          </mc:Choice>
          <mc:Fallback>
            <w:pict>
              <v:oval w14:anchorId="57E67D0B" id="椭圆 8" o:spid="_x0000_s1043" style="position:absolute;left:0;text-align:left;margin-left:146.15pt;margin-top:281.45pt;width:28pt;height:2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" fillcolor="#ed7d31" stroked="f" strokeweight="1pt">
                <v:stroke joinstyle="miter"/>
                <v:shadow on="t" color="black" opacity="26214f" origin=".5,-.5" offset="-3.74178mm,3.74178mm"/>
                <v:textbox>
                  <w:txbxContent>
                    <w:p w:rsidR="00587237" w:rsidRPr="00115463" w:rsidRDefault="00587237" w:rsidP="00115463">
                      <w:pPr>
                        <w:pStyle w:val="afd"/>
                        <w:jc w:val="center"/>
                        <w:rPr>
                          <w:sz w:val="22"/>
                          <w:szCs w:val="22"/>
                        </w:rPr>
                      </w:pPr>
                      <w:r w:rsidRPr="00115463">
                        <w:rPr>
                          <w:rFonts w:ascii="Calibri" w:eastAsia="DengXian" w:hAnsi="Calibri" w:cs="DengXian"/>
                          <w:color w:val="FFFFFF"/>
                          <w:kern w:val="24"/>
                          <w:sz w:val="22"/>
                          <w:szCs w:val="22"/>
                        </w:rPr>
                        <w:t>4</w:t>
                      </w:r>
                    </w:p>
                  </w:txbxContent>
                </v:textbox>
              </v:oval>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5408" behindDoc="0" locked="0" layoutInCell="1" allowOverlap="1" wp14:anchorId="0AC8062C" wp14:editId="36A17B69">
                <wp:simplePos x="0" y="0"/>
                <wp:positionH relativeFrom="column">
                  <wp:posOffset>3589020</wp:posOffset>
                </wp:positionH>
                <wp:positionV relativeFrom="paragraph">
                  <wp:posOffset>-831215</wp:posOffset>
                </wp:positionV>
                <wp:extent cx="5184576" cy="817165"/>
                <wp:effectExtent l="400050" t="57150" r="54610" b="421640"/>
                <wp:wrapNone/>
                <wp:docPr id="24" name="圆角矩形 9"/>
                <wp:cNvGraphicFramePr/>
                <a:graphic xmlns:a="http://schemas.openxmlformats.org/drawingml/2006/main">
                  <a:graphicData uri="http://schemas.microsoft.com/office/word/2010/wordprocessingShape">
                    <wps:wsp>
                      <wps:cNvSpPr/>
                      <wps:spPr bwMode="auto">
                        <a:xfrm flipH="1">
                          <a:off x="0" y="0"/>
                          <a:ext cx="5184576" cy="817165"/>
                        </a:xfrm>
                        <a:prstGeom prst="roundRect">
                          <a:avLst>
                            <a:gd name="adj" fmla="val 50000"/>
                          </a:avLst>
                        </a:prstGeom>
                        <a:gradFill flip="none" rotWithShape="1">
                          <a:gsLst>
                            <a:gs pos="0">
                              <a:sysClr val="window" lastClr="FFFFFF"/>
                            </a:gs>
                            <a:gs pos="100000">
                              <a:srgbClr val="E0E0E0"/>
                            </a:gs>
                          </a:gsLst>
                          <a:lin ang="5400000" scaled="1"/>
                          <a:tileRect/>
                        </a:gradFill>
                        <a:ln w="12700" cap="flat" cmpd="sng" algn="ctr">
                          <a:noFill/>
                          <a:prstDash val="solid"/>
                          <a:miter lim="800000"/>
                        </a:ln>
                        <a:effectLst>
                          <a:outerShdw blurRad="279400" dist="254000" dir="8100000" algn="tr" rotWithShape="0">
                            <a:prstClr val="black">
                              <a:alpha val="40000"/>
                            </a:prstClr>
                          </a:outerShdw>
                        </a:effectLst>
                      </wps:spPr>
                      <wps:bodyPr anchor="ctr"/>
                    </wps:wsp>
                  </a:graphicData>
                </a:graphic>
              </wp:anchor>
            </w:drawing>
          </mc:Choice>
          <mc:Fallback>
            <w:pict>
              <v:roundrect w14:anchorId="2D85CCFE" id="圆角矩形 9" o:spid="_x0000_s1026" style="position:absolute;margin-left:282.6pt;margin-top:-65.45pt;width:408.25pt;height:64.35pt;flip:x;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" fillcolor="window" stroked="f" strokeweight="1pt">
                <v:fill color2="#e0e0e0" rotate="t" focus="100%" type="gradient"/>
                <v:stroke joinstyle="miter"/>
                <v:shadow on="t" color="black" opacity="26214f" origin=".5,-.5" offset="-4.98903mm,4.98903mm"/>
              </v:roundrect>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68480" behindDoc="0" locked="0" layoutInCell="1" allowOverlap="1" wp14:anchorId="6C08322D" wp14:editId="1179C9AF">
                <wp:simplePos x="0" y="0"/>
                <wp:positionH relativeFrom="column">
                  <wp:posOffset>4357370</wp:posOffset>
                </wp:positionH>
                <wp:positionV relativeFrom="paragraph">
                  <wp:posOffset>593725</wp:posOffset>
                </wp:positionV>
                <wp:extent cx="5184576" cy="817165"/>
                <wp:effectExtent l="400050" t="57150" r="54610" b="421640"/>
                <wp:wrapNone/>
                <wp:docPr id="27" name="圆角矩形 12"/>
                <wp:cNvGraphicFramePr/>
                <a:graphic xmlns:a="http://schemas.openxmlformats.org/drawingml/2006/main">
                  <a:graphicData uri="http://schemas.microsoft.com/office/word/2010/wordprocessingShape">
                    <wps:wsp>
                      <wps:cNvSpPr/>
                      <wps:spPr bwMode="auto">
                        <a:xfrm flipH="1">
                          <a:off x="0" y="0"/>
                          <a:ext cx="5184576" cy="817165"/>
                        </a:xfrm>
                        <a:prstGeom prst="roundRect">
                          <a:avLst>
                            <a:gd name="adj" fmla="val 50000"/>
                          </a:avLst>
                        </a:prstGeom>
                        <a:gradFill flip="none" rotWithShape="1">
                          <a:gsLst>
                            <a:gs pos="0">
                              <a:sysClr val="window" lastClr="FFFFFF"/>
                            </a:gs>
                            <a:gs pos="100000">
                              <a:srgbClr val="E0E0E0"/>
                            </a:gs>
                          </a:gsLst>
                          <a:lin ang="5400000" scaled="1"/>
                          <a:tileRect/>
                        </a:gradFill>
                        <a:ln w="12700" cap="flat" cmpd="sng" algn="ctr">
                          <a:noFill/>
                          <a:prstDash val="solid"/>
                          <a:miter lim="800000"/>
                        </a:ln>
                        <a:effectLst>
                          <a:outerShdw blurRad="279400" dist="254000" dir="8100000" algn="tr" rotWithShape="0">
                            <a:prstClr val="black">
                              <a:alpha val="40000"/>
                            </a:prstClr>
                          </a:outerShdw>
                        </a:effectLst>
                      </wps:spPr>
                      <wps:bodyPr anchor="ctr"/>
                    </wps:wsp>
                  </a:graphicData>
                </a:graphic>
              </wp:anchor>
            </w:drawing>
          </mc:Choice>
          <mc:Fallback>
            <w:pict>
              <v:roundrect w14:anchorId="12B51501" id="圆角矩形 12" o:spid="_x0000_s1026" style="position:absolute;margin-left:343.1pt;margin-top:46.75pt;width:408.25pt;height:64.35pt;flip:x;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" fillcolor="window" stroked="f" strokeweight="1pt">
                <v:fill color2="#e0e0e0" rotate="t" focus="100%" type="gradient"/>
                <v:stroke joinstyle="miter"/>
                <v:shadow on="t" color="black" opacity="26214f" origin=".5,-.5" offset="-4.98903mm,4.98903mm"/>
              </v:roundrect>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71552" behindDoc="0" locked="0" layoutInCell="1" allowOverlap="1" wp14:anchorId="083AF041" wp14:editId="581FB17F">
                <wp:simplePos x="0" y="0"/>
                <wp:positionH relativeFrom="column">
                  <wp:posOffset>4357370</wp:posOffset>
                </wp:positionH>
                <wp:positionV relativeFrom="paragraph">
                  <wp:posOffset>2018665</wp:posOffset>
                </wp:positionV>
                <wp:extent cx="5184576" cy="817165"/>
                <wp:effectExtent l="400050" t="57150" r="54610" b="421640"/>
                <wp:wrapNone/>
                <wp:docPr id="30" name="圆角矩形 15"/>
                <wp:cNvGraphicFramePr/>
                <a:graphic xmlns:a="http://schemas.openxmlformats.org/drawingml/2006/main">
                  <a:graphicData uri="http://schemas.microsoft.com/office/word/2010/wordprocessingShape">
                    <wps:wsp>
                      <wps:cNvSpPr/>
                      <wps:spPr bwMode="auto">
                        <a:xfrm flipH="1">
                          <a:off x="0" y="0"/>
                          <a:ext cx="5184576" cy="817165"/>
                        </a:xfrm>
                        <a:prstGeom prst="roundRect">
                          <a:avLst>
                            <a:gd name="adj" fmla="val 50000"/>
                          </a:avLst>
                        </a:prstGeom>
                        <a:gradFill flip="none" rotWithShape="1">
                          <a:gsLst>
                            <a:gs pos="0">
                              <a:sysClr val="window" lastClr="FFFFFF"/>
                            </a:gs>
                            <a:gs pos="100000">
                              <a:srgbClr val="E0E0E0"/>
                            </a:gs>
                          </a:gsLst>
                          <a:lin ang="5400000" scaled="1"/>
                          <a:tileRect/>
                        </a:gradFill>
                        <a:ln w="12700" cap="flat" cmpd="sng" algn="ctr">
                          <a:noFill/>
                          <a:prstDash val="solid"/>
                          <a:miter lim="800000"/>
                        </a:ln>
                        <a:effectLst>
                          <a:outerShdw blurRad="279400" dist="254000" dir="8100000" algn="tr" rotWithShape="0">
                            <a:prstClr val="black">
                              <a:alpha val="40000"/>
                            </a:prstClr>
                          </a:outerShdw>
                        </a:effectLst>
                      </wps:spPr>
                      <wps:bodyPr anchor="ctr"/>
                    </wps:wsp>
                  </a:graphicData>
                </a:graphic>
              </wp:anchor>
            </w:drawing>
          </mc:Choice>
          <mc:Fallback>
            <w:pict>
              <v:roundrect w14:anchorId="19794EA7" id="圆角矩形 15" o:spid="_x0000_s1026" style="position:absolute;margin-left:343.1pt;margin-top:158.95pt;width:408.25pt;height:64.35pt;flip:x;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" fillcolor="window" stroked="f" strokeweight="1pt">
                <v:fill color2="#e0e0e0" rotate="t" focus="100%" type="gradient"/>
                <v:stroke joinstyle="miter"/>
                <v:shadow on="t" color="black" opacity="26214f" origin=".5,-.5" offset="-4.98903mm,4.98903mm"/>
              </v:roundrect>
            </w:pict>
          </mc:Fallback>
        </mc:AlternateContent>
      </w:r>
      <w:r w:rsidR="00115463" w:rsidRPr="00115463">
        <w:rPr>
          <w:b w:val="0"/>
          <w:bCs w:val="0"/>
          <w:noProof/>
          <w:sz w:val="22"/>
          <w:szCs w:val="22"/>
          <w:lang w:val="ru-RU" w:eastAsia="ru-RU"/>
        </w:rPr>
        <mc:AlternateContent>
          <mc:Choice Requires="wps">
            <w:drawing>
              <wp:anchor distT="0" distB="0" distL="114300" distR="114300" simplePos="0" relativeHeight="251674624" behindDoc="0" locked="0" layoutInCell="1" allowOverlap="1" wp14:anchorId="52E944B4" wp14:editId="59FD98FD">
                <wp:simplePos x="0" y="0"/>
                <wp:positionH relativeFrom="column">
                  <wp:posOffset>3589020</wp:posOffset>
                </wp:positionH>
                <wp:positionV relativeFrom="paragraph">
                  <wp:posOffset>3443605</wp:posOffset>
                </wp:positionV>
                <wp:extent cx="5184576" cy="817165"/>
                <wp:effectExtent l="400050" t="57150" r="54610" b="421640"/>
                <wp:wrapNone/>
                <wp:docPr id="1025" name="圆角矩形 18"/>
                <wp:cNvGraphicFramePr/>
                <a:graphic xmlns:a="http://schemas.openxmlformats.org/drawingml/2006/main">
                  <a:graphicData uri="http://schemas.microsoft.com/office/word/2010/wordprocessingShape">
                    <wps:wsp>
                      <wps:cNvSpPr/>
                      <wps:spPr bwMode="auto">
                        <a:xfrm flipH="1">
                          <a:off x="0" y="0"/>
                          <a:ext cx="5184576" cy="817165"/>
                        </a:xfrm>
                        <a:prstGeom prst="roundRect">
                          <a:avLst>
                            <a:gd name="adj" fmla="val 50000"/>
                          </a:avLst>
                        </a:prstGeom>
                        <a:gradFill flip="none" rotWithShape="1">
                          <a:gsLst>
                            <a:gs pos="0">
                              <a:sysClr val="window" lastClr="FFFFFF"/>
                            </a:gs>
                            <a:gs pos="100000">
                              <a:srgbClr val="E0E0E0"/>
                            </a:gs>
                          </a:gsLst>
                          <a:lin ang="5400000" scaled="1"/>
                          <a:tileRect/>
                        </a:gradFill>
                        <a:ln w="12700" cap="flat" cmpd="sng" algn="ctr">
                          <a:noFill/>
                          <a:prstDash val="solid"/>
                          <a:miter lim="800000"/>
                        </a:ln>
                        <a:effectLst>
                          <a:outerShdw blurRad="279400" dist="254000" dir="8100000" algn="tr" rotWithShape="0">
                            <a:prstClr val="black">
                              <a:alpha val="40000"/>
                            </a:prstClr>
                          </a:outerShdw>
                        </a:effectLst>
                      </wps:spPr>
                      <wps:bodyPr anchor="ctr"/>
                    </wps:wsp>
                  </a:graphicData>
                </a:graphic>
              </wp:anchor>
            </w:drawing>
          </mc:Choice>
          <mc:Fallback>
            <w:pict>
              <v:roundrect w14:anchorId="51EC07F0" id="圆角矩形 18" o:spid="_x0000_s1026" style="position:absolute;margin-left:282.6pt;margin-top:271.15pt;width:408.25pt;height:64.35pt;flip:x;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" fillcolor="window" stroked="f" strokeweight="1pt">
                <v:fill color2="#e0e0e0" rotate="t" focus="100%" type="gradient"/>
                <v:stroke joinstyle="miter"/>
                <v:shadow on="t" color="black" opacity="26214f" origin=".5,-.5" offset="-4.98903mm,4.98903mm"/>
              </v:roundrect>
            </w:pict>
          </mc:Fallback>
        </mc:AlternateContent>
      </w:r>
      <w:r w:rsidR="00115463" w:rsidRPr="00115463">
        <w:rPr>
          <w:b w:val="0"/>
          <w:bCs w:val="0"/>
          <w:noProof/>
          <w:sz w:val="22"/>
          <w:szCs w:val="22"/>
          <w:lang w:val="ru-RU" w:eastAsia="ru-RU"/>
        </w:rPr>
        <mc:AlternateContent>
          <mc:Choice Requires="wpg">
            <w:drawing>
              <wp:anchor distT="0" distB="0" distL="114300" distR="114300" simplePos="0" relativeHeight="251677696" behindDoc="0" locked="0" layoutInCell="1" allowOverlap="1" wp14:anchorId="70E2F574" wp14:editId="4DEF5149">
                <wp:simplePos x="0" y="0"/>
                <wp:positionH relativeFrom="column">
                  <wp:posOffset>2954020</wp:posOffset>
                </wp:positionH>
                <wp:positionV relativeFrom="paragraph">
                  <wp:posOffset>-1022350</wp:posOffset>
                </wp:positionV>
                <wp:extent cx="1200000" cy="1200000"/>
                <wp:effectExtent l="419100" t="57150" r="76835" b="438785"/>
                <wp:wrapNone/>
                <wp:docPr id="1028" name="组合 21"/>
                <wp:cNvGraphicFramePr/>
                <a:graphic xmlns:a="http://schemas.openxmlformats.org/drawingml/2006/main">
                  <a:graphicData uri="http://schemas.microsoft.com/office/word/2010/wordprocessingGroup">
                    <wpg:wgp>
                      <wpg:cNvGrpSpPr/>
                      <wpg:grpSpPr>
                        <a:xfrm>
                          <a:off x="0" y="0"/>
                          <a:ext cx="1200000" cy="1200000"/>
                          <a:chOff x="3882355" y="0"/>
                          <a:chExt cx="900000" cy="900000"/>
                        </a:xfrm>
                      </wpg:grpSpPr>
                      <wpg:grpSp>
                        <wpg:cNvPr id="1030" name="组合 22"/>
                        <wpg:cNvGrpSpPr/>
                        <wpg:grpSpPr>
                          <a:xfrm>
                            <a:off x="3882355" y="0"/>
                            <a:ext cx="900000" cy="900000"/>
                            <a:chOff x="3882355" y="0"/>
                            <a:chExt cx="792000" cy="792000"/>
                          </a:xfrm>
                        </wpg:grpSpPr>
                        <wps:wsp>
                          <wps:cNvPr id="1031" name="MH_Other_2"/>
                          <wps:cNvSpPr/>
                          <wps:spPr>
                            <a:xfrm>
                              <a:off x="3882355" y="0"/>
                              <a:ext cx="792000" cy="792000"/>
                            </a:xfrm>
                            <a:prstGeom prst="ellipse">
                              <a:avLst/>
                            </a:prstGeom>
                            <a:gradFill flip="none" rotWithShape="1">
                              <a:gsLst>
                                <a:gs pos="100000">
                                  <a:sysClr val="window" lastClr="FFFFFF"/>
                                </a:gs>
                                <a:gs pos="0">
                                  <a:srgbClr val="E0E0E0"/>
                                </a:gs>
                              </a:gsLst>
                              <a:lin ang="8100000" scaled="0"/>
                              <a:tileRect/>
                            </a:gradFill>
                            <a:ln w="34925" cap="flat" cmpd="sng" algn="ctr">
                              <a:gradFill>
                                <a:gsLst>
                                  <a:gs pos="100000">
                                    <a:sysClr val="window" lastClr="FFFFFF">
                                      <a:lumMod val="85000"/>
                                    </a:sysClr>
                                  </a:gs>
                                  <a:gs pos="0">
                                    <a:sysClr val="window" lastClr="FFFFFF"/>
                                  </a:gs>
                                </a:gsLst>
                                <a:lin ang="8100000" scaled="0"/>
                              </a:gradFill>
                              <a:prstDash val="solid"/>
                              <a:miter lim="800000"/>
                            </a:ln>
                            <a:effectLst>
                              <a:outerShdw blurRad="279400" dist="254000" dir="8100000" algn="tr" rotWithShape="0">
                                <a:prstClr val="black">
                                  <a:alpha val="40000"/>
                                </a:prstClr>
                              </a:outerShdw>
                            </a:effectLst>
                          </wps:spPr>
                          <wps:bodyPr anchor="ctr"/>
                        </wps:wsp>
                        <wps:wsp>
                          <wps:cNvPr id="1032" name="MH_Title_1"/>
                          <wps:cNvSpPr/>
                          <wps:spPr>
                            <a:xfrm>
                              <a:off x="4008355" y="126000"/>
                              <a:ext cx="540000" cy="540000"/>
                            </a:xfrm>
                            <a:prstGeom prst="ellipse">
                              <a:avLst/>
                            </a:prstGeom>
                            <a:solidFill>
                              <a:srgbClr val="5B9BD5"/>
                            </a:solidFill>
                            <a:ln w="12700" cap="flat" cmpd="sng" algn="ctr">
                              <a:noFill/>
                              <a:prstDash val="solid"/>
                              <a:miter lim="800000"/>
                            </a:ln>
                            <a:effectLst>
                              <a:innerShdw blurRad="63500" dist="50800" dir="18900000">
                                <a:prstClr val="black">
                                  <a:alpha val="30000"/>
                                </a:prstClr>
                              </a:innerShdw>
                            </a:effectLst>
                          </wps:spPr>
                          <wps:bodyPr lIns="0" tIns="0" rIns="0" bIns="0" anchor="ctr"/>
                        </wps:wsp>
                      </wpg:grpSp>
                      <wps:wsp>
                        <wps:cNvPr id="1033" name="KSO_Shape"/>
                        <wps:cNvSpPr>
                          <a:spLocks noChangeAspect="1"/>
                        </wps:cNvSpPr>
                        <wps:spPr bwMode="auto">
                          <a:xfrm>
                            <a:off x="4126080" y="280224"/>
                            <a:ext cx="374451" cy="358602"/>
                          </a:xfrm>
                          <a:custGeom>
                            <a:avLst/>
                            <a:gdLst>
                              <a:gd name="T0" fmla="*/ 803970 w 12269552"/>
                              <a:gd name="T1" fmla="*/ 262762 h 11753851"/>
                              <a:gd name="T2" fmla="*/ 1171916 w 12269552"/>
                              <a:gd name="T3" fmla="*/ 262762 h 11753851"/>
                              <a:gd name="T4" fmla="*/ 1241319 w 12269552"/>
                              <a:gd name="T5" fmla="*/ 290855 h 11753851"/>
                              <a:gd name="T6" fmla="*/ 1475966 w 12269552"/>
                              <a:gd name="T7" fmla="*/ 525518 h 11753851"/>
                              <a:gd name="T8" fmla="*/ 1670404 w 12269552"/>
                              <a:gd name="T9" fmla="*/ 331067 h 11753851"/>
                              <a:gd name="T10" fmla="*/ 1721079 w 12269552"/>
                              <a:gd name="T11" fmla="*/ 312889 h 11753851"/>
                              <a:gd name="T12" fmla="*/ 1800397 w 12269552"/>
                              <a:gd name="T13" fmla="*/ 391661 h 11753851"/>
                              <a:gd name="T14" fmla="*/ 1782220 w 12269552"/>
                              <a:gd name="T15" fmla="*/ 441238 h 11753851"/>
                              <a:gd name="T16" fmla="*/ 1547572 w 12269552"/>
                              <a:gd name="T17" fmla="*/ 678105 h 11753851"/>
                              <a:gd name="T18" fmla="*/ 1419232 w 12269552"/>
                              <a:gd name="T19" fmla="*/ 688571 h 11753851"/>
                              <a:gd name="T20" fmla="*/ 1275469 w 12269552"/>
                              <a:gd name="T21" fmla="*/ 544247 h 11753851"/>
                              <a:gd name="T22" fmla="*/ 1050185 w 12269552"/>
                              <a:gd name="T23" fmla="*/ 804250 h 11753851"/>
                              <a:gd name="T24" fmla="*/ 1256190 w 12269552"/>
                              <a:gd name="T25" fmla="*/ 1010268 h 11753851"/>
                              <a:gd name="T26" fmla="*/ 1274918 w 12269552"/>
                              <a:gd name="T27" fmla="*/ 1130905 h 11753851"/>
                              <a:gd name="T28" fmla="*/ 1159247 w 12269552"/>
                              <a:gd name="T29" fmla="*/ 1646503 h 11753851"/>
                              <a:gd name="T30" fmla="*/ 1063405 w 12269552"/>
                              <a:gd name="T31" fmla="*/ 1724724 h 11753851"/>
                              <a:gd name="T32" fmla="*/ 965360 w 12269552"/>
                              <a:gd name="T33" fmla="*/ 1626672 h 11753851"/>
                              <a:gd name="T34" fmla="*/ 968114 w 12269552"/>
                              <a:gd name="T35" fmla="*/ 1601884 h 11753851"/>
                              <a:gd name="T36" fmla="*/ 1063405 w 12269552"/>
                              <a:gd name="T37" fmla="*/ 1179380 h 11753851"/>
                              <a:gd name="T38" fmla="*/ 828757 w 12269552"/>
                              <a:gd name="T39" fmla="*/ 951327 h 11753851"/>
                              <a:gd name="T40" fmla="*/ 627709 w 12269552"/>
                              <a:gd name="T41" fmla="*/ 1176075 h 11753851"/>
                              <a:gd name="T42" fmla="*/ 508182 w 12269552"/>
                              <a:gd name="T43" fmla="*/ 1213533 h 11753851"/>
                              <a:gd name="T44" fmla="*/ 100027 w 12269552"/>
                              <a:gd name="T45" fmla="*/ 1214084 h 11753851"/>
                              <a:gd name="T46" fmla="*/ 2533 w 12269552"/>
                              <a:gd name="T47" fmla="*/ 1137515 h 11753851"/>
                              <a:gd name="T48" fmla="*/ 75791 w 12269552"/>
                              <a:gd name="T49" fmla="*/ 1020735 h 11753851"/>
                              <a:gd name="T50" fmla="*/ 100578 w 12269552"/>
                              <a:gd name="T51" fmla="*/ 1018531 h 11753851"/>
                              <a:gd name="T52" fmla="*/ 451999 w 12269552"/>
                              <a:gd name="T53" fmla="*/ 1019633 h 11753851"/>
                              <a:gd name="T54" fmla="*/ 971969 w 12269552"/>
                              <a:gd name="T55" fmla="*/ 417001 h 11753851"/>
                              <a:gd name="T56" fmla="*/ 835918 w 12269552"/>
                              <a:gd name="T57" fmla="*/ 416450 h 11753851"/>
                              <a:gd name="T58" fmla="*/ 599617 w 12269552"/>
                              <a:gd name="T59" fmla="*/ 689122 h 11753851"/>
                              <a:gd name="T60" fmla="*/ 541231 w 12269552"/>
                              <a:gd name="T61" fmla="*/ 716664 h 11753851"/>
                              <a:gd name="T62" fmla="*/ 464667 w 12269552"/>
                              <a:gd name="T63" fmla="*/ 640647 h 11753851"/>
                              <a:gd name="T64" fmla="*/ 490556 w 12269552"/>
                              <a:gd name="T65" fmla="*/ 583358 h 11753851"/>
                              <a:gd name="T66" fmla="*/ 745033 w 12269552"/>
                              <a:gd name="T67" fmla="*/ 290304 h 11753851"/>
                              <a:gd name="T68" fmla="*/ 803970 w 12269552"/>
                              <a:gd name="T69" fmla="*/ 262762 h 11753851"/>
                              <a:gd name="T70" fmla="*/ 1357685 w 12269552"/>
                              <a:gd name="T71" fmla="*/ 0 h 11753851"/>
                              <a:gd name="T72" fmla="*/ 1509449 w 12269552"/>
                              <a:gd name="T73" fmla="*/ 151764 h 11753851"/>
                              <a:gd name="T74" fmla="*/ 1357685 w 12269552"/>
                              <a:gd name="T75" fmla="*/ 303527 h 11753851"/>
                              <a:gd name="T76" fmla="*/ 1205921 w 12269552"/>
                              <a:gd name="T77" fmla="*/ 151764 h 11753851"/>
                              <a:gd name="T78" fmla="*/ 1357685 w 12269552"/>
                              <a:gd name="T79" fmla="*/ 0 h 11753851"/>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269552" h="11753851">
                                <a:moveTo>
                                  <a:pt x="5478990" y="1790700"/>
                                </a:moveTo>
                                <a:cubicBezTo>
                                  <a:pt x="7986505" y="1790700"/>
                                  <a:pt x="7986505" y="1790700"/>
                                  <a:pt x="7986505" y="1790700"/>
                                </a:cubicBezTo>
                                <a:cubicBezTo>
                                  <a:pt x="8170440" y="1790700"/>
                                  <a:pt x="8335605" y="1862026"/>
                                  <a:pt x="8459480" y="1982155"/>
                                </a:cubicBezTo>
                                <a:cubicBezTo>
                                  <a:pt x="10058584" y="3581364"/>
                                  <a:pt x="10058584" y="3581364"/>
                                  <a:pt x="10058584" y="3581364"/>
                                </a:cubicBezTo>
                                <a:cubicBezTo>
                                  <a:pt x="11383663" y="2256197"/>
                                  <a:pt x="11383663" y="2256197"/>
                                  <a:pt x="11383663" y="2256197"/>
                                </a:cubicBezTo>
                                <a:cubicBezTo>
                                  <a:pt x="11477507" y="2177363"/>
                                  <a:pt x="11597628" y="2132315"/>
                                  <a:pt x="11729010" y="2132315"/>
                                </a:cubicBezTo>
                                <a:cubicBezTo>
                                  <a:pt x="12029311" y="2132315"/>
                                  <a:pt x="12269552" y="2372572"/>
                                  <a:pt x="12269552" y="2669139"/>
                                </a:cubicBezTo>
                                <a:cubicBezTo>
                                  <a:pt x="12269552" y="2796776"/>
                                  <a:pt x="12220753" y="2916904"/>
                                  <a:pt x="12145678" y="3007000"/>
                                </a:cubicBezTo>
                                <a:cubicBezTo>
                                  <a:pt x="10546573" y="4621226"/>
                                  <a:pt x="10546573" y="4621226"/>
                                  <a:pt x="10546573" y="4621226"/>
                                </a:cubicBezTo>
                                <a:cubicBezTo>
                                  <a:pt x="10062338" y="5105494"/>
                                  <a:pt x="9671946" y="4692552"/>
                                  <a:pt x="9671946" y="4692552"/>
                                </a:cubicBezTo>
                                <a:cubicBezTo>
                                  <a:pt x="8692213" y="3709001"/>
                                  <a:pt x="8692213" y="3709001"/>
                                  <a:pt x="8692213" y="3709001"/>
                                </a:cubicBezTo>
                                <a:cubicBezTo>
                                  <a:pt x="7156923" y="5480895"/>
                                  <a:pt x="7156923" y="5480895"/>
                                  <a:pt x="7156923" y="5480895"/>
                                </a:cubicBezTo>
                                <a:cubicBezTo>
                                  <a:pt x="8560831" y="6884896"/>
                                  <a:pt x="8560831" y="6884896"/>
                                  <a:pt x="8560831" y="6884896"/>
                                </a:cubicBezTo>
                                <a:cubicBezTo>
                                  <a:pt x="8560831" y="6884896"/>
                                  <a:pt x="8857379" y="7158939"/>
                                  <a:pt x="8688459" y="7707025"/>
                                </a:cubicBezTo>
                                <a:cubicBezTo>
                                  <a:pt x="7900169" y="11220781"/>
                                  <a:pt x="7900169" y="11220781"/>
                                  <a:pt x="7900169" y="11220781"/>
                                </a:cubicBezTo>
                                <a:cubicBezTo>
                                  <a:pt x="7840108" y="11524856"/>
                                  <a:pt x="7569837" y="11753851"/>
                                  <a:pt x="7247013" y="11753851"/>
                                </a:cubicBezTo>
                                <a:cubicBezTo>
                                  <a:pt x="6879144" y="11753851"/>
                                  <a:pt x="6578843" y="11453530"/>
                                  <a:pt x="6578843" y="11085637"/>
                                </a:cubicBezTo>
                                <a:cubicBezTo>
                                  <a:pt x="6578843" y="11025572"/>
                                  <a:pt x="6586351" y="10969262"/>
                                  <a:pt x="6597612" y="10916706"/>
                                </a:cubicBezTo>
                                <a:cubicBezTo>
                                  <a:pt x="7247013" y="8037378"/>
                                  <a:pt x="7247013" y="8037378"/>
                                  <a:pt x="7247013" y="8037378"/>
                                </a:cubicBezTo>
                                <a:cubicBezTo>
                                  <a:pt x="5647909" y="6483216"/>
                                  <a:pt x="5647909" y="6483216"/>
                                  <a:pt x="5647909" y="6483216"/>
                                </a:cubicBezTo>
                                <a:cubicBezTo>
                                  <a:pt x="4277784" y="8014854"/>
                                  <a:pt x="4277784" y="8014854"/>
                                  <a:pt x="4277784" y="8014854"/>
                                </a:cubicBezTo>
                                <a:cubicBezTo>
                                  <a:pt x="4277784" y="8014854"/>
                                  <a:pt x="4056312" y="8288897"/>
                                  <a:pt x="3463217" y="8270127"/>
                                </a:cubicBezTo>
                                <a:cubicBezTo>
                                  <a:pt x="681676" y="8273881"/>
                                  <a:pt x="681676" y="8273881"/>
                                  <a:pt x="681676" y="8273881"/>
                                </a:cubicBezTo>
                                <a:cubicBezTo>
                                  <a:pt x="370114" y="8277635"/>
                                  <a:pt x="88581" y="8067410"/>
                                  <a:pt x="17260" y="7752073"/>
                                </a:cubicBezTo>
                                <a:cubicBezTo>
                                  <a:pt x="-65323" y="7391688"/>
                                  <a:pt x="156149" y="7038811"/>
                                  <a:pt x="516511" y="6956222"/>
                                </a:cubicBezTo>
                                <a:cubicBezTo>
                                  <a:pt x="572817" y="6944960"/>
                                  <a:pt x="629124" y="6941206"/>
                                  <a:pt x="685430" y="6941206"/>
                                </a:cubicBezTo>
                                <a:cubicBezTo>
                                  <a:pt x="3080333" y="6948714"/>
                                  <a:pt x="3080333" y="6948714"/>
                                  <a:pt x="3080333" y="6948714"/>
                                </a:cubicBezTo>
                                <a:cubicBezTo>
                                  <a:pt x="6623888" y="2841824"/>
                                  <a:pt x="6623888" y="2841824"/>
                                  <a:pt x="6623888" y="2841824"/>
                                </a:cubicBezTo>
                                <a:lnTo>
                                  <a:pt x="5696708" y="2838070"/>
                                </a:lnTo>
                                <a:cubicBezTo>
                                  <a:pt x="4086342" y="4696306"/>
                                  <a:pt x="4086342" y="4696306"/>
                                  <a:pt x="4086342" y="4696306"/>
                                </a:cubicBezTo>
                                <a:cubicBezTo>
                                  <a:pt x="3992498" y="4812681"/>
                                  <a:pt x="3849855" y="4884007"/>
                                  <a:pt x="3688443" y="4884007"/>
                                </a:cubicBezTo>
                                <a:cubicBezTo>
                                  <a:pt x="3399403" y="4884007"/>
                                  <a:pt x="3166669" y="4651258"/>
                                  <a:pt x="3166669" y="4365953"/>
                                </a:cubicBezTo>
                                <a:cubicBezTo>
                                  <a:pt x="3166669" y="4208284"/>
                                  <a:pt x="3234237" y="4069386"/>
                                  <a:pt x="3343097" y="3975536"/>
                                </a:cubicBezTo>
                                <a:cubicBezTo>
                                  <a:pt x="5077337" y="1978401"/>
                                  <a:pt x="5077337" y="1978401"/>
                                  <a:pt x="5077337" y="1978401"/>
                                </a:cubicBezTo>
                                <a:cubicBezTo>
                                  <a:pt x="5171181" y="1862026"/>
                                  <a:pt x="5313824" y="1790700"/>
                                  <a:pt x="5478990" y="1790700"/>
                                </a:cubicBezTo>
                                <a:close/>
                                <a:moveTo>
                                  <a:pt x="9252509" y="0"/>
                                </a:moveTo>
                                <a:cubicBezTo>
                                  <a:pt x="9823713" y="0"/>
                                  <a:pt x="10286766" y="463053"/>
                                  <a:pt x="10286766" y="1034257"/>
                                </a:cubicBezTo>
                                <a:cubicBezTo>
                                  <a:pt x="10286766" y="1605461"/>
                                  <a:pt x="9823713" y="2068514"/>
                                  <a:pt x="9252509" y="2068514"/>
                                </a:cubicBezTo>
                                <a:cubicBezTo>
                                  <a:pt x="8681305" y="2068514"/>
                                  <a:pt x="8218252" y="1605461"/>
                                  <a:pt x="8218252" y="1034257"/>
                                </a:cubicBezTo>
                                <a:cubicBezTo>
                                  <a:pt x="8218252" y="463053"/>
                                  <a:pt x="8681305" y="0"/>
                                  <a:pt x="9252509" y="0"/>
                                </a:cubicBezTo>
                                <a:close/>
                              </a:path>
                            </a:pathLst>
                          </a:custGeom>
                          <a:solidFill>
                            <a:sysClr val="window" lastClr="FFFFFF"/>
                          </a:solidFill>
                          <a:ln>
                            <a:noFill/>
                          </a:ln>
                        </wps:spPr>
                        <wps:bodyPr anchor="ctr" anchorCtr="1"/>
                      </wps:wsp>
                    </wpg:wgp>
                  </a:graphicData>
                </a:graphic>
              </wp:anchor>
            </w:drawing>
          </mc:Choice>
          <mc:Fallback>
            <w:pict>
              <v:group w14:anchorId="354E5EE3" id="组合 21" o:spid="_x0000_s1026" style="position:absolute;margin-left:232.6pt;margin-top:-80.5pt;width:94.5pt;height:94.5pt;z-index:251677696" coordorigin="38823" coordsize="9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">
                <v:group id="组合 22" o:spid="_x0000_s1027" style="position:absolute;left:38823;width:9000;height:9000" coordorigin="38823" coordsize="7920,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oval id="MH_Other_2" o:spid="_x0000_s1028" style="position:absolute;left:38823;width:7920;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8jzMMA&#10;AADdAAAADwAAAGRycy9kb3ducmV2LnhtbERPzWoCMRC+F/oOYQq91USLWrZGaRdE8VbtAwyb6Wbp&#10;ZrIm0d369EYQepuP73cWq8G14kwhNp41jEcKBHHlTcO1hu/D+uUNREzIBlvPpOGPIqyWjw8LLIzv&#10;+YvO+1SLHMKxQA02pa6QMlaWHMaR74gz9+ODw5RhqKUJ2Odw18qJUjPpsOHcYLGj0lL1uz85DZut&#10;mh53pzKs7TC7lP3k6D7nO62fn4aPdxCJhvQvvru3Js9Xr2O4fZ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8jzMMAAADdAAAADwAAAAAAAAAAAAAAAACYAgAAZHJzL2Rv&#10;d25yZXYueG1sUEsFBgAAAAAEAAQA9QAAAIgDAAAAAA==&#10;" fillcolor="#e0e0e0" strokeweight="2.75pt">
                    <v:fill color2="window" rotate="t" angle="315" focus="100%" type="gradient">
                      <o:fill v:ext="view" type="gradientUnscaled"/>
                    </v:fill>
                    <v:stroke joinstyle="miter"/>
                    <v:shadow on="t" color="black" opacity="26214f" origin=".5,-.5" offset="-4.98903mm,4.98903mm"/>
                  </v:oval>
                  <v:oval id="MH_Title_1" o:spid="_x0000_s1029" style="position:absolute;left:40083;top:1260;width:54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5BSMQA&#10;AADdAAAADwAAAGRycy9kb3ducmV2LnhtbERPPWvDMBDdC/kP4gJdTCMnocW4kY1bCGTpkKRDx6t1&#10;tUytk7DUxPn3USGQ7R7v8zb1ZAdxojH0jhUsFzkI4tbpnjsFn8ftUwEiRGSNg2NScKEAdTV72GCp&#10;3Zn3dDrETqQQDiUqMDH6UsrQGrIYFs4TJ+7HjRZjgmMn9YjnFG4HucrzF2mx59Rg0NO7ofb38GcV&#10;7C9hbfwyK5qv72ffvGUm+9hOSj3Op+YVRKQp3sU3906n+fl6Bf/fpBNk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QUjEAAAA3QAAAA8AAAAAAAAAAAAAAAAAmAIAAGRycy9k&#10;b3ducmV2LnhtbFBLBQYAAAAABAAEAPUAAACJAwAAAAA=&#10;" fillcolor="#5b9bd5" stroked="f" strokeweight="1pt">
                    <v:stroke joinstyle="miter"/>
                    <v:textbox inset="0,0,0,0"/>
                  </v:oval>
                </v:group>
                <v:shape id="KSO_Shape" o:spid="_x0000_s1030" style="position:absolute;left:41260;top:2802;width:3745;height:3586;visibility:visible;mso-wrap-style:square;v-text-anchor:middle-center" coordsize="12269552,1175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gYcQA&#10;AADdAAAADwAAAGRycy9kb3ducmV2LnhtbERPS2vCQBC+F/wPywje6kaFItFVtFD1ID5iKe1tyI5J&#10;NDsbsluN/94VBG/z8T1nPG1MKS5Uu8Kygl43AkGcWl1wpuD78PU+BOE8ssbSMim4kYPppPU2xljb&#10;K+/pkvhMhBB2MSrIva9iKV2ak0HXtRVx4I62NugDrDOpa7yGcFPKfhR9SIMFh4YcK/rMKT0n/0YB&#10;bdautyzPf4u5K7brYbI6/ex+leq0m9kIhKfGv8RP90qH+dFgAI9vwgly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QoGHEAAAA3QAAAA8AAAAAAAAAAAAAAAAAmAIAAGRycy9k&#10;b3ducmV2LnhtbFBLBQYAAAAABAAEAPUAAACJAwAAAAA=&#10;" path="m5478990,1790700v2507515,,2507515,,2507515,c8170440,1790700,8335605,1862026,8459480,1982155v1599104,1599209,1599104,1599209,1599104,1599209c11383663,2256197,11383663,2256197,11383663,2256197v93844,-78834,213965,-123882,345347,-123882c12029311,2132315,12269552,2372572,12269552,2669139v,127637,-48799,247765,-123874,337861c10546573,4621226,10546573,4621226,10546573,4621226v-484235,484268,-874627,71326,-874627,71326c8692213,3709001,8692213,3709001,8692213,3709001,7156923,5480895,7156923,5480895,7156923,5480895,8560831,6884896,8560831,6884896,8560831,6884896v,,296548,274043,127628,822129c7900169,11220781,7900169,11220781,7900169,11220781v-60061,304075,-330332,533070,-653156,533070c6879144,11753851,6578843,11453530,6578843,11085637v,-60065,7508,-116375,18769,-168931c7247013,8037378,7247013,8037378,7247013,8037378,5647909,6483216,5647909,6483216,5647909,6483216,4277784,8014854,4277784,8014854,4277784,8014854v,,-221472,274043,-814567,255273c681676,8273881,681676,8273881,681676,8273881,370114,8277635,88581,8067410,17260,7752073,-65323,7391688,156149,7038811,516511,6956222v56306,-11262,112613,-15016,168919,-15016c3080333,6948714,3080333,6948714,3080333,6948714,6623888,2841824,6623888,2841824,6623888,2841824r-927180,-3754c4086342,4696306,4086342,4696306,4086342,4696306v-93844,116375,-236487,187701,-397899,187701c3399403,4884007,3166669,4651258,3166669,4365953v,-157669,67568,-296567,176428,-390417c5077337,1978401,5077337,1978401,5077337,1978401v93844,-116375,236487,-187701,401653,-187701xm9252509,v571204,,1034257,463053,1034257,1034257c10286766,1605461,9823713,2068514,9252509,2068514v-571204,,-1034257,-463053,-1034257,-1034257c8218252,463053,8681305,,9252509,xe" fillcolor="window" stroked="f">
                  <v:path arrowok="t" o:connecttype="custom" o:connectlocs="24536,8017;35765,8017;37883,8874;45045,16033;50979,10101;52525,9546;54946,11949;54391,13462;47230,20689;43313,21008;38926,16605;32050,24537;38337,30823;38909,34503;35379,50234;32454,52620;29462,49629;29546,48872;32454,35982;25293,29024;19157,35881;15509,37024;3053,37041;77,34705;2313,31142;3070,31075;13794,31108;29663,12722;25511,12706;18300,21025;16518,21865;14181,19546;14971,17798;22737,8857;24536,8017;41435,0;46066,4630;41435,9260;36803,4630;41435,0" o:connectangles="0,0,0,0,0,0,0,0,0,0,0,0,0,0,0,0,0,0,0,0,0,0,0,0,0,0,0,0,0,0,0,0,0,0,0,0,0,0,0,0"/>
                  <o:lock v:ext="edit" aspectratio="t"/>
                </v:shape>
              </v:group>
            </w:pict>
          </mc:Fallback>
        </mc:AlternateContent>
      </w:r>
      <w:r w:rsidR="00115463" w:rsidRPr="00115463">
        <w:rPr>
          <w:b w:val="0"/>
          <w:bCs w:val="0"/>
          <w:noProof/>
          <w:sz w:val="22"/>
          <w:szCs w:val="22"/>
          <w:lang w:val="ru-RU" w:eastAsia="ru-RU"/>
        </w:rPr>
        <mc:AlternateContent>
          <mc:Choice Requires="wpg">
            <w:drawing>
              <wp:anchor distT="0" distB="0" distL="114300" distR="114300" simplePos="0" relativeHeight="251678720" behindDoc="0" locked="0" layoutInCell="1" allowOverlap="1" wp14:anchorId="710E37CE" wp14:editId="497FD551">
                <wp:simplePos x="0" y="0"/>
                <wp:positionH relativeFrom="column">
                  <wp:posOffset>3609975</wp:posOffset>
                </wp:positionH>
                <wp:positionV relativeFrom="paragraph">
                  <wp:posOffset>381000</wp:posOffset>
                </wp:positionV>
                <wp:extent cx="1200000" cy="1200000"/>
                <wp:effectExtent l="419100" t="57150" r="76835" b="438785"/>
                <wp:wrapNone/>
                <wp:docPr id="1034" name="组合 26"/>
                <wp:cNvGraphicFramePr/>
                <a:graphic xmlns:a="http://schemas.openxmlformats.org/drawingml/2006/main">
                  <a:graphicData uri="http://schemas.microsoft.com/office/word/2010/wordprocessingGroup">
                    <wpg:wgp>
                      <wpg:cNvGrpSpPr/>
                      <wpg:grpSpPr>
                        <a:xfrm>
                          <a:off x="0" y="0"/>
                          <a:ext cx="1200000" cy="1200000"/>
                          <a:chOff x="4537985" y="1403827"/>
                          <a:chExt cx="900000" cy="900000"/>
                        </a:xfrm>
                      </wpg:grpSpPr>
                      <wpg:grpSp>
                        <wpg:cNvPr id="1035" name="组合 27"/>
                        <wpg:cNvGrpSpPr/>
                        <wpg:grpSpPr>
                          <a:xfrm>
                            <a:off x="4537985" y="1403827"/>
                            <a:ext cx="900000" cy="900000"/>
                            <a:chOff x="4537985" y="1403827"/>
                            <a:chExt cx="792000" cy="792000"/>
                          </a:xfrm>
                        </wpg:grpSpPr>
                        <wps:wsp>
                          <wps:cNvPr id="1036" name="MH_Other_2"/>
                          <wps:cNvSpPr/>
                          <wps:spPr>
                            <a:xfrm>
                              <a:off x="4537985" y="1403827"/>
                              <a:ext cx="792000" cy="792000"/>
                            </a:xfrm>
                            <a:prstGeom prst="ellipse">
                              <a:avLst/>
                            </a:prstGeom>
                            <a:gradFill flip="none" rotWithShape="1">
                              <a:gsLst>
                                <a:gs pos="100000">
                                  <a:sysClr val="window" lastClr="FFFFFF"/>
                                </a:gs>
                                <a:gs pos="0">
                                  <a:srgbClr val="E0E0E0"/>
                                </a:gs>
                              </a:gsLst>
                              <a:lin ang="8100000" scaled="0"/>
                              <a:tileRect/>
                            </a:gradFill>
                            <a:ln w="34925" cap="flat" cmpd="sng" algn="ctr">
                              <a:gradFill>
                                <a:gsLst>
                                  <a:gs pos="100000">
                                    <a:sysClr val="window" lastClr="FFFFFF">
                                      <a:lumMod val="85000"/>
                                    </a:sysClr>
                                  </a:gs>
                                  <a:gs pos="0">
                                    <a:sysClr val="window" lastClr="FFFFFF"/>
                                  </a:gs>
                                </a:gsLst>
                                <a:lin ang="8100000" scaled="0"/>
                              </a:gradFill>
                              <a:prstDash val="solid"/>
                              <a:miter lim="800000"/>
                            </a:ln>
                            <a:effectLst>
                              <a:outerShdw blurRad="279400" dist="254000" dir="8100000" algn="tr" rotWithShape="0">
                                <a:prstClr val="black">
                                  <a:alpha val="40000"/>
                                </a:prstClr>
                              </a:outerShdw>
                            </a:effectLst>
                          </wps:spPr>
                          <wps:bodyPr anchor="ctr"/>
                        </wps:wsp>
                        <wps:wsp>
                          <wps:cNvPr id="1037" name="MH_Title_1"/>
                          <wps:cNvSpPr/>
                          <wps:spPr>
                            <a:xfrm>
                              <a:off x="4663985" y="1529827"/>
                              <a:ext cx="540000" cy="540000"/>
                            </a:xfrm>
                            <a:prstGeom prst="ellipse">
                              <a:avLst/>
                            </a:prstGeom>
                            <a:solidFill>
                              <a:srgbClr val="ED7D31"/>
                            </a:solidFill>
                            <a:ln w="12700" cap="flat" cmpd="sng" algn="ctr">
                              <a:noFill/>
                              <a:prstDash val="solid"/>
                              <a:miter lim="800000"/>
                            </a:ln>
                            <a:effectLst>
                              <a:innerShdw blurRad="63500" dist="50800" dir="18900000">
                                <a:prstClr val="black">
                                  <a:alpha val="30000"/>
                                </a:prstClr>
                              </a:innerShdw>
                            </a:effectLst>
                          </wps:spPr>
                          <wps:bodyPr lIns="0" tIns="0" rIns="0" bIns="0" anchor="ctr"/>
                        </wps:wsp>
                      </wpg:grpSp>
                      <wps:wsp>
                        <wps:cNvPr id="1038" name="KSO_Shape"/>
                        <wps:cNvSpPr>
                          <a:spLocks noChangeAspect="1"/>
                        </wps:cNvSpPr>
                        <wps:spPr bwMode="auto">
                          <a:xfrm>
                            <a:off x="4816189" y="1671711"/>
                            <a:ext cx="343593" cy="364233"/>
                          </a:xfrm>
                          <a:custGeom>
                            <a:avLst/>
                            <a:gdLst>
                              <a:gd name="T0" fmla="*/ 871762 w 2344738"/>
                              <a:gd name="T1" fmla="*/ 2409190 h 2484437"/>
                              <a:gd name="T2" fmla="*/ 1162059 w 2344738"/>
                              <a:gd name="T3" fmla="*/ 2170588 h 2484437"/>
                              <a:gd name="T4" fmla="*/ 1847045 w 2344738"/>
                              <a:gd name="T5" fmla="*/ 1914799 h 2484437"/>
                              <a:gd name="T6" fmla="*/ 1989223 w 2344738"/>
                              <a:gd name="T7" fmla="*/ 2174222 h 2484437"/>
                              <a:gd name="T8" fmla="*/ 2171725 w 2344738"/>
                              <a:gd name="T9" fmla="*/ 2027497 h 2484437"/>
                              <a:gd name="T10" fmla="*/ 577756 w 2344738"/>
                              <a:gd name="T11" fmla="*/ 1710690 h 2484437"/>
                              <a:gd name="T12" fmla="*/ 918226 w 2344738"/>
                              <a:gd name="T13" fmla="*/ 1971358 h 2484437"/>
                              <a:gd name="T14" fmla="*/ 916117 w 2344738"/>
                              <a:gd name="T15" fmla="*/ 1782955 h 2484437"/>
                              <a:gd name="T16" fmla="*/ 1163655 w 2344738"/>
                              <a:gd name="T17" fmla="*/ 1791018 h 2484437"/>
                              <a:gd name="T18" fmla="*/ 1369346 w 2344738"/>
                              <a:gd name="T19" fmla="*/ 1978503 h 2484437"/>
                              <a:gd name="T20" fmla="*/ 1844763 w 2344738"/>
                              <a:gd name="T21" fmla="*/ 1695450 h 2484437"/>
                              <a:gd name="T22" fmla="*/ 1613852 w 2344738"/>
                              <a:gd name="T23" fmla="*/ 1757995 h 2484437"/>
                              <a:gd name="T24" fmla="*/ 1466215 w 2344738"/>
                              <a:gd name="T25" fmla="*/ 1665804 h 2484437"/>
                              <a:gd name="T26" fmla="*/ 139383 w 2344738"/>
                              <a:gd name="T27" fmla="*/ 1551132 h 2484437"/>
                              <a:gd name="T28" fmla="*/ 121920 w 2344738"/>
                              <a:gd name="T29" fmla="*/ 1806533 h 2484437"/>
                              <a:gd name="T30" fmla="*/ 349213 w 2344738"/>
                              <a:gd name="T31" fmla="*/ 1603596 h 2484437"/>
                              <a:gd name="T32" fmla="*/ 904689 w 2344738"/>
                              <a:gd name="T33" fmla="*/ 1386127 h 2484437"/>
                              <a:gd name="T34" fmla="*/ 637223 w 2344738"/>
                              <a:gd name="T35" fmla="*/ 1626218 h 2484437"/>
                              <a:gd name="T36" fmla="*/ 468909 w 2344738"/>
                              <a:gd name="T37" fmla="*/ 1265925 h 2484437"/>
                              <a:gd name="T38" fmla="*/ 430842 w 2344738"/>
                              <a:gd name="T39" fmla="*/ 1122045 h 2484437"/>
                              <a:gd name="T40" fmla="*/ 1268838 w 2344738"/>
                              <a:gd name="T41" fmla="*/ 1494705 h 2484437"/>
                              <a:gd name="T42" fmla="*/ 1607502 w 2344738"/>
                              <a:gd name="T43" fmla="*/ 1509397 h 2484437"/>
                              <a:gd name="T44" fmla="*/ 1745572 w 2344738"/>
                              <a:gd name="T45" fmla="*/ 1626218 h 2484437"/>
                              <a:gd name="T46" fmla="*/ 1985330 w 2344738"/>
                              <a:gd name="T47" fmla="*/ 1321435 h 2484437"/>
                              <a:gd name="T48" fmla="*/ 959075 w 2344738"/>
                              <a:gd name="T49" fmla="*/ 1223010 h 2484437"/>
                              <a:gd name="T50" fmla="*/ 1590675 w 2344738"/>
                              <a:gd name="T51" fmla="*/ 717903 h 2484437"/>
                              <a:gd name="T52" fmla="*/ 1221105 w 2344738"/>
                              <a:gd name="T53" fmla="*/ 1447738 h 2484437"/>
                              <a:gd name="T54" fmla="*/ 1833657 w 2344738"/>
                              <a:gd name="T55" fmla="*/ 772478 h 2484437"/>
                              <a:gd name="T56" fmla="*/ 707217 w 2344738"/>
                              <a:gd name="T57" fmla="*/ 636270 h 2484437"/>
                              <a:gd name="T58" fmla="*/ 651510 w 2344738"/>
                              <a:gd name="T59" fmla="*/ 1030166 h 2484437"/>
                              <a:gd name="T60" fmla="*/ 1878779 w 2344738"/>
                              <a:gd name="T61" fmla="*/ 599489 h 2484437"/>
                              <a:gd name="T62" fmla="*/ 2173605 w 2344738"/>
                              <a:gd name="T63" fmla="*/ 692847 h 2484437"/>
                              <a:gd name="T64" fmla="*/ 2093597 w 2344738"/>
                              <a:gd name="T65" fmla="*/ 537027 h 2484437"/>
                              <a:gd name="T66" fmla="*/ 260298 w 2344738"/>
                              <a:gd name="T67" fmla="*/ 577256 h 2484437"/>
                              <a:gd name="T68" fmla="*/ 273014 w 2344738"/>
                              <a:gd name="T69" fmla="*/ 751147 h 2484437"/>
                              <a:gd name="T70" fmla="*/ 532634 w 2344738"/>
                              <a:gd name="T71" fmla="*/ 599489 h 2484437"/>
                              <a:gd name="T72" fmla="*/ 932432 w 2344738"/>
                              <a:gd name="T73" fmla="*/ 577533 h 2484437"/>
                              <a:gd name="T74" fmla="*/ 1226230 w 2344738"/>
                              <a:gd name="T75" fmla="*/ 474027 h 2484437"/>
                              <a:gd name="T76" fmla="*/ 1322388 w 2344738"/>
                              <a:gd name="T77" fmla="*/ 712503 h 2484437"/>
                              <a:gd name="T78" fmla="*/ 1595994 w 2344738"/>
                              <a:gd name="T79" fmla="*/ 561340 h 2484437"/>
                              <a:gd name="T80" fmla="*/ 1022828 w 2344738"/>
                              <a:gd name="T81" fmla="*/ 100965 h 2484437"/>
                              <a:gd name="T82" fmla="*/ 1158106 w 2344738"/>
                              <a:gd name="T83" fmla="*/ 312420 h 2484437"/>
                              <a:gd name="T84" fmla="*/ 1118615 w 2344738"/>
                              <a:gd name="T85" fmla="*/ 67628 h 2484437"/>
                              <a:gd name="T86" fmla="*/ 1343177 w 2344738"/>
                              <a:gd name="T87" fmla="*/ 191770 h 2484437"/>
                              <a:gd name="T88" fmla="*/ 1909128 w 2344738"/>
                              <a:gd name="T89" fmla="*/ 458790 h 2484437"/>
                              <a:gd name="T90" fmla="*/ 2231565 w 2344738"/>
                              <a:gd name="T91" fmla="*/ 430530 h 2484437"/>
                              <a:gd name="T92" fmla="*/ 2344738 w 2344738"/>
                              <a:gd name="T93" fmla="*/ 562777 h 2484437"/>
                              <a:gd name="T94" fmla="*/ 2230438 w 2344738"/>
                              <a:gd name="T95" fmla="*/ 724605 h 2484437"/>
                              <a:gd name="T96" fmla="*/ 2134871 w 2344738"/>
                              <a:gd name="T97" fmla="*/ 1265400 h 2484437"/>
                              <a:gd name="T98" fmla="*/ 2171407 w 2344738"/>
                              <a:gd name="T99" fmla="*/ 1880454 h 2484437"/>
                              <a:gd name="T100" fmla="*/ 2202512 w 2344738"/>
                              <a:gd name="T101" fmla="*/ 2178986 h 2484437"/>
                              <a:gd name="T102" fmla="*/ 1751813 w 2344738"/>
                              <a:gd name="T103" fmla="*/ 2197723 h 2484437"/>
                              <a:gd name="T104" fmla="*/ 1125316 w 2344738"/>
                              <a:gd name="T105" fmla="*/ 2346007 h 2484437"/>
                              <a:gd name="T106" fmla="*/ 852722 w 2344738"/>
                              <a:gd name="T107" fmla="*/ 2471102 h 2484437"/>
                              <a:gd name="T108" fmla="*/ 691196 w 2344738"/>
                              <a:gd name="T109" fmla="*/ 2049780 h 2484437"/>
                              <a:gd name="T110" fmla="*/ 149860 w 2344738"/>
                              <a:gd name="T111" fmla="*/ 1882136 h 2484437"/>
                              <a:gd name="T112" fmla="*/ 2540 w 2344738"/>
                              <a:gd name="T113" fmla="*/ 1690904 h 2484437"/>
                              <a:gd name="T114" fmla="*/ 276542 w 2344738"/>
                              <a:gd name="T115" fmla="*/ 1265400 h 2484437"/>
                              <a:gd name="T116" fmla="*/ 162385 w 2344738"/>
                              <a:gd name="T117" fmla="*/ 796289 h 2484437"/>
                              <a:gd name="T118" fmla="*/ 49212 w 2344738"/>
                              <a:gd name="T119" fmla="*/ 664361 h 2484437"/>
                              <a:gd name="T120" fmla="*/ 161613 w 2344738"/>
                              <a:gd name="T121" fmla="*/ 520400 h 2484437"/>
                              <a:gd name="T122" fmla="*/ 567447 w 2344738"/>
                              <a:gd name="T123" fmla="*/ 475939 h 2484437"/>
                              <a:gd name="T124" fmla="*/ 925454 w 2344738"/>
                              <a:gd name="T125" fmla="*/ 141922 h 2484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44738" h="2484437">
                                <a:moveTo>
                                  <a:pt x="756092" y="2055731"/>
                                </a:moveTo>
                                <a:lnTo>
                                  <a:pt x="756568" y="2065020"/>
                                </a:lnTo>
                                <a:lnTo>
                                  <a:pt x="759424" y="2100897"/>
                                </a:lnTo>
                                <a:lnTo>
                                  <a:pt x="761011" y="2118360"/>
                                </a:lnTo>
                                <a:lnTo>
                                  <a:pt x="762915" y="2135187"/>
                                </a:lnTo>
                                <a:lnTo>
                                  <a:pt x="765136" y="2151697"/>
                                </a:lnTo>
                                <a:lnTo>
                                  <a:pt x="767675" y="2167255"/>
                                </a:lnTo>
                                <a:lnTo>
                                  <a:pt x="770214" y="2183130"/>
                                </a:lnTo>
                                <a:lnTo>
                                  <a:pt x="773070" y="2198052"/>
                                </a:lnTo>
                                <a:lnTo>
                                  <a:pt x="775609" y="2212975"/>
                                </a:lnTo>
                                <a:lnTo>
                                  <a:pt x="778782" y="2227262"/>
                                </a:lnTo>
                                <a:lnTo>
                                  <a:pt x="781955" y="2241232"/>
                                </a:lnTo>
                                <a:lnTo>
                                  <a:pt x="785129" y="2254250"/>
                                </a:lnTo>
                                <a:lnTo>
                                  <a:pt x="788619" y="2267267"/>
                                </a:lnTo>
                                <a:lnTo>
                                  <a:pt x="792427" y="2279650"/>
                                </a:lnTo>
                                <a:lnTo>
                                  <a:pt x="796553" y="2291397"/>
                                </a:lnTo>
                                <a:lnTo>
                                  <a:pt x="800678" y="2303145"/>
                                </a:lnTo>
                                <a:lnTo>
                                  <a:pt x="804486" y="2314257"/>
                                </a:lnTo>
                                <a:lnTo>
                                  <a:pt x="808929" y="2324735"/>
                                </a:lnTo>
                                <a:lnTo>
                                  <a:pt x="813372" y="2334577"/>
                                </a:lnTo>
                                <a:lnTo>
                                  <a:pt x="817815" y="2343785"/>
                                </a:lnTo>
                                <a:lnTo>
                                  <a:pt x="822892" y="2352992"/>
                                </a:lnTo>
                                <a:lnTo>
                                  <a:pt x="827969" y="2361247"/>
                                </a:lnTo>
                                <a:lnTo>
                                  <a:pt x="833047" y="2369185"/>
                                </a:lnTo>
                                <a:lnTo>
                                  <a:pt x="837807" y="2376487"/>
                                </a:lnTo>
                                <a:lnTo>
                                  <a:pt x="843202" y="2383472"/>
                                </a:lnTo>
                                <a:lnTo>
                                  <a:pt x="848596" y="2389505"/>
                                </a:lnTo>
                                <a:lnTo>
                                  <a:pt x="854309" y="2395220"/>
                                </a:lnTo>
                                <a:lnTo>
                                  <a:pt x="860021" y="2400617"/>
                                </a:lnTo>
                                <a:lnTo>
                                  <a:pt x="866050" y="2405380"/>
                                </a:lnTo>
                                <a:lnTo>
                                  <a:pt x="871762" y="2409190"/>
                                </a:lnTo>
                                <a:lnTo>
                                  <a:pt x="877792" y="2412682"/>
                                </a:lnTo>
                                <a:lnTo>
                                  <a:pt x="884138" y="2415540"/>
                                </a:lnTo>
                                <a:lnTo>
                                  <a:pt x="890485" y="2417445"/>
                                </a:lnTo>
                                <a:lnTo>
                                  <a:pt x="896515" y="2419350"/>
                                </a:lnTo>
                                <a:lnTo>
                                  <a:pt x="904765" y="2420620"/>
                                </a:lnTo>
                                <a:lnTo>
                                  <a:pt x="913334" y="2420937"/>
                                </a:lnTo>
                                <a:lnTo>
                                  <a:pt x="921584" y="2420620"/>
                                </a:lnTo>
                                <a:lnTo>
                                  <a:pt x="930470" y="2419032"/>
                                </a:lnTo>
                                <a:lnTo>
                                  <a:pt x="939355" y="2417127"/>
                                </a:lnTo>
                                <a:lnTo>
                                  <a:pt x="948241" y="2413635"/>
                                </a:lnTo>
                                <a:lnTo>
                                  <a:pt x="957444" y="2409825"/>
                                </a:lnTo>
                                <a:lnTo>
                                  <a:pt x="966964" y="2405380"/>
                                </a:lnTo>
                                <a:lnTo>
                                  <a:pt x="976484" y="2399665"/>
                                </a:lnTo>
                                <a:lnTo>
                                  <a:pt x="986004" y="2392997"/>
                                </a:lnTo>
                                <a:lnTo>
                                  <a:pt x="996159" y="2386012"/>
                                </a:lnTo>
                                <a:lnTo>
                                  <a:pt x="1005997" y="2378075"/>
                                </a:lnTo>
                                <a:lnTo>
                                  <a:pt x="1016151" y="2368867"/>
                                </a:lnTo>
                                <a:lnTo>
                                  <a:pt x="1026624" y="2359025"/>
                                </a:lnTo>
                                <a:lnTo>
                                  <a:pt x="1036778" y="2348865"/>
                                </a:lnTo>
                                <a:lnTo>
                                  <a:pt x="1047251" y="2337752"/>
                                </a:lnTo>
                                <a:lnTo>
                                  <a:pt x="1057723" y="2325687"/>
                                </a:lnTo>
                                <a:lnTo>
                                  <a:pt x="1067878" y="2312987"/>
                                </a:lnTo>
                                <a:lnTo>
                                  <a:pt x="1078667" y="2299652"/>
                                </a:lnTo>
                                <a:lnTo>
                                  <a:pt x="1089457" y="2285365"/>
                                </a:lnTo>
                                <a:lnTo>
                                  <a:pt x="1100246" y="2270442"/>
                                </a:lnTo>
                                <a:lnTo>
                                  <a:pt x="1111036" y="2254567"/>
                                </a:lnTo>
                                <a:lnTo>
                                  <a:pt x="1121825" y="2238057"/>
                                </a:lnTo>
                                <a:lnTo>
                                  <a:pt x="1132615" y="2221230"/>
                                </a:lnTo>
                                <a:lnTo>
                                  <a:pt x="1143404" y="2203450"/>
                                </a:lnTo>
                                <a:lnTo>
                                  <a:pt x="1153877" y="2185035"/>
                                </a:lnTo>
                                <a:lnTo>
                                  <a:pt x="1162059" y="2170588"/>
                                </a:lnTo>
                                <a:lnTo>
                                  <a:pt x="1158106" y="2170430"/>
                                </a:lnTo>
                                <a:lnTo>
                                  <a:pt x="1134306" y="2168842"/>
                                </a:lnTo>
                                <a:lnTo>
                                  <a:pt x="1110823" y="2166619"/>
                                </a:lnTo>
                                <a:lnTo>
                                  <a:pt x="1087340" y="2164079"/>
                                </a:lnTo>
                                <a:lnTo>
                                  <a:pt x="1063857" y="2160903"/>
                                </a:lnTo>
                                <a:lnTo>
                                  <a:pt x="1041326" y="2157093"/>
                                </a:lnTo>
                                <a:lnTo>
                                  <a:pt x="1018160" y="2152647"/>
                                </a:lnTo>
                                <a:lnTo>
                                  <a:pt x="995629" y="2147884"/>
                                </a:lnTo>
                                <a:lnTo>
                                  <a:pt x="973415" y="2142485"/>
                                </a:lnTo>
                                <a:lnTo>
                                  <a:pt x="951519" y="2136134"/>
                                </a:lnTo>
                                <a:lnTo>
                                  <a:pt x="928988" y="2129783"/>
                                </a:lnTo>
                                <a:lnTo>
                                  <a:pt x="907727" y="2122797"/>
                                </a:lnTo>
                                <a:lnTo>
                                  <a:pt x="886148" y="2115176"/>
                                </a:lnTo>
                                <a:lnTo>
                                  <a:pt x="864886" y="2106919"/>
                                </a:lnTo>
                                <a:lnTo>
                                  <a:pt x="843942" y="2098663"/>
                                </a:lnTo>
                                <a:lnTo>
                                  <a:pt x="822997" y="2089454"/>
                                </a:lnTo>
                                <a:lnTo>
                                  <a:pt x="802688" y="2079609"/>
                                </a:lnTo>
                                <a:lnTo>
                                  <a:pt x="782378" y="2069765"/>
                                </a:lnTo>
                                <a:lnTo>
                                  <a:pt x="762386" y="2059286"/>
                                </a:lnTo>
                                <a:lnTo>
                                  <a:pt x="756092" y="2055731"/>
                                </a:lnTo>
                                <a:close/>
                                <a:moveTo>
                                  <a:pt x="1982350" y="1752593"/>
                                </a:moveTo>
                                <a:lnTo>
                                  <a:pt x="1976519" y="1761420"/>
                                </a:lnTo>
                                <a:lnTo>
                                  <a:pt x="1963826" y="1779838"/>
                                </a:lnTo>
                                <a:lnTo>
                                  <a:pt x="1950498" y="1797939"/>
                                </a:lnTo>
                                <a:lnTo>
                                  <a:pt x="1937169" y="1815722"/>
                                </a:lnTo>
                                <a:lnTo>
                                  <a:pt x="1923207" y="1832870"/>
                                </a:lnTo>
                                <a:lnTo>
                                  <a:pt x="1908609" y="1850335"/>
                                </a:lnTo>
                                <a:lnTo>
                                  <a:pt x="1893694" y="1866848"/>
                                </a:lnTo>
                                <a:lnTo>
                                  <a:pt x="1878779" y="1883043"/>
                                </a:lnTo>
                                <a:lnTo>
                                  <a:pt x="1862912" y="1899239"/>
                                </a:lnTo>
                                <a:lnTo>
                                  <a:pt x="1847045" y="1914799"/>
                                </a:lnTo>
                                <a:lnTo>
                                  <a:pt x="1830544" y="1929724"/>
                                </a:lnTo>
                                <a:lnTo>
                                  <a:pt x="1814043" y="1944966"/>
                                </a:lnTo>
                                <a:lnTo>
                                  <a:pt x="1796906" y="1958939"/>
                                </a:lnTo>
                                <a:lnTo>
                                  <a:pt x="1779453" y="1973229"/>
                                </a:lnTo>
                                <a:lnTo>
                                  <a:pt x="1761999" y="1986884"/>
                                </a:lnTo>
                                <a:lnTo>
                                  <a:pt x="1743911" y="1999903"/>
                                </a:lnTo>
                                <a:lnTo>
                                  <a:pt x="1725505" y="2012923"/>
                                </a:lnTo>
                                <a:lnTo>
                                  <a:pt x="1706465" y="2025308"/>
                                </a:lnTo>
                                <a:lnTo>
                                  <a:pt x="1687742" y="2036740"/>
                                </a:lnTo>
                                <a:lnTo>
                                  <a:pt x="1668385" y="2048172"/>
                                </a:lnTo>
                                <a:lnTo>
                                  <a:pt x="1649027" y="2059286"/>
                                </a:lnTo>
                                <a:lnTo>
                                  <a:pt x="1629035" y="2069765"/>
                                </a:lnTo>
                                <a:lnTo>
                                  <a:pt x="1608725" y="2079609"/>
                                </a:lnTo>
                                <a:lnTo>
                                  <a:pt x="1604716" y="2081523"/>
                                </a:lnTo>
                                <a:lnTo>
                                  <a:pt x="1636599" y="2093237"/>
                                </a:lnTo>
                                <a:lnTo>
                                  <a:pt x="1675639" y="2106893"/>
                                </a:lnTo>
                                <a:lnTo>
                                  <a:pt x="1714043" y="2119279"/>
                                </a:lnTo>
                                <a:lnTo>
                                  <a:pt x="1751496" y="2130395"/>
                                </a:lnTo>
                                <a:lnTo>
                                  <a:pt x="1787679" y="2140558"/>
                                </a:lnTo>
                                <a:lnTo>
                                  <a:pt x="1822275" y="2149450"/>
                                </a:lnTo>
                                <a:lnTo>
                                  <a:pt x="1839096" y="2153261"/>
                                </a:lnTo>
                                <a:lnTo>
                                  <a:pt x="1855918" y="2156755"/>
                                </a:lnTo>
                                <a:lnTo>
                                  <a:pt x="1872105" y="2159613"/>
                                </a:lnTo>
                                <a:lnTo>
                                  <a:pt x="1887975" y="2162789"/>
                                </a:lnTo>
                                <a:lnTo>
                                  <a:pt x="1903527" y="2165329"/>
                                </a:lnTo>
                                <a:lnTo>
                                  <a:pt x="1919079" y="2167870"/>
                                </a:lnTo>
                                <a:lnTo>
                                  <a:pt x="1933679" y="2169776"/>
                                </a:lnTo>
                                <a:lnTo>
                                  <a:pt x="1948280" y="2171364"/>
                                </a:lnTo>
                                <a:lnTo>
                                  <a:pt x="1962245" y="2172634"/>
                                </a:lnTo>
                                <a:lnTo>
                                  <a:pt x="1975893" y="2173587"/>
                                </a:lnTo>
                                <a:lnTo>
                                  <a:pt x="1989223" y="2174222"/>
                                </a:lnTo>
                                <a:lnTo>
                                  <a:pt x="2002237" y="2175175"/>
                                </a:lnTo>
                                <a:lnTo>
                                  <a:pt x="2014615" y="2175175"/>
                                </a:lnTo>
                                <a:lnTo>
                                  <a:pt x="2026993" y="2175175"/>
                                </a:lnTo>
                                <a:lnTo>
                                  <a:pt x="2038737" y="2174222"/>
                                </a:lnTo>
                                <a:lnTo>
                                  <a:pt x="2049845" y="2173587"/>
                                </a:lnTo>
                                <a:lnTo>
                                  <a:pt x="2060637" y="2172634"/>
                                </a:lnTo>
                                <a:lnTo>
                                  <a:pt x="2071111" y="2171364"/>
                                </a:lnTo>
                                <a:lnTo>
                                  <a:pt x="2080950" y="2169776"/>
                                </a:lnTo>
                                <a:lnTo>
                                  <a:pt x="2090789" y="2167870"/>
                                </a:lnTo>
                                <a:lnTo>
                                  <a:pt x="2099994" y="2165329"/>
                                </a:lnTo>
                                <a:lnTo>
                                  <a:pt x="2108246" y="2162789"/>
                                </a:lnTo>
                                <a:lnTo>
                                  <a:pt x="2116815" y="2159930"/>
                                </a:lnTo>
                                <a:lnTo>
                                  <a:pt x="2124433" y="2156755"/>
                                </a:lnTo>
                                <a:lnTo>
                                  <a:pt x="2131415" y="2153261"/>
                                </a:lnTo>
                                <a:lnTo>
                                  <a:pt x="2138398" y="2149768"/>
                                </a:lnTo>
                                <a:lnTo>
                                  <a:pt x="2144429" y="2145321"/>
                                </a:lnTo>
                                <a:lnTo>
                                  <a:pt x="2150142" y="2141193"/>
                                </a:lnTo>
                                <a:lnTo>
                                  <a:pt x="2155537" y="2136747"/>
                                </a:lnTo>
                                <a:lnTo>
                                  <a:pt x="2160298" y="2131665"/>
                                </a:lnTo>
                                <a:lnTo>
                                  <a:pt x="2164425" y="2126266"/>
                                </a:lnTo>
                                <a:lnTo>
                                  <a:pt x="2167916" y="2120867"/>
                                </a:lnTo>
                                <a:lnTo>
                                  <a:pt x="2171725" y="2113563"/>
                                </a:lnTo>
                                <a:lnTo>
                                  <a:pt x="2174899" y="2105941"/>
                                </a:lnTo>
                                <a:lnTo>
                                  <a:pt x="2177120" y="2097683"/>
                                </a:lnTo>
                                <a:lnTo>
                                  <a:pt x="2178707" y="2089109"/>
                                </a:lnTo>
                                <a:lnTo>
                                  <a:pt x="2179025" y="2079581"/>
                                </a:lnTo>
                                <a:lnTo>
                                  <a:pt x="2179025" y="2070053"/>
                                </a:lnTo>
                                <a:lnTo>
                                  <a:pt x="2178390" y="2060208"/>
                                </a:lnTo>
                                <a:lnTo>
                                  <a:pt x="2176803" y="2049728"/>
                                </a:lnTo>
                                <a:lnTo>
                                  <a:pt x="2174899" y="2038930"/>
                                </a:lnTo>
                                <a:lnTo>
                                  <a:pt x="2171725" y="2027497"/>
                                </a:lnTo>
                                <a:lnTo>
                                  <a:pt x="2167916" y="2016064"/>
                                </a:lnTo>
                                <a:lnTo>
                                  <a:pt x="2163790" y="2003996"/>
                                </a:lnTo>
                                <a:lnTo>
                                  <a:pt x="2158394" y="1991292"/>
                                </a:lnTo>
                                <a:lnTo>
                                  <a:pt x="2152681" y="1978589"/>
                                </a:lnTo>
                                <a:lnTo>
                                  <a:pt x="2146016" y="1965568"/>
                                </a:lnTo>
                                <a:lnTo>
                                  <a:pt x="2138716" y="1952229"/>
                                </a:lnTo>
                                <a:lnTo>
                                  <a:pt x="2130781" y="1938255"/>
                                </a:lnTo>
                                <a:lnTo>
                                  <a:pt x="2121894" y="1924281"/>
                                </a:lnTo>
                                <a:lnTo>
                                  <a:pt x="2112689" y="1909672"/>
                                </a:lnTo>
                                <a:lnTo>
                                  <a:pt x="2102533" y="1895063"/>
                                </a:lnTo>
                                <a:lnTo>
                                  <a:pt x="2091741" y="1880137"/>
                                </a:lnTo>
                                <a:lnTo>
                                  <a:pt x="2080315" y="1865210"/>
                                </a:lnTo>
                                <a:lnTo>
                                  <a:pt x="2068572" y="1849331"/>
                                </a:lnTo>
                                <a:lnTo>
                                  <a:pt x="2055241" y="1834087"/>
                                </a:lnTo>
                                <a:lnTo>
                                  <a:pt x="2042228" y="1817890"/>
                                </a:lnTo>
                                <a:lnTo>
                                  <a:pt x="2027945" y="1801693"/>
                                </a:lnTo>
                                <a:lnTo>
                                  <a:pt x="2013345" y="1785814"/>
                                </a:lnTo>
                                <a:lnTo>
                                  <a:pt x="1998110" y="1768982"/>
                                </a:lnTo>
                                <a:lnTo>
                                  <a:pt x="1982350" y="1752593"/>
                                </a:lnTo>
                                <a:close/>
                                <a:moveTo>
                                  <a:pt x="704690" y="1683845"/>
                                </a:moveTo>
                                <a:lnTo>
                                  <a:pt x="688658" y="1685924"/>
                                </a:lnTo>
                                <a:lnTo>
                                  <a:pt x="671195" y="1688464"/>
                                </a:lnTo>
                                <a:lnTo>
                                  <a:pt x="654368" y="1690052"/>
                                </a:lnTo>
                                <a:lnTo>
                                  <a:pt x="638175" y="1691323"/>
                                </a:lnTo>
                                <a:lnTo>
                                  <a:pt x="621983" y="1692593"/>
                                </a:lnTo>
                                <a:lnTo>
                                  <a:pt x="606425" y="1693228"/>
                                </a:lnTo>
                                <a:lnTo>
                                  <a:pt x="590550" y="1693863"/>
                                </a:lnTo>
                                <a:lnTo>
                                  <a:pt x="575628" y="1693228"/>
                                </a:lnTo>
                                <a:lnTo>
                                  <a:pt x="564912" y="1692995"/>
                                </a:lnTo>
                                <a:lnTo>
                                  <a:pt x="566650" y="1695450"/>
                                </a:lnTo>
                                <a:lnTo>
                                  <a:pt x="577756" y="1710690"/>
                                </a:lnTo>
                                <a:lnTo>
                                  <a:pt x="589179" y="1725295"/>
                                </a:lnTo>
                                <a:lnTo>
                                  <a:pt x="601236" y="1740535"/>
                                </a:lnTo>
                                <a:lnTo>
                                  <a:pt x="612977" y="1754505"/>
                                </a:lnTo>
                                <a:lnTo>
                                  <a:pt x="625669" y="1768793"/>
                                </a:lnTo>
                                <a:lnTo>
                                  <a:pt x="638361" y="1782445"/>
                                </a:lnTo>
                                <a:lnTo>
                                  <a:pt x="651371" y="1796098"/>
                                </a:lnTo>
                                <a:lnTo>
                                  <a:pt x="665015" y="1809115"/>
                                </a:lnTo>
                                <a:lnTo>
                                  <a:pt x="678659" y="1821815"/>
                                </a:lnTo>
                                <a:lnTo>
                                  <a:pt x="692323" y="1833968"/>
                                </a:lnTo>
                                <a:lnTo>
                                  <a:pt x="692466" y="1831022"/>
                                </a:lnTo>
                                <a:lnTo>
                                  <a:pt x="695322" y="1784985"/>
                                </a:lnTo>
                                <a:lnTo>
                                  <a:pt x="699130" y="1737995"/>
                                </a:lnTo>
                                <a:lnTo>
                                  <a:pt x="703890" y="1691005"/>
                                </a:lnTo>
                                <a:lnTo>
                                  <a:pt x="704690" y="1683845"/>
                                </a:lnTo>
                                <a:close/>
                                <a:moveTo>
                                  <a:pt x="769029" y="1673012"/>
                                </a:moveTo>
                                <a:lnTo>
                                  <a:pt x="768310" y="1678622"/>
                                </a:lnTo>
                                <a:lnTo>
                                  <a:pt x="763232" y="1726565"/>
                                </a:lnTo>
                                <a:lnTo>
                                  <a:pt x="759424" y="1773555"/>
                                </a:lnTo>
                                <a:lnTo>
                                  <a:pt x="756568" y="1819275"/>
                                </a:lnTo>
                                <a:lnTo>
                                  <a:pt x="754029" y="1863725"/>
                                </a:lnTo>
                                <a:lnTo>
                                  <a:pt x="753619" y="1882342"/>
                                </a:lnTo>
                                <a:lnTo>
                                  <a:pt x="767505" y="1891983"/>
                                </a:lnTo>
                                <a:lnTo>
                                  <a:pt x="783053" y="1902143"/>
                                </a:lnTo>
                                <a:lnTo>
                                  <a:pt x="799236" y="1912303"/>
                                </a:lnTo>
                                <a:lnTo>
                                  <a:pt x="815419" y="1921828"/>
                                </a:lnTo>
                                <a:lnTo>
                                  <a:pt x="831919" y="1931035"/>
                                </a:lnTo>
                                <a:lnTo>
                                  <a:pt x="848736" y="1939925"/>
                                </a:lnTo>
                                <a:lnTo>
                                  <a:pt x="865870" y="1948498"/>
                                </a:lnTo>
                                <a:lnTo>
                                  <a:pt x="883005" y="1956435"/>
                                </a:lnTo>
                                <a:lnTo>
                                  <a:pt x="900774" y="1964055"/>
                                </a:lnTo>
                                <a:lnTo>
                                  <a:pt x="918226" y="1971358"/>
                                </a:lnTo>
                                <a:lnTo>
                                  <a:pt x="935995" y="1978025"/>
                                </a:lnTo>
                                <a:lnTo>
                                  <a:pt x="954399" y="1984375"/>
                                </a:lnTo>
                                <a:lnTo>
                                  <a:pt x="972486" y="1990090"/>
                                </a:lnTo>
                                <a:lnTo>
                                  <a:pt x="990889" y="1996123"/>
                                </a:lnTo>
                                <a:lnTo>
                                  <a:pt x="1009928" y="2000885"/>
                                </a:lnTo>
                                <a:lnTo>
                                  <a:pt x="1028649" y="2005648"/>
                                </a:lnTo>
                                <a:lnTo>
                                  <a:pt x="1047687" y="2009775"/>
                                </a:lnTo>
                                <a:lnTo>
                                  <a:pt x="1067043" y="2013268"/>
                                </a:lnTo>
                                <a:lnTo>
                                  <a:pt x="1086082" y="2016760"/>
                                </a:lnTo>
                                <a:lnTo>
                                  <a:pt x="1105755" y="2019300"/>
                                </a:lnTo>
                                <a:lnTo>
                                  <a:pt x="1125428" y="2021840"/>
                                </a:lnTo>
                                <a:lnTo>
                                  <a:pt x="1145418" y="2023428"/>
                                </a:lnTo>
                                <a:lnTo>
                                  <a:pt x="1165409" y="2024380"/>
                                </a:lnTo>
                                <a:lnTo>
                                  <a:pt x="1185399" y="2025333"/>
                                </a:lnTo>
                                <a:lnTo>
                                  <a:pt x="1205707" y="2025650"/>
                                </a:lnTo>
                                <a:lnTo>
                                  <a:pt x="1226014" y="2025333"/>
                                </a:lnTo>
                                <a:lnTo>
                                  <a:pt x="1246005" y="2024380"/>
                                </a:lnTo>
                                <a:lnTo>
                                  <a:pt x="1265995" y="2023428"/>
                                </a:lnTo>
                                <a:lnTo>
                                  <a:pt x="1285985" y="2021840"/>
                                </a:lnTo>
                                <a:lnTo>
                                  <a:pt x="1305658" y="2019300"/>
                                </a:lnTo>
                                <a:lnTo>
                                  <a:pt x="1309126" y="2018845"/>
                                </a:lnTo>
                                <a:lnTo>
                                  <a:pt x="1285562" y="2006536"/>
                                </a:lnTo>
                                <a:lnTo>
                                  <a:pt x="1242397" y="1983988"/>
                                </a:lnTo>
                                <a:lnTo>
                                  <a:pt x="1199231" y="1960486"/>
                                </a:lnTo>
                                <a:lnTo>
                                  <a:pt x="1156701" y="1936350"/>
                                </a:lnTo>
                                <a:lnTo>
                                  <a:pt x="1114487" y="1911260"/>
                                </a:lnTo>
                                <a:lnTo>
                                  <a:pt x="1074178" y="1886806"/>
                                </a:lnTo>
                                <a:lnTo>
                                  <a:pt x="1033869" y="1861717"/>
                                </a:lnTo>
                                <a:lnTo>
                                  <a:pt x="994195" y="1835992"/>
                                </a:lnTo>
                                <a:lnTo>
                                  <a:pt x="955156" y="1809633"/>
                                </a:lnTo>
                                <a:lnTo>
                                  <a:pt x="916117" y="1782955"/>
                                </a:lnTo>
                                <a:lnTo>
                                  <a:pt x="877712" y="1755643"/>
                                </a:lnTo>
                                <a:lnTo>
                                  <a:pt x="840577" y="1728013"/>
                                </a:lnTo>
                                <a:lnTo>
                                  <a:pt x="803759" y="1700383"/>
                                </a:lnTo>
                                <a:lnTo>
                                  <a:pt x="769029" y="1673012"/>
                                </a:lnTo>
                                <a:close/>
                                <a:moveTo>
                                  <a:pt x="1070070" y="1580060"/>
                                </a:moveTo>
                                <a:lnTo>
                                  <a:pt x="1056640" y="1585250"/>
                                </a:lnTo>
                                <a:lnTo>
                                  <a:pt x="1014730" y="1600812"/>
                                </a:lnTo>
                                <a:lnTo>
                                  <a:pt x="973773" y="1615421"/>
                                </a:lnTo>
                                <a:lnTo>
                                  <a:pt x="933450" y="1628441"/>
                                </a:lnTo>
                                <a:lnTo>
                                  <a:pt x="893445" y="1640827"/>
                                </a:lnTo>
                                <a:lnTo>
                                  <a:pt x="873443" y="1646544"/>
                                </a:lnTo>
                                <a:lnTo>
                                  <a:pt x="854393" y="1651942"/>
                                </a:lnTo>
                                <a:lnTo>
                                  <a:pt x="846810" y="1653777"/>
                                </a:lnTo>
                                <a:lnTo>
                                  <a:pt x="858351" y="1662590"/>
                                </a:lnTo>
                                <a:lnTo>
                                  <a:pt x="895169" y="1690855"/>
                                </a:lnTo>
                                <a:lnTo>
                                  <a:pt x="933891" y="1718485"/>
                                </a:lnTo>
                                <a:lnTo>
                                  <a:pt x="973882" y="1746433"/>
                                </a:lnTo>
                                <a:lnTo>
                                  <a:pt x="1014826" y="1774381"/>
                                </a:lnTo>
                                <a:lnTo>
                                  <a:pt x="1057674" y="1802328"/>
                                </a:lnTo>
                                <a:lnTo>
                                  <a:pt x="1101792" y="1829958"/>
                                </a:lnTo>
                                <a:lnTo>
                                  <a:pt x="1146861" y="1857271"/>
                                </a:lnTo>
                                <a:lnTo>
                                  <a:pt x="1194471" y="1885218"/>
                                </a:lnTo>
                                <a:lnTo>
                                  <a:pt x="1229421" y="1905168"/>
                                </a:lnTo>
                                <a:lnTo>
                                  <a:pt x="1229311" y="1905000"/>
                                </a:lnTo>
                                <a:lnTo>
                                  <a:pt x="1219795" y="1889760"/>
                                </a:lnTo>
                                <a:lnTo>
                                  <a:pt x="1209963" y="1874203"/>
                                </a:lnTo>
                                <a:lnTo>
                                  <a:pt x="1200447" y="1858645"/>
                                </a:lnTo>
                                <a:lnTo>
                                  <a:pt x="1191249" y="1842135"/>
                                </a:lnTo>
                                <a:lnTo>
                                  <a:pt x="1182051" y="1825625"/>
                                </a:lnTo>
                                <a:lnTo>
                                  <a:pt x="1172853" y="1808163"/>
                                </a:lnTo>
                                <a:lnTo>
                                  <a:pt x="1163655" y="1791018"/>
                                </a:lnTo>
                                <a:lnTo>
                                  <a:pt x="1154457" y="1772920"/>
                                </a:lnTo>
                                <a:lnTo>
                                  <a:pt x="1145576" y="1754823"/>
                                </a:lnTo>
                                <a:lnTo>
                                  <a:pt x="1136695" y="1736408"/>
                                </a:lnTo>
                                <a:lnTo>
                                  <a:pt x="1119250" y="1698308"/>
                                </a:lnTo>
                                <a:lnTo>
                                  <a:pt x="1102122" y="1658938"/>
                                </a:lnTo>
                                <a:lnTo>
                                  <a:pt x="1085312" y="1619250"/>
                                </a:lnTo>
                                <a:lnTo>
                                  <a:pt x="1070070" y="1580060"/>
                                </a:lnTo>
                                <a:close/>
                                <a:moveTo>
                                  <a:pt x="1191479" y="1530183"/>
                                </a:moveTo>
                                <a:lnTo>
                                  <a:pt x="1183323" y="1533802"/>
                                </a:lnTo>
                                <a:lnTo>
                                  <a:pt x="1141095" y="1551904"/>
                                </a:lnTo>
                                <a:lnTo>
                                  <a:pt x="1128914" y="1556814"/>
                                </a:lnTo>
                                <a:lnTo>
                                  <a:pt x="1137012" y="1577658"/>
                                </a:lnTo>
                                <a:lnTo>
                                  <a:pt x="1152871" y="1616393"/>
                                </a:lnTo>
                                <a:lnTo>
                                  <a:pt x="1169047" y="1653858"/>
                                </a:lnTo>
                                <a:lnTo>
                                  <a:pt x="1185223" y="1689418"/>
                                </a:lnTo>
                                <a:lnTo>
                                  <a:pt x="1201716" y="1723708"/>
                                </a:lnTo>
                                <a:lnTo>
                                  <a:pt x="1218209" y="1756410"/>
                                </a:lnTo>
                                <a:lnTo>
                                  <a:pt x="1234703" y="1787525"/>
                                </a:lnTo>
                                <a:lnTo>
                                  <a:pt x="1251196" y="1816735"/>
                                </a:lnTo>
                                <a:lnTo>
                                  <a:pt x="1268006" y="1844675"/>
                                </a:lnTo>
                                <a:lnTo>
                                  <a:pt x="1284500" y="1870710"/>
                                </a:lnTo>
                                <a:lnTo>
                                  <a:pt x="1300993" y="1895158"/>
                                </a:lnTo>
                                <a:lnTo>
                                  <a:pt x="1309557" y="1906905"/>
                                </a:lnTo>
                                <a:lnTo>
                                  <a:pt x="1317486" y="1918018"/>
                                </a:lnTo>
                                <a:lnTo>
                                  <a:pt x="1326050" y="1928495"/>
                                </a:lnTo>
                                <a:lnTo>
                                  <a:pt x="1333979" y="1938973"/>
                                </a:lnTo>
                                <a:lnTo>
                                  <a:pt x="1342226" y="1948815"/>
                                </a:lnTo>
                                <a:lnTo>
                                  <a:pt x="1350473" y="1958023"/>
                                </a:lnTo>
                                <a:lnTo>
                                  <a:pt x="1358719" y="1966913"/>
                                </a:lnTo>
                                <a:lnTo>
                                  <a:pt x="1366331" y="1975485"/>
                                </a:lnTo>
                                <a:lnTo>
                                  <a:pt x="1369346" y="1978503"/>
                                </a:lnTo>
                                <a:lnTo>
                                  <a:pt x="1380463" y="1983988"/>
                                </a:lnTo>
                                <a:lnTo>
                                  <a:pt x="1410560" y="1998615"/>
                                </a:lnTo>
                                <a:lnTo>
                                  <a:pt x="1420523" y="1996123"/>
                                </a:lnTo>
                                <a:lnTo>
                                  <a:pt x="1438927" y="1990090"/>
                                </a:lnTo>
                                <a:lnTo>
                                  <a:pt x="1456697" y="1984375"/>
                                </a:lnTo>
                                <a:lnTo>
                                  <a:pt x="1475418" y="1978025"/>
                                </a:lnTo>
                                <a:lnTo>
                                  <a:pt x="1492869" y="1971358"/>
                                </a:lnTo>
                                <a:lnTo>
                                  <a:pt x="1510639" y="1964055"/>
                                </a:lnTo>
                                <a:lnTo>
                                  <a:pt x="1528408" y="1956435"/>
                                </a:lnTo>
                                <a:lnTo>
                                  <a:pt x="1545543" y="1948498"/>
                                </a:lnTo>
                                <a:lnTo>
                                  <a:pt x="1562360" y="1939925"/>
                                </a:lnTo>
                                <a:lnTo>
                                  <a:pt x="1579494" y="1931035"/>
                                </a:lnTo>
                                <a:lnTo>
                                  <a:pt x="1595994" y="1921828"/>
                                </a:lnTo>
                                <a:lnTo>
                                  <a:pt x="1612177" y="1912303"/>
                                </a:lnTo>
                                <a:lnTo>
                                  <a:pt x="1628042" y="1902143"/>
                                </a:lnTo>
                                <a:lnTo>
                                  <a:pt x="1643908" y="1891983"/>
                                </a:lnTo>
                                <a:lnTo>
                                  <a:pt x="1659139" y="1881188"/>
                                </a:lnTo>
                                <a:lnTo>
                                  <a:pt x="1674687" y="1870075"/>
                                </a:lnTo>
                                <a:lnTo>
                                  <a:pt x="1689600" y="1858328"/>
                                </a:lnTo>
                                <a:lnTo>
                                  <a:pt x="1704196" y="1846580"/>
                                </a:lnTo>
                                <a:lnTo>
                                  <a:pt x="1718475" y="1834515"/>
                                </a:lnTo>
                                <a:lnTo>
                                  <a:pt x="1732754" y="1821815"/>
                                </a:lnTo>
                                <a:lnTo>
                                  <a:pt x="1746398" y="1809115"/>
                                </a:lnTo>
                                <a:lnTo>
                                  <a:pt x="1760042" y="1796098"/>
                                </a:lnTo>
                                <a:lnTo>
                                  <a:pt x="1773052" y="1782445"/>
                                </a:lnTo>
                                <a:lnTo>
                                  <a:pt x="1785744" y="1768793"/>
                                </a:lnTo>
                                <a:lnTo>
                                  <a:pt x="1798436" y="1754505"/>
                                </a:lnTo>
                                <a:lnTo>
                                  <a:pt x="1810177" y="1740535"/>
                                </a:lnTo>
                                <a:lnTo>
                                  <a:pt x="1822234" y="1725295"/>
                                </a:lnTo>
                                <a:lnTo>
                                  <a:pt x="1833657" y="1710690"/>
                                </a:lnTo>
                                <a:lnTo>
                                  <a:pt x="1844763" y="1695450"/>
                                </a:lnTo>
                                <a:lnTo>
                                  <a:pt x="1847759" y="1691218"/>
                                </a:lnTo>
                                <a:lnTo>
                                  <a:pt x="1836392" y="1692275"/>
                                </a:lnTo>
                                <a:lnTo>
                                  <a:pt x="1822102" y="1692910"/>
                                </a:lnTo>
                                <a:lnTo>
                                  <a:pt x="1807177" y="1693228"/>
                                </a:lnTo>
                                <a:lnTo>
                                  <a:pt x="1792252" y="1693863"/>
                                </a:lnTo>
                                <a:lnTo>
                                  <a:pt x="1776692" y="1693228"/>
                                </a:lnTo>
                                <a:lnTo>
                                  <a:pt x="1761132" y="1692593"/>
                                </a:lnTo>
                                <a:lnTo>
                                  <a:pt x="1744937" y="1691323"/>
                                </a:lnTo>
                                <a:lnTo>
                                  <a:pt x="1728424" y="1690052"/>
                                </a:lnTo>
                                <a:lnTo>
                                  <a:pt x="1711276" y="1688464"/>
                                </a:lnTo>
                                <a:lnTo>
                                  <a:pt x="1702865" y="1687195"/>
                                </a:lnTo>
                                <a:lnTo>
                                  <a:pt x="1701800" y="1689328"/>
                                </a:lnTo>
                                <a:lnTo>
                                  <a:pt x="1699260" y="1694733"/>
                                </a:lnTo>
                                <a:lnTo>
                                  <a:pt x="1696085" y="1699501"/>
                                </a:lnTo>
                                <a:lnTo>
                                  <a:pt x="1692910" y="1704906"/>
                                </a:lnTo>
                                <a:lnTo>
                                  <a:pt x="1689100" y="1709992"/>
                                </a:lnTo>
                                <a:lnTo>
                                  <a:pt x="1685607" y="1714760"/>
                                </a:lnTo>
                                <a:lnTo>
                                  <a:pt x="1681480" y="1719211"/>
                                </a:lnTo>
                                <a:lnTo>
                                  <a:pt x="1677670" y="1723344"/>
                                </a:lnTo>
                                <a:lnTo>
                                  <a:pt x="1673225" y="1727794"/>
                                </a:lnTo>
                                <a:lnTo>
                                  <a:pt x="1668462" y="1731927"/>
                                </a:lnTo>
                                <a:lnTo>
                                  <a:pt x="1664017" y="1735424"/>
                                </a:lnTo>
                                <a:lnTo>
                                  <a:pt x="1658937" y="1738921"/>
                                </a:lnTo>
                                <a:lnTo>
                                  <a:pt x="1653857" y="1742418"/>
                                </a:lnTo>
                                <a:lnTo>
                                  <a:pt x="1648460" y="1745279"/>
                                </a:lnTo>
                                <a:lnTo>
                                  <a:pt x="1643062" y="1748140"/>
                                </a:lnTo>
                                <a:lnTo>
                                  <a:pt x="1637347" y="1750683"/>
                                </a:lnTo>
                                <a:lnTo>
                                  <a:pt x="1631632" y="1752591"/>
                                </a:lnTo>
                                <a:lnTo>
                                  <a:pt x="1625917" y="1755134"/>
                                </a:lnTo>
                                <a:lnTo>
                                  <a:pt x="1620202" y="1756723"/>
                                </a:lnTo>
                                <a:lnTo>
                                  <a:pt x="1613852" y="1757995"/>
                                </a:lnTo>
                                <a:lnTo>
                                  <a:pt x="1607502" y="1759267"/>
                                </a:lnTo>
                                <a:lnTo>
                                  <a:pt x="1601152" y="1759902"/>
                                </a:lnTo>
                                <a:lnTo>
                                  <a:pt x="1594802" y="1760538"/>
                                </a:lnTo>
                                <a:lnTo>
                                  <a:pt x="1588452" y="1760538"/>
                                </a:lnTo>
                                <a:lnTo>
                                  <a:pt x="1582102" y="1760538"/>
                                </a:lnTo>
                                <a:lnTo>
                                  <a:pt x="1575435" y="1759902"/>
                                </a:lnTo>
                                <a:lnTo>
                                  <a:pt x="1569402" y="1759267"/>
                                </a:lnTo>
                                <a:lnTo>
                                  <a:pt x="1562735" y="1757995"/>
                                </a:lnTo>
                                <a:lnTo>
                                  <a:pt x="1557020" y="1756723"/>
                                </a:lnTo>
                                <a:lnTo>
                                  <a:pt x="1550987" y="1755134"/>
                                </a:lnTo>
                                <a:lnTo>
                                  <a:pt x="1544955" y="1752591"/>
                                </a:lnTo>
                                <a:lnTo>
                                  <a:pt x="1539240" y="1750683"/>
                                </a:lnTo>
                                <a:lnTo>
                                  <a:pt x="1533525" y="1748140"/>
                                </a:lnTo>
                                <a:lnTo>
                                  <a:pt x="1528127" y="1745279"/>
                                </a:lnTo>
                                <a:lnTo>
                                  <a:pt x="1522730" y="1742418"/>
                                </a:lnTo>
                                <a:lnTo>
                                  <a:pt x="1517967" y="1738921"/>
                                </a:lnTo>
                                <a:lnTo>
                                  <a:pt x="1512887" y="1735424"/>
                                </a:lnTo>
                                <a:lnTo>
                                  <a:pt x="1508125" y="1731927"/>
                                </a:lnTo>
                                <a:lnTo>
                                  <a:pt x="1503680" y="1727794"/>
                                </a:lnTo>
                                <a:lnTo>
                                  <a:pt x="1499235" y="1723344"/>
                                </a:lnTo>
                                <a:lnTo>
                                  <a:pt x="1495107" y="1719211"/>
                                </a:lnTo>
                                <a:lnTo>
                                  <a:pt x="1490980" y="1714760"/>
                                </a:lnTo>
                                <a:lnTo>
                                  <a:pt x="1487487" y="1709992"/>
                                </a:lnTo>
                                <a:lnTo>
                                  <a:pt x="1483677" y="1704906"/>
                                </a:lnTo>
                                <a:lnTo>
                                  <a:pt x="1480502" y="1699501"/>
                                </a:lnTo>
                                <a:lnTo>
                                  <a:pt x="1477327" y="1694733"/>
                                </a:lnTo>
                                <a:lnTo>
                                  <a:pt x="1474787" y="1689328"/>
                                </a:lnTo>
                                <a:lnTo>
                                  <a:pt x="1471930" y="1683606"/>
                                </a:lnTo>
                                <a:lnTo>
                                  <a:pt x="1469707" y="1677566"/>
                                </a:lnTo>
                                <a:lnTo>
                                  <a:pt x="1467802" y="1671844"/>
                                </a:lnTo>
                                <a:lnTo>
                                  <a:pt x="1466215" y="1665804"/>
                                </a:lnTo>
                                <a:lnTo>
                                  <a:pt x="1464627" y="1659446"/>
                                </a:lnTo>
                                <a:lnTo>
                                  <a:pt x="1463675" y="1653406"/>
                                </a:lnTo>
                                <a:lnTo>
                                  <a:pt x="1462722" y="1647366"/>
                                </a:lnTo>
                                <a:lnTo>
                                  <a:pt x="1462405" y="1640690"/>
                                </a:lnTo>
                                <a:lnTo>
                                  <a:pt x="1462087" y="1634332"/>
                                </a:lnTo>
                                <a:lnTo>
                                  <a:pt x="1462182" y="1632333"/>
                                </a:lnTo>
                                <a:lnTo>
                                  <a:pt x="1449611" y="1628441"/>
                                </a:lnTo>
                                <a:lnTo>
                                  <a:pt x="1408965" y="1615421"/>
                                </a:lnTo>
                                <a:lnTo>
                                  <a:pt x="1367683" y="1600812"/>
                                </a:lnTo>
                                <a:lnTo>
                                  <a:pt x="1326401" y="1585250"/>
                                </a:lnTo>
                                <a:lnTo>
                                  <a:pt x="1284483" y="1569054"/>
                                </a:lnTo>
                                <a:lnTo>
                                  <a:pt x="1241931" y="1551904"/>
                                </a:lnTo>
                                <a:lnTo>
                                  <a:pt x="1199697" y="1533802"/>
                                </a:lnTo>
                                <a:lnTo>
                                  <a:pt x="1191479" y="1530183"/>
                                </a:lnTo>
                                <a:close/>
                                <a:moveTo>
                                  <a:pt x="1104493" y="1490234"/>
                                </a:moveTo>
                                <a:lnTo>
                                  <a:pt x="1106563" y="1496060"/>
                                </a:lnTo>
                                <a:lnTo>
                                  <a:pt x="1107088" y="1497526"/>
                                </a:lnTo>
                                <a:lnTo>
                                  <a:pt x="1113937" y="1494744"/>
                                </a:lnTo>
                                <a:lnTo>
                                  <a:pt x="1104493" y="1490234"/>
                                </a:lnTo>
                                <a:close/>
                                <a:moveTo>
                                  <a:pt x="287237" y="1385930"/>
                                </a:moveTo>
                                <a:lnTo>
                                  <a:pt x="272098" y="1400560"/>
                                </a:lnTo>
                                <a:lnTo>
                                  <a:pt x="245428" y="1426926"/>
                                </a:lnTo>
                                <a:lnTo>
                                  <a:pt x="220980" y="1452657"/>
                                </a:lnTo>
                                <a:lnTo>
                                  <a:pt x="208915" y="1465681"/>
                                </a:lnTo>
                                <a:lnTo>
                                  <a:pt x="197803" y="1478387"/>
                                </a:lnTo>
                                <a:lnTo>
                                  <a:pt x="187008" y="1490776"/>
                                </a:lnTo>
                                <a:lnTo>
                                  <a:pt x="176530" y="1503165"/>
                                </a:lnTo>
                                <a:lnTo>
                                  <a:pt x="166370" y="1515554"/>
                                </a:lnTo>
                                <a:lnTo>
                                  <a:pt x="157163" y="1527625"/>
                                </a:lnTo>
                                <a:lnTo>
                                  <a:pt x="147955" y="1539696"/>
                                </a:lnTo>
                                <a:lnTo>
                                  <a:pt x="139383" y="1551132"/>
                                </a:lnTo>
                                <a:lnTo>
                                  <a:pt x="131128" y="1563203"/>
                                </a:lnTo>
                                <a:lnTo>
                                  <a:pt x="123190" y="1574321"/>
                                </a:lnTo>
                                <a:lnTo>
                                  <a:pt x="115888" y="1585440"/>
                                </a:lnTo>
                                <a:lnTo>
                                  <a:pt x="109538" y="1596558"/>
                                </a:lnTo>
                                <a:lnTo>
                                  <a:pt x="102870" y="1607358"/>
                                </a:lnTo>
                                <a:lnTo>
                                  <a:pt x="97155" y="1618159"/>
                                </a:lnTo>
                                <a:lnTo>
                                  <a:pt x="91758" y="1628324"/>
                                </a:lnTo>
                                <a:lnTo>
                                  <a:pt x="86678" y="1638807"/>
                                </a:lnTo>
                                <a:lnTo>
                                  <a:pt x="82233" y="1648337"/>
                                </a:lnTo>
                                <a:lnTo>
                                  <a:pt x="78423" y="1658502"/>
                                </a:lnTo>
                                <a:lnTo>
                                  <a:pt x="74930" y="1668032"/>
                                </a:lnTo>
                                <a:lnTo>
                                  <a:pt x="71755" y="1677244"/>
                                </a:lnTo>
                                <a:lnTo>
                                  <a:pt x="69215" y="1686139"/>
                                </a:lnTo>
                                <a:lnTo>
                                  <a:pt x="67310" y="1695033"/>
                                </a:lnTo>
                                <a:lnTo>
                                  <a:pt x="65723" y="1703292"/>
                                </a:lnTo>
                                <a:lnTo>
                                  <a:pt x="64453" y="1711869"/>
                                </a:lnTo>
                                <a:lnTo>
                                  <a:pt x="64135" y="1719493"/>
                                </a:lnTo>
                                <a:lnTo>
                                  <a:pt x="64135" y="1727435"/>
                                </a:lnTo>
                                <a:lnTo>
                                  <a:pt x="64453" y="1735059"/>
                                </a:lnTo>
                                <a:lnTo>
                                  <a:pt x="65405" y="1742047"/>
                                </a:lnTo>
                                <a:lnTo>
                                  <a:pt x="66993" y="1748718"/>
                                </a:lnTo>
                                <a:lnTo>
                                  <a:pt x="68898" y="1755389"/>
                                </a:lnTo>
                                <a:lnTo>
                                  <a:pt x="71438" y="1761425"/>
                                </a:lnTo>
                                <a:lnTo>
                                  <a:pt x="74295" y="1767143"/>
                                </a:lnTo>
                                <a:lnTo>
                                  <a:pt x="78740" y="1774131"/>
                                </a:lnTo>
                                <a:lnTo>
                                  <a:pt x="83820" y="1780802"/>
                                </a:lnTo>
                                <a:lnTo>
                                  <a:pt x="89853" y="1786838"/>
                                </a:lnTo>
                                <a:lnTo>
                                  <a:pt x="96838" y="1792238"/>
                                </a:lnTo>
                                <a:lnTo>
                                  <a:pt x="104458" y="1797638"/>
                                </a:lnTo>
                                <a:lnTo>
                                  <a:pt x="112713" y="1802403"/>
                                </a:lnTo>
                                <a:lnTo>
                                  <a:pt x="121920" y="1806533"/>
                                </a:lnTo>
                                <a:lnTo>
                                  <a:pt x="131763" y="1810345"/>
                                </a:lnTo>
                                <a:lnTo>
                                  <a:pt x="142240" y="1813839"/>
                                </a:lnTo>
                                <a:lnTo>
                                  <a:pt x="153353" y="1817016"/>
                                </a:lnTo>
                                <a:lnTo>
                                  <a:pt x="165735" y="1819239"/>
                                </a:lnTo>
                                <a:lnTo>
                                  <a:pt x="177800" y="1821463"/>
                                </a:lnTo>
                                <a:lnTo>
                                  <a:pt x="191453" y="1823051"/>
                                </a:lnTo>
                                <a:lnTo>
                                  <a:pt x="205740" y="1824322"/>
                                </a:lnTo>
                                <a:lnTo>
                                  <a:pt x="220345" y="1824957"/>
                                </a:lnTo>
                                <a:lnTo>
                                  <a:pt x="235585" y="1825275"/>
                                </a:lnTo>
                                <a:lnTo>
                                  <a:pt x="251460" y="1825275"/>
                                </a:lnTo>
                                <a:lnTo>
                                  <a:pt x="267970" y="1824639"/>
                                </a:lnTo>
                                <a:lnTo>
                                  <a:pt x="285115" y="1823686"/>
                                </a:lnTo>
                                <a:lnTo>
                                  <a:pt x="302895" y="1822098"/>
                                </a:lnTo>
                                <a:lnTo>
                                  <a:pt x="320993" y="1820192"/>
                                </a:lnTo>
                                <a:lnTo>
                                  <a:pt x="339725" y="1817968"/>
                                </a:lnTo>
                                <a:lnTo>
                                  <a:pt x="359410" y="1814792"/>
                                </a:lnTo>
                                <a:lnTo>
                                  <a:pt x="379413" y="1811615"/>
                                </a:lnTo>
                                <a:lnTo>
                                  <a:pt x="399733" y="1808121"/>
                                </a:lnTo>
                                <a:lnTo>
                                  <a:pt x="420370" y="1803674"/>
                                </a:lnTo>
                                <a:lnTo>
                                  <a:pt x="441960" y="1798909"/>
                                </a:lnTo>
                                <a:lnTo>
                                  <a:pt x="458716" y="1795021"/>
                                </a:lnTo>
                                <a:lnTo>
                                  <a:pt x="447270" y="1779838"/>
                                </a:lnTo>
                                <a:lnTo>
                                  <a:pt x="434894" y="1761420"/>
                                </a:lnTo>
                                <a:lnTo>
                                  <a:pt x="422518" y="1742684"/>
                                </a:lnTo>
                                <a:lnTo>
                                  <a:pt x="410459" y="1723949"/>
                                </a:lnTo>
                                <a:lnTo>
                                  <a:pt x="399352" y="1704260"/>
                                </a:lnTo>
                                <a:lnTo>
                                  <a:pt x="388245" y="1684572"/>
                                </a:lnTo>
                                <a:lnTo>
                                  <a:pt x="377773" y="1664884"/>
                                </a:lnTo>
                                <a:lnTo>
                                  <a:pt x="367936" y="1644560"/>
                                </a:lnTo>
                                <a:lnTo>
                                  <a:pt x="358415" y="1624237"/>
                                </a:lnTo>
                                <a:lnTo>
                                  <a:pt x="349213" y="1603596"/>
                                </a:lnTo>
                                <a:lnTo>
                                  <a:pt x="340645" y="1582320"/>
                                </a:lnTo>
                                <a:lnTo>
                                  <a:pt x="332711" y="1561361"/>
                                </a:lnTo>
                                <a:lnTo>
                                  <a:pt x="324778" y="1539767"/>
                                </a:lnTo>
                                <a:lnTo>
                                  <a:pt x="318114" y="1517856"/>
                                </a:lnTo>
                                <a:lnTo>
                                  <a:pt x="311449" y="1495945"/>
                                </a:lnTo>
                                <a:lnTo>
                                  <a:pt x="305420" y="1474034"/>
                                </a:lnTo>
                                <a:lnTo>
                                  <a:pt x="300025" y="1451170"/>
                                </a:lnTo>
                                <a:lnTo>
                                  <a:pt x="294948" y="1428941"/>
                                </a:lnTo>
                                <a:lnTo>
                                  <a:pt x="290823" y="1406077"/>
                                </a:lnTo>
                                <a:lnTo>
                                  <a:pt x="287237" y="1385930"/>
                                </a:lnTo>
                                <a:close/>
                                <a:moveTo>
                                  <a:pt x="825882" y="1340155"/>
                                </a:moveTo>
                                <a:lnTo>
                                  <a:pt x="819719" y="1367155"/>
                                </a:lnTo>
                                <a:lnTo>
                                  <a:pt x="808612" y="1421447"/>
                                </a:lnTo>
                                <a:lnTo>
                                  <a:pt x="798457" y="1474787"/>
                                </a:lnTo>
                                <a:lnTo>
                                  <a:pt x="789571" y="1527175"/>
                                </a:lnTo>
                                <a:lnTo>
                                  <a:pt x="781321" y="1578610"/>
                                </a:lnTo>
                                <a:lnTo>
                                  <a:pt x="778588" y="1599316"/>
                                </a:lnTo>
                                <a:lnTo>
                                  <a:pt x="782951" y="1602926"/>
                                </a:lnTo>
                                <a:lnTo>
                                  <a:pt x="789940" y="1601447"/>
                                </a:lnTo>
                                <a:lnTo>
                                  <a:pt x="824230" y="1593190"/>
                                </a:lnTo>
                                <a:lnTo>
                                  <a:pt x="859473" y="1583662"/>
                                </a:lnTo>
                                <a:lnTo>
                                  <a:pt x="895985" y="1573182"/>
                                </a:lnTo>
                                <a:lnTo>
                                  <a:pt x="933768" y="1561432"/>
                                </a:lnTo>
                                <a:lnTo>
                                  <a:pt x="972185" y="1548729"/>
                                </a:lnTo>
                                <a:lnTo>
                                  <a:pt x="1011555" y="1535073"/>
                                </a:lnTo>
                                <a:lnTo>
                                  <a:pt x="1048349" y="1520873"/>
                                </a:lnTo>
                                <a:lnTo>
                                  <a:pt x="1038369" y="1492568"/>
                                </a:lnTo>
                                <a:lnTo>
                                  <a:pt x="1024413" y="1450656"/>
                                </a:lnTo>
                                <a:lnTo>
                                  <a:pt x="987571" y="1431541"/>
                                </a:lnTo>
                                <a:lnTo>
                                  <a:pt x="945971" y="1409310"/>
                                </a:lnTo>
                                <a:lnTo>
                                  <a:pt x="904689" y="1386127"/>
                                </a:lnTo>
                                <a:lnTo>
                                  <a:pt x="862455" y="1361991"/>
                                </a:lnTo>
                                <a:lnTo>
                                  <a:pt x="825882" y="1340155"/>
                                </a:lnTo>
                                <a:close/>
                                <a:moveTo>
                                  <a:pt x="426033" y="1320824"/>
                                </a:moveTo>
                                <a:lnTo>
                                  <a:pt x="426083" y="1321435"/>
                                </a:lnTo>
                                <a:lnTo>
                                  <a:pt x="428304" y="1341438"/>
                                </a:lnTo>
                                <a:lnTo>
                                  <a:pt x="430842" y="1361123"/>
                                </a:lnTo>
                                <a:lnTo>
                                  <a:pt x="434333" y="1380490"/>
                                </a:lnTo>
                                <a:lnTo>
                                  <a:pt x="437823" y="1399540"/>
                                </a:lnTo>
                                <a:lnTo>
                                  <a:pt x="442265" y="1418908"/>
                                </a:lnTo>
                                <a:lnTo>
                                  <a:pt x="446708" y="1437640"/>
                                </a:lnTo>
                                <a:lnTo>
                                  <a:pt x="451785" y="1456055"/>
                                </a:lnTo>
                                <a:lnTo>
                                  <a:pt x="457179" y="1474788"/>
                                </a:lnTo>
                                <a:lnTo>
                                  <a:pt x="463208" y="1492885"/>
                                </a:lnTo>
                                <a:lnTo>
                                  <a:pt x="469236" y="1510983"/>
                                </a:lnTo>
                                <a:lnTo>
                                  <a:pt x="476217" y="1529080"/>
                                </a:lnTo>
                                <a:lnTo>
                                  <a:pt x="483515" y="1546860"/>
                                </a:lnTo>
                                <a:lnTo>
                                  <a:pt x="491131" y="1564005"/>
                                </a:lnTo>
                                <a:lnTo>
                                  <a:pt x="499381" y="1581468"/>
                                </a:lnTo>
                                <a:lnTo>
                                  <a:pt x="507631" y="1598613"/>
                                </a:lnTo>
                                <a:lnTo>
                                  <a:pt x="516515" y="1615123"/>
                                </a:lnTo>
                                <a:lnTo>
                                  <a:pt x="521451" y="1623979"/>
                                </a:lnTo>
                                <a:lnTo>
                                  <a:pt x="528955" y="1624948"/>
                                </a:lnTo>
                                <a:lnTo>
                                  <a:pt x="539433" y="1626218"/>
                                </a:lnTo>
                                <a:lnTo>
                                  <a:pt x="550545" y="1627171"/>
                                </a:lnTo>
                                <a:lnTo>
                                  <a:pt x="561658" y="1628124"/>
                                </a:lnTo>
                                <a:lnTo>
                                  <a:pt x="573405" y="1628441"/>
                                </a:lnTo>
                                <a:lnTo>
                                  <a:pt x="585470" y="1628441"/>
                                </a:lnTo>
                                <a:lnTo>
                                  <a:pt x="597853" y="1628124"/>
                                </a:lnTo>
                                <a:lnTo>
                                  <a:pt x="610553" y="1627489"/>
                                </a:lnTo>
                                <a:lnTo>
                                  <a:pt x="623570" y="1626854"/>
                                </a:lnTo>
                                <a:lnTo>
                                  <a:pt x="637223" y="1626218"/>
                                </a:lnTo>
                                <a:lnTo>
                                  <a:pt x="650875" y="1624948"/>
                                </a:lnTo>
                                <a:lnTo>
                                  <a:pt x="665163" y="1623360"/>
                                </a:lnTo>
                                <a:lnTo>
                                  <a:pt x="694373" y="1619549"/>
                                </a:lnTo>
                                <a:lnTo>
                                  <a:pt x="702748" y="1618167"/>
                                </a:lnTo>
                                <a:lnTo>
                                  <a:pt x="699337" y="1615270"/>
                                </a:lnTo>
                                <a:lnTo>
                                  <a:pt x="666011" y="1586687"/>
                                </a:lnTo>
                                <a:lnTo>
                                  <a:pt x="634589" y="1557787"/>
                                </a:lnTo>
                                <a:lnTo>
                                  <a:pt x="604436" y="1529204"/>
                                </a:lnTo>
                                <a:lnTo>
                                  <a:pt x="589836" y="1514595"/>
                                </a:lnTo>
                                <a:lnTo>
                                  <a:pt x="575236" y="1500304"/>
                                </a:lnTo>
                                <a:lnTo>
                                  <a:pt x="561271" y="1486330"/>
                                </a:lnTo>
                                <a:lnTo>
                                  <a:pt x="547940" y="1472038"/>
                                </a:lnTo>
                                <a:lnTo>
                                  <a:pt x="534292" y="1457747"/>
                                </a:lnTo>
                                <a:lnTo>
                                  <a:pt x="521597" y="1443456"/>
                                </a:lnTo>
                                <a:lnTo>
                                  <a:pt x="508901" y="1429164"/>
                                </a:lnTo>
                                <a:lnTo>
                                  <a:pt x="497157" y="1415508"/>
                                </a:lnTo>
                                <a:lnTo>
                                  <a:pt x="485731" y="1401217"/>
                                </a:lnTo>
                                <a:lnTo>
                                  <a:pt x="473988" y="1387561"/>
                                </a:lnTo>
                                <a:lnTo>
                                  <a:pt x="463196" y="1373587"/>
                                </a:lnTo>
                                <a:lnTo>
                                  <a:pt x="453357" y="1359613"/>
                                </a:lnTo>
                                <a:lnTo>
                                  <a:pt x="443201" y="1345957"/>
                                </a:lnTo>
                                <a:lnTo>
                                  <a:pt x="433679" y="1332300"/>
                                </a:lnTo>
                                <a:lnTo>
                                  <a:pt x="426033" y="1320824"/>
                                </a:lnTo>
                                <a:close/>
                                <a:moveTo>
                                  <a:pt x="563522" y="1163592"/>
                                </a:moveTo>
                                <a:lnTo>
                                  <a:pt x="542290" y="1178196"/>
                                </a:lnTo>
                                <a:lnTo>
                                  <a:pt x="502920" y="1206786"/>
                                </a:lnTo>
                                <a:lnTo>
                                  <a:pt x="465455" y="1234740"/>
                                </a:lnTo>
                                <a:lnTo>
                                  <a:pt x="455660" y="1242410"/>
                                </a:lnTo>
                                <a:lnTo>
                                  <a:pt x="456848" y="1244647"/>
                                </a:lnTo>
                                <a:lnTo>
                                  <a:pt x="462562" y="1255445"/>
                                </a:lnTo>
                                <a:lnTo>
                                  <a:pt x="468909" y="1265925"/>
                                </a:lnTo>
                                <a:lnTo>
                                  <a:pt x="475575" y="1277040"/>
                                </a:lnTo>
                                <a:lnTo>
                                  <a:pt x="482557" y="1287838"/>
                                </a:lnTo>
                                <a:lnTo>
                                  <a:pt x="490175" y="1299271"/>
                                </a:lnTo>
                                <a:lnTo>
                                  <a:pt x="498110" y="1310387"/>
                                </a:lnTo>
                                <a:lnTo>
                                  <a:pt x="506362" y="1322138"/>
                                </a:lnTo>
                                <a:lnTo>
                                  <a:pt x="524453" y="1345957"/>
                                </a:lnTo>
                                <a:lnTo>
                                  <a:pt x="543497" y="1370093"/>
                                </a:lnTo>
                                <a:lnTo>
                                  <a:pt x="564762" y="1394865"/>
                                </a:lnTo>
                                <a:lnTo>
                                  <a:pt x="587297" y="1419954"/>
                                </a:lnTo>
                                <a:lnTo>
                                  <a:pt x="611736" y="1445361"/>
                                </a:lnTo>
                                <a:lnTo>
                                  <a:pt x="637445" y="1471721"/>
                                </a:lnTo>
                                <a:lnTo>
                                  <a:pt x="664106" y="1498081"/>
                                </a:lnTo>
                                <a:lnTo>
                                  <a:pt x="692989" y="1525075"/>
                                </a:lnTo>
                                <a:lnTo>
                                  <a:pt x="721963" y="1551321"/>
                                </a:lnTo>
                                <a:lnTo>
                                  <a:pt x="722613" y="1546860"/>
                                </a:lnTo>
                                <a:lnTo>
                                  <a:pt x="730229" y="1498282"/>
                                </a:lnTo>
                                <a:lnTo>
                                  <a:pt x="739115" y="1450340"/>
                                </a:lnTo>
                                <a:lnTo>
                                  <a:pt x="748317" y="1401762"/>
                                </a:lnTo>
                                <a:lnTo>
                                  <a:pt x="758472" y="1354137"/>
                                </a:lnTo>
                                <a:lnTo>
                                  <a:pt x="768627" y="1308100"/>
                                </a:lnTo>
                                <a:lnTo>
                                  <a:pt x="769341" y="1305052"/>
                                </a:lnTo>
                                <a:lnTo>
                                  <a:pt x="737021" y="1284818"/>
                                </a:lnTo>
                                <a:lnTo>
                                  <a:pt x="696374" y="1257824"/>
                                </a:lnTo>
                                <a:lnTo>
                                  <a:pt x="656362" y="1230512"/>
                                </a:lnTo>
                                <a:lnTo>
                                  <a:pt x="616985" y="1202882"/>
                                </a:lnTo>
                                <a:lnTo>
                                  <a:pt x="578561" y="1174935"/>
                                </a:lnTo>
                                <a:lnTo>
                                  <a:pt x="563522" y="1163592"/>
                                </a:lnTo>
                                <a:close/>
                                <a:moveTo>
                                  <a:pt x="441840" y="1066401"/>
                                </a:moveTo>
                                <a:lnTo>
                                  <a:pt x="437823" y="1083628"/>
                                </a:lnTo>
                                <a:lnTo>
                                  <a:pt x="434333" y="1102995"/>
                                </a:lnTo>
                                <a:lnTo>
                                  <a:pt x="430842" y="1122045"/>
                                </a:lnTo>
                                <a:lnTo>
                                  <a:pt x="428304" y="1141730"/>
                                </a:lnTo>
                                <a:lnTo>
                                  <a:pt x="426083" y="1161415"/>
                                </a:lnTo>
                                <a:lnTo>
                                  <a:pt x="425439" y="1169539"/>
                                </a:lnTo>
                                <a:lnTo>
                                  <a:pt x="427648" y="1177001"/>
                                </a:lnTo>
                                <a:lnTo>
                                  <a:pt x="429516" y="1183022"/>
                                </a:lnTo>
                                <a:lnTo>
                                  <a:pt x="451485" y="1166443"/>
                                </a:lnTo>
                                <a:lnTo>
                                  <a:pt x="489903" y="1138171"/>
                                </a:lnTo>
                                <a:lnTo>
                                  <a:pt x="511337" y="1123125"/>
                                </a:lnTo>
                                <a:lnTo>
                                  <a:pt x="504571" y="1117771"/>
                                </a:lnTo>
                                <a:lnTo>
                                  <a:pt x="469005" y="1089506"/>
                                </a:lnTo>
                                <a:lnTo>
                                  <a:pt x="441840" y="1066401"/>
                                </a:lnTo>
                                <a:close/>
                                <a:moveTo>
                                  <a:pt x="1964738" y="1045668"/>
                                </a:moveTo>
                                <a:lnTo>
                                  <a:pt x="1964373" y="1045997"/>
                                </a:lnTo>
                                <a:lnTo>
                                  <a:pt x="1947863" y="1060606"/>
                                </a:lnTo>
                                <a:lnTo>
                                  <a:pt x="1913890" y="1089506"/>
                                </a:lnTo>
                                <a:lnTo>
                                  <a:pt x="1878330" y="1117771"/>
                                </a:lnTo>
                                <a:lnTo>
                                  <a:pt x="1841818" y="1146671"/>
                                </a:lnTo>
                                <a:lnTo>
                                  <a:pt x="1804353" y="1174935"/>
                                </a:lnTo>
                                <a:lnTo>
                                  <a:pt x="1765935" y="1202882"/>
                                </a:lnTo>
                                <a:lnTo>
                                  <a:pt x="1726565" y="1230512"/>
                                </a:lnTo>
                                <a:lnTo>
                                  <a:pt x="1686243" y="1257824"/>
                                </a:lnTo>
                                <a:lnTo>
                                  <a:pt x="1645603" y="1284818"/>
                                </a:lnTo>
                                <a:lnTo>
                                  <a:pt x="1604328" y="1310860"/>
                                </a:lnTo>
                                <a:lnTo>
                                  <a:pt x="1562418" y="1336584"/>
                                </a:lnTo>
                                <a:lnTo>
                                  <a:pt x="1520508" y="1361991"/>
                                </a:lnTo>
                                <a:lnTo>
                                  <a:pt x="1477963" y="1386127"/>
                                </a:lnTo>
                                <a:lnTo>
                                  <a:pt x="1437005" y="1409310"/>
                                </a:lnTo>
                                <a:lnTo>
                                  <a:pt x="1395095" y="1431541"/>
                                </a:lnTo>
                                <a:lnTo>
                                  <a:pt x="1353185" y="1453454"/>
                                </a:lnTo>
                                <a:lnTo>
                                  <a:pt x="1310958" y="1474732"/>
                                </a:lnTo>
                                <a:lnTo>
                                  <a:pt x="1268838" y="1494705"/>
                                </a:lnTo>
                                <a:lnTo>
                                  <a:pt x="1289882" y="1503314"/>
                                </a:lnTo>
                                <a:lnTo>
                                  <a:pt x="1330846" y="1519511"/>
                                </a:lnTo>
                                <a:lnTo>
                                  <a:pt x="1371176" y="1535073"/>
                                </a:lnTo>
                                <a:lnTo>
                                  <a:pt x="1410870" y="1548729"/>
                                </a:lnTo>
                                <a:lnTo>
                                  <a:pt x="1449294" y="1561432"/>
                                </a:lnTo>
                                <a:lnTo>
                                  <a:pt x="1479284" y="1570917"/>
                                </a:lnTo>
                                <a:lnTo>
                                  <a:pt x="1480502" y="1568844"/>
                                </a:lnTo>
                                <a:lnTo>
                                  <a:pt x="1483677" y="1563758"/>
                                </a:lnTo>
                                <a:lnTo>
                                  <a:pt x="1487487" y="1558671"/>
                                </a:lnTo>
                                <a:lnTo>
                                  <a:pt x="1490980" y="1554221"/>
                                </a:lnTo>
                                <a:lnTo>
                                  <a:pt x="1495107" y="1549452"/>
                                </a:lnTo>
                                <a:lnTo>
                                  <a:pt x="1499235" y="1545002"/>
                                </a:lnTo>
                                <a:lnTo>
                                  <a:pt x="1503680" y="1540551"/>
                                </a:lnTo>
                                <a:lnTo>
                                  <a:pt x="1508125" y="1536736"/>
                                </a:lnTo>
                                <a:lnTo>
                                  <a:pt x="1512887" y="1532921"/>
                                </a:lnTo>
                                <a:lnTo>
                                  <a:pt x="1517967" y="1529424"/>
                                </a:lnTo>
                                <a:lnTo>
                                  <a:pt x="1522730" y="1526563"/>
                                </a:lnTo>
                                <a:lnTo>
                                  <a:pt x="1528127" y="1523384"/>
                                </a:lnTo>
                                <a:lnTo>
                                  <a:pt x="1533525" y="1520841"/>
                                </a:lnTo>
                                <a:lnTo>
                                  <a:pt x="1539240" y="1517980"/>
                                </a:lnTo>
                                <a:lnTo>
                                  <a:pt x="1544955" y="1515755"/>
                                </a:lnTo>
                                <a:lnTo>
                                  <a:pt x="1550987" y="1513847"/>
                                </a:lnTo>
                                <a:lnTo>
                                  <a:pt x="1557020" y="1512258"/>
                                </a:lnTo>
                                <a:lnTo>
                                  <a:pt x="1562735" y="1510668"/>
                                </a:lnTo>
                                <a:lnTo>
                                  <a:pt x="1569402" y="1509397"/>
                                </a:lnTo>
                                <a:lnTo>
                                  <a:pt x="1575435" y="1508761"/>
                                </a:lnTo>
                                <a:lnTo>
                                  <a:pt x="1582102" y="1508443"/>
                                </a:lnTo>
                                <a:lnTo>
                                  <a:pt x="1588452" y="1508125"/>
                                </a:lnTo>
                                <a:lnTo>
                                  <a:pt x="1594802" y="1508443"/>
                                </a:lnTo>
                                <a:lnTo>
                                  <a:pt x="1601152" y="1508761"/>
                                </a:lnTo>
                                <a:lnTo>
                                  <a:pt x="1607502" y="1509397"/>
                                </a:lnTo>
                                <a:lnTo>
                                  <a:pt x="1613852" y="1510668"/>
                                </a:lnTo>
                                <a:lnTo>
                                  <a:pt x="1620202" y="1512258"/>
                                </a:lnTo>
                                <a:lnTo>
                                  <a:pt x="1625917" y="1513847"/>
                                </a:lnTo>
                                <a:lnTo>
                                  <a:pt x="1631632" y="1515755"/>
                                </a:lnTo>
                                <a:lnTo>
                                  <a:pt x="1637347" y="1517980"/>
                                </a:lnTo>
                                <a:lnTo>
                                  <a:pt x="1643062" y="1520841"/>
                                </a:lnTo>
                                <a:lnTo>
                                  <a:pt x="1648460" y="1523384"/>
                                </a:lnTo>
                                <a:lnTo>
                                  <a:pt x="1653857" y="1526563"/>
                                </a:lnTo>
                                <a:lnTo>
                                  <a:pt x="1658937" y="1529424"/>
                                </a:lnTo>
                                <a:lnTo>
                                  <a:pt x="1664017" y="1532921"/>
                                </a:lnTo>
                                <a:lnTo>
                                  <a:pt x="1668462" y="1536736"/>
                                </a:lnTo>
                                <a:lnTo>
                                  <a:pt x="1673225" y="1540551"/>
                                </a:lnTo>
                                <a:lnTo>
                                  <a:pt x="1677670" y="1545002"/>
                                </a:lnTo>
                                <a:lnTo>
                                  <a:pt x="1681480" y="1549452"/>
                                </a:lnTo>
                                <a:lnTo>
                                  <a:pt x="1685607" y="1554221"/>
                                </a:lnTo>
                                <a:lnTo>
                                  <a:pt x="1689100" y="1558671"/>
                                </a:lnTo>
                                <a:lnTo>
                                  <a:pt x="1692910" y="1563758"/>
                                </a:lnTo>
                                <a:lnTo>
                                  <a:pt x="1696085" y="1568844"/>
                                </a:lnTo>
                                <a:lnTo>
                                  <a:pt x="1699260" y="1574248"/>
                                </a:lnTo>
                                <a:lnTo>
                                  <a:pt x="1701800" y="1579653"/>
                                </a:lnTo>
                                <a:lnTo>
                                  <a:pt x="1704657" y="1585375"/>
                                </a:lnTo>
                                <a:lnTo>
                                  <a:pt x="1706880" y="1591097"/>
                                </a:lnTo>
                                <a:lnTo>
                                  <a:pt x="1708785" y="1596819"/>
                                </a:lnTo>
                                <a:lnTo>
                                  <a:pt x="1710372" y="1602542"/>
                                </a:lnTo>
                                <a:lnTo>
                                  <a:pt x="1711960" y="1608900"/>
                                </a:lnTo>
                                <a:lnTo>
                                  <a:pt x="1712913" y="1614940"/>
                                </a:lnTo>
                                <a:lnTo>
                                  <a:pt x="1713865" y="1621616"/>
                                </a:lnTo>
                                <a:lnTo>
                                  <a:pt x="1713930" y="1622842"/>
                                </a:lnTo>
                                <a:lnTo>
                                  <a:pt x="1717944" y="1623360"/>
                                </a:lnTo>
                                <a:lnTo>
                                  <a:pt x="1731917" y="1624948"/>
                                </a:lnTo>
                                <a:lnTo>
                                  <a:pt x="1745572" y="1626218"/>
                                </a:lnTo>
                                <a:lnTo>
                                  <a:pt x="1759544" y="1626854"/>
                                </a:lnTo>
                                <a:lnTo>
                                  <a:pt x="1772564" y="1627489"/>
                                </a:lnTo>
                                <a:lnTo>
                                  <a:pt x="1785266" y="1628124"/>
                                </a:lnTo>
                                <a:lnTo>
                                  <a:pt x="1797650" y="1628441"/>
                                </a:lnTo>
                                <a:lnTo>
                                  <a:pt x="1809400" y="1628441"/>
                                </a:lnTo>
                                <a:lnTo>
                                  <a:pt x="1821467" y="1628124"/>
                                </a:lnTo>
                                <a:lnTo>
                                  <a:pt x="1832581" y="1627171"/>
                                </a:lnTo>
                                <a:lnTo>
                                  <a:pt x="1843378" y="1626218"/>
                                </a:lnTo>
                                <a:lnTo>
                                  <a:pt x="1853540" y="1624948"/>
                                </a:lnTo>
                                <a:lnTo>
                                  <a:pt x="1864019" y="1623678"/>
                                </a:lnTo>
                                <a:lnTo>
                                  <a:pt x="1873546" y="1621772"/>
                                </a:lnTo>
                                <a:lnTo>
                                  <a:pt x="1882755" y="1619867"/>
                                </a:lnTo>
                                <a:lnTo>
                                  <a:pt x="1891646" y="1617644"/>
                                </a:lnTo>
                                <a:lnTo>
                                  <a:pt x="1893435" y="1617180"/>
                                </a:lnTo>
                                <a:lnTo>
                                  <a:pt x="1894581" y="1615123"/>
                                </a:lnTo>
                                <a:lnTo>
                                  <a:pt x="1903465" y="1598613"/>
                                </a:lnTo>
                                <a:lnTo>
                                  <a:pt x="1912032" y="1581468"/>
                                </a:lnTo>
                                <a:lnTo>
                                  <a:pt x="1919965" y="1564005"/>
                                </a:lnTo>
                                <a:lnTo>
                                  <a:pt x="1927580" y="1546860"/>
                                </a:lnTo>
                                <a:lnTo>
                                  <a:pt x="1934879" y="1529080"/>
                                </a:lnTo>
                                <a:lnTo>
                                  <a:pt x="1941859" y="1510983"/>
                                </a:lnTo>
                                <a:lnTo>
                                  <a:pt x="1948205" y="1492885"/>
                                </a:lnTo>
                                <a:lnTo>
                                  <a:pt x="1954234" y="1474788"/>
                                </a:lnTo>
                                <a:lnTo>
                                  <a:pt x="1959628" y="1456055"/>
                                </a:lnTo>
                                <a:lnTo>
                                  <a:pt x="1964705" y="1437640"/>
                                </a:lnTo>
                                <a:lnTo>
                                  <a:pt x="1969148" y="1418908"/>
                                </a:lnTo>
                                <a:lnTo>
                                  <a:pt x="1973590" y="1399540"/>
                                </a:lnTo>
                                <a:lnTo>
                                  <a:pt x="1977398" y="1380490"/>
                                </a:lnTo>
                                <a:lnTo>
                                  <a:pt x="1980253" y="1361123"/>
                                </a:lnTo>
                                <a:lnTo>
                                  <a:pt x="1983109" y="1341438"/>
                                </a:lnTo>
                                <a:lnTo>
                                  <a:pt x="1985330" y="1321435"/>
                                </a:lnTo>
                                <a:lnTo>
                                  <a:pt x="1986917" y="1302068"/>
                                </a:lnTo>
                                <a:lnTo>
                                  <a:pt x="1988503" y="1282065"/>
                                </a:lnTo>
                                <a:lnTo>
                                  <a:pt x="1989138" y="1261428"/>
                                </a:lnTo>
                                <a:lnTo>
                                  <a:pt x="1989138" y="1241743"/>
                                </a:lnTo>
                                <a:lnTo>
                                  <a:pt x="1989138" y="1221105"/>
                                </a:lnTo>
                                <a:lnTo>
                                  <a:pt x="1988503" y="1201103"/>
                                </a:lnTo>
                                <a:lnTo>
                                  <a:pt x="1986917" y="1181418"/>
                                </a:lnTo>
                                <a:lnTo>
                                  <a:pt x="1985330" y="1161415"/>
                                </a:lnTo>
                                <a:lnTo>
                                  <a:pt x="1983109" y="1141730"/>
                                </a:lnTo>
                                <a:lnTo>
                                  <a:pt x="1980253" y="1122045"/>
                                </a:lnTo>
                                <a:lnTo>
                                  <a:pt x="1977398" y="1102995"/>
                                </a:lnTo>
                                <a:lnTo>
                                  <a:pt x="1973590" y="1083628"/>
                                </a:lnTo>
                                <a:lnTo>
                                  <a:pt x="1969148" y="1064578"/>
                                </a:lnTo>
                                <a:lnTo>
                                  <a:pt x="1964738" y="1045668"/>
                                </a:lnTo>
                                <a:close/>
                                <a:moveTo>
                                  <a:pt x="916037" y="1019660"/>
                                </a:moveTo>
                                <a:lnTo>
                                  <a:pt x="912064" y="1031240"/>
                                </a:lnTo>
                                <a:lnTo>
                                  <a:pt x="897467" y="1075690"/>
                                </a:lnTo>
                                <a:lnTo>
                                  <a:pt x="883186" y="1121410"/>
                                </a:lnTo>
                                <a:lnTo>
                                  <a:pt x="869541" y="1167765"/>
                                </a:lnTo>
                                <a:lnTo>
                                  <a:pt x="856213" y="1215707"/>
                                </a:lnTo>
                                <a:lnTo>
                                  <a:pt x="843519" y="1265555"/>
                                </a:lnTo>
                                <a:lnTo>
                                  <a:pt x="841045" y="1275844"/>
                                </a:lnTo>
                                <a:lnTo>
                                  <a:pt x="841178" y="1275926"/>
                                </a:lnTo>
                                <a:lnTo>
                                  <a:pt x="887541" y="1303556"/>
                                </a:lnTo>
                                <a:lnTo>
                                  <a:pt x="935809" y="1331185"/>
                                </a:lnTo>
                                <a:lnTo>
                                  <a:pt x="981855" y="1356909"/>
                                </a:lnTo>
                                <a:lnTo>
                                  <a:pt x="997943" y="1365625"/>
                                </a:lnTo>
                                <a:lnTo>
                                  <a:pt x="996185" y="1359853"/>
                                </a:lnTo>
                                <a:lnTo>
                                  <a:pt x="983180" y="1314450"/>
                                </a:lnTo>
                                <a:lnTo>
                                  <a:pt x="970810" y="1268730"/>
                                </a:lnTo>
                                <a:lnTo>
                                  <a:pt x="959075" y="1223010"/>
                                </a:lnTo>
                                <a:lnTo>
                                  <a:pt x="948291" y="1176655"/>
                                </a:lnTo>
                                <a:lnTo>
                                  <a:pt x="937824" y="1130618"/>
                                </a:lnTo>
                                <a:lnTo>
                                  <a:pt x="927991" y="1082675"/>
                                </a:lnTo>
                                <a:lnTo>
                                  <a:pt x="918793" y="1034733"/>
                                </a:lnTo>
                                <a:lnTo>
                                  <a:pt x="916037" y="1019660"/>
                                </a:lnTo>
                                <a:close/>
                                <a:moveTo>
                                  <a:pt x="863289" y="979742"/>
                                </a:moveTo>
                                <a:lnTo>
                                  <a:pt x="855028" y="984105"/>
                                </a:lnTo>
                                <a:lnTo>
                                  <a:pt x="808990" y="1009835"/>
                                </a:lnTo>
                                <a:lnTo>
                                  <a:pt x="761048" y="1037472"/>
                                </a:lnTo>
                                <a:lnTo>
                                  <a:pt x="714375" y="1065426"/>
                                </a:lnTo>
                                <a:lnTo>
                                  <a:pt x="668973" y="1093698"/>
                                </a:lnTo>
                                <a:lnTo>
                                  <a:pt x="625158" y="1121652"/>
                                </a:lnTo>
                                <a:lnTo>
                                  <a:pt x="618343" y="1126266"/>
                                </a:lnTo>
                                <a:lnTo>
                                  <a:pt x="629688" y="1134920"/>
                                </a:lnTo>
                                <a:lnTo>
                                  <a:pt x="669382" y="1162867"/>
                                </a:lnTo>
                                <a:lnTo>
                                  <a:pt x="710029" y="1191450"/>
                                </a:lnTo>
                                <a:lnTo>
                                  <a:pt x="752263" y="1219397"/>
                                </a:lnTo>
                                <a:lnTo>
                                  <a:pt x="784932" y="1240860"/>
                                </a:lnTo>
                                <a:lnTo>
                                  <a:pt x="791475" y="1215707"/>
                                </a:lnTo>
                                <a:lnTo>
                                  <a:pt x="803852" y="1169987"/>
                                </a:lnTo>
                                <a:lnTo>
                                  <a:pt x="816863" y="1124902"/>
                                </a:lnTo>
                                <a:lnTo>
                                  <a:pt x="830191" y="1080135"/>
                                </a:lnTo>
                                <a:lnTo>
                                  <a:pt x="844471" y="1035685"/>
                                </a:lnTo>
                                <a:lnTo>
                                  <a:pt x="859069" y="991870"/>
                                </a:lnTo>
                                <a:lnTo>
                                  <a:pt x="863289" y="979742"/>
                                </a:lnTo>
                                <a:close/>
                                <a:moveTo>
                                  <a:pt x="1657985" y="712821"/>
                                </a:moveTo>
                                <a:lnTo>
                                  <a:pt x="1645285" y="713456"/>
                                </a:lnTo>
                                <a:lnTo>
                                  <a:pt x="1632268" y="714092"/>
                                </a:lnTo>
                                <a:lnTo>
                                  <a:pt x="1618615" y="715362"/>
                                </a:lnTo>
                                <a:lnTo>
                                  <a:pt x="1604963" y="716315"/>
                                </a:lnTo>
                                <a:lnTo>
                                  <a:pt x="1590675" y="717903"/>
                                </a:lnTo>
                                <a:lnTo>
                                  <a:pt x="1561465" y="721715"/>
                                </a:lnTo>
                                <a:lnTo>
                                  <a:pt x="1530668" y="726798"/>
                                </a:lnTo>
                                <a:lnTo>
                                  <a:pt x="1498918" y="732516"/>
                                </a:lnTo>
                                <a:lnTo>
                                  <a:pt x="1465898" y="739822"/>
                                </a:lnTo>
                                <a:lnTo>
                                  <a:pt x="1431608" y="748081"/>
                                </a:lnTo>
                                <a:lnTo>
                                  <a:pt x="1396048" y="757611"/>
                                </a:lnTo>
                                <a:lnTo>
                                  <a:pt x="1359535" y="768094"/>
                                </a:lnTo>
                                <a:lnTo>
                                  <a:pt x="1322070" y="779848"/>
                                </a:lnTo>
                                <a:lnTo>
                                  <a:pt x="1283653" y="792554"/>
                                </a:lnTo>
                                <a:lnTo>
                                  <a:pt x="1244283" y="806531"/>
                                </a:lnTo>
                                <a:lnTo>
                                  <a:pt x="1203960" y="821461"/>
                                </a:lnTo>
                                <a:lnTo>
                                  <a:pt x="1163003" y="837662"/>
                                </a:lnTo>
                                <a:lnTo>
                                  <a:pt x="1121093" y="855134"/>
                                </a:lnTo>
                                <a:lnTo>
                                  <a:pt x="1077913" y="873558"/>
                                </a:lnTo>
                                <a:lnTo>
                                  <a:pt x="1035050" y="893253"/>
                                </a:lnTo>
                                <a:lnTo>
                                  <a:pt x="990600" y="914537"/>
                                </a:lnTo>
                                <a:lnTo>
                                  <a:pt x="964318" y="927496"/>
                                </a:lnTo>
                                <a:lnTo>
                                  <a:pt x="968907" y="957263"/>
                                </a:lnTo>
                                <a:lnTo>
                                  <a:pt x="978106" y="1009650"/>
                                </a:lnTo>
                                <a:lnTo>
                                  <a:pt x="988255" y="1062990"/>
                                </a:lnTo>
                                <a:lnTo>
                                  <a:pt x="999357" y="1117283"/>
                                </a:lnTo>
                                <a:lnTo>
                                  <a:pt x="1010775" y="1168718"/>
                                </a:lnTo>
                                <a:lnTo>
                                  <a:pt x="1023145" y="1219518"/>
                                </a:lnTo>
                                <a:lnTo>
                                  <a:pt x="1035832" y="1268730"/>
                                </a:lnTo>
                                <a:lnTo>
                                  <a:pt x="1049153" y="1316673"/>
                                </a:lnTo>
                                <a:lnTo>
                                  <a:pt x="1062792" y="1363663"/>
                                </a:lnTo>
                                <a:lnTo>
                                  <a:pt x="1075796" y="1405968"/>
                                </a:lnTo>
                                <a:lnTo>
                                  <a:pt x="1117450" y="1427095"/>
                                </a:lnTo>
                                <a:lnTo>
                                  <a:pt x="1161590" y="1447738"/>
                                </a:lnTo>
                                <a:lnTo>
                                  <a:pt x="1191459" y="1461474"/>
                                </a:lnTo>
                                <a:lnTo>
                                  <a:pt x="1221105" y="1447738"/>
                                </a:lnTo>
                                <a:lnTo>
                                  <a:pt x="1264920" y="1427095"/>
                                </a:lnTo>
                                <a:lnTo>
                                  <a:pt x="1309688" y="1404547"/>
                                </a:lnTo>
                                <a:lnTo>
                                  <a:pt x="1355090" y="1381681"/>
                                </a:lnTo>
                                <a:lnTo>
                                  <a:pt x="1400810" y="1356909"/>
                                </a:lnTo>
                                <a:lnTo>
                                  <a:pt x="1446848" y="1331185"/>
                                </a:lnTo>
                                <a:lnTo>
                                  <a:pt x="1494790" y="1303556"/>
                                </a:lnTo>
                                <a:lnTo>
                                  <a:pt x="1541780" y="1275926"/>
                                </a:lnTo>
                                <a:lnTo>
                                  <a:pt x="1586865" y="1247979"/>
                                </a:lnTo>
                                <a:lnTo>
                                  <a:pt x="1630680" y="1219397"/>
                                </a:lnTo>
                                <a:lnTo>
                                  <a:pt x="1672908" y="1191450"/>
                                </a:lnTo>
                                <a:lnTo>
                                  <a:pt x="1713548" y="1162867"/>
                                </a:lnTo>
                                <a:lnTo>
                                  <a:pt x="1752918" y="1134920"/>
                                </a:lnTo>
                                <a:lnTo>
                                  <a:pt x="1790383" y="1106338"/>
                                </a:lnTo>
                                <a:lnTo>
                                  <a:pt x="1826895" y="1078391"/>
                                </a:lnTo>
                                <a:lnTo>
                                  <a:pt x="1861503" y="1050126"/>
                                </a:lnTo>
                                <a:lnTo>
                                  <a:pt x="1894523" y="1022496"/>
                                </a:lnTo>
                                <a:lnTo>
                                  <a:pt x="1925638" y="994867"/>
                                </a:lnTo>
                                <a:lnTo>
                                  <a:pt x="1944123" y="978323"/>
                                </a:lnTo>
                                <a:lnTo>
                                  <a:pt x="1941859" y="971868"/>
                                </a:lnTo>
                                <a:lnTo>
                                  <a:pt x="1934879" y="954088"/>
                                </a:lnTo>
                                <a:lnTo>
                                  <a:pt x="1927580" y="936308"/>
                                </a:lnTo>
                                <a:lnTo>
                                  <a:pt x="1919965" y="918845"/>
                                </a:lnTo>
                                <a:lnTo>
                                  <a:pt x="1912032" y="901383"/>
                                </a:lnTo>
                                <a:lnTo>
                                  <a:pt x="1903465" y="884555"/>
                                </a:lnTo>
                                <a:lnTo>
                                  <a:pt x="1894581" y="867728"/>
                                </a:lnTo>
                                <a:lnTo>
                                  <a:pt x="1885379" y="851218"/>
                                </a:lnTo>
                                <a:lnTo>
                                  <a:pt x="1875859" y="835025"/>
                                </a:lnTo>
                                <a:lnTo>
                                  <a:pt x="1866023" y="818833"/>
                                </a:lnTo>
                                <a:lnTo>
                                  <a:pt x="1855552" y="802958"/>
                                </a:lnTo>
                                <a:lnTo>
                                  <a:pt x="1844763" y="787718"/>
                                </a:lnTo>
                                <a:lnTo>
                                  <a:pt x="1833657" y="772478"/>
                                </a:lnTo>
                                <a:lnTo>
                                  <a:pt x="1822234" y="757238"/>
                                </a:lnTo>
                                <a:lnTo>
                                  <a:pt x="1812344" y="745258"/>
                                </a:lnTo>
                                <a:lnTo>
                                  <a:pt x="1808481" y="742681"/>
                                </a:lnTo>
                                <a:lnTo>
                                  <a:pt x="1802448" y="738869"/>
                                </a:lnTo>
                                <a:lnTo>
                                  <a:pt x="1795463" y="734740"/>
                                </a:lnTo>
                                <a:lnTo>
                                  <a:pt x="1788478" y="731881"/>
                                </a:lnTo>
                                <a:lnTo>
                                  <a:pt x="1780858" y="728704"/>
                                </a:lnTo>
                                <a:lnTo>
                                  <a:pt x="1772921" y="726163"/>
                                </a:lnTo>
                                <a:lnTo>
                                  <a:pt x="1764348" y="723304"/>
                                </a:lnTo>
                                <a:lnTo>
                                  <a:pt x="1755458" y="721080"/>
                                </a:lnTo>
                                <a:lnTo>
                                  <a:pt x="1746251" y="719174"/>
                                </a:lnTo>
                                <a:lnTo>
                                  <a:pt x="1736725" y="717586"/>
                                </a:lnTo>
                                <a:lnTo>
                                  <a:pt x="1726565" y="715997"/>
                                </a:lnTo>
                                <a:lnTo>
                                  <a:pt x="1716405" y="714727"/>
                                </a:lnTo>
                                <a:lnTo>
                                  <a:pt x="1705293" y="714092"/>
                                </a:lnTo>
                                <a:lnTo>
                                  <a:pt x="1694181" y="713456"/>
                                </a:lnTo>
                                <a:lnTo>
                                  <a:pt x="1682433" y="712821"/>
                                </a:lnTo>
                                <a:lnTo>
                                  <a:pt x="1670685" y="712821"/>
                                </a:lnTo>
                                <a:lnTo>
                                  <a:pt x="1657985" y="712821"/>
                                </a:lnTo>
                                <a:close/>
                                <a:moveTo>
                                  <a:pt x="868468" y="533737"/>
                                </a:moveTo>
                                <a:lnTo>
                                  <a:pt x="865870" y="534988"/>
                                </a:lnTo>
                                <a:lnTo>
                                  <a:pt x="848736" y="543243"/>
                                </a:lnTo>
                                <a:lnTo>
                                  <a:pt x="831919" y="552133"/>
                                </a:lnTo>
                                <a:lnTo>
                                  <a:pt x="815419" y="561340"/>
                                </a:lnTo>
                                <a:lnTo>
                                  <a:pt x="799236" y="570865"/>
                                </a:lnTo>
                                <a:lnTo>
                                  <a:pt x="783053" y="581025"/>
                                </a:lnTo>
                                <a:lnTo>
                                  <a:pt x="767505" y="591503"/>
                                </a:lnTo>
                                <a:lnTo>
                                  <a:pt x="751957" y="601980"/>
                                </a:lnTo>
                                <a:lnTo>
                                  <a:pt x="736726" y="613410"/>
                                </a:lnTo>
                                <a:lnTo>
                                  <a:pt x="721813" y="624840"/>
                                </a:lnTo>
                                <a:lnTo>
                                  <a:pt x="707217" y="636270"/>
                                </a:lnTo>
                                <a:lnTo>
                                  <a:pt x="692938" y="648653"/>
                                </a:lnTo>
                                <a:lnTo>
                                  <a:pt x="678659" y="661035"/>
                                </a:lnTo>
                                <a:lnTo>
                                  <a:pt x="665015" y="674053"/>
                                </a:lnTo>
                                <a:lnTo>
                                  <a:pt x="651371" y="687070"/>
                                </a:lnTo>
                                <a:lnTo>
                                  <a:pt x="638361" y="700405"/>
                                </a:lnTo>
                                <a:lnTo>
                                  <a:pt x="625669" y="714375"/>
                                </a:lnTo>
                                <a:lnTo>
                                  <a:pt x="612977" y="728028"/>
                                </a:lnTo>
                                <a:lnTo>
                                  <a:pt x="601236" y="742633"/>
                                </a:lnTo>
                                <a:lnTo>
                                  <a:pt x="589179" y="757238"/>
                                </a:lnTo>
                                <a:lnTo>
                                  <a:pt x="577756" y="772478"/>
                                </a:lnTo>
                                <a:lnTo>
                                  <a:pt x="566650" y="787718"/>
                                </a:lnTo>
                                <a:lnTo>
                                  <a:pt x="555861" y="802958"/>
                                </a:lnTo>
                                <a:lnTo>
                                  <a:pt x="545390" y="818833"/>
                                </a:lnTo>
                                <a:lnTo>
                                  <a:pt x="535554" y="835025"/>
                                </a:lnTo>
                                <a:lnTo>
                                  <a:pt x="525717" y="851218"/>
                                </a:lnTo>
                                <a:lnTo>
                                  <a:pt x="516515" y="867728"/>
                                </a:lnTo>
                                <a:lnTo>
                                  <a:pt x="507631" y="884555"/>
                                </a:lnTo>
                                <a:lnTo>
                                  <a:pt x="499381" y="901383"/>
                                </a:lnTo>
                                <a:lnTo>
                                  <a:pt x="491131" y="918845"/>
                                </a:lnTo>
                                <a:lnTo>
                                  <a:pt x="483515" y="936308"/>
                                </a:lnTo>
                                <a:lnTo>
                                  <a:pt x="476217" y="954088"/>
                                </a:lnTo>
                                <a:lnTo>
                                  <a:pt x="469236" y="971868"/>
                                </a:lnTo>
                                <a:lnTo>
                                  <a:pt x="463208" y="989965"/>
                                </a:lnTo>
                                <a:lnTo>
                                  <a:pt x="460561" y="998051"/>
                                </a:lnTo>
                                <a:lnTo>
                                  <a:pt x="488376" y="1022496"/>
                                </a:lnTo>
                                <a:lnTo>
                                  <a:pt x="521402" y="1050126"/>
                                </a:lnTo>
                                <a:lnTo>
                                  <a:pt x="556015" y="1078391"/>
                                </a:lnTo>
                                <a:lnTo>
                                  <a:pt x="565691" y="1085860"/>
                                </a:lnTo>
                                <a:lnTo>
                                  <a:pt x="569595" y="1083215"/>
                                </a:lnTo>
                                <a:lnTo>
                                  <a:pt x="610235" y="1056214"/>
                                </a:lnTo>
                                <a:lnTo>
                                  <a:pt x="651510" y="1030166"/>
                                </a:lnTo>
                                <a:lnTo>
                                  <a:pt x="693420" y="1004435"/>
                                </a:lnTo>
                                <a:lnTo>
                                  <a:pt x="735013" y="979340"/>
                                </a:lnTo>
                                <a:lnTo>
                                  <a:pt x="777875" y="954880"/>
                                </a:lnTo>
                                <a:lnTo>
                                  <a:pt x="818833" y="932008"/>
                                </a:lnTo>
                                <a:lnTo>
                                  <a:pt x="860743" y="909454"/>
                                </a:lnTo>
                                <a:lnTo>
                                  <a:pt x="895555" y="891247"/>
                                </a:lnTo>
                                <a:lnTo>
                                  <a:pt x="895322" y="889635"/>
                                </a:lnTo>
                                <a:lnTo>
                                  <a:pt x="888661" y="841693"/>
                                </a:lnTo>
                                <a:lnTo>
                                  <a:pt x="883269" y="794068"/>
                                </a:lnTo>
                                <a:lnTo>
                                  <a:pt x="878829" y="746443"/>
                                </a:lnTo>
                                <a:lnTo>
                                  <a:pt x="875023" y="699453"/>
                                </a:lnTo>
                                <a:lnTo>
                                  <a:pt x="871851" y="653415"/>
                                </a:lnTo>
                                <a:lnTo>
                                  <a:pt x="869948" y="608013"/>
                                </a:lnTo>
                                <a:lnTo>
                                  <a:pt x="868679" y="562928"/>
                                </a:lnTo>
                                <a:lnTo>
                                  <a:pt x="868468" y="533737"/>
                                </a:lnTo>
                                <a:close/>
                                <a:moveTo>
                                  <a:pt x="2020253" y="515954"/>
                                </a:moveTo>
                                <a:lnTo>
                                  <a:pt x="2004378" y="516272"/>
                                </a:lnTo>
                                <a:lnTo>
                                  <a:pt x="1987868" y="516589"/>
                                </a:lnTo>
                                <a:lnTo>
                                  <a:pt x="1970723" y="517860"/>
                                </a:lnTo>
                                <a:lnTo>
                                  <a:pt x="1952943" y="519448"/>
                                </a:lnTo>
                                <a:lnTo>
                                  <a:pt x="1934845" y="521353"/>
                                </a:lnTo>
                                <a:lnTo>
                                  <a:pt x="1916113" y="523576"/>
                                </a:lnTo>
                                <a:lnTo>
                                  <a:pt x="1896428" y="526434"/>
                                </a:lnTo>
                                <a:lnTo>
                                  <a:pt x="1876425" y="529610"/>
                                </a:lnTo>
                                <a:lnTo>
                                  <a:pt x="1856105" y="533739"/>
                                </a:lnTo>
                                <a:lnTo>
                                  <a:pt x="1835468" y="537867"/>
                                </a:lnTo>
                                <a:lnTo>
                                  <a:pt x="1818071" y="541450"/>
                                </a:lnTo>
                                <a:lnTo>
                                  <a:pt x="1830544" y="552491"/>
                                </a:lnTo>
                                <a:lnTo>
                                  <a:pt x="1847045" y="568051"/>
                                </a:lnTo>
                                <a:lnTo>
                                  <a:pt x="1862912" y="583929"/>
                                </a:lnTo>
                                <a:lnTo>
                                  <a:pt x="1878779" y="599489"/>
                                </a:lnTo>
                                <a:lnTo>
                                  <a:pt x="1893694" y="616002"/>
                                </a:lnTo>
                                <a:lnTo>
                                  <a:pt x="1908609" y="632515"/>
                                </a:lnTo>
                                <a:lnTo>
                                  <a:pt x="1923207" y="649345"/>
                                </a:lnTo>
                                <a:lnTo>
                                  <a:pt x="1937169" y="667128"/>
                                </a:lnTo>
                                <a:lnTo>
                                  <a:pt x="1950498" y="684911"/>
                                </a:lnTo>
                                <a:lnTo>
                                  <a:pt x="1963826" y="703012"/>
                                </a:lnTo>
                                <a:lnTo>
                                  <a:pt x="1976519" y="721430"/>
                                </a:lnTo>
                                <a:lnTo>
                                  <a:pt x="1988895" y="739848"/>
                                </a:lnTo>
                                <a:lnTo>
                                  <a:pt x="2000637" y="758901"/>
                                </a:lnTo>
                                <a:lnTo>
                                  <a:pt x="2012378" y="778272"/>
                                </a:lnTo>
                                <a:lnTo>
                                  <a:pt x="2023168" y="797961"/>
                                </a:lnTo>
                                <a:lnTo>
                                  <a:pt x="2033323" y="817967"/>
                                </a:lnTo>
                                <a:lnTo>
                                  <a:pt x="2043477" y="838290"/>
                                </a:lnTo>
                                <a:lnTo>
                                  <a:pt x="2052998" y="858614"/>
                                </a:lnTo>
                                <a:lnTo>
                                  <a:pt x="2056015" y="865380"/>
                                </a:lnTo>
                                <a:lnTo>
                                  <a:pt x="2058035" y="863071"/>
                                </a:lnTo>
                                <a:lnTo>
                                  <a:pt x="2069148" y="850367"/>
                                </a:lnTo>
                                <a:lnTo>
                                  <a:pt x="2079308" y="837982"/>
                                </a:lnTo>
                                <a:lnTo>
                                  <a:pt x="2089468" y="825914"/>
                                </a:lnTo>
                                <a:lnTo>
                                  <a:pt x="2098675" y="813845"/>
                                </a:lnTo>
                                <a:lnTo>
                                  <a:pt x="2107883" y="801777"/>
                                </a:lnTo>
                                <a:lnTo>
                                  <a:pt x="2116455" y="790027"/>
                                </a:lnTo>
                                <a:lnTo>
                                  <a:pt x="2124711" y="778594"/>
                                </a:lnTo>
                                <a:lnTo>
                                  <a:pt x="2132331" y="766843"/>
                                </a:lnTo>
                                <a:lnTo>
                                  <a:pt x="2139633" y="755728"/>
                                </a:lnTo>
                                <a:lnTo>
                                  <a:pt x="2146301" y="744930"/>
                                </a:lnTo>
                                <a:lnTo>
                                  <a:pt x="2152968" y="733815"/>
                                </a:lnTo>
                                <a:lnTo>
                                  <a:pt x="2158683" y="723652"/>
                                </a:lnTo>
                                <a:lnTo>
                                  <a:pt x="2164081" y="713172"/>
                                </a:lnTo>
                                <a:lnTo>
                                  <a:pt x="2168843" y="702692"/>
                                </a:lnTo>
                                <a:lnTo>
                                  <a:pt x="2173605" y="692847"/>
                                </a:lnTo>
                                <a:lnTo>
                                  <a:pt x="2177415" y="683002"/>
                                </a:lnTo>
                                <a:lnTo>
                                  <a:pt x="2179793" y="676516"/>
                                </a:lnTo>
                                <a:lnTo>
                                  <a:pt x="2174979" y="674995"/>
                                </a:lnTo>
                                <a:lnTo>
                                  <a:pt x="2169575" y="672452"/>
                                </a:lnTo>
                                <a:lnTo>
                                  <a:pt x="2163853" y="669909"/>
                                </a:lnTo>
                                <a:lnTo>
                                  <a:pt x="2158448" y="667048"/>
                                </a:lnTo>
                                <a:lnTo>
                                  <a:pt x="2153044" y="664187"/>
                                </a:lnTo>
                                <a:lnTo>
                                  <a:pt x="2147958" y="661008"/>
                                </a:lnTo>
                                <a:lnTo>
                                  <a:pt x="2142871" y="657511"/>
                                </a:lnTo>
                                <a:lnTo>
                                  <a:pt x="2138421" y="653696"/>
                                </a:lnTo>
                                <a:lnTo>
                                  <a:pt x="2133652" y="649881"/>
                                </a:lnTo>
                                <a:lnTo>
                                  <a:pt x="2129201" y="645749"/>
                                </a:lnTo>
                                <a:lnTo>
                                  <a:pt x="2124751" y="640980"/>
                                </a:lnTo>
                                <a:lnTo>
                                  <a:pt x="2120936" y="636529"/>
                                </a:lnTo>
                                <a:lnTo>
                                  <a:pt x="2117121" y="631761"/>
                                </a:lnTo>
                                <a:lnTo>
                                  <a:pt x="2113624" y="626675"/>
                                </a:lnTo>
                                <a:lnTo>
                                  <a:pt x="2110763" y="621906"/>
                                </a:lnTo>
                                <a:lnTo>
                                  <a:pt x="2107584" y="616502"/>
                                </a:lnTo>
                                <a:lnTo>
                                  <a:pt x="2105041" y="611097"/>
                                </a:lnTo>
                                <a:lnTo>
                                  <a:pt x="2102180" y="605375"/>
                                </a:lnTo>
                                <a:lnTo>
                                  <a:pt x="2099955" y="599971"/>
                                </a:lnTo>
                                <a:lnTo>
                                  <a:pt x="2098047" y="593613"/>
                                </a:lnTo>
                                <a:lnTo>
                                  <a:pt x="2096458" y="587891"/>
                                </a:lnTo>
                                <a:lnTo>
                                  <a:pt x="2094868" y="581851"/>
                                </a:lnTo>
                                <a:lnTo>
                                  <a:pt x="2093597" y="575493"/>
                                </a:lnTo>
                                <a:lnTo>
                                  <a:pt x="2092961" y="569135"/>
                                </a:lnTo>
                                <a:lnTo>
                                  <a:pt x="2092643" y="562777"/>
                                </a:lnTo>
                                <a:lnTo>
                                  <a:pt x="2092325" y="556419"/>
                                </a:lnTo>
                                <a:lnTo>
                                  <a:pt x="2092643" y="549743"/>
                                </a:lnTo>
                                <a:lnTo>
                                  <a:pt x="2092961" y="543385"/>
                                </a:lnTo>
                                <a:lnTo>
                                  <a:pt x="2093597" y="537027"/>
                                </a:lnTo>
                                <a:lnTo>
                                  <a:pt x="2094868" y="530987"/>
                                </a:lnTo>
                                <a:lnTo>
                                  <a:pt x="2096458" y="524946"/>
                                </a:lnTo>
                                <a:lnTo>
                                  <a:pt x="2096810" y="523537"/>
                                </a:lnTo>
                                <a:lnTo>
                                  <a:pt x="2090103" y="521988"/>
                                </a:lnTo>
                                <a:lnTo>
                                  <a:pt x="2078038" y="520083"/>
                                </a:lnTo>
                                <a:lnTo>
                                  <a:pt x="2064385" y="518177"/>
                                </a:lnTo>
                                <a:lnTo>
                                  <a:pt x="2050098" y="517225"/>
                                </a:lnTo>
                                <a:lnTo>
                                  <a:pt x="2035493" y="516272"/>
                                </a:lnTo>
                                <a:lnTo>
                                  <a:pt x="2020253" y="515954"/>
                                </a:lnTo>
                                <a:close/>
                                <a:moveTo>
                                  <a:pt x="362307" y="515954"/>
                                </a:moveTo>
                                <a:lnTo>
                                  <a:pt x="346747" y="516272"/>
                                </a:lnTo>
                                <a:lnTo>
                                  <a:pt x="332140" y="517225"/>
                                </a:lnTo>
                                <a:lnTo>
                                  <a:pt x="318485" y="518177"/>
                                </a:lnTo>
                                <a:lnTo>
                                  <a:pt x="304830" y="520083"/>
                                </a:lnTo>
                                <a:lnTo>
                                  <a:pt x="292128" y="521988"/>
                                </a:lnTo>
                                <a:lnTo>
                                  <a:pt x="280378" y="524846"/>
                                </a:lnTo>
                                <a:lnTo>
                                  <a:pt x="269264" y="527387"/>
                                </a:lnTo>
                                <a:lnTo>
                                  <a:pt x="258467" y="530881"/>
                                </a:lnTo>
                                <a:lnTo>
                                  <a:pt x="248941" y="534692"/>
                                </a:lnTo>
                                <a:lnTo>
                                  <a:pt x="239732" y="539455"/>
                                </a:lnTo>
                                <a:lnTo>
                                  <a:pt x="231158" y="543901"/>
                                </a:lnTo>
                                <a:lnTo>
                                  <a:pt x="223536" y="548983"/>
                                </a:lnTo>
                                <a:lnTo>
                                  <a:pt x="219442" y="552492"/>
                                </a:lnTo>
                                <a:lnTo>
                                  <a:pt x="224375" y="554685"/>
                                </a:lnTo>
                                <a:lnTo>
                                  <a:pt x="230097" y="556910"/>
                                </a:lnTo>
                                <a:lnTo>
                                  <a:pt x="235502" y="560089"/>
                                </a:lnTo>
                                <a:lnTo>
                                  <a:pt x="240906" y="562632"/>
                                </a:lnTo>
                                <a:lnTo>
                                  <a:pt x="245992" y="566129"/>
                                </a:lnTo>
                                <a:lnTo>
                                  <a:pt x="251079" y="569626"/>
                                </a:lnTo>
                                <a:lnTo>
                                  <a:pt x="255529" y="573441"/>
                                </a:lnTo>
                                <a:lnTo>
                                  <a:pt x="260298" y="577256"/>
                                </a:lnTo>
                                <a:lnTo>
                                  <a:pt x="264749" y="581389"/>
                                </a:lnTo>
                                <a:lnTo>
                                  <a:pt x="268563" y="585839"/>
                                </a:lnTo>
                                <a:lnTo>
                                  <a:pt x="273014" y="590290"/>
                                </a:lnTo>
                                <a:lnTo>
                                  <a:pt x="276829" y="595376"/>
                                </a:lnTo>
                                <a:lnTo>
                                  <a:pt x="280326" y="600463"/>
                                </a:lnTo>
                                <a:lnTo>
                                  <a:pt x="283187" y="605549"/>
                                </a:lnTo>
                                <a:lnTo>
                                  <a:pt x="286366" y="610635"/>
                                </a:lnTo>
                                <a:lnTo>
                                  <a:pt x="289227" y="616040"/>
                                </a:lnTo>
                                <a:lnTo>
                                  <a:pt x="291770" y="621444"/>
                                </a:lnTo>
                                <a:lnTo>
                                  <a:pt x="293995" y="627484"/>
                                </a:lnTo>
                                <a:lnTo>
                                  <a:pt x="295903" y="633206"/>
                                </a:lnTo>
                                <a:lnTo>
                                  <a:pt x="297492" y="639246"/>
                                </a:lnTo>
                                <a:lnTo>
                                  <a:pt x="299082" y="645287"/>
                                </a:lnTo>
                                <a:lnTo>
                                  <a:pt x="300353" y="651645"/>
                                </a:lnTo>
                                <a:lnTo>
                                  <a:pt x="300989" y="657685"/>
                                </a:lnTo>
                                <a:lnTo>
                                  <a:pt x="301307" y="664361"/>
                                </a:lnTo>
                                <a:lnTo>
                                  <a:pt x="301625" y="670719"/>
                                </a:lnTo>
                                <a:lnTo>
                                  <a:pt x="301307" y="677394"/>
                                </a:lnTo>
                                <a:lnTo>
                                  <a:pt x="300989" y="683752"/>
                                </a:lnTo>
                                <a:lnTo>
                                  <a:pt x="300353" y="690111"/>
                                </a:lnTo>
                                <a:lnTo>
                                  <a:pt x="299082" y="696151"/>
                                </a:lnTo>
                                <a:lnTo>
                                  <a:pt x="297492" y="702509"/>
                                </a:lnTo>
                                <a:lnTo>
                                  <a:pt x="295903" y="708549"/>
                                </a:lnTo>
                                <a:lnTo>
                                  <a:pt x="293995" y="714271"/>
                                </a:lnTo>
                                <a:lnTo>
                                  <a:pt x="291770" y="719993"/>
                                </a:lnTo>
                                <a:lnTo>
                                  <a:pt x="289227" y="725397"/>
                                </a:lnTo>
                                <a:lnTo>
                                  <a:pt x="286366" y="730802"/>
                                </a:lnTo>
                                <a:lnTo>
                                  <a:pt x="283187" y="736206"/>
                                </a:lnTo>
                                <a:lnTo>
                                  <a:pt x="280326" y="741292"/>
                                </a:lnTo>
                                <a:lnTo>
                                  <a:pt x="276829" y="746379"/>
                                </a:lnTo>
                                <a:lnTo>
                                  <a:pt x="273014" y="751147"/>
                                </a:lnTo>
                                <a:lnTo>
                                  <a:pt x="268563" y="755916"/>
                                </a:lnTo>
                                <a:lnTo>
                                  <a:pt x="264749" y="760049"/>
                                </a:lnTo>
                                <a:lnTo>
                                  <a:pt x="260298" y="764181"/>
                                </a:lnTo>
                                <a:lnTo>
                                  <a:pt x="255529" y="768314"/>
                                </a:lnTo>
                                <a:lnTo>
                                  <a:pt x="252928" y="770544"/>
                                </a:lnTo>
                                <a:lnTo>
                                  <a:pt x="258150" y="778594"/>
                                </a:lnTo>
                                <a:lnTo>
                                  <a:pt x="266089" y="790027"/>
                                </a:lnTo>
                                <a:lnTo>
                                  <a:pt x="274980" y="801777"/>
                                </a:lnTo>
                                <a:lnTo>
                                  <a:pt x="283872" y="813845"/>
                                </a:lnTo>
                                <a:lnTo>
                                  <a:pt x="293398" y="825914"/>
                                </a:lnTo>
                                <a:lnTo>
                                  <a:pt x="303560" y="837982"/>
                                </a:lnTo>
                                <a:lnTo>
                                  <a:pt x="313722" y="850367"/>
                                </a:lnTo>
                                <a:lnTo>
                                  <a:pt x="324518" y="863071"/>
                                </a:lnTo>
                                <a:lnTo>
                                  <a:pt x="335950" y="875774"/>
                                </a:lnTo>
                                <a:lnTo>
                                  <a:pt x="346135" y="886785"/>
                                </a:lnTo>
                                <a:lnTo>
                                  <a:pt x="349213" y="879255"/>
                                </a:lnTo>
                                <a:lnTo>
                                  <a:pt x="358415" y="858614"/>
                                </a:lnTo>
                                <a:lnTo>
                                  <a:pt x="367936" y="838290"/>
                                </a:lnTo>
                                <a:lnTo>
                                  <a:pt x="377773" y="817967"/>
                                </a:lnTo>
                                <a:lnTo>
                                  <a:pt x="388245" y="797961"/>
                                </a:lnTo>
                                <a:lnTo>
                                  <a:pt x="399352" y="778272"/>
                                </a:lnTo>
                                <a:lnTo>
                                  <a:pt x="410459" y="758901"/>
                                </a:lnTo>
                                <a:lnTo>
                                  <a:pt x="422518" y="739848"/>
                                </a:lnTo>
                                <a:lnTo>
                                  <a:pt x="434894" y="721430"/>
                                </a:lnTo>
                                <a:lnTo>
                                  <a:pt x="447270" y="703012"/>
                                </a:lnTo>
                                <a:lnTo>
                                  <a:pt x="460915" y="684911"/>
                                </a:lnTo>
                                <a:lnTo>
                                  <a:pt x="474244" y="667128"/>
                                </a:lnTo>
                                <a:lnTo>
                                  <a:pt x="488524" y="649345"/>
                                </a:lnTo>
                                <a:lnTo>
                                  <a:pt x="502804" y="632515"/>
                                </a:lnTo>
                                <a:lnTo>
                                  <a:pt x="517719" y="616002"/>
                                </a:lnTo>
                                <a:lnTo>
                                  <a:pt x="532634" y="599489"/>
                                </a:lnTo>
                                <a:lnTo>
                                  <a:pt x="548501" y="583929"/>
                                </a:lnTo>
                                <a:lnTo>
                                  <a:pt x="564050" y="568051"/>
                                </a:lnTo>
                                <a:lnTo>
                                  <a:pt x="580552" y="552491"/>
                                </a:lnTo>
                                <a:lnTo>
                                  <a:pt x="587136" y="546773"/>
                                </a:lnTo>
                                <a:lnTo>
                                  <a:pt x="569035" y="542313"/>
                                </a:lnTo>
                                <a:lnTo>
                                  <a:pt x="547441" y="537867"/>
                                </a:lnTo>
                                <a:lnTo>
                                  <a:pt x="526483" y="533739"/>
                                </a:lnTo>
                                <a:lnTo>
                                  <a:pt x="505842" y="529610"/>
                                </a:lnTo>
                                <a:lnTo>
                                  <a:pt x="486153" y="526434"/>
                                </a:lnTo>
                                <a:lnTo>
                                  <a:pt x="466783" y="523576"/>
                                </a:lnTo>
                                <a:lnTo>
                                  <a:pt x="448047" y="521353"/>
                                </a:lnTo>
                                <a:lnTo>
                                  <a:pt x="429629" y="519448"/>
                                </a:lnTo>
                                <a:lnTo>
                                  <a:pt x="411846" y="517860"/>
                                </a:lnTo>
                                <a:lnTo>
                                  <a:pt x="395015" y="516589"/>
                                </a:lnTo>
                                <a:lnTo>
                                  <a:pt x="378503" y="516272"/>
                                </a:lnTo>
                                <a:lnTo>
                                  <a:pt x="362307" y="515954"/>
                                </a:lnTo>
                                <a:close/>
                                <a:moveTo>
                                  <a:pt x="1144594" y="459502"/>
                                </a:moveTo>
                                <a:lnTo>
                                  <a:pt x="1125428" y="461328"/>
                                </a:lnTo>
                                <a:lnTo>
                                  <a:pt x="1105755" y="463868"/>
                                </a:lnTo>
                                <a:lnTo>
                                  <a:pt x="1086082" y="466408"/>
                                </a:lnTo>
                                <a:lnTo>
                                  <a:pt x="1067043" y="469583"/>
                                </a:lnTo>
                                <a:lnTo>
                                  <a:pt x="1047687" y="473393"/>
                                </a:lnTo>
                                <a:lnTo>
                                  <a:pt x="1028649" y="477520"/>
                                </a:lnTo>
                                <a:lnTo>
                                  <a:pt x="1009928" y="482283"/>
                                </a:lnTo>
                                <a:lnTo>
                                  <a:pt x="990889" y="487045"/>
                                </a:lnTo>
                                <a:lnTo>
                                  <a:pt x="972486" y="492443"/>
                                </a:lnTo>
                                <a:lnTo>
                                  <a:pt x="954399" y="498793"/>
                                </a:lnTo>
                                <a:lnTo>
                                  <a:pt x="935995" y="504825"/>
                                </a:lnTo>
                                <a:lnTo>
                                  <a:pt x="932351" y="506258"/>
                                </a:lnTo>
                                <a:lnTo>
                                  <a:pt x="932115" y="536258"/>
                                </a:lnTo>
                                <a:lnTo>
                                  <a:pt x="932432" y="577533"/>
                                </a:lnTo>
                                <a:lnTo>
                                  <a:pt x="933701" y="621030"/>
                                </a:lnTo>
                                <a:lnTo>
                                  <a:pt x="935921" y="665163"/>
                                </a:lnTo>
                                <a:lnTo>
                                  <a:pt x="939093" y="710883"/>
                                </a:lnTo>
                                <a:lnTo>
                                  <a:pt x="942899" y="757873"/>
                                </a:lnTo>
                                <a:lnTo>
                                  <a:pt x="944704" y="775147"/>
                                </a:lnTo>
                                <a:lnTo>
                                  <a:pt x="957126" y="748030"/>
                                </a:lnTo>
                                <a:lnTo>
                                  <a:pt x="966329" y="729615"/>
                                </a:lnTo>
                                <a:lnTo>
                                  <a:pt x="974897" y="711517"/>
                                </a:lnTo>
                                <a:lnTo>
                                  <a:pt x="984100" y="693420"/>
                                </a:lnTo>
                                <a:lnTo>
                                  <a:pt x="992986" y="676275"/>
                                </a:lnTo>
                                <a:lnTo>
                                  <a:pt x="1002189" y="659130"/>
                                </a:lnTo>
                                <a:lnTo>
                                  <a:pt x="1012026" y="642620"/>
                                </a:lnTo>
                                <a:lnTo>
                                  <a:pt x="1021229" y="626427"/>
                                </a:lnTo>
                                <a:lnTo>
                                  <a:pt x="1030749" y="610235"/>
                                </a:lnTo>
                                <a:lnTo>
                                  <a:pt x="1040269" y="594677"/>
                                </a:lnTo>
                                <a:lnTo>
                                  <a:pt x="1049789" y="579755"/>
                                </a:lnTo>
                                <a:lnTo>
                                  <a:pt x="1059627" y="564832"/>
                                </a:lnTo>
                                <a:lnTo>
                                  <a:pt x="1069147" y="550862"/>
                                </a:lnTo>
                                <a:lnTo>
                                  <a:pt x="1078985" y="537210"/>
                                </a:lnTo>
                                <a:lnTo>
                                  <a:pt x="1088822" y="523557"/>
                                </a:lnTo>
                                <a:lnTo>
                                  <a:pt x="1098660" y="511175"/>
                                </a:lnTo>
                                <a:lnTo>
                                  <a:pt x="1108814" y="498792"/>
                                </a:lnTo>
                                <a:lnTo>
                                  <a:pt x="1118652" y="487045"/>
                                </a:lnTo>
                                <a:lnTo>
                                  <a:pt x="1129124" y="475932"/>
                                </a:lnTo>
                                <a:lnTo>
                                  <a:pt x="1138962" y="465137"/>
                                </a:lnTo>
                                <a:lnTo>
                                  <a:pt x="1144594" y="459502"/>
                                </a:lnTo>
                                <a:close/>
                                <a:moveTo>
                                  <a:pt x="1249064" y="458616"/>
                                </a:moveTo>
                                <a:lnTo>
                                  <a:pt x="1248761" y="458787"/>
                                </a:lnTo>
                                <a:lnTo>
                                  <a:pt x="1241462" y="463232"/>
                                </a:lnTo>
                                <a:lnTo>
                                  <a:pt x="1233846" y="468312"/>
                                </a:lnTo>
                                <a:lnTo>
                                  <a:pt x="1226230" y="474027"/>
                                </a:lnTo>
                                <a:lnTo>
                                  <a:pt x="1218614" y="480377"/>
                                </a:lnTo>
                                <a:lnTo>
                                  <a:pt x="1210997" y="486727"/>
                                </a:lnTo>
                                <a:lnTo>
                                  <a:pt x="1203064" y="493712"/>
                                </a:lnTo>
                                <a:lnTo>
                                  <a:pt x="1195131" y="501015"/>
                                </a:lnTo>
                                <a:lnTo>
                                  <a:pt x="1187197" y="508952"/>
                                </a:lnTo>
                                <a:lnTo>
                                  <a:pt x="1178946" y="517525"/>
                                </a:lnTo>
                                <a:lnTo>
                                  <a:pt x="1171013" y="526415"/>
                                </a:lnTo>
                                <a:lnTo>
                                  <a:pt x="1162762" y="535940"/>
                                </a:lnTo>
                                <a:lnTo>
                                  <a:pt x="1154829" y="545465"/>
                                </a:lnTo>
                                <a:lnTo>
                                  <a:pt x="1146578" y="555942"/>
                                </a:lnTo>
                                <a:lnTo>
                                  <a:pt x="1138327" y="566737"/>
                                </a:lnTo>
                                <a:lnTo>
                                  <a:pt x="1130076" y="577850"/>
                                </a:lnTo>
                                <a:lnTo>
                                  <a:pt x="1121825" y="589280"/>
                                </a:lnTo>
                                <a:lnTo>
                                  <a:pt x="1105324" y="613727"/>
                                </a:lnTo>
                                <a:lnTo>
                                  <a:pt x="1088187" y="640080"/>
                                </a:lnTo>
                                <a:lnTo>
                                  <a:pt x="1071686" y="667702"/>
                                </a:lnTo>
                                <a:lnTo>
                                  <a:pt x="1055184" y="697547"/>
                                </a:lnTo>
                                <a:lnTo>
                                  <a:pt x="1038365" y="728662"/>
                                </a:lnTo>
                                <a:lnTo>
                                  <a:pt x="1021864" y="761365"/>
                                </a:lnTo>
                                <a:lnTo>
                                  <a:pt x="1005679" y="795337"/>
                                </a:lnTo>
                                <a:lnTo>
                                  <a:pt x="989178" y="831215"/>
                                </a:lnTo>
                                <a:lnTo>
                                  <a:pt x="981773" y="848753"/>
                                </a:lnTo>
                                <a:lnTo>
                                  <a:pt x="987743" y="845921"/>
                                </a:lnTo>
                                <a:lnTo>
                                  <a:pt x="1029970" y="826544"/>
                                </a:lnTo>
                                <a:lnTo>
                                  <a:pt x="1072515" y="807167"/>
                                </a:lnTo>
                                <a:lnTo>
                                  <a:pt x="1114743" y="789060"/>
                                </a:lnTo>
                                <a:lnTo>
                                  <a:pt x="1157288" y="772224"/>
                                </a:lnTo>
                                <a:lnTo>
                                  <a:pt x="1198880" y="755705"/>
                                </a:lnTo>
                                <a:lnTo>
                                  <a:pt x="1240790" y="740140"/>
                                </a:lnTo>
                                <a:lnTo>
                                  <a:pt x="1282065" y="726163"/>
                                </a:lnTo>
                                <a:lnTo>
                                  <a:pt x="1322388" y="712503"/>
                                </a:lnTo>
                                <a:lnTo>
                                  <a:pt x="1362393" y="700114"/>
                                </a:lnTo>
                                <a:lnTo>
                                  <a:pt x="1382395" y="695032"/>
                                </a:lnTo>
                                <a:lnTo>
                                  <a:pt x="1401445" y="689632"/>
                                </a:lnTo>
                                <a:lnTo>
                                  <a:pt x="1421130" y="684231"/>
                                </a:lnTo>
                                <a:lnTo>
                                  <a:pt x="1439863" y="679466"/>
                                </a:lnTo>
                                <a:lnTo>
                                  <a:pt x="1459230" y="675019"/>
                                </a:lnTo>
                                <a:lnTo>
                                  <a:pt x="1477645" y="670889"/>
                                </a:lnTo>
                                <a:lnTo>
                                  <a:pt x="1496060" y="667077"/>
                                </a:lnTo>
                                <a:lnTo>
                                  <a:pt x="1514475" y="663583"/>
                                </a:lnTo>
                                <a:lnTo>
                                  <a:pt x="1532255" y="660407"/>
                                </a:lnTo>
                                <a:lnTo>
                                  <a:pt x="1550035" y="657548"/>
                                </a:lnTo>
                                <a:lnTo>
                                  <a:pt x="1567180" y="655006"/>
                                </a:lnTo>
                                <a:lnTo>
                                  <a:pt x="1584643" y="653100"/>
                                </a:lnTo>
                                <a:lnTo>
                                  <a:pt x="1601470" y="651194"/>
                                </a:lnTo>
                                <a:lnTo>
                                  <a:pt x="1617663" y="649606"/>
                                </a:lnTo>
                                <a:lnTo>
                                  <a:pt x="1633855" y="648653"/>
                                </a:lnTo>
                                <a:lnTo>
                                  <a:pt x="1649413" y="648018"/>
                                </a:lnTo>
                                <a:lnTo>
                                  <a:pt x="1665288" y="647700"/>
                                </a:lnTo>
                                <a:lnTo>
                                  <a:pt x="1680211" y="647700"/>
                                </a:lnTo>
                                <a:lnTo>
                                  <a:pt x="1694815" y="648018"/>
                                </a:lnTo>
                                <a:lnTo>
                                  <a:pt x="1709103" y="648653"/>
                                </a:lnTo>
                                <a:lnTo>
                                  <a:pt x="1719853" y="649848"/>
                                </a:lnTo>
                                <a:lnTo>
                                  <a:pt x="1718475" y="648653"/>
                                </a:lnTo>
                                <a:lnTo>
                                  <a:pt x="1704196" y="636270"/>
                                </a:lnTo>
                                <a:lnTo>
                                  <a:pt x="1689600" y="624840"/>
                                </a:lnTo>
                                <a:lnTo>
                                  <a:pt x="1674687" y="613410"/>
                                </a:lnTo>
                                <a:lnTo>
                                  <a:pt x="1659139" y="601980"/>
                                </a:lnTo>
                                <a:lnTo>
                                  <a:pt x="1643908" y="591503"/>
                                </a:lnTo>
                                <a:lnTo>
                                  <a:pt x="1628042" y="581025"/>
                                </a:lnTo>
                                <a:lnTo>
                                  <a:pt x="1612177" y="570865"/>
                                </a:lnTo>
                                <a:lnTo>
                                  <a:pt x="1595994" y="561340"/>
                                </a:lnTo>
                                <a:lnTo>
                                  <a:pt x="1579494" y="552133"/>
                                </a:lnTo>
                                <a:lnTo>
                                  <a:pt x="1562360" y="543243"/>
                                </a:lnTo>
                                <a:lnTo>
                                  <a:pt x="1545543" y="534988"/>
                                </a:lnTo>
                                <a:lnTo>
                                  <a:pt x="1528408" y="526733"/>
                                </a:lnTo>
                                <a:lnTo>
                                  <a:pt x="1510639" y="519113"/>
                                </a:lnTo>
                                <a:lnTo>
                                  <a:pt x="1492869" y="511810"/>
                                </a:lnTo>
                                <a:lnTo>
                                  <a:pt x="1475418" y="504825"/>
                                </a:lnTo>
                                <a:lnTo>
                                  <a:pt x="1456697" y="498793"/>
                                </a:lnTo>
                                <a:lnTo>
                                  <a:pt x="1438927" y="492443"/>
                                </a:lnTo>
                                <a:lnTo>
                                  <a:pt x="1420523" y="487045"/>
                                </a:lnTo>
                                <a:lnTo>
                                  <a:pt x="1401485" y="482283"/>
                                </a:lnTo>
                                <a:lnTo>
                                  <a:pt x="1382764" y="477520"/>
                                </a:lnTo>
                                <a:lnTo>
                                  <a:pt x="1363408" y="473393"/>
                                </a:lnTo>
                                <a:lnTo>
                                  <a:pt x="1344370" y="469583"/>
                                </a:lnTo>
                                <a:lnTo>
                                  <a:pt x="1325014" y="466408"/>
                                </a:lnTo>
                                <a:lnTo>
                                  <a:pt x="1305658" y="463868"/>
                                </a:lnTo>
                                <a:lnTo>
                                  <a:pt x="1285985" y="461328"/>
                                </a:lnTo>
                                <a:lnTo>
                                  <a:pt x="1265995" y="459423"/>
                                </a:lnTo>
                                <a:lnTo>
                                  <a:pt x="1249064" y="458616"/>
                                </a:lnTo>
                                <a:close/>
                                <a:moveTo>
                                  <a:pt x="1092607" y="63500"/>
                                </a:moveTo>
                                <a:lnTo>
                                  <a:pt x="1084677" y="63818"/>
                                </a:lnTo>
                                <a:lnTo>
                                  <a:pt x="1076431" y="65088"/>
                                </a:lnTo>
                                <a:lnTo>
                                  <a:pt x="1070087" y="66993"/>
                                </a:lnTo>
                                <a:lnTo>
                                  <a:pt x="1063744" y="69215"/>
                                </a:lnTo>
                                <a:lnTo>
                                  <a:pt x="1057400" y="71755"/>
                                </a:lnTo>
                                <a:lnTo>
                                  <a:pt x="1051374" y="75247"/>
                                </a:lnTo>
                                <a:lnTo>
                                  <a:pt x="1045347" y="79693"/>
                                </a:lnTo>
                                <a:lnTo>
                                  <a:pt x="1039638" y="84137"/>
                                </a:lnTo>
                                <a:lnTo>
                                  <a:pt x="1033929" y="89218"/>
                                </a:lnTo>
                                <a:lnTo>
                                  <a:pt x="1028537" y="94932"/>
                                </a:lnTo>
                                <a:lnTo>
                                  <a:pt x="1022828" y="100965"/>
                                </a:lnTo>
                                <a:lnTo>
                                  <a:pt x="1017753" y="107950"/>
                                </a:lnTo>
                                <a:lnTo>
                                  <a:pt x="1012361" y="115252"/>
                                </a:lnTo>
                                <a:lnTo>
                                  <a:pt x="1007286" y="123508"/>
                                </a:lnTo>
                                <a:lnTo>
                                  <a:pt x="1002528" y="131763"/>
                                </a:lnTo>
                                <a:lnTo>
                                  <a:pt x="997771" y="140652"/>
                                </a:lnTo>
                                <a:lnTo>
                                  <a:pt x="993013" y="150178"/>
                                </a:lnTo>
                                <a:lnTo>
                                  <a:pt x="988572" y="160020"/>
                                </a:lnTo>
                                <a:lnTo>
                                  <a:pt x="984449" y="170815"/>
                                </a:lnTo>
                                <a:lnTo>
                                  <a:pt x="980009" y="181293"/>
                                </a:lnTo>
                                <a:lnTo>
                                  <a:pt x="975885" y="193040"/>
                                </a:lnTo>
                                <a:lnTo>
                                  <a:pt x="972079" y="204788"/>
                                </a:lnTo>
                                <a:lnTo>
                                  <a:pt x="968590" y="217170"/>
                                </a:lnTo>
                                <a:lnTo>
                                  <a:pt x="964784" y="230188"/>
                                </a:lnTo>
                                <a:lnTo>
                                  <a:pt x="961612" y="243840"/>
                                </a:lnTo>
                                <a:lnTo>
                                  <a:pt x="958123" y="257493"/>
                                </a:lnTo>
                                <a:lnTo>
                                  <a:pt x="955269" y="271780"/>
                                </a:lnTo>
                                <a:lnTo>
                                  <a:pt x="952414" y="286385"/>
                                </a:lnTo>
                                <a:lnTo>
                                  <a:pt x="949877" y="301307"/>
                                </a:lnTo>
                                <a:lnTo>
                                  <a:pt x="947022" y="317183"/>
                                </a:lnTo>
                                <a:lnTo>
                                  <a:pt x="944802" y="333375"/>
                                </a:lnTo>
                                <a:lnTo>
                                  <a:pt x="942987" y="349121"/>
                                </a:lnTo>
                                <a:lnTo>
                                  <a:pt x="951519" y="346716"/>
                                </a:lnTo>
                                <a:lnTo>
                                  <a:pt x="973415" y="340365"/>
                                </a:lnTo>
                                <a:lnTo>
                                  <a:pt x="995629" y="334967"/>
                                </a:lnTo>
                                <a:lnTo>
                                  <a:pt x="1018160" y="330203"/>
                                </a:lnTo>
                                <a:lnTo>
                                  <a:pt x="1041326" y="325758"/>
                                </a:lnTo>
                                <a:lnTo>
                                  <a:pt x="1063857" y="321947"/>
                                </a:lnTo>
                                <a:lnTo>
                                  <a:pt x="1087340" y="318454"/>
                                </a:lnTo>
                                <a:lnTo>
                                  <a:pt x="1110823" y="315913"/>
                                </a:lnTo>
                                <a:lnTo>
                                  <a:pt x="1134306" y="314008"/>
                                </a:lnTo>
                                <a:lnTo>
                                  <a:pt x="1158106" y="312420"/>
                                </a:lnTo>
                                <a:lnTo>
                                  <a:pt x="1181906" y="311785"/>
                                </a:lnTo>
                                <a:lnTo>
                                  <a:pt x="1205707" y="311150"/>
                                </a:lnTo>
                                <a:lnTo>
                                  <a:pt x="1229824" y="311785"/>
                                </a:lnTo>
                                <a:lnTo>
                                  <a:pt x="1253624" y="312420"/>
                                </a:lnTo>
                                <a:lnTo>
                                  <a:pt x="1277107" y="314008"/>
                                </a:lnTo>
                                <a:lnTo>
                                  <a:pt x="1300590" y="315913"/>
                                </a:lnTo>
                                <a:lnTo>
                                  <a:pt x="1324073" y="318454"/>
                                </a:lnTo>
                                <a:lnTo>
                                  <a:pt x="1345556" y="321650"/>
                                </a:lnTo>
                                <a:lnTo>
                                  <a:pt x="1344129" y="319088"/>
                                </a:lnTo>
                                <a:lnTo>
                                  <a:pt x="1333345" y="299720"/>
                                </a:lnTo>
                                <a:lnTo>
                                  <a:pt x="1322561" y="281305"/>
                                </a:lnTo>
                                <a:lnTo>
                                  <a:pt x="1311777" y="263208"/>
                                </a:lnTo>
                                <a:lnTo>
                                  <a:pt x="1300993" y="246380"/>
                                </a:lnTo>
                                <a:lnTo>
                                  <a:pt x="1290209" y="229870"/>
                                </a:lnTo>
                                <a:lnTo>
                                  <a:pt x="1279425" y="213995"/>
                                </a:lnTo>
                                <a:lnTo>
                                  <a:pt x="1268958" y="199073"/>
                                </a:lnTo>
                                <a:lnTo>
                                  <a:pt x="1258174" y="185420"/>
                                </a:lnTo>
                                <a:lnTo>
                                  <a:pt x="1247707" y="171450"/>
                                </a:lnTo>
                                <a:lnTo>
                                  <a:pt x="1236923" y="158750"/>
                                </a:lnTo>
                                <a:lnTo>
                                  <a:pt x="1226456" y="146685"/>
                                </a:lnTo>
                                <a:lnTo>
                                  <a:pt x="1216306" y="135573"/>
                                </a:lnTo>
                                <a:lnTo>
                                  <a:pt x="1205839" y="125413"/>
                                </a:lnTo>
                                <a:lnTo>
                                  <a:pt x="1195373" y="115570"/>
                                </a:lnTo>
                                <a:lnTo>
                                  <a:pt x="1185540" y="106998"/>
                                </a:lnTo>
                                <a:lnTo>
                                  <a:pt x="1175390" y="98743"/>
                                </a:lnTo>
                                <a:lnTo>
                                  <a:pt x="1165558" y="91440"/>
                                </a:lnTo>
                                <a:lnTo>
                                  <a:pt x="1156042" y="85090"/>
                                </a:lnTo>
                                <a:lnTo>
                                  <a:pt x="1146210" y="79058"/>
                                </a:lnTo>
                                <a:lnTo>
                                  <a:pt x="1137012" y="74613"/>
                                </a:lnTo>
                                <a:lnTo>
                                  <a:pt x="1127814" y="70802"/>
                                </a:lnTo>
                                <a:lnTo>
                                  <a:pt x="1118615" y="67628"/>
                                </a:lnTo>
                                <a:lnTo>
                                  <a:pt x="1109734" y="65405"/>
                                </a:lnTo>
                                <a:lnTo>
                                  <a:pt x="1101171" y="63818"/>
                                </a:lnTo>
                                <a:lnTo>
                                  <a:pt x="1092607" y="63500"/>
                                </a:lnTo>
                                <a:close/>
                                <a:moveTo>
                                  <a:pt x="1090069" y="0"/>
                                </a:moveTo>
                                <a:lnTo>
                                  <a:pt x="1096730" y="0"/>
                                </a:lnTo>
                                <a:lnTo>
                                  <a:pt x="1103708" y="318"/>
                                </a:lnTo>
                                <a:lnTo>
                                  <a:pt x="1110369" y="1270"/>
                                </a:lnTo>
                                <a:lnTo>
                                  <a:pt x="1117030" y="1905"/>
                                </a:lnTo>
                                <a:lnTo>
                                  <a:pt x="1124007" y="3175"/>
                                </a:lnTo>
                                <a:lnTo>
                                  <a:pt x="1130985" y="4763"/>
                                </a:lnTo>
                                <a:lnTo>
                                  <a:pt x="1137646" y="6668"/>
                                </a:lnTo>
                                <a:lnTo>
                                  <a:pt x="1144307" y="8573"/>
                                </a:lnTo>
                                <a:lnTo>
                                  <a:pt x="1151285" y="11113"/>
                                </a:lnTo>
                                <a:lnTo>
                                  <a:pt x="1157945" y="13970"/>
                                </a:lnTo>
                                <a:lnTo>
                                  <a:pt x="1164923" y="16510"/>
                                </a:lnTo>
                                <a:lnTo>
                                  <a:pt x="1171584" y="20003"/>
                                </a:lnTo>
                                <a:lnTo>
                                  <a:pt x="1178245" y="23495"/>
                                </a:lnTo>
                                <a:lnTo>
                                  <a:pt x="1185223" y="27305"/>
                                </a:lnTo>
                                <a:lnTo>
                                  <a:pt x="1192201" y="31115"/>
                                </a:lnTo>
                                <a:lnTo>
                                  <a:pt x="1198544" y="35878"/>
                                </a:lnTo>
                                <a:lnTo>
                                  <a:pt x="1211866" y="45085"/>
                                </a:lnTo>
                                <a:lnTo>
                                  <a:pt x="1225504" y="55880"/>
                                </a:lnTo>
                                <a:lnTo>
                                  <a:pt x="1238826" y="66993"/>
                                </a:lnTo>
                                <a:lnTo>
                                  <a:pt x="1252465" y="79693"/>
                                </a:lnTo>
                                <a:lnTo>
                                  <a:pt x="1265469" y="93028"/>
                                </a:lnTo>
                                <a:lnTo>
                                  <a:pt x="1278473" y="107315"/>
                                </a:lnTo>
                                <a:lnTo>
                                  <a:pt x="1291795" y="122555"/>
                                </a:lnTo>
                                <a:lnTo>
                                  <a:pt x="1304482" y="138748"/>
                                </a:lnTo>
                                <a:lnTo>
                                  <a:pt x="1317486" y="155575"/>
                                </a:lnTo>
                                <a:lnTo>
                                  <a:pt x="1330490" y="173355"/>
                                </a:lnTo>
                                <a:lnTo>
                                  <a:pt x="1343177" y="191770"/>
                                </a:lnTo>
                                <a:lnTo>
                                  <a:pt x="1355865" y="211455"/>
                                </a:lnTo>
                                <a:lnTo>
                                  <a:pt x="1368235" y="231458"/>
                                </a:lnTo>
                                <a:lnTo>
                                  <a:pt x="1380604" y="252095"/>
                                </a:lnTo>
                                <a:lnTo>
                                  <a:pt x="1392974" y="273685"/>
                                </a:lnTo>
                                <a:lnTo>
                                  <a:pt x="1405027" y="295910"/>
                                </a:lnTo>
                                <a:lnTo>
                                  <a:pt x="1417080" y="318770"/>
                                </a:lnTo>
                                <a:lnTo>
                                  <a:pt x="1426613" y="337599"/>
                                </a:lnTo>
                                <a:lnTo>
                                  <a:pt x="1437997" y="340365"/>
                                </a:lnTo>
                                <a:lnTo>
                                  <a:pt x="1460211" y="346716"/>
                                </a:lnTo>
                                <a:lnTo>
                                  <a:pt x="1482107" y="353067"/>
                                </a:lnTo>
                                <a:lnTo>
                                  <a:pt x="1503686" y="360053"/>
                                </a:lnTo>
                                <a:lnTo>
                                  <a:pt x="1525265" y="367675"/>
                                </a:lnTo>
                                <a:lnTo>
                                  <a:pt x="1546527" y="375931"/>
                                </a:lnTo>
                                <a:lnTo>
                                  <a:pt x="1567471" y="384188"/>
                                </a:lnTo>
                                <a:lnTo>
                                  <a:pt x="1588098" y="393397"/>
                                </a:lnTo>
                                <a:lnTo>
                                  <a:pt x="1608725" y="402606"/>
                                </a:lnTo>
                                <a:lnTo>
                                  <a:pt x="1629035" y="413085"/>
                                </a:lnTo>
                                <a:lnTo>
                                  <a:pt x="1649027" y="423564"/>
                                </a:lnTo>
                                <a:lnTo>
                                  <a:pt x="1668385" y="434361"/>
                                </a:lnTo>
                                <a:lnTo>
                                  <a:pt x="1687742" y="445793"/>
                                </a:lnTo>
                                <a:lnTo>
                                  <a:pt x="1706465" y="457543"/>
                                </a:lnTo>
                                <a:lnTo>
                                  <a:pt x="1725505" y="469927"/>
                                </a:lnTo>
                                <a:lnTo>
                                  <a:pt x="1743911" y="482629"/>
                                </a:lnTo>
                                <a:lnTo>
                                  <a:pt x="1754618" y="490712"/>
                                </a:lnTo>
                                <a:lnTo>
                                  <a:pt x="1765300" y="488007"/>
                                </a:lnTo>
                                <a:lnTo>
                                  <a:pt x="1790383" y="481655"/>
                                </a:lnTo>
                                <a:lnTo>
                                  <a:pt x="1815148" y="475939"/>
                                </a:lnTo>
                                <a:lnTo>
                                  <a:pt x="1839278" y="470858"/>
                                </a:lnTo>
                                <a:lnTo>
                                  <a:pt x="1863090" y="466412"/>
                                </a:lnTo>
                                <a:lnTo>
                                  <a:pt x="1886585" y="461965"/>
                                </a:lnTo>
                                <a:lnTo>
                                  <a:pt x="1909128" y="458790"/>
                                </a:lnTo>
                                <a:lnTo>
                                  <a:pt x="1931353" y="455931"/>
                                </a:lnTo>
                                <a:lnTo>
                                  <a:pt x="1953260" y="453708"/>
                                </a:lnTo>
                                <a:lnTo>
                                  <a:pt x="1974533" y="452120"/>
                                </a:lnTo>
                                <a:lnTo>
                                  <a:pt x="1995170" y="450850"/>
                                </a:lnTo>
                                <a:lnTo>
                                  <a:pt x="2015173" y="450850"/>
                                </a:lnTo>
                                <a:lnTo>
                                  <a:pt x="2034858" y="450850"/>
                                </a:lnTo>
                                <a:lnTo>
                                  <a:pt x="2053591" y="452120"/>
                                </a:lnTo>
                                <a:lnTo>
                                  <a:pt x="2071688" y="453708"/>
                                </a:lnTo>
                                <a:lnTo>
                                  <a:pt x="2089468" y="455931"/>
                                </a:lnTo>
                                <a:lnTo>
                                  <a:pt x="2105978" y="459107"/>
                                </a:lnTo>
                                <a:lnTo>
                                  <a:pt x="2122171" y="462918"/>
                                </a:lnTo>
                                <a:lnTo>
                                  <a:pt x="2129791" y="465141"/>
                                </a:lnTo>
                                <a:lnTo>
                                  <a:pt x="2130938" y="465476"/>
                                </a:lnTo>
                                <a:lnTo>
                                  <a:pt x="2133652" y="462956"/>
                                </a:lnTo>
                                <a:lnTo>
                                  <a:pt x="2138421" y="459141"/>
                                </a:lnTo>
                                <a:lnTo>
                                  <a:pt x="2142871" y="455008"/>
                                </a:lnTo>
                                <a:lnTo>
                                  <a:pt x="2147958" y="451829"/>
                                </a:lnTo>
                                <a:lnTo>
                                  <a:pt x="2153044" y="448332"/>
                                </a:lnTo>
                                <a:lnTo>
                                  <a:pt x="2158448" y="445153"/>
                                </a:lnTo>
                                <a:lnTo>
                                  <a:pt x="2163853" y="442610"/>
                                </a:lnTo>
                                <a:lnTo>
                                  <a:pt x="2169575" y="439749"/>
                                </a:lnTo>
                                <a:lnTo>
                                  <a:pt x="2174979" y="437524"/>
                                </a:lnTo>
                                <a:lnTo>
                                  <a:pt x="2181019" y="435616"/>
                                </a:lnTo>
                                <a:lnTo>
                                  <a:pt x="2186741" y="434027"/>
                                </a:lnTo>
                                <a:lnTo>
                                  <a:pt x="2193099" y="432437"/>
                                </a:lnTo>
                                <a:lnTo>
                                  <a:pt x="2199140" y="431166"/>
                                </a:lnTo>
                                <a:lnTo>
                                  <a:pt x="2205815" y="430530"/>
                                </a:lnTo>
                                <a:lnTo>
                                  <a:pt x="2211856" y="430212"/>
                                </a:lnTo>
                                <a:lnTo>
                                  <a:pt x="2218531" y="430212"/>
                                </a:lnTo>
                                <a:lnTo>
                                  <a:pt x="2224890" y="430212"/>
                                </a:lnTo>
                                <a:lnTo>
                                  <a:pt x="2231565" y="430530"/>
                                </a:lnTo>
                                <a:lnTo>
                                  <a:pt x="2237606" y="431166"/>
                                </a:lnTo>
                                <a:lnTo>
                                  <a:pt x="2243646" y="432437"/>
                                </a:lnTo>
                                <a:lnTo>
                                  <a:pt x="2250004" y="434027"/>
                                </a:lnTo>
                                <a:lnTo>
                                  <a:pt x="2256044" y="435616"/>
                                </a:lnTo>
                                <a:lnTo>
                                  <a:pt x="2261766" y="437524"/>
                                </a:lnTo>
                                <a:lnTo>
                                  <a:pt x="2267806" y="439749"/>
                                </a:lnTo>
                                <a:lnTo>
                                  <a:pt x="2273528" y="442610"/>
                                </a:lnTo>
                                <a:lnTo>
                                  <a:pt x="2278933" y="445153"/>
                                </a:lnTo>
                                <a:lnTo>
                                  <a:pt x="2283701" y="448332"/>
                                </a:lnTo>
                                <a:lnTo>
                                  <a:pt x="2289105" y="451829"/>
                                </a:lnTo>
                                <a:lnTo>
                                  <a:pt x="2294192" y="455008"/>
                                </a:lnTo>
                                <a:lnTo>
                                  <a:pt x="2298960" y="459141"/>
                                </a:lnTo>
                                <a:lnTo>
                                  <a:pt x="2303411" y="462956"/>
                                </a:lnTo>
                                <a:lnTo>
                                  <a:pt x="2307544" y="467089"/>
                                </a:lnTo>
                                <a:lnTo>
                                  <a:pt x="2311994" y="471221"/>
                                </a:lnTo>
                                <a:lnTo>
                                  <a:pt x="2315809" y="475990"/>
                                </a:lnTo>
                                <a:lnTo>
                                  <a:pt x="2319624" y="480440"/>
                                </a:lnTo>
                                <a:lnTo>
                                  <a:pt x="2323121" y="485527"/>
                                </a:lnTo>
                                <a:lnTo>
                                  <a:pt x="2326618" y="490931"/>
                                </a:lnTo>
                                <a:lnTo>
                                  <a:pt x="2329479" y="496017"/>
                                </a:lnTo>
                                <a:lnTo>
                                  <a:pt x="2332340" y="501422"/>
                                </a:lnTo>
                                <a:lnTo>
                                  <a:pt x="2334883" y="507144"/>
                                </a:lnTo>
                                <a:lnTo>
                                  <a:pt x="2336790" y="512866"/>
                                </a:lnTo>
                                <a:lnTo>
                                  <a:pt x="2339334" y="518588"/>
                                </a:lnTo>
                                <a:lnTo>
                                  <a:pt x="2340923" y="524946"/>
                                </a:lnTo>
                                <a:lnTo>
                                  <a:pt x="2342195" y="530987"/>
                                </a:lnTo>
                                <a:lnTo>
                                  <a:pt x="2343466" y="537027"/>
                                </a:lnTo>
                                <a:lnTo>
                                  <a:pt x="2344102" y="543385"/>
                                </a:lnTo>
                                <a:lnTo>
                                  <a:pt x="2344738" y="549743"/>
                                </a:lnTo>
                                <a:lnTo>
                                  <a:pt x="2344738" y="556419"/>
                                </a:lnTo>
                                <a:lnTo>
                                  <a:pt x="2344738" y="562777"/>
                                </a:lnTo>
                                <a:lnTo>
                                  <a:pt x="2344102" y="569135"/>
                                </a:lnTo>
                                <a:lnTo>
                                  <a:pt x="2343466" y="575493"/>
                                </a:lnTo>
                                <a:lnTo>
                                  <a:pt x="2342195" y="581851"/>
                                </a:lnTo>
                                <a:lnTo>
                                  <a:pt x="2340923" y="587891"/>
                                </a:lnTo>
                                <a:lnTo>
                                  <a:pt x="2339334" y="593613"/>
                                </a:lnTo>
                                <a:lnTo>
                                  <a:pt x="2336790" y="599971"/>
                                </a:lnTo>
                                <a:lnTo>
                                  <a:pt x="2334883" y="605375"/>
                                </a:lnTo>
                                <a:lnTo>
                                  <a:pt x="2332340" y="611097"/>
                                </a:lnTo>
                                <a:lnTo>
                                  <a:pt x="2329479" y="616502"/>
                                </a:lnTo>
                                <a:lnTo>
                                  <a:pt x="2326618" y="621906"/>
                                </a:lnTo>
                                <a:lnTo>
                                  <a:pt x="2323121" y="626675"/>
                                </a:lnTo>
                                <a:lnTo>
                                  <a:pt x="2319624" y="631761"/>
                                </a:lnTo>
                                <a:lnTo>
                                  <a:pt x="2315809" y="636529"/>
                                </a:lnTo>
                                <a:lnTo>
                                  <a:pt x="2311994" y="640980"/>
                                </a:lnTo>
                                <a:lnTo>
                                  <a:pt x="2307544" y="645749"/>
                                </a:lnTo>
                                <a:lnTo>
                                  <a:pt x="2303411" y="649881"/>
                                </a:lnTo>
                                <a:lnTo>
                                  <a:pt x="2298960" y="653696"/>
                                </a:lnTo>
                                <a:lnTo>
                                  <a:pt x="2294192" y="657511"/>
                                </a:lnTo>
                                <a:lnTo>
                                  <a:pt x="2289105" y="661008"/>
                                </a:lnTo>
                                <a:lnTo>
                                  <a:pt x="2283701" y="664187"/>
                                </a:lnTo>
                                <a:lnTo>
                                  <a:pt x="2278933" y="667048"/>
                                </a:lnTo>
                                <a:lnTo>
                                  <a:pt x="2273528" y="669909"/>
                                </a:lnTo>
                                <a:lnTo>
                                  <a:pt x="2267806" y="672452"/>
                                </a:lnTo>
                                <a:lnTo>
                                  <a:pt x="2261766" y="674995"/>
                                </a:lnTo>
                                <a:lnTo>
                                  <a:pt x="2256044" y="676903"/>
                                </a:lnTo>
                                <a:lnTo>
                                  <a:pt x="2250004" y="678174"/>
                                </a:lnTo>
                                <a:lnTo>
                                  <a:pt x="2247042" y="678915"/>
                                </a:lnTo>
                                <a:lnTo>
                                  <a:pt x="2244725" y="687131"/>
                                </a:lnTo>
                                <a:lnTo>
                                  <a:pt x="2240598" y="699199"/>
                                </a:lnTo>
                                <a:lnTo>
                                  <a:pt x="2235835" y="711902"/>
                                </a:lnTo>
                                <a:lnTo>
                                  <a:pt x="2230438" y="724605"/>
                                </a:lnTo>
                                <a:lnTo>
                                  <a:pt x="2224405" y="737626"/>
                                </a:lnTo>
                                <a:lnTo>
                                  <a:pt x="2217738" y="750647"/>
                                </a:lnTo>
                                <a:lnTo>
                                  <a:pt x="2210753" y="763985"/>
                                </a:lnTo>
                                <a:lnTo>
                                  <a:pt x="2203133" y="777324"/>
                                </a:lnTo>
                                <a:lnTo>
                                  <a:pt x="2194878" y="790662"/>
                                </a:lnTo>
                                <a:lnTo>
                                  <a:pt x="2185988" y="804318"/>
                                </a:lnTo>
                                <a:lnTo>
                                  <a:pt x="2176781" y="817974"/>
                                </a:lnTo>
                                <a:lnTo>
                                  <a:pt x="2166621" y="831948"/>
                                </a:lnTo>
                                <a:lnTo>
                                  <a:pt x="2156778" y="845604"/>
                                </a:lnTo>
                                <a:lnTo>
                                  <a:pt x="2145665" y="859577"/>
                                </a:lnTo>
                                <a:lnTo>
                                  <a:pt x="2134235" y="873868"/>
                                </a:lnTo>
                                <a:lnTo>
                                  <a:pt x="2122488" y="887524"/>
                                </a:lnTo>
                                <a:lnTo>
                                  <a:pt x="2110105" y="901815"/>
                                </a:lnTo>
                                <a:lnTo>
                                  <a:pt x="2097405" y="916107"/>
                                </a:lnTo>
                                <a:lnTo>
                                  <a:pt x="2084388" y="930715"/>
                                </a:lnTo>
                                <a:lnTo>
                                  <a:pt x="2082612" y="932575"/>
                                </a:lnTo>
                                <a:lnTo>
                                  <a:pt x="2086318" y="943083"/>
                                </a:lnTo>
                                <a:lnTo>
                                  <a:pt x="2093299" y="964677"/>
                                </a:lnTo>
                                <a:lnTo>
                                  <a:pt x="2099963" y="986588"/>
                                </a:lnTo>
                                <a:lnTo>
                                  <a:pt x="2105993" y="1008817"/>
                                </a:lnTo>
                                <a:lnTo>
                                  <a:pt x="2111388" y="1031045"/>
                                </a:lnTo>
                                <a:lnTo>
                                  <a:pt x="2116465" y="1053909"/>
                                </a:lnTo>
                                <a:lnTo>
                                  <a:pt x="2120591" y="1076456"/>
                                </a:lnTo>
                                <a:lnTo>
                                  <a:pt x="2124399" y="1099637"/>
                                </a:lnTo>
                                <a:lnTo>
                                  <a:pt x="2127889" y="1123136"/>
                                </a:lnTo>
                                <a:lnTo>
                                  <a:pt x="2130745" y="1146000"/>
                                </a:lnTo>
                                <a:lnTo>
                                  <a:pt x="2132649" y="1169817"/>
                                </a:lnTo>
                                <a:lnTo>
                                  <a:pt x="2133919" y="1193316"/>
                                </a:lnTo>
                                <a:lnTo>
                                  <a:pt x="2134871" y="1217132"/>
                                </a:lnTo>
                                <a:lnTo>
                                  <a:pt x="2135188" y="1241584"/>
                                </a:lnTo>
                                <a:lnTo>
                                  <a:pt x="2134871" y="1265400"/>
                                </a:lnTo>
                                <a:lnTo>
                                  <a:pt x="2133919" y="1289217"/>
                                </a:lnTo>
                                <a:lnTo>
                                  <a:pt x="2132649" y="1313034"/>
                                </a:lnTo>
                                <a:lnTo>
                                  <a:pt x="2130745" y="1336533"/>
                                </a:lnTo>
                                <a:lnTo>
                                  <a:pt x="2127889" y="1359714"/>
                                </a:lnTo>
                                <a:lnTo>
                                  <a:pt x="2124399" y="1382896"/>
                                </a:lnTo>
                                <a:lnTo>
                                  <a:pt x="2120591" y="1406077"/>
                                </a:lnTo>
                                <a:lnTo>
                                  <a:pt x="2116465" y="1428941"/>
                                </a:lnTo>
                                <a:lnTo>
                                  <a:pt x="2111388" y="1451170"/>
                                </a:lnTo>
                                <a:lnTo>
                                  <a:pt x="2105993" y="1474034"/>
                                </a:lnTo>
                                <a:lnTo>
                                  <a:pt x="2099963" y="1495945"/>
                                </a:lnTo>
                                <a:lnTo>
                                  <a:pt x="2093299" y="1517856"/>
                                </a:lnTo>
                                <a:lnTo>
                                  <a:pt x="2086318" y="1539767"/>
                                </a:lnTo>
                                <a:lnTo>
                                  <a:pt x="2078702" y="1561361"/>
                                </a:lnTo>
                                <a:lnTo>
                                  <a:pt x="2070769" y="1582320"/>
                                </a:lnTo>
                                <a:lnTo>
                                  <a:pt x="2062200" y="1603596"/>
                                </a:lnTo>
                                <a:lnTo>
                                  <a:pt x="2052998" y="1624237"/>
                                </a:lnTo>
                                <a:lnTo>
                                  <a:pt x="2043477" y="1644560"/>
                                </a:lnTo>
                                <a:lnTo>
                                  <a:pt x="2033323" y="1664884"/>
                                </a:lnTo>
                                <a:lnTo>
                                  <a:pt x="2023168" y="1684572"/>
                                </a:lnTo>
                                <a:lnTo>
                                  <a:pt x="2016689" y="1696395"/>
                                </a:lnTo>
                                <a:lnTo>
                                  <a:pt x="2018423" y="1698160"/>
                                </a:lnTo>
                                <a:lnTo>
                                  <a:pt x="2036832" y="1716580"/>
                                </a:lnTo>
                                <a:lnTo>
                                  <a:pt x="2054606" y="1735318"/>
                                </a:lnTo>
                                <a:lnTo>
                                  <a:pt x="2071746" y="1753738"/>
                                </a:lnTo>
                                <a:lnTo>
                                  <a:pt x="2088250" y="1772158"/>
                                </a:lnTo>
                                <a:lnTo>
                                  <a:pt x="2103802" y="1790578"/>
                                </a:lnTo>
                                <a:lnTo>
                                  <a:pt x="2119037" y="1808998"/>
                                </a:lnTo>
                                <a:lnTo>
                                  <a:pt x="2133320" y="1827100"/>
                                </a:lnTo>
                                <a:lnTo>
                                  <a:pt x="2146650" y="1845202"/>
                                </a:lnTo>
                                <a:lnTo>
                                  <a:pt x="2159346" y="1862987"/>
                                </a:lnTo>
                                <a:lnTo>
                                  <a:pt x="2171407" y="1880454"/>
                                </a:lnTo>
                                <a:lnTo>
                                  <a:pt x="2182516" y="1898239"/>
                                </a:lnTo>
                                <a:lnTo>
                                  <a:pt x="2192990" y="1915707"/>
                                </a:lnTo>
                                <a:lnTo>
                                  <a:pt x="2202194" y="1932539"/>
                                </a:lnTo>
                                <a:lnTo>
                                  <a:pt x="2210447" y="1949371"/>
                                </a:lnTo>
                                <a:lnTo>
                                  <a:pt x="2218381" y="1965885"/>
                                </a:lnTo>
                                <a:lnTo>
                                  <a:pt x="2224729" y="1982400"/>
                                </a:lnTo>
                                <a:lnTo>
                                  <a:pt x="2230442" y="1998279"/>
                                </a:lnTo>
                                <a:lnTo>
                                  <a:pt x="2235203" y="2014476"/>
                                </a:lnTo>
                                <a:lnTo>
                                  <a:pt x="2237107" y="2022098"/>
                                </a:lnTo>
                                <a:lnTo>
                                  <a:pt x="2238695" y="2029720"/>
                                </a:lnTo>
                                <a:lnTo>
                                  <a:pt x="2240281" y="2037342"/>
                                </a:lnTo>
                                <a:lnTo>
                                  <a:pt x="2241234" y="2044647"/>
                                </a:lnTo>
                                <a:lnTo>
                                  <a:pt x="2242186" y="2052586"/>
                                </a:lnTo>
                                <a:lnTo>
                                  <a:pt x="2242821" y="2059891"/>
                                </a:lnTo>
                                <a:lnTo>
                                  <a:pt x="2243138" y="2067195"/>
                                </a:lnTo>
                                <a:lnTo>
                                  <a:pt x="2243138" y="2074500"/>
                                </a:lnTo>
                                <a:lnTo>
                                  <a:pt x="2243138" y="2081169"/>
                                </a:lnTo>
                                <a:lnTo>
                                  <a:pt x="2242821" y="2088473"/>
                                </a:lnTo>
                                <a:lnTo>
                                  <a:pt x="2242186" y="2095460"/>
                                </a:lnTo>
                                <a:lnTo>
                                  <a:pt x="2240916" y="2102130"/>
                                </a:lnTo>
                                <a:lnTo>
                                  <a:pt x="2239647" y="2108799"/>
                                </a:lnTo>
                                <a:lnTo>
                                  <a:pt x="2237742" y="2115468"/>
                                </a:lnTo>
                                <a:lnTo>
                                  <a:pt x="2235838" y="2122138"/>
                                </a:lnTo>
                                <a:lnTo>
                                  <a:pt x="2233934" y="2128489"/>
                                </a:lnTo>
                                <a:lnTo>
                                  <a:pt x="2231395" y="2134841"/>
                                </a:lnTo>
                                <a:lnTo>
                                  <a:pt x="2228538" y="2141193"/>
                                </a:lnTo>
                                <a:lnTo>
                                  <a:pt x="2225681" y="2147545"/>
                                </a:lnTo>
                                <a:lnTo>
                                  <a:pt x="2222190" y="2153261"/>
                                </a:lnTo>
                                <a:lnTo>
                                  <a:pt x="2216477" y="2162471"/>
                                </a:lnTo>
                                <a:lnTo>
                                  <a:pt x="2209812" y="2170728"/>
                                </a:lnTo>
                                <a:lnTo>
                                  <a:pt x="2202512" y="2178986"/>
                                </a:lnTo>
                                <a:lnTo>
                                  <a:pt x="2194894" y="2186608"/>
                                </a:lnTo>
                                <a:lnTo>
                                  <a:pt x="2186325" y="2193595"/>
                                </a:lnTo>
                                <a:lnTo>
                                  <a:pt x="2177438" y="2199946"/>
                                </a:lnTo>
                                <a:lnTo>
                                  <a:pt x="2168233" y="2206298"/>
                                </a:lnTo>
                                <a:lnTo>
                                  <a:pt x="2158394" y="2211697"/>
                                </a:lnTo>
                                <a:lnTo>
                                  <a:pt x="2147920" y="2216461"/>
                                </a:lnTo>
                                <a:lnTo>
                                  <a:pt x="2137129" y="2221225"/>
                                </a:lnTo>
                                <a:lnTo>
                                  <a:pt x="2125703" y="2225036"/>
                                </a:lnTo>
                                <a:lnTo>
                                  <a:pt x="2113641" y="2228529"/>
                                </a:lnTo>
                                <a:lnTo>
                                  <a:pt x="2100946" y="2231705"/>
                                </a:lnTo>
                                <a:lnTo>
                                  <a:pt x="2088250" y="2234246"/>
                                </a:lnTo>
                                <a:lnTo>
                                  <a:pt x="2074919" y="2236151"/>
                                </a:lnTo>
                                <a:lnTo>
                                  <a:pt x="2061272" y="2237739"/>
                                </a:lnTo>
                                <a:lnTo>
                                  <a:pt x="2047306" y="2239327"/>
                                </a:lnTo>
                                <a:lnTo>
                                  <a:pt x="2032706" y="2239962"/>
                                </a:lnTo>
                                <a:lnTo>
                                  <a:pt x="2017471" y="2239962"/>
                                </a:lnTo>
                                <a:lnTo>
                                  <a:pt x="2001919" y="2239962"/>
                                </a:lnTo>
                                <a:lnTo>
                                  <a:pt x="1986049" y="2239645"/>
                                </a:lnTo>
                                <a:lnTo>
                                  <a:pt x="1970180" y="2238374"/>
                                </a:lnTo>
                                <a:lnTo>
                                  <a:pt x="1953675" y="2237421"/>
                                </a:lnTo>
                                <a:lnTo>
                                  <a:pt x="1937171" y="2235516"/>
                                </a:lnTo>
                                <a:lnTo>
                                  <a:pt x="1919714" y="2233610"/>
                                </a:lnTo>
                                <a:lnTo>
                                  <a:pt x="1901940" y="2230752"/>
                                </a:lnTo>
                                <a:lnTo>
                                  <a:pt x="1884483" y="2228211"/>
                                </a:lnTo>
                                <a:lnTo>
                                  <a:pt x="1866392" y="2224718"/>
                                </a:lnTo>
                                <a:lnTo>
                                  <a:pt x="1847983" y="2221225"/>
                                </a:lnTo>
                                <a:lnTo>
                                  <a:pt x="1828940" y="2217096"/>
                                </a:lnTo>
                                <a:lnTo>
                                  <a:pt x="1810213" y="2212650"/>
                                </a:lnTo>
                                <a:lnTo>
                                  <a:pt x="1791170" y="2208204"/>
                                </a:lnTo>
                                <a:lnTo>
                                  <a:pt x="1771491" y="2203122"/>
                                </a:lnTo>
                                <a:lnTo>
                                  <a:pt x="1751813" y="2197723"/>
                                </a:lnTo>
                                <a:lnTo>
                                  <a:pt x="1732135" y="2192007"/>
                                </a:lnTo>
                                <a:lnTo>
                                  <a:pt x="1711822" y="2185973"/>
                                </a:lnTo>
                                <a:lnTo>
                                  <a:pt x="1691508" y="2179303"/>
                                </a:lnTo>
                                <a:lnTo>
                                  <a:pt x="1671195" y="2172634"/>
                                </a:lnTo>
                                <a:lnTo>
                                  <a:pt x="1650882" y="2165965"/>
                                </a:lnTo>
                                <a:lnTo>
                                  <a:pt x="1629617" y="2158660"/>
                                </a:lnTo>
                                <a:lnTo>
                                  <a:pt x="1587721" y="2143098"/>
                                </a:lnTo>
                                <a:lnTo>
                                  <a:pt x="1545507" y="2126584"/>
                                </a:lnTo>
                                <a:lnTo>
                                  <a:pt x="1521352" y="2116558"/>
                                </a:lnTo>
                                <a:lnTo>
                                  <a:pt x="1503686" y="2122797"/>
                                </a:lnTo>
                                <a:lnTo>
                                  <a:pt x="1482107" y="2129783"/>
                                </a:lnTo>
                                <a:lnTo>
                                  <a:pt x="1460211" y="2136134"/>
                                </a:lnTo>
                                <a:lnTo>
                                  <a:pt x="1437997" y="2142485"/>
                                </a:lnTo>
                                <a:lnTo>
                                  <a:pt x="1415784" y="2147884"/>
                                </a:lnTo>
                                <a:lnTo>
                                  <a:pt x="1393253" y="2152647"/>
                                </a:lnTo>
                                <a:lnTo>
                                  <a:pt x="1370087" y="2157093"/>
                                </a:lnTo>
                                <a:lnTo>
                                  <a:pt x="1347556" y="2160903"/>
                                </a:lnTo>
                                <a:lnTo>
                                  <a:pt x="1324073" y="2164079"/>
                                </a:lnTo>
                                <a:lnTo>
                                  <a:pt x="1300590" y="2166619"/>
                                </a:lnTo>
                                <a:lnTo>
                                  <a:pt x="1277107" y="2168842"/>
                                </a:lnTo>
                                <a:lnTo>
                                  <a:pt x="1253624" y="2170430"/>
                                </a:lnTo>
                                <a:lnTo>
                                  <a:pt x="1235048" y="2171174"/>
                                </a:lnTo>
                                <a:lnTo>
                                  <a:pt x="1225595" y="2188845"/>
                                </a:lnTo>
                                <a:lnTo>
                                  <a:pt x="1213536" y="2210752"/>
                                </a:lnTo>
                                <a:lnTo>
                                  <a:pt x="1201160" y="2232342"/>
                                </a:lnTo>
                                <a:lnTo>
                                  <a:pt x="1189101" y="2252980"/>
                                </a:lnTo>
                                <a:lnTo>
                                  <a:pt x="1176408" y="2273617"/>
                                </a:lnTo>
                                <a:lnTo>
                                  <a:pt x="1163714" y="2292667"/>
                                </a:lnTo>
                                <a:lnTo>
                                  <a:pt x="1151020" y="2311082"/>
                                </a:lnTo>
                                <a:lnTo>
                                  <a:pt x="1138327" y="2328862"/>
                                </a:lnTo>
                                <a:lnTo>
                                  <a:pt x="1125316" y="2346007"/>
                                </a:lnTo>
                                <a:lnTo>
                                  <a:pt x="1112305" y="2362200"/>
                                </a:lnTo>
                                <a:lnTo>
                                  <a:pt x="1098977" y="2377122"/>
                                </a:lnTo>
                                <a:lnTo>
                                  <a:pt x="1085966" y="2391410"/>
                                </a:lnTo>
                                <a:lnTo>
                                  <a:pt x="1072638" y="2404745"/>
                                </a:lnTo>
                                <a:lnTo>
                                  <a:pt x="1059627" y="2417445"/>
                                </a:lnTo>
                                <a:lnTo>
                                  <a:pt x="1045981" y="2429192"/>
                                </a:lnTo>
                                <a:lnTo>
                                  <a:pt x="1032653" y="2439352"/>
                                </a:lnTo>
                                <a:lnTo>
                                  <a:pt x="1019325" y="2449195"/>
                                </a:lnTo>
                                <a:lnTo>
                                  <a:pt x="1012343" y="2453322"/>
                                </a:lnTo>
                                <a:lnTo>
                                  <a:pt x="1005679" y="2457450"/>
                                </a:lnTo>
                                <a:lnTo>
                                  <a:pt x="998698" y="2460942"/>
                                </a:lnTo>
                                <a:lnTo>
                                  <a:pt x="992034" y="2464752"/>
                                </a:lnTo>
                                <a:lnTo>
                                  <a:pt x="985370" y="2467927"/>
                                </a:lnTo>
                                <a:lnTo>
                                  <a:pt x="978388" y="2471102"/>
                                </a:lnTo>
                                <a:lnTo>
                                  <a:pt x="971407" y="2473642"/>
                                </a:lnTo>
                                <a:lnTo>
                                  <a:pt x="965060" y="2475865"/>
                                </a:lnTo>
                                <a:lnTo>
                                  <a:pt x="958078" y="2477770"/>
                                </a:lnTo>
                                <a:lnTo>
                                  <a:pt x="951097" y="2479992"/>
                                </a:lnTo>
                                <a:lnTo>
                                  <a:pt x="944750" y="2481262"/>
                                </a:lnTo>
                                <a:lnTo>
                                  <a:pt x="937769" y="2482532"/>
                                </a:lnTo>
                                <a:lnTo>
                                  <a:pt x="930787" y="2483802"/>
                                </a:lnTo>
                                <a:lnTo>
                                  <a:pt x="924440" y="2484120"/>
                                </a:lnTo>
                                <a:lnTo>
                                  <a:pt x="917459" y="2484437"/>
                                </a:lnTo>
                                <a:lnTo>
                                  <a:pt x="910478" y="2484437"/>
                                </a:lnTo>
                                <a:lnTo>
                                  <a:pt x="903813" y="2484120"/>
                                </a:lnTo>
                                <a:lnTo>
                                  <a:pt x="897149" y="2483167"/>
                                </a:lnTo>
                                <a:lnTo>
                                  <a:pt x="890168" y="2482532"/>
                                </a:lnTo>
                                <a:lnTo>
                                  <a:pt x="883504" y="2480945"/>
                                </a:lnTo>
                                <a:lnTo>
                                  <a:pt x="872714" y="2478405"/>
                                </a:lnTo>
                                <a:lnTo>
                                  <a:pt x="862559" y="2474912"/>
                                </a:lnTo>
                                <a:lnTo>
                                  <a:pt x="852722" y="2471102"/>
                                </a:lnTo>
                                <a:lnTo>
                                  <a:pt x="843202" y="2466022"/>
                                </a:lnTo>
                                <a:lnTo>
                                  <a:pt x="833682" y="2460307"/>
                                </a:lnTo>
                                <a:lnTo>
                                  <a:pt x="824796" y="2453957"/>
                                </a:lnTo>
                                <a:lnTo>
                                  <a:pt x="815911" y="2447290"/>
                                </a:lnTo>
                                <a:lnTo>
                                  <a:pt x="807977" y="2439352"/>
                                </a:lnTo>
                                <a:lnTo>
                                  <a:pt x="799726" y="2431097"/>
                                </a:lnTo>
                                <a:lnTo>
                                  <a:pt x="792110" y="2422207"/>
                                </a:lnTo>
                                <a:lnTo>
                                  <a:pt x="784494" y="2412682"/>
                                </a:lnTo>
                                <a:lnTo>
                                  <a:pt x="777513" y="2402205"/>
                                </a:lnTo>
                                <a:lnTo>
                                  <a:pt x="770531" y="2391410"/>
                                </a:lnTo>
                                <a:lnTo>
                                  <a:pt x="764184" y="2380297"/>
                                </a:lnTo>
                                <a:lnTo>
                                  <a:pt x="757520" y="2368550"/>
                                </a:lnTo>
                                <a:lnTo>
                                  <a:pt x="751808" y="2355850"/>
                                </a:lnTo>
                                <a:lnTo>
                                  <a:pt x="746096" y="2342515"/>
                                </a:lnTo>
                                <a:lnTo>
                                  <a:pt x="740701" y="2329180"/>
                                </a:lnTo>
                                <a:lnTo>
                                  <a:pt x="735624" y="2314892"/>
                                </a:lnTo>
                                <a:lnTo>
                                  <a:pt x="730864" y="2300287"/>
                                </a:lnTo>
                                <a:lnTo>
                                  <a:pt x="726104" y="2285365"/>
                                </a:lnTo>
                                <a:lnTo>
                                  <a:pt x="721978" y="2269490"/>
                                </a:lnTo>
                                <a:lnTo>
                                  <a:pt x="718170" y="2253615"/>
                                </a:lnTo>
                                <a:lnTo>
                                  <a:pt x="714362" y="2237105"/>
                                </a:lnTo>
                                <a:lnTo>
                                  <a:pt x="710871" y="2219960"/>
                                </a:lnTo>
                                <a:lnTo>
                                  <a:pt x="707698" y="2202815"/>
                                </a:lnTo>
                                <a:lnTo>
                                  <a:pt x="704525" y="2185035"/>
                                </a:lnTo>
                                <a:lnTo>
                                  <a:pt x="701986" y="2166620"/>
                                </a:lnTo>
                                <a:lnTo>
                                  <a:pt x="699765" y="2148205"/>
                                </a:lnTo>
                                <a:lnTo>
                                  <a:pt x="697226" y="2128837"/>
                                </a:lnTo>
                                <a:lnTo>
                                  <a:pt x="695322" y="2109787"/>
                                </a:lnTo>
                                <a:lnTo>
                                  <a:pt x="693735" y="2090102"/>
                                </a:lnTo>
                                <a:lnTo>
                                  <a:pt x="692466" y="2070100"/>
                                </a:lnTo>
                                <a:lnTo>
                                  <a:pt x="691196" y="2049780"/>
                                </a:lnTo>
                                <a:lnTo>
                                  <a:pt x="689927" y="2029142"/>
                                </a:lnTo>
                                <a:lnTo>
                                  <a:pt x="689723" y="2015447"/>
                                </a:lnTo>
                                <a:lnTo>
                                  <a:pt x="685908" y="2012923"/>
                                </a:lnTo>
                                <a:lnTo>
                                  <a:pt x="667502" y="1999903"/>
                                </a:lnTo>
                                <a:lnTo>
                                  <a:pt x="649414" y="1986884"/>
                                </a:lnTo>
                                <a:lnTo>
                                  <a:pt x="631643" y="1973229"/>
                                </a:lnTo>
                                <a:lnTo>
                                  <a:pt x="614507" y="1958939"/>
                                </a:lnTo>
                                <a:lnTo>
                                  <a:pt x="597371" y="1944966"/>
                                </a:lnTo>
                                <a:lnTo>
                                  <a:pt x="580552" y="1929724"/>
                                </a:lnTo>
                                <a:lnTo>
                                  <a:pt x="564050" y="1914799"/>
                                </a:lnTo>
                                <a:lnTo>
                                  <a:pt x="548501" y="1899239"/>
                                </a:lnTo>
                                <a:lnTo>
                                  <a:pt x="532634" y="1883043"/>
                                </a:lnTo>
                                <a:lnTo>
                                  <a:pt x="517719" y="1866848"/>
                                </a:lnTo>
                                <a:lnTo>
                                  <a:pt x="502852" y="1850389"/>
                                </a:lnTo>
                                <a:lnTo>
                                  <a:pt x="490220" y="1853864"/>
                                </a:lnTo>
                                <a:lnTo>
                                  <a:pt x="465455" y="1859900"/>
                                </a:lnTo>
                                <a:lnTo>
                                  <a:pt x="440690" y="1865300"/>
                                </a:lnTo>
                                <a:lnTo>
                                  <a:pt x="416560" y="1870700"/>
                                </a:lnTo>
                                <a:lnTo>
                                  <a:pt x="392748" y="1875465"/>
                                </a:lnTo>
                                <a:lnTo>
                                  <a:pt x="369253" y="1879277"/>
                                </a:lnTo>
                                <a:lnTo>
                                  <a:pt x="346710" y="1882772"/>
                                </a:lnTo>
                                <a:lnTo>
                                  <a:pt x="324485" y="1885631"/>
                                </a:lnTo>
                                <a:lnTo>
                                  <a:pt x="302578" y="1887537"/>
                                </a:lnTo>
                                <a:lnTo>
                                  <a:pt x="281305" y="1889443"/>
                                </a:lnTo>
                                <a:lnTo>
                                  <a:pt x="260668" y="1890396"/>
                                </a:lnTo>
                                <a:lnTo>
                                  <a:pt x="240665" y="1890713"/>
                                </a:lnTo>
                                <a:lnTo>
                                  <a:pt x="220980" y="1890396"/>
                                </a:lnTo>
                                <a:lnTo>
                                  <a:pt x="202248" y="1889443"/>
                                </a:lnTo>
                                <a:lnTo>
                                  <a:pt x="184150" y="1887537"/>
                                </a:lnTo>
                                <a:lnTo>
                                  <a:pt x="166370" y="1885313"/>
                                </a:lnTo>
                                <a:lnTo>
                                  <a:pt x="149860" y="1882136"/>
                                </a:lnTo>
                                <a:lnTo>
                                  <a:pt x="133668" y="1878324"/>
                                </a:lnTo>
                                <a:lnTo>
                                  <a:pt x="126048" y="1876418"/>
                                </a:lnTo>
                                <a:lnTo>
                                  <a:pt x="118428" y="1874195"/>
                                </a:lnTo>
                                <a:lnTo>
                                  <a:pt x="111125" y="1871336"/>
                                </a:lnTo>
                                <a:lnTo>
                                  <a:pt x="103823" y="1868794"/>
                                </a:lnTo>
                                <a:lnTo>
                                  <a:pt x="96838" y="1865936"/>
                                </a:lnTo>
                                <a:lnTo>
                                  <a:pt x="90170" y="1862759"/>
                                </a:lnTo>
                                <a:lnTo>
                                  <a:pt x="83820" y="1859582"/>
                                </a:lnTo>
                                <a:lnTo>
                                  <a:pt x="77153" y="1856088"/>
                                </a:lnTo>
                                <a:lnTo>
                                  <a:pt x="71438" y="1852276"/>
                                </a:lnTo>
                                <a:lnTo>
                                  <a:pt x="65405" y="1848464"/>
                                </a:lnTo>
                                <a:lnTo>
                                  <a:pt x="60008" y="1844652"/>
                                </a:lnTo>
                                <a:lnTo>
                                  <a:pt x="54293" y="1839887"/>
                                </a:lnTo>
                                <a:lnTo>
                                  <a:pt x="49213" y="1835758"/>
                                </a:lnTo>
                                <a:lnTo>
                                  <a:pt x="44133" y="1830993"/>
                                </a:lnTo>
                                <a:lnTo>
                                  <a:pt x="39688" y="1826228"/>
                                </a:lnTo>
                                <a:lnTo>
                                  <a:pt x="34925" y="1821145"/>
                                </a:lnTo>
                                <a:lnTo>
                                  <a:pt x="30798" y="1815745"/>
                                </a:lnTo>
                                <a:lnTo>
                                  <a:pt x="26353" y="1810345"/>
                                </a:lnTo>
                                <a:lnTo>
                                  <a:pt x="22543" y="1804627"/>
                                </a:lnTo>
                                <a:lnTo>
                                  <a:pt x="19050" y="1798273"/>
                                </a:lnTo>
                                <a:lnTo>
                                  <a:pt x="14288" y="1788744"/>
                                </a:lnTo>
                                <a:lnTo>
                                  <a:pt x="9843" y="1778896"/>
                                </a:lnTo>
                                <a:lnTo>
                                  <a:pt x="6668" y="1768731"/>
                                </a:lnTo>
                                <a:lnTo>
                                  <a:pt x="3810" y="1758566"/>
                                </a:lnTo>
                                <a:lnTo>
                                  <a:pt x="1905" y="1747765"/>
                                </a:lnTo>
                                <a:lnTo>
                                  <a:pt x="318" y="1736647"/>
                                </a:lnTo>
                                <a:lnTo>
                                  <a:pt x="0" y="1725211"/>
                                </a:lnTo>
                                <a:lnTo>
                                  <a:pt x="0" y="1714093"/>
                                </a:lnTo>
                                <a:lnTo>
                                  <a:pt x="1270" y="1702657"/>
                                </a:lnTo>
                                <a:lnTo>
                                  <a:pt x="2540" y="1690904"/>
                                </a:lnTo>
                                <a:lnTo>
                                  <a:pt x="4445" y="1678832"/>
                                </a:lnTo>
                                <a:lnTo>
                                  <a:pt x="7620" y="1666761"/>
                                </a:lnTo>
                                <a:lnTo>
                                  <a:pt x="11113" y="1654690"/>
                                </a:lnTo>
                                <a:lnTo>
                                  <a:pt x="15240" y="1642301"/>
                                </a:lnTo>
                                <a:lnTo>
                                  <a:pt x="20003" y="1629595"/>
                                </a:lnTo>
                                <a:lnTo>
                                  <a:pt x="25400" y="1616570"/>
                                </a:lnTo>
                                <a:lnTo>
                                  <a:pt x="31115" y="1603864"/>
                                </a:lnTo>
                                <a:lnTo>
                                  <a:pt x="38100" y="1590840"/>
                                </a:lnTo>
                                <a:lnTo>
                                  <a:pt x="45085" y="1577180"/>
                                </a:lnTo>
                                <a:lnTo>
                                  <a:pt x="52705" y="1564156"/>
                                </a:lnTo>
                                <a:lnTo>
                                  <a:pt x="60960" y="1550814"/>
                                </a:lnTo>
                                <a:lnTo>
                                  <a:pt x="69850" y="1536837"/>
                                </a:lnTo>
                                <a:lnTo>
                                  <a:pt x="79058" y="1523495"/>
                                </a:lnTo>
                                <a:lnTo>
                                  <a:pt x="88900" y="1509518"/>
                                </a:lnTo>
                                <a:lnTo>
                                  <a:pt x="99060" y="1495859"/>
                                </a:lnTo>
                                <a:lnTo>
                                  <a:pt x="110173" y="1481564"/>
                                </a:lnTo>
                                <a:lnTo>
                                  <a:pt x="121285" y="1467587"/>
                                </a:lnTo>
                                <a:lnTo>
                                  <a:pt x="133350" y="1453610"/>
                                </a:lnTo>
                                <a:lnTo>
                                  <a:pt x="145733" y="1439315"/>
                                </a:lnTo>
                                <a:lnTo>
                                  <a:pt x="158433" y="1425020"/>
                                </a:lnTo>
                                <a:lnTo>
                                  <a:pt x="171450" y="1410725"/>
                                </a:lnTo>
                                <a:lnTo>
                                  <a:pt x="185103" y="1396748"/>
                                </a:lnTo>
                                <a:lnTo>
                                  <a:pt x="199073" y="1382136"/>
                                </a:lnTo>
                                <a:lnTo>
                                  <a:pt x="213678" y="1367841"/>
                                </a:lnTo>
                                <a:lnTo>
                                  <a:pt x="228283" y="1353228"/>
                                </a:lnTo>
                                <a:lnTo>
                                  <a:pt x="243523" y="1338616"/>
                                </a:lnTo>
                                <a:lnTo>
                                  <a:pt x="259080" y="1324321"/>
                                </a:lnTo>
                                <a:lnTo>
                                  <a:pt x="275273" y="1309709"/>
                                </a:lnTo>
                                <a:lnTo>
                                  <a:pt x="278354" y="1306873"/>
                                </a:lnTo>
                                <a:lnTo>
                                  <a:pt x="277177" y="1289217"/>
                                </a:lnTo>
                                <a:lnTo>
                                  <a:pt x="276542" y="1265400"/>
                                </a:lnTo>
                                <a:lnTo>
                                  <a:pt x="276225" y="1241584"/>
                                </a:lnTo>
                                <a:lnTo>
                                  <a:pt x="276542" y="1217132"/>
                                </a:lnTo>
                                <a:lnTo>
                                  <a:pt x="277177" y="1193316"/>
                                </a:lnTo>
                                <a:lnTo>
                                  <a:pt x="278764" y="1169817"/>
                                </a:lnTo>
                                <a:lnTo>
                                  <a:pt x="280668" y="1146000"/>
                                </a:lnTo>
                                <a:lnTo>
                                  <a:pt x="283524" y="1123136"/>
                                </a:lnTo>
                                <a:lnTo>
                                  <a:pt x="286697" y="1099637"/>
                                </a:lnTo>
                                <a:lnTo>
                                  <a:pt x="290823" y="1076456"/>
                                </a:lnTo>
                                <a:lnTo>
                                  <a:pt x="294948" y="1053909"/>
                                </a:lnTo>
                                <a:lnTo>
                                  <a:pt x="300025" y="1031045"/>
                                </a:lnTo>
                                <a:lnTo>
                                  <a:pt x="305420" y="1008817"/>
                                </a:lnTo>
                                <a:lnTo>
                                  <a:pt x="311449" y="986588"/>
                                </a:lnTo>
                                <a:lnTo>
                                  <a:pt x="318114" y="964677"/>
                                </a:lnTo>
                                <a:lnTo>
                                  <a:pt x="321267" y="954459"/>
                                </a:lnTo>
                                <a:lnTo>
                                  <a:pt x="311816" y="945006"/>
                                </a:lnTo>
                                <a:lnTo>
                                  <a:pt x="298479" y="930715"/>
                                </a:lnTo>
                                <a:lnTo>
                                  <a:pt x="285459" y="916107"/>
                                </a:lnTo>
                                <a:lnTo>
                                  <a:pt x="272757" y="901815"/>
                                </a:lnTo>
                                <a:lnTo>
                                  <a:pt x="260373" y="887524"/>
                                </a:lnTo>
                                <a:lnTo>
                                  <a:pt x="248306" y="873868"/>
                                </a:lnTo>
                                <a:lnTo>
                                  <a:pt x="236874" y="859577"/>
                                </a:lnTo>
                                <a:lnTo>
                                  <a:pt x="226077" y="845604"/>
                                </a:lnTo>
                                <a:lnTo>
                                  <a:pt x="215915" y="831948"/>
                                </a:lnTo>
                                <a:lnTo>
                                  <a:pt x="206071" y="817974"/>
                                </a:lnTo>
                                <a:lnTo>
                                  <a:pt x="196544" y="804318"/>
                                </a:lnTo>
                                <a:lnTo>
                                  <a:pt x="191046" y="795873"/>
                                </a:lnTo>
                                <a:lnTo>
                                  <a:pt x="188135" y="796289"/>
                                </a:lnTo>
                                <a:lnTo>
                                  <a:pt x="181777" y="796925"/>
                                </a:lnTo>
                                <a:lnTo>
                                  <a:pt x="175419" y="796925"/>
                                </a:lnTo>
                                <a:lnTo>
                                  <a:pt x="169060" y="796925"/>
                                </a:lnTo>
                                <a:lnTo>
                                  <a:pt x="162385" y="796289"/>
                                </a:lnTo>
                                <a:lnTo>
                                  <a:pt x="156344" y="795336"/>
                                </a:lnTo>
                                <a:lnTo>
                                  <a:pt x="150304" y="794382"/>
                                </a:lnTo>
                                <a:lnTo>
                                  <a:pt x="143946" y="793110"/>
                                </a:lnTo>
                                <a:lnTo>
                                  <a:pt x="137906" y="791203"/>
                                </a:lnTo>
                                <a:lnTo>
                                  <a:pt x="132184" y="789295"/>
                                </a:lnTo>
                                <a:lnTo>
                                  <a:pt x="126462" y="787070"/>
                                </a:lnTo>
                                <a:lnTo>
                                  <a:pt x="120422" y="784845"/>
                                </a:lnTo>
                                <a:lnTo>
                                  <a:pt x="115017" y="781666"/>
                                </a:lnTo>
                                <a:lnTo>
                                  <a:pt x="110249" y="778805"/>
                                </a:lnTo>
                                <a:lnTo>
                                  <a:pt x="104845" y="775626"/>
                                </a:lnTo>
                                <a:lnTo>
                                  <a:pt x="99758" y="772129"/>
                                </a:lnTo>
                                <a:lnTo>
                                  <a:pt x="94990" y="768314"/>
                                </a:lnTo>
                                <a:lnTo>
                                  <a:pt x="90539" y="764181"/>
                                </a:lnTo>
                                <a:lnTo>
                                  <a:pt x="86406" y="760049"/>
                                </a:lnTo>
                                <a:lnTo>
                                  <a:pt x="81956" y="755916"/>
                                </a:lnTo>
                                <a:lnTo>
                                  <a:pt x="77823" y="751147"/>
                                </a:lnTo>
                                <a:lnTo>
                                  <a:pt x="74326" y="746379"/>
                                </a:lnTo>
                                <a:lnTo>
                                  <a:pt x="70829" y="741292"/>
                                </a:lnTo>
                                <a:lnTo>
                                  <a:pt x="67332" y="736206"/>
                                </a:lnTo>
                                <a:lnTo>
                                  <a:pt x="64471" y="730802"/>
                                </a:lnTo>
                                <a:lnTo>
                                  <a:pt x="61610" y="725397"/>
                                </a:lnTo>
                                <a:lnTo>
                                  <a:pt x="59067" y="719993"/>
                                </a:lnTo>
                                <a:lnTo>
                                  <a:pt x="56524" y="714271"/>
                                </a:lnTo>
                                <a:lnTo>
                                  <a:pt x="54616" y="708549"/>
                                </a:lnTo>
                                <a:lnTo>
                                  <a:pt x="53345" y="702509"/>
                                </a:lnTo>
                                <a:lnTo>
                                  <a:pt x="51755" y="696151"/>
                                </a:lnTo>
                                <a:lnTo>
                                  <a:pt x="50484" y="690111"/>
                                </a:lnTo>
                                <a:lnTo>
                                  <a:pt x="49848" y="683752"/>
                                </a:lnTo>
                                <a:lnTo>
                                  <a:pt x="49212" y="677394"/>
                                </a:lnTo>
                                <a:lnTo>
                                  <a:pt x="49212" y="670719"/>
                                </a:lnTo>
                                <a:lnTo>
                                  <a:pt x="49212" y="664361"/>
                                </a:lnTo>
                                <a:lnTo>
                                  <a:pt x="49848" y="657685"/>
                                </a:lnTo>
                                <a:lnTo>
                                  <a:pt x="50484" y="651645"/>
                                </a:lnTo>
                                <a:lnTo>
                                  <a:pt x="51755" y="645287"/>
                                </a:lnTo>
                                <a:lnTo>
                                  <a:pt x="53345" y="639246"/>
                                </a:lnTo>
                                <a:lnTo>
                                  <a:pt x="54616" y="633206"/>
                                </a:lnTo>
                                <a:lnTo>
                                  <a:pt x="56524" y="627484"/>
                                </a:lnTo>
                                <a:lnTo>
                                  <a:pt x="59067" y="621444"/>
                                </a:lnTo>
                                <a:lnTo>
                                  <a:pt x="61610" y="616040"/>
                                </a:lnTo>
                                <a:lnTo>
                                  <a:pt x="64471" y="610635"/>
                                </a:lnTo>
                                <a:lnTo>
                                  <a:pt x="67332" y="605549"/>
                                </a:lnTo>
                                <a:lnTo>
                                  <a:pt x="70829" y="600463"/>
                                </a:lnTo>
                                <a:lnTo>
                                  <a:pt x="74326" y="595376"/>
                                </a:lnTo>
                                <a:lnTo>
                                  <a:pt x="77823" y="590290"/>
                                </a:lnTo>
                                <a:lnTo>
                                  <a:pt x="81956" y="585839"/>
                                </a:lnTo>
                                <a:lnTo>
                                  <a:pt x="86406" y="581389"/>
                                </a:lnTo>
                                <a:lnTo>
                                  <a:pt x="90539" y="577256"/>
                                </a:lnTo>
                                <a:lnTo>
                                  <a:pt x="94990" y="573441"/>
                                </a:lnTo>
                                <a:lnTo>
                                  <a:pt x="99758" y="569626"/>
                                </a:lnTo>
                                <a:lnTo>
                                  <a:pt x="104845" y="566129"/>
                                </a:lnTo>
                                <a:lnTo>
                                  <a:pt x="110249" y="562632"/>
                                </a:lnTo>
                                <a:lnTo>
                                  <a:pt x="115017" y="560089"/>
                                </a:lnTo>
                                <a:lnTo>
                                  <a:pt x="120422" y="556910"/>
                                </a:lnTo>
                                <a:lnTo>
                                  <a:pt x="126462" y="554685"/>
                                </a:lnTo>
                                <a:lnTo>
                                  <a:pt x="132184" y="552142"/>
                                </a:lnTo>
                                <a:lnTo>
                                  <a:pt x="137906" y="550234"/>
                                </a:lnTo>
                                <a:lnTo>
                                  <a:pt x="143255" y="548545"/>
                                </a:lnTo>
                                <a:lnTo>
                                  <a:pt x="146053" y="542949"/>
                                </a:lnTo>
                                <a:lnTo>
                                  <a:pt x="149546" y="536915"/>
                                </a:lnTo>
                                <a:lnTo>
                                  <a:pt x="153357" y="531198"/>
                                </a:lnTo>
                                <a:lnTo>
                                  <a:pt x="157485" y="525799"/>
                                </a:lnTo>
                                <a:lnTo>
                                  <a:pt x="161613" y="520400"/>
                                </a:lnTo>
                                <a:lnTo>
                                  <a:pt x="166059" y="515637"/>
                                </a:lnTo>
                                <a:lnTo>
                                  <a:pt x="171140" y="510555"/>
                                </a:lnTo>
                                <a:lnTo>
                                  <a:pt x="175903" y="505792"/>
                                </a:lnTo>
                                <a:lnTo>
                                  <a:pt x="181302" y="501345"/>
                                </a:lnTo>
                                <a:lnTo>
                                  <a:pt x="186700" y="497217"/>
                                </a:lnTo>
                                <a:lnTo>
                                  <a:pt x="192416" y="492771"/>
                                </a:lnTo>
                                <a:lnTo>
                                  <a:pt x="198132" y="488960"/>
                                </a:lnTo>
                                <a:lnTo>
                                  <a:pt x="204166" y="485466"/>
                                </a:lnTo>
                                <a:lnTo>
                                  <a:pt x="210517" y="481973"/>
                                </a:lnTo>
                                <a:lnTo>
                                  <a:pt x="216868" y="478480"/>
                                </a:lnTo>
                                <a:lnTo>
                                  <a:pt x="223854" y="475621"/>
                                </a:lnTo>
                                <a:lnTo>
                                  <a:pt x="230840" y="472446"/>
                                </a:lnTo>
                                <a:lnTo>
                                  <a:pt x="238144" y="469905"/>
                                </a:lnTo>
                                <a:lnTo>
                                  <a:pt x="245448" y="467364"/>
                                </a:lnTo>
                                <a:lnTo>
                                  <a:pt x="252751" y="465141"/>
                                </a:lnTo>
                                <a:lnTo>
                                  <a:pt x="260373" y="462918"/>
                                </a:lnTo>
                                <a:lnTo>
                                  <a:pt x="276568" y="459107"/>
                                </a:lnTo>
                                <a:lnTo>
                                  <a:pt x="293398" y="455931"/>
                                </a:lnTo>
                                <a:lnTo>
                                  <a:pt x="310864" y="453708"/>
                                </a:lnTo>
                                <a:lnTo>
                                  <a:pt x="329282" y="452120"/>
                                </a:lnTo>
                                <a:lnTo>
                                  <a:pt x="348017" y="450850"/>
                                </a:lnTo>
                                <a:lnTo>
                                  <a:pt x="367071" y="450850"/>
                                </a:lnTo>
                                <a:lnTo>
                                  <a:pt x="387712" y="450850"/>
                                </a:lnTo>
                                <a:lnTo>
                                  <a:pt x="408035" y="452120"/>
                                </a:lnTo>
                                <a:lnTo>
                                  <a:pt x="429629" y="453708"/>
                                </a:lnTo>
                                <a:lnTo>
                                  <a:pt x="450905" y="455931"/>
                                </a:lnTo>
                                <a:lnTo>
                                  <a:pt x="473769" y="458790"/>
                                </a:lnTo>
                                <a:lnTo>
                                  <a:pt x="496315" y="461965"/>
                                </a:lnTo>
                                <a:lnTo>
                                  <a:pt x="519814" y="466412"/>
                                </a:lnTo>
                                <a:lnTo>
                                  <a:pt x="543631" y="470858"/>
                                </a:lnTo>
                                <a:lnTo>
                                  <a:pt x="567447" y="475939"/>
                                </a:lnTo>
                                <a:lnTo>
                                  <a:pt x="592216" y="481655"/>
                                </a:lnTo>
                                <a:lnTo>
                                  <a:pt x="616985" y="488007"/>
                                </a:lnTo>
                                <a:lnTo>
                                  <a:pt x="642390" y="494359"/>
                                </a:lnTo>
                                <a:lnTo>
                                  <a:pt x="649347" y="496334"/>
                                </a:lnTo>
                                <a:lnTo>
                                  <a:pt x="649414" y="496284"/>
                                </a:lnTo>
                                <a:lnTo>
                                  <a:pt x="667502" y="482629"/>
                                </a:lnTo>
                                <a:lnTo>
                                  <a:pt x="685908" y="469927"/>
                                </a:lnTo>
                                <a:lnTo>
                                  <a:pt x="704631" y="457543"/>
                                </a:lnTo>
                                <a:lnTo>
                                  <a:pt x="723671" y="445793"/>
                                </a:lnTo>
                                <a:lnTo>
                                  <a:pt x="742711" y="434361"/>
                                </a:lnTo>
                                <a:lnTo>
                                  <a:pt x="762386" y="423564"/>
                                </a:lnTo>
                                <a:lnTo>
                                  <a:pt x="782378" y="413085"/>
                                </a:lnTo>
                                <a:lnTo>
                                  <a:pt x="802688" y="402606"/>
                                </a:lnTo>
                                <a:lnTo>
                                  <a:pt x="822997" y="393397"/>
                                </a:lnTo>
                                <a:lnTo>
                                  <a:pt x="843942" y="384188"/>
                                </a:lnTo>
                                <a:lnTo>
                                  <a:pt x="864886" y="375931"/>
                                </a:lnTo>
                                <a:lnTo>
                                  <a:pt x="875299" y="371888"/>
                                </a:lnTo>
                                <a:lnTo>
                                  <a:pt x="876926" y="355600"/>
                                </a:lnTo>
                                <a:lnTo>
                                  <a:pt x="879146" y="336550"/>
                                </a:lnTo>
                                <a:lnTo>
                                  <a:pt x="881366" y="317818"/>
                                </a:lnTo>
                                <a:lnTo>
                                  <a:pt x="884221" y="299720"/>
                                </a:lnTo>
                                <a:lnTo>
                                  <a:pt x="887076" y="281622"/>
                                </a:lnTo>
                                <a:lnTo>
                                  <a:pt x="890247" y="264478"/>
                                </a:lnTo>
                                <a:lnTo>
                                  <a:pt x="893736" y="247650"/>
                                </a:lnTo>
                                <a:lnTo>
                                  <a:pt x="897542" y="231140"/>
                                </a:lnTo>
                                <a:lnTo>
                                  <a:pt x="901349" y="214948"/>
                                </a:lnTo>
                                <a:lnTo>
                                  <a:pt x="906106" y="199390"/>
                                </a:lnTo>
                                <a:lnTo>
                                  <a:pt x="910229" y="184150"/>
                                </a:lnTo>
                                <a:lnTo>
                                  <a:pt x="915304" y="169545"/>
                                </a:lnTo>
                                <a:lnTo>
                                  <a:pt x="920379" y="155257"/>
                                </a:lnTo>
                                <a:lnTo>
                                  <a:pt x="925454" y="141922"/>
                                </a:lnTo>
                                <a:lnTo>
                                  <a:pt x="931480" y="128905"/>
                                </a:lnTo>
                                <a:lnTo>
                                  <a:pt x="937507" y="116523"/>
                                </a:lnTo>
                                <a:lnTo>
                                  <a:pt x="943533" y="104140"/>
                                </a:lnTo>
                                <a:lnTo>
                                  <a:pt x="950194" y="93028"/>
                                </a:lnTo>
                                <a:lnTo>
                                  <a:pt x="957172" y="82233"/>
                                </a:lnTo>
                                <a:lnTo>
                                  <a:pt x="963833" y="71755"/>
                                </a:lnTo>
                                <a:lnTo>
                                  <a:pt x="971762" y="62230"/>
                                </a:lnTo>
                                <a:lnTo>
                                  <a:pt x="979374" y="53340"/>
                                </a:lnTo>
                                <a:lnTo>
                                  <a:pt x="987304" y="45403"/>
                                </a:lnTo>
                                <a:lnTo>
                                  <a:pt x="995868" y="37783"/>
                                </a:lnTo>
                                <a:lnTo>
                                  <a:pt x="1004431" y="30797"/>
                                </a:lnTo>
                                <a:lnTo>
                                  <a:pt x="1013630" y="24130"/>
                                </a:lnTo>
                                <a:lnTo>
                                  <a:pt x="1022828" y="18733"/>
                                </a:lnTo>
                                <a:lnTo>
                                  <a:pt x="1032343" y="13970"/>
                                </a:lnTo>
                                <a:lnTo>
                                  <a:pt x="1042176" y="9525"/>
                                </a:lnTo>
                                <a:lnTo>
                                  <a:pt x="1052325" y="6033"/>
                                </a:lnTo>
                                <a:lnTo>
                                  <a:pt x="1063109" y="3493"/>
                                </a:lnTo>
                                <a:lnTo>
                                  <a:pt x="1069453" y="2223"/>
                                </a:lnTo>
                                <a:lnTo>
                                  <a:pt x="1076431" y="1270"/>
                                </a:lnTo>
                                <a:lnTo>
                                  <a:pt x="1083409" y="318"/>
                                </a:lnTo>
                                <a:lnTo>
                                  <a:pt x="1090069" y="0"/>
                                </a:lnTo>
                                <a:close/>
                              </a:path>
                            </a:pathLst>
                          </a:custGeom>
                          <a:solidFill>
                            <a:sysClr val="window" lastClr="FFFFFF"/>
                          </a:solidFill>
                          <a:ln>
                            <a:noFill/>
                          </a:ln>
                        </wps:spPr>
                        <wps:bodyPr anchor="ctr">
                          <a:scene3d>
                            <a:camera prst="orthographicFront"/>
                            <a:lightRig rig="threePt" dir="t"/>
                          </a:scene3d>
                          <a:sp3d>
                            <a:contourClr>
                              <a:srgbClr val="FFFFFF"/>
                            </a:contourClr>
                          </a:sp3d>
                        </wps:bodyPr>
                      </wps:wsp>
                    </wpg:wgp>
                  </a:graphicData>
                </a:graphic>
              </wp:anchor>
            </w:drawing>
          </mc:Choice>
          <mc:Fallback>
            <w:pict>
              <v:group w14:anchorId="3A3D122C" id="组合 26" o:spid="_x0000_s1026" style="position:absolute;margin-left:284.25pt;margin-top:30pt;width:94.5pt;height:94.5pt;z-index:251678720" coordorigin="45379,14038" coordsize="9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">
                <v:group id="组合 27" o:spid="_x0000_s1027" style="position:absolute;left:45379;top:14038;width:9000;height:9000" coordorigin="45379,14038" coordsize="7920,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oval id="MH_Other_2" o:spid="_x0000_s1028" style="position:absolute;left:45379;top:14038;width:7920;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uMMA&#10;AADdAAAADwAAAGRycy9kb3ducmV2LnhtbERPzWoCMRC+F3yHMIXealJL17IaxS5IxVvVBxg2083i&#10;ZrIm0d326ZtCobf5+H5nuR5dJ24UYutZw9NUgSCuvWm50XA6bh9fQcSEbLDzTBq+KMJ6NblbYmn8&#10;wB90O6RG5BCOJWqwKfWllLG25DBOfU+cuU8fHKYMQyNNwCGHu07OlCqkw5Zzg8WeKkv1+XB1Gt53&#10;6uWyv1Zha8fiuxpmF/c232v9cD9uFiASjelf/OfemTxfPRfw+00+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7uMMAAADdAAAADwAAAAAAAAAAAAAAAACYAgAAZHJzL2Rv&#10;d25yZXYueG1sUEsFBgAAAAAEAAQA9QAAAIgDAAAAAA==&#10;" fillcolor="#e0e0e0" strokeweight="2.75pt">
                    <v:fill color2="window" rotate="t" angle="315" focus="100%" type="gradient">
                      <o:fill v:ext="view" type="gradientUnscaled"/>
                    </v:fill>
                    <v:stroke joinstyle="miter"/>
                    <v:shadow on="t" color="black" opacity="26214f" origin=".5,-.5" offset="-4.98903mm,4.98903mm"/>
                  </v:oval>
                  <v:oval id="MH_Title_1" o:spid="_x0000_s1029" style="position:absolute;left:46639;top:15298;width:54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eD8IA&#10;AADdAAAADwAAAGRycy9kb3ducmV2LnhtbERPTWsCMRC9F/wPYQQvpWa1oHVrFJEKXmsrXsfNdBNN&#10;JssmXdd/3xQKvc3jfc5y3XsnOmqjDaxgMi5AEFdBW64VfH7snl5AxISs0QUmBXeKsF4NHpZY6nDj&#10;d+oOqRY5hGOJCkxKTSllrAx5jOPQEGfuK7QeU4ZtLXWLtxzunZwWxUx6tJwbDDa0NVRdD99ewcUu&#10;3Mmfuzcz64/HR+msi9u7UqNhv3kFkahP/+I/917n+cXzHH6/yS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F4PwgAAAN0AAAAPAAAAAAAAAAAAAAAAAJgCAABkcnMvZG93&#10;bnJldi54bWxQSwUGAAAAAAQABAD1AAAAhwMAAAAA&#10;" fillcolor="#ed7d31" stroked="f" strokeweight="1pt">
                    <v:stroke joinstyle="miter"/>
                    <v:textbox inset="0,0,0,0"/>
                  </v:oval>
                </v:group>
                <v:shape id="KSO_Shape" o:spid="_x0000_s1030" style="position:absolute;left:48161;top:16717;width:3436;height:3642;visibility:visible;mso-wrap-style:square;v-text-anchor:middle" coordsize="2344738,248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qbl8QA&#10;AADdAAAADwAAAGRycy9kb3ducmV2LnhtbESPQWvCQBCF7wX/wzJCb3VTq0Wiq6ggWm9aoT0O2TEb&#10;mp0N2dXEf985FHqb4b1575vFqve1ulMbq8AGXkcZKOIi2IpLA5fP3csMVEzIFuvAZOBBEVbLwdMC&#10;cxs6PtH9nEolIRxzNOBSanKtY+HIYxyFhli0a2g9JlnbUtsWOwn3tR5n2bv2WLE0OGxo66j4Od+8&#10;gcnX9MZ1qroN07fjy8d+c5yxMc/Dfj0HlahP/+a/64MV/OxNcOUbGUE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am5fEAAAA3QAAAA8AAAAAAAAAAAAAAAAAmAIAAGRycy9k&#10;b3ducmV2LnhtbFBLBQYAAAAABAAEAPUAAACJAwAAAAA=&#10;" path="m756092,2055731r476,9289l759424,2100897r1587,17463l762915,2135187r2221,16510l767675,2167255r2539,15875l773070,2198052r2539,14923l778782,2227262r3173,13970l785129,2254250r3490,13017l792427,2279650r4126,11747l800678,2303145r3808,11112l808929,2324735r4443,9842l817815,2343785r5077,9207l827969,2361247r5078,7938l837807,2376487r5395,6985l848596,2389505r5713,5715l860021,2400617r6029,4763l871762,2409190r6030,3492l884138,2415540r6347,1905l896515,2419350r8250,1270l913334,2420937r8250,-317l930470,2419032r8885,-1905l948241,2413635r9203,-3810l966964,2405380r9520,-5715l986004,2392997r10155,-6985l1005997,2378075r10154,-9208l1026624,2359025r10154,-10160l1047251,2337752r10472,-12065l1067878,2312987r10789,-13335l1089457,2285365r10789,-14923l1111036,2254567r10789,-16510l1132615,2221230r10789,-17780l1153877,2185035r8182,-14447l1158106,2170430r-23800,-1588l1110823,2166619r-23483,-2540l1063857,2160903r-22531,-3810l1018160,2152647r-22531,-4763l973415,2142485r-21896,-6351l928988,2129783r-21261,-6986l886148,2115176r-21262,-8257l843942,2098663r-20945,-9209l802688,2079609r-20310,-9844l762386,2059286r-6294,-3555xm1982350,1752593r-5831,8827l1963826,1779838r-13328,18101l1937169,1815722r-13962,17148l1908609,1850335r-14915,16513l1878779,1883043r-15867,16196l1847045,1914799r-16501,14925l1814043,1944966r-17137,13973l1779453,1973229r-17454,13655l1743911,1999903r-18406,13020l1706465,2025308r-18723,11432l1668385,2048172r-19358,11114l1629035,2069765r-20310,9844l1604716,2081523r31883,11714l1675639,2106893r38404,12386l1751496,2130395r36183,10163l1822275,2149450r16821,3811l1855918,2156755r16187,2858l1887975,2162789r15552,2540l1919079,2167870r14600,1906l1948280,2171364r13965,1270l1975893,2173587r13330,635l2002237,2175175r12378,l2026993,2175175r11744,-953l2049845,2173587r10792,-953l2071111,2171364r9839,-1588l2090789,2167870r9205,-2541l2108246,2162789r8569,-2859l2124433,2156755r6982,-3494l2138398,2149768r6031,-4447l2150142,2141193r5395,-4446l2160298,2131665r4127,-5399l2167916,2120867r3809,-7304l2174899,2105941r2221,-8258l2178707,2089109r318,-9528l2179025,2070053r-635,-9845l2176803,2049728r-1904,-10798l2171725,2027497r-3809,-11433l2163790,2003996r-5396,-12704l2152681,1978589r-6665,-13021l2138716,1952229r-7935,-13974l2121894,1924281r-9205,-14609l2102533,1895063r-10792,-14926l2080315,1865210r-11743,-15879l2055241,1834087r-13013,-16197l2027945,1801693r-14600,-15879l1998110,1768982r-15760,-16389xm704690,1683845r-16032,2079l671195,1688464r-16827,1588l638175,1691323r-16192,1270l606425,1693228r-15875,635l575628,1693228r-10716,-233l566650,1695450r11106,15240l589179,1725295r12057,15240l612977,1754505r12692,14288l638361,1782445r13010,13653l665015,1809115r13644,12700l692323,1833968r143,-2946l695322,1784985r3808,-46990l703890,1691005r800,-7160xm769029,1673012r-719,5610l763232,1726565r-3808,46990l756568,1819275r-2539,44450l753619,1882342r13886,9641l783053,1902143r16183,10160l815419,1921828r16500,9207l848736,1939925r17134,8573l883005,1956435r17769,7620l918226,1971358r17769,6667l954399,1984375r18087,5715l990889,1996123r19039,4762l1028649,2005648r19038,4127l1067043,2013268r19039,3492l1105755,2019300r19673,2540l1145418,2023428r19991,952l1185399,2025333r20308,317l1226014,2025333r19991,-953l1265995,2023428r19990,-1588l1305658,2019300r3468,-455l1285562,2006536r-43165,-22548l1199231,1960486r-42530,-24136l1114487,1911260r-40309,-24454l1033869,1861717r-39674,-25725l955156,1809633r-39039,-26678l877712,1755643r-37135,-27630l803759,1700383r-34730,-27371xm1070070,1580060r-13430,5190l1014730,1600812r-40957,14609l933450,1628441r-40005,12386l873443,1646544r-19050,5398l846810,1653777r11541,8813l895169,1690855r38722,27630l973882,1746433r40944,27948l1057674,1802328r44118,27630l1146861,1857271r47610,27947l1229421,1905168r-110,-168l1219795,1889760r-9832,-15557l1200447,1858645r-9198,-16510l1182051,1825625r-9198,-17462l1163655,1791018r-9198,-18098l1145576,1754823r-8881,-18415l1119250,1698308r-17128,-39370l1085312,1619250r-15242,-39190xm1191479,1530183r-8156,3619l1141095,1551904r-12181,4910l1137012,1577658r15859,38735l1169047,1653858r16176,35560l1201716,1723708r16493,32702l1234703,1787525r16493,29210l1268006,1844675r16494,26035l1300993,1895158r8564,11747l1317486,1918018r8564,10477l1333979,1938973r8247,9842l1350473,1958023r8246,8890l1366331,1975485r3015,3018l1380463,1983988r30097,14627l1420523,1996123r18404,-6033l1456697,1984375r18721,-6350l1492869,1971358r17770,-7303l1528408,1956435r17135,-7937l1562360,1939925r17134,-8890l1595994,1921828r16183,-9525l1628042,1902143r15866,-10160l1659139,1881188r15548,-11113l1689600,1858328r14596,-11748l1718475,1834515r14279,-12700l1746398,1809115r13644,-13017l1773052,1782445r12692,-13652l1798436,1754505r11741,-13970l1822234,1725295r11423,-14605l1844763,1695450r2996,-4232l1836392,1692275r-14290,635l1807177,1693228r-14925,635l1776692,1693228r-15560,-635l1744937,1691323r-16513,-1271l1711276,1688464r-8411,-1269l1701800,1689328r-2540,5405l1696085,1699501r-3175,5405l1689100,1709992r-3493,4768l1681480,1719211r-3810,4133l1673225,1727794r-4763,4133l1664017,1735424r-5080,3497l1653857,1742418r-5397,2861l1643062,1748140r-5715,2543l1631632,1752591r-5715,2543l1620202,1756723r-6350,1272l1607502,1759267r-6350,635l1594802,1760538r-6350,l1582102,1760538r-6667,-636l1569402,1759267r-6667,-1272l1557020,1756723r-6033,-1589l1544955,1752591r-5715,-1908l1533525,1748140r-5398,-2861l1522730,1742418r-4763,-3497l1512887,1735424r-4762,-3497l1503680,1727794r-4445,-4450l1495107,1719211r-4127,-4451l1487487,1709992r-3810,-5086l1480502,1699501r-3175,-4768l1474787,1689328r-2857,-5722l1469707,1677566r-1905,-5722l1466215,1665804r-1588,-6358l1463675,1653406r-953,-6040l1462405,1640690r-318,-6358l1462182,1632333r-12571,-3892l1408965,1615421r-41282,-14609l1326401,1585250r-41918,-16196l1241931,1551904r-42234,-18102l1191479,1530183xm1104493,1490234r2070,5826l1107088,1497526r6849,-2782l1104493,1490234xm287237,1385930r-15139,14630l245428,1426926r-24448,25731l208915,1465681r-11112,12706l187008,1490776r-10478,12389l166370,1515554r-9207,12071l147955,1539696r-8572,11436l131128,1563203r-7938,11118l115888,1585440r-6350,11118l102870,1607358r-5715,10801l91758,1628324r-5080,10483l82233,1648337r-3810,10165l74930,1668032r-3175,9212l69215,1686139r-1905,8894l65723,1703292r-1270,8577l64135,1719493r,7942l64453,1735059r952,6988l66993,1748718r1905,6671l71438,1761425r2857,5718l78740,1774131r5080,6671l89853,1786838r6985,5400l104458,1797638r8255,4765l121920,1806533r9843,3812l142240,1813839r11113,3177l165735,1819239r12065,2224l191453,1823051r14287,1271l220345,1824957r15240,318l251460,1825275r16510,-636l285115,1823686r17780,-1588l320993,1820192r18732,-2224l359410,1814792r20003,-3177l399733,1808121r20637,-4447l441960,1798909r16756,-3888l447270,1779838r-12376,-18418l422518,1742684r-12059,-18735l399352,1704260r-11107,-19688l377773,1664884r-9837,-20324l358415,1624237r-9202,-20641l340645,1582320r-7934,-20959l324778,1539767r-6664,-21911l311449,1495945r-6029,-21911l300025,1451170r-5077,-22229l290823,1406077r-3586,-20147xm825882,1340155r-6163,27000l808612,1421447r-10155,53340l789571,1527175r-8250,51435l778588,1599316r4363,3610l789940,1601447r34290,-8257l859473,1583662r36512,-10480l933768,1561432r38417,-12703l1011555,1535073r36794,-14200l1038369,1492568r-13956,-41912l987571,1431541r-41600,-22231l904689,1386127r-42234,-24136l825882,1340155xm426033,1320824r50,611l428304,1341438r2538,19685l434333,1380490r3490,19050l442265,1418908r4443,18732l451785,1456055r5394,18733l463208,1492885r6028,18098l476217,1529080r7298,17780l491131,1564005r8250,17463l507631,1598613r8884,16510l521451,1623979r7504,969l539433,1626218r11112,953l561658,1628124r11747,317l585470,1628441r12383,-317l610553,1627489r13017,-635l637223,1626218r13652,-1270l665163,1623360r29210,-3811l702748,1618167r-3411,-2897l666011,1586687r-31422,-28900l604436,1529204r-14600,-14609l575236,1500304r-13965,-13974l547940,1472038r-13648,-14291l521597,1443456r-12696,-14292l497157,1415508r-11426,-14291l473988,1387561r-10792,-13974l453357,1359613r-10156,-13656l433679,1332300r-7646,-11476xm563522,1163592r-21232,14604l502920,1206786r-37465,27954l455660,1242410r1188,2237l462562,1255445r6347,10480l475575,1277040r6982,10798l490175,1299271r7935,11116l506362,1322138r18091,23819l543497,1370093r21265,24772l587297,1419954r24439,25407l637445,1471721r26661,26360l692989,1525075r28974,26246l722613,1546860r7616,-48578l739115,1450340r9202,-48578l758472,1354137r10155,-46037l769341,1305052r-32320,-20234l696374,1257824r-40012,-27312l616985,1202882r-38424,-27947l563522,1163592xm441840,1066401r-4017,17227l434333,1102995r-3491,19050l428304,1141730r-2221,19685l425439,1169539r2209,7462l429516,1183022r21969,-16579l489903,1138171r21434,-15046l504571,1117771r-35566,-28265l441840,1066401xm1964738,1045668r-365,329l1947863,1060606r-33973,28900l1878330,1117771r-36512,28900l1804353,1174935r-38418,27947l1726565,1230512r-40322,27312l1645603,1284818r-41275,26042l1562418,1336584r-41910,25407l1477963,1386127r-40958,23183l1395095,1431541r-41910,21913l1310958,1474732r-42120,19973l1289882,1503314r40964,16197l1371176,1535073r39694,13656l1449294,1561432r29990,9485l1480502,1568844r3175,-5086l1487487,1558671r3493,-4450l1495107,1549452r4128,-4450l1503680,1540551r4445,-3815l1512887,1532921r5080,-3497l1522730,1526563r5397,-3179l1533525,1520841r5715,-2861l1544955,1515755r6032,-1908l1557020,1512258r5715,-1590l1569402,1509397r6033,-636l1582102,1508443r6350,-318l1594802,1508443r6350,318l1607502,1509397r6350,1271l1620202,1512258r5715,1589l1631632,1515755r5715,2225l1643062,1520841r5398,2543l1653857,1526563r5080,2861l1664017,1532921r4445,3815l1673225,1540551r4445,4451l1681480,1549452r4127,4769l1689100,1558671r3810,5087l1696085,1568844r3175,5404l1701800,1579653r2857,5722l1706880,1591097r1905,5722l1710372,1602542r1588,6358l1712913,1614940r952,6676l1713930,1622842r4014,518l1731917,1624948r13655,1270l1759544,1626854r13020,635l1785266,1628124r12384,317l1809400,1628441r12067,-317l1832581,1627171r10797,-953l1853540,1624948r10479,-1270l1873546,1621772r9209,-1905l1891646,1617644r1789,-464l1894581,1615123r8884,-16510l1912032,1581468r7933,-17463l1927580,1546860r7299,-17780l1941859,1510983r6346,-18098l1954234,1474788r5394,-18733l1964705,1437640r4443,-18732l1973590,1399540r3808,-19050l1980253,1361123r2856,-19685l1985330,1321435r1587,-19367l1988503,1282065r635,-20637l1989138,1241743r,-20638l1988503,1201103r-1586,-19685l1985330,1161415r-2221,-19685l1980253,1122045r-2855,-19050l1973590,1083628r-4442,-19050l1964738,1045668xm916037,1019660r-3973,11580l897467,1075690r-14281,45720l869541,1167765r-13328,47942l843519,1265555r-2474,10289l841178,1275926r46363,27630l935809,1331185r46046,25724l997943,1365625r-1758,-5772l983180,1314450r-12370,-45720l959075,1223010r-10784,-46355l937824,1130618r-9833,-47943l918793,1034733r-2756,-15073xm863289,979742r-8261,4363l808990,1009835r-47942,27637l714375,1065426r-45402,28272l625158,1121652r-6815,4614l629688,1134920r39694,27947l710029,1191450r42234,27947l784932,1240860r6543,-25153l803852,1169987r13011,-45085l830191,1080135r14280,-44450l859069,991870r4220,-12128xm1657985,712821r-12700,635l1632268,714092r-13653,1270l1604963,716315r-14288,1588l1561465,721715r-30797,5083l1498918,732516r-33020,7306l1431608,748081r-35560,9530l1359535,768094r-37465,11754l1283653,792554r-39370,13977l1203960,821461r-40957,16201l1121093,855134r-43180,18424l1035050,893253r-44450,21284l964318,927496r4589,29767l978106,1009650r10149,53340l999357,1117283r11418,51435l1023145,1219518r12687,49212l1049153,1316673r13639,46990l1075796,1405968r41654,21127l1161590,1447738r29869,13736l1221105,1447738r43815,-20643l1309688,1404547r45402,-22866l1400810,1356909r46038,-25724l1494790,1303556r46990,-27630l1586865,1247979r43815,-28582l1672908,1191450r40640,-28583l1752918,1134920r37465,-28582l1826895,1078391r34608,-28265l1894523,1022496r31115,-27629l1944123,978323r-2264,-6455l1934879,954088r-7299,-17780l1919965,918845r-7933,-17462l1903465,884555r-8884,-16827l1885379,851218r-9520,-16193l1866023,818833r-10471,-15875l1844763,787718r-11106,-15240l1822234,757238r-9890,-11980l1808481,742681r-6033,-3812l1795463,734740r-6985,-2859l1780858,728704r-7937,-2541l1764348,723304r-8890,-2224l1746251,719174r-9526,-1588l1726565,715997r-10160,-1270l1705293,714092r-11112,-636l1682433,712821r-11748,l1657985,712821xm868468,533737r-2598,1251l848736,543243r-16817,8890l815419,561340r-16183,9525l783053,581025r-15548,10478l751957,601980r-15231,11430l721813,624840r-14596,11430l692938,648653r-14279,12382l665015,674053r-13644,13017l638361,700405r-12692,13970l612977,728028r-11741,14605l589179,757238r-11423,15240l566650,787718r-10789,15240l545390,818833r-9836,16192l525717,851218r-9202,16510l507631,884555r-8250,16828l491131,918845r-7616,17463l476217,954088r-6981,17780l463208,989965r-2647,8086l488376,1022496r33026,27630l556015,1078391r9676,7469l569595,1083215r40640,-27001l651510,1030166r41910,-25731l735013,979340r42862,-24460l818833,932008r41910,-22554l895555,891247r-233,-1612l888661,841693r-5392,-47625l878829,746443r-3806,-46990l871851,653415r-1903,-45402l868679,562928r-211,-29191xm2020253,515954r-15875,318l1987868,516589r-17145,1271l1952943,519448r-18098,1905l1916113,523576r-19685,2858l1876425,529610r-20320,4129l1835468,537867r-17397,3583l1830544,552491r16501,15560l1862912,583929r15867,15560l1893694,616002r14915,16513l1923207,649345r13962,17783l1950498,684911r13328,18101l1976519,721430r12376,18418l2000637,758901r11741,19371l2023168,797961r10155,20006l2043477,838290r9521,20324l2056015,865380r2020,-2309l2069148,850367r10160,-12385l2089468,825914r9207,-12069l2107883,801777r8572,-11750l2124711,778594r7620,-11751l2139633,755728r6668,-10798l2152968,733815r5715,-10163l2164081,713172r4762,-10480l2173605,692847r3810,-9845l2179793,676516r-4814,-1521l2169575,672452r-5722,-2543l2158448,667048r-5404,-2861l2147958,661008r-5087,-3497l2138421,653696r-4769,-3815l2129201,645749r-4450,-4769l2120936,636529r-3815,-4768l2113624,626675r-2861,-4769l2107584,616502r-2543,-5405l2102180,605375r-2225,-5404l2098047,593613r-1589,-5722l2094868,581851r-1271,-6358l2092961,569135r-318,-6358l2092325,556419r318,-6676l2092961,543385r636,-6358l2094868,530987r1590,-6041l2096810,523537r-6707,-1549l2078038,520083r-13653,-1906l2050098,517225r-14605,-953l2020253,515954xm362307,515954r-15560,318l332140,517225r-13655,952l304830,520083r-12702,1905l280378,524846r-11114,2541l258467,530881r-9526,3811l239732,539455r-8574,4446l223536,548983r-4094,3509l224375,554685r5722,2225l235502,560089r5404,2543l245992,566129r5087,3497l255529,573441r4769,3815l264749,581389r3814,4450l273014,590290r3815,5086l280326,600463r2861,5086l286366,610635r2861,5405l291770,621444r2225,6040l295903,633206r1589,6040l299082,645287r1271,6358l300989,657685r318,6676l301625,670719r-318,6675l300989,683752r-636,6359l299082,696151r-1590,6358l295903,708549r-1908,5722l291770,719993r-2543,5404l286366,730802r-3179,5404l280326,741292r-3497,5087l273014,751147r-4451,4769l264749,760049r-4451,4132l255529,768314r-2601,2230l258150,778594r7939,11433l274980,801777r8892,12068l293398,825914r10162,12068l313722,850367r10796,12704l335950,875774r10185,11011l349213,879255r9202,-20641l367936,838290r9837,-20323l388245,797961r11107,-19689l410459,758901r12059,-19053l434894,721430r12376,-18418l460915,684911r13329,-17783l488524,649345r14280,-16830l517719,616002r14915,-16513l548501,583929r15549,-15878l580552,552491r6584,-5718l569035,542313r-21594,-4446l526483,533739r-20641,-4129l486153,526434r-19370,-2858l448047,521353r-18418,-1905l411846,517860r-16831,-1271l378503,516272r-16196,-318xm1144594,459502r-19166,1826l1105755,463868r-19673,2540l1067043,469583r-19356,3810l1028649,477520r-18721,4763l990889,487045r-18403,5398l954399,498793r-18404,6032l932351,506258r-236,30000l932432,577533r1269,43497l935921,665163r3172,45720l942899,757873r1805,17274l957126,748030r9203,-18415l974897,711517r9203,-18097l992986,676275r9203,-17145l1012026,642620r9203,-16193l1030749,610235r9520,-15558l1049789,579755r9838,-14923l1069147,550862r9838,-13652l1088822,523557r9838,-12382l1108814,498792r9838,-11747l1129124,475932r9838,-10795l1144594,459502xm1249064,458616r-303,171l1241462,463232r-7616,5080l1226230,474027r-7616,6350l1210997,486727r-7933,6985l1195131,501015r-7934,7937l1178946,517525r-7933,8890l1162762,535940r-7933,9525l1146578,555942r-8251,10795l1130076,577850r-8251,11430l1105324,613727r-17137,26353l1071686,667702r-16502,29845l1038365,728662r-16501,32703l1005679,795337r-16501,35878l981773,848753r5970,-2832l1029970,826544r42545,-19377l1114743,789060r42545,-16836l1198880,755705r41910,-15565l1282065,726163r40323,-13660l1362393,700114r20002,-5082l1401445,689632r19685,-5401l1439863,679466r19367,-4447l1477645,670889r18415,-3812l1514475,663583r17780,-3176l1550035,657548r17145,-2542l1584643,653100r16827,-1906l1617663,649606r16192,-953l1649413,648018r15875,-318l1680211,647700r14604,318l1709103,648653r10750,1195l1718475,648653r-14279,-12383l1689600,624840r-14913,-11430l1659139,601980r-15231,-10477l1628042,581025r-15865,-10160l1595994,561340r-16500,-9207l1562360,543243r-16817,-8255l1528408,526733r-17769,-7620l1492869,511810r-17451,-6985l1456697,498793r-17770,-6350l1420523,487045r-19038,-4762l1382764,477520r-19356,-4127l1344370,469583r-19356,-3175l1305658,463868r-19673,-2540l1265995,459423r-16931,-807xm1092607,63500r-7930,318l1076431,65088r-6344,1905l1063744,69215r-6344,2540l1051374,75247r-6027,4446l1039638,84137r-5709,5081l1028537,94932r-5709,6033l1017753,107950r-5392,7302l1007286,123508r-4758,8255l997771,140652r-4758,9526l988572,160020r-4123,10795l980009,181293r-4124,11747l972079,204788r-3489,12382l964784,230188r-3172,13652l958123,257493r-2854,14287l952414,286385r-2537,14922l947022,317183r-2220,16192l942987,349121r8532,-2405l973415,340365r22214,-5398l1018160,330203r23166,-4445l1063857,321947r23483,-3493l1110823,315913r23483,-1905l1158106,312420r23800,-635l1205707,311150r24117,635l1253624,312420r23483,1588l1300590,315913r23483,2541l1345556,321650r-1427,-2562l1333345,299720r-10784,-18415l1311777,263208r-10784,-16828l1290209,229870r-10784,-15875l1268958,199073r-10784,-13653l1247707,171450r-10784,-12700l1226456,146685r-10150,-11112l1205839,125413r-10466,-9843l1185540,106998r-10150,-8255l1165558,91440r-9516,-6350l1146210,79058r-9198,-4445l1127814,70802r-9199,-3174l1109734,65405r-8563,-1587l1092607,63500xm1090069,r6661,l1103708,318r6661,952l1117030,1905r6977,1270l1130985,4763r6661,1905l1144307,8573r6978,2540l1157945,13970r6978,2540l1171584,20003r6661,3492l1185223,27305r6978,3810l1198544,35878r13322,9207l1225504,55880r13322,11113l1252465,79693r13004,13335l1278473,107315r13322,15240l1304482,138748r13004,16827l1330490,173355r12687,18415l1355865,211455r12370,20003l1380604,252095r12370,21590l1405027,295910r12053,22860l1426613,337599r11384,2766l1460211,346716r21896,6351l1503686,360053r21579,7622l1546527,375931r20944,8257l1588098,393397r20627,9209l1629035,413085r19992,10479l1668385,434361r19357,11432l1706465,457543r19040,12384l1743911,482629r10707,8083l1765300,488007r25083,-6352l1815148,475939r24130,-5081l1863090,466412r23495,-4447l1909128,458790r22225,-2859l1953260,453708r21273,-1588l1995170,450850r20003,l2034858,450850r18733,1270l2071688,453708r17780,2223l2105978,459107r16193,3811l2129791,465141r1147,335l2133652,462956r4769,-3815l2142871,455008r5087,-3179l2153044,448332r5404,-3179l2163853,442610r5722,-2861l2174979,437524r6040,-1908l2186741,434027r6358,-1590l2199140,431166r6675,-636l2211856,430212r6675,l2224890,430212r6675,318l2237606,431166r6040,1271l2250004,434027r6040,1589l2261766,437524r6040,2225l2273528,442610r5405,2543l2283701,448332r5404,3497l2294192,455008r4768,4133l2303411,462956r4133,4133l2311994,471221r3815,4769l2319624,480440r3497,5087l2326618,490931r2861,5086l2332340,501422r2543,5722l2336790,512866r2544,5722l2340923,524946r1272,6041l2343466,537027r636,6358l2344738,549743r,6676l2344738,562777r-636,6358l2343466,575493r-1271,6358l2340923,587891r-1589,5722l2336790,599971r-1907,5404l2332340,611097r-2861,5405l2326618,621906r-3497,4769l2319624,631761r-3815,4768l2311994,640980r-4450,4769l2303411,649881r-4451,3815l2294192,657511r-5087,3497l2283701,664187r-4768,2861l2273528,669909r-5722,2543l2261766,674995r-5722,1908l2250004,678174r-2962,741l2244725,687131r-4127,12068l2235835,711902r-5397,12703l2224405,737626r-6667,13021l2210753,763985r-7620,13339l2194878,790662r-8890,13656l2176781,817974r-10160,13974l2156778,845604r-11113,13973l2134235,873868r-11747,13656l2110105,901815r-12700,14292l2084388,930715r-1776,1860l2086318,943083r6981,21594l2099963,986588r6030,22229l2111388,1031045r5077,22864l2120591,1076456r3808,23181l2127889,1123136r2856,22864l2132649,1169817r1270,23499l2134871,1217132r317,24452l2134871,1265400r-952,23817l2132649,1313034r-1904,23499l2127889,1359714r-3490,23182l2120591,1406077r-4126,22864l2111388,1451170r-5395,22864l2099963,1495945r-6664,21911l2086318,1539767r-7616,21594l2070769,1582320r-8569,21276l2052998,1624237r-9521,20323l2033323,1664884r-10155,19688l2016689,1696395r1734,1765l2036832,1716580r17774,18738l2071746,1753738r16504,18420l2103802,1790578r15235,18420l2133320,1827100r13330,18102l2159346,1862987r12061,17467l2182516,1898239r10474,17468l2202194,1932539r8253,16832l2218381,1965885r6348,16515l2230442,1998279r4761,16197l2237107,2022098r1588,7622l2240281,2037342r953,7305l2242186,2052586r635,7305l2243138,2067195r,7305l2243138,2081169r-317,7304l2242186,2095460r-1270,6670l2239647,2108799r-1905,6669l2235838,2122138r-1904,6351l2231395,2134841r-2857,6352l2225681,2147545r-3491,5716l2216477,2162471r-6665,8257l2202512,2178986r-7618,7622l2186325,2193595r-8887,6351l2168233,2206298r-9839,5399l2147920,2216461r-10791,4764l2125703,2225036r-12062,3493l2100946,2231705r-12696,2541l2074919,2236151r-13647,1588l2047306,2239327r-14600,635l2017471,2239962r-15552,l1986049,2239645r-15869,-1271l1953675,2237421r-16504,-1905l1919714,2233610r-17774,-2858l1884483,2228211r-18091,-3493l1847983,2221225r-19043,-4129l1810213,2212650r-19043,-4446l1771491,2203122r-19678,-5399l1732135,2192007r-20313,-6034l1691508,2179303r-20313,-6669l1650882,2165965r-21265,-7305l1587721,2143098r-42214,-16514l1521352,2116558r-17666,6239l1482107,2129783r-21896,6351l1437997,2142485r-22213,5399l1393253,2152647r-23166,4446l1347556,2160903r-23483,3176l1300590,2166619r-23483,2223l1253624,2170430r-18576,744l1225595,2188845r-12059,21907l1201160,2232342r-12059,20638l1176408,2273617r-12694,19050l1151020,2311082r-12693,17780l1125316,2346007r-13011,16193l1098977,2377122r-13011,14288l1072638,2404745r-13011,12700l1045981,2429192r-13328,10160l1019325,2449195r-6982,4127l1005679,2457450r-6981,3492l992034,2464752r-6664,3175l978388,2471102r-6981,2540l965060,2475865r-6982,1905l951097,2479992r-6347,1270l937769,2482532r-6982,1270l924440,2484120r-6981,317l910478,2484437r-6665,-317l897149,2483167r-6981,-635l883504,2480945r-10790,-2540l862559,2474912r-9837,-3810l843202,2466022r-9520,-5715l824796,2453957r-8885,-6667l807977,2439352r-8251,-8255l792110,2422207r-7616,-9525l777513,2402205r-6982,-10795l764184,2380297r-6664,-11747l751808,2355850r-5712,-13335l740701,2329180r-5077,-14288l730864,2300287r-4760,-14922l721978,2269490r-3808,-15875l714362,2237105r-3491,-17145l707698,2202815r-3173,-17780l701986,2166620r-2221,-18415l697226,2128837r-1904,-19050l693735,2090102r-1269,-20002l691196,2049780r-1269,-20638l689723,2015447r-3815,-2524l667502,1999903r-18088,-13019l631643,1973229r-17136,-14290l597371,1944966r-16819,-15242l564050,1914799r-15549,-15560l532634,1883043r-14915,-16195l502852,1850389r-12632,3475l465455,1859900r-24765,5400l416560,1870700r-23812,4765l369253,1879277r-22543,3495l324485,1885631r-21907,1906l281305,1889443r-20637,953l240665,1890713r-19685,-317l202248,1889443r-18098,-1906l166370,1885313r-16510,-3177l133668,1878324r-7620,-1906l118428,1874195r-7303,-2859l103823,1868794r-6985,-2858l90170,1862759r-6350,-3177l77153,1856088r-5715,-3812l65405,1848464r-5397,-3812l54293,1839887r-5080,-4129l44133,1830993r-4445,-4765l34925,1821145r-4127,-5400l26353,1810345r-3810,-5718l19050,1798273r-4762,-9529l9843,1778896,6668,1768731,3810,1758566,1905,1747765,318,1736647,,1725211r,-11118l1270,1702657r1270,-11753l4445,1678832r3175,-12071l11113,1654690r4127,-12389l20003,1629595r5397,-13025l31115,1603864r6985,-13024l45085,1577180r7620,-13024l60960,1550814r8890,-13977l79058,1523495r9842,-13977l99060,1495859r11113,-14295l121285,1467587r12065,-13977l145733,1439315r12700,-14295l171450,1410725r13653,-13977l199073,1382136r14605,-14295l228283,1353228r15240,-14612l259080,1324321r16193,-14612l278354,1306873r-1177,-17656l276542,1265400r-317,-23816l276542,1217132r635,-23816l278764,1169817r1904,-23817l283524,1123136r3173,-23499l290823,1076456r4125,-22547l300025,1031045r5395,-22228l311449,986588r6665,-21911l321267,954459r-9451,-9453l298479,930715,285459,916107,272757,901815,260373,887524,248306,873868,236874,859577,226077,845604,215915,831948r-9844,-13974l196544,804318r-5498,-8445l188135,796289r-6358,636l175419,796925r-6359,l162385,796289r-6041,-953l150304,794382r-6358,-1272l137906,791203r-5722,-1908l126462,787070r-6040,-2225l115017,781666r-4768,-2861l104845,775626r-5087,-3497l94990,768314r-4451,-4133l86406,760049r-4450,-4133l77823,751147r-3497,-4768l70829,741292r-3497,-5086l64471,730802r-2861,-5405l59067,719993r-2543,-5722l54616,708549r-1271,-6040l51755,696151r-1271,-6040l49848,683752r-636,-6358l49212,670719r,-6358l49848,657685r636,-6040l51755,645287r1590,-6041l54616,633206r1908,-5722l59067,621444r2543,-5404l64471,610635r2861,-5086l70829,600463r3497,-5087l77823,590290r4133,-4451l86406,581389r4133,-4133l94990,573441r4768,-3815l104845,566129r5404,-3497l115017,560089r5405,-3179l126462,554685r5722,-2543l137906,550234r5349,-1689l146053,542949r3493,-6034l153357,531198r4128,-5399l161613,520400r4446,-4763l171140,510555r4763,-4763l181302,501345r5398,-4128l192416,492771r5716,-3811l204166,485466r6351,-3493l216868,478480r6986,-2859l230840,472446r7304,-2541l245448,467364r7303,-2223l260373,462918r16195,-3811l293398,455931r17466,-2223l329282,452120r18735,-1270l367071,450850r20641,l408035,452120r21594,1588l450905,455931r22864,2859l496315,461965r23499,4447l543631,470858r23816,5081l592216,481655r24769,6352l642390,494359r6957,1975l649414,496284r18088,-13655l685908,469927r18723,-12384l723671,445793r19040,-11432l762386,423564r19992,-10479l802688,402606r20309,-9209l843942,384188r20944,-8257l875299,371888r1627,-16288l879146,336550r2220,-18732l884221,299720r2855,-18098l890247,264478r3489,-16828l897542,231140r3807,-16192l906106,199390r4123,-15240l915304,169545r5075,-14288l925454,141922r6026,-13017l937507,116523r6026,-12383l950194,93028r6978,-10795l963833,71755r7929,-9525l979374,53340r7930,-7937l995868,37783r8563,-6986l1013630,24130r9198,-5397l1032343,13970r9833,-4445l1052325,6033r10784,-2540l1069453,2223r6978,-953l1083409,318,1090069,xe" fillcolor="window" stroked="f">
                  <v:path arrowok="t" o:connecttype="custom" o:connectlocs="127746,353201;170286,318221;270662,280721;291497,318754;318240,297243;84663,250797;134555,289013;134246,261392;170520,262574;200661,290060;270328,248563;236490,257732;214856,244217;20425,227405;17866,264848;51173,235097;132571,203214;93377,238413;68713,185592;63135,164498;185933,219132;235560,221286;255792,238413;290926,193730;140541,179300;233094,105249;178938,212247;268700,113250;103634,93281;95471,151028;275312,87889;318516,101575;306791,78731;38144,84629;40007,110123;78051,87889;136637,84670;179689,69495;193780,104457;233874,82296;149883,14802;169706,45803;163920,9915;196826,28115;279760,67261;327009,63118;343593,82506;326844,106231;312840,185515;318193,275686;322751,319452;256707,322199;164901,343938;124956,362278;101286,300510;21960,275932;372,247896;40524,185515;23796,116741;7211,97399;23682,76294;83152,69775;135614,20807" o:connectangles="0,0,0,0,0,0,0,0,0,0,0,0,0,0,0,0,0,0,0,0,0,0,0,0,0,0,0,0,0,0,0,0,0,0,0,0,0,0,0,0,0,0,0,0,0,0,0,0,0,0,0,0,0,0,0,0,0,0,0,0,0,0,0"/>
                  <o:lock v:ext="edit" aspectratio="t"/>
                </v:shape>
              </v:group>
            </w:pict>
          </mc:Fallback>
        </mc:AlternateContent>
      </w:r>
      <w:r w:rsidR="00115463" w:rsidRPr="00115463">
        <w:rPr>
          <w:b w:val="0"/>
          <w:bCs w:val="0"/>
          <w:noProof/>
          <w:sz w:val="22"/>
          <w:szCs w:val="22"/>
          <w:lang w:val="ru-RU" w:eastAsia="ru-RU"/>
        </w:rPr>
        <mc:AlternateContent>
          <mc:Choice Requires="wpg">
            <w:drawing>
              <wp:anchor distT="0" distB="0" distL="114300" distR="114300" simplePos="0" relativeHeight="251679744" behindDoc="0" locked="0" layoutInCell="1" allowOverlap="1" wp14:anchorId="48276B74" wp14:editId="2B52119D">
                <wp:simplePos x="0" y="0"/>
                <wp:positionH relativeFrom="column">
                  <wp:posOffset>3609975</wp:posOffset>
                </wp:positionH>
                <wp:positionV relativeFrom="paragraph">
                  <wp:posOffset>1807845</wp:posOffset>
                </wp:positionV>
                <wp:extent cx="1200000" cy="1200000"/>
                <wp:effectExtent l="419100" t="57150" r="76835" b="438785"/>
                <wp:wrapNone/>
                <wp:docPr id="34" name="组合 31"/>
                <wp:cNvGraphicFramePr/>
                <a:graphic xmlns:a="http://schemas.openxmlformats.org/drawingml/2006/main">
                  <a:graphicData uri="http://schemas.microsoft.com/office/word/2010/wordprocessingGroup">
                    <wpg:wgp>
                      <wpg:cNvGrpSpPr/>
                      <wpg:grpSpPr>
                        <a:xfrm>
                          <a:off x="0" y="0"/>
                          <a:ext cx="1200000" cy="1200000"/>
                          <a:chOff x="4537985" y="2830767"/>
                          <a:chExt cx="900000" cy="900000"/>
                        </a:xfrm>
                      </wpg:grpSpPr>
                      <wpg:grpSp>
                        <wpg:cNvPr id="35" name="组合 32"/>
                        <wpg:cNvGrpSpPr/>
                        <wpg:grpSpPr>
                          <a:xfrm>
                            <a:off x="4537985" y="2830767"/>
                            <a:ext cx="900000" cy="900000"/>
                            <a:chOff x="4537985" y="2830767"/>
                            <a:chExt cx="792000" cy="792000"/>
                          </a:xfrm>
                        </wpg:grpSpPr>
                        <wps:wsp>
                          <wps:cNvPr id="37" name="MH_Other_2"/>
                          <wps:cNvSpPr/>
                          <wps:spPr>
                            <a:xfrm>
                              <a:off x="4537985" y="2830767"/>
                              <a:ext cx="792000" cy="792000"/>
                            </a:xfrm>
                            <a:prstGeom prst="ellipse">
                              <a:avLst/>
                            </a:prstGeom>
                            <a:gradFill flip="none" rotWithShape="1">
                              <a:gsLst>
                                <a:gs pos="100000">
                                  <a:sysClr val="window" lastClr="FFFFFF"/>
                                </a:gs>
                                <a:gs pos="0">
                                  <a:srgbClr val="E0E0E0"/>
                                </a:gs>
                              </a:gsLst>
                              <a:lin ang="8100000" scaled="0"/>
                              <a:tileRect/>
                            </a:gradFill>
                            <a:ln w="34925" cap="flat" cmpd="sng" algn="ctr">
                              <a:gradFill>
                                <a:gsLst>
                                  <a:gs pos="100000">
                                    <a:sysClr val="window" lastClr="FFFFFF">
                                      <a:lumMod val="85000"/>
                                    </a:sysClr>
                                  </a:gs>
                                  <a:gs pos="0">
                                    <a:sysClr val="window" lastClr="FFFFFF"/>
                                  </a:gs>
                                </a:gsLst>
                                <a:lin ang="8100000" scaled="0"/>
                              </a:gradFill>
                              <a:prstDash val="solid"/>
                              <a:miter lim="800000"/>
                            </a:ln>
                            <a:effectLst>
                              <a:outerShdw blurRad="279400" dist="254000" dir="8100000" algn="tr" rotWithShape="0">
                                <a:prstClr val="black">
                                  <a:alpha val="40000"/>
                                </a:prstClr>
                              </a:outerShdw>
                            </a:effectLst>
                          </wps:spPr>
                          <wps:bodyPr anchor="ctr"/>
                        </wps:wsp>
                        <wps:wsp>
                          <wps:cNvPr id="38" name="MH_Title_1"/>
                          <wps:cNvSpPr/>
                          <wps:spPr>
                            <a:xfrm>
                              <a:off x="4663985" y="2956767"/>
                              <a:ext cx="540000" cy="540000"/>
                            </a:xfrm>
                            <a:prstGeom prst="ellipse">
                              <a:avLst/>
                            </a:prstGeom>
                            <a:solidFill>
                              <a:srgbClr val="5B9BD5"/>
                            </a:solidFill>
                            <a:ln w="12700" cap="flat" cmpd="sng" algn="ctr">
                              <a:noFill/>
                              <a:prstDash val="solid"/>
                              <a:miter lim="800000"/>
                            </a:ln>
                            <a:effectLst>
                              <a:innerShdw blurRad="63500" dist="50800" dir="18900000">
                                <a:prstClr val="black">
                                  <a:alpha val="30000"/>
                                </a:prstClr>
                              </a:innerShdw>
                            </a:effectLst>
                          </wps:spPr>
                          <wps:bodyPr lIns="0" tIns="0" rIns="0" bIns="0" anchor="ctr"/>
                        </wps:wsp>
                      </wpg:grpSp>
                      <wps:wsp>
                        <wps:cNvPr id="36" name="KSO_Shape"/>
                        <wps:cNvSpPr>
                          <a:spLocks noChangeAspect="1"/>
                        </wps:cNvSpPr>
                        <wps:spPr bwMode="auto">
                          <a:xfrm>
                            <a:off x="4803080" y="3128362"/>
                            <a:ext cx="350950" cy="352124"/>
                          </a:xfrm>
                          <a:custGeom>
                            <a:avLst/>
                            <a:gdLst>
                              <a:gd name="T0" fmla="*/ 2541400 w 6831013"/>
                              <a:gd name="T1" fmla="*/ 6741431 h 6853237"/>
                              <a:gd name="T2" fmla="*/ 4424286 w 6831013"/>
                              <a:gd name="T3" fmla="*/ 6681552 h 6853237"/>
                              <a:gd name="T4" fmla="*/ 1181534 w 6831013"/>
                              <a:gd name="T5" fmla="*/ 5896428 h 6853237"/>
                              <a:gd name="T6" fmla="*/ 4258049 w 6831013"/>
                              <a:gd name="T7" fmla="*/ 5424183 h 6853237"/>
                              <a:gd name="T8" fmla="*/ 5002354 w 6831013"/>
                              <a:gd name="T9" fmla="*/ 4704214 h 6853237"/>
                              <a:gd name="T10" fmla="*/ 385763 w 6831013"/>
                              <a:gd name="T11" fmla="*/ 4606687 h 6853237"/>
                              <a:gd name="T12" fmla="*/ 4062940 w 6831013"/>
                              <a:gd name="T13" fmla="*/ 4260615 h 6853237"/>
                              <a:gd name="T14" fmla="*/ 4515094 w 6831013"/>
                              <a:gd name="T15" fmla="*/ 4641213 h 6853237"/>
                              <a:gd name="T16" fmla="*/ 188565 w 6831013"/>
                              <a:gd name="T17" fmla="*/ 4285935 h 6853237"/>
                              <a:gd name="T18" fmla="*/ 1331239 w 6831013"/>
                              <a:gd name="T19" fmla="*/ 3718605 h 6853237"/>
                              <a:gd name="T20" fmla="*/ 6783388 w 6831013"/>
                              <a:gd name="T21" fmla="*/ 3605647 h 6853237"/>
                              <a:gd name="T22" fmla="*/ 1344916 w 6831013"/>
                              <a:gd name="T23" fmla="*/ 3407637 h 6853237"/>
                              <a:gd name="T24" fmla="*/ 1225233 w 6831013"/>
                              <a:gd name="T25" fmla="*/ 3619046 h 6853237"/>
                              <a:gd name="T26" fmla="*/ 4263721 w 6831013"/>
                              <a:gd name="T27" fmla="*/ 3128156 h 6853237"/>
                              <a:gd name="T28" fmla="*/ 2046990 w 6831013"/>
                              <a:gd name="T29" fmla="*/ 3349190 h 6853237"/>
                              <a:gd name="T30" fmla="*/ 1407858 w 6831013"/>
                              <a:gd name="T31" fmla="*/ 2951620 h 6853237"/>
                              <a:gd name="T32" fmla="*/ 2561492 w 6831013"/>
                              <a:gd name="T33" fmla="*/ 2732274 h 6853237"/>
                              <a:gd name="T34" fmla="*/ 6563146 w 6831013"/>
                              <a:gd name="T35" fmla="*/ 2654052 h 6853237"/>
                              <a:gd name="T36" fmla="*/ 4015524 w 6831013"/>
                              <a:gd name="T37" fmla="*/ 2983220 h 6853237"/>
                              <a:gd name="T38" fmla="*/ 1957184 w 6831013"/>
                              <a:gd name="T39" fmla="*/ 2318378 h 6853237"/>
                              <a:gd name="T40" fmla="*/ 1967815 w 6831013"/>
                              <a:gd name="T41" fmla="*/ 3178203 h 6853237"/>
                              <a:gd name="T42" fmla="*/ 6421385 w 6831013"/>
                              <a:gd name="T43" fmla="*/ 2116818 h 6853237"/>
                              <a:gd name="T44" fmla="*/ 3819110 w 6831013"/>
                              <a:gd name="T45" fmla="*/ 2357191 h 6853237"/>
                              <a:gd name="T46" fmla="*/ 2203299 w 6831013"/>
                              <a:gd name="T47" fmla="*/ 2058791 h 6853237"/>
                              <a:gd name="T48" fmla="*/ 3325329 w 6831013"/>
                              <a:gd name="T49" fmla="*/ 1859624 h 6853237"/>
                              <a:gd name="T50" fmla="*/ 4201127 w 6831013"/>
                              <a:gd name="T51" fmla="*/ 1734302 h 6853237"/>
                              <a:gd name="T52" fmla="*/ 5270047 w 6831013"/>
                              <a:gd name="T53" fmla="*/ 2702777 h 6853237"/>
                              <a:gd name="T54" fmla="*/ 1766910 w 6831013"/>
                              <a:gd name="T55" fmla="*/ 2127993 h 6853237"/>
                              <a:gd name="T56" fmla="*/ 5507062 w 6831013"/>
                              <a:gd name="T57" fmla="*/ 1606363 h 6853237"/>
                              <a:gd name="T58" fmla="*/ 4064001 w 6831013"/>
                              <a:gd name="T59" fmla="*/ 1567406 h 6853237"/>
                              <a:gd name="T60" fmla="*/ 6334846 w 6831013"/>
                              <a:gd name="T61" fmla="*/ 2341676 h 6853237"/>
                              <a:gd name="T62" fmla="*/ 6644237 w 6831013"/>
                              <a:gd name="T63" fmla="*/ 2554275 h 6853237"/>
                              <a:gd name="T64" fmla="*/ 724354 w 6831013"/>
                              <a:gd name="T65" fmla="*/ 1482111 h 6853237"/>
                              <a:gd name="T66" fmla="*/ 5364826 w 6831013"/>
                              <a:gd name="T67" fmla="*/ 1386102 h 6853237"/>
                              <a:gd name="T68" fmla="*/ 2353670 w 6831013"/>
                              <a:gd name="T69" fmla="*/ 1305024 h 6853237"/>
                              <a:gd name="T70" fmla="*/ 2382183 w 6831013"/>
                              <a:gd name="T71" fmla="*/ 1282815 h 6853237"/>
                              <a:gd name="T72" fmla="*/ 4328205 w 6831013"/>
                              <a:gd name="T73" fmla="*/ 1327342 h 6853237"/>
                              <a:gd name="T74" fmla="*/ 5304711 w 6831013"/>
                              <a:gd name="T75" fmla="*/ 1173320 h 6853237"/>
                              <a:gd name="T76" fmla="*/ 2631653 w 6831013"/>
                              <a:gd name="T77" fmla="*/ 1086005 h 6853237"/>
                              <a:gd name="T78" fmla="*/ 2534974 w 6831013"/>
                              <a:gd name="T79" fmla="*/ 1108162 h 6853237"/>
                              <a:gd name="T80" fmla="*/ 3169184 w 6831013"/>
                              <a:gd name="T81" fmla="*/ 1846385 h 6853237"/>
                              <a:gd name="T82" fmla="*/ 2588985 w 6831013"/>
                              <a:gd name="T83" fmla="*/ 1720852 h 6853237"/>
                              <a:gd name="T84" fmla="*/ 2684241 w 6831013"/>
                              <a:gd name="T85" fmla="*/ 1149992 h 6853237"/>
                              <a:gd name="T86" fmla="*/ 2249304 w 6831013"/>
                              <a:gd name="T87" fmla="*/ 939870 h 6853237"/>
                              <a:gd name="T88" fmla="*/ 4510508 w 6831013"/>
                              <a:gd name="T89" fmla="*/ 834087 h 6853237"/>
                              <a:gd name="T90" fmla="*/ 2637064 w 6831013"/>
                              <a:gd name="T91" fmla="*/ 842716 h 6853237"/>
                              <a:gd name="T92" fmla="*/ 1309688 w 6831013"/>
                              <a:gd name="T93" fmla="*/ 733476 h 6853237"/>
                              <a:gd name="T94" fmla="*/ 5355979 w 6831013"/>
                              <a:gd name="T95" fmla="*/ 666852 h 6853237"/>
                              <a:gd name="T96" fmla="*/ 1444331 w 6831013"/>
                              <a:gd name="T97" fmla="*/ 675332 h 6853237"/>
                              <a:gd name="T98" fmla="*/ 2727325 w 6831013"/>
                              <a:gd name="T99" fmla="*/ 612091 h 6853237"/>
                              <a:gd name="T100" fmla="*/ 1532217 w 6831013"/>
                              <a:gd name="T101" fmla="*/ 553953 h 6853237"/>
                              <a:gd name="T102" fmla="*/ 1269328 w 6831013"/>
                              <a:gd name="T103" fmla="*/ 988332 h 6853237"/>
                              <a:gd name="T104" fmla="*/ 3276216 w 6831013"/>
                              <a:gd name="T105" fmla="*/ 553096 h 6853237"/>
                              <a:gd name="T106" fmla="*/ 2791278 w 6831013"/>
                              <a:gd name="T107" fmla="*/ 800742 h 6853237"/>
                              <a:gd name="T108" fmla="*/ 2586264 w 6831013"/>
                              <a:gd name="T109" fmla="*/ 780369 h 6853237"/>
                              <a:gd name="T110" fmla="*/ 2014005 w 6831013"/>
                              <a:gd name="T111" fmla="*/ 645794 h 6853237"/>
                              <a:gd name="T112" fmla="*/ 1754030 w 6831013"/>
                              <a:gd name="T113" fmla="*/ 451675 h 6853237"/>
                              <a:gd name="T114" fmla="*/ 1848303 w 6831013"/>
                              <a:gd name="T115" fmla="*/ 413179 h 6853237"/>
                              <a:gd name="T116" fmla="*/ 2743330 w 6831013"/>
                              <a:gd name="T117" fmla="*/ 408014 h 6853237"/>
                              <a:gd name="T118" fmla="*/ 3539136 w 6831013"/>
                              <a:gd name="T119" fmla="*/ 321617 h 6853237"/>
                              <a:gd name="T120" fmla="*/ 3726287 w 6831013"/>
                              <a:gd name="T121" fmla="*/ 474011 h 6853237"/>
                              <a:gd name="T122" fmla="*/ 2102237 w 6831013"/>
                              <a:gd name="T123" fmla="*/ 255055 h 6853237"/>
                              <a:gd name="T124" fmla="*/ 3833813 w 6831013"/>
                              <a:gd name="T125" fmla="*/ 203151 h 6853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831013" h="6853237">
                                <a:moveTo>
                                  <a:pt x="3392429" y="6851489"/>
                                </a:moveTo>
                                <a:lnTo>
                                  <a:pt x="3395662" y="6851650"/>
                                </a:lnTo>
                                <a:lnTo>
                                  <a:pt x="3393168" y="6851650"/>
                                </a:lnTo>
                                <a:lnTo>
                                  <a:pt x="3392429" y="6851489"/>
                                </a:lnTo>
                                <a:close/>
                                <a:moveTo>
                                  <a:pt x="3469569" y="6851253"/>
                                </a:moveTo>
                                <a:lnTo>
                                  <a:pt x="3457492" y="6851399"/>
                                </a:lnTo>
                                <a:lnTo>
                                  <a:pt x="3453166" y="6851452"/>
                                </a:lnTo>
                                <a:lnTo>
                                  <a:pt x="3456584" y="6851452"/>
                                </a:lnTo>
                                <a:lnTo>
                                  <a:pt x="3457238" y="6851442"/>
                                </a:lnTo>
                                <a:lnTo>
                                  <a:pt x="3469569" y="6851253"/>
                                </a:lnTo>
                                <a:close/>
                                <a:moveTo>
                                  <a:pt x="3332053" y="6850957"/>
                                </a:moveTo>
                                <a:lnTo>
                                  <a:pt x="3343624" y="6850957"/>
                                </a:lnTo>
                                <a:lnTo>
                                  <a:pt x="3337725" y="6851185"/>
                                </a:lnTo>
                                <a:lnTo>
                                  <a:pt x="3332053" y="6850957"/>
                                </a:lnTo>
                                <a:close/>
                                <a:moveTo>
                                  <a:pt x="3330808" y="6850905"/>
                                </a:moveTo>
                                <a:lnTo>
                                  <a:pt x="3332053" y="6850957"/>
                                </a:lnTo>
                                <a:lnTo>
                                  <a:pt x="3331448" y="6850957"/>
                                </a:lnTo>
                                <a:lnTo>
                                  <a:pt x="3330808" y="6850905"/>
                                </a:lnTo>
                                <a:close/>
                                <a:moveTo>
                                  <a:pt x="3495767" y="6850856"/>
                                </a:moveTo>
                                <a:lnTo>
                                  <a:pt x="3478453" y="6851253"/>
                                </a:lnTo>
                                <a:lnTo>
                                  <a:pt x="3483705" y="6851090"/>
                                </a:lnTo>
                                <a:lnTo>
                                  <a:pt x="3495767" y="6850856"/>
                                </a:lnTo>
                                <a:close/>
                                <a:moveTo>
                                  <a:pt x="3513764" y="6850459"/>
                                </a:moveTo>
                                <a:lnTo>
                                  <a:pt x="3506246" y="6850658"/>
                                </a:lnTo>
                                <a:lnTo>
                                  <a:pt x="3511385" y="6850502"/>
                                </a:lnTo>
                                <a:lnTo>
                                  <a:pt x="3513764" y="6850459"/>
                                </a:lnTo>
                                <a:close/>
                                <a:moveTo>
                                  <a:pt x="3363912" y="6850062"/>
                                </a:moveTo>
                                <a:lnTo>
                                  <a:pt x="3389539" y="6850856"/>
                                </a:lnTo>
                                <a:lnTo>
                                  <a:pt x="3390193" y="6850999"/>
                                </a:lnTo>
                                <a:lnTo>
                                  <a:pt x="3415805" y="6851055"/>
                                </a:lnTo>
                                <a:lnTo>
                                  <a:pt x="3459560" y="6851055"/>
                                </a:lnTo>
                                <a:lnTo>
                                  <a:pt x="3461823" y="6851055"/>
                                </a:lnTo>
                                <a:lnTo>
                                  <a:pt x="3484604" y="6850856"/>
                                </a:lnTo>
                                <a:lnTo>
                                  <a:pt x="3507613" y="6850459"/>
                                </a:lnTo>
                                <a:lnTo>
                                  <a:pt x="3525838" y="6850062"/>
                                </a:lnTo>
                                <a:lnTo>
                                  <a:pt x="3511385" y="6850502"/>
                                </a:lnTo>
                                <a:lnTo>
                                  <a:pt x="3502601" y="6850658"/>
                                </a:lnTo>
                                <a:lnTo>
                                  <a:pt x="3506246" y="6850658"/>
                                </a:lnTo>
                                <a:lnTo>
                                  <a:pt x="3472986" y="6851253"/>
                                </a:lnTo>
                                <a:lnTo>
                                  <a:pt x="3484832" y="6851055"/>
                                </a:lnTo>
                                <a:lnTo>
                                  <a:pt x="3483705" y="6851090"/>
                                </a:lnTo>
                                <a:lnTo>
                                  <a:pt x="3465013" y="6851452"/>
                                </a:lnTo>
                                <a:lnTo>
                                  <a:pt x="3457950" y="6851452"/>
                                </a:lnTo>
                                <a:lnTo>
                                  <a:pt x="3457115" y="6851462"/>
                                </a:lnTo>
                                <a:lnTo>
                                  <a:pt x="3442004" y="6851650"/>
                                </a:lnTo>
                                <a:lnTo>
                                  <a:pt x="3448155" y="6851452"/>
                                </a:lnTo>
                                <a:lnTo>
                                  <a:pt x="3442004" y="6851452"/>
                                </a:lnTo>
                                <a:lnTo>
                                  <a:pt x="3425146" y="6851452"/>
                                </a:lnTo>
                                <a:lnTo>
                                  <a:pt x="3393024" y="6851253"/>
                                </a:lnTo>
                                <a:lnTo>
                                  <a:pt x="3391267" y="6851234"/>
                                </a:lnTo>
                                <a:lnTo>
                                  <a:pt x="3392429" y="6851489"/>
                                </a:lnTo>
                                <a:lnTo>
                                  <a:pt x="3386273" y="6851181"/>
                                </a:lnTo>
                                <a:lnTo>
                                  <a:pt x="3364164" y="6850943"/>
                                </a:lnTo>
                                <a:lnTo>
                                  <a:pt x="3382302" y="6850982"/>
                                </a:lnTo>
                                <a:lnTo>
                                  <a:pt x="3363912" y="6850062"/>
                                </a:lnTo>
                                <a:close/>
                                <a:moveTo>
                                  <a:pt x="3320935" y="6850045"/>
                                </a:moveTo>
                                <a:lnTo>
                                  <a:pt x="3328649" y="6850729"/>
                                </a:lnTo>
                                <a:lnTo>
                                  <a:pt x="3330206" y="6850856"/>
                                </a:lnTo>
                                <a:lnTo>
                                  <a:pt x="3356119" y="6850856"/>
                                </a:lnTo>
                                <a:lnTo>
                                  <a:pt x="3364164" y="6850943"/>
                                </a:lnTo>
                                <a:lnTo>
                                  <a:pt x="3330370" y="6850870"/>
                                </a:lnTo>
                                <a:lnTo>
                                  <a:pt x="3330808" y="6850905"/>
                                </a:lnTo>
                                <a:lnTo>
                                  <a:pt x="3329932" y="6850869"/>
                                </a:lnTo>
                                <a:lnTo>
                                  <a:pt x="3324225" y="6850856"/>
                                </a:lnTo>
                                <a:lnTo>
                                  <a:pt x="3329637" y="6850856"/>
                                </a:lnTo>
                                <a:lnTo>
                                  <a:pt x="3326607" y="6850729"/>
                                </a:lnTo>
                                <a:lnTo>
                                  <a:pt x="3320935" y="6850045"/>
                                </a:lnTo>
                                <a:close/>
                                <a:moveTo>
                                  <a:pt x="3571003" y="6848715"/>
                                </a:moveTo>
                                <a:lnTo>
                                  <a:pt x="3570057" y="6848905"/>
                                </a:lnTo>
                                <a:lnTo>
                                  <a:pt x="3568923" y="6848905"/>
                                </a:lnTo>
                                <a:lnTo>
                                  <a:pt x="3567788" y="6848905"/>
                                </a:lnTo>
                                <a:lnTo>
                                  <a:pt x="3568203" y="6848876"/>
                                </a:lnTo>
                                <a:lnTo>
                                  <a:pt x="3571003" y="6848715"/>
                                </a:lnTo>
                                <a:close/>
                                <a:moveTo>
                                  <a:pt x="3575162" y="6848677"/>
                                </a:moveTo>
                                <a:lnTo>
                                  <a:pt x="3575956" y="6848677"/>
                                </a:lnTo>
                                <a:lnTo>
                                  <a:pt x="3577090" y="6848677"/>
                                </a:lnTo>
                                <a:lnTo>
                                  <a:pt x="3569747" y="6848927"/>
                                </a:lnTo>
                                <a:lnTo>
                                  <a:pt x="3575162" y="6848677"/>
                                </a:lnTo>
                                <a:close/>
                                <a:moveTo>
                                  <a:pt x="3571645" y="6848677"/>
                                </a:moveTo>
                                <a:lnTo>
                                  <a:pt x="3571663" y="6848677"/>
                                </a:lnTo>
                                <a:lnTo>
                                  <a:pt x="3571003" y="6848715"/>
                                </a:lnTo>
                                <a:lnTo>
                                  <a:pt x="3571083" y="6848699"/>
                                </a:lnTo>
                                <a:lnTo>
                                  <a:pt x="3571645" y="6848677"/>
                                </a:lnTo>
                                <a:close/>
                                <a:moveTo>
                                  <a:pt x="3570965" y="6848677"/>
                                </a:moveTo>
                                <a:lnTo>
                                  <a:pt x="3571191" y="6848677"/>
                                </a:lnTo>
                                <a:lnTo>
                                  <a:pt x="3571083" y="6848699"/>
                                </a:lnTo>
                                <a:lnTo>
                                  <a:pt x="3570171" y="6848734"/>
                                </a:lnTo>
                                <a:lnTo>
                                  <a:pt x="3570965" y="6848677"/>
                                </a:lnTo>
                                <a:close/>
                                <a:moveTo>
                                  <a:pt x="3224678" y="6845979"/>
                                </a:moveTo>
                                <a:lnTo>
                                  <a:pt x="3225115" y="6846035"/>
                                </a:lnTo>
                                <a:lnTo>
                                  <a:pt x="3225584" y="6846064"/>
                                </a:lnTo>
                                <a:lnTo>
                                  <a:pt x="3224678" y="6845979"/>
                                </a:lnTo>
                                <a:close/>
                                <a:moveTo>
                                  <a:pt x="3639938" y="6844801"/>
                                </a:moveTo>
                                <a:lnTo>
                                  <a:pt x="3640308" y="6844801"/>
                                </a:lnTo>
                                <a:lnTo>
                                  <a:pt x="3623602" y="6845941"/>
                                </a:lnTo>
                                <a:lnTo>
                                  <a:pt x="3585032" y="6848221"/>
                                </a:lnTo>
                                <a:lnTo>
                                  <a:pt x="3575162" y="6848677"/>
                                </a:lnTo>
                                <a:lnTo>
                                  <a:pt x="3574822" y="6848677"/>
                                </a:lnTo>
                                <a:lnTo>
                                  <a:pt x="3573687" y="6848677"/>
                                </a:lnTo>
                                <a:lnTo>
                                  <a:pt x="3572553" y="6848677"/>
                                </a:lnTo>
                                <a:lnTo>
                                  <a:pt x="3571663" y="6848677"/>
                                </a:lnTo>
                                <a:lnTo>
                                  <a:pt x="3615434" y="6846169"/>
                                </a:lnTo>
                                <a:lnTo>
                                  <a:pt x="3639938" y="6844801"/>
                                </a:lnTo>
                                <a:close/>
                                <a:moveTo>
                                  <a:pt x="3204996" y="6844345"/>
                                </a:moveTo>
                                <a:lnTo>
                                  <a:pt x="3209761" y="6844573"/>
                                </a:lnTo>
                                <a:lnTo>
                                  <a:pt x="3223268" y="6845846"/>
                                </a:lnTo>
                                <a:lnTo>
                                  <a:pt x="3219450" y="6845300"/>
                                </a:lnTo>
                                <a:lnTo>
                                  <a:pt x="3224069" y="6845900"/>
                                </a:lnTo>
                                <a:lnTo>
                                  <a:pt x="3241819" y="6847054"/>
                                </a:lnTo>
                                <a:lnTo>
                                  <a:pt x="3262509" y="6848308"/>
                                </a:lnTo>
                                <a:lnTo>
                                  <a:pt x="3262521" y="6848311"/>
                                </a:lnTo>
                                <a:lnTo>
                                  <a:pt x="3280549" y="6849361"/>
                                </a:lnTo>
                                <a:lnTo>
                                  <a:pt x="3296432" y="6850045"/>
                                </a:lnTo>
                                <a:lnTo>
                                  <a:pt x="3311860" y="6850729"/>
                                </a:lnTo>
                                <a:lnTo>
                                  <a:pt x="3327742" y="6850957"/>
                                </a:lnTo>
                                <a:lnTo>
                                  <a:pt x="3331448" y="6850957"/>
                                </a:lnTo>
                                <a:lnTo>
                                  <a:pt x="3337044" y="6851413"/>
                                </a:lnTo>
                                <a:lnTo>
                                  <a:pt x="3354515" y="6851869"/>
                                </a:lnTo>
                                <a:lnTo>
                                  <a:pt x="3372665" y="6852325"/>
                                </a:lnTo>
                                <a:lnTo>
                                  <a:pt x="3391043" y="6852325"/>
                                </a:lnTo>
                                <a:lnTo>
                                  <a:pt x="3425303" y="6852097"/>
                                </a:lnTo>
                                <a:lnTo>
                                  <a:pt x="3452076" y="6851869"/>
                                </a:lnTo>
                                <a:lnTo>
                                  <a:pt x="3492462" y="6851413"/>
                                </a:lnTo>
                                <a:lnTo>
                                  <a:pt x="3496319" y="6851185"/>
                                </a:lnTo>
                                <a:lnTo>
                                  <a:pt x="3491781" y="6851185"/>
                                </a:lnTo>
                                <a:lnTo>
                                  <a:pt x="3526268" y="6850273"/>
                                </a:lnTo>
                                <a:lnTo>
                                  <a:pt x="3549119" y="6849520"/>
                                </a:lnTo>
                                <a:lnTo>
                                  <a:pt x="3550342" y="6849269"/>
                                </a:lnTo>
                                <a:lnTo>
                                  <a:pt x="3554413" y="6848475"/>
                                </a:lnTo>
                                <a:lnTo>
                                  <a:pt x="3553192" y="6849269"/>
                                </a:lnTo>
                                <a:lnTo>
                                  <a:pt x="3551821" y="6849431"/>
                                </a:lnTo>
                                <a:lnTo>
                                  <a:pt x="3553948" y="6849361"/>
                                </a:lnTo>
                                <a:lnTo>
                                  <a:pt x="3570171" y="6848734"/>
                                </a:lnTo>
                                <a:lnTo>
                                  <a:pt x="3568203" y="6848876"/>
                                </a:lnTo>
                                <a:lnTo>
                                  <a:pt x="3563704" y="6849133"/>
                                </a:lnTo>
                                <a:lnTo>
                                  <a:pt x="3569747" y="6848927"/>
                                </a:lnTo>
                                <a:lnTo>
                                  <a:pt x="3547317" y="6849964"/>
                                </a:lnTo>
                                <a:lnTo>
                                  <a:pt x="3546475" y="6850063"/>
                                </a:lnTo>
                                <a:lnTo>
                                  <a:pt x="3546856" y="6849985"/>
                                </a:lnTo>
                                <a:lnTo>
                                  <a:pt x="3545553" y="6850045"/>
                                </a:lnTo>
                                <a:lnTo>
                                  <a:pt x="3506075" y="6851641"/>
                                </a:lnTo>
                                <a:lnTo>
                                  <a:pt x="3466824" y="6852553"/>
                                </a:lnTo>
                                <a:lnTo>
                                  <a:pt x="3447538" y="6853009"/>
                                </a:lnTo>
                                <a:lnTo>
                                  <a:pt x="3428933" y="6853009"/>
                                </a:lnTo>
                                <a:lnTo>
                                  <a:pt x="3410782" y="6853237"/>
                                </a:lnTo>
                                <a:lnTo>
                                  <a:pt x="3393085" y="6853009"/>
                                </a:lnTo>
                                <a:lnTo>
                                  <a:pt x="3376069" y="6852553"/>
                                </a:lnTo>
                                <a:lnTo>
                                  <a:pt x="3360187" y="6852097"/>
                                </a:lnTo>
                                <a:lnTo>
                                  <a:pt x="3334095" y="6851413"/>
                                </a:lnTo>
                                <a:lnTo>
                                  <a:pt x="3308230" y="6850957"/>
                                </a:lnTo>
                                <a:lnTo>
                                  <a:pt x="3305961" y="6850729"/>
                                </a:lnTo>
                                <a:lnTo>
                                  <a:pt x="3267617" y="6848905"/>
                                </a:lnTo>
                                <a:lnTo>
                                  <a:pt x="3264795" y="6848775"/>
                                </a:lnTo>
                                <a:lnTo>
                                  <a:pt x="3269795" y="6849562"/>
                                </a:lnTo>
                                <a:lnTo>
                                  <a:pt x="3270250" y="6849562"/>
                                </a:lnTo>
                                <a:lnTo>
                                  <a:pt x="3270023" y="6850063"/>
                                </a:lnTo>
                                <a:lnTo>
                                  <a:pt x="3268656" y="6850063"/>
                                </a:lnTo>
                                <a:lnTo>
                                  <a:pt x="3262509" y="6849562"/>
                                </a:lnTo>
                                <a:lnTo>
                                  <a:pt x="3252490" y="6848810"/>
                                </a:lnTo>
                                <a:lnTo>
                                  <a:pt x="3228811" y="6847055"/>
                                </a:lnTo>
                                <a:lnTo>
                                  <a:pt x="3213100" y="6845300"/>
                                </a:lnTo>
                                <a:lnTo>
                                  <a:pt x="3224202" y="6845979"/>
                                </a:lnTo>
                                <a:lnTo>
                                  <a:pt x="3223290" y="6845849"/>
                                </a:lnTo>
                                <a:lnTo>
                                  <a:pt x="3217702" y="6845485"/>
                                </a:lnTo>
                                <a:lnTo>
                                  <a:pt x="3204996" y="6844345"/>
                                </a:lnTo>
                                <a:close/>
                                <a:moveTo>
                                  <a:pt x="3189287" y="6843712"/>
                                </a:moveTo>
                                <a:lnTo>
                                  <a:pt x="3196476" y="6844506"/>
                                </a:lnTo>
                                <a:lnTo>
                                  <a:pt x="3201987" y="6845300"/>
                                </a:lnTo>
                                <a:lnTo>
                                  <a:pt x="3189287" y="6843712"/>
                                </a:lnTo>
                                <a:close/>
                                <a:moveTo>
                                  <a:pt x="3659378" y="6843500"/>
                                </a:moveTo>
                                <a:lnTo>
                                  <a:pt x="3657635" y="6843889"/>
                                </a:lnTo>
                                <a:lnTo>
                                  <a:pt x="3657862" y="6843889"/>
                                </a:lnTo>
                                <a:lnTo>
                                  <a:pt x="3633131" y="6845485"/>
                                </a:lnTo>
                                <a:lnTo>
                                  <a:pt x="3641980" y="6844801"/>
                                </a:lnTo>
                                <a:lnTo>
                                  <a:pt x="3640308" y="6844801"/>
                                </a:lnTo>
                                <a:lnTo>
                                  <a:pt x="3659378" y="6843500"/>
                                </a:lnTo>
                                <a:close/>
                                <a:moveTo>
                                  <a:pt x="3659677" y="6843433"/>
                                </a:moveTo>
                                <a:lnTo>
                                  <a:pt x="3660358" y="6843433"/>
                                </a:lnTo>
                                <a:lnTo>
                                  <a:pt x="3659378" y="6843500"/>
                                </a:lnTo>
                                <a:lnTo>
                                  <a:pt x="3659677" y="6843433"/>
                                </a:lnTo>
                                <a:close/>
                                <a:moveTo>
                                  <a:pt x="3202047" y="6842749"/>
                                </a:moveTo>
                                <a:lnTo>
                                  <a:pt x="3206131" y="6842977"/>
                                </a:lnTo>
                                <a:lnTo>
                                  <a:pt x="3203408" y="6842880"/>
                                </a:lnTo>
                                <a:lnTo>
                                  <a:pt x="3202047" y="6842749"/>
                                </a:lnTo>
                                <a:close/>
                                <a:moveTo>
                                  <a:pt x="3701476" y="6837015"/>
                                </a:moveTo>
                                <a:lnTo>
                                  <a:pt x="3702105" y="6837049"/>
                                </a:lnTo>
                                <a:lnTo>
                                  <a:pt x="3700971" y="6837049"/>
                                </a:lnTo>
                                <a:lnTo>
                                  <a:pt x="3701476" y="6837015"/>
                                </a:lnTo>
                                <a:close/>
                                <a:moveTo>
                                  <a:pt x="3722463" y="6835775"/>
                                </a:moveTo>
                                <a:lnTo>
                                  <a:pt x="3722687" y="6835775"/>
                                </a:lnTo>
                                <a:lnTo>
                                  <a:pt x="3700462" y="6837363"/>
                                </a:lnTo>
                                <a:lnTo>
                                  <a:pt x="3722463" y="6835775"/>
                                </a:lnTo>
                                <a:close/>
                                <a:moveTo>
                                  <a:pt x="3122214" y="6835257"/>
                                </a:moveTo>
                                <a:lnTo>
                                  <a:pt x="3128762" y="6835681"/>
                                </a:lnTo>
                                <a:lnTo>
                                  <a:pt x="3134661" y="6836365"/>
                                </a:lnTo>
                                <a:lnTo>
                                  <a:pt x="3136628" y="6836859"/>
                                </a:lnTo>
                                <a:lnTo>
                                  <a:pt x="3129443" y="6836137"/>
                                </a:lnTo>
                                <a:lnTo>
                                  <a:pt x="3122214" y="6835257"/>
                                </a:lnTo>
                                <a:close/>
                                <a:moveTo>
                                  <a:pt x="3121780" y="6835228"/>
                                </a:moveTo>
                                <a:lnTo>
                                  <a:pt x="3122197" y="6835255"/>
                                </a:lnTo>
                                <a:lnTo>
                                  <a:pt x="3122214" y="6835257"/>
                                </a:lnTo>
                                <a:lnTo>
                                  <a:pt x="3121780" y="6835228"/>
                                </a:lnTo>
                                <a:close/>
                                <a:moveTo>
                                  <a:pt x="3121772" y="6835227"/>
                                </a:moveTo>
                                <a:lnTo>
                                  <a:pt x="3121780" y="6835228"/>
                                </a:lnTo>
                                <a:lnTo>
                                  <a:pt x="3121775" y="6835228"/>
                                </a:lnTo>
                                <a:lnTo>
                                  <a:pt x="3121772" y="6835227"/>
                                </a:lnTo>
                                <a:close/>
                                <a:moveTo>
                                  <a:pt x="3121956" y="6835225"/>
                                </a:moveTo>
                                <a:lnTo>
                                  <a:pt x="3128989" y="6835681"/>
                                </a:lnTo>
                                <a:lnTo>
                                  <a:pt x="3122197" y="6835255"/>
                                </a:lnTo>
                                <a:lnTo>
                                  <a:pt x="3121956" y="6835225"/>
                                </a:lnTo>
                                <a:close/>
                                <a:moveTo>
                                  <a:pt x="3751808" y="6834821"/>
                                </a:moveTo>
                                <a:lnTo>
                                  <a:pt x="3754970" y="6834997"/>
                                </a:lnTo>
                                <a:lnTo>
                                  <a:pt x="3750205" y="6835225"/>
                                </a:lnTo>
                                <a:lnTo>
                                  <a:pt x="3751113" y="6834997"/>
                                </a:lnTo>
                                <a:lnTo>
                                  <a:pt x="3750205" y="6834997"/>
                                </a:lnTo>
                                <a:lnTo>
                                  <a:pt x="3749524" y="6834997"/>
                                </a:lnTo>
                                <a:lnTo>
                                  <a:pt x="3751808" y="6834821"/>
                                </a:lnTo>
                                <a:close/>
                                <a:moveTo>
                                  <a:pt x="3749524" y="6834721"/>
                                </a:moveTo>
                                <a:lnTo>
                                  <a:pt x="3752474" y="6834769"/>
                                </a:lnTo>
                                <a:lnTo>
                                  <a:pt x="3751808" y="6834821"/>
                                </a:lnTo>
                                <a:lnTo>
                                  <a:pt x="3750886" y="6834769"/>
                                </a:lnTo>
                                <a:lnTo>
                                  <a:pt x="3749524" y="6834769"/>
                                </a:lnTo>
                                <a:lnTo>
                                  <a:pt x="3749524" y="6834721"/>
                                </a:lnTo>
                                <a:close/>
                                <a:moveTo>
                                  <a:pt x="3090862" y="6832600"/>
                                </a:moveTo>
                                <a:lnTo>
                                  <a:pt x="3095625" y="6834188"/>
                                </a:lnTo>
                                <a:lnTo>
                                  <a:pt x="3091484" y="6833394"/>
                                </a:lnTo>
                                <a:lnTo>
                                  <a:pt x="3090862" y="6832600"/>
                                </a:lnTo>
                                <a:close/>
                                <a:moveTo>
                                  <a:pt x="3086100" y="6832203"/>
                                </a:moveTo>
                                <a:lnTo>
                                  <a:pt x="3089275" y="6832600"/>
                                </a:lnTo>
                                <a:lnTo>
                                  <a:pt x="3086344" y="6832336"/>
                                </a:lnTo>
                                <a:lnTo>
                                  <a:pt x="3086100" y="6832203"/>
                                </a:lnTo>
                                <a:close/>
                                <a:moveTo>
                                  <a:pt x="3097212" y="6831012"/>
                                </a:moveTo>
                                <a:lnTo>
                                  <a:pt x="3113876" y="6832401"/>
                                </a:lnTo>
                                <a:lnTo>
                                  <a:pt x="3106343" y="6831608"/>
                                </a:lnTo>
                                <a:lnTo>
                                  <a:pt x="3121637" y="6832600"/>
                                </a:lnTo>
                                <a:lnTo>
                                  <a:pt x="3132137" y="6834187"/>
                                </a:lnTo>
                                <a:lnTo>
                                  <a:pt x="3097212" y="6831012"/>
                                </a:lnTo>
                                <a:close/>
                                <a:moveTo>
                                  <a:pt x="3076575" y="6831012"/>
                                </a:moveTo>
                                <a:lnTo>
                                  <a:pt x="3085856" y="6832071"/>
                                </a:lnTo>
                                <a:lnTo>
                                  <a:pt x="3086100" y="6832203"/>
                                </a:lnTo>
                                <a:lnTo>
                                  <a:pt x="3076575" y="6831012"/>
                                </a:lnTo>
                                <a:close/>
                                <a:moveTo>
                                  <a:pt x="3813053" y="6828613"/>
                                </a:moveTo>
                                <a:lnTo>
                                  <a:pt x="3813280" y="6828613"/>
                                </a:lnTo>
                                <a:lnTo>
                                  <a:pt x="3810779" y="6828861"/>
                                </a:lnTo>
                                <a:lnTo>
                                  <a:pt x="3813053" y="6828613"/>
                                </a:lnTo>
                                <a:close/>
                                <a:moveTo>
                                  <a:pt x="3663534" y="6828613"/>
                                </a:moveTo>
                                <a:lnTo>
                                  <a:pt x="3685315" y="6829069"/>
                                </a:lnTo>
                                <a:lnTo>
                                  <a:pt x="3701424" y="6830665"/>
                                </a:lnTo>
                                <a:lnTo>
                                  <a:pt x="3717306" y="6831577"/>
                                </a:lnTo>
                                <a:lnTo>
                                  <a:pt x="3733415" y="6832261"/>
                                </a:lnTo>
                                <a:lnTo>
                                  <a:pt x="3749298" y="6832489"/>
                                </a:lnTo>
                                <a:lnTo>
                                  <a:pt x="3765180" y="6832033"/>
                                </a:lnTo>
                                <a:lnTo>
                                  <a:pt x="3781289" y="6831349"/>
                                </a:lnTo>
                                <a:lnTo>
                                  <a:pt x="3797171" y="6830209"/>
                                </a:lnTo>
                                <a:lnTo>
                                  <a:pt x="3810779" y="6828861"/>
                                </a:lnTo>
                                <a:lnTo>
                                  <a:pt x="3794221" y="6830665"/>
                                </a:lnTo>
                                <a:lnTo>
                                  <a:pt x="3769037" y="6832489"/>
                                </a:lnTo>
                                <a:lnTo>
                                  <a:pt x="3754062" y="6834085"/>
                                </a:lnTo>
                                <a:lnTo>
                                  <a:pt x="3750432" y="6834313"/>
                                </a:lnTo>
                                <a:lnTo>
                                  <a:pt x="3749524" y="6834541"/>
                                </a:lnTo>
                                <a:lnTo>
                                  <a:pt x="3749524" y="6834721"/>
                                </a:lnTo>
                                <a:lnTo>
                                  <a:pt x="3724340" y="6834313"/>
                                </a:lnTo>
                                <a:lnTo>
                                  <a:pt x="3715038" y="6834313"/>
                                </a:lnTo>
                                <a:lnTo>
                                  <a:pt x="3708458" y="6834541"/>
                                </a:lnTo>
                                <a:lnTo>
                                  <a:pt x="3704828" y="6834769"/>
                                </a:lnTo>
                                <a:lnTo>
                                  <a:pt x="3703920" y="6834997"/>
                                </a:lnTo>
                                <a:lnTo>
                                  <a:pt x="3703920" y="6835225"/>
                                </a:lnTo>
                                <a:lnTo>
                                  <a:pt x="3706189" y="6835681"/>
                                </a:lnTo>
                                <a:lnTo>
                                  <a:pt x="3711181" y="6836365"/>
                                </a:lnTo>
                                <a:lnTo>
                                  <a:pt x="3701476" y="6837015"/>
                                </a:lnTo>
                                <a:lnTo>
                                  <a:pt x="3689399" y="6836365"/>
                                </a:lnTo>
                                <a:lnTo>
                                  <a:pt x="3691895" y="6835909"/>
                                </a:lnTo>
                                <a:lnTo>
                                  <a:pt x="3681685" y="6835681"/>
                                </a:lnTo>
                                <a:lnTo>
                                  <a:pt x="3683273" y="6835225"/>
                                </a:lnTo>
                                <a:lnTo>
                                  <a:pt x="3651056" y="6832945"/>
                                </a:lnTo>
                                <a:lnTo>
                                  <a:pt x="3662627" y="6833173"/>
                                </a:lnTo>
                                <a:lnTo>
                                  <a:pt x="3649014" y="6831577"/>
                                </a:lnTo>
                                <a:lnTo>
                                  <a:pt x="3651056" y="6831349"/>
                                </a:lnTo>
                                <a:lnTo>
                                  <a:pt x="3680551" y="6831577"/>
                                </a:lnTo>
                                <a:lnTo>
                                  <a:pt x="3675559" y="6831349"/>
                                </a:lnTo>
                                <a:lnTo>
                                  <a:pt x="3671475" y="6831121"/>
                                </a:lnTo>
                                <a:lnTo>
                                  <a:pt x="3669433" y="6830893"/>
                                </a:lnTo>
                                <a:lnTo>
                                  <a:pt x="3667618" y="6830437"/>
                                </a:lnTo>
                                <a:lnTo>
                                  <a:pt x="3665576" y="6829525"/>
                                </a:lnTo>
                                <a:lnTo>
                                  <a:pt x="3663534" y="6828613"/>
                                </a:lnTo>
                                <a:close/>
                                <a:moveTo>
                                  <a:pt x="3048199" y="6827837"/>
                                </a:moveTo>
                                <a:lnTo>
                                  <a:pt x="3049985" y="6827837"/>
                                </a:lnTo>
                                <a:lnTo>
                                  <a:pt x="3052763" y="6829425"/>
                                </a:lnTo>
                                <a:lnTo>
                                  <a:pt x="3048199" y="6827837"/>
                                </a:lnTo>
                                <a:close/>
                                <a:moveTo>
                                  <a:pt x="3068637" y="6827473"/>
                                </a:moveTo>
                                <a:lnTo>
                                  <a:pt x="3091780" y="6829753"/>
                                </a:lnTo>
                                <a:lnTo>
                                  <a:pt x="3084746" y="6829297"/>
                                </a:lnTo>
                                <a:lnTo>
                                  <a:pt x="3108569" y="6833173"/>
                                </a:lnTo>
                                <a:lnTo>
                                  <a:pt x="3121763" y="6835227"/>
                                </a:lnTo>
                                <a:lnTo>
                                  <a:pt x="3121764" y="6835227"/>
                                </a:lnTo>
                                <a:lnTo>
                                  <a:pt x="3121765" y="6835227"/>
                                </a:lnTo>
                                <a:lnTo>
                                  <a:pt x="3121766" y="6835227"/>
                                </a:lnTo>
                                <a:lnTo>
                                  <a:pt x="3121767" y="6835227"/>
                                </a:lnTo>
                                <a:lnTo>
                                  <a:pt x="3121768" y="6835227"/>
                                </a:lnTo>
                                <a:lnTo>
                                  <a:pt x="3121769" y="6835227"/>
                                </a:lnTo>
                                <a:lnTo>
                                  <a:pt x="3121770" y="6835227"/>
                                </a:lnTo>
                                <a:lnTo>
                                  <a:pt x="3121775" y="6835228"/>
                                </a:lnTo>
                                <a:lnTo>
                                  <a:pt x="3124678" y="6835681"/>
                                </a:lnTo>
                                <a:lnTo>
                                  <a:pt x="3134434" y="6837049"/>
                                </a:lnTo>
                                <a:lnTo>
                                  <a:pt x="3138518" y="6837505"/>
                                </a:lnTo>
                                <a:lnTo>
                                  <a:pt x="3138972" y="6837277"/>
                                </a:lnTo>
                                <a:lnTo>
                                  <a:pt x="3138291" y="6837277"/>
                                </a:lnTo>
                                <a:lnTo>
                                  <a:pt x="3136628" y="6836859"/>
                                </a:lnTo>
                                <a:lnTo>
                                  <a:pt x="3140787" y="6837277"/>
                                </a:lnTo>
                                <a:lnTo>
                                  <a:pt x="3168241" y="6839785"/>
                                </a:lnTo>
                                <a:lnTo>
                                  <a:pt x="3192291" y="6841837"/>
                                </a:lnTo>
                                <a:lnTo>
                                  <a:pt x="3198870" y="6842521"/>
                                </a:lnTo>
                                <a:lnTo>
                                  <a:pt x="3200232" y="6842749"/>
                                </a:lnTo>
                                <a:lnTo>
                                  <a:pt x="3199778" y="6842749"/>
                                </a:lnTo>
                                <a:lnTo>
                                  <a:pt x="3203408" y="6842880"/>
                                </a:lnTo>
                                <a:lnTo>
                                  <a:pt x="3211076" y="6843613"/>
                                </a:lnTo>
                                <a:lnTo>
                                  <a:pt x="3208853" y="6843433"/>
                                </a:lnTo>
                                <a:lnTo>
                                  <a:pt x="3216341" y="6844117"/>
                                </a:lnTo>
                                <a:lnTo>
                                  <a:pt x="3211076" y="6843613"/>
                                </a:lnTo>
                                <a:lnTo>
                                  <a:pt x="3222920" y="6844573"/>
                                </a:lnTo>
                                <a:lnTo>
                                  <a:pt x="3209988" y="6844345"/>
                                </a:lnTo>
                                <a:lnTo>
                                  <a:pt x="3220878" y="6845029"/>
                                </a:lnTo>
                                <a:lnTo>
                                  <a:pt x="3233584" y="6845713"/>
                                </a:lnTo>
                                <a:lnTo>
                                  <a:pt x="3209761" y="6844573"/>
                                </a:lnTo>
                                <a:lnTo>
                                  <a:pt x="3190475" y="6842977"/>
                                </a:lnTo>
                                <a:lnTo>
                                  <a:pt x="3188433" y="6842749"/>
                                </a:lnTo>
                                <a:lnTo>
                                  <a:pt x="3187753" y="6842977"/>
                                </a:lnTo>
                                <a:lnTo>
                                  <a:pt x="3188887" y="6843205"/>
                                </a:lnTo>
                                <a:lnTo>
                                  <a:pt x="3192064" y="6843889"/>
                                </a:lnTo>
                                <a:lnTo>
                                  <a:pt x="3179131" y="6842749"/>
                                </a:lnTo>
                                <a:lnTo>
                                  <a:pt x="3154400" y="6841153"/>
                                </a:lnTo>
                                <a:lnTo>
                                  <a:pt x="3140787" y="6839785"/>
                                </a:lnTo>
                                <a:lnTo>
                                  <a:pt x="3138065" y="6839329"/>
                                </a:lnTo>
                                <a:lnTo>
                                  <a:pt x="3146459" y="6839557"/>
                                </a:lnTo>
                                <a:lnTo>
                                  <a:pt x="3137157" y="6838645"/>
                                </a:lnTo>
                                <a:lnTo>
                                  <a:pt x="3131939" y="6838189"/>
                                </a:lnTo>
                                <a:lnTo>
                                  <a:pt x="3135115" y="6838189"/>
                                </a:lnTo>
                                <a:lnTo>
                                  <a:pt x="3126602" y="6837476"/>
                                </a:lnTo>
                                <a:lnTo>
                                  <a:pt x="3131457" y="6838156"/>
                                </a:lnTo>
                                <a:lnTo>
                                  <a:pt x="3135312" y="6838950"/>
                                </a:lnTo>
                                <a:lnTo>
                                  <a:pt x="3126340" y="6837454"/>
                                </a:lnTo>
                                <a:lnTo>
                                  <a:pt x="3124225" y="6837277"/>
                                </a:lnTo>
                                <a:lnTo>
                                  <a:pt x="3125856" y="6837374"/>
                                </a:lnTo>
                                <a:lnTo>
                                  <a:pt x="3125787" y="6837362"/>
                                </a:lnTo>
                                <a:lnTo>
                                  <a:pt x="3125878" y="6837375"/>
                                </a:lnTo>
                                <a:lnTo>
                                  <a:pt x="3128082" y="6837505"/>
                                </a:lnTo>
                                <a:lnTo>
                                  <a:pt x="3127076" y="6837325"/>
                                </a:lnTo>
                                <a:lnTo>
                                  <a:pt x="3123667" y="6837151"/>
                                </a:lnTo>
                                <a:lnTo>
                                  <a:pt x="3110773" y="6835881"/>
                                </a:lnTo>
                                <a:lnTo>
                                  <a:pt x="3098800" y="6834187"/>
                                </a:lnTo>
                                <a:lnTo>
                                  <a:pt x="3109852" y="6835246"/>
                                </a:lnTo>
                                <a:lnTo>
                                  <a:pt x="3108471" y="6835034"/>
                                </a:lnTo>
                                <a:lnTo>
                                  <a:pt x="3116760" y="6835881"/>
                                </a:lnTo>
                                <a:lnTo>
                                  <a:pt x="3118541" y="6835881"/>
                                </a:lnTo>
                                <a:lnTo>
                                  <a:pt x="3117848" y="6835775"/>
                                </a:lnTo>
                                <a:lnTo>
                                  <a:pt x="3117616" y="6835775"/>
                                </a:lnTo>
                                <a:lnTo>
                                  <a:pt x="3090862" y="6832600"/>
                                </a:lnTo>
                                <a:lnTo>
                                  <a:pt x="3105882" y="6834188"/>
                                </a:lnTo>
                                <a:lnTo>
                                  <a:pt x="3117829" y="6835772"/>
                                </a:lnTo>
                                <a:lnTo>
                                  <a:pt x="3094729" y="6832261"/>
                                </a:lnTo>
                                <a:lnTo>
                                  <a:pt x="3092914" y="6831805"/>
                                </a:lnTo>
                                <a:lnTo>
                                  <a:pt x="3068637" y="6827473"/>
                                </a:lnTo>
                                <a:close/>
                                <a:moveTo>
                                  <a:pt x="3030846" y="6827013"/>
                                </a:moveTo>
                                <a:lnTo>
                                  <a:pt x="3038475" y="6827838"/>
                                </a:lnTo>
                                <a:lnTo>
                                  <a:pt x="3030986" y="6827044"/>
                                </a:lnTo>
                                <a:lnTo>
                                  <a:pt x="3030846" y="6827013"/>
                                </a:lnTo>
                                <a:close/>
                                <a:moveTo>
                                  <a:pt x="3675062" y="6826250"/>
                                </a:moveTo>
                                <a:lnTo>
                                  <a:pt x="3675768" y="6826250"/>
                                </a:lnTo>
                                <a:lnTo>
                                  <a:pt x="3686116" y="6826250"/>
                                </a:lnTo>
                                <a:lnTo>
                                  <a:pt x="3687762" y="6827838"/>
                                </a:lnTo>
                                <a:lnTo>
                                  <a:pt x="3675062" y="6826250"/>
                                </a:lnTo>
                                <a:close/>
                                <a:moveTo>
                                  <a:pt x="3027362" y="6826250"/>
                                </a:moveTo>
                                <a:lnTo>
                                  <a:pt x="3030846" y="6827013"/>
                                </a:lnTo>
                                <a:lnTo>
                                  <a:pt x="3029295" y="6826846"/>
                                </a:lnTo>
                                <a:lnTo>
                                  <a:pt x="3027362" y="6826250"/>
                                </a:lnTo>
                                <a:close/>
                                <a:moveTo>
                                  <a:pt x="3669427" y="6824662"/>
                                </a:moveTo>
                                <a:lnTo>
                                  <a:pt x="3672999" y="6824662"/>
                                </a:lnTo>
                                <a:lnTo>
                                  <a:pt x="3673475" y="6826250"/>
                                </a:lnTo>
                                <a:lnTo>
                                  <a:pt x="3668712" y="6825456"/>
                                </a:lnTo>
                                <a:lnTo>
                                  <a:pt x="3669427" y="6824662"/>
                                </a:lnTo>
                                <a:close/>
                                <a:moveTo>
                                  <a:pt x="3072253" y="6824662"/>
                                </a:moveTo>
                                <a:lnTo>
                                  <a:pt x="3086144" y="6826514"/>
                                </a:lnTo>
                                <a:lnTo>
                                  <a:pt x="3081955" y="6826514"/>
                                </a:lnTo>
                                <a:lnTo>
                                  <a:pt x="3085923" y="6827837"/>
                                </a:lnTo>
                                <a:lnTo>
                                  <a:pt x="3083278" y="6827308"/>
                                </a:lnTo>
                                <a:lnTo>
                                  <a:pt x="3077104" y="6825985"/>
                                </a:lnTo>
                                <a:lnTo>
                                  <a:pt x="3074238" y="6825191"/>
                                </a:lnTo>
                                <a:lnTo>
                                  <a:pt x="3071812" y="6824927"/>
                                </a:lnTo>
                                <a:lnTo>
                                  <a:pt x="3072253" y="6824662"/>
                                </a:lnTo>
                                <a:close/>
                                <a:moveTo>
                                  <a:pt x="3060700" y="6824662"/>
                                </a:moveTo>
                                <a:lnTo>
                                  <a:pt x="3069449" y="6825456"/>
                                </a:lnTo>
                                <a:lnTo>
                                  <a:pt x="3071813" y="6826250"/>
                                </a:lnTo>
                                <a:lnTo>
                                  <a:pt x="3060700" y="6824662"/>
                                </a:lnTo>
                                <a:close/>
                                <a:moveTo>
                                  <a:pt x="3009900" y="6823075"/>
                                </a:moveTo>
                                <a:lnTo>
                                  <a:pt x="3016721" y="6823302"/>
                                </a:lnTo>
                                <a:lnTo>
                                  <a:pt x="3016485" y="6823302"/>
                                </a:lnTo>
                                <a:lnTo>
                                  <a:pt x="3022365" y="6823983"/>
                                </a:lnTo>
                                <a:lnTo>
                                  <a:pt x="3022835" y="6823756"/>
                                </a:lnTo>
                                <a:lnTo>
                                  <a:pt x="3024482" y="6823983"/>
                                </a:lnTo>
                                <a:lnTo>
                                  <a:pt x="3028950" y="6824663"/>
                                </a:lnTo>
                                <a:lnTo>
                                  <a:pt x="3022365" y="6824210"/>
                                </a:lnTo>
                                <a:lnTo>
                                  <a:pt x="3019308" y="6824210"/>
                                </a:lnTo>
                                <a:lnTo>
                                  <a:pt x="3019543" y="6824436"/>
                                </a:lnTo>
                                <a:lnTo>
                                  <a:pt x="3019072" y="6824210"/>
                                </a:lnTo>
                                <a:lnTo>
                                  <a:pt x="3009900" y="6823075"/>
                                </a:lnTo>
                                <a:close/>
                                <a:moveTo>
                                  <a:pt x="3006960" y="6819900"/>
                                </a:moveTo>
                                <a:lnTo>
                                  <a:pt x="3013075" y="6821488"/>
                                </a:lnTo>
                                <a:lnTo>
                                  <a:pt x="3006725" y="6820430"/>
                                </a:lnTo>
                                <a:lnTo>
                                  <a:pt x="3006960" y="6819900"/>
                                </a:lnTo>
                                <a:close/>
                                <a:moveTo>
                                  <a:pt x="2994252" y="6818312"/>
                                </a:moveTo>
                                <a:lnTo>
                                  <a:pt x="3000829" y="6818745"/>
                                </a:lnTo>
                                <a:lnTo>
                                  <a:pt x="3007179" y="6819756"/>
                                </a:lnTo>
                                <a:lnTo>
                                  <a:pt x="3002643" y="6819323"/>
                                </a:lnTo>
                                <a:lnTo>
                                  <a:pt x="3008313" y="6819900"/>
                                </a:lnTo>
                                <a:lnTo>
                                  <a:pt x="3003551" y="6819612"/>
                                </a:lnTo>
                                <a:lnTo>
                                  <a:pt x="2998788" y="6819034"/>
                                </a:lnTo>
                                <a:lnTo>
                                  <a:pt x="2996293" y="6818745"/>
                                </a:lnTo>
                                <a:lnTo>
                                  <a:pt x="2994025" y="6818457"/>
                                </a:lnTo>
                                <a:lnTo>
                                  <a:pt x="2994252" y="6818312"/>
                                </a:lnTo>
                                <a:close/>
                                <a:moveTo>
                                  <a:pt x="2962275" y="6810375"/>
                                </a:moveTo>
                                <a:lnTo>
                                  <a:pt x="2966731" y="6810602"/>
                                </a:lnTo>
                                <a:lnTo>
                                  <a:pt x="2966954" y="6810602"/>
                                </a:lnTo>
                                <a:lnTo>
                                  <a:pt x="2967177" y="6810602"/>
                                </a:lnTo>
                                <a:lnTo>
                                  <a:pt x="2967400" y="6810375"/>
                                </a:lnTo>
                                <a:lnTo>
                                  <a:pt x="2967623" y="6810375"/>
                                </a:lnTo>
                                <a:lnTo>
                                  <a:pt x="2967845" y="6810375"/>
                                </a:lnTo>
                                <a:lnTo>
                                  <a:pt x="2968291" y="6810375"/>
                                </a:lnTo>
                                <a:lnTo>
                                  <a:pt x="2968737" y="6810602"/>
                                </a:lnTo>
                                <a:lnTo>
                                  <a:pt x="2974975" y="6811963"/>
                                </a:lnTo>
                                <a:lnTo>
                                  <a:pt x="2962275" y="6810375"/>
                                </a:lnTo>
                                <a:close/>
                                <a:moveTo>
                                  <a:pt x="3951454" y="6776629"/>
                                </a:moveTo>
                                <a:lnTo>
                                  <a:pt x="3946689" y="6781189"/>
                                </a:lnTo>
                                <a:lnTo>
                                  <a:pt x="3941924" y="6785521"/>
                                </a:lnTo>
                                <a:lnTo>
                                  <a:pt x="3937160" y="6789853"/>
                                </a:lnTo>
                                <a:lnTo>
                                  <a:pt x="3932395" y="6793729"/>
                                </a:lnTo>
                                <a:lnTo>
                                  <a:pt x="3927404" y="6797377"/>
                                </a:lnTo>
                                <a:lnTo>
                                  <a:pt x="3923994" y="6799825"/>
                                </a:lnTo>
                                <a:lnTo>
                                  <a:pt x="3916967" y="6803989"/>
                                </a:lnTo>
                                <a:lnTo>
                                  <a:pt x="3908118" y="6808549"/>
                                </a:lnTo>
                                <a:lnTo>
                                  <a:pt x="3899043" y="6812653"/>
                                </a:lnTo>
                                <a:lnTo>
                                  <a:pt x="3894732" y="6814477"/>
                                </a:lnTo>
                                <a:lnTo>
                                  <a:pt x="3889967" y="6816073"/>
                                </a:lnTo>
                                <a:lnTo>
                                  <a:pt x="3885656" y="6817669"/>
                                </a:lnTo>
                                <a:lnTo>
                                  <a:pt x="3881119" y="6819037"/>
                                </a:lnTo>
                                <a:lnTo>
                                  <a:pt x="3881117" y="6819038"/>
                                </a:lnTo>
                                <a:lnTo>
                                  <a:pt x="3876545" y="6820132"/>
                                </a:lnTo>
                                <a:lnTo>
                                  <a:pt x="3872043" y="6820861"/>
                                </a:lnTo>
                                <a:lnTo>
                                  <a:pt x="3876354" y="6820177"/>
                                </a:lnTo>
                                <a:lnTo>
                                  <a:pt x="3876545" y="6820132"/>
                                </a:lnTo>
                                <a:lnTo>
                                  <a:pt x="3877159" y="6820032"/>
                                </a:lnTo>
                                <a:lnTo>
                                  <a:pt x="3876581" y="6820177"/>
                                </a:lnTo>
                                <a:lnTo>
                                  <a:pt x="3871363" y="6821089"/>
                                </a:lnTo>
                                <a:lnTo>
                                  <a:pt x="3859564" y="6822685"/>
                                </a:lnTo>
                                <a:lnTo>
                                  <a:pt x="3844590" y="6824509"/>
                                </a:lnTo>
                                <a:lnTo>
                                  <a:pt x="3829162" y="6826333"/>
                                </a:lnTo>
                                <a:lnTo>
                                  <a:pt x="3813733" y="6828385"/>
                                </a:lnTo>
                                <a:lnTo>
                                  <a:pt x="3806927" y="6829069"/>
                                </a:lnTo>
                                <a:lnTo>
                                  <a:pt x="3799439" y="6829297"/>
                                </a:lnTo>
                                <a:lnTo>
                                  <a:pt x="3790818" y="6829753"/>
                                </a:lnTo>
                                <a:lnTo>
                                  <a:pt x="3781742" y="6829753"/>
                                </a:lnTo>
                                <a:lnTo>
                                  <a:pt x="3762911" y="6829753"/>
                                </a:lnTo>
                                <a:lnTo>
                                  <a:pt x="3744079" y="6829525"/>
                                </a:lnTo>
                                <a:lnTo>
                                  <a:pt x="3726836" y="6829069"/>
                                </a:lnTo>
                                <a:lnTo>
                                  <a:pt x="3712769" y="6828385"/>
                                </a:lnTo>
                                <a:lnTo>
                                  <a:pt x="3703239" y="6828157"/>
                                </a:lnTo>
                                <a:lnTo>
                                  <a:pt x="3700290" y="6828157"/>
                                </a:lnTo>
                                <a:lnTo>
                                  <a:pt x="3700517" y="6827473"/>
                                </a:lnTo>
                                <a:lnTo>
                                  <a:pt x="3709819" y="6827473"/>
                                </a:lnTo>
                                <a:lnTo>
                                  <a:pt x="3707550" y="6825421"/>
                                </a:lnTo>
                                <a:lnTo>
                                  <a:pt x="3712315" y="6823597"/>
                                </a:lnTo>
                                <a:lnTo>
                                  <a:pt x="3717533" y="6821773"/>
                                </a:lnTo>
                                <a:lnTo>
                                  <a:pt x="3726836" y="6819037"/>
                                </a:lnTo>
                                <a:lnTo>
                                  <a:pt x="3726382" y="6817897"/>
                                </a:lnTo>
                                <a:lnTo>
                                  <a:pt x="3736365" y="6817897"/>
                                </a:lnTo>
                                <a:lnTo>
                                  <a:pt x="3731827" y="6816301"/>
                                </a:lnTo>
                                <a:lnTo>
                                  <a:pt x="3757692" y="6816985"/>
                                </a:lnTo>
                                <a:lnTo>
                                  <a:pt x="3759281" y="6814477"/>
                                </a:lnTo>
                                <a:lnTo>
                                  <a:pt x="3773574" y="6811513"/>
                                </a:lnTo>
                                <a:lnTo>
                                  <a:pt x="3787868" y="6809233"/>
                                </a:lnTo>
                                <a:lnTo>
                                  <a:pt x="3802162" y="6807181"/>
                                </a:lnTo>
                                <a:lnTo>
                                  <a:pt x="3816683" y="6805129"/>
                                </a:lnTo>
                                <a:lnTo>
                                  <a:pt x="3830977" y="6803305"/>
                                </a:lnTo>
                                <a:lnTo>
                                  <a:pt x="3845271" y="6800797"/>
                                </a:lnTo>
                                <a:lnTo>
                                  <a:pt x="3859564" y="6798061"/>
                                </a:lnTo>
                                <a:lnTo>
                                  <a:pt x="3867052" y="6796693"/>
                                </a:lnTo>
                                <a:lnTo>
                                  <a:pt x="3874085" y="6794869"/>
                                </a:lnTo>
                                <a:lnTo>
                                  <a:pt x="3897681" y="6784153"/>
                                </a:lnTo>
                                <a:lnTo>
                                  <a:pt x="3898589" y="6785065"/>
                                </a:lnTo>
                                <a:lnTo>
                                  <a:pt x="3898362" y="6786661"/>
                                </a:lnTo>
                                <a:lnTo>
                                  <a:pt x="3904942" y="6788257"/>
                                </a:lnTo>
                                <a:lnTo>
                                  <a:pt x="3905849" y="6789625"/>
                                </a:lnTo>
                                <a:lnTo>
                                  <a:pt x="3903354" y="6790537"/>
                                </a:lnTo>
                                <a:lnTo>
                                  <a:pt x="3916740" y="6786889"/>
                                </a:lnTo>
                                <a:lnTo>
                                  <a:pt x="3910160" y="6790537"/>
                                </a:lnTo>
                                <a:lnTo>
                                  <a:pt x="3913564" y="6790993"/>
                                </a:lnTo>
                                <a:lnTo>
                                  <a:pt x="3913110" y="6791905"/>
                                </a:lnTo>
                                <a:lnTo>
                                  <a:pt x="3919463" y="6788257"/>
                                </a:lnTo>
                                <a:lnTo>
                                  <a:pt x="3916513" y="6791449"/>
                                </a:lnTo>
                                <a:lnTo>
                                  <a:pt x="3920370" y="6787801"/>
                                </a:lnTo>
                                <a:lnTo>
                                  <a:pt x="3924681" y="6784837"/>
                                </a:lnTo>
                                <a:lnTo>
                                  <a:pt x="3928765" y="6782101"/>
                                </a:lnTo>
                                <a:lnTo>
                                  <a:pt x="3933076" y="6780277"/>
                                </a:lnTo>
                                <a:lnTo>
                                  <a:pt x="3937387" y="6778453"/>
                                </a:lnTo>
                                <a:lnTo>
                                  <a:pt x="3941924" y="6777313"/>
                                </a:lnTo>
                                <a:lnTo>
                                  <a:pt x="3946462" y="6776857"/>
                                </a:lnTo>
                                <a:lnTo>
                                  <a:pt x="3951454" y="6776629"/>
                                </a:lnTo>
                                <a:close/>
                                <a:moveTo>
                                  <a:pt x="2566988" y="6746874"/>
                                </a:moveTo>
                                <a:lnTo>
                                  <a:pt x="2567175" y="6746874"/>
                                </a:lnTo>
                                <a:lnTo>
                                  <a:pt x="2570163" y="6748462"/>
                                </a:lnTo>
                                <a:lnTo>
                                  <a:pt x="2566988" y="6746874"/>
                                </a:lnTo>
                                <a:close/>
                                <a:moveTo>
                                  <a:pt x="2565930" y="6745123"/>
                                </a:moveTo>
                                <a:lnTo>
                                  <a:pt x="2570056" y="6745926"/>
                                </a:lnTo>
                                <a:lnTo>
                                  <a:pt x="2571102" y="6746217"/>
                                </a:lnTo>
                                <a:lnTo>
                                  <a:pt x="2565930" y="6745123"/>
                                </a:lnTo>
                                <a:close/>
                                <a:moveTo>
                                  <a:pt x="2550361" y="6743473"/>
                                </a:moveTo>
                                <a:lnTo>
                                  <a:pt x="2551739" y="6743926"/>
                                </a:lnTo>
                                <a:lnTo>
                                  <a:pt x="2550959" y="6743767"/>
                                </a:lnTo>
                                <a:lnTo>
                                  <a:pt x="2550361" y="6743473"/>
                                </a:lnTo>
                                <a:close/>
                                <a:moveTo>
                                  <a:pt x="2546789" y="6742920"/>
                                </a:moveTo>
                                <a:lnTo>
                                  <a:pt x="2550959" y="6743767"/>
                                </a:lnTo>
                                <a:lnTo>
                                  <a:pt x="2551280" y="6743926"/>
                                </a:lnTo>
                                <a:lnTo>
                                  <a:pt x="2551739" y="6743926"/>
                                </a:lnTo>
                                <a:lnTo>
                                  <a:pt x="2551740" y="6743926"/>
                                </a:lnTo>
                                <a:lnTo>
                                  <a:pt x="2555876" y="6745287"/>
                                </a:lnTo>
                                <a:lnTo>
                                  <a:pt x="2546789" y="6742920"/>
                                </a:lnTo>
                                <a:close/>
                                <a:moveTo>
                                  <a:pt x="2549113" y="6742376"/>
                                </a:moveTo>
                                <a:lnTo>
                                  <a:pt x="2550988" y="6742826"/>
                                </a:lnTo>
                                <a:lnTo>
                                  <a:pt x="2552568" y="6743302"/>
                                </a:lnTo>
                                <a:lnTo>
                                  <a:pt x="2549113" y="6742376"/>
                                </a:lnTo>
                                <a:close/>
                                <a:moveTo>
                                  <a:pt x="2541536" y="6741552"/>
                                </a:moveTo>
                                <a:lnTo>
                                  <a:pt x="2546789" y="6742920"/>
                                </a:lnTo>
                                <a:lnTo>
                                  <a:pt x="2543927" y="6742339"/>
                                </a:lnTo>
                                <a:lnTo>
                                  <a:pt x="2541536" y="6741552"/>
                                </a:lnTo>
                                <a:close/>
                                <a:moveTo>
                                  <a:pt x="2539332" y="6740978"/>
                                </a:moveTo>
                                <a:lnTo>
                                  <a:pt x="2540709" y="6741280"/>
                                </a:lnTo>
                                <a:lnTo>
                                  <a:pt x="2541536" y="6741552"/>
                                </a:lnTo>
                                <a:lnTo>
                                  <a:pt x="2539332" y="6740978"/>
                                </a:lnTo>
                                <a:close/>
                                <a:moveTo>
                                  <a:pt x="2546350" y="6740524"/>
                                </a:moveTo>
                                <a:lnTo>
                                  <a:pt x="2552133" y="6742164"/>
                                </a:lnTo>
                                <a:lnTo>
                                  <a:pt x="2547938" y="6740743"/>
                                </a:lnTo>
                                <a:lnTo>
                                  <a:pt x="2548163" y="6740524"/>
                                </a:lnTo>
                                <a:lnTo>
                                  <a:pt x="2557893" y="6742785"/>
                                </a:lnTo>
                                <a:lnTo>
                                  <a:pt x="2567954" y="6745123"/>
                                </a:lnTo>
                                <a:lnTo>
                                  <a:pt x="2568971" y="6745378"/>
                                </a:lnTo>
                                <a:lnTo>
                                  <a:pt x="2571336" y="6745922"/>
                                </a:lnTo>
                                <a:lnTo>
                                  <a:pt x="2574090" y="6746654"/>
                                </a:lnTo>
                                <a:lnTo>
                                  <a:pt x="2570163" y="6745287"/>
                                </a:lnTo>
                                <a:lnTo>
                                  <a:pt x="2574914" y="6746871"/>
                                </a:lnTo>
                                <a:lnTo>
                                  <a:pt x="2574926" y="6746874"/>
                                </a:lnTo>
                                <a:lnTo>
                                  <a:pt x="2574919" y="6746873"/>
                                </a:lnTo>
                                <a:lnTo>
                                  <a:pt x="2574926" y="6746875"/>
                                </a:lnTo>
                                <a:lnTo>
                                  <a:pt x="2574925" y="6746875"/>
                                </a:lnTo>
                                <a:lnTo>
                                  <a:pt x="2574727" y="6746875"/>
                                </a:lnTo>
                                <a:lnTo>
                                  <a:pt x="2574469" y="6746785"/>
                                </a:lnTo>
                                <a:lnTo>
                                  <a:pt x="2570056" y="6745926"/>
                                </a:lnTo>
                                <a:lnTo>
                                  <a:pt x="2569528" y="6745779"/>
                                </a:lnTo>
                                <a:lnTo>
                                  <a:pt x="2555433" y="6743071"/>
                                </a:lnTo>
                                <a:lnTo>
                                  <a:pt x="2555119" y="6743010"/>
                                </a:lnTo>
                                <a:lnTo>
                                  <a:pt x="2555332" y="6743071"/>
                                </a:lnTo>
                                <a:lnTo>
                                  <a:pt x="2555102" y="6743071"/>
                                </a:lnTo>
                                <a:lnTo>
                                  <a:pt x="2555102" y="6743296"/>
                                </a:lnTo>
                                <a:lnTo>
                                  <a:pt x="2550956" y="6742376"/>
                                </a:lnTo>
                                <a:lnTo>
                                  <a:pt x="2554871" y="6743302"/>
                                </a:lnTo>
                                <a:lnTo>
                                  <a:pt x="2555102" y="6743302"/>
                                </a:lnTo>
                                <a:lnTo>
                                  <a:pt x="2555102" y="6743296"/>
                                </a:lnTo>
                                <a:lnTo>
                                  <a:pt x="2568690" y="6746312"/>
                                </a:lnTo>
                                <a:lnTo>
                                  <a:pt x="2565005" y="6745618"/>
                                </a:lnTo>
                                <a:lnTo>
                                  <a:pt x="2571684" y="6747007"/>
                                </a:lnTo>
                                <a:lnTo>
                                  <a:pt x="2590800" y="6751637"/>
                                </a:lnTo>
                                <a:lnTo>
                                  <a:pt x="2575139" y="6748396"/>
                                </a:lnTo>
                                <a:lnTo>
                                  <a:pt x="2576520" y="6748859"/>
                                </a:lnTo>
                                <a:lnTo>
                                  <a:pt x="2555562" y="6743766"/>
                                </a:lnTo>
                                <a:lnTo>
                                  <a:pt x="2574217" y="6748396"/>
                                </a:lnTo>
                                <a:lnTo>
                                  <a:pt x="2550988" y="6742826"/>
                                </a:lnTo>
                                <a:lnTo>
                                  <a:pt x="2547962" y="6741913"/>
                                </a:lnTo>
                                <a:lnTo>
                                  <a:pt x="2548423" y="6741913"/>
                                </a:lnTo>
                                <a:lnTo>
                                  <a:pt x="2546350" y="6740524"/>
                                </a:lnTo>
                                <a:close/>
                                <a:moveTo>
                                  <a:pt x="2538413" y="6740524"/>
                                </a:moveTo>
                                <a:lnTo>
                                  <a:pt x="2541400" y="6741431"/>
                                </a:lnTo>
                                <a:lnTo>
                                  <a:pt x="2540709" y="6741280"/>
                                </a:lnTo>
                                <a:lnTo>
                                  <a:pt x="2538413" y="6740524"/>
                                </a:lnTo>
                                <a:close/>
                                <a:moveTo>
                                  <a:pt x="2536735" y="6739533"/>
                                </a:moveTo>
                                <a:lnTo>
                                  <a:pt x="2540634" y="6740579"/>
                                </a:lnTo>
                                <a:lnTo>
                                  <a:pt x="2542911" y="6740888"/>
                                </a:lnTo>
                                <a:lnTo>
                                  <a:pt x="2536735" y="6739533"/>
                                </a:lnTo>
                                <a:close/>
                                <a:moveTo>
                                  <a:pt x="2553141" y="6737349"/>
                                </a:moveTo>
                                <a:lnTo>
                                  <a:pt x="2555566" y="6738082"/>
                                </a:lnTo>
                                <a:lnTo>
                                  <a:pt x="2560638" y="6740524"/>
                                </a:lnTo>
                                <a:lnTo>
                                  <a:pt x="2556448" y="6739547"/>
                                </a:lnTo>
                                <a:lnTo>
                                  <a:pt x="2552700" y="6737593"/>
                                </a:lnTo>
                                <a:lnTo>
                                  <a:pt x="2552920" y="6737593"/>
                                </a:lnTo>
                                <a:lnTo>
                                  <a:pt x="2553141" y="6737349"/>
                                </a:lnTo>
                                <a:close/>
                                <a:moveTo>
                                  <a:pt x="2518193" y="6736484"/>
                                </a:moveTo>
                                <a:lnTo>
                                  <a:pt x="2518409" y="6736511"/>
                                </a:lnTo>
                                <a:lnTo>
                                  <a:pt x="2520024" y="6736953"/>
                                </a:lnTo>
                                <a:lnTo>
                                  <a:pt x="2518193" y="6736484"/>
                                </a:lnTo>
                                <a:close/>
                                <a:moveTo>
                                  <a:pt x="2509723" y="6734139"/>
                                </a:moveTo>
                                <a:lnTo>
                                  <a:pt x="2511711" y="6734682"/>
                                </a:lnTo>
                                <a:lnTo>
                                  <a:pt x="2515904" y="6736015"/>
                                </a:lnTo>
                                <a:lnTo>
                                  <a:pt x="2509723" y="6734139"/>
                                </a:lnTo>
                                <a:close/>
                                <a:moveTo>
                                  <a:pt x="2506289" y="6732028"/>
                                </a:moveTo>
                                <a:lnTo>
                                  <a:pt x="2511251" y="6733360"/>
                                </a:lnTo>
                                <a:lnTo>
                                  <a:pt x="2511268" y="6733376"/>
                                </a:lnTo>
                                <a:lnTo>
                                  <a:pt x="2508163" y="6732552"/>
                                </a:lnTo>
                                <a:lnTo>
                                  <a:pt x="2506289" y="6732028"/>
                                </a:lnTo>
                                <a:close/>
                                <a:moveTo>
                                  <a:pt x="2500313" y="6730999"/>
                                </a:moveTo>
                                <a:lnTo>
                                  <a:pt x="2502077" y="6731595"/>
                                </a:lnTo>
                                <a:lnTo>
                                  <a:pt x="2501724" y="6731595"/>
                                </a:lnTo>
                                <a:lnTo>
                                  <a:pt x="2505076" y="6732587"/>
                                </a:lnTo>
                                <a:lnTo>
                                  <a:pt x="2501548" y="6731595"/>
                                </a:lnTo>
                                <a:lnTo>
                                  <a:pt x="2500313" y="6730999"/>
                                </a:lnTo>
                                <a:close/>
                                <a:moveTo>
                                  <a:pt x="2493237" y="6729298"/>
                                </a:moveTo>
                                <a:lnTo>
                                  <a:pt x="2498725" y="6731000"/>
                                </a:lnTo>
                                <a:lnTo>
                                  <a:pt x="2498504" y="6731000"/>
                                </a:lnTo>
                                <a:lnTo>
                                  <a:pt x="2493237" y="6729298"/>
                                </a:lnTo>
                                <a:close/>
                                <a:moveTo>
                                  <a:pt x="2484121" y="6727190"/>
                                </a:moveTo>
                                <a:lnTo>
                                  <a:pt x="2486026" y="6727825"/>
                                </a:lnTo>
                                <a:lnTo>
                                  <a:pt x="2485645" y="6727825"/>
                                </a:lnTo>
                                <a:lnTo>
                                  <a:pt x="2484121" y="6727190"/>
                                </a:lnTo>
                                <a:close/>
                                <a:moveTo>
                                  <a:pt x="2479762" y="6724943"/>
                                </a:moveTo>
                                <a:lnTo>
                                  <a:pt x="2486125" y="6726959"/>
                                </a:lnTo>
                                <a:lnTo>
                                  <a:pt x="2485440" y="6726778"/>
                                </a:lnTo>
                                <a:lnTo>
                                  <a:pt x="2479762" y="6724943"/>
                                </a:lnTo>
                                <a:close/>
                                <a:moveTo>
                                  <a:pt x="2476620" y="6723928"/>
                                </a:moveTo>
                                <a:lnTo>
                                  <a:pt x="2479762" y="6724943"/>
                                </a:lnTo>
                                <a:lnTo>
                                  <a:pt x="2476764" y="6723994"/>
                                </a:lnTo>
                                <a:lnTo>
                                  <a:pt x="2476620" y="6723928"/>
                                </a:lnTo>
                                <a:close/>
                                <a:moveTo>
                                  <a:pt x="2462212" y="6721535"/>
                                </a:moveTo>
                                <a:lnTo>
                                  <a:pt x="2463071" y="6721741"/>
                                </a:lnTo>
                                <a:lnTo>
                                  <a:pt x="2463800" y="6721954"/>
                                </a:lnTo>
                                <a:lnTo>
                                  <a:pt x="2462212" y="6721535"/>
                                </a:lnTo>
                                <a:close/>
                                <a:moveTo>
                                  <a:pt x="2453368" y="6718809"/>
                                </a:moveTo>
                                <a:lnTo>
                                  <a:pt x="2457450" y="6719857"/>
                                </a:lnTo>
                                <a:lnTo>
                                  <a:pt x="2454619" y="6719156"/>
                                </a:lnTo>
                                <a:lnTo>
                                  <a:pt x="2453368" y="6718809"/>
                                </a:lnTo>
                                <a:close/>
                                <a:moveTo>
                                  <a:pt x="2451697" y="6718433"/>
                                </a:moveTo>
                                <a:lnTo>
                                  <a:pt x="2454619" y="6719156"/>
                                </a:lnTo>
                                <a:lnTo>
                                  <a:pt x="2455637" y="6719438"/>
                                </a:lnTo>
                                <a:lnTo>
                                  <a:pt x="2455636" y="6719438"/>
                                </a:lnTo>
                                <a:lnTo>
                                  <a:pt x="2460171" y="6720696"/>
                                </a:lnTo>
                                <a:lnTo>
                                  <a:pt x="2451697" y="6718433"/>
                                </a:lnTo>
                                <a:close/>
                                <a:moveTo>
                                  <a:pt x="2448472" y="6718157"/>
                                </a:moveTo>
                                <a:lnTo>
                                  <a:pt x="2448634" y="6718179"/>
                                </a:lnTo>
                                <a:lnTo>
                                  <a:pt x="2449042" y="6718300"/>
                                </a:lnTo>
                                <a:lnTo>
                                  <a:pt x="2448472" y="6718157"/>
                                </a:lnTo>
                                <a:close/>
                                <a:moveTo>
                                  <a:pt x="2446041" y="6717545"/>
                                </a:moveTo>
                                <a:lnTo>
                                  <a:pt x="2448472" y="6718157"/>
                                </a:lnTo>
                                <a:lnTo>
                                  <a:pt x="2447866" y="6718073"/>
                                </a:lnTo>
                                <a:lnTo>
                                  <a:pt x="2446041" y="6717545"/>
                                </a:lnTo>
                                <a:close/>
                                <a:moveTo>
                                  <a:pt x="2445985" y="6717393"/>
                                </a:moveTo>
                                <a:lnTo>
                                  <a:pt x="2449513" y="6718300"/>
                                </a:lnTo>
                                <a:lnTo>
                                  <a:pt x="2448634" y="6718179"/>
                                </a:lnTo>
                                <a:lnTo>
                                  <a:pt x="2445985" y="6717393"/>
                                </a:lnTo>
                                <a:close/>
                                <a:moveTo>
                                  <a:pt x="2451958" y="6717251"/>
                                </a:moveTo>
                                <a:lnTo>
                                  <a:pt x="2452887" y="6717504"/>
                                </a:lnTo>
                                <a:lnTo>
                                  <a:pt x="2454041" y="6717846"/>
                                </a:lnTo>
                                <a:lnTo>
                                  <a:pt x="2451958" y="6717251"/>
                                </a:lnTo>
                                <a:close/>
                                <a:moveTo>
                                  <a:pt x="2446524" y="6717152"/>
                                </a:moveTo>
                                <a:lnTo>
                                  <a:pt x="2450419" y="6717970"/>
                                </a:lnTo>
                                <a:lnTo>
                                  <a:pt x="2449966" y="6717970"/>
                                </a:lnTo>
                                <a:lnTo>
                                  <a:pt x="2451697" y="6718433"/>
                                </a:lnTo>
                                <a:lnTo>
                                  <a:pt x="2446524" y="6717152"/>
                                </a:lnTo>
                                <a:close/>
                                <a:moveTo>
                                  <a:pt x="2444750" y="6716712"/>
                                </a:moveTo>
                                <a:lnTo>
                                  <a:pt x="2446524" y="6717152"/>
                                </a:lnTo>
                                <a:lnTo>
                                  <a:pt x="2445430" y="6716922"/>
                                </a:lnTo>
                                <a:lnTo>
                                  <a:pt x="2444750" y="6716712"/>
                                </a:lnTo>
                                <a:close/>
                                <a:moveTo>
                                  <a:pt x="2443163" y="6716712"/>
                                </a:moveTo>
                                <a:lnTo>
                                  <a:pt x="2446041" y="6717545"/>
                                </a:lnTo>
                                <a:lnTo>
                                  <a:pt x="2443633" y="6716939"/>
                                </a:lnTo>
                                <a:lnTo>
                                  <a:pt x="2443163" y="6716712"/>
                                </a:lnTo>
                                <a:close/>
                                <a:moveTo>
                                  <a:pt x="4293805" y="6715208"/>
                                </a:moveTo>
                                <a:lnTo>
                                  <a:pt x="4289969" y="6716437"/>
                                </a:lnTo>
                                <a:lnTo>
                                  <a:pt x="4258431" y="6727153"/>
                                </a:lnTo>
                                <a:lnTo>
                                  <a:pt x="4227348" y="6738097"/>
                                </a:lnTo>
                                <a:lnTo>
                                  <a:pt x="4196038" y="6749041"/>
                                </a:lnTo>
                                <a:lnTo>
                                  <a:pt x="4180155" y="6754285"/>
                                </a:lnTo>
                                <a:lnTo>
                                  <a:pt x="4164500" y="6759301"/>
                                </a:lnTo>
                                <a:lnTo>
                                  <a:pt x="4151290" y="6763473"/>
                                </a:lnTo>
                                <a:lnTo>
                                  <a:pt x="4146803" y="6764773"/>
                                </a:lnTo>
                                <a:lnTo>
                                  <a:pt x="4121846" y="6771841"/>
                                </a:lnTo>
                                <a:lnTo>
                                  <a:pt x="4096434" y="6778453"/>
                                </a:lnTo>
                                <a:lnTo>
                                  <a:pt x="4082367" y="6780505"/>
                                </a:lnTo>
                                <a:lnTo>
                                  <a:pt x="4068300" y="6782785"/>
                                </a:lnTo>
                                <a:lnTo>
                                  <a:pt x="4054460" y="6785065"/>
                                </a:lnTo>
                                <a:lnTo>
                                  <a:pt x="4040393" y="6787573"/>
                                </a:lnTo>
                                <a:lnTo>
                                  <a:pt x="4012486" y="6793273"/>
                                </a:lnTo>
                                <a:lnTo>
                                  <a:pt x="3984125" y="6798973"/>
                                </a:lnTo>
                                <a:lnTo>
                                  <a:pt x="3956218" y="6805129"/>
                                </a:lnTo>
                                <a:lnTo>
                                  <a:pt x="3928311" y="6810829"/>
                                </a:lnTo>
                                <a:lnTo>
                                  <a:pt x="3914244" y="6813793"/>
                                </a:lnTo>
                                <a:lnTo>
                                  <a:pt x="3899950" y="6816073"/>
                                </a:lnTo>
                                <a:lnTo>
                                  <a:pt x="3886110" y="6818581"/>
                                </a:lnTo>
                                <a:lnTo>
                                  <a:pt x="3877159" y="6820032"/>
                                </a:lnTo>
                                <a:lnTo>
                                  <a:pt x="3881117" y="6819038"/>
                                </a:lnTo>
                                <a:lnTo>
                                  <a:pt x="3881119" y="6819037"/>
                                </a:lnTo>
                                <a:lnTo>
                                  <a:pt x="3882026" y="6818809"/>
                                </a:lnTo>
                                <a:lnTo>
                                  <a:pt x="3887472" y="6817669"/>
                                </a:lnTo>
                                <a:lnTo>
                                  <a:pt x="3892463" y="6815845"/>
                                </a:lnTo>
                                <a:lnTo>
                                  <a:pt x="3897681" y="6814021"/>
                                </a:lnTo>
                                <a:lnTo>
                                  <a:pt x="3902673" y="6811741"/>
                                </a:lnTo>
                                <a:lnTo>
                                  <a:pt x="3907891" y="6809233"/>
                                </a:lnTo>
                                <a:lnTo>
                                  <a:pt x="3912883" y="6806953"/>
                                </a:lnTo>
                                <a:lnTo>
                                  <a:pt x="3917874" y="6803989"/>
                                </a:lnTo>
                                <a:lnTo>
                                  <a:pt x="3922639" y="6800797"/>
                                </a:lnTo>
                                <a:lnTo>
                                  <a:pt x="3923994" y="6799825"/>
                                </a:lnTo>
                                <a:lnTo>
                                  <a:pt x="3925815" y="6798745"/>
                                </a:lnTo>
                                <a:lnTo>
                                  <a:pt x="3943286" y="6788257"/>
                                </a:lnTo>
                                <a:lnTo>
                                  <a:pt x="3951907" y="6783013"/>
                                </a:lnTo>
                                <a:lnTo>
                                  <a:pt x="3960302" y="6777997"/>
                                </a:lnTo>
                                <a:lnTo>
                                  <a:pt x="3968697" y="6773437"/>
                                </a:lnTo>
                                <a:lnTo>
                                  <a:pt x="3976865" y="6769333"/>
                                </a:lnTo>
                                <a:lnTo>
                                  <a:pt x="3980949" y="6767281"/>
                                </a:lnTo>
                                <a:lnTo>
                                  <a:pt x="3984806" y="6765913"/>
                                </a:lnTo>
                                <a:lnTo>
                                  <a:pt x="3989117" y="6764317"/>
                                </a:lnTo>
                                <a:lnTo>
                                  <a:pt x="3992974" y="6763177"/>
                                </a:lnTo>
                                <a:lnTo>
                                  <a:pt x="3996831" y="6762265"/>
                                </a:lnTo>
                                <a:lnTo>
                                  <a:pt x="4000688" y="6761353"/>
                                </a:lnTo>
                                <a:lnTo>
                                  <a:pt x="4004545" y="6760897"/>
                                </a:lnTo>
                                <a:lnTo>
                                  <a:pt x="4008402" y="6760669"/>
                                </a:lnTo>
                                <a:lnTo>
                                  <a:pt x="4007948" y="6762721"/>
                                </a:lnTo>
                                <a:lnTo>
                                  <a:pt x="4024284" y="6757477"/>
                                </a:lnTo>
                                <a:lnTo>
                                  <a:pt x="4024057" y="6757477"/>
                                </a:lnTo>
                                <a:lnTo>
                                  <a:pt x="4023830" y="6757477"/>
                                </a:lnTo>
                                <a:lnTo>
                                  <a:pt x="4022696" y="6756109"/>
                                </a:lnTo>
                                <a:lnTo>
                                  <a:pt x="4035175" y="6752233"/>
                                </a:lnTo>
                                <a:lnTo>
                                  <a:pt x="4033587" y="6753601"/>
                                </a:lnTo>
                                <a:lnTo>
                                  <a:pt x="4037897" y="6752689"/>
                                </a:lnTo>
                                <a:lnTo>
                                  <a:pt x="4039713" y="6754057"/>
                                </a:lnTo>
                                <a:lnTo>
                                  <a:pt x="4066031" y="6741061"/>
                                </a:lnTo>
                                <a:lnTo>
                                  <a:pt x="4091897" y="6733765"/>
                                </a:lnTo>
                                <a:lnTo>
                                  <a:pt x="4107779" y="6732169"/>
                                </a:lnTo>
                                <a:lnTo>
                                  <a:pt x="4108232" y="6736501"/>
                                </a:lnTo>
                                <a:lnTo>
                                  <a:pt x="4110501" y="6737641"/>
                                </a:lnTo>
                                <a:lnTo>
                                  <a:pt x="4098930" y="6743341"/>
                                </a:lnTo>
                                <a:lnTo>
                                  <a:pt x="4105283" y="6743113"/>
                                </a:lnTo>
                                <a:lnTo>
                                  <a:pt x="4106417" y="6744937"/>
                                </a:lnTo>
                                <a:lnTo>
                                  <a:pt x="4104829" y="6746077"/>
                                </a:lnTo>
                                <a:lnTo>
                                  <a:pt x="4124795" y="6745393"/>
                                </a:lnTo>
                                <a:lnTo>
                                  <a:pt x="4125022" y="6745393"/>
                                </a:lnTo>
                                <a:lnTo>
                                  <a:pt x="4125703" y="6745393"/>
                                </a:lnTo>
                                <a:lnTo>
                                  <a:pt x="4169265" y="6739693"/>
                                </a:lnTo>
                                <a:lnTo>
                                  <a:pt x="4144534" y="6749953"/>
                                </a:lnTo>
                                <a:lnTo>
                                  <a:pt x="4144307" y="6749953"/>
                                </a:lnTo>
                                <a:lnTo>
                                  <a:pt x="4144080" y="6749953"/>
                                </a:lnTo>
                                <a:lnTo>
                                  <a:pt x="4143627" y="6749953"/>
                                </a:lnTo>
                                <a:lnTo>
                                  <a:pt x="4143400" y="6749953"/>
                                </a:lnTo>
                                <a:lnTo>
                                  <a:pt x="4142038" y="6750181"/>
                                </a:lnTo>
                                <a:lnTo>
                                  <a:pt x="4144080" y="6749497"/>
                                </a:lnTo>
                                <a:lnTo>
                                  <a:pt x="4144080" y="6749269"/>
                                </a:lnTo>
                                <a:lnTo>
                                  <a:pt x="4143627" y="6749269"/>
                                </a:lnTo>
                                <a:lnTo>
                                  <a:pt x="4143173" y="6749497"/>
                                </a:lnTo>
                                <a:lnTo>
                                  <a:pt x="4135913" y="6751549"/>
                                </a:lnTo>
                                <a:lnTo>
                                  <a:pt x="4107779" y="6761353"/>
                                </a:lnTo>
                                <a:lnTo>
                                  <a:pt x="4079191" y="6771385"/>
                                </a:lnTo>
                                <a:lnTo>
                                  <a:pt x="4073292" y="6773893"/>
                                </a:lnTo>
                                <a:lnTo>
                                  <a:pt x="4085771" y="6770245"/>
                                </a:lnTo>
                                <a:lnTo>
                                  <a:pt x="4078510" y="6772981"/>
                                </a:lnTo>
                                <a:lnTo>
                                  <a:pt x="4071250" y="6775261"/>
                                </a:lnTo>
                                <a:lnTo>
                                  <a:pt x="4056502" y="6779821"/>
                                </a:lnTo>
                                <a:lnTo>
                                  <a:pt x="4041528" y="6783925"/>
                                </a:lnTo>
                                <a:lnTo>
                                  <a:pt x="4027007" y="6788257"/>
                                </a:lnTo>
                                <a:lnTo>
                                  <a:pt x="4031318" y="6787573"/>
                                </a:lnTo>
                                <a:lnTo>
                                  <a:pt x="4038805" y="6785293"/>
                                </a:lnTo>
                                <a:lnTo>
                                  <a:pt x="4060132" y="6779821"/>
                                </a:lnTo>
                                <a:lnTo>
                                  <a:pt x="4092804" y="6770473"/>
                                </a:lnTo>
                                <a:lnTo>
                                  <a:pt x="4094165" y="6770245"/>
                                </a:lnTo>
                                <a:lnTo>
                                  <a:pt x="4115493" y="6763633"/>
                                </a:lnTo>
                                <a:lnTo>
                                  <a:pt x="4138181" y="6756565"/>
                                </a:lnTo>
                                <a:lnTo>
                                  <a:pt x="4161551" y="6749041"/>
                                </a:lnTo>
                                <a:lnTo>
                                  <a:pt x="4184920" y="6741517"/>
                                </a:lnTo>
                                <a:lnTo>
                                  <a:pt x="4207382" y="6735133"/>
                                </a:lnTo>
                                <a:lnTo>
                                  <a:pt x="4218046" y="6731941"/>
                                </a:lnTo>
                                <a:lnTo>
                                  <a:pt x="4228936" y="6729205"/>
                                </a:lnTo>
                                <a:lnTo>
                                  <a:pt x="4238919" y="6726697"/>
                                </a:lnTo>
                                <a:lnTo>
                                  <a:pt x="4248221" y="6724417"/>
                                </a:lnTo>
                                <a:lnTo>
                                  <a:pt x="4257070" y="6723049"/>
                                </a:lnTo>
                                <a:lnTo>
                                  <a:pt x="4265011" y="6721909"/>
                                </a:lnTo>
                                <a:lnTo>
                                  <a:pt x="4283162" y="6716893"/>
                                </a:lnTo>
                                <a:lnTo>
                                  <a:pt x="4283389" y="6716665"/>
                                </a:lnTo>
                                <a:lnTo>
                                  <a:pt x="4283616" y="6716665"/>
                                </a:lnTo>
                                <a:lnTo>
                                  <a:pt x="4284070" y="6716665"/>
                                </a:lnTo>
                                <a:lnTo>
                                  <a:pt x="4293805" y="6715208"/>
                                </a:lnTo>
                                <a:close/>
                                <a:moveTo>
                                  <a:pt x="2443156" y="6714858"/>
                                </a:moveTo>
                                <a:lnTo>
                                  <a:pt x="2445741" y="6715561"/>
                                </a:lnTo>
                                <a:lnTo>
                                  <a:pt x="2447235" y="6716032"/>
                                </a:lnTo>
                                <a:lnTo>
                                  <a:pt x="2443656" y="6715010"/>
                                </a:lnTo>
                                <a:lnTo>
                                  <a:pt x="2443156" y="6714858"/>
                                </a:lnTo>
                                <a:close/>
                                <a:moveTo>
                                  <a:pt x="2442924" y="6714671"/>
                                </a:moveTo>
                                <a:lnTo>
                                  <a:pt x="2451958" y="6717251"/>
                                </a:lnTo>
                                <a:lnTo>
                                  <a:pt x="2445741" y="6715561"/>
                                </a:lnTo>
                                <a:lnTo>
                                  <a:pt x="2442924" y="6714671"/>
                                </a:lnTo>
                                <a:close/>
                                <a:moveTo>
                                  <a:pt x="2438868" y="6714662"/>
                                </a:moveTo>
                                <a:lnTo>
                                  <a:pt x="2439988" y="6715125"/>
                                </a:lnTo>
                                <a:lnTo>
                                  <a:pt x="2439028" y="6714828"/>
                                </a:lnTo>
                                <a:lnTo>
                                  <a:pt x="2438868" y="6714662"/>
                                </a:lnTo>
                                <a:close/>
                                <a:moveTo>
                                  <a:pt x="2426555" y="6710958"/>
                                </a:moveTo>
                                <a:lnTo>
                                  <a:pt x="2426637" y="6710958"/>
                                </a:lnTo>
                                <a:lnTo>
                                  <a:pt x="2428794" y="6711652"/>
                                </a:lnTo>
                                <a:lnTo>
                                  <a:pt x="2439028" y="6714828"/>
                                </a:lnTo>
                                <a:lnTo>
                                  <a:pt x="2439092" y="6714894"/>
                                </a:lnTo>
                                <a:lnTo>
                                  <a:pt x="2426555" y="6710958"/>
                                </a:lnTo>
                                <a:close/>
                                <a:moveTo>
                                  <a:pt x="2427771" y="6710915"/>
                                </a:moveTo>
                                <a:lnTo>
                                  <a:pt x="2430463" y="6711633"/>
                                </a:lnTo>
                                <a:lnTo>
                                  <a:pt x="2430463" y="6711950"/>
                                </a:lnTo>
                                <a:lnTo>
                                  <a:pt x="2427771" y="6710915"/>
                                </a:lnTo>
                                <a:close/>
                                <a:moveTo>
                                  <a:pt x="2425590" y="6710577"/>
                                </a:moveTo>
                                <a:lnTo>
                                  <a:pt x="2433048" y="6712810"/>
                                </a:lnTo>
                                <a:lnTo>
                                  <a:pt x="2428794" y="6711652"/>
                                </a:lnTo>
                                <a:lnTo>
                                  <a:pt x="2426667" y="6710958"/>
                                </a:lnTo>
                                <a:lnTo>
                                  <a:pt x="2426779" y="6710958"/>
                                </a:lnTo>
                                <a:lnTo>
                                  <a:pt x="2425590" y="6710577"/>
                                </a:lnTo>
                                <a:close/>
                                <a:moveTo>
                                  <a:pt x="2740024" y="6710362"/>
                                </a:moveTo>
                                <a:lnTo>
                                  <a:pt x="2744787" y="6710362"/>
                                </a:lnTo>
                                <a:lnTo>
                                  <a:pt x="2755446" y="6711081"/>
                                </a:lnTo>
                                <a:lnTo>
                                  <a:pt x="2767919" y="6713477"/>
                                </a:lnTo>
                                <a:lnTo>
                                  <a:pt x="2770187" y="6713717"/>
                                </a:lnTo>
                                <a:lnTo>
                                  <a:pt x="2774496" y="6714915"/>
                                </a:lnTo>
                                <a:lnTo>
                                  <a:pt x="2770640" y="6713238"/>
                                </a:lnTo>
                                <a:lnTo>
                                  <a:pt x="2783114" y="6715874"/>
                                </a:lnTo>
                                <a:lnTo>
                                  <a:pt x="2801937" y="6720666"/>
                                </a:lnTo>
                                <a:lnTo>
                                  <a:pt x="2802617" y="6721625"/>
                                </a:lnTo>
                                <a:lnTo>
                                  <a:pt x="2801030" y="6721625"/>
                                </a:lnTo>
                                <a:lnTo>
                                  <a:pt x="2805112" y="6723062"/>
                                </a:lnTo>
                                <a:lnTo>
                                  <a:pt x="2773815" y="6716592"/>
                                </a:lnTo>
                                <a:lnTo>
                                  <a:pt x="2754312" y="6712998"/>
                                </a:lnTo>
                                <a:lnTo>
                                  <a:pt x="2754765" y="6712519"/>
                                </a:lnTo>
                                <a:lnTo>
                                  <a:pt x="2738437" y="6711081"/>
                                </a:lnTo>
                                <a:lnTo>
                                  <a:pt x="2740024" y="6710362"/>
                                </a:lnTo>
                                <a:close/>
                                <a:moveTo>
                                  <a:pt x="2425700" y="6710362"/>
                                </a:moveTo>
                                <a:lnTo>
                                  <a:pt x="2426335" y="6710362"/>
                                </a:lnTo>
                                <a:lnTo>
                                  <a:pt x="2427771" y="6710915"/>
                                </a:lnTo>
                                <a:lnTo>
                                  <a:pt x="2425700" y="6710362"/>
                                </a:lnTo>
                                <a:close/>
                                <a:moveTo>
                                  <a:pt x="2413000" y="6707187"/>
                                </a:moveTo>
                                <a:lnTo>
                                  <a:pt x="2417763" y="6708775"/>
                                </a:lnTo>
                                <a:lnTo>
                                  <a:pt x="2417382" y="6708775"/>
                                </a:lnTo>
                                <a:lnTo>
                                  <a:pt x="2413777" y="6707457"/>
                                </a:lnTo>
                                <a:lnTo>
                                  <a:pt x="2414524" y="6707717"/>
                                </a:lnTo>
                                <a:lnTo>
                                  <a:pt x="2413762" y="6707452"/>
                                </a:lnTo>
                                <a:lnTo>
                                  <a:pt x="2413777" y="6707457"/>
                                </a:lnTo>
                                <a:lnTo>
                                  <a:pt x="2413000" y="6707187"/>
                                </a:lnTo>
                                <a:close/>
                                <a:moveTo>
                                  <a:pt x="2397626" y="6701623"/>
                                </a:moveTo>
                                <a:lnTo>
                                  <a:pt x="2399250" y="6701948"/>
                                </a:lnTo>
                                <a:lnTo>
                                  <a:pt x="2403261" y="6703172"/>
                                </a:lnTo>
                                <a:lnTo>
                                  <a:pt x="2397626" y="6701623"/>
                                </a:lnTo>
                                <a:close/>
                                <a:moveTo>
                                  <a:pt x="2397097" y="6701291"/>
                                </a:moveTo>
                                <a:lnTo>
                                  <a:pt x="2397906" y="6701493"/>
                                </a:lnTo>
                                <a:lnTo>
                                  <a:pt x="2399727" y="6702043"/>
                                </a:lnTo>
                                <a:lnTo>
                                  <a:pt x="2399250" y="6701948"/>
                                </a:lnTo>
                                <a:lnTo>
                                  <a:pt x="2397097" y="6701291"/>
                                </a:lnTo>
                                <a:close/>
                                <a:moveTo>
                                  <a:pt x="2396416" y="6701291"/>
                                </a:moveTo>
                                <a:lnTo>
                                  <a:pt x="2397626" y="6701623"/>
                                </a:lnTo>
                                <a:lnTo>
                                  <a:pt x="2397353" y="6701569"/>
                                </a:lnTo>
                                <a:lnTo>
                                  <a:pt x="2396416" y="6701291"/>
                                </a:lnTo>
                                <a:close/>
                                <a:moveTo>
                                  <a:pt x="2430462" y="6696075"/>
                                </a:moveTo>
                                <a:lnTo>
                                  <a:pt x="2433510" y="6696983"/>
                                </a:lnTo>
                                <a:lnTo>
                                  <a:pt x="2435225" y="6697663"/>
                                </a:lnTo>
                                <a:lnTo>
                                  <a:pt x="2430462" y="6696302"/>
                                </a:lnTo>
                                <a:lnTo>
                                  <a:pt x="2430462" y="6696075"/>
                                </a:lnTo>
                                <a:close/>
                                <a:moveTo>
                                  <a:pt x="2368550" y="6692899"/>
                                </a:moveTo>
                                <a:lnTo>
                                  <a:pt x="2370504" y="6693621"/>
                                </a:lnTo>
                                <a:lnTo>
                                  <a:pt x="2370591" y="6693728"/>
                                </a:lnTo>
                                <a:lnTo>
                                  <a:pt x="2368550" y="6692899"/>
                                </a:lnTo>
                                <a:close/>
                                <a:moveTo>
                                  <a:pt x="2361706" y="6690470"/>
                                </a:moveTo>
                                <a:lnTo>
                                  <a:pt x="2362830" y="6690791"/>
                                </a:lnTo>
                                <a:lnTo>
                                  <a:pt x="2363975" y="6691156"/>
                                </a:lnTo>
                                <a:lnTo>
                                  <a:pt x="2367296" y="6692242"/>
                                </a:lnTo>
                                <a:lnTo>
                                  <a:pt x="2366052" y="6691866"/>
                                </a:lnTo>
                                <a:lnTo>
                                  <a:pt x="2361706" y="6690470"/>
                                </a:lnTo>
                                <a:close/>
                                <a:moveTo>
                                  <a:pt x="2400300" y="6689725"/>
                                </a:moveTo>
                                <a:lnTo>
                                  <a:pt x="2405486" y="6691086"/>
                                </a:lnTo>
                                <a:lnTo>
                                  <a:pt x="2404004" y="6690632"/>
                                </a:lnTo>
                                <a:lnTo>
                                  <a:pt x="2408943" y="6691993"/>
                                </a:lnTo>
                                <a:lnTo>
                                  <a:pt x="2411413" y="6692900"/>
                                </a:lnTo>
                                <a:lnTo>
                                  <a:pt x="2400300" y="6689725"/>
                                </a:lnTo>
                                <a:close/>
                                <a:moveTo>
                                  <a:pt x="2357438" y="6689724"/>
                                </a:moveTo>
                                <a:lnTo>
                                  <a:pt x="2360159" y="6690121"/>
                                </a:lnTo>
                                <a:lnTo>
                                  <a:pt x="2362200" y="6691312"/>
                                </a:lnTo>
                                <a:lnTo>
                                  <a:pt x="2366963" y="6692899"/>
                                </a:lnTo>
                                <a:lnTo>
                                  <a:pt x="2363105" y="6691755"/>
                                </a:lnTo>
                                <a:lnTo>
                                  <a:pt x="2374447" y="6695820"/>
                                </a:lnTo>
                                <a:lnTo>
                                  <a:pt x="2374901" y="6696074"/>
                                </a:lnTo>
                                <a:lnTo>
                                  <a:pt x="2362663" y="6691624"/>
                                </a:lnTo>
                                <a:lnTo>
                                  <a:pt x="2361198" y="6691190"/>
                                </a:lnTo>
                                <a:lnTo>
                                  <a:pt x="2357438" y="6689724"/>
                                </a:lnTo>
                                <a:close/>
                                <a:moveTo>
                                  <a:pt x="2356714" y="6689044"/>
                                </a:moveTo>
                                <a:lnTo>
                                  <a:pt x="2356921" y="6689103"/>
                                </a:lnTo>
                                <a:lnTo>
                                  <a:pt x="2357312" y="6689225"/>
                                </a:lnTo>
                                <a:lnTo>
                                  <a:pt x="2356714" y="6689044"/>
                                </a:lnTo>
                                <a:close/>
                                <a:moveTo>
                                  <a:pt x="2356345" y="6688725"/>
                                </a:moveTo>
                                <a:lnTo>
                                  <a:pt x="2356645" y="6688800"/>
                                </a:lnTo>
                                <a:lnTo>
                                  <a:pt x="2368738" y="6692673"/>
                                </a:lnTo>
                                <a:lnTo>
                                  <a:pt x="2363975" y="6691156"/>
                                </a:lnTo>
                                <a:lnTo>
                                  <a:pt x="2363067" y="6690859"/>
                                </a:lnTo>
                                <a:lnTo>
                                  <a:pt x="2362830" y="6690791"/>
                                </a:lnTo>
                                <a:lnTo>
                                  <a:pt x="2356345" y="6688725"/>
                                </a:lnTo>
                                <a:close/>
                                <a:moveTo>
                                  <a:pt x="4398589" y="6688137"/>
                                </a:moveTo>
                                <a:lnTo>
                                  <a:pt x="4398962" y="6688381"/>
                                </a:lnTo>
                                <a:lnTo>
                                  <a:pt x="4398402" y="6688626"/>
                                </a:lnTo>
                                <a:lnTo>
                                  <a:pt x="4394293" y="6690580"/>
                                </a:lnTo>
                                <a:lnTo>
                                  <a:pt x="4392612" y="6691312"/>
                                </a:lnTo>
                                <a:lnTo>
                                  <a:pt x="4392799" y="6690824"/>
                                </a:lnTo>
                                <a:lnTo>
                                  <a:pt x="4392612" y="6690824"/>
                                </a:lnTo>
                                <a:lnTo>
                                  <a:pt x="4398589" y="6688137"/>
                                </a:lnTo>
                                <a:close/>
                                <a:moveTo>
                                  <a:pt x="2348226" y="6686139"/>
                                </a:moveTo>
                                <a:lnTo>
                                  <a:pt x="2348308" y="6686165"/>
                                </a:lnTo>
                                <a:lnTo>
                                  <a:pt x="2352860" y="6687628"/>
                                </a:lnTo>
                                <a:lnTo>
                                  <a:pt x="2354219" y="6688137"/>
                                </a:lnTo>
                                <a:lnTo>
                                  <a:pt x="2348226" y="6686139"/>
                                </a:lnTo>
                                <a:close/>
                                <a:moveTo>
                                  <a:pt x="2348221" y="6686137"/>
                                </a:moveTo>
                                <a:lnTo>
                                  <a:pt x="2348223" y="6686138"/>
                                </a:lnTo>
                                <a:lnTo>
                                  <a:pt x="2348226" y="6686139"/>
                                </a:lnTo>
                                <a:lnTo>
                                  <a:pt x="2348221" y="6686137"/>
                                </a:lnTo>
                                <a:close/>
                                <a:moveTo>
                                  <a:pt x="2348200" y="6686131"/>
                                </a:moveTo>
                                <a:lnTo>
                                  <a:pt x="2348203" y="6686131"/>
                                </a:lnTo>
                                <a:lnTo>
                                  <a:pt x="2348221" y="6686137"/>
                                </a:lnTo>
                                <a:lnTo>
                                  <a:pt x="2348200" y="6686131"/>
                                </a:lnTo>
                                <a:close/>
                                <a:moveTo>
                                  <a:pt x="2348192" y="6686128"/>
                                </a:moveTo>
                                <a:lnTo>
                                  <a:pt x="2348196" y="6686129"/>
                                </a:lnTo>
                                <a:lnTo>
                                  <a:pt x="2348200" y="6686131"/>
                                </a:lnTo>
                                <a:lnTo>
                                  <a:pt x="2348192" y="6686128"/>
                                </a:lnTo>
                                <a:close/>
                                <a:moveTo>
                                  <a:pt x="2348185" y="6686126"/>
                                </a:moveTo>
                                <a:lnTo>
                                  <a:pt x="2348190" y="6686127"/>
                                </a:lnTo>
                                <a:lnTo>
                                  <a:pt x="2348192" y="6686128"/>
                                </a:lnTo>
                                <a:lnTo>
                                  <a:pt x="2348185" y="6686126"/>
                                </a:lnTo>
                                <a:close/>
                                <a:moveTo>
                                  <a:pt x="2348160" y="6686118"/>
                                </a:moveTo>
                                <a:lnTo>
                                  <a:pt x="2348174" y="6686122"/>
                                </a:lnTo>
                                <a:lnTo>
                                  <a:pt x="2348185" y="6686126"/>
                                </a:lnTo>
                                <a:lnTo>
                                  <a:pt x="2348160" y="6686118"/>
                                </a:lnTo>
                                <a:close/>
                                <a:moveTo>
                                  <a:pt x="2348150" y="6686114"/>
                                </a:moveTo>
                                <a:lnTo>
                                  <a:pt x="2348150" y="6686114"/>
                                </a:lnTo>
                                <a:lnTo>
                                  <a:pt x="2348160" y="6686118"/>
                                </a:lnTo>
                                <a:lnTo>
                                  <a:pt x="2348150" y="6686114"/>
                                </a:lnTo>
                                <a:close/>
                                <a:moveTo>
                                  <a:pt x="2348140" y="6686111"/>
                                </a:moveTo>
                                <a:lnTo>
                                  <a:pt x="2348142" y="6686112"/>
                                </a:lnTo>
                                <a:lnTo>
                                  <a:pt x="2348143" y="6686112"/>
                                </a:lnTo>
                                <a:lnTo>
                                  <a:pt x="2348140" y="6686111"/>
                                </a:lnTo>
                                <a:close/>
                                <a:moveTo>
                                  <a:pt x="2348132" y="6686109"/>
                                </a:moveTo>
                                <a:lnTo>
                                  <a:pt x="2348132" y="6686109"/>
                                </a:lnTo>
                                <a:lnTo>
                                  <a:pt x="2348138" y="6686111"/>
                                </a:lnTo>
                                <a:lnTo>
                                  <a:pt x="2348132" y="6686109"/>
                                </a:lnTo>
                                <a:close/>
                                <a:moveTo>
                                  <a:pt x="2348101" y="6686099"/>
                                </a:moveTo>
                                <a:lnTo>
                                  <a:pt x="2348103" y="6686099"/>
                                </a:lnTo>
                                <a:lnTo>
                                  <a:pt x="2348106" y="6686100"/>
                                </a:lnTo>
                                <a:lnTo>
                                  <a:pt x="2348101" y="6686099"/>
                                </a:lnTo>
                                <a:close/>
                                <a:moveTo>
                                  <a:pt x="2346959" y="6685300"/>
                                </a:moveTo>
                                <a:lnTo>
                                  <a:pt x="2348093" y="6685642"/>
                                </a:lnTo>
                                <a:lnTo>
                                  <a:pt x="2348411" y="6685960"/>
                                </a:lnTo>
                                <a:lnTo>
                                  <a:pt x="2346959" y="6685416"/>
                                </a:lnTo>
                                <a:lnTo>
                                  <a:pt x="2346959" y="6685300"/>
                                </a:lnTo>
                                <a:close/>
                                <a:moveTo>
                                  <a:pt x="2345371" y="6685189"/>
                                </a:moveTo>
                                <a:lnTo>
                                  <a:pt x="2352127" y="6687353"/>
                                </a:lnTo>
                                <a:lnTo>
                                  <a:pt x="2352630" y="6687542"/>
                                </a:lnTo>
                                <a:lnTo>
                                  <a:pt x="2348308" y="6686165"/>
                                </a:lnTo>
                                <a:lnTo>
                                  <a:pt x="2348223" y="6686138"/>
                                </a:lnTo>
                                <a:lnTo>
                                  <a:pt x="2348203" y="6686131"/>
                                </a:lnTo>
                                <a:lnTo>
                                  <a:pt x="2348196" y="6686129"/>
                                </a:lnTo>
                                <a:lnTo>
                                  <a:pt x="2348190" y="6686127"/>
                                </a:lnTo>
                                <a:lnTo>
                                  <a:pt x="2348174" y="6686122"/>
                                </a:lnTo>
                                <a:lnTo>
                                  <a:pt x="2348150" y="6686114"/>
                                </a:lnTo>
                                <a:lnTo>
                                  <a:pt x="2348147" y="6686113"/>
                                </a:lnTo>
                                <a:lnTo>
                                  <a:pt x="2348150" y="6686114"/>
                                </a:lnTo>
                                <a:lnTo>
                                  <a:pt x="2348147" y="6686113"/>
                                </a:lnTo>
                                <a:lnTo>
                                  <a:pt x="2348143" y="6686112"/>
                                </a:lnTo>
                                <a:lnTo>
                                  <a:pt x="2348142" y="6686112"/>
                                </a:lnTo>
                                <a:lnTo>
                                  <a:pt x="2348139" y="6686111"/>
                                </a:lnTo>
                                <a:lnTo>
                                  <a:pt x="2348140" y="6686111"/>
                                </a:lnTo>
                                <a:lnTo>
                                  <a:pt x="2348138" y="6686111"/>
                                </a:lnTo>
                                <a:lnTo>
                                  <a:pt x="2348132" y="6686109"/>
                                </a:lnTo>
                                <a:lnTo>
                                  <a:pt x="2348130" y="6686108"/>
                                </a:lnTo>
                                <a:lnTo>
                                  <a:pt x="2348106" y="6686100"/>
                                </a:lnTo>
                                <a:lnTo>
                                  <a:pt x="2348111" y="6686102"/>
                                </a:lnTo>
                                <a:lnTo>
                                  <a:pt x="2348103" y="6686099"/>
                                </a:lnTo>
                                <a:lnTo>
                                  <a:pt x="2348100" y="6686098"/>
                                </a:lnTo>
                                <a:lnTo>
                                  <a:pt x="2348098" y="6686098"/>
                                </a:lnTo>
                                <a:lnTo>
                                  <a:pt x="2345371" y="6685189"/>
                                </a:lnTo>
                                <a:close/>
                                <a:moveTo>
                                  <a:pt x="4395787" y="6684962"/>
                                </a:moveTo>
                                <a:lnTo>
                                  <a:pt x="4389437" y="6688137"/>
                                </a:lnTo>
                                <a:lnTo>
                                  <a:pt x="4391922" y="6686867"/>
                                </a:lnTo>
                                <a:lnTo>
                                  <a:pt x="4395787" y="6684962"/>
                                </a:lnTo>
                                <a:close/>
                                <a:moveTo>
                                  <a:pt x="2344738" y="6684962"/>
                                </a:moveTo>
                                <a:lnTo>
                                  <a:pt x="2350687" y="6687342"/>
                                </a:lnTo>
                                <a:lnTo>
                                  <a:pt x="2355317" y="6688665"/>
                                </a:lnTo>
                                <a:lnTo>
                                  <a:pt x="2355000" y="6688506"/>
                                </a:lnTo>
                                <a:lnTo>
                                  <a:pt x="2353084" y="6687910"/>
                                </a:lnTo>
                                <a:lnTo>
                                  <a:pt x="2354533" y="6688272"/>
                                </a:lnTo>
                                <a:lnTo>
                                  <a:pt x="2354263" y="6688137"/>
                                </a:lnTo>
                                <a:lnTo>
                                  <a:pt x="2354445" y="6688137"/>
                                </a:lnTo>
                                <a:lnTo>
                                  <a:pt x="2352860" y="6687628"/>
                                </a:lnTo>
                                <a:lnTo>
                                  <a:pt x="2352630" y="6687542"/>
                                </a:lnTo>
                                <a:lnTo>
                                  <a:pt x="2354500" y="6688137"/>
                                </a:lnTo>
                                <a:lnTo>
                                  <a:pt x="2354575" y="6688137"/>
                                </a:lnTo>
                                <a:lnTo>
                                  <a:pt x="2352127" y="6687353"/>
                                </a:lnTo>
                                <a:lnTo>
                                  <a:pt x="2350518" y="6686750"/>
                                </a:lnTo>
                                <a:lnTo>
                                  <a:pt x="2357622" y="6689044"/>
                                </a:lnTo>
                                <a:lnTo>
                                  <a:pt x="2356645" y="6688800"/>
                                </a:lnTo>
                                <a:lnTo>
                                  <a:pt x="2354888" y="6688237"/>
                                </a:lnTo>
                                <a:lnTo>
                                  <a:pt x="2354977" y="6688289"/>
                                </a:lnTo>
                                <a:lnTo>
                                  <a:pt x="2356345" y="6688725"/>
                                </a:lnTo>
                                <a:lnTo>
                                  <a:pt x="2356030" y="6688646"/>
                                </a:lnTo>
                                <a:lnTo>
                                  <a:pt x="2355048" y="6688331"/>
                                </a:lnTo>
                                <a:lnTo>
                                  <a:pt x="2355258" y="6688454"/>
                                </a:lnTo>
                                <a:lnTo>
                                  <a:pt x="2356030" y="6688646"/>
                                </a:lnTo>
                                <a:lnTo>
                                  <a:pt x="2361706" y="6690470"/>
                                </a:lnTo>
                                <a:lnTo>
                                  <a:pt x="2356921" y="6689103"/>
                                </a:lnTo>
                                <a:lnTo>
                                  <a:pt x="2355746" y="6688738"/>
                                </a:lnTo>
                                <a:lnTo>
                                  <a:pt x="2355911" y="6688834"/>
                                </a:lnTo>
                                <a:lnTo>
                                  <a:pt x="2357690" y="6689342"/>
                                </a:lnTo>
                                <a:lnTo>
                                  <a:pt x="2357312" y="6689225"/>
                                </a:lnTo>
                                <a:lnTo>
                                  <a:pt x="2357890" y="6689400"/>
                                </a:lnTo>
                                <a:lnTo>
                                  <a:pt x="2359026" y="6689724"/>
                                </a:lnTo>
                                <a:lnTo>
                                  <a:pt x="2358964" y="6689724"/>
                                </a:lnTo>
                                <a:lnTo>
                                  <a:pt x="2366052" y="6691866"/>
                                </a:lnTo>
                                <a:lnTo>
                                  <a:pt x="2371342" y="6693566"/>
                                </a:lnTo>
                                <a:lnTo>
                                  <a:pt x="2371745" y="6693698"/>
                                </a:lnTo>
                                <a:lnTo>
                                  <a:pt x="2371732" y="6693691"/>
                                </a:lnTo>
                                <a:lnTo>
                                  <a:pt x="2371342" y="6693566"/>
                                </a:lnTo>
                                <a:lnTo>
                                  <a:pt x="2367296" y="6692242"/>
                                </a:lnTo>
                                <a:lnTo>
                                  <a:pt x="2371175" y="6693415"/>
                                </a:lnTo>
                                <a:lnTo>
                                  <a:pt x="2370504" y="6693081"/>
                                </a:lnTo>
                                <a:lnTo>
                                  <a:pt x="2363293" y="6690859"/>
                                </a:lnTo>
                                <a:lnTo>
                                  <a:pt x="2372595" y="6693580"/>
                                </a:lnTo>
                                <a:lnTo>
                                  <a:pt x="2372368" y="6693580"/>
                                </a:lnTo>
                                <a:lnTo>
                                  <a:pt x="2372995" y="6693849"/>
                                </a:lnTo>
                                <a:lnTo>
                                  <a:pt x="2370525" y="6693088"/>
                                </a:lnTo>
                                <a:lnTo>
                                  <a:pt x="2371232" y="6693432"/>
                                </a:lnTo>
                                <a:lnTo>
                                  <a:pt x="2373913" y="6694242"/>
                                </a:lnTo>
                                <a:lnTo>
                                  <a:pt x="2375544" y="6694941"/>
                                </a:lnTo>
                                <a:lnTo>
                                  <a:pt x="2372719" y="6694016"/>
                                </a:lnTo>
                                <a:lnTo>
                                  <a:pt x="2373503" y="6694260"/>
                                </a:lnTo>
                                <a:lnTo>
                                  <a:pt x="2371830" y="6693723"/>
                                </a:lnTo>
                                <a:lnTo>
                                  <a:pt x="2371847" y="6693731"/>
                                </a:lnTo>
                                <a:lnTo>
                                  <a:pt x="2372719" y="6694016"/>
                                </a:lnTo>
                                <a:lnTo>
                                  <a:pt x="2371928" y="6693770"/>
                                </a:lnTo>
                                <a:lnTo>
                                  <a:pt x="2374997" y="6695264"/>
                                </a:lnTo>
                                <a:lnTo>
                                  <a:pt x="2375809" y="6695582"/>
                                </a:lnTo>
                                <a:lnTo>
                                  <a:pt x="2375147" y="6695337"/>
                                </a:lnTo>
                                <a:lnTo>
                                  <a:pt x="2375936" y="6695721"/>
                                </a:lnTo>
                                <a:lnTo>
                                  <a:pt x="2376000" y="6695762"/>
                                </a:lnTo>
                                <a:lnTo>
                                  <a:pt x="2376667" y="6695925"/>
                                </a:lnTo>
                                <a:lnTo>
                                  <a:pt x="2376714" y="6695936"/>
                                </a:lnTo>
                                <a:lnTo>
                                  <a:pt x="2376478" y="6695844"/>
                                </a:lnTo>
                                <a:lnTo>
                                  <a:pt x="2375809" y="6695582"/>
                                </a:lnTo>
                                <a:lnTo>
                                  <a:pt x="2376233" y="6695739"/>
                                </a:lnTo>
                                <a:lnTo>
                                  <a:pt x="2381250" y="6697593"/>
                                </a:lnTo>
                                <a:lnTo>
                                  <a:pt x="2384425" y="6699249"/>
                                </a:lnTo>
                                <a:lnTo>
                                  <a:pt x="2384400" y="6699239"/>
                                </a:lnTo>
                                <a:lnTo>
                                  <a:pt x="2376292" y="6695949"/>
                                </a:lnTo>
                                <a:lnTo>
                                  <a:pt x="2376488" y="6696074"/>
                                </a:lnTo>
                                <a:lnTo>
                                  <a:pt x="2376053" y="6695852"/>
                                </a:lnTo>
                                <a:lnTo>
                                  <a:pt x="2375580" y="6695660"/>
                                </a:lnTo>
                                <a:lnTo>
                                  <a:pt x="2375766" y="6695706"/>
                                </a:lnTo>
                                <a:lnTo>
                                  <a:pt x="2375107" y="6695369"/>
                                </a:lnTo>
                                <a:lnTo>
                                  <a:pt x="2374746" y="6695189"/>
                                </a:lnTo>
                                <a:lnTo>
                                  <a:pt x="2372847" y="6694487"/>
                                </a:lnTo>
                                <a:lnTo>
                                  <a:pt x="2370504" y="6693621"/>
                                </a:lnTo>
                                <a:lnTo>
                                  <a:pt x="2370364" y="6693451"/>
                                </a:lnTo>
                                <a:lnTo>
                                  <a:pt x="2373011" y="6694487"/>
                                </a:lnTo>
                                <a:lnTo>
                                  <a:pt x="2374527" y="6695080"/>
                                </a:lnTo>
                                <a:lnTo>
                                  <a:pt x="2371830" y="6693740"/>
                                </a:lnTo>
                                <a:lnTo>
                                  <a:pt x="2358917" y="6689724"/>
                                </a:lnTo>
                                <a:lnTo>
                                  <a:pt x="2358808" y="6689724"/>
                                </a:lnTo>
                                <a:lnTo>
                                  <a:pt x="2356511" y="6689185"/>
                                </a:lnTo>
                                <a:lnTo>
                                  <a:pt x="2357438" y="6689725"/>
                                </a:lnTo>
                                <a:lnTo>
                                  <a:pt x="2356220" y="6689116"/>
                                </a:lnTo>
                                <a:lnTo>
                                  <a:pt x="2352053" y="6688137"/>
                                </a:lnTo>
                                <a:lnTo>
                                  <a:pt x="2347913" y="6686549"/>
                                </a:lnTo>
                                <a:lnTo>
                                  <a:pt x="2350084" y="6687169"/>
                                </a:lnTo>
                                <a:lnTo>
                                  <a:pt x="2344738" y="6684962"/>
                                </a:lnTo>
                                <a:close/>
                                <a:moveTo>
                                  <a:pt x="2328129" y="6679519"/>
                                </a:moveTo>
                                <a:lnTo>
                                  <a:pt x="2330004" y="6680125"/>
                                </a:lnTo>
                                <a:lnTo>
                                  <a:pt x="2339245" y="6683148"/>
                                </a:lnTo>
                                <a:lnTo>
                                  <a:pt x="2328129" y="6679519"/>
                                </a:lnTo>
                                <a:close/>
                                <a:moveTo>
                                  <a:pt x="2319338" y="6677024"/>
                                </a:moveTo>
                                <a:lnTo>
                                  <a:pt x="2327271" y="6680197"/>
                                </a:lnTo>
                                <a:lnTo>
                                  <a:pt x="2322923" y="6678467"/>
                                </a:lnTo>
                                <a:lnTo>
                                  <a:pt x="2320618" y="6677890"/>
                                </a:lnTo>
                                <a:lnTo>
                                  <a:pt x="2319338" y="6677024"/>
                                </a:lnTo>
                                <a:close/>
                                <a:moveTo>
                                  <a:pt x="2313609" y="6674757"/>
                                </a:moveTo>
                                <a:lnTo>
                                  <a:pt x="2315878" y="6675437"/>
                                </a:lnTo>
                                <a:lnTo>
                                  <a:pt x="2316558" y="6675664"/>
                                </a:lnTo>
                                <a:lnTo>
                                  <a:pt x="2313609" y="6674757"/>
                                </a:lnTo>
                                <a:close/>
                                <a:moveTo>
                                  <a:pt x="4489175" y="6674712"/>
                                </a:moveTo>
                                <a:lnTo>
                                  <a:pt x="4483602" y="6676363"/>
                                </a:lnTo>
                                <a:lnTo>
                                  <a:pt x="4484411" y="6676080"/>
                                </a:lnTo>
                                <a:lnTo>
                                  <a:pt x="4489175" y="6674712"/>
                                </a:lnTo>
                                <a:close/>
                                <a:moveTo>
                                  <a:pt x="4457467" y="6672262"/>
                                </a:moveTo>
                                <a:lnTo>
                                  <a:pt x="4457700" y="6672262"/>
                                </a:lnTo>
                                <a:lnTo>
                                  <a:pt x="4456303" y="6672770"/>
                                </a:lnTo>
                                <a:lnTo>
                                  <a:pt x="4452112" y="6674802"/>
                                </a:lnTo>
                                <a:lnTo>
                                  <a:pt x="4440237" y="6678612"/>
                                </a:lnTo>
                                <a:lnTo>
                                  <a:pt x="4457467" y="6672262"/>
                                </a:lnTo>
                                <a:close/>
                                <a:moveTo>
                                  <a:pt x="4495074" y="6668328"/>
                                </a:moveTo>
                                <a:lnTo>
                                  <a:pt x="4464898" y="6680868"/>
                                </a:lnTo>
                                <a:lnTo>
                                  <a:pt x="4456277" y="6684288"/>
                                </a:lnTo>
                                <a:lnTo>
                                  <a:pt x="4460814" y="6682236"/>
                                </a:lnTo>
                                <a:lnTo>
                                  <a:pt x="4471024" y="6678132"/>
                                </a:lnTo>
                                <a:lnTo>
                                  <a:pt x="4446067" y="6687480"/>
                                </a:lnTo>
                                <a:lnTo>
                                  <a:pt x="4483602" y="6676363"/>
                                </a:lnTo>
                                <a:lnTo>
                                  <a:pt x="4473974" y="6679728"/>
                                </a:lnTo>
                                <a:lnTo>
                                  <a:pt x="4487587" y="6675624"/>
                                </a:lnTo>
                                <a:lnTo>
                                  <a:pt x="4478058" y="6678816"/>
                                </a:lnTo>
                                <a:lnTo>
                                  <a:pt x="4504830" y="6670152"/>
                                </a:lnTo>
                                <a:lnTo>
                                  <a:pt x="4475562" y="6680184"/>
                                </a:lnTo>
                                <a:lnTo>
                                  <a:pt x="4469890" y="6682464"/>
                                </a:lnTo>
                                <a:lnTo>
                                  <a:pt x="4503923" y="6671064"/>
                                </a:lnTo>
                                <a:lnTo>
                                  <a:pt x="4488731" y="6676230"/>
                                </a:lnTo>
                                <a:lnTo>
                                  <a:pt x="4488495" y="6676308"/>
                                </a:lnTo>
                                <a:lnTo>
                                  <a:pt x="4468075" y="6683148"/>
                                </a:lnTo>
                                <a:lnTo>
                                  <a:pt x="4447428" y="6689760"/>
                                </a:lnTo>
                                <a:lnTo>
                                  <a:pt x="4454983" y="6687420"/>
                                </a:lnTo>
                                <a:lnTo>
                                  <a:pt x="4443571" y="6691128"/>
                                </a:lnTo>
                                <a:lnTo>
                                  <a:pt x="4422470" y="6697741"/>
                                </a:lnTo>
                                <a:lnTo>
                                  <a:pt x="4420434" y="6698335"/>
                                </a:lnTo>
                                <a:lnTo>
                                  <a:pt x="4401370" y="6703897"/>
                                </a:lnTo>
                                <a:lnTo>
                                  <a:pt x="4380043" y="6710053"/>
                                </a:lnTo>
                                <a:lnTo>
                                  <a:pt x="4358715" y="6715981"/>
                                </a:lnTo>
                                <a:lnTo>
                                  <a:pt x="4337388" y="6721909"/>
                                </a:lnTo>
                                <a:lnTo>
                                  <a:pt x="4315834" y="6727381"/>
                                </a:lnTo>
                                <a:lnTo>
                                  <a:pt x="4273179" y="6738097"/>
                                </a:lnTo>
                                <a:lnTo>
                                  <a:pt x="4230071" y="6748357"/>
                                </a:lnTo>
                                <a:lnTo>
                                  <a:pt x="4186735" y="6758389"/>
                                </a:lnTo>
                                <a:lnTo>
                                  <a:pt x="4143627" y="6768193"/>
                                </a:lnTo>
                                <a:lnTo>
                                  <a:pt x="4100518" y="6777769"/>
                                </a:lnTo>
                                <a:lnTo>
                                  <a:pt x="4116400" y="6773665"/>
                                </a:lnTo>
                                <a:lnTo>
                                  <a:pt x="4132509" y="6769105"/>
                                </a:lnTo>
                                <a:lnTo>
                                  <a:pt x="4148618" y="6764317"/>
                                </a:lnTo>
                                <a:lnTo>
                                  <a:pt x="4151290" y="6763473"/>
                                </a:lnTo>
                                <a:lnTo>
                                  <a:pt x="4171988" y="6757477"/>
                                </a:lnTo>
                                <a:lnTo>
                                  <a:pt x="4196718" y="6749725"/>
                                </a:lnTo>
                                <a:lnTo>
                                  <a:pt x="4221449" y="6741517"/>
                                </a:lnTo>
                                <a:lnTo>
                                  <a:pt x="4246179" y="6733081"/>
                                </a:lnTo>
                                <a:lnTo>
                                  <a:pt x="4270456" y="6724189"/>
                                </a:lnTo>
                                <a:lnTo>
                                  <a:pt x="4294733" y="6715069"/>
                                </a:lnTo>
                                <a:lnTo>
                                  <a:pt x="4293805" y="6715208"/>
                                </a:lnTo>
                                <a:lnTo>
                                  <a:pt x="4305624" y="6711421"/>
                                </a:lnTo>
                                <a:lnTo>
                                  <a:pt x="4321506" y="6706177"/>
                                </a:lnTo>
                                <a:lnTo>
                                  <a:pt x="4337388" y="6701161"/>
                                </a:lnTo>
                                <a:lnTo>
                                  <a:pt x="4353270" y="6696373"/>
                                </a:lnTo>
                                <a:lnTo>
                                  <a:pt x="4334706" y="6704117"/>
                                </a:lnTo>
                                <a:lnTo>
                                  <a:pt x="4334665" y="6704125"/>
                                </a:lnTo>
                                <a:lnTo>
                                  <a:pt x="4331716" y="6705265"/>
                                </a:lnTo>
                                <a:lnTo>
                                  <a:pt x="4329220" y="6706405"/>
                                </a:lnTo>
                                <a:lnTo>
                                  <a:pt x="4334706" y="6704117"/>
                                </a:lnTo>
                                <a:lnTo>
                                  <a:pt x="4338069" y="6703441"/>
                                </a:lnTo>
                                <a:lnTo>
                                  <a:pt x="4341926" y="6702529"/>
                                </a:lnTo>
                                <a:lnTo>
                                  <a:pt x="4349867" y="6701161"/>
                                </a:lnTo>
                                <a:lnTo>
                                  <a:pt x="4358262" y="6699793"/>
                                </a:lnTo>
                                <a:lnTo>
                                  <a:pt x="4372555" y="6698197"/>
                                </a:lnTo>
                                <a:lnTo>
                                  <a:pt x="4378228" y="6697741"/>
                                </a:lnTo>
                                <a:lnTo>
                                  <a:pt x="4389345" y="6694549"/>
                                </a:lnTo>
                                <a:lnTo>
                                  <a:pt x="4378908" y="6698653"/>
                                </a:lnTo>
                                <a:lnTo>
                                  <a:pt x="4383219" y="6697057"/>
                                </a:lnTo>
                                <a:lnTo>
                                  <a:pt x="4387984" y="6695461"/>
                                </a:lnTo>
                                <a:lnTo>
                                  <a:pt x="4397286" y="6691584"/>
                                </a:lnTo>
                                <a:lnTo>
                                  <a:pt x="4407042" y="6687708"/>
                                </a:lnTo>
                                <a:lnTo>
                                  <a:pt x="4416345" y="6684060"/>
                                </a:lnTo>
                                <a:lnTo>
                                  <a:pt x="4420429" y="6682692"/>
                                </a:lnTo>
                                <a:lnTo>
                                  <a:pt x="4424286" y="6681552"/>
                                </a:lnTo>
                                <a:lnTo>
                                  <a:pt x="4427689" y="6680868"/>
                                </a:lnTo>
                                <a:lnTo>
                                  <a:pt x="4430412" y="6680640"/>
                                </a:lnTo>
                                <a:lnTo>
                                  <a:pt x="4431773" y="6680640"/>
                                </a:lnTo>
                                <a:lnTo>
                                  <a:pt x="4432680" y="6680868"/>
                                </a:lnTo>
                                <a:lnTo>
                                  <a:pt x="4433588" y="6681096"/>
                                </a:lnTo>
                                <a:lnTo>
                                  <a:pt x="4434269" y="6681780"/>
                                </a:lnTo>
                                <a:lnTo>
                                  <a:pt x="4434495" y="6682236"/>
                                </a:lnTo>
                                <a:lnTo>
                                  <a:pt x="4434949" y="6683148"/>
                                </a:lnTo>
                                <a:lnTo>
                                  <a:pt x="4434949" y="6684288"/>
                                </a:lnTo>
                                <a:lnTo>
                                  <a:pt x="4434949" y="6685428"/>
                                </a:lnTo>
                                <a:lnTo>
                                  <a:pt x="4438579" y="6684744"/>
                                </a:lnTo>
                                <a:lnTo>
                                  <a:pt x="4428596" y="6688620"/>
                                </a:lnTo>
                                <a:lnTo>
                                  <a:pt x="4422017" y="6690900"/>
                                </a:lnTo>
                                <a:lnTo>
                                  <a:pt x="4458772" y="6679500"/>
                                </a:lnTo>
                                <a:lnTo>
                                  <a:pt x="4495074" y="6668328"/>
                                </a:lnTo>
                                <a:close/>
                                <a:moveTo>
                                  <a:pt x="4479925" y="6665912"/>
                                </a:moveTo>
                                <a:lnTo>
                                  <a:pt x="4465472" y="6672008"/>
                                </a:lnTo>
                                <a:lnTo>
                                  <a:pt x="4464050" y="6672262"/>
                                </a:lnTo>
                                <a:lnTo>
                                  <a:pt x="4479925" y="6665912"/>
                                </a:lnTo>
                                <a:close/>
                                <a:moveTo>
                                  <a:pt x="2281394" y="6663871"/>
                                </a:moveTo>
                                <a:lnTo>
                                  <a:pt x="2282069" y="6664096"/>
                                </a:lnTo>
                                <a:lnTo>
                                  <a:pt x="2282074" y="6664098"/>
                                </a:lnTo>
                                <a:lnTo>
                                  <a:pt x="2281394" y="6663871"/>
                                </a:lnTo>
                                <a:close/>
                                <a:moveTo>
                                  <a:pt x="4527496" y="6663316"/>
                                </a:moveTo>
                                <a:lnTo>
                                  <a:pt x="4483503" y="6678588"/>
                                </a:lnTo>
                                <a:lnTo>
                                  <a:pt x="4454983" y="6687420"/>
                                </a:lnTo>
                                <a:lnTo>
                                  <a:pt x="4473747" y="6681324"/>
                                </a:lnTo>
                                <a:lnTo>
                                  <a:pt x="4488731" y="6676230"/>
                                </a:lnTo>
                                <a:lnTo>
                                  <a:pt x="4527496" y="6663316"/>
                                </a:lnTo>
                                <a:close/>
                                <a:moveTo>
                                  <a:pt x="4500339" y="6651625"/>
                                </a:moveTo>
                                <a:lnTo>
                                  <a:pt x="4500563" y="6651625"/>
                                </a:lnTo>
                                <a:lnTo>
                                  <a:pt x="4486860" y="6657903"/>
                                </a:lnTo>
                                <a:lnTo>
                                  <a:pt x="4476750" y="6661150"/>
                                </a:lnTo>
                                <a:lnTo>
                                  <a:pt x="4500339" y="6651625"/>
                                </a:lnTo>
                                <a:close/>
                                <a:moveTo>
                                  <a:pt x="4591501" y="6640512"/>
                                </a:moveTo>
                                <a:lnTo>
                                  <a:pt x="4593997" y="6640512"/>
                                </a:lnTo>
                                <a:lnTo>
                                  <a:pt x="4595812" y="6640740"/>
                                </a:lnTo>
                                <a:lnTo>
                                  <a:pt x="4597173" y="6640968"/>
                                </a:lnTo>
                                <a:lnTo>
                                  <a:pt x="4597400" y="6641424"/>
                                </a:lnTo>
                                <a:lnTo>
                                  <a:pt x="4597173" y="6641880"/>
                                </a:lnTo>
                                <a:lnTo>
                                  <a:pt x="4596266" y="6642336"/>
                                </a:lnTo>
                                <a:lnTo>
                                  <a:pt x="4594678" y="6643476"/>
                                </a:lnTo>
                                <a:lnTo>
                                  <a:pt x="4592409" y="6644160"/>
                                </a:lnTo>
                                <a:lnTo>
                                  <a:pt x="4585829" y="6646212"/>
                                </a:lnTo>
                                <a:lnTo>
                                  <a:pt x="4576753" y="6648948"/>
                                </a:lnTo>
                                <a:lnTo>
                                  <a:pt x="4564728" y="6651912"/>
                                </a:lnTo>
                                <a:lnTo>
                                  <a:pt x="4550208" y="6655560"/>
                                </a:lnTo>
                                <a:lnTo>
                                  <a:pt x="4523889" y="6664908"/>
                                </a:lnTo>
                                <a:lnTo>
                                  <a:pt x="4529561" y="6662628"/>
                                </a:lnTo>
                                <a:lnTo>
                                  <a:pt x="4527496" y="6663316"/>
                                </a:lnTo>
                                <a:lnTo>
                                  <a:pt x="4533418" y="6661260"/>
                                </a:lnTo>
                                <a:lnTo>
                                  <a:pt x="4533418" y="6661373"/>
                                </a:lnTo>
                                <a:lnTo>
                                  <a:pt x="4531830" y="6661944"/>
                                </a:lnTo>
                                <a:lnTo>
                                  <a:pt x="4533418" y="6661488"/>
                                </a:lnTo>
                                <a:lnTo>
                                  <a:pt x="4533418" y="6661373"/>
                                </a:lnTo>
                                <a:lnTo>
                                  <a:pt x="4547031" y="6656472"/>
                                </a:lnTo>
                                <a:lnTo>
                                  <a:pt x="4591501" y="6640512"/>
                                </a:lnTo>
                                <a:close/>
                                <a:moveTo>
                                  <a:pt x="2132795" y="6608309"/>
                                </a:moveTo>
                                <a:lnTo>
                                  <a:pt x="2134610" y="6608989"/>
                                </a:lnTo>
                                <a:lnTo>
                                  <a:pt x="2135971" y="6609669"/>
                                </a:lnTo>
                                <a:lnTo>
                                  <a:pt x="2132795" y="6608309"/>
                                </a:lnTo>
                                <a:close/>
                                <a:moveTo>
                                  <a:pt x="2116621" y="6601537"/>
                                </a:moveTo>
                                <a:lnTo>
                                  <a:pt x="2118502" y="6602185"/>
                                </a:lnTo>
                                <a:lnTo>
                                  <a:pt x="2117141" y="6601732"/>
                                </a:lnTo>
                                <a:lnTo>
                                  <a:pt x="2116621" y="6601537"/>
                                </a:lnTo>
                                <a:close/>
                                <a:moveTo>
                                  <a:pt x="2111696" y="6599691"/>
                                </a:moveTo>
                                <a:lnTo>
                                  <a:pt x="2116621" y="6601537"/>
                                </a:lnTo>
                                <a:lnTo>
                                  <a:pt x="2111923" y="6599917"/>
                                </a:lnTo>
                                <a:lnTo>
                                  <a:pt x="2111696" y="6599691"/>
                                </a:lnTo>
                                <a:close/>
                                <a:moveTo>
                                  <a:pt x="2062238" y="6579053"/>
                                </a:moveTo>
                                <a:lnTo>
                                  <a:pt x="2066549" y="6580867"/>
                                </a:lnTo>
                                <a:lnTo>
                                  <a:pt x="2070632" y="6582682"/>
                                </a:lnTo>
                                <a:lnTo>
                                  <a:pt x="2065868" y="6580641"/>
                                </a:lnTo>
                                <a:lnTo>
                                  <a:pt x="2062238" y="6579053"/>
                                </a:lnTo>
                                <a:close/>
                                <a:moveTo>
                                  <a:pt x="2058558" y="6572303"/>
                                </a:moveTo>
                                <a:lnTo>
                                  <a:pt x="2074943" y="6579053"/>
                                </a:lnTo>
                                <a:lnTo>
                                  <a:pt x="2112150" y="6594248"/>
                                </a:lnTo>
                                <a:lnTo>
                                  <a:pt x="2149129" y="6609669"/>
                                </a:lnTo>
                                <a:lnTo>
                                  <a:pt x="2146860" y="6608762"/>
                                </a:lnTo>
                                <a:lnTo>
                                  <a:pt x="2148222" y="6609442"/>
                                </a:lnTo>
                                <a:lnTo>
                                  <a:pt x="2157296" y="6613298"/>
                                </a:lnTo>
                                <a:lnTo>
                                  <a:pt x="2192688" y="6627585"/>
                                </a:lnTo>
                                <a:lnTo>
                                  <a:pt x="2224450" y="6640285"/>
                                </a:lnTo>
                                <a:lnTo>
                                  <a:pt x="2226639" y="6641073"/>
                                </a:lnTo>
                                <a:lnTo>
                                  <a:pt x="2223769" y="6640059"/>
                                </a:lnTo>
                                <a:lnTo>
                                  <a:pt x="2230121" y="6642326"/>
                                </a:lnTo>
                                <a:lnTo>
                                  <a:pt x="2226639" y="6641073"/>
                                </a:lnTo>
                                <a:lnTo>
                                  <a:pt x="2246229" y="6647996"/>
                                </a:lnTo>
                                <a:lnTo>
                                  <a:pt x="2268235" y="6656387"/>
                                </a:lnTo>
                                <a:lnTo>
                                  <a:pt x="2249178" y="6650264"/>
                                </a:lnTo>
                                <a:lnTo>
                                  <a:pt x="2286385" y="6662737"/>
                                </a:lnTo>
                                <a:lnTo>
                                  <a:pt x="2326994" y="6676117"/>
                                </a:lnTo>
                                <a:lnTo>
                                  <a:pt x="2365108" y="6688591"/>
                                </a:lnTo>
                                <a:lnTo>
                                  <a:pt x="2395509" y="6698342"/>
                                </a:lnTo>
                                <a:lnTo>
                                  <a:pt x="2386207" y="6696075"/>
                                </a:lnTo>
                                <a:lnTo>
                                  <a:pt x="2405344" y="6702053"/>
                                </a:lnTo>
                                <a:lnTo>
                                  <a:pt x="2411975" y="6703651"/>
                                </a:lnTo>
                                <a:lnTo>
                                  <a:pt x="2409456" y="6702713"/>
                                </a:lnTo>
                                <a:lnTo>
                                  <a:pt x="2443336" y="6712329"/>
                                </a:lnTo>
                                <a:lnTo>
                                  <a:pt x="2465829" y="6718978"/>
                                </a:lnTo>
                                <a:lnTo>
                                  <a:pt x="2466377" y="6719117"/>
                                </a:lnTo>
                                <a:lnTo>
                                  <a:pt x="2480914" y="6722724"/>
                                </a:lnTo>
                                <a:lnTo>
                                  <a:pt x="2495678" y="6725880"/>
                                </a:lnTo>
                                <a:lnTo>
                                  <a:pt x="2524752" y="6732193"/>
                                </a:lnTo>
                                <a:lnTo>
                                  <a:pt x="2539516" y="6735574"/>
                                </a:lnTo>
                                <a:lnTo>
                                  <a:pt x="2553826" y="6739181"/>
                                </a:lnTo>
                                <a:lnTo>
                                  <a:pt x="2558595" y="6740534"/>
                                </a:lnTo>
                                <a:lnTo>
                                  <a:pt x="2555188" y="6740309"/>
                                </a:lnTo>
                                <a:lnTo>
                                  <a:pt x="2559050" y="6742112"/>
                                </a:lnTo>
                                <a:lnTo>
                                  <a:pt x="2549964" y="6740534"/>
                                </a:lnTo>
                                <a:lnTo>
                                  <a:pt x="2540652" y="6738956"/>
                                </a:lnTo>
                                <a:lnTo>
                                  <a:pt x="2531339" y="6736927"/>
                                </a:lnTo>
                                <a:lnTo>
                                  <a:pt x="2522253" y="6735123"/>
                                </a:lnTo>
                                <a:lnTo>
                                  <a:pt x="2521949" y="6735046"/>
                                </a:lnTo>
                                <a:lnTo>
                                  <a:pt x="2543007" y="6740901"/>
                                </a:lnTo>
                                <a:lnTo>
                                  <a:pt x="2544903" y="6741159"/>
                                </a:lnTo>
                                <a:lnTo>
                                  <a:pt x="2547938" y="6742112"/>
                                </a:lnTo>
                                <a:lnTo>
                                  <a:pt x="2542568" y="6741001"/>
                                </a:lnTo>
                                <a:lnTo>
                                  <a:pt x="2541396" y="6740783"/>
                                </a:lnTo>
                                <a:lnTo>
                                  <a:pt x="2546350" y="6742112"/>
                                </a:lnTo>
                                <a:lnTo>
                                  <a:pt x="2542445" y="6741299"/>
                                </a:lnTo>
                                <a:lnTo>
                                  <a:pt x="2544763" y="6742112"/>
                                </a:lnTo>
                                <a:lnTo>
                                  <a:pt x="2542118" y="6741231"/>
                                </a:lnTo>
                                <a:lnTo>
                                  <a:pt x="2535648" y="6739882"/>
                                </a:lnTo>
                                <a:lnTo>
                                  <a:pt x="2535494" y="6739860"/>
                                </a:lnTo>
                                <a:lnTo>
                                  <a:pt x="2535599" y="6739912"/>
                                </a:lnTo>
                                <a:lnTo>
                                  <a:pt x="2538208" y="6740525"/>
                                </a:lnTo>
                                <a:lnTo>
                                  <a:pt x="2535725" y="6739975"/>
                                </a:lnTo>
                                <a:lnTo>
                                  <a:pt x="2536825" y="6740525"/>
                                </a:lnTo>
                                <a:lnTo>
                                  <a:pt x="2535407" y="6739905"/>
                                </a:lnTo>
                                <a:lnTo>
                                  <a:pt x="2534623" y="6739731"/>
                                </a:lnTo>
                                <a:lnTo>
                                  <a:pt x="2535176" y="6739813"/>
                                </a:lnTo>
                                <a:lnTo>
                                  <a:pt x="2535221" y="6739823"/>
                                </a:lnTo>
                                <a:lnTo>
                                  <a:pt x="2535208" y="6739817"/>
                                </a:lnTo>
                                <a:lnTo>
                                  <a:pt x="2535176" y="6739813"/>
                                </a:lnTo>
                                <a:lnTo>
                                  <a:pt x="2534097" y="6739559"/>
                                </a:lnTo>
                                <a:lnTo>
                                  <a:pt x="2532844" y="6739298"/>
                                </a:lnTo>
                                <a:lnTo>
                                  <a:pt x="2533530" y="6739533"/>
                                </a:lnTo>
                                <a:lnTo>
                                  <a:pt x="2529868" y="6738360"/>
                                </a:lnTo>
                                <a:lnTo>
                                  <a:pt x="2535591" y="6740236"/>
                                </a:lnTo>
                                <a:lnTo>
                                  <a:pt x="2529868" y="6738594"/>
                                </a:lnTo>
                                <a:lnTo>
                                  <a:pt x="2533759" y="6740236"/>
                                </a:lnTo>
                                <a:lnTo>
                                  <a:pt x="2524831" y="6737656"/>
                                </a:lnTo>
                                <a:lnTo>
                                  <a:pt x="2529868" y="6739298"/>
                                </a:lnTo>
                                <a:lnTo>
                                  <a:pt x="2519566" y="6736484"/>
                                </a:lnTo>
                                <a:lnTo>
                                  <a:pt x="2523687" y="6737656"/>
                                </a:lnTo>
                                <a:lnTo>
                                  <a:pt x="2514072" y="6735077"/>
                                </a:lnTo>
                                <a:lnTo>
                                  <a:pt x="2520024" y="6736718"/>
                                </a:lnTo>
                                <a:lnTo>
                                  <a:pt x="2518409" y="6736511"/>
                                </a:lnTo>
                                <a:lnTo>
                                  <a:pt x="2511711" y="6734682"/>
                                </a:lnTo>
                                <a:lnTo>
                                  <a:pt x="2509265" y="6733904"/>
                                </a:lnTo>
                                <a:lnTo>
                                  <a:pt x="2511783" y="6734608"/>
                                </a:lnTo>
                                <a:lnTo>
                                  <a:pt x="2508807" y="6733670"/>
                                </a:lnTo>
                                <a:lnTo>
                                  <a:pt x="2511096" y="6734139"/>
                                </a:lnTo>
                                <a:lnTo>
                                  <a:pt x="2504000" y="6732028"/>
                                </a:lnTo>
                                <a:lnTo>
                                  <a:pt x="2520482" y="6736484"/>
                                </a:lnTo>
                                <a:lnTo>
                                  <a:pt x="2510410" y="6733670"/>
                                </a:lnTo>
                                <a:lnTo>
                                  <a:pt x="2519108" y="6735780"/>
                                </a:lnTo>
                                <a:lnTo>
                                  <a:pt x="2493804" y="6729241"/>
                                </a:lnTo>
                                <a:lnTo>
                                  <a:pt x="2500313" y="6730999"/>
                                </a:lnTo>
                                <a:lnTo>
                                  <a:pt x="2492310" y="6728999"/>
                                </a:lnTo>
                                <a:lnTo>
                                  <a:pt x="2492840" y="6729170"/>
                                </a:lnTo>
                                <a:lnTo>
                                  <a:pt x="2493963" y="6729412"/>
                                </a:lnTo>
                                <a:lnTo>
                                  <a:pt x="2492984" y="6729216"/>
                                </a:lnTo>
                                <a:lnTo>
                                  <a:pt x="2493237" y="6729298"/>
                                </a:lnTo>
                                <a:lnTo>
                                  <a:pt x="2492954" y="6729210"/>
                                </a:lnTo>
                                <a:lnTo>
                                  <a:pt x="2486025" y="6727824"/>
                                </a:lnTo>
                                <a:lnTo>
                                  <a:pt x="2490284" y="6728618"/>
                                </a:lnTo>
                                <a:lnTo>
                                  <a:pt x="2492785" y="6729158"/>
                                </a:lnTo>
                                <a:lnTo>
                                  <a:pt x="2492110" y="6728949"/>
                                </a:lnTo>
                                <a:lnTo>
                                  <a:pt x="2487582" y="6727817"/>
                                </a:lnTo>
                                <a:lnTo>
                                  <a:pt x="2487213" y="6727724"/>
                                </a:lnTo>
                                <a:lnTo>
                                  <a:pt x="2487470" y="6727785"/>
                                </a:lnTo>
                                <a:lnTo>
                                  <a:pt x="2489329" y="6728221"/>
                                </a:lnTo>
                                <a:lnTo>
                                  <a:pt x="2489598" y="6728221"/>
                                </a:lnTo>
                                <a:lnTo>
                                  <a:pt x="2482597" y="6726555"/>
                                </a:lnTo>
                                <a:lnTo>
                                  <a:pt x="2482596" y="6726555"/>
                                </a:lnTo>
                                <a:lnTo>
                                  <a:pt x="2482688" y="6726593"/>
                                </a:lnTo>
                                <a:lnTo>
                                  <a:pt x="2487213" y="6727724"/>
                                </a:lnTo>
                                <a:lnTo>
                                  <a:pt x="2483064" y="6726750"/>
                                </a:lnTo>
                                <a:lnTo>
                                  <a:pt x="2484121" y="6727190"/>
                                </a:lnTo>
                                <a:lnTo>
                                  <a:pt x="2482169" y="6726539"/>
                                </a:lnTo>
                                <a:lnTo>
                                  <a:pt x="2478345" y="6725641"/>
                                </a:lnTo>
                                <a:lnTo>
                                  <a:pt x="2478803" y="6725641"/>
                                </a:lnTo>
                                <a:lnTo>
                                  <a:pt x="2474913" y="6724649"/>
                                </a:lnTo>
                                <a:lnTo>
                                  <a:pt x="2481275" y="6726240"/>
                                </a:lnTo>
                                <a:lnTo>
                                  <a:pt x="2482787" y="6726555"/>
                                </a:lnTo>
                                <a:lnTo>
                                  <a:pt x="2482763" y="6726555"/>
                                </a:lnTo>
                                <a:lnTo>
                                  <a:pt x="2483576" y="6726727"/>
                                </a:lnTo>
                                <a:lnTo>
                                  <a:pt x="2477634" y="6725309"/>
                                </a:lnTo>
                                <a:lnTo>
                                  <a:pt x="2476697" y="6725020"/>
                                </a:lnTo>
                                <a:lnTo>
                                  <a:pt x="2478768" y="6725519"/>
                                </a:lnTo>
                                <a:lnTo>
                                  <a:pt x="2475590" y="6724679"/>
                                </a:lnTo>
                                <a:lnTo>
                                  <a:pt x="2472872" y="6723841"/>
                                </a:lnTo>
                                <a:lnTo>
                                  <a:pt x="2470830" y="6723422"/>
                                </a:lnTo>
                                <a:lnTo>
                                  <a:pt x="2475590" y="6724679"/>
                                </a:lnTo>
                                <a:lnTo>
                                  <a:pt x="2476697" y="6725020"/>
                                </a:lnTo>
                                <a:lnTo>
                                  <a:pt x="2463071" y="6721741"/>
                                </a:lnTo>
                                <a:lnTo>
                                  <a:pt x="2455182" y="6719438"/>
                                </a:lnTo>
                                <a:lnTo>
                                  <a:pt x="2460171" y="6720696"/>
                                </a:lnTo>
                                <a:lnTo>
                                  <a:pt x="2455637" y="6719438"/>
                                </a:lnTo>
                                <a:lnTo>
                                  <a:pt x="2473015" y="6723764"/>
                                </a:lnTo>
                                <a:lnTo>
                                  <a:pt x="2473098" y="6723841"/>
                                </a:lnTo>
                                <a:lnTo>
                                  <a:pt x="2473325" y="6723841"/>
                                </a:lnTo>
                                <a:lnTo>
                                  <a:pt x="2473015" y="6723764"/>
                                </a:lnTo>
                                <a:lnTo>
                                  <a:pt x="2472872" y="6723632"/>
                                </a:lnTo>
                                <a:lnTo>
                                  <a:pt x="2484262" y="6726872"/>
                                </a:lnTo>
                                <a:lnTo>
                                  <a:pt x="2487470" y="6727551"/>
                                </a:lnTo>
                                <a:lnTo>
                                  <a:pt x="2486354" y="6727229"/>
                                </a:lnTo>
                                <a:lnTo>
                                  <a:pt x="2487833" y="6727628"/>
                                </a:lnTo>
                                <a:lnTo>
                                  <a:pt x="2487895" y="6727641"/>
                                </a:lnTo>
                                <a:lnTo>
                                  <a:pt x="2483252" y="6726201"/>
                                </a:lnTo>
                                <a:lnTo>
                                  <a:pt x="2485440" y="6726778"/>
                                </a:lnTo>
                                <a:lnTo>
                                  <a:pt x="2488519" y="6727773"/>
                                </a:lnTo>
                                <a:lnTo>
                                  <a:pt x="2489807" y="6728046"/>
                                </a:lnTo>
                                <a:lnTo>
                                  <a:pt x="2489200" y="6727824"/>
                                </a:lnTo>
                                <a:lnTo>
                                  <a:pt x="2490093" y="6728106"/>
                                </a:lnTo>
                                <a:lnTo>
                                  <a:pt x="2493863" y="6728905"/>
                                </a:lnTo>
                                <a:lnTo>
                                  <a:pt x="2488649" y="6727571"/>
                                </a:lnTo>
                                <a:lnTo>
                                  <a:pt x="2498677" y="6730033"/>
                                </a:lnTo>
                                <a:lnTo>
                                  <a:pt x="2497138" y="6729412"/>
                                </a:lnTo>
                                <a:lnTo>
                                  <a:pt x="2501901" y="6731000"/>
                                </a:lnTo>
                                <a:lnTo>
                                  <a:pt x="2501072" y="6731000"/>
                                </a:lnTo>
                                <a:lnTo>
                                  <a:pt x="2500003" y="6730569"/>
                                </a:lnTo>
                                <a:lnTo>
                                  <a:pt x="2493273" y="6729038"/>
                                </a:lnTo>
                                <a:lnTo>
                                  <a:pt x="2492789" y="6728959"/>
                                </a:lnTo>
                                <a:lnTo>
                                  <a:pt x="2492555" y="6728885"/>
                                </a:lnTo>
                                <a:lnTo>
                                  <a:pt x="2492748" y="6728919"/>
                                </a:lnTo>
                                <a:lnTo>
                                  <a:pt x="2492444" y="6728850"/>
                                </a:lnTo>
                                <a:lnTo>
                                  <a:pt x="2492555" y="6728885"/>
                                </a:lnTo>
                                <a:lnTo>
                                  <a:pt x="2492355" y="6728850"/>
                                </a:lnTo>
                                <a:lnTo>
                                  <a:pt x="2492775" y="6728963"/>
                                </a:lnTo>
                                <a:lnTo>
                                  <a:pt x="2496470" y="6729857"/>
                                </a:lnTo>
                                <a:lnTo>
                                  <a:pt x="2493229" y="6729086"/>
                                </a:lnTo>
                                <a:lnTo>
                                  <a:pt x="2493786" y="6729236"/>
                                </a:lnTo>
                                <a:lnTo>
                                  <a:pt x="2511096" y="6733670"/>
                                </a:lnTo>
                                <a:lnTo>
                                  <a:pt x="2503542" y="6731324"/>
                                </a:lnTo>
                                <a:lnTo>
                                  <a:pt x="2508163" y="6732552"/>
                                </a:lnTo>
                                <a:lnTo>
                                  <a:pt x="2511325" y="6733435"/>
                                </a:lnTo>
                                <a:lnTo>
                                  <a:pt x="2511268" y="6733376"/>
                                </a:lnTo>
                                <a:lnTo>
                                  <a:pt x="2515904" y="6734608"/>
                                </a:lnTo>
                                <a:lnTo>
                                  <a:pt x="2511251" y="6733360"/>
                                </a:lnTo>
                                <a:lnTo>
                                  <a:pt x="2511075" y="6733179"/>
                                </a:lnTo>
                                <a:lnTo>
                                  <a:pt x="2523229" y="6736484"/>
                                </a:lnTo>
                                <a:lnTo>
                                  <a:pt x="2522466" y="6736149"/>
                                </a:lnTo>
                                <a:lnTo>
                                  <a:pt x="2523687" y="6736484"/>
                                </a:lnTo>
                                <a:lnTo>
                                  <a:pt x="2521627" y="6735780"/>
                                </a:lnTo>
                                <a:lnTo>
                                  <a:pt x="2522466" y="6736149"/>
                                </a:lnTo>
                                <a:lnTo>
                                  <a:pt x="2510867" y="6732966"/>
                                </a:lnTo>
                                <a:lnTo>
                                  <a:pt x="2511075" y="6733179"/>
                                </a:lnTo>
                                <a:lnTo>
                                  <a:pt x="2486144" y="6726400"/>
                                </a:lnTo>
                                <a:lnTo>
                                  <a:pt x="2467373" y="6721006"/>
                                </a:lnTo>
                                <a:lnTo>
                                  <a:pt x="2466777" y="6720830"/>
                                </a:lnTo>
                                <a:lnTo>
                                  <a:pt x="2476764" y="6723994"/>
                                </a:lnTo>
                                <a:lnTo>
                                  <a:pt x="2477726" y="6724433"/>
                                </a:lnTo>
                                <a:lnTo>
                                  <a:pt x="2465874" y="6720564"/>
                                </a:lnTo>
                                <a:lnTo>
                                  <a:pt x="2449304" y="6715684"/>
                                </a:lnTo>
                                <a:lnTo>
                                  <a:pt x="2473325" y="6723062"/>
                                </a:lnTo>
                                <a:lnTo>
                                  <a:pt x="2452887" y="6717504"/>
                                </a:lnTo>
                                <a:lnTo>
                                  <a:pt x="2412751" y="6705600"/>
                                </a:lnTo>
                                <a:lnTo>
                                  <a:pt x="2443156" y="6714858"/>
                                </a:lnTo>
                                <a:lnTo>
                                  <a:pt x="2442471" y="6714671"/>
                                </a:lnTo>
                                <a:lnTo>
                                  <a:pt x="2443656" y="6715010"/>
                                </a:lnTo>
                                <a:lnTo>
                                  <a:pt x="2452226" y="6717619"/>
                                </a:lnTo>
                                <a:lnTo>
                                  <a:pt x="2420011" y="6708548"/>
                                </a:lnTo>
                                <a:lnTo>
                                  <a:pt x="2407039" y="6704644"/>
                                </a:lnTo>
                                <a:lnTo>
                                  <a:pt x="2425590" y="6710577"/>
                                </a:lnTo>
                                <a:lnTo>
                                  <a:pt x="2424540" y="6710263"/>
                                </a:lnTo>
                                <a:lnTo>
                                  <a:pt x="2426667" y="6710958"/>
                                </a:lnTo>
                                <a:lnTo>
                                  <a:pt x="2426637" y="6710958"/>
                                </a:lnTo>
                                <a:lnTo>
                                  <a:pt x="2406839" y="6704584"/>
                                </a:lnTo>
                                <a:lnTo>
                                  <a:pt x="2404479" y="6703874"/>
                                </a:lnTo>
                                <a:lnTo>
                                  <a:pt x="2398078" y="6702356"/>
                                </a:lnTo>
                                <a:lnTo>
                                  <a:pt x="2387600" y="6699249"/>
                                </a:lnTo>
                                <a:lnTo>
                                  <a:pt x="2403742" y="6703652"/>
                                </a:lnTo>
                                <a:lnTo>
                                  <a:pt x="2398912" y="6702198"/>
                                </a:lnTo>
                                <a:lnTo>
                                  <a:pt x="2396416" y="6701517"/>
                                </a:lnTo>
                                <a:lnTo>
                                  <a:pt x="2395963" y="6701291"/>
                                </a:lnTo>
                                <a:lnTo>
                                  <a:pt x="2397353" y="6701569"/>
                                </a:lnTo>
                                <a:lnTo>
                                  <a:pt x="2420951" y="6708572"/>
                                </a:lnTo>
                                <a:lnTo>
                                  <a:pt x="2426817" y="6710362"/>
                                </a:lnTo>
                                <a:lnTo>
                                  <a:pt x="2425456" y="6709909"/>
                                </a:lnTo>
                                <a:lnTo>
                                  <a:pt x="2420951" y="6708572"/>
                                </a:lnTo>
                                <a:lnTo>
                                  <a:pt x="2403261" y="6703172"/>
                                </a:lnTo>
                                <a:lnTo>
                                  <a:pt x="2405491" y="6703785"/>
                                </a:lnTo>
                                <a:lnTo>
                                  <a:pt x="2399727" y="6702043"/>
                                </a:lnTo>
                                <a:lnTo>
                                  <a:pt x="2401634" y="6702425"/>
                                </a:lnTo>
                                <a:lnTo>
                                  <a:pt x="2397906" y="6701493"/>
                                </a:lnTo>
                                <a:lnTo>
                                  <a:pt x="2375323" y="6694668"/>
                                </a:lnTo>
                                <a:lnTo>
                                  <a:pt x="2373913" y="6694242"/>
                                </a:lnTo>
                                <a:lnTo>
                                  <a:pt x="2372995" y="6693849"/>
                                </a:lnTo>
                                <a:lnTo>
                                  <a:pt x="2373625" y="6694043"/>
                                </a:lnTo>
                                <a:lnTo>
                                  <a:pt x="2390518" y="6699250"/>
                                </a:lnTo>
                                <a:lnTo>
                                  <a:pt x="2350816" y="6686323"/>
                                </a:lnTo>
                                <a:lnTo>
                                  <a:pt x="2347413" y="6685416"/>
                                </a:lnTo>
                                <a:lnTo>
                                  <a:pt x="2346959" y="6685189"/>
                                </a:lnTo>
                                <a:lnTo>
                                  <a:pt x="2346959" y="6685300"/>
                                </a:lnTo>
                                <a:lnTo>
                                  <a:pt x="2336857" y="6682252"/>
                                </a:lnTo>
                                <a:lnTo>
                                  <a:pt x="2331305" y="6680426"/>
                                </a:lnTo>
                                <a:lnTo>
                                  <a:pt x="2336069" y="6682014"/>
                                </a:lnTo>
                                <a:lnTo>
                                  <a:pt x="2336857" y="6682252"/>
                                </a:lnTo>
                                <a:lnTo>
                                  <a:pt x="2348547" y="6686096"/>
                                </a:lnTo>
                                <a:lnTo>
                                  <a:pt x="2348411" y="6685960"/>
                                </a:lnTo>
                                <a:lnTo>
                                  <a:pt x="2350518" y="6686750"/>
                                </a:lnTo>
                                <a:lnTo>
                                  <a:pt x="2330004" y="6680125"/>
                                </a:lnTo>
                                <a:lnTo>
                                  <a:pt x="2325984" y="6678810"/>
                                </a:lnTo>
                                <a:lnTo>
                                  <a:pt x="2330451" y="6681787"/>
                                </a:lnTo>
                                <a:lnTo>
                                  <a:pt x="2329718" y="6681434"/>
                                </a:lnTo>
                                <a:lnTo>
                                  <a:pt x="2325957" y="6678801"/>
                                </a:lnTo>
                                <a:lnTo>
                                  <a:pt x="2314290" y="6674984"/>
                                </a:lnTo>
                                <a:lnTo>
                                  <a:pt x="2318600" y="6676344"/>
                                </a:lnTo>
                                <a:lnTo>
                                  <a:pt x="2314063" y="6674757"/>
                                </a:lnTo>
                                <a:lnTo>
                                  <a:pt x="2313382" y="6674530"/>
                                </a:lnTo>
                                <a:lnTo>
                                  <a:pt x="2282069" y="6664096"/>
                                </a:lnTo>
                                <a:lnTo>
                                  <a:pt x="2240104" y="6647769"/>
                                </a:lnTo>
                                <a:lnTo>
                                  <a:pt x="2198360" y="6631214"/>
                                </a:lnTo>
                                <a:lnTo>
                                  <a:pt x="2156616" y="6614432"/>
                                </a:lnTo>
                                <a:lnTo>
                                  <a:pt x="2115326" y="6596969"/>
                                </a:lnTo>
                                <a:lnTo>
                                  <a:pt x="2074262" y="6579280"/>
                                </a:lnTo>
                                <a:lnTo>
                                  <a:pt x="2058558" y="6572303"/>
                                </a:lnTo>
                                <a:close/>
                                <a:moveTo>
                                  <a:pt x="2036602" y="6567714"/>
                                </a:moveTo>
                                <a:lnTo>
                                  <a:pt x="2047492" y="6572703"/>
                                </a:lnTo>
                                <a:lnTo>
                                  <a:pt x="2047038" y="6572703"/>
                                </a:lnTo>
                                <a:lnTo>
                                  <a:pt x="2036602" y="6567714"/>
                                </a:lnTo>
                                <a:close/>
                                <a:moveTo>
                                  <a:pt x="1956517" y="6531882"/>
                                </a:moveTo>
                                <a:lnTo>
                                  <a:pt x="1957425" y="6532335"/>
                                </a:lnTo>
                                <a:lnTo>
                                  <a:pt x="1956971" y="6532109"/>
                                </a:lnTo>
                                <a:lnTo>
                                  <a:pt x="1956517" y="6531882"/>
                                </a:lnTo>
                                <a:close/>
                                <a:moveTo>
                                  <a:pt x="1867870" y="6481848"/>
                                </a:moveTo>
                                <a:lnTo>
                                  <a:pt x="1870988" y="6483123"/>
                                </a:lnTo>
                                <a:lnTo>
                                  <a:pt x="1875525" y="6485844"/>
                                </a:lnTo>
                                <a:lnTo>
                                  <a:pt x="1867870" y="6481848"/>
                                </a:lnTo>
                                <a:close/>
                                <a:moveTo>
                                  <a:pt x="1857375" y="6477680"/>
                                </a:moveTo>
                                <a:lnTo>
                                  <a:pt x="1871895" y="6484937"/>
                                </a:lnTo>
                                <a:lnTo>
                                  <a:pt x="1912051" y="6504667"/>
                                </a:lnTo>
                                <a:lnTo>
                                  <a:pt x="1952434" y="6523717"/>
                                </a:lnTo>
                                <a:lnTo>
                                  <a:pt x="1992816" y="6542767"/>
                                </a:lnTo>
                                <a:lnTo>
                                  <a:pt x="2033426" y="6561137"/>
                                </a:lnTo>
                                <a:lnTo>
                                  <a:pt x="2058558" y="6572303"/>
                                </a:lnTo>
                                <a:lnTo>
                                  <a:pt x="2037510" y="6563632"/>
                                </a:lnTo>
                                <a:lnTo>
                                  <a:pt x="2000303" y="6547757"/>
                                </a:lnTo>
                                <a:lnTo>
                                  <a:pt x="1981927" y="6539819"/>
                                </a:lnTo>
                                <a:lnTo>
                                  <a:pt x="1963323" y="6531428"/>
                                </a:lnTo>
                                <a:lnTo>
                                  <a:pt x="1945174" y="6523037"/>
                                </a:lnTo>
                                <a:lnTo>
                                  <a:pt x="1926798" y="6514192"/>
                                </a:lnTo>
                                <a:lnTo>
                                  <a:pt x="1908875" y="6505575"/>
                                </a:lnTo>
                                <a:lnTo>
                                  <a:pt x="1891179" y="6496276"/>
                                </a:lnTo>
                                <a:lnTo>
                                  <a:pt x="1873257" y="6486751"/>
                                </a:lnTo>
                                <a:lnTo>
                                  <a:pt x="1857375" y="6477680"/>
                                </a:lnTo>
                                <a:close/>
                                <a:moveTo>
                                  <a:pt x="1834689" y="6464526"/>
                                </a:moveTo>
                                <a:lnTo>
                                  <a:pt x="1867870" y="6481848"/>
                                </a:lnTo>
                                <a:lnTo>
                                  <a:pt x="1865997" y="6481082"/>
                                </a:lnTo>
                                <a:lnTo>
                                  <a:pt x="1861006" y="6478814"/>
                                </a:lnTo>
                                <a:lnTo>
                                  <a:pt x="1855788" y="6476773"/>
                                </a:lnTo>
                                <a:lnTo>
                                  <a:pt x="1857375" y="6477680"/>
                                </a:lnTo>
                                <a:lnTo>
                                  <a:pt x="1840454" y="6469223"/>
                                </a:lnTo>
                                <a:lnTo>
                                  <a:pt x="1848301" y="6471784"/>
                                </a:lnTo>
                                <a:lnTo>
                                  <a:pt x="1841495" y="6468155"/>
                                </a:lnTo>
                                <a:lnTo>
                                  <a:pt x="1834689" y="6464526"/>
                                </a:lnTo>
                                <a:close/>
                                <a:moveTo>
                                  <a:pt x="1759306" y="6427457"/>
                                </a:moveTo>
                                <a:lnTo>
                                  <a:pt x="1792037" y="6444569"/>
                                </a:lnTo>
                                <a:lnTo>
                                  <a:pt x="1831966" y="6464980"/>
                                </a:lnTo>
                                <a:lnTo>
                                  <a:pt x="1840454" y="6469223"/>
                                </a:lnTo>
                                <a:lnTo>
                                  <a:pt x="1837184" y="6468155"/>
                                </a:lnTo>
                                <a:lnTo>
                                  <a:pt x="1825160" y="6463392"/>
                                </a:lnTo>
                                <a:lnTo>
                                  <a:pt x="1813136" y="6458403"/>
                                </a:lnTo>
                                <a:lnTo>
                                  <a:pt x="1800885" y="6452507"/>
                                </a:lnTo>
                                <a:lnTo>
                                  <a:pt x="1788861" y="6446384"/>
                                </a:lnTo>
                                <a:lnTo>
                                  <a:pt x="1783190" y="6443209"/>
                                </a:lnTo>
                                <a:lnTo>
                                  <a:pt x="1777518" y="6439807"/>
                                </a:lnTo>
                                <a:lnTo>
                                  <a:pt x="1772073" y="6436405"/>
                                </a:lnTo>
                                <a:lnTo>
                                  <a:pt x="1766855" y="6433003"/>
                                </a:lnTo>
                                <a:lnTo>
                                  <a:pt x="1761864" y="6429375"/>
                                </a:lnTo>
                                <a:lnTo>
                                  <a:pt x="1759306" y="6427457"/>
                                </a:lnTo>
                                <a:close/>
                                <a:moveTo>
                                  <a:pt x="4750689" y="6426200"/>
                                </a:moveTo>
                                <a:lnTo>
                                  <a:pt x="4752975" y="6426761"/>
                                </a:lnTo>
                                <a:lnTo>
                                  <a:pt x="4752594" y="6428441"/>
                                </a:lnTo>
                                <a:lnTo>
                                  <a:pt x="4752404" y="6428628"/>
                                </a:lnTo>
                                <a:lnTo>
                                  <a:pt x="4748212" y="6429375"/>
                                </a:lnTo>
                                <a:lnTo>
                                  <a:pt x="4750689" y="6426200"/>
                                </a:lnTo>
                                <a:close/>
                                <a:moveTo>
                                  <a:pt x="1633910" y="6359751"/>
                                </a:moveTo>
                                <a:lnTo>
                                  <a:pt x="1639355" y="6361112"/>
                                </a:lnTo>
                                <a:lnTo>
                                  <a:pt x="1645253" y="6362019"/>
                                </a:lnTo>
                                <a:lnTo>
                                  <a:pt x="1650925" y="6363153"/>
                                </a:lnTo>
                                <a:lnTo>
                                  <a:pt x="1656370" y="6363833"/>
                                </a:lnTo>
                                <a:lnTo>
                                  <a:pt x="1662268" y="6364287"/>
                                </a:lnTo>
                                <a:lnTo>
                                  <a:pt x="1668167" y="6364514"/>
                                </a:lnTo>
                                <a:lnTo>
                                  <a:pt x="1673612" y="6364287"/>
                                </a:lnTo>
                                <a:lnTo>
                                  <a:pt x="1679510" y="6364060"/>
                                </a:lnTo>
                                <a:lnTo>
                                  <a:pt x="1679737" y="6373132"/>
                                </a:lnTo>
                                <a:lnTo>
                                  <a:pt x="1665671" y="6367916"/>
                                </a:lnTo>
                                <a:lnTo>
                                  <a:pt x="1671797" y="6371091"/>
                                </a:lnTo>
                                <a:lnTo>
                                  <a:pt x="1678603" y="6374492"/>
                                </a:lnTo>
                                <a:lnTo>
                                  <a:pt x="1693576" y="6381523"/>
                                </a:lnTo>
                                <a:lnTo>
                                  <a:pt x="1710365" y="6389007"/>
                                </a:lnTo>
                                <a:lnTo>
                                  <a:pt x="1719213" y="6392862"/>
                                </a:lnTo>
                                <a:lnTo>
                                  <a:pt x="1727607" y="6397171"/>
                                </a:lnTo>
                                <a:lnTo>
                                  <a:pt x="1736228" y="6401480"/>
                                </a:lnTo>
                                <a:lnTo>
                                  <a:pt x="1744395" y="6406016"/>
                                </a:lnTo>
                                <a:lnTo>
                                  <a:pt x="1752562" y="6410778"/>
                                </a:lnTo>
                                <a:lnTo>
                                  <a:pt x="1760049" y="6415541"/>
                                </a:lnTo>
                                <a:lnTo>
                                  <a:pt x="1766855" y="6420757"/>
                                </a:lnTo>
                                <a:lnTo>
                                  <a:pt x="1770031" y="6423025"/>
                                </a:lnTo>
                                <a:lnTo>
                                  <a:pt x="1773207" y="6425746"/>
                                </a:lnTo>
                                <a:lnTo>
                                  <a:pt x="1775930" y="6428694"/>
                                </a:lnTo>
                                <a:lnTo>
                                  <a:pt x="1778425" y="6431416"/>
                                </a:lnTo>
                                <a:lnTo>
                                  <a:pt x="1780921" y="6434364"/>
                                </a:lnTo>
                                <a:lnTo>
                                  <a:pt x="1782963" y="6437085"/>
                                </a:lnTo>
                                <a:lnTo>
                                  <a:pt x="1757326" y="6425973"/>
                                </a:lnTo>
                                <a:lnTo>
                                  <a:pt x="1759306" y="6427457"/>
                                </a:lnTo>
                                <a:lnTo>
                                  <a:pt x="1752562" y="6423932"/>
                                </a:lnTo>
                                <a:lnTo>
                                  <a:pt x="1712860" y="6402614"/>
                                </a:lnTo>
                                <a:lnTo>
                                  <a:pt x="1673385" y="6381296"/>
                                </a:lnTo>
                                <a:lnTo>
                                  <a:pt x="1633910" y="6359751"/>
                                </a:lnTo>
                                <a:close/>
                                <a:moveTo>
                                  <a:pt x="4843408" y="6307074"/>
                                </a:moveTo>
                                <a:lnTo>
                                  <a:pt x="4828603" y="6317742"/>
                                </a:lnTo>
                                <a:lnTo>
                                  <a:pt x="4833386" y="6314853"/>
                                </a:lnTo>
                                <a:lnTo>
                                  <a:pt x="4832636" y="6316499"/>
                                </a:lnTo>
                                <a:lnTo>
                                  <a:pt x="4843463" y="6310312"/>
                                </a:lnTo>
                                <a:lnTo>
                                  <a:pt x="4843232" y="6310511"/>
                                </a:lnTo>
                                <a:lnTo>
                                  <a:pt x="4834897" y="6315670"/>
                                </a:lnTo>
                                <a:lnTo>
                                  <a:pt x="4832607" y="6316562"/>
                                </a:lnTo>
                                <a:lnTo>
                                  <a:pt x="4832475" y="6316853"/>
                                </a:lnTo>
                                <a:lnTo>
                                  <a:pt x="4832475" y="6317297"/>
                                </a:lnTo>
                                <a:lnTo>
                                  <a:pt x="4834980" y="6316186"/>
                                </a:lnTo>
                                <a:lnTo>
                                  <a:pt x="4832930" y="6317297"/>
                                </a:lnTo>
                                <a:lnTo>
                                  <a:pt x="4835160" y="6316186"/>
                                </a:lnTo>
                                <a:lnTo>
                                  <a:pt x="4835208" y="6316162"/>
                                </a:lnTo>
                                <a:lnTo>
                                  <a:pt x="4843636" y="6311963"/>
                                </a:lnTo>
                                <a:lnTo>
                                  <a:pt x="4831108" y="6319742"/>
                                </a:lnTo>
                                <a:lnTo>
                                  <a:pt x="4834525" y="6317964"/>
                                </a:lnTo>
                                <a:lnTo>
                                  <a:pt x="4832930" y="6320409"/>
                                </a:lnTo>
                                <a:lnTo>
                                  <a:pt x="4835664" y="6321076"/>
                                </a:lnTo>
                                <a:lnTo>
                                  <a:pt x="4832247" y="6322854"/>
                                </a:lnTo>
                                <a:lnTo>
                                  <a:pt x="4841813" y="6318186"/>
                                </a:lnTo>
                                <a:lnTo>
                                  <a:pt x="4848419" y="6316408"/>
                                </a:lnTo>
                                <a:lnTo>
                                  <a:pt x="4855252" y="6312852"/>
                                </a:lnTo>
                                <a:lnTo>
                                  <a:pt x="4856163" y="6312408"/>
                                </a:lnTo>
                                <a:lnTo>
                                  <a:pt x="4852291" y="6317742"/>
                                </a:lnTo>
                                <a:lnTo>
                                  <a:pt x="4844775" y="6321743"/>
                                </a:lnTo>
                                <a:lnTo>
                                  <a:pt x="4842497" y="6324410"/>
                                </a:lnTo>
                                <a:lnTo>
                                  <a:pt x="4840447" y="6322854"/>
                                </a:lnTo>
                                <a:lnTo>
                                  <a:pt x="4836347" y="6323298"/>
                                </a:lnTo>
                                <a:lnTo>
                                  <a:pt x="4835891" y="6323298"/>
                                </a:lnTo>
                                <a:lnTo>
                                  <a:pt x="4833841" y="6325076"/>
                                </a:lnTo>
                                <a:lnTo>
                                  <a:pt x="4831791" y="6324854"/>
                                </a:lnTo>
                                <a:lnTo>
                                  <a:pt x="4830653" y="6329744"/>
                                </a:lnTo>
                                <a:lnTo>
                                  <a:pt x="4834525" y="6327521"/>
                                </a:lnTo>
                                <a:lnTo>
                                  <a:pt x="4835208" y="6327743"/>
                                </a:lnTo>
                                <a:lnTo>
                                  <a:pt x="4834525" y="6329299"/>
                                </a:lnTo>
                                <a:lnTo>
                                  <a:pt x="4823364" y="6334855"/>
                                </a:lnTo>
                                <a:lnTo>
                                  <a:pt x="4826553" y="6328855"/>
                                </a:lnTo>
                                <a:lnTo>
                                  <a:pt x="4825642" y="6328855"/>
                                </a:lnTo>
                                <a:lnTo>
                                  <a:pt x="4821769" y="6332855"/>
                                </a:lnTo>
                                <a:lnTo>
                                  <a:pt x="4821086" y="6333077"/>
                                </a:lnTo>
                                <a:lnTo>
                                  <a:pt x="4817669" y="6331966"/>
                                </a:lnTo>
                                <a:lnTo>
                                  <a:pt x="4816075" y="6331299"/>
                                </a:lnTo>
                                <a:lnTo>
                                  <a:pt x="4810836" y="6334411"/>
                                </a:lnTo>
                                <a:lnTo>
                                  <a:pt x="4803775" y="6337300"/>
                                </a:lnTo>
                                <a:lnTo>
                                  <a:pt x="4823136" y="6320854"/>
                                </a:lnTo>
                                <a:lnTo>
                                  <a:pt x="4830880" y="6314408"/>
                                </a:lnTo>
                                <a:lnTo>
                                  <a:pt x="4830880" y="6314630"/>
                                </a:lnTo>
                                <a:lnTo>
                                  <a:pt x="4831108" y="6314408"/>
                                </a:lnTo>
                                <a:lnTo>
                                  <a:pt x="4837555" y="6309490"/>
                                </a:lnTo>
                                <a:lnTo>
                                  <a:pt x="4843408" y="6307074"/>
                                </a:lnTo>
                                <a:close/>
                                <a:moveTo>
                                  <a:pt x="4844775" y="6303962"/>
                                </a:moveTo>
                                <a:lnTo>
                                  <a:pt x="4843636" y="6304851"/>
                                </a:lnTo>
                                <a:lnTo>
                                  <a:pt x="4837555" y="6309490"/>
                                </a:lnTo>
                                <a:lnTo>
                                  <a:pt x="4837486" y="6309519"/>
                                </a:lnTo>
                                <a:lnTo>
                                  <a:pt x="4844775" y="6303962"/>
                                </a:lnTo>
                                <a:close/>
                                <a:moveTo>
                                  <a:pt x="1418384" y="6153603"/>
                                </a:moveTo>
                                <a:lnTo>
                                  <a:pt x="1418384" y="6153830"/>
                                </a:lnTo>
                                <a:lnTo>
                                  <a:pt x="1421334" y="6155191"/>
                                </a:lnTo>
                                <a:lnTo>
                                  <a:pt x="1418384" y="6153603"/>
                                </a:lnTo>
                                <a:close/>
                                <a:moveTo>
                                  <a:pt x="1340796" y="6132512"/>
                                </a:moveTo>
                                <a:lnTo>
                                  <a:pt x="1343291" y="6134553"/>
                                </a:lnTo>
                                <a:lnTo>
                                  <a:pt x="1362348" y="6149067"/>
                                </a:lnTo>
                                <a:lnTo>
                                  <a:pt x="1358264" y="6145439"/>
                                </a:lnTo>
                                <a:lnTo>
                                  <a:pt x="1340796" y="6132512"/>
                                </a:lnTo>
                                <a:close/>
                                <a:moveTo>
                                  <a:pt x="1354635" y="6084433"/>
                                </a:moveTo>
                                <a:lnTo>
                                  <a:pt x="1360080" y="6088516"/>
                                </a:lnTo>
                                <a:lnTo>
                                  <a:pt x="1364843" y="6092825"/>
                                </a:lnTo>
                                <a:lnTo>
                                  <a:pt x="1354635" y="6084433"/>
                                </a:lnTo>
                                <a:close/>
                                <a:moveTo>
                                  <a:pt x="1257988" y="6064023"/>
                                </a:moveTo>
                                <a:lnTo>
                                  <a:pt x="1257988" y="6064250"/>
                                </a:lnTo>
                                <a:lnTo>
                                  <a:pt x="1259122" y="6064930"/>
                                </a:lnTo>
                                <a:lnTo>
                                  <a:pt x="1258215" y="6064250"/>
                                </a:lnTo>
                                <a:lnTo>
                                  <a:pt x="1257988" y="6064023"/>
                                </a:lnTo>
                                <a:close/>
                                <a:moveTo>
                                  <a:pt x="1264794" y="6063116"/>
                                </a:moveTo>
                                <a:lnTo>
                                  <a:pt x="1279314" y="6072641"/>
                                </a:lnTo>
                                <a:lnTo>
                                  <a:pt x="1278180" y="6071733"/>
                                </a:lnTo>
                                <a:lnTo>
                                  <a:pt x="1264794" y="6063116"/>
                                </a:lnTo>
                                <a:close/>
                                <a:moveTo>
                                  <a:pt x="1120279" y="5920694"/>
                                </a:moveTo>
                                <a:lnTo>
                                  <a:pt x="1120279" y="5920921"/>
                                </a:lnTo>
                                <a:lnTo>
                                  <a:pt x="1120506" y="5921375"/>
                                </a:lnTo>
                                <a:lnTo>
                                  <a:pt x="1120279" y="5920694"/>
                                </a:lnTo>
                                <a:close/>
                                <a:moveTo>
                                  <a:pt x="1076266" y="5877151"/>
                                </a:moveTo>
                                <a:lnTo>
                                  <a:pt x="1077173" y="5878058"/>
                                </a:lnTo>
                                <a:lnTo>
                                  <a:pt x="1077173" y="5877605"/>
                                </a:lnTo>
                                <a:lnTo>
                                  <a:pt x="1076266" y="5877151"/>
                                </a:lnTo>
                                <a:close/>
                                <a:moveTo>
                                  <a:pt x="1078308" y="5874430"/>
                                </a:moveTo>
                                <a:lnTo>
                                  <a:pt x="1078827" y="5875319"/>
                                </a:lnTo>
                                <a:lnTo>
                                  <a:pt x="1078535" y="5876925"/>
                                </a:lnTo>
                                <a:lnTo>
                                  <a:pt x="1081484" y="5879873"/>
                                </a:lnTo>
                                <a:lnTo>
                                  <a:pt x="1078827" y="5875319"/>
                                </a:lnTo>
                                <a:lnTo>
                                  <a:pt x="1078950" y="5874644"/>
                                </a:lnTo>
                                <a:lnTo>
                                  <a:pt x="1078989" y="5874657"/>
                                </a:lnTo>
                                <a:lnTo>
                                  <a:pt x="1078989" y="5874430"/>
                                </a:lnTo>
                                <a:lnTo>
                                  <a:pt x="1078950" y="5874644"/>
                                </a:lnTo>
                                <a:lnTo>
                                  <a:pt x="1078308" y="5874430"/>
                                </a:lnTo>
                                <a:close/>
                                <a:moveTo>
                                  <a:pt x="938783" y="5793241"/>
                                </a:moveTo>
                                <a:lnTo>
                                  <a:pt x="942867" y="5796869"/>
                                </a:lnTo>
                                <a:lnTo>
                                  <a:pt x="943042" y="5797011"/>
                                </a:lnTo>
                                <a:lnTo>
                                  <a:pt x="946724" y="5800271"/>
                                </a:lnTo>
                                <a:lnTo>
                                  <a:pt x="946497" y="5799817"/>
                                </a:lnTo>
                                <a:lnTo>
                                  <a:pt x="943042" y="5797011"/>
                                </a:lnTo>
                                <a:lnTo>
                                  <a:pt x="938783" y="5793241"/>
                                </a:lnTo>
                                <a:close/>
                                <a:moveTo>
                                  <a:pt x="1136651" y="5791199"/>
                                </a:moveTo>
                                <a:lnTo>
                                  <a:pt x="1137580" y="5791199"/>
                                </a:lnTo>
                                <a:lnTo>
                                  <a:pt x="1145943" y="5800492"/>
                                </a:lnTo>
                                <a:lnTo>
                                  <a:pt x="1146176" y="5800724"/>
                                </a:lnTo>
                                <a:lnTo>
                                  <a:pt x="1140600" y="5799330"/>
                                </a:lnTo>
                                <a:lnTo>
                                  <a:pt x="1136651" y="5791199"/>
                                </a:lnTo>
                                <a:close/>
                                <a:moveTo>
                                  <a:pt x="1130301" y="5759449"/>
                                </a:moveTo>
                                <a:lnTo>
                                  <a:pt x="1133211" y="5760625"/>
                                </a:lnTo>
                                <a:lnTo>
                                  <a:pt x="1133476" y="5765799"/>
                                </a:lnTo>
                                <a:lnTo>
                                  <a:pt x="1130301" y="5759449"/>
                                </a:lnTo>
                                <a:close/>
                                <a:moveTo>
                                  <a:pt x="870269" y="5726792"/>
                                </a:moveTo>
                                <a:lnTo>
                                  <a:pt x="870269" y="5727019"/>
                                </a:lnTo>
                                <a:lnTo>
                                  <a:pt x="871857" y="5728607"/>
                                </a:lnTo>
                                <a:lnTo>
                                  <a:pt x="870269" y="5726792"/>
                                </a:lnTo>
                                <a:close/>
                                <a:moveTo>
                                  <a:pt x="1100087" y="5617028"/>
                                </a:moveTo>
                                <a:lnTo>
                                  <a:pt x="1088744" y="5617935"/>
                                </a:lnTo>
                                <a:lnTo>
                                  <a:pt x="1087710" y="5618062"/>
                                </a:lnTo>
                                <a:lnTo>
                                  <a:pt x="1090332" y="5617708"/>
                                </a:lnTo>
                                <a:lnTo>
                                  <a:pt x="1100087" y="5617028"/>
                                </a:lnTo>
                                <a:close/>
                                <a:moveTo>
                                  <a:pt x="1100087" y="5617028"/>
                                </a:moveTo>
                                <a:lnTo>
                                  <a:pt x="1110297" y="5633357"/>
                                </a:lnTo>
                                <a:lnTo>
                                  <a:pt x="1119825" y="5649232"/>
                                </a:lnTo>
                                <a:lnTo>
                                  <a:pt x="1129127" y="5665107"/>
                                </a:lnTo>
                                <a:lnTo>
                                  <a:pt x="1133664" y="5673271"/>
                                </a:lnTo>
                                <a:lnTo>
                                  <a:pt x="1137975" y="5681208"/>
                                </a:lnTo>
                                <a:lnTo>
                                  <a:pt x="1142058" y="5689373"/>
                                </a:lnTo>
                                <a:lnTo>
                                  <a:pt x="1145915" y="5697764"/>
                                </a:lnTo>
                                <a:lnTo>
                                  <a:pt x="1149772" y="5705928"/>
                                </a:lnTo>
                                <a:lnTo>
                                  <a:pt x="1153401" y="5714319"/>
                                </a:lnTo>
                                <a:lnTo>
                                  <a:pt x="1157259" y="5722937"/>
                                </a:lnTo>
                                <a:lnTo>
                                  <a:pt x="1160662" y="5731782"/>
                                </a:lnTo>
                                <a:lnTo>
                                  <a:pt x="1163611" y="5740400"/>
                                </a:lnTo>
                                <a:lnTo>
                                  <a:pt x="1166787" y="5749698"/>
                                </a:lnTo>
                                <a:lnTo>
                                  <a:pt x="1151587" y="5753326"/>
                                </a:lnTo>
                                <a:lnTo>
                                  <a:pt x="1137067" y="5744482"/>
                                </a:lnTo>
                                <a:lnTo>
                                  <a:pt x="1145915" y="5754007"/>
                                </a:lnTo>
                                <a:lnTo>
                                  <a:pt x="1134345" y="5758769"/>
                                </a:lnTo>
                                <a:lnTo>
                                  <a:pt x="1135933" y="5753780"/>
                                </a:lnTo>
                                <a:lnTo>
                                  <a:pt x="1130941" y="5751512"/>
                                </a:lnTo>
                                <a:lnTo>
                                  <a:pt x="1122094" y="5755141"/>
                                </a:lnTo>
                                <a:lnTo>
                                  <a:pt x="1119825" y="5759450"/>
                                </a:lnTo>
                                <a:lnTo>
                                  <a:pt x="1132076" y="5770562"/>
                                </a:lnTo>
                                <a:lnTo>
                                  <a:pt x="1127539" y="5773283"/>
                                </a:lnTo>
                                <a:lnTo>
                                  <a:pt x="1135252" y="5794601"/>
                                </a:lnTo>
                                <a:lnTo>
                                  <a:pt x="1125497" y="5792787"/>
                                </a:lnTo>
                                <a:lnTo>
                                  <a:pt x="1129580" y="5803446"/>
                                </a:lnTo>
                                <a:lnTo>
                                  <a:pt x="1125043" y="5800725"/>
                                </a:lnTo>
                                <a:lnTo>
                                  <a:pt x="1130941" y="5817733"/>
                                </a:lnTo>
                                <a:lnTo>
                                  <a:pt x="1134118" y="5826125"/>
                                </a:lnTo>
                                <a:lnTo>
                                  <a:pt x="1137521" y="5834062"/>
                                </a:lnTo>
                                <a:lnTo>
                                  <a:pt x="1141150" y="5841773"/>
                                </a:lnTo>
                                <a:lnTo>
                                  <a:pt x="1145235" y="5849710"/>
                                </a:lnTo>
                                <a:lnTo>
                                  <a:pt x="1149772" y="5857194"/>
                                </a:lnTo>
                                <a:lnTo>
                                  <a:pt x="1152267" y="5861050"/>
                                </a:lnTo>
                                <a:lnTo>
                                  <a:pt x="1154990" y="5864678"/>
                                </a:lnTo>
                                <a:lnTo>
                                  <a:pt x="1149091" y="5862864"/>
                                </a:lnTo>
                                <a:lnTo>
                                  <a:pt x="1151814" y="5867853"/>
                                </a:lnTo>
                                <a:lnTo>
                                  <a:pt x="1147276" y="5865132"/>
                                </a:lnTo>
                                <a:lnTo>
                                  <a:pt x="1154763" y="5872842"/>
                                </a:lnTo>
                                <a:lnTo>
                                  <a:pt x="1162930" y="5880326"/>
                                </a:lnTo>
                                <a:lnTo>
                                  <a:pt x="1172005" y="5888264"/>
                                </a:lnTo>
                                <a:lnTo>
                                  <a:pt x="1181534" y="5896428"/>
                                </a:lnTo>
                                <a:lnTo>
                                  <a:pt x="1221008" y="5930219"/>
                                </a:lnTo>
                                <a:lnTo>
                                  <a:pt x="1230537" y="5938383"/>
                                </a:lnTo>
                                <a:lnTo>
                                  <a:pt x="1239838" y="5946548"/>
                                </a:lnTo>
                                <a:lnTo>
                                  <a:pt x="1248687" y="5954712"/>
                                </a:lnTo>
                                <a:lnTo>
                                  <a:pt x="1256627" y="5962423"/>
                                </a:lnTo>
                                <a:lnTo>
                                  <a:pt x="1263660" y="5969907"/>
                                </a:lnTo>
                                <a:lnTo>
                                  <a:pt x="1269786" y="5976710"/>
                                </a:lnTo>
                                <a:lnTo>
                                  <a:pt x="1272508" y="5980112"/>
                                </a:lnTo>
                                <a:lnTo>
                                  <a:pt x="1274776" y="5983287"/>
                                </a:lnTo>
                                <a:lnTo>
                                  <a:pt x="1276818" y="5986462"/>
                                </a:lnTo>
                                <a:lnTo>
                                  <a:pt x="1278407" y="5989410"/>
                                </a:lnTo>
                                <a:lnTo>
                                  <a:pt x="1405626" y="6130232"/>
                                </a:lnTo>
                                <a:lnTo>
                                  <a:pt x="1395771" y="6121621"/>
                                </a:lnTo>
                                <a:lnTo>
                                  <a:pt x="1392521" y="6118225"/>
                                </a:lnTo>
                                <a:lnTo>
                                  <a:pt x="1382766" y="6107566"/>
                                </a:lnTo>
                                <a:lnTo>
                                  <a:pt x="1373011" y="6096907"/>
                                </a:lnTo>
                                <a:lnTo>
                                  <a:pt x="1363936" y="6086928"/>
                                </a:lnTo>
                                <a:lnTo>
                                  <a:pt x="1359172" y="6082392"/>
                                </a:lnTo>
                                <a:lnTo>
                                  <a:pt x="1355088" y="6078310"/>
                                </a:lnTo>
                                <a:lnTo>
                                  <a:pt x="1351004" y="6074908"/>
                                </a:lnTo>
                                <a:lnTo>
                                  <a:pt x="1347374" y="6072414"/>
                                </a:lnTo>
                                <a:lnTo>
                                  <a:pt x="1345333" y="6071280"/>
                                </a:lnTo>
                                <a:lnTo>
                                  <a:pt x="1343745" y="6070373"/>
                                </a:lnTo>
                                <a:lnTo>
                                  <a:pt x="1341929" y="6069692"/>
                                </a:lnTo>
                                <a:lnTo>
                                  <a:pt x="1340569" y="6069466"/>
                                </a:lnTo>
                                <a:lnTo>
                                  <a:pt x="1320831" y="6056539"/>
                                </a:lnTo>
                                <a:lnTo>
                                  <a:pt x="1354635" y="6084433"/>
                                </a:lnTo>
                                <a:lnTo>
                                  <a:pt x="1348963" y="6080125"/>
                                </a:lnTo>
                                <a:lnTo>
                                  <a:pt x="1364617" y="6094185"/>
                                </a:lnTo>
                                <a:lnTo>
                                  <a:pt x="1380724" y="6108473"/>
                                </a:lnTo>
                                <a:lnTo>
                                  <a:pt x="1395771" y="6121621"/>
                                </a:lnTo>
                                <a:lnTo>
                                  <a:pt x="1397512" y="6123441"/>
                                </a:lnTo>
                                <a:lnTo>
                                  <a:pt x="1402277" y="6128203"/>
                                </a:lnTo>
                                <a:lnTo>
                                  <a:pt x="1407041" y="6132512"/>
                                </a:lnTo>
                                <a:lnTo>
                                  <a:pt x="1411579" y="6136821"/>
                                </a:lnTo>
                                <a:lnTo>
                                  <a:pt x="1405626" y="6130232"/>
                                </a:lnTo>
                                <a:lnTo>
                                  <a:pt x="1413167" y="6136821"/>
                                </a:lnTo>
                                <a:lnTo>
                                  <a:pt x="1429274" y="6151108"/>
                                </a:lnTo>
                                <a:lnTo>
                                  <a:pt x="1444928" y="6165396"/>
                                </a:lnTo>
                                <a:lnTo>
                                  <a:pt x="1452415" y="6172653"/>
                                </a:lnTo>
                                <a:lnTo>
                                  <a:pt x="1459674" y="6179910"/>
                                </a:lnTo>
                                <a:lnTo>
                                  <a:pt x="1466935" y="6187621"/>
                                </a:lnTo>
                                <a:lnTo>
                                  <a:pt x="1473740" y="6194878"/>
                                </a:lnTo>
                                <a:lnTo>
                                  <a:pt x="1479639" y="6199187"/>
                                </a:lnTo>
                                <a:lnTo>
                                  <a:pt x="1485764" y="6204176"/>
                                </a:lnTo>
                                <a:lnTo>
                                  <a:pt x="1491436" y="6209392"/>
                                </a:lnTo>
                                <a:lnTo>
                                  <a:pt x="1497335" y="6214835"/>
                                </a:lnTo>
                                <a:lnTo>
                                  <a:pt x="1502780" y="6220505"/>
                                </a:lnTo>
                                <a:lnTo>
                                  <a:pt x="1507771" y="6226175"/>
                                </a:lnTo>
                                <a:lnTo>
                                  <a:pt x="1512535" y="6232071"/>
                                </a:lnTo>
                                <a:lnTo>
                                  <a:pt x="1516165" y="6237287"/>
                                </a:lnTo>
                                <a:lnTo>
                                  <a:pt x="1511401" y="6235926"/>
                                </a:lnTo>
                                <a:lnTo>
                                  <a:pt x="1506636" y="6238875"/>
                                </a:lnTo>
                                <a:lnTo>
                                  <a:pt x="1487580" y="6228896"/>
                                </a:lnTo>
                                <a:lnTo>
                                  <a:pt x="1468977" y="6218691"/>
                                </a:lnTo>
                                <a:lnTo>
                                  <a:pt x="1450600" y="6208032"/>
                                </a:lnTo>
                                <a:lnTo>
                                  <a:pt x="1432904" y="6197146"/>
                                </a:lnTo>
                                <a:lnTo>
                                  <a:pt x="1415208" y="6185580"/>
                                </a:lnTo>
                                <a:lnTo>
                                  <a:pt x="1397739" y="6174014"/>
                                </a:lnTo>
                                <a:lnTo>
                                  <a:pt x="1380043" y="6161767"/>
                                </a:lnTo>
                                <a:lnTo>
                                  <a:pt x="1362575" y="6149294"/>
                                </a:lnTo>
                                <a:lnTo>
                                  <a:pt x="1365524" y="6151562"/>
                                </a:lnTo>
                                <a:lnTo>
                                  <a:pt x="1398420" y="6176962"/>
                                </a:lnTo>
                                <a:lnTo>
                                  <a:pt x="1401597" y="6179230"/>
                                </a:lnTo>
                                <a:lnTo>
                                  <a:pt x="1414755" y="6189208"/>
                                </a:lnTo>
                                <a:lnTo>
                                  <a:pt x="1428594" y="6198960"/>
                                </a:lnTo>
                                <a:lnTo>
                                  <a:pt x="1442206" y="6208712"/>
                                </a:lnTo>
                                <a:lnTo>
                                  <a:pt x="1455818" y="6218237"/>
                                </a:lnTo>
                                <a:lnTo>
                                  <a:pt x="1469203" y="6226401"/>
                                </a:lnTo>
                                <a:lnTo>
                                  <a:pt x="1482588" y="6234566"/>
                                </a:lnTo>
                                <a:lnTo>
                                  <a:pt x="1496428" y="6242503"/>
                                </a:lnTo>
                                <a:lnTo>
                                  <a:pt x="1510266" y="6250441"/>
                                </a:lnTo>
                                <a:lnTo>
                                  <a:pt x="1538171" y="6266089"/>
                                </a:lnTo>
                                <a:lnTo>
                                  <a:pt x="1566303" y="6282191"/>
                                </a:lnTo>
                                <a:lnTo>
                                  <a:pt x="1580142" y="6290128"/>
                                </a:lnTo>
                                <a:lnTo>
                                  <a:pt x="1593527" y="6298519"/>
                                </a:lnTo>
                                <a:lnTo>
                                  <a:pt x="1607139" y="6306683"/>
                                </a:lnTo>
                                <a:lnTo>
                                  <a:pt x="1619844" y="6315528"/>
                                </a:lnTo>
                                <a:lnTo>
                                  <a:pt x="1632775" y="6324146"/>
                                </a:lnTo>
                                <a:lnTo>
                                  <a:pt x="1645253" y="6333444"/>
                                </a:lnTo>
                                <a:lnTo>
                                  <a:pt x="1657504" y="6342969"/>
                                </a:lnTo>
                                <a:lnTo>
                                  <a:pt x="1663176" y="6347732"/>
                                </a:lnTo>
                                <a:lnTo>
                                  <a:pt x="1668848" y="6352721"/>
                                </a:lnTo>
                                <a:lnTo>
                                  <a:pt x="1660227" y="6352721"/>
                                </a:lnTo>
                                <a:lnTo>
                                  <a:pt x="1651832" y="6351814"/>
                                </a:lnTo>
                                <a:lnTo>
                                  <a:pt x="1643438" y="6350907"/>
                                </a:lnTo>
                                <a:lnTo>
                                  <a:pt x="1635044" y="6349319"/>
                                </a:lnTo>
                                <a:lnTo>
                                  <a:pt x="1626650" y="6347278"/>
                                </a:lnTo>
                                <a:lnTo>
                                  <a:pt x="1618483" y="6345010"/>
                                </a:lnTo>
                                <a:lnTo>
                                  <a:pt x="1610315" y="6342062"/>
                                </a:lnTo>
                                <a:lnTo>
                                  <a:pt x="1602148" y="6339341"/>
                                </a:lnTo>
                                <a:lnTo>
                                  <a:pt x="1593981" y="6335939"/>
                                </a:lnTo>
                                <a:lnTo>
                                  <a:pt x="1585814" y="6332310"/>
                                </a:lnTo>
                                <a:lnTo>
                                  <a:pt x="1577873" y="6328228"/>
                                </a:lnTo>
                                <a:lnTo>
                                  <a:pt x="1569933" y="6323919"/>
                                </a:lnTo>
                                <a:lnTo>
                                  <a:pt x="1561765" y="6319610"/>
                                </a:lnTo>
                                <a:lnTo>
                                  <a:pt x="1554052" y="6314848"/>
                                </a:lnTo>
                                <a:lnTo>
                                  <a:pt x="1546338" y="6310085"/>
                                </a:lnTo>
                                <a:lnTo>
                                  <a:pt x="1538398" y="6304869"/>
                                </a:lnTo>
                                <a:lnTo>
                                  <a:pt x="1522971" y="6294437"/>
                                </a:lnTo>
                                <a:lnTo>
                                  <a:pt x="1507771" y="6283551"/>
                                </a:lnTo>
                                <a:lnTo>
                                  <a:pt x="1492798" y="6272666"/>
                                </a:lnTo>
                                <a:lnTo>
                                  <a:pt x="1477824" y="6261553"/>
                                </a:lnTo>
                                <a:lnTo>
                                  <a:pt x="1463532" y="6250441"/>
                                </a:lnTo>
                                <a:lnTo>
                                  <a:pt x="1449239" y="6239782"/>
                                </a:lnTo>
                                <a:lnTo>
                                  <a:pt x="1435173" y="6229803"/>
                                </a:lnTo>
                                <a:lnTo>
                                  <a:pt x="1421334" y="6220278"/>
                                </a:lnTo>
                                <a:lnTo>
                                  <a:pt x="1398647" y="6204176"/>
                                </a:lnTo>
                                <a:lnTo>
                                  <a:pt x="1376187" y="6187848"/>
                                </a:lnTo>
                                <a:lnTo>
                                  <a:pt x="1353954" y="6171292"/>
                                </a:lnTo>
                                <a:lnTo>
                                  <a:pt x="1331948" y="6154737"/>
                                </a:lnTo>
                                <a:lnTo>
                                  <a:pt x="1310168" y="6137728"/>
                                </a:lnTo>
                                <a:lnTo>
                                  <a:pt x="1288389" y="6120719"/>
                                </a:lnTo>
                                <a:lnTo>
                                  <a:pt x="1267063" y="6103257"/>
                                </a:lnTo>
                                <a:lnTo>
                                  <a:pt x="1245737" y="6085794"/>
                                </a:lnTo>
                                <a:lnTo>
                                  <a:pt x="1224411" y="6068105"/>
                                </a:lnTo>
                                <a:lnTo>
                                  <a:pt x="1203539" y="6050189"/>
                                </a:lnTo>
                                <a:lnTo>
                                  <a:pt x="1182668" y="6032273"/>
                                </a:lnTo>
                                <a:lnTo>
                                  <a:pt x="1162249" y="6013903"/>
                                </a:lnTo>
                                <a:lnTo>
                                  <a:pt x="1141604" y="5995760"/>
                                </a:lnTo>
                                <a:lnTo>
                                  <a:pt x="1121186" y="5977391"/>
                                </a:lnTo>
                                <a:lnTo>
                                  <a:pt x="1100995" y="5958567"/>
                                </a:lnTo>
                                <a:lnTo>
                                  <a:pt x="1081031" y="5939517"/>
                                </a:lnTo>
                                <a:lnTo>
                                  <a:pt x="1061066" y="5920694"/>
                                </a:lnTo>
                                <a:lnTo>
                                  <a:pt x="1041101" y="5901644"/>
                                </a:lnTo>
                                <a:lnTo>
                                  <a:pt x="1021364" y="5882367"/>
                                </a:lnTo>
                                <a:lnTo>
                                  <a:pt x="1001853" y="5863091"/>
                                </a:lnTo>
                                <a:lnTo>
                                  <a:pt x="982342" y="5843587"/>
                                </a:lnTo>
                                <a:lnTo>
                                  <a:pt x="962832" y="5824083"/>
                                </a:lnTo>
                                <a:lnTo>
                                  <a:pt x="924491" y="5784396"/>
                                </a:lnTo>
                                <a:lnTo>
                                  <a:pt x="886150" y="5744708"/>
                                </a:lnTo>
                                <a:lnTo>
                                  <a:pt x="848263" y="5704341"/>
                                </a:lnTo>
                                <a:lnTo>
                                  <a:pt x="810830" y="5663746"/>
                                </a:lnTo>
                                <a:lnTo>
                                  <a:pt x="773623" y="5622698"/>
                                </a:lnTo>
                                <a:lnTo>
                                  <a:pt x="775438" y="5624512"/>
                                </a:lnTo>
                                <a:lnTo>
                                  <a:pt x="777253" y="5626326"/>
                                </a:lnTo>
                                <a:lnTo>
                                  <a:pt x="779748" y="5627914"/>
                                </a:lnTo>
                                <a:lnTo>
                                  <a:pt x="782471" y="5629501"/>
                                </a:lnTo>
                                <a:lnTo>
                                  <a:pt x="785193" y="5630862"/>
                                </a:lnTo>
                                <a:lnTo>
                                  <a:pt x="788369" y="5631996"/>
                                </a:lnTo>
                                <a:lnTo>
                                  <a:pt x="791773" y="5633357"/>
                                </a:lnTo>
                                <a:lnTo>
                                  <a:pt x="795402" y="5634491"/>
                                </a:lnTo>
                                <a:lnTo>
                                  <a:pt x="799486" y="5635398"/>
                                </a:lnTo>
                                <a:lnTo>
                                  <a:pt x="803570" y="5636305"/>
                                </a:lnTo>
                                <a:lnTo>
                                  <a:pt x="812191" y="5637666"/>
                                </a:lnTo>
                                <a:lnTo>
                                  <a:pt x="821946" y="5638799"/>
                                </a:lnTo>
                                <a:lnTo>
                                  <a:pt x="832382" y="5639707"/>
                                </a:lnTo>
                                <a:lnTo>
                                  <a:pt x="843499" y="5640160"/>
                                </a:lnTo>
                                <a:lnTo>
                                  <a:pt x="855069" y="5640387"/>
                                </a:lnTo>
                                <a:lnTo>
                                  <a:pt x="867093" y="5640160"/>
                                </a:lnTo>
                                <a:lnTo>
                                  <a:pt x="879571" y="5639933"/>
                                </a:lnTo>
                                <a:lnTo>
                                  <a:pt x="892276" y="5639026"/>
                                </a:lnTo>
                                <a:lnTo>
                                  <a:pt x="905434" y="5638346"/>
                                </a:lnTo>
                                <a:lnTo>
                                  <a:pt x="918592" y="5637439"/>
                                </a:lnTo>
                                <a:lnTo>
                                  <a:pt x="931977" y="5636532"/>
                                </a:lnTo>
                                <a:lnTo>
                                  <a:pt x="958748" y="5633810"/>
                                </a:lnTo>
                                <a:lnTo>
                                  <a:pt x="985292" y="5630862"/>
                                </a:lnTo>
                                <a:lnTo>
                                  <a:pt x="1010474" y="5627914"/>
                                </a:lnTo>
                                <a:lnTo>
                                  <a:pt x="1034069" y="5624966"/>
                                </a:lnTo>
                                <a:lnTo>
                                  <a:pt x="1073997" y="5619749"/>
                                </a:lnTo>
                                <a:lnTo>
                                  <a:pt x="1087710" y="5618062"/>
                                </a:lnTo>
                                <a:lnTo>
                                  <a:pt x="1081938" y="5618842"/>
                                </a:lnTo>
                                <a:lnTo>
                                  <a:pt x="1075132" y="5620430"/>
                                </a:lnTo>
                                <a:lnTo>
                                  <a:pt x="1072183" y="5621110"/>
                                </a:lnTo>
                                <a:lnTo>
                                  <a:pt x="1069914" y="5622017"/>
                                </a:lnTo>
                                <a:lnTo>
                                  <a:pt x="1067418" y="5623151"/>
                                </a:lnTo>
                                <a:lnTo>
                                  <a:pt x="1065376" y="5624058"/>
                                </a:lnTo>
                                <a:lnTo>
                                  <a:pt x="1064015" y="5624966"/>
                                </a:lnTo>
                                <a:lnTo>
                                  <a:pt x="1062654" y="5626099"/>
                                </a:lnTo>
                                <a:lnTo>
                                  <a:pt x="1061293" y="5627233"/>
                                </a:lnTo>
                                <a:lnTo>
                                  <a:pt x="1060612" y="5628141"/>
                                </a:lnTo>
                                <a:lnTo>
                                  <a:pt x="1059932" y="5629501"/>
                                </a:lnTo>
                                <a:lnTo>
                                  <a:pt x="1059705" y="5630635"/>
                                </a:lnTo>
                                <a:lnTo>
                                  <a:pt x="1059478" y="5631769"/>
                                </a:lnTo>
                                <a:lnTo>
                                  <a:pt x="1059478" y="5633130"/>
                                </a:lnTo>
                                <a:lnTo>
                                  <a:pt x="1059705" y="5634264"/>
                                </a:lnTo>
                                <a:lnTo>
                                  <a:pt x="1060159" y="5635398"/>
                                </a:lnTo>
                                <a:lnTo>
                                  <a:pt x="1060612" y="5636532"/>
                                </a:lnTo>
                                <a:lnTo>
                                  <a:pt x="1061520" y="5637666"/>
                                </a:lnTo>
                                <a:lnTo>
                                  <a:pt x="1063562" y="5640160"/>
                                </a:lnTo>
                                <a:lnTo>
                                  <a:pt x="1066284" y="5642201"/>
                                </a:lnTo>
                                <a:lnTo>
                                  <a:pt x="1069007" y="5644469"/>
                                </a:lnTo>
                                <a:lnTo>
                                  <a:pt x="1072410" y="5646510"/>
                                </a:lnTo>
                                <a:lnTo>
                                  <a:pt x="1076266" y="5648098"/>
                                </a:lnTo>
                                <a:lnTo>
                                  <a:pt x="1080123" y="5649685"/>
                                </a:lnTo>
                                <a:lnTo>
                                  <a:pt x="1083980" y="5650819"/>
                                </a:lnTo>
                                <a:lnTo>
                                  <a:pt x="1087837" y="5651726"/>
                                </a:lnTo>
                                <a:lnTo>
                                  <a:pt x="1091693" y="5652180"/>
                                </a:lnTo>
                                <a:lnTo>
                                  <a:pt x="1095323" y="5652407"/>
                                </a:lnTo>
                                <a:lnTo>
                                  <a:pt x="1098953" y="5652180"/>
                                </a:lnTo>
                                <a:lnTo>
                                  <a:pt x="1101903" y="5651499"/>
                                </a:lnTo>
                                <a:lnTo>
                                  <a:pt x="1103490" y="5650819"/>
                                </a:lnTo>
                                <a:lnTo>
                                  <a:pt x="1104625" y="5650139"/>
                                </a:lnTo>
                                <a:lnTo>
                                  <a:pt x="1105759" y="5649232"/>
                                </a:lnTo>
                                <a:lnTo>
                                  <a:pt x="1106893" y="5648324"/>
                                </a:lnTo>
                                <a:lnTo>
                                  <a:pt x="1107801" y="5647191"/>
                                </a:lnTo>
                                <a:lnTo>
                                  <a:pt x="1108255" y="5645830"/>
                                </a:lnTo>
                                <a:lnTo>
                                  <a:pt x="1108935" y="5644469"/>
                                </a:lnTo>
                                <a:lnTo>
                                  <a:pt x="1109162" y="5642882"/>
                                </a:lnTo>
                                <a:lnTo>
                                  <a:pt x="1109162" y="5641067"/>
                                </a:lnTo>
                                <a:lnTo>
                                  <a:pt x="1109162" y="5639026"/>
                                </a:lnTo>
                                <a:lnTo>
                                  <a:pt x="1108935" y="5637212"/>
                                </a:lnTo>
                                <a:lnTo>
                                  <a:pt x="1108481" y="5634717"/>
                                </a:lnTo>
                                <a:lnTo>
                                  <a:pt x="1107801" y="5632223"/>
                                </a:lnTo>
                                <a:lnTo>
                                  <a:pt x="1106893" y="5629728"/>
                                </a:lnTo>
                                <a:lnTo>
                                  <a:pt x="1105306" y="5626780"/>
                                </a:lnTo>
                                <a:lnTo>
                                  <a:pt x="1103944" y="5623832"/>
                                </a:lnTo>
                                <a:lnTo>
                                  <a:pt x="1101903" y="5620430"/>
                                </a:lnTo>
                                <a:lnTo>
                                  <a:pt x="1100087" y="5617028"/>
                                </a:lnTo>
                                <a:close/>
                                <a:moveTo>
                                  <a:pt x="4066892" y="5615664"/>
                                </a:moveTo>
                                <a:lnTo>
                                  <a:pt x="4061317" y="5616230"/>
                                </a:lnTo>
                                <a:lnTo>
                                  <a:pt x="4063848" y="5616976"/>
                                </a:lnTo>
                                <a:lnTo>
                                  <a:pt x="4066892" y="5615664"/>
                                </a:lnTo>
                                <a:close/>
                                <a:moveTo>
                                  <a:pt x="4041479" y="5605124"/>
                                </a:moveTo>
                                <a:lnTo>
                                  <a:pt x="4050009" y="5612894"/>
                                </a:lnTo>
                                <a:lnTo>
                                  <a:pt x="4054544" y="5614232"/>
                                </a:lnTo>
                                <a:lnTo>
                                  <a:pt x="4041479" y="5605124"/>
                                </a:lnTo>
                                <a:close/>
                                <a:moveTo>
                                  <a:pt x="4085540" y="5594689"/>
                                </a:moveTo>
                                <a:lnTo>
                                  <a:pt x="4084747" y="5594804"/>
                                </a:lnTo>
                                <a:lnTo>
                                  <a:pt x="4079379" y="5605009"/>
                                </a:lnTo>
                                <a:lnTo>
                                  <a:pt x="4073073" y="5613001"/>
                                </a:lnTo>
                                <a:lnTo>
                                  <a:pt x="4077006" y="5611306"/>
                                </a:lnTo>
                                <a:lnTo>
                                  <a:pt x="4078367" y="5608357"/>
                                </a:lnTo>
                                <a:lnTo>
                                  <a:pt x="4085540" y="5594689"/>
                                </a:lnTo>
                                <a:close/>
                                <a:moveTo>
                                  <a:pt x="3703123" y="5586810"/>
                                </a:moveTo>
                                <a:lnTo>
                                  <a:pt x="3707433" y="5587717"/>
                                </a:lnTo>
                                <a:lnTo>
                                  <a:pt x="3708114" y="5587717"/>
                                </a:lnTo>
                                <a:lnTo>
                                  <a:pt x="3703123" y="5586810"/>
                                </a:lnTo>
                                <a:close/>
                                <a:moveTo>
                                  <a:pt x="4031853" y="5584860"/>
                                </a:moveTo>
                                <a:lnTo>
                                  <a:pt x="4027548" y="5594748"/>
                                </a:lnTo>
                                <a:lnTo>
                                  <a:pt x="4027608" y="5594748"/>
                                </a:lnTo>
                                <a:lnTo>
                                  <a:pt x="4031853" y="5584860"/>
                                </a:lnTo>
                                <a:close/>
                                <a:moveTo>
                                  <a:pt x="3691779" y="5580686"/>
                                </a:moveTo>
                                <a:lnTo>
                                  <a:pt x="3692233" y="5580913"/>
                                </a:lnTo>
                                <a:lnTo>
                                  <a:pt x="3692006" y="5580686"/>
                                </a:lnTo>
                                <a:lnTo>
                                  <a:pt x="3691779" y="5580686"/>
                                </a:lnTo>
                                <a:close/>
                                <a:moveTo>
                                  <a:pt x="767498" y="5575526"/>
                                </a:moveTo>
                                <a:lnTo>
                                  <a:pt x="770447" y="5579155"/>
                                </a:lnTo>
                                <a:lnTo>
                                  <a:pt x="767725" y="5575753"/>
                                </a:lnTo>
                                <a:lnTo>
                                  <a:pt x="767498" y="5575526"/>
                                </a:lnTo>
                                <a:close/>
                                <a:moveTo>
                                  <a:pt x="4040348" y="5567760"/>
                                </a:moveTo>
                                <a:lnTo>
                                  <a:pt x="4038211" y="5570252"/>
                                </a:lnTo>
                                <a:lnTo>
                                  <a:pt x="4038179" y="5570325"/>
                                </a:lnTo>
                                <a:lnTo>
                                  <a:pt x="4040348" y="5567760"/>
                                </a:lnTo>
                                <a:close/>
                                <a:moveTo>
                                  <a:pt x="4069973" y="5549612"/>
                                </a:moveTo>
                                <a:lnTo>
                                  <a:pt x="4054546" y="5551200"/>
                                </a:lnTo>
                                <a:lnTo>
                                  <a:pt x="4054319" y="5551465"/>
                                </a:lnTo>
                                <a:lnTo>
                                  <a:pt x="4069314" y="5549900"/>
                                </a:lnTo>
                                <a:lnTo>
                                  <a:pt x="4085194" y="5559425"/>
                                </a:lnTo>
                                <a:lnTo>
                                  <a:pt x="4089220" y="5568950"/>
                                </a:lnTo>
                                <a:lnTo>
                                  <a:pt x="4088997" y="5570538"/>
                                </a:lnTo>
                                <a:lnTo>
                                  <a:pt x="4089668" y="5581423"/>
                                </a:lnTo>
                                <a:lnTo>
                                  <a:pt x="4092543" y="5593534"/>
                                </a:lnTo>
                                <a:lnTo>
                                  <a:pt x="4093568" y="5593387"/>
                                </a:lnTo>
                                <a:lnTo>
                                  <a:pt x="4093341" y="5590666"/>
                                </a:lnTo>
                                <a:lnTo>
                                  <a:pt x="4090165" y="5578418"/>
                                </a:lnTo>
                                <a:lnTo>
                                  <a:pt x="4089938" y="5570252"/>
                                </a:lnTo>
                                <a:lnTo>
                                  <a:pt x="4089938" y="5567757"/>
                                </a:lnTo>
                                <a:lnTo>
                                  <a:pt x="4084039" y="5557324"/>
                                </a:lnTo>
                                <a:lnTo>
                                  <a:pt x="4082224" y="5555282"/>
                                </a:lnTo>
                                <a:lnTo>
                                  <a:pt x="4082451" y="5556416"/>
                                </a:lnTo>
                                <a:lnTo>
                                  <a:pt x="4069973" y="5549612"/>
                                </a:lnTo>
                                <a:close/>
                                <a:moveTo>
                                  <a:pt x="4084266" y="5536683"/>
                                </a:moveTo>
                                <a:lnTo>
                                  <a:pt x="4083812" y="5538271"/>
                                </a:lnTo>
                                <a:lnTo>
                                  <a:pt x="4083585" y="5539405"/>
                                </a:lnTo>
                                <a:lnTo>
                                  <a:pt x="4084266" y="5536683"/>
                                </a:lnTo>
                                <a:close/>
                                <a:moveTo>
                                  <a:pt x="642720" y="5435826"/>
                                </a:moveTo>
                                <a:lnTo>
                                  <a:pt x="644308" y="5438321"/>
                                </a:lnTo>
                                <a:lnTo>
                                  <a:pt x="645669" y="5439682"/>
                                </a:lnTo>
                                <a:lnTo>
                                  <a:pt x="642720" y="5435826"/>
                                </a:lnTo>
                                <a:close/>
                                <a:moveTo>
                                  <a:pt x="3513459" y="5435070"/>
                                </a:moveTo>
                                <a:lnTo>
                                  <a:pt x="3498032" y="5437111"/>
                                </a:lnTo>
                                <a:lnTo>
                                  <a:pt x="3498032" y="5437338"/>
                                </a:lnTo>
                                <a:lnTo>
                                  <a:pt x="3513459" y="5435070"/>
                                </a:lnTo>
                                <a:close/>
                                <a:moveTo>
                                  <a:pt x="4063848" y="5413976"/>
                                </a:moveTo>
                                <a:lnTo>
                                  <a:pt x="4064301" y="5418058"/>
                                </a:lnTo>
                                <a:lnTo>
                                  <a:pt x="4064075" y="5415110"/>
                                </a:lnTo>
                                <a:lnTo>
                                  <a:pt x="4063848" y="5413976"/>
                                </a:lnTo>
                                <a:close/>
                                <a:moveTo>
                                  <a:pt x="4054092" y="5385624"/>
                                </a:moveTo>
                                <a:lnTo>
                                  <a:pt x="4053638" y="5386531"/>
                                </a:lnTo>
                                <a:lnTo>
                                  <a:pt x="4057217" y="5392122"/>
                                </a:lnTo>
                                <a:lnTo>
                                  <a:pt x="4057268" y="5392428"/>
                                </a:lnTo>
                                <a:lnTo>
                                  <a:pt x="4057268" y="5392201"/>
                                </a:lnTo>
                                <a:lnTo>
                                  <a:pt x="4057217" y="5392122"/>
                                </a:lnTo>
                                <a:lnTo>
                                  <a:pt x="4057042" y="5391067"/>
                                </a:lnTo>
                                <a:lnTo>
                                  <a:pt x="4054773" y="5387665"/>
                                </a:lnTo>
                                <a:lnTo>
                                  <a:pt x="4054092" y="5385624"/>
                                </a:lnTo>
                                <a:close/>
                                <a:moveTo>
                                  <a:pt x="564223" y="5326516"/>
                                </a:moveTo>
                                <a:lnTo>
                                  <a:pt x="568080" y="5331958"/>
                                </a:lnTo>
                                <a:lnTo>
                                  <a:pt x="569214" y="5333505"/>
                                </a:lnTo>
                                <a:lnTo>
                                  <a:pt x="569214" y="5333773"/>
                                </a:lnTo>
                                <a:lnTo>
                                  <a:pt x="571029" y="5336494"/>
                                </a:lnTo>
                                <a:lnTo>
                                  <a:pt x="570575" y="5335360"/>
                                </a:lnTo>
                                <a:lnTo>
                                  <a:pt x="569214" y="5333505"/>
                                </a:lnTo>
                                <a:lnTo>
                                  <a:pt x="569214" y="5333319"/>
                                </a:lnTo>
                                <a:lnTo>
                                  <a:pt x="564223" y="5326516"/>
                                </a:lnTo>
                                <a:close/>
                                <a:moveTo>
                                  <a:pt x="4265612" y="5311774"/>
                                </a:moveTo>
                                <a:lnTo>
                                  <a:pt x="4265612" y="5313496"/>
                                </a:lnTo>
                                <a:lnTo>
                                  <a:pt x="4262437" y="5324474"/>
                                </a:lnTo>
                                <a:lnTo>
                                  <a:pt x="4265612" y="5311774"/>
                                </a:lnTo>
                                <a:close/>
                                <a:moveTo>
                                  <a:pt x="885826" y="5256212"/>
                                </a:moveTo>
                                <a:lnTo>
                                  <a:pt x="889724" y="5260474"/>
                                </a:lnTo>
                                <a:lnTo>
                                  <a:pt x="890589" y="5270500"/>
                                </a:lnTo>
                                <a:lnTo>
                                  <a:pt x="885826" y="5256212"/>
                                </a:lnTo>
                                <a:close/>
                                <a:moveTo>
                                  <a:pt x="4169569" y="5249761"/>
                                </a:moveTo>
                                <a:lnTo>
                                  <a:pt x="4170250" y="5312362"/>
                                </a:lnTo>
                                <a:lnTo>
                                  <a:pt x="4170704" y="5374510"/>
                                </a:lnTo>
                                <a:lnTo>
                                  <a:pt x="4171158" y="5437111"/>
                                </a:lnTo>
                                <a:lnTo>
                                  <a:pt x="4170704" y="5499486"/>
                                </a:lnTo>
                                <a:lnTo>
                                  <a:pt x="4166847" y="5501300"/>
                                </a:lnTo>
                                <a:lnTo>
                                  <a:pt x="4162763" y="5503568"/>
                                </a:lnTo>
                                <a:lnTo>
                                  <a:pt x="4158680" y="5506290"/>
                                </a:lnTo>
                                <a:lnTo>
                                  <a:pt x="4154596" y="5509012"/>
                                </a:lnTo>
                                <a:lnTo>
                                  <a:pt x="4150739" y="5511734"/>
                                </a:lnTo>
                                <a:lnTo>
                                  <a:pt x="4146882" y="5514682"/>
                                </a:lnTo>
                                <a:lnTo>
                                  <a:pt x="4143253" y="5517631"/>
                                </a:lnTo>
                                <a:lnTo>
                                  <a:pt x="4136220" y="5523755"/>
                                </a:lnTo>
                                <a:lnTo>
                                  <a:pt x="4129640" y="5530559"/>
                                </a:lnTo>
                                <a:lnTo>
                                  <a:pt x="4122834" y="5537364"/>
                                </a:lnTo>
                                <a:lnTo>
                                  <a:pt x="4109676" y="5551426"/>
                                </a:lnTo>
                                <a:lnTo>
                                  <a:pt x="4117162" y="5555736"/>
                                </a:lnTo>
                                <a:lnTo>
                                  <a:pt x="4124649" y="5559592"/>
                                </a:lnTo>
                                <a:lnTo>
                                  <a:pt x="4128279" y="5555509"/>
                                </a:lnTo>
                                <a:lnTo>
                                  <a:pt x="4128279" y="5561406"/>
                                </a:lnTo>
                                <a:lnTo>
                                  <a:pt x="4128506" y="5566850"/>
                                </a:lnTo>
                                <a:lnTo>
                                  <a:pt x="4128733" y="5571613"/>
                                </a:lnTo>
                                <a:lnTo>
                                  <a:pt x="4128506" y="5575696"/>
                                </a:lnTo>
                                <a:lnTo>
                                  <a:pt x="4128052" y="5579552"/>
                                </a:lnTo>
                                <a:lnTo>
                                  <a:pt x="4127598" y="5581139"/>
                                </a:lnTo>
                                <a:lnTo>
                                  <a:pt x="4126691" y="5583181"/>
                                </a:lnTo>
                                <a:lnTo>
                                  <a:pt x="4126010" y="5584768"/>
                                </a:lnTo>
                                <a:lnTo>
                                  <a:pt x="4125103" y="5586583"/>
                                </a:lnTo>
                                <a:lnTo>
                                  <a:pt x="4123742" y="5588397"/>
                                </a:lnTo>
                                <a:lnTo>
                                  <a:pt x="4122154" y="5590439"/>
                                </a:lnTo>
                                <a:lnTo>
                                  <a:pt x="4118750" y="5603594"/>
                                </a:lnTo>
                                <a:lnTo>
                                  <a:pt x="4115347" y="5616976"/>
                                </a:lnTo>
                                <a:lnTo>
                                  <a:pt x="4111717" y="5630585"/>
                                </a:lnTo>
                                <a:lnTo>
                                  <a:pt x="4109676" y="5637390"/>
                                </a:lnTo>
                                <a:lnTo>
                                  <a:pt x="4107634" y="5643967"/>
                                </a:lnTo>
                                <a:lnTo>
                                  <a:pt x="4104911" y="5650318"/>
                                </a:lnTo>
                                <a:lnTo>
                                  <a:pt x="4102189" y="5656669"/>
                                </a:lnTo>
                                <a:lnTo>
                                  <a:pt x="4099240" y="5662340"/>
                                </a:lnTo>
                                <a:lnTo>
                                  <a:pt x="4095836" y="5668237"/>
                                </a:lnTo>
                                <a:lnTo>
                                  <a:pt x="4091980" y="5673680"/>
                                </a:lnTo>
                                <a:lnTo>
                                  <a:pt x="4090165" y="5675949"/>
                                </a:lnTo>
                                <a:lnTo>
                                  <a:pt x="4087896" y="5678670"/>
                                </a:lnTo>
                                <a:lnTo>
                                  <a:pt x="4085627" y="5680939"/>
                                </a:lnTo>
                                <a:lnTo>
                                  <a:pt x="4083359" y="5682980"/>
                                </a:lnTo>
                                <a:lnTo>
                                  <a:pt x="4080636" y="5685248"/>
                                </a:lnTo>
                                <a:lnTo>
                                  <a:pt x="4078141" y="5687516"/>
                                </a:lnTo>
                                <a:lnTo>
                                  <a:pt x="4066343" y="5692733"/>
                                </a:lnTo>
                                <a:lnTo>
                                  <a:pt x="4062033" y="5696589"/>
                                </a:lnTo>
                                <a:lnTo>
                                  <a:pt x="4056815" y="5701806"/>
                                </a:lnTo>
                                <a:lnTo>
                                  <a:pt x="4051597" y="5707249"/>
                                </a:lnTo>
                                <a:lnTo>
                                  <a:pt x="4046605" y="5712466"/>
                                </a:lnTo>
                                <a:lnTo>
                                  <a:pt x="4041387" y="5718136"/>
                                </a:lnTo>
                                <a:lnTo>
                                  <a:pt x="4031859" y="5729477"/>
                                </a:lnTo>
                                <a:lnTo>
                                  <a:pt x="4022784" y="5741272"/>
                                </a:lnTo>
                                <a:lnTo>
                                  <a:pt x="4013482" y="5753066"/>
                                </a:lnTo>
                                <a:lnTo>
                                  <a:pt x="4004634" y="5765087"/>
                                </a:lnTo>
                                <a:lnTo>
                                  <a:pt x="3987392" y="5789357"/>
                                </a:lnTo>
                                <a:lnTo>
                                  <a:pt x="3978771" y="5801378"/>
                                </a:lnTo>
                                <a:lnTo>
                                  <a:pt x="3969923" y="5813399"/>
                                </a:lnTo>
                                <a:lnTo>
                                  <a:pt x="3960848" y="5825194"/>
                                </a:lnTo>
                                <a:lnTo>
                                  <a:pt x="3951773" y="5836988"/>
                                </a:lnTo>
                                <a:lnTo>
                                  <a:pt x="3942018" y="5848329"/>
                                </a:lnTo>
                                <a:lnTo>
                                  <a:pt x="3937027" y="5853772"/>
                                </a:lnTo>
                                <a:lnTo>
                                  <a:pt x="3932036" y="5859443"/>
                                </a:lnTo>
                                <a:lnTo>
                                  <a:pt x="3926818" y="5864660"/>
                                </a:lnTo>
                                <a:lnTo>
                                  <a:pt x="3921600" y="5869876"/>
                                </a:lnTo>
                                <a:lnTo>
                                  <a:pt x="3916155" y="5874866"/>
                                </a:lnTo>
                                <a:lnTo>
                                  <a:pt x="3910256" y="5879856"/>
                                </a:lnTo>
                                <a:lnTo>
                                  <a:pt x="3905038" y="5884393"/>
                                </a:lnTo>
                                <a:lnTo>
                                  <a:pt x="3898686" y="5888702"/>
                                </a:lnTo>
                                <a:lnTo>
                                  <a:pt x="3891880" y="5893239"/>
                                </a:lnTo>
                                <a:lnTo>
                                  <a:pt x="3884620" y="5897548"/>
                                </a:lnTo>
                                <a:lnTo>
                                  <a:pt x="3876679" y="5901858"/>
                                </a:lnTo>
                                <a:lnTo>
                                  <a:pt x="3868966" y="5905940"/>
                                </a:lnTo>
                                <a:lnTo>
                                  <a:pt x="3853311" y="5914559"/>
                                </a:lnTo>
                                <a:lnTo>
                                  <a:pt x="3838111" y="5922725"/>
                                </a:lnTo>
                                <a:lnTo>
                                  <a:pt x="3831078" y="5927034"/>
                                </a:lnTo>
                                <a:lnTo>
                                  <a:pt x="3824726" y="5931117"/>
                                </a:lnTo>
                                <a:lnTo>
                                  <a:pt x="3818827" y="5935200"/>
                                </a:lnTo>
                                <a:lnTo>
                                  <a:pt x="3813836" y="5939055"/>
                                </a:lnTo>
                                <a:lnTo>
                                  <a:pt x="3811567" y="5941097"/>
                                </a:lnTo>
                                <a:lnTo>
                                  <a:pt x="3809752" y="5943138"/>
                                </a:lnTo>
                                <a:lnTo>
                                  <a:pt x="3807937" y="5945179"/>
                                </a:lnTo>
                                <a:lnTo>
                                  <a:pt x="3806576" y="5947221"/>
                                </a:lnTo>
                                <a:lnTo>
                                  <a:pt x="3776856" y="5951757"/>
                                </a:lnTo>
                                <a:lnTo>
                                  <a:pt x="3762109" y="5954252"/>
                                </a:lnTo>
                                <a:lnTo>
                                  <a:pt x="3746909" y="5956520"/>
                                </a:lnTo>
                                <a:lnTo>
                                  <a:pt x="3732162" y="5958562"/>
                                </a:lnTo>
                                <a:lnTo>
                                  <a:pt x="3716962" y="5960149"/>
                                </a:lnTo>
                                <a:lnTo>
                                  <a:pt x="3702442" y="5961510"/>
                                </a:lnTo>
                                <a:lnTo>
                                  <a:pt x="3695182" y="5961964"/>
                                </a:lnTo>
                                <a:lnTo>
                                  <a:pt x="3688149" y="5962191"/>
                                </a:lnTo>
                                <a:lnTo>
                                  <a:pt x="3619408" y="5986460"/>
                                </a:lnTo>
                                <a:lnTo>
                                  <a:pt x="3610786" y="5990543"/>
                                </a:lnTo>
                                <a:lnTo>
                                  <a:pt x="3602392" y="5994625"/>
                                </a:lnTo>
                                <a:lnTo>
                                  <a:pt x="3594906" y="5998028"/>
                                </a:lnTo>
                                <a:lnTo>
                                  <a:pt x="3591276" y="5999389"/>
                                </a:lnTo>
                                <a:lnTo>
                                  <a:pt x="3587646" y="6000523"/>
                                </a:lnTo>
                                <a:lnTo>
                                  <a:pt x="3584243" y="6001430"/>
                                </a:lnTo>
                                <a:lnTo>
                                  <a:pt x="3580840" y="6002110"/>
                                </a:lnTo>
                                <a:lnTo>
                                  <a:pt x="3577210" y="6002337"/>
                                </a:lnTo>
                                <a:lnTo>
                                  <a:pt x="3573807" y="6002110"/>
                                </a:lnTo>
                                <a:lnTo>
                                  <a:pt x="3570177" y="6001657"/>
                                </a:lnTo>
                                <a:lnTo>
                                  <a:pt x="3566774" y="6000296"/>
                                </a:lnTo>
                                <a:lnTo>
                                  <a:pt x="3563144" y="5998935"/>
                                </a:lnTo>
                                <a:lnTo>
                                  <a:pt x="3559287" y="5996667"/>
                                </a:lnTo>
                                <a:lnTo>
                                  <a:pt x="3554296" y="5995533"/>
                                </a:lnTo>
                                <a:lnTo>
                                  <a:pt x="3549985" y="5994852"/>
                                </a:lnTo>
                                <a:lnTo>
                                  <a:pt x="3545901" y="5994172"/>
                                </a:lnTo>
                                <a:lnTo>
                                  <a:pt x="3541818" y="5993491"/>
                                </a:lnTo>
                                <a:lnTo>
                                  <a:pt x="3538188" y="5992811"/>
                                </a:lnTo>
                                <a:lnTo>
                                  <a:pt x="3536600" y="5992130"/>
                                </a:lnTo>
                                <a:lnTo>
                                  <a:pt x="3534558" y="5991223"/>
                                </a:lnTo>
                                <a:lnTo>
                                  <a:pt x="3532743" y="5990089"/>
                                </a:lnTo>
                                <a:lnTo>
                                  <a:pt x="3530701" y="5988955"/>
                                </a:lnTo>
                                <a:lnTo>
                                  <a:pt x="3528886" y="5987140"/>
                                </a:lnTo>
                                <a:lnTo>
                                  <a:pt x="3526844" y="5985553"/>
                                </a:lnTo>
                                <a:lnTo>
                                  <a:pt x="3523441" y="5990316"/>
                                </a:lnTo>
                                <a:lnTo>
                                  <a:pt x="3525710" y="5996440"/>
                                </a:lnTo>
                                <a:lnTo>
                                  <a:pt x="3519584" y="5993264"/>
                                </a:lnTo>
                                <a:lnTo>
                                  <a:pt x="3517316" y="5984872"/>
                                </a:lnTo>
                                <a:lnTo>
                                  <a:pt x="3515728" y="5977161"/>
                                </a:lnTo>
                                <a:lnTo>
                                  <a:pt x="3513686" y="5970356"/>
                                </a:lnTo>
                                <a:lnTo>
                                  <a:pt x="3512551" y="5967181"/>
                                </a:lnTo>
                                <a:lnTo>
                                  <a:pt x="3511190" y="5964459"/>
                                </a:lnTo>
                                <a:lnTo>
                                  <a:pt x="3510056" y="5961510"/>
                                </a:lnTo>
                                <a:lnTo>
                                  <a:pt x="3508241" y="5959015"/>
                                </a:lnTo>
                                <a:lnTo>
                                  <a:pt x="3506653" y="5956293"/>
                                </a:lnTo>
                                <a:lnTo>
                                  <a:pt x="3504384" y="5954252"/>
                                </a:lnTo>
                                <a:lnTo>
                                  <a:pt x="3501888" y="5951984"/>
                                </a:lnTo>
                                <a:lnTo>
                                  <a:pt x="3499166" y="5949716"/>
                                </a:lnTo>
                                <a:lnTo>
                                  <a:pt x="3495763" y="5947901"/>
                                </a:lnTo>
                                <a:lnTo>
                                  <a:pt x="3492133" y="5945860"/>
                                </a:lnTo>
                                <a:lnTo>
                                  <a:pt x="3491906" y="5945860"/>
                                </a:lnTo>
                                <a:lnTo>
                                  <a:pt x="3489184" y="5944726"/>
                                </a:lnTo>
                                <a:lnTo>
                                  <a:pt x="3489184" y="5938375"/>
                                </a:lnTo>
                                <a:lnTo>
                                  <a:pt x="3499166" y="5933839"/>
                                </a:lnTo>
                                <a:lnTo>
                                  <a:pt x="3500300" y="5932024"/>
                                </a:lnTo>
                                <a:lnTo>
                                  <a:pt x="3501208" y="5929983"/>
                                </a:lnTo>
                                <a:lnTo>
                                  <a:pt x="3501888" y="5927941"/>
                                </a:lnTo>
                                <a:lnTo>
                                  <a:pt x="3502342" y="5925900"/>
                                </a:lnTo>
                                <a:lnTo>
                                  <a:pt x="3502796" y="5923859"/>
                                </a:lnTo>
                                <a:lnTo>
                                  <a:pt x="3502796" y="5921364"/>
                                </a:lnTo>
                                <a:lnTo>
                                  <a:pt x="3502796" y="5918869"/>
                                </a:lnTo>
                                <a:lnTo>
                                  <a:pt x="3502796" y="5916374"/>
                                </a:lnTo>
                                <a:lnTo>
                                  <a:pt x="3501888" y="5911384"/>
                                </a:lnTo>
                                <a:lnTo>
                                  <a:pt x="3500300" y="5905713"/>
                                </a:lnTo>
                                <a:lnTo>
                                  <a:pt x="3498485" y="5900270"/>
                                </a:lnTo>
                                <a:lnTo>
                                  <a:pt x="3495763" y="5894373"/>
                                </a:lnTo>
                                <a:lnTo>
                                  <a:pt x="3492814" y="5888249"/>
                                </a:lnTo>
                                <a:lnTo>
                                  <a:pt x="3489411" y="5881898"/>
                                </a:lnTo>
                                <a:lnTo>
                                  <a:pt x="3485554" y="5875547"/>
                                </a:lnTo>
                                <a:lnTo>
                                  <a:pt x="3481243" y="5869196"/>
                                </a:lnTo>
                                <a:lnTo>
                                  <a:pt x="3476706" y="5862845"/>
                                </a:lnTo>
                                <a:lnTo>
                                  <a:pt x="3472168" y="5856267"/>
                                </a:lnTo>
                                <a:lnTo>
                                  <a:pt x="3466950" y="5849690"/>
                                </a:lnTo>
                                <a:lnTo>
                                  <a:pt x="3461959" y="5843112"/>
                                </a:lnTo>
                                <a:lnTo>
                                  <a:pt x="3451296" y="5830410"/>
                                </a:lnTo>
                                <a:lnTo>
                                  <a:pt x="3440180" y="5817936"/>
                                </a:lnTo>
                                <a:lnTo>
                                  <a:pt x="3429290" y="5806595"/>
                                </a:lnTo>
                                <a:lnTo>
                                  <a:pt x="3419081" y="5795934"/>
                                </a:lnTo>
                                <a:lnTo>
                                  <a:pt x="3409325" y="5786408"/>
                                </a:lnTo>
                                <a:lnTo>
                                  <a:pt x="3400931" y="5778696"/>
                                </a:lnTo>
                                <a:lnTo>
                                  <a:pt x="3393898" y="5772345"/>
                                </a:lnTo>
                                <a:lnTo>
                                  <a:pt x="3388680" y="5768263"/>
                                </a:lnTo>
                                <a:lnTo>
                                  <a:pt x="3380513" y="5761912"/>
                                </a:lnTo>
                                <a:lnTo>
                                  <a:pt x="3372345" y="5755334"/>
                                </a:lnTo>
                                <a:lnTo>
                                  <a:pt x="3364858" y="5748757"/>
                                </a:lnTo>
                                <a:lnTo>
                                  <a:pt x="3357599" y="5741952"/>
                                </a:lnTo>
                                <a:lnTo>
                                  <a:pt x="3350566" y="5735148"/>
                                </a:lnTo>
                                <a:lnTo>
                                  <a:pt x="3343759" y="5728116"/>
                                </a:lnTo>
                                <a:lnTo>
                                  <a:pt x="3337180" y="5721085"/>
                                </a:lnTo>
                                <a:lnTo>
                                  <a:pt x="3331055" y="5713600"/>
                                </a:lnTo>
                                <a:lnTo>
                                  <a:pt x="3324929" y="5706342"/>
                                </a:lnTo>
                                <a:lnTo>
                                  <a:pt x="3319030" y="5698857"/>
                                </a:lnTo>
                                <a:lnTo>
                                  <a:pt x="3313586" y="5691372"/>
                                </a:lnTo>
                                <a:lnTo>
                                  <a:pt x="3308141" y="5683660"/>
                                </a:lnTo>
                                <a:lnTo>
                                  <a:pt x="3303376" y="5675722"/>
                                </a:lnTo>
                                <a:lnTo>
                                  <a:pt x="3298158" y="5668010"/>
                                </a:lnTo>
                                <a:lnTo>
                                  <a:pt x="3293621" y="5660071"/>
                                </a:lnTo>
                                <a:lnTo>
                                  <a:pt x="3289310" y="5651679"/>
                                </a:lnTo>
                                <a:lnTo>
                                  <a:pt x="3284773" y="5643514"/>
                                </a:lnTo>
                                <a:lnTo>
                                  <a:pt x="3280689" y="5634895"/>
                                </a:lnTo>
                                <a:lnTo>
                                  <a:pt x="3276833" y="5626503"/>
                                </a:lnTo>
                                <a:lnTo>
                                  <a:pt x="3273203" y="5617884"/>
                                </a:lnTo>
                                <a:lnTo>
                                  <a:pt x="3269573" y="5609265"/>
                                </a:lnTo>
                                <a:lnTo>
                                  <a:pt x="3266170" y="5600419"/>
                                </a:lnTo>
                                <a:lnTo>
                                  <a:pt x="3262767" y="5591346"/>
                                </a:lnTo>
                                <a:lnTo>
                                  <a:pt x="3259590" y="5582273"/>
                                </a:lnTo>
                                <a:lnTo>
                                  <a:pt x="3256414" y="5573201"/>
                                </a:lnTo>
                                <a:lnTo>
                                  <a:pt x="3253465" y="5563675"/>
                                </a:lnTo>
                                <a:lnTo>
                                  <a:pt x="3248020" y="5544622"/>
                                </a:lnTo>
                                <a:lnTo>
                                  <a:pt x="3242802" y="5525569"/>
                                </a:lnTo>
                                <a:lnTo>
                                  <a:pt x="3238264" y="5505610"/>
                                </a:lnTo>
                                <a:lnTo>
                                  <a:pt x="3236676" y="5501527"/>
                                </a:lnTo>
                                <a:lnTo>
                                  <a:pt x="3231912" y="5493135"/>
                                </a:lnTo>
                                <a:lnTo>
                                  <a:pt x="3226467" y="5485196"/>
                                </a:lnTo>
                                <a:lnTo>
                                  <a:pt x="3220795" y="5477711"/>
                                </a:lnTo>
                                <a:lnTo>
                                  <a:pt x="3215124" y="5469999"/>
                                </a:lnTo>
                                <a:lnTo>
                                  <a:pt x="3208998" y="5462741"/>
                                </a:lnTo>
                                <a:lnTo>
                                  <a:pt x="3202646" y="5455710"/>
                                </a:lnTo>
                                <a:lnTo>
                                  <a:pt x="3196293" y="5448679"/>
                                </a:lnTo>
                                <a:lnTo>
                                  <a:pt x="3189487" y="5441874"/>
                                </a:lnTo>
                                <a:lnTo>
                                  <a:pt x="3176102" y="5428265"/>
                                </a:lnTo>
                                <a:lnTo>
                                  <a:pt x="3162716" y="5414883"/>
                                </a:lnTo>
                                <a:lnTo>
                                  <a:pt x="3156137" y="5407852"/>
                                </a:lnTo>
                                <a:lnTo>
                                  <a:pt x="3149558" y="5401047"/>
                                </a:lnTo>
                                <a:lnTo>
                                  <a:pt x="3143206" y="5394016"/>
                                </a:lnTo>
                                <a:lnTo>
                                  <a:pt x="3137307" y="5386758"/>
                                </a:lnTo>
                                <a:lnTo>
                                  <a:pt x="3266396" y="5370200"/>
                                </a:lnTo>
                                <a:lnTo>
                                  <a:pt x="3395259" y="5353643"/>
                                </a:lnTo>
                                <a:lnTo>
                                  <a:pt x="3524349" y="5336631"/>
                                </a:lnTo>
                                <a:lnTo>
                                  <a:pt x="3653438" y="5319620"/>
                                </a:lnTo>
                                <a:lnTo>
                                  <a:pt x="3782528" y="5302382"/>
                                </a:lnTo>
                                <a:lnTo>
                                  <a:pt x="3911617" y="5285144"/>
                                </a:lnTo>
                                <a:lnTo>
                                  <a:pt x="4040480" y="5267452"/>
                                </a:lnTo>
                                <a:lnTo>
                                  <a:pt x="4169569" y="5249761"/>
                                </a:lnTo>
                                <a:close/>
                                <a:moveTo>
                                  <a:pt x="4205869" y="5240235"/>
                                </a:moveTo>
                                <a:lnTo>
                                  <a:pt x="4208818" y="5240235"/>
                                </a:lnTo>
                                <a:lnTo>
                                  <a:pt x="4211994" y="5240915"/>
                                </a:lnTo>
                                <a:lnTo>
                                  <a:pt x="4215397" y="5241595"/>
                                </a:lnTo>
                                <a:lnTo>
                                  <a:pt x="4219254" y="5242956"/>
                                </a:lnTo>
                                <a:lnTo>
                                  <a:pt x="4223338" y="5244998"/>
                                </a:lnTo>
                                <a:lnTo>
                                  <a:pt x="4227648" y="5247719"/>
                                </a:lnTo>
                                <a:lnTo>
                                  <a:pt x="4231505" y="5265638"/>
                                </a:lnTo>
                                <a:lnTo>
                                  <a:pt x="4236043" y="5269267"/>
                                </a:lnTo>
                                <a:lnTo>
                                  <a:pt x="4239899" y="5272896"/>
                                </a:lnTo>
                                <a:lnTo>
                                  <a:pt x="4241261" y="5274711"/>
                                </a:lnTo>
                                <a:lnTo>
                                  <a:pt x="4242849" y="5276525"/>
                                </a:lnTo>
                                <a:lnTo>
                                  <a:pt x="4244210" y="5278566"/>
                                </a:lnTo>
                                <a:lnTo>
                                  <a:pt x="4245344" y="5280154"/>
                                </a:lnTo>
                                <a:lnTo>
                                  <a:pt x="4246252" y="5282422"/>
                                </a:lnTo>
                                <a:lnTo>
                                  <a:pt x="4246932" y="5284237"/>
                                </a:lnTo>
                                <a:lnTo>
                                  <a:pt x="4247386" y="5286732"/>
                                </a:lnTo>
                                <a:lnTo>
                                  <a:pt x="4247840" y="5289000"/>
                                </a:lnTo>
                                <a:lnTo>
                                  <a:pt x="4247840" y="5291722"/>
                                </a:lnTo>
                                <a:lnTo>
                                  <a:pt x="4247840" y="5294217"/>
                                </a:lnTo>
                                <a:lnTo>
                                  <a:pt x="4247613" y="5297165"/>
                                </a:lnTo>
                                <a:lnTo>
                                  <a:pt x="4247159" y="5300114"/>
                                </a:lnTo>
                                <a:lnTo>
                                  <a:pt x="4248067" y="5297392"/>
                                </a:lnTo>
                                <a:lnTo>
                                  <a:pt x="4247840" y="5300568"/>
                                </a:lnTo>
                                <a:lnTo>
                                  <a:pt x="4247613" y="5303970"/>
                                </a:lnTo>
                                <a:lnTo>
                                  <a:pt x="4247613" y="5307599"/>
                                </a:lnTo>
                                <a:lnTo>
                                  <a:pt x="4247840" y="5311001"/>
                                </a:lnTo>
                                <a:lnTo>
                                  <a:pt x="4248974" y="5318486"/>
                                </a:lnTo>
                                <a:lnTo>
                                  <a:pt x="4250109" y="5325744"/>
                                </a:lnTo>
                                <a:lnTo>
                                  <a:pt x="4251470" y="5333229"/>
                                </a:lnTo>
                                <a:lnTo>
                                  <a:pt x="4253058" y="5340487"/>
                                </a:lnTo>
                                <a:lnTo>
                                  <a:pt x="4253965" y="5347745"/>
                                </a:lnTo>
                                <a:lnTo>
                                  <a:pt x="4254192" y="5351375"/>
                                </a:lnTo>
                                <a:lnTo>
                                  <a:pt x="4254192" y="5354777"/>
                                </a:lnTo>
                                <a:lnTo>
                                  <a:pt x="4257822" y="5359313"/>
                                </a:lnTo>
                                <a:lnTo>
                                  <a:pt x="4259410" y="5351601"/>
                                </a:lnTo>
                                <a:lnTo>
                                  <a:pt x="4260318" y="5347745"/>
                                </a:lnTo>
                                <a:lnTo>
                                  <a:pt x="4260998" y="5344570"/>
                                </a:lnTo>
                                <a:lnTo>
                                  <a:pt x="4261452" y="5343436"/>
                                </a:lnTo>
                                <a:lnTo>
                                  <a:pt x="4261906" y="5342755"/>
                                </a:lnTo>
                                <a:lnTo>
                                  <a:pt x="4262587" y="5342302"/>
                                </a:lnTo>
                                <a:lnTo>
                                  <a:pt x="4263040" y="5342529"/>
                                </a:lnTo>
                                <a:lnTo>
                                  <a:pt x="4263494" y="5343209"/>
                                </a:lnTo>
                                <a:lnTo>
                                  <a:pt x="4263948" y="5344343"/>
                                </a:lnTo>
                                <a:lnTo>
                                  <a:pt x="4264402" y="5346611"/>
                                </a:lnTo>
                                <a:lnTo>
                                  <a:pt x="4264628" y="5349560"/>
                                </a:lnTo>
                                <a:lnTo>
                                  <a:pt x="4266443" y="5344570"/>
                                </a:lnTo>
                                <a:lnTo>
                                  <a:pt x="4265990" y="5347065"/>
                                </a:lnTo>
                                <a:lnTo>
                                  <a:pt x="4263040" y="5360220"/>
                                </a:lnTo>
                                <a:lnTo>
                                  <a:pt x="4265309" y="5380180"/>
                                </a:lnTo>
                                <a:lnTo>
                                  <a:pt x="4264628" y="5382222"/>
                                </a:lnTo>
                                <a:lnTo>
                                  <a:pt x="4263040" y="5388119"/>
                                </a:lnTo>
                                <a:lnTo>
                                  <a:pt x="4257822" y="5406491"/>
                                </a:lnTo>
                                <a:lnTo>
                                  <a:pt x="4253285" y="5423729"/>
                                </a:lnTo>
                                <a:lnTo>
                                  <a:pt x="4252150" y="5428492"/>
                                </a:lnTo>
                                <a:lnTo>
                                  <a:pt x="4251697" y="5429172"/>
                                </a:lnTo>
                                <a:lnTo>
                                  <a:pt x="4252150" y="5428719"/>
                                </a:lnTo>
                                <a:lnTo>
                                  <a:pt x="4258049" y="5424183"/>
                                </a:lnTo>
                                <a:lnTo>
                                  <a:pt x="4259410" y="5427131"/>
                                </a:lnTo>
                                <a:lnTo>
                                  <a:pt x="4259864" y="5430080"/>
                                </a:lnTo>
                                <a:lnTo>
                                  <a:pt x="4260091" y="5432802"/>
                                </a:lnTo>
                                <a:lnTo>
                                  <a:pt x="4259864" y="5435523"/>
                                </a:lnTo>
                                <a:lnTo>
                                  <a:pt x="4259410" y="5438472"/>
                                </a:lnTo>
                                <a:lnTo>
                                  <a:pt x="4258276" y="5441194"/>
                                </a:lnTo>
                                <a:lnTo>
                                  <a:pt x="4257142" y="5443916"/>
                                </a:lnTo>
                                <a:lnTo>
                                  <a:pt x="4255780" y="5446411"/>
                                </a:lnTo>
                                <a:lnTo>
                                  <a:pt x="4253965" y="5449132"/>
                                </a:lnTo>
                                <a:lnTo>
                                  <a:pt x="4251697" y="5451854"/>
                                </a:lnTo>
                                <a:lnTo>
                                  <a:pt x="4249655" y="5454349"/>
                                </a:lnTo>
                                <a:lnTo>
                                  <a:pt x="4247159" y="5456617"/>
                                </a:lnTo>
                                <a:lnTo>
                                  <a:pt x="4244437" y="5459112"/>
                                </a:lnTo>
                                <a:lnTo>
                                  <a:pt x="4241488" y="5461607"/>
                                </a:lnTo>
                                <a:lnTo>
                                  <a:pt x="4235589" y="5466144"/>
                                </a:lnTo>
                                <a:lnTo>
                                  <a:pt x="4229237" y="5470226"/>
                                </a:lnTo>
                                <a:lnTo>
                                  <a:pt x="4222884" y="5474536"/>
                                </a:lnTo>
                                <a:lnTo>
                                  <a:pt x="4216305" y="5477938"/>
                                </a:lnTo>
                                <a:lnTo>
                                  <a:pt x="4209952" y="5481340"/>
                                </a:lnTo>
                                <a:lnTo>
                                  <a:pt x="4198609" y="5486557"/>
                                </a:lnTo>
                                <a:lnTo>
                                  <a:pt x="4190215" y="5490413"/>
                                </a:lnTo>
                                <a:lnTo>
                                  <a:pt x="4190668" y="5450493"/>
                                </a:lnTo>
                                <a:lnTo>
                                  <a:pt x="4190895" y="5410347"/>
                                </a:lnTo>
                                <a:lnTo>
                                  <a:pt x="4190895" y="5370200"/>
                                </a:lnTo>
                                <a:lnTo>
                                  <a:pt x="4190895" y="5330054"/>
                                </a:lnTo>
                                <a:lnTo>
                                  <a:pt x="4190668" y="5322115"/>
                                </a:lnTo>
                                <a:lnTo>
                                  <a:pt x="4190442" y="5313269"/>
                                </a:lnTo>
                                <a:lnTo>
                                  <a:pt x="4189534" y="5295578"/>
                                </a:lnTo>
                                <a:lnTo>
                                  <a:pt x="4189307" y="5286505"/>
                                </a:lnTo>
                                <a:lnTo>
                                  <a:pt x="4189307" y="5277886"/>
                                </a:lnTo>
                                <a:lnTo>
                                  <a:pt x="4189761" y="5269494"/>
                                </a:lnTo>
                                <a:lnTo>
                                  <a:pt x="4190215" y="5265638"/>
                                </a:lnTo>
                                <a:lnTo>
                                  <a:pt x="4190668" y="5262009"/>
                                </a:lnTo>
                                <a:lnTo>
                                  <a:pt x="4191349" y="5258607"/>
                                </a:lnTo>
                                <a:lnTo>
                                  <a:pt x="4192030" y="5255204"/>
                                </a:lnTo>
                                <a:lnTo>
                                  <a:pt x="4193164" y="5252256"/>
                                </a:lnTo>
                                <a:lnTo>
                                  <a:pt x="4194072" y="5249534"/>
                                </a:lnTo>
                                <a:lnTo>
                                  <a:pt x="4195660" y="5247039"/>
                                </a:lnTo>
                                <a:lnTo>
                                  <a:pt x="4197021" y="5244998"/>
                                </a:lnTo>
                                <a:lnTo>
                                  <a:pt x="4199063" y="5243183"/>
                                </a:lnTo>
                                <a:lnTo>
                                  <a:pt x="4200878" y="5241822"/>
                                </a:lnTo>
                                <a:lnTo>
                                  <a:pt x="4203373" y="5240915"/>
                                </a:lnTo>
                                <a:lnTo>
                                  <a:pt x="4205869" y="5240235"/>
                                </a:lnTo>
                                <a:close/>
                                <a:moveTo>
                                  <a:pt x="3098512" y="5230708"/>
                                </a:moveTo>
                                <a:lnTo>
                                  <a:pt x="3097605" y="5231162"/>
                                </a:lnTo>
                                <a:lnTo>
                                  <a:pt x="3097151" y="5231616"/>
                                </a:lnTo>
                                <a:lnTo>
                                  <a:pt x="3098512" y="5230708"/>
                                </a:lnTo>
                                <a:close/>
                                <a:moveTo>
                                  <a:pt x="3486007" y="5230028"/>
                                </a:moveTo>
                                <a:lnTo>
                                  <a:pt x="3489864" y="5230255"/>
                                </a:lnTo>
                                <a:lnTo>
                                  <a:pt x="3487596" y="5230028"/>
                                </a:lnTo>
                                <a:lnTo>
                                  <a:pt x="3486007" y="5230028"/>
                                </a:lnTo>
                                <a:close/>
                                <a:moveTo>
                                  <a:pt x="483231" y="5219926"/>
                                </a:moveTo>
                                <a:lnTo>
                                  <a:pt x="483684" y="5220607"/>
                                </a:lnTo>
                                <a:lnTo>
                                  <a:pt x="483458" y="5220380"/>
                                </a:lnTo>
                                <a:lnTo>
                                  <a:pt x="483231" y="5219926"/>
                                </a:lnTo>
                                <a:close/>
                                <a:moveTo>
                                  <a:pt x="476425" y="5209040"/>
                                </a:moveTo>
                                <a:lnTo>
                                  <a:pt x="476651" y="5209267"/>
                                </a:lnTo>
                                <a:lnTo>
                                  <a:pt x="478013" y="5211535"/>
                                </a:lnTo>
                                <a:lnTo>
                                  <a:pt x="476425" y="5209040"/>
                                </a:lnTo>
                                <a:close/>
                                <a:moveTo>
                                  <a:pt x="3694729" y="5205078"/>
                                </a:moveTo>
                                <a:lnTo>
                                  <a:pt x="3697905" y="5205985"/>
                                </a:lnTo>
                                <a:lnTo>
                                  <a:pt x="3695636" y="5205078"/>
                                </a:lnTo>
                                <a:lnTo>
                                  <a:pt x="3694729" y="5205078"/>
                                </a:lnTo>
                                <a:close/>
                                <a:moveTo>
                                  <a:pt x="3737380" y="5199861"/>
                                </a:moveTo>
                                <a:lnTo>
                                  <a:pt x="3737834" y="5200542"/>
                                </a:lnTo>
                                <a:lnTo>
                                  <a:pt x="3738515" y="5201449"/>
                                </a:lnTo>
                                <a:lnTo>
                                  <a:pt x="3737380" y="5199861"/>
                                </a:lnTo>
                                <a:close/>
                                <a:moveTo>
                                  <a:pt x="3769823" y="5194644"/>
                                </a:moveTo>
                                <a:lnTo>
                                  <a:pt x="3770957" y="5195552"/>
                                </a:lnTo>
                                <a:lnTo>
                                  <a:pt x="3775949" y="5195098"/>
                                </a:lnTo>
                                <a:lnTo>
                                  <a:pt x="3770957" y="5195325"/>
                                </a:lnTo>
                                <a:lnTo>
                                  <a:pt x="3769823" y="5194644"/>
                                </a:lnTo>
                                <a:close/>
                                <a:moveTo>
                                  <a:pt x="3639826" y="5193057"/>
                                </a:moveTo>
                                <a:lnTo>
                                  <a:pt x="3640733" y="5193510"/>
                                </a:lnTo>
                                <a:lnTo>
                                  <a:pt x="3641868" y="5193057"/>
                                </a:lnTo>
                                <a:lnTo>
                                  <a:pt x="3639826" y="5193057"/>
                                </a:lnTo>
                                <a:close/>
                                <a:moveTo>
                                  <a:pt x="3736019" y="5190335"/>
                                </a:moveTo>
                                <a:lnTo>
                                  <a:pt x="3736246" y="5191015"/>
                                </a:lnTo>
                                <a:lnTo>
                                  <a:pt x="3738969" y="5191015"/>
                                </a:lnTo>
                                <a:lnTo>
                                  <a:pt x="3736019" y="5190335"/>
                                </a:lnTo>
                                <a:close/>
                                <a:moveTo>
                                  <a:pt x="3685881" y="5180128"/>
                                </a:moveTo>
                                <a:lnTo>
                                  <a:pt x="3686788" y="5180355"/>
                                </a:lnTo>
                                <a:lnTo>
                                  <a:pt x="3686334" y="5180128"/>
                                </a:lnTo>
                                <a:lnTo>
                                  <a:pt x="3685881" y="5180128"/>
                                </a:lnTo>
                                <a:close/>
                                <a:moveTo>
                                  <a:pt x="4145294" y="5163571"/>
                                </a:moveTo>
                                <a:lnTo>
                                  <a:pt x="4143026" y="5169922"/>
                                </a:lnTo>
                                <a:lnTo>
                                  <a:pt x="4145521" y="5165158"/>
                                </a:lnTo>
                                <a:lnTo>
                                  <a:pt x="4145294" y="5163571"/>
                                </a:lnTo>
                                <a:close/>
                                <a:moveTo>
                                  <a:pt x="4913253" y="5146631"/>
                                </a:moveTo>
                                <a:lnTo>
                                  <a:pt x="4815515" y="5350387"/>
                                </a:lnTo>
                                <a:lnTo>
                                  <a:pt x="4790967" y="5396623"/>
                                </a:lnTo>
                                <a:lnTo>
                                  <a:pt x="4789376" y="5398890"/>
                                </a:lnTo>
                                <a:lnTo>
                                  <a:pt x="4787558" y="5401383"/>
                                </a:lnTo>
                                <a:lnTo>
                                  <a:pt x="4785740" y="5403876"/>
                                </a:lnTo>
                                <a:lnTo>
                                  <a:pt x="4783467" y="5406143"/>
                                </a:lnTo>
                                <a:lnTo>
                                  <a:pt x="4780966" y="5408636"/>
                                </a:lnTo>
                                <a:lnTo>
                                  <a:pt x="4778466" y="5410902"/>
                                </a:lnTo>
                                <a:lnTo>
                                  <a:pt x="4773011" y="5414982"/>
                                </a:lnTo>
                                <a:lnTo>
                                  <a:pt x="4766874" y="5419062"/>
                                </a:lnTo>
                                <a:lnTo>
                                  <a:pt x="4760510" y="5422688"/>
                                </a:lnTo>
                                <a:lnTo>
                                  <a:pt x="4753691" y="5426314"/>
                                </a:lnTo>
                                <a:lnTo>
                                  <a:pt x="4746872" y="5429487"/>
                                </a:lnTo>
                                <a:lnTo>
                                  <a:pt x="4739598" y="5432661"/>
                                </a:lnTo>
                                <a:lnTo>
                                  <a:pt x="4732552" y="5435380"/>
                                </a:lnTo>
                                <a:lnTo>
                                  <a:pt x="4725506" y="5438100"/>
                                </a:lnTo>
                                <a:lnTo>
                                  <a:pt x="4718460" y="5440593"/>
                                </a:lnTo>
                                <a:lnTo>
                                  <a:pt x="4705504" y="5444673"/>
                                </a:lnTo>
                                <a:lnTo>
                                  <a:pt x="4693912" y="5448299"/>
                                </a:lnTo>
                                <a:lnTo>
                                  <a:pt x="4675728" y="5438327"/>
                                </a:lnTo>
                                <a:lnTo>
                                  <a:pt x="4678228" y="5438553"/>
                                </a:lnTo>
                                <a:lnTo>
                                  <a:pt x="4676864" y="5438327"/>
                                </a:lnTo>
                                <a:lnTo>
                                  <a:pt x="4668454" y="5436967"/>
                                </a:lnTo>
                                <a:lnTo>
                                  <a:pt x="4660499" y="5435380"/>
                                </a:lnTo>
                                <a:lnTo>
                                  <a:pt x="4663226" y="5435607"/>
                                </a:lnTo>
                                <a:lnTo>
                                  <a:pt x="4659362" y="5432661"/>
                                </a:lnTo>
                                <a:lnTo>
                                  <a:pt x="4655953" y="5429714"/>
                                </a:lnTo>
                                <a:lnTo>
                                  <a:pt x="4652998" y="5426768"/>
                                </a:lnTo>
                                <a:lnTo>
                                  <a:pt x="4650498" y="5423595"/>
                                </a:lnTo>
                                <a:lnTo>
                                  <a:pt x="4648225" y="5420195"/>
                                </a:lnTo>
                                <a:lnTo>
                                  <a:pt x="4646406" y="5417022"/>
                                </a:lnTo>
                                <a:lnTo>
                                  <a:pt x="4644815" y="5413622"/>
                                </a:lnTo>
                                <a:lnTo>
                                  <a:pt x="4643906" y="5409996"/>
                                </a:lnTo>
                                <a:lnTo>
                                  <a:pt x="4642770" y="5406596"/>
                                </a:lnTo>
                                <a:lnTo>
                                  <a:pt x="4642088" y="5402743"/>
                                </a:lnTo>
                                <a:lnTo>
                                  <a:pt x="4641860" y="5399343"/>
                                </a:lnTo>
                                <a:lnTo>
                                  <a:pt x="4641633" y="5395717"/>
                                </a:lnTo>
                                <a:lnTo>
                                  <a:pt x="4641633" y="5391864"/>
                                </a:lnTo>
                                <a:lnTo>
                                  <a:pt x="4641633" y="5388238"/>
                                </a:lnTo>
                                <a:lnTo>
                                  <a:pt x="4642315" y="5380758"/>
                                </a:lnTo>
                                <a:lnTo>
                                  <a:pt x="4643906" y="5365346"/>
                                </a:lnTo>
                                <a:lnTo>
                                  <a:pt x="4644588" y="5357413"/>
                                </a:lnTo>
                                <a:lnTo>
                                  <a:pt x="4644815" y="5349707"/>
                                </a:lnTo>
                                <a:lnTo>
                                  <a:pt x="4644815" y="5345854"/>
                                </a:lnTo>
                                <a:lnTo>
                                  <a:pt x="4644361" y="5341775"/>
                                </a:lnTo>
                                <a:lnTo>
                                  <a:pt x="4643906" y="5337922"/>
                                </a:lnTo>
                                <a:lnTo>
                                  <a:pt x="4642997" y="5334069"/>
                                </a:lnTo>
                                <a:lnTo>
                                  <a:pt x="4642088" y="5330216"/>
                                </a:lnTo>
                                <a:lnTo>
                                  <a:pt x="4640724" y="5326363"/>
                                </a:lnTo>
                                <a:lnTo>
                                  <a:pt x="4639133" y="5322736"/>
                                </a:lnTo>
                                <a:lnTo>
                                  <a:pt x="4637087" y="5318883"/>
                                </a:lnTo>
                                <a:lnTo>
                                  <a:pt x="4639133" y="5285339"/>
                                </a:lnTo>
                                <a:lnTo>
                                  <a:pt x="4660499" y="5244543"/>
                                </a:lnTo>
                                <a:lnTo>
                                  <a:pt x="4674591" y="5236157"/>
                                </a:lnTo>
                                <a:lnTo>
                                  <a:pt x="4684365" y="5212585"/>
                                </a:lnTo>
                                <a:lnTo>
                                  <a:pt x="4686183" y="5209639"/>
                                </a:lnTo>
                                <a:lnTo>
                                  <a:pt x="4688456" y="5206693"/>
                                </a:lnTo>
                                <a:lnTo>
                                  <a:pt x="4692775" y="5201480"/>
                                </a:lnTo>
                                <a:lnTo>
                                  <a:pt x="4698003" y="5196267"/>
                                </a:lnTo>
                                <a:lnTo>
                                  <a:pt x="4703231" y="5191507"/>
                                </a:lnTo>
                                <a:lnTo>
                                  <a:pt x="4708913" y="5187201"/>
                                </a:lnTo>
                                <a:lnTo>
                                  <a:pt x="4715050" y="5182895"/>
                                </a:lnTo>
                                <a:lnTo>
                                  <a:pt x="4721414" y="5179041"/>
                                </a:lnTo>
                                <a:lnTo>
                                  <a:pt x="4727779" y="5175642"/>
                                </a:lnTo>
                                <a:lnTo>
                                  <a:pt x="4734825" y="5172469"/>
                                </a:lnTo>
                                <a:lnTo>
                                  <a:pt x="4742098" y="5169522"/>
                                </a:lnTo>
                                <a:lnTo>
                                  <a:pt x="4749372" y="5167029"/>
                                </a:lnTo>
                                <a:lnTo>
                                  <a:pt x="4756873" y="5164536"/>
                                </a:lnTo>
                                <a:lnTo>
                                  <a:pt x="4764374" y="5162270"/>
                                </a:lnTo>
                                <a:lnTo>
                                  <a:pt x="4772556" y="5160456"/>
                                </a:lnTo>
                                <a:lnTo>
                                  <a:pt x="4780284" y="5158643"/>
                                </a:lnTo>
                                <a:lnTo>
                                  <a:pt x="4788467" y="5157057"/>
                                </a:lnTo>
                                <a:lnTo>
                                  <a:pt x="4796650" y="5155697"/>
                                </a:lnTo>
                                <a:lnTo>
                                  <a:pt x="4804832" y="5154564"/>
                                </a:lnTo>
                                <a:lnTo>
                                  <a:pt x="4821425" y="5152297"/>
                                </a:lnTo>
                                <a:lnTo>
                                  <a:pt x="4838018" y="5150937"/>
                                </a:lnTo>
                                <a:lnTo>
                                  <a:pt x="4854156" y="5149804"/>
                                </a:lnTo>
                                <a:lnTo>
                                  <a:pt x="4870294" y="5148671"/>
                                </a:lnTo>
                                <a:lnTo>
                                  <a:pt x="4885296" y="5147991"/>
                                </a:lnTo>
                                <a:lnTo>
                                  <a:pt x="4899843" y="5147537"/>
                                </a:lnTo>
                                <a:lnTo>
                                  <a:pt x="4913253" y="5146631"/>
                                </a:lnTo>
                                <a:close/>
                                <a:moveTo>
                                  <a:pt x="3861252" y="5137714"/>
                                </a:moveTo>
                                <a:lnTo>
                                  <a:pt x="3860571" y="5138621"/>
                                </a:lnTo>
                                <a:lnTo>
                                  <a:pt x="3861025" y="5138167"/>
                                </a:lnTo>
                                <a:lnTo>
                                  <a:pt x="3861252" y="5137714"/>
                                </a:lnTo>
                                <a:close/>
                                <a:moveTo>
                                  <a:pt x="5299075" y="5087937"/>
                                </a:moveTo>
                                <a:lnTo>
                                  <a:pt x="5298355" y="5094968"/>
                                </a:lnTo>
                                <a:lnTo>
                                  <a:pt x="5297395" y="5097916"/>
                                </a:lnTo>
                                <a:lnTo>
                                  <a:pt x="5296196" y="5100637"/>
                                </a:lnTo>
                                <a:lnTo>
                                  <a:pt x="5294756" y="5102905"/>
                                </a:lnTo>
                                <a:lnTo>
                                  <a:pt x="5293556" y="5104946"/>
                                </a:lnTo>
                                <a:lnTo>
                                  <a:pt x="5291876" y="5106987"/>
                                </a:lnTo>
                                <a:lnTo>
                                  <a:pt x="5290436" y="5108348"/>
                                </a:lnTo>
                                <a:lnTo>
                                  <a:pt x="5288756" y="5109935"/>
                                </a:lnTo>
                                <a:lnTo>
                                  <a:pt x="5287316" y="5111069"/>
                                </a:lnTo>
                                <a:lnTo>
                                  <a:pt x="5285877" y="5111750"/>
                                </a:lnTo>
                                <a:lnTo>
                                  <a:pt x="5284197" y="5112430"/>
                                </a:lnTo>
                                <a:lnTo>
                                  <a:pt x="5282757" y="5113110"/>
                                </a:lnTo>
                                <a:lnTo>
                                  <a:pt x="5281557" y="5113337"/>
                                </a:lnTo>
                                <a:lnTo>
                                  <a:pt x="5280357" y="5113337"/>
                                </a:lnTo>
                                <a:lnTo>
                                  <a:pt x="5279637" y="5113110"/>
                                </a:lnTo>
                                <a:lnTo>
                                  <a:pt x="5278917" y="5112657"/>
                                </a:lnTo>
                                <a:lnTo>
                                  <a:pt x="5278437" y="5111977"/>
                                </a:lnTo>
                                <a:lnTo>
                                  <a:pt x="5290916" y="5089071"/>
                                </a:lnTo>
                                <a:lnTo>
                                  <a:pt x="5299075" y="5087937"/>
                                </a:lnTo>
                                <a:close/>
                                <a:moveTo>
                                  <a:pt x="4254646" y="5083731"/>
                                </a:moveTo>
                                <a:lnTo>
                                  <a:pt x="4258957" y="5084412"/>
                                </a:lnTo>
                                <a:lnTo>
                                  <a:pt x="4260772" y="5083958"/>
                                </a:lnTo>
                                <a:lnTo>
                                  <a:pt x="4260998" y="5083958"/>
                                </a:lnTo>
                                <a:lnTo>
                                  <a:pt x="4254646" y="5083731"/>
                                </a:lnTo>
                                <a:close/>
                                <a:moveTo>
                                  <a:pt x="4254192" y="5078515"/>
                                </a:moveTo>
                                <a:lnTo>
                                  <a:pt x="4253739" y="5078968"/>
                                </a:lnTo>
                                <a:lnTo>
                                  <a:pt x="4253763" y="5079459"/>
                                </a:lnTo>
                                <a:lnTo>
                                  <a:pt x="4253058" y="5081010"/>
                                </a:lnTo>
                                <a:lnTo>
                                  <a:pt x="4253965" y="5083505"/>
                                </a:lnTo>
                                <a:lnTo>
                                  <a:pt x="4253763" y="5079459"/>
                                </a:lnTo>
                                <a:lnTo>
                                  <a:pt x="4254192" y="5078515"/>
                                </a:lnTo>
                                <a:close/>
                                <a:moveTo>
                                  <a:pt x="4266443" y="5076473"/>
                                </a:moveTo>
                                <a:lnTo>
                                  <a:pt x="4266216" y="5078741"/>
                                </a:lnTo>
                                <a:lnTo>
                                  <a:pt x="4266443" y="5077154"/>
                                </a:lnTo>
                                <a:lnTo>
                                  <a:pt x="4266443" y="5076473"/>
                                </a:lnTo>
                                <a:close/>
                                <a:moveTo>
                                  <a:pt x="3932943" y="5060142"/>
                                </a:moveTo>
                                <a:lnTo>
                                  <a:pt x="3923415" y="5069896"/>
                                </a:lnTo>
                                <a:lnTo>
                                  <a:pt x="3932943" y="5060596"/>
                                </a:lnTo>
                                <a:lnTo>
                                  <a:pt x="3932943" y="5060142"/>
                                </a:lnTo>
                                <a:close/>
                                <a:moveTo>
                                  <a:pt x="4039572" y="5054245"/>
                                </a:moveTo>
                                <a:lnTo>
                                  <a:pt x="4046152" y="5055152"/>
                                </a:lnTo>
                                <a:lnTo>
                                  <a:pt x="4042068" y="5054245"/>
                                </a:lnTo>
                                <a:lnTo>
                                  <a:pt x="4039572" y="5054245"/>
                                </a:lnTo>
                                <a:close/>
                                <a:moveTo>
                                  <a:pt x="4219935" y="5040409"/>
                                </a:moveTo>
                                <a:lnTo>
                                  <a:pt x="4220842" y="5041770"/>
                                </a:lnTo>
                                <a:lnTo>
                                  <a:pt x="4221977" y="5042678"/>
                                </a:lnTo>
                                <a:lnTo>
                                  <a:pt x="4219935" y="5040409"/>
                                </a:lnTo>
                                <a:close/>
                                <a:moveTo>
                                  <a:pt x="4270527" y="5031564"/>
                                </a:moveTo>
                                <a:lnTo>
                                  <a:pt x="4269846" y="5032017"/>
                                </a:lnTo>
                                <a:lnTo>
                                  <a:pt x="4269846" y="5032244"/>
                                </a:lnTo>
                                <a:lnTo>
                                  <a:pt x="4270527" y="5031564"/>
                                </a:lnTo>
                                <a:close/>
                                <a:moveTo>
                                  <a:pt x="4066797" y="4970550"/>
                                </a:moveTo>
                                <a:lnTo>
                                  <a:pt x="4047967" y="4978715"/>
                                </a:lnTo>
                                <a:lnTo>
                                  <a:pt x="4029363" y="4987334"/>
                                </a:lnTo>
                                <a:lnTo>
                                  <a:pt x="4010760" y="4995953"/>
                                </a:lnTo>
                                <a:lnTo>
                                  <a:pt x="3992383" y="5005026"/>
                                </a:lnTo>
                                <a:lnTo>
                                  <a:pt x="4028229" y="4988242"/>
                                </a:lnTo>
                                <a:lnTo>
                                  <a:pt x="4064301" y="4971684"/>
                                </a:lnTo>
                                <a:lnTo>
                                  <a:pt x="4066797" y="4970550"/>
                                </a:lnTo>
                                <a:close/>
                                <a:moveTo>
                                  <a:pt x="3532970" y="4967828"/>
                                </a:moveTo>
                                <a:lnTo>
                                  <a:pt x="3533650" y="4974633"/>
                                </a:lnTo>
                                <a:lnTo>
                                  <a:pt x="3533650" y="4975313"/>
                                </a:lnTo>
                                <a:lnTo>
                                  <a:pt x="3535692" y="4986427"/>
                                </a:lnTo>
                                <a:lnTo>
                                  <a:pt x="3534785" y="4980984"/>
                                </a:lnTo>
                                <a:lnTo>
                                  <a:pt x="3534785" y="4980076"/>
                                </a:lnTo>
                                <a:lnTo>
                                  <a:pt x="3534104" y="4975767"/>
                                </a:lnTo>
                                <a:lnTo>
                                  <a:pt x="3532970" y="4967828"/>
                                </a:lnTo>
                                <a:close/>
                                <a:moveTo>
                                  <a:pt x="4300020" y="4961251"/>
                                </a:moveTo>
                                <a:lnTo>
                                  <a:pt x="4297978" y="4973045"/>
                                </a:lnTo>
                                <a:lnTo>
                                  <a:pt x="4300020" y="4961704"/>
                                </a:lnTo>
                                <a:lnTo>
                                  <a:pt x="4300020" y="4961251"/>
                                </a:lnTo>
                                <a:close/>
                                <a:moveTo>
                                  <a:pt x="5003800" y="4954587"/>
                                </a:moveTo>
                                <a:lnTo>
                                  <a:pt x="5003382" y="4957880"/>
                                </a:lnTo>
                                <a:lnTo>
                                  <a:pt x="4995862" y="4973637"/>
                                </a:lnTo>
                                <a:lnTo>
                                  <a:pt x="4996489" y="4967052"/>
                                </a:lnTo>
                                <a:lnTo>
                                  <a:pt x="5003800" y="4954587"/>
                                </a:lnTo>
                                <a:close/>
                                <a:moveTo>
                                  <a:pt x="4219027" y="4943559"/>
                                </a:moveTo>
                                <a:lnTo>
                                  <a:pt x="4220162" y="4944013"/>
                                </a:lnTo>
                                <a:lnTo>
                                  <a:pt x="4219935" y="4943786"/>
                                </a:lnTo>
                                <a:lnTo>
                                  <a:pt x="4219027" y="4943559"/>
                                </a:lnTo>
                                <a:close/>
                                <a:moveTo>
                                  <a:pt x="4148471" y="4930857"/>
                                </a:moveTo>
                                <a:lnTo>
                                  <a:pt x="4147336" y="4931538"/>
                                </a:lnTo>
                                <a:lnTo>
                                  <a:pt x="4148697" y="4931084"/>
                                </a:lnTo>
                                <a:lnTo>
                                  <a:pt x="4148471" y="4930857"/>
                                </a:lnTo>
                                <a:close/>
                                <a:moveTo>
                                  <a:pt x="3956991" y="4914980"/>
                                </a:moveTo>
                                <a:lnTo>
                                  <a:pt x="3945648" y="4917248"/>
                                </a:lnTo>
                                <a:lnTo>
                                  <a:pt x="3957445" y="4915207"/>
                                </a:lnTo>
                                <a:lnTo>
                                  <a:pt x="3955857" y="4921104"/>
                                </a:lnTo>
                                <a:lnTo>
                                  <a:pt x="3957445" y="4915434"/>
                                </a:lnTo>
                                <a:lnTo>
                                  <a:pt x="3957445" y="4915207"/>
                                </a:lnTo>
                                <a:lnTo>
                                  <a:pt x="3956991" y="4914980"/>
                                </a:lnTo>
                                <a:close/>
                                <a:moveTo>
                                  <a:pt x="3899366" y="4901371"/>
                                </a:moveTo>
                                <a:lnTo>
                                  <a:pt x="3904811" y="4905681"/>
                                </a:lnTo>
                                <a:lnTo>
                                  <a:pt x="3904357" y="4905000"/>
                                </a:lnTo>
                                <a:lnTo>
                                  <a:pt x="3899366" y="4901371"/>
                                </a:lnTo>
                                <a:close/>
                                <a:moveTo>
                                  <a:pt x="3911844" y="4861225"/>
                                </a:moveTo>
                                <a:lnTo>
                                  <a:pt x="3915474" y="4863946"/>
                                </a:lnTo>
                                <a:lnTo>
                                  <a:pt x="3924776" y="4867575"/>
                                </a:lnTo>
                                <a:lnTo>
                                  <a:pt x="3925456" y="4867802"/>
                                </a:lnTo>
                                <a:lnTo>
                                  <a:pt x="3911844" y="4861225"/>
                                </a:lnTo>
                                <a:close/>
                                <a:moveTo>
                                  <a:pt x="3801358" y="4854193"/>
                                </a:moveTo>
                                <a:lnTo>
                                  <a:pt x="3798862" y="4858956"/>
                                </a:lnTo>
                                <a:lnTo>
                                  <a:pt x="3801358" y="4854420"/>
                                </a:lnTo>
                                <a:lnTo>
                                  <a:pt x="3801358" y="4854193"/>
                                </a:lnTo>
                                <a:close/>
                                <a:moveTo>
                                  <a:pt x="3529340" y="4844894"/>
                                </a:moveTo>
                                <a:lnTo>
                                  <a:pt x="3533424" y="4858276"/>
                                </a:lnTo>
                                <a:lnTo>
                                  <a:pt x="3534104" y="4858049"/>
                                </a:lnTo>
                                <a:lnTo>
                                  <a:pt x="3533650" y="4858049"/>
                                </a:lnTo>
                                <a:lnTo>
                                  <a:pt x="3529340" y="4844894"/>
                                </a:lnTo>
                                <a:close/>
                                <a:moveTo>
                                  <a:pt x="3574941" y="4843760"/>
                                </a:moveTo>
                                <a:lnTo>
                                  <a:pt x="3574487" y="4843987"/>
                                </a:lnTo>
                                <a:lnTo>
                                  <a:pt x="3575395" y="4843760"/>
                                </a:lnTo>
                                <a:lnTo>
                                  <a:pt x="3574941" y="4843760"/>
                                </a:lnTo>
                                <a:close/>
                                <a:moveTo>
                                  <a:pt x="3682478" y="4840811"/>
                                </a:moveTo>
                                <a:lnTo>
                                  <a:pt x="3678855" y="4842623"/>
                                </a:lnTo>
                                <a:lnTo>
                                  <a:pt x="3675445" y="4844213"/>
                                </a:lnTo>
                                <a:lnTo>
                                  <a:pt x="3677033" y="4843533"/>
                                </a:lnTo>
                                <a:lnTo>
                                  <a:pt x="3678855" y="4842623"/>
                                </a:lnTo>
                                <a:lnTo>
                                  <a:pt x="3682251" y="4841038"/>
                                </a:lnTo>
                                <a:lnTo>
                                  <a:pt x="3682478" y="4840811"/>
                                </a:lnTo>
                                <a:close/>
                                <a:moveTo>
                                  <a:pt x="3602619" y="4833780"/>
                                </a:moveTo>
                                <a:lnTo>
                                  <a:pt x="3593771" y="4837182"/>
                                </a:lnTo>
                                <a:lnTo>
                                  <a:pt x="3602846" y="4833780"/>
                                </a:lnTo>
                                <a:lnTo>
                                  <a:pt x="3602619" y="4833780"/>
                                </a:lnTo>
                                <a:close/>
                                <a:moveTo>
                                  <a:pt x="3647766" y="4832873"/>
                                </a:moveTo>
                                <a:lnTo>
                                  <a:pt x="3652531" y="4838770"/>
                                </a:lnTo>
                                <a:lnTo>
                                  <a:pt x="3652531" y="4837863"/>
                                </a:lnTo>
                                <a:lnTo>
                                  <a:pt x="3649128" y="4832873"/>
                                </a:lnTo>
                                <a:lnTo>
                                  <a:pt x="3648901" y="4832873"/>
                                </a:lnTo>
                                <a:lnTo>
                                  <a:pt x="3647766" y="4832873"/>
                                </a:lnTo>
                                <a:close/>
                                <a:moveTo>
                                  <a:pt x="3006856" y="4791819"/>
                                </a:moveTo>
                                <a:lnTo>
                                  <a:pt x="3006938" y="4793460"/>
                                </a:lnTo>
                                <a:lnTo>
                                  <a:pt x="3006176" y="4796128"/>
                                </a:lnTo>
                                <a:lnTo>
                                  <a:pt x="3005041" y="4799304"/>
                                </a:lnTo>
                                <a:lnTo>
                                  <a:pt x="3006856" y="4791819"/>
                                </a:lnTo>
                                <a:close/>
                                <a:moveTo>
                                  <a:pt x="4318397" y="4775942"/>
                                </a:moveTo>
                                <a:lnTo>
                                  <a:pt x="4319985" y="4776395"/>
                                </a:lnTo>
                                <a:lnTo>
                                  <a:pt x="4322480" y="4776849"/>
                                </a:lnTo>
                                <a:lnTo>
                                  <a:pt x="4318397" y="4775942"/>
                                </a:lnTo>
                                <a:close/>
                                <a:moveTo>
                                  <a:pt x="4947949" y="4773612"/>
                                </a:moveTo>
                                <a:lnTo>
                                  <a:pt x="4951413" y="4780558"/>
                                </a:lnTo>
                                <a:lnTo>
                                  <a:pt x="4950114" y="4783137"/>
                                </a:lnTo>
                                <a:lnTo>
                                  <a:pt x="4946650" y="4774604"/>
                                </a:lnTo>
                                <a:lnTo>
                                  <a:pt x="4947949" y="4773612"/>
                                </a:lnTo>
                                <a:close/>
                                <a:moveTo>
                                  <a:pt x="3495309" y="4748043"/>
                                </a:moveTo>
                                <a:lnTo>
                                  <a:pt x="3495309" y="4748724"/>
                                </a:lnTo>
                                <a:lnTo>
                                  <a:pt x="3495990" y="4751899"/>
                                </a:lnTo>
                                <a:lnTo>
                                  <a:pt x="3495309" y="4748043"/>
                                </a:lnTo>
                                <a:close/>
                                <a:moveTo>
                                  <a:pt x="468780" y="4719122"/>
                                </a:moveTo>
                                <a:lnTo>
                                  <a:pt x="472567" y="4733846"/>
                                </a:lnTo>
                                <a:lnTo>
                                  <a:pt x="473022" y="4735965"/>
                                </a:lnTo>
                                <a:lnTo>
                                  <a:pt x="473929" y="4739140"/>
                                </a:lnTo>
                                <a:lnTo>
                                  <a:pt x="472567" y="4733846"/>
                                </a:lnTo>
                                <a:lnTo>
                                  <a:pt x="472341" y="4732790"/>
                                </a:lnTo>
                                <a:lnTo>
                                  <a:pt x="471434" y="4725987"/>
                                </a:lnTo>
                                <a:lnTo>
                                  <a:pt x="471116" y="4723526"/>
                                </a:lnTo>
                                <a:lnTo>
                                  <a:pt x="471044" y="4723436"/>
                                </a:lnTo>
                                <a:lnTo>
                                  <a:pt x="469773" y="4721118"/>
                                </a:lnTo>
                                <a:lnTo>
                                  <a:pt x="468780" y="4719122"/>
                                </a:lnTo>
                                <a:close/>
                                <a:moveTo>
                                  <a:pt x="3255734" y="4711072"/>
                                </a:moveTo>
                                <a:lnTo>
                                  <a:pt x="3247339" y="4712206"/>
                                </a:lnTo>
                                <a:lnTo>
                                  <a:pt x="3249154" y="4712433"/>
                                </a:lnTo>
                                <a:lnTo>
                                  <a:pt x="3255280" y="4711299"/>
                                </a:lnTo>
                                <a:lnTo>
                                  <a:pt x="3255734" y="4711072"/>
                                </a:lnTo>
                                <a:close/>
                                <a:moveTo>
                                  <a:pt x="3270480" y="4709938"/>
                                </a:moveTo>
                                <a:lnTo>
                                  <a:pt x="3257775" y="4711072"/>
                                </a:lnTo>
                                <a:lnTo>
                                  <a:pt x="3270707" y="4709938"/>
                                </a:lnTo>
                                <a:lnTo>
                                  <a:pt x="3270480" y="4709938"/>
                                </a:lnTo>
                                <a:close/>
                                <a:moveTo>
                                  <a:pt x="5010309" y="4702174"/>
                                </a:moveTo>
                                <a:lnTo>
                                  <a:pt x="5008718" y="4705121"/>
                                </a:lnTo>
                                <a:lnTo>
                                  <a:pt x="5005308" y="4706027"/>
                                </a:lnTo>
                                <a:lnTo>
                                  <a:pt x="5005763" y="4710787"/>
                                </a:lnTo>
                                <a:lnTo>
                                  <a:pt x="5006672" y="4710560"/>
                                </a:lnTo>
                                <a:lnTo>
                                  <a:pt x="5007354" y="4710560"/>
                                </a:lnTo>
                                <a:lnTo>
                                  <a:pt x="5008036" y="4710560"/>
                                </a:lnTo>
                                <a:lnTo>
                                  <a:pt x="5009173" y="4710560"/>
                                </a:lnTo>
                                <a:lnTo>
                                  <a:pt x="5010536" y="4711240"/>
                                </a:lnTo>
                                <a:lnTo>
                                  <a:pt x="5011673" y="4712373"/>
                                </a:lnTo>
                                <a:lnTo>
                                  <a:pt x="5013264" y="4714187"/>
                                </a:lnTo>
                                <a:lnTo>
                                  <a:pt x="5014400" y="4716000"/>
                                </a:lnTo>
                                <a:lnTo>
                                  <a:pt x="5015310" y="4718040"/>
                                </a:lnTo>
                                <a:lnTo>
                                  <a:pt x="5016446" y="4720306"/>
                                </a:lnTo>
                                <a:lnTo>
                                  <a:pt x="5018037" y="4725292"/>
                                </a:lnTo>
                                <a:lnTo>
                                  <a:pt x="5019401" y="4729825"/>
                                </a:lnTo>
                                <a:lnTo>
                                  <a:pt x="5020083" y="4733905"/>
                                </a:lnTo>
                                <a:lnTo>
                                  <a:pt x="5020537" y="4736398"/>
                                </a:lnTo>
                                <a:lnTo>
                                  <a:pt x="5020083" y="4739571"/>
                                </a:lnTo>
                                <a:lnTo>
                                  <a:pt x="5024856" y="4735491"/>
                                </a:lnTo>
                                <a:lnTo>
                                  <a:pt x="5027584" y="4743877"/>
                                </a:lnTo>
                                <a:lnTo>
                                  <a:pt x="5030084" y="4752717"/>
                                </a:lnTo>
                                <a:lnTo>
                                  <a:pt x="5031902" y="4761556"/>
                                </a:lnTo>
                                <a:lnTo>
                                  <a:pt x="5033493" y="4770169"/>
                                </a:lnTo>
                                <a:lnTo>
                                  <a:pt x="5034857" y="4779235"/>
                                </a:lnTo>
                                <a:lnTo>
                                  <a:pt x="5035766" y="4788300"/>
                                </a:lnTo>
                                <a:lnTo>
                                  <a:pt x="5036903" y="4797140"/>
                                </a:lnTo>
                                <a:lnTo>
                                  <a:pt x="5037585" y="4806206"/>
                                </a:lnTo>
                                <a:lnTo>
                                  <a:pt x="5038267" y="4824337"/>
                                </a:lnTo>
                                <a:lnTo>
                                  <a:pt x="5038948" y="4842469"/>
                                </a:lnTo>
                                <a:lnTo>
                                  <a:pt x="5039630" y="4860601"/>
                                </a:lnTo>
                                <a:lnTo>
                                  <a:pt x="5040312" y="4878280"/>
                                </a:lnTo>
                                <a:lnTo>
                                  <a:pt x="5038948" y="4883493"/>
                                </a:lnTo>
                                <a:lnTo>
                                  <a:pt x="5037585" y="4888252"/>
                                </a:lnTo>
                                <a:lnTo>
                                  <a:pt x="5035539" y="4893012"/>
                                </a:lnTo>
                                <a:lnTo>
                                  <a:pt x="5033266" y="4897091"/>
                                </a:lnTo>
                                <a:lnTo>
                                  <a:pt x="5030311" y="4901171"/>
                                </a:lnTo>
                                <a:lnTo>
                                  <a:pt x="5026902" y="4904797"/>
                                </a:lnTo>
                                <a:lnTo>
                                  <a:pt x="5023038" y="4908197"/>
                                </a:lnTo>
                                <a:lnTo>
                                  <a:pt x="5018719" y="4911370"/>
                                </a:lnTo>
                                <a:lnTo>
                                  <a:pt x="5018719" y="4911144"/>
                                </a:lnTo>
                                <a:lnTo>
                                  <a:pt x="5018037" y="4910010"/>
                                </a:lnTo>
                                <a:lnTo>
                                  <a:pt x="5015537" y="4906611"/>
                                </a:lnTo>
                                <a:lnTo>
                                  <a:pt x="5011900" y="4901851"/>
                                </a:lnTo>
                                <a:lnTo>
                                  <a:pt x="5007581" y="4897091"/>
                                </a:lnTo>
                                <a:lnTo>
                                  <a:pt x="5003717" y="4893012"/>
                                </a:lnTo>
                                <a:lnTo>
                                  <a:pt x="5000535" y="4890065"/>
                                </a:lnTo>
                                <a:lnTo>
                                  <a:pt x="4999626" y="4889159"/>
                                </a:lnTo>
                                <a:lnTo>
                                  <a:pt x="4999171" y="4889159"/>
                                </a:lnTo>
                                <a:lnTo>
                                  <a:pt x="4999171" y="4889612"/>
                                </a:lnTo>
                                <a:lnTo>
                                  <a:pt x="4999171" y="4890292"/>
                                </a:lnTo>
                                <a:lnTo>
                                  <a:pt x="4999853" y="4891879"/>
                                </a:lnTo>
                                <a:lnTo>
                                  <a:pt x="4998262" y="4897318"/>
                                </a:lnTo>
                                <a:lnTo>
                                  <a:pt x="4996217" y="4906157"/>
                                </a:lnTo>
                                <a:lnTo>
                                  <a:pt x="4994171" y="4915450"/>
                                </a:lnTo>
                                <a:lnTo>
                                  <a:pt x="4990307" y="4934262"/>
                                </a:lnTo>
                                <a:lnTo>
                                  <a:pt x="4986670" y="4952620"/>
                                </a:lnTo>
                                <a:lnTo>
                                  <a:pt x="4982806" y="4971205"/>
                                </a:lnTo>
                                <a:lnTo>
                                  <a:pt x="4980533" y="4980271"/>
                                </a:lnTo>
                                <a:lnTo>
                                  <a:pt x="4978260" y="4989564"/>
                                </a:lnTo>
                                <a:lnTo>
                                  <a:pt x="4975987" y="4999083"/>
                                </a:lnTo>
                                <a:lnTo>
                                  <a:pt x="4973260" y="5008376"/>
                                </a:lnTo>
                                <a:lnTo>
                                  <a:pt x="4970532" y="5017442"/>
                                </a:lnTo>
                                <a:lnTo>
                                  <a:pt x="4967350" y="5026734"/>
                                </a:lnTo>
                                <a:lnTo>
                                  <a:pt x="4963713" y="5035800"/>
                                </a:lnTo>
                                <a:lnTo>
                                  <a:pt x="4959849" y="5045093"/>
                                </a:lnTo>
                                <a:lnTo>
                                  <a:pt x="4956212" y="5053932"/>
                                </a:lnTo>
                                <a:lnTo>
                                  <a:pt x="4952803" y="5062318"/>
                                </a:lnTo>
                                <a:lnTo>
                                  <a:pt x="4946666" y="5077730"/>
                                </a:lnTo>
                                <a:lnTo>
                                  <a:pt x="4943711" y="5084756"/>
                                </a:lnTo>
                                <a:lnTo>
                                  <a:pt x="4940756" y="5091329"/>
                                </a:lnTo>
                                <a:lnTo>
                                  <a:pt x="4937347" y="5097448"/>
                                </a:lnTo>
                                <a:lnTo>
                                  <a:pt x="4933937" y="5103341"/>
                                </a:lnTo>
                                <a:lnTo>
                                  <a:pt x="4932119" y="5106061"/>
                                </a:lnTo>
                                <a:lnTo>
                                  <a:pt x="4930073" y="5108327"/>
                                </a:lnTo>
                                <a:lnTo>
                                  <a:pt x="4928027" y="5110820"/>
                                </a:lnTo>
                                <a:lnTo>
                                  <a:pt x="4925527" y="5113314"/>
                                </a:lnTo>
                                <a:lnTo>
                                  <a:pt x="4923027" y="5115353"/>
                                </a:lnTo>
                                <a:lnTo>
                                  <a:pt x="4920299" y="5117620"/>
                                </a:lnTo>
                                <a:lnTo>
                                  <a:pt x="4917799" y="5119660"/>
                                </a:lnTo>
                                <a:lnTo>
                                  <a:pt x="4914617" y="5121246"/>
                                </a:lnTo>
                                <a:lnTo>
                                  <a:pt x="4911435" y="5123059"/>
                                </a:lnTo>
                                <a:lnTo>
                                  <a:pt x="4908025" y="5124646"/>
                                </a:lnTo>
                                <a:lnTo>
                                  <a:pt x="4904389" y="5126233"/>
                                </a:lnTo>
                                <a:lnTo>
                                  <a:pt x="4900070" y="5127366"/>
                                </a:lnTo>
                                <a:lnTo>
                                  <a:pt x="4895979" y="5128499"/>
                                </a:lnTo>
                                <a:lnTo>
                                  <a:pt x="4891660" y="5129859"/>
                                </a:lnTo>
                                <a:lnTo>
                                  <a:pt x="4886659" y="5130765"/>
                                </a:lnTo>
                                <a:lnTo>
                                  <a:pt x="4881659" y="5131445"/>
                                </a:lnTo>
                                <a:lnTo>
                                  <a:pt x="4797332" y="5143684"/>
                                </a:lnTo>
                                <a:lnTo>
                                  <a:pt x="4713004" y="5155470"/>
                                </a:lnTo>
                                <a:lnTo>
                                  <a:pt x="4712777" y="5149804"/>
                                </a:lnTo>
                                <a:lnTo>
                                  <a:pt x="4712550" y="5143684"/>
                                </a:lnTo>
                                <a:lnTo>
                                  <a:pt x="4711641" y="5130539"/>
                                </a:lnTo>
                                <a:lnTo>
                                  <a:pt x="4711413" y="5124193"/>
                                </a:lnTo>
                                <a:lnTo>
                                  <a:pt x="4711413" y="5117847"/>
                                </a:lnTo>
                                <a:lnTo>
                                  <a:pt x="4711868" y="5111727"/>
                                </a:lnTo>
                                <a:lnTo>
                                  <a:pt x="4712323" y="5108781"/>
                                </a:lnTo>
                                <a:lnTo>
                                  <a:pt x="4713004" y="5106061"/>
                                </a:lnTo>
                                <a:lnTo>
                                  <a:pt x="4712550" y="5099941"/>
                                </a:lnTo>
                                <a:lnTo>
                                  <a:pt x="4712323" y="5093822"/>
                                </a:lnTo>
                                <a:lnTo>
                                  <a:pt x="4712323" y="5088156"/>
                                </a:lnTo>
                                <a:lnTo>
                                  <a:pt x="4712550" y="5082943"/>
                                </a:lnTo>
                                <a:lnTo>
                                  <a:pt x="4712777" y="5077957"/>
                                </a:lnTo>
                                <a:lnTo>
                                  <a:pt x="4713004" y="5073197"/>
                                </a:lnTo>
                                <a:lnTo>
                                  <a:pt x="4714141" y="5064131"/>
                                </a:lnTo>
                                <a:lnTo>
                                  <a:pt x="4715959" y="5055972"/>
                                </a:lnTo>
                                <a:lnTo>
                                  <a:pt x="4718005" y="5048039"/>
                                </a:lnTo>
                                <a:lnTo>
                                  <a:pt x="4720051" y="5040786"/>
                                </a:lnTo>
                                <a:lnTo>
                                  <a:pt x="4722551" y="5033760"/>
                                </a:lnTo>
                                <a:lnTo>
                                  <a:pt x="4727779" y="5019708"/>
                                </a:lnTo>
                                <a:lnTo>
                                  <a:pt x="4730506" y="5012455"/>
                                </a:lnTo>
                                <a:lnTo>
                                  <a:pt x="4733234" y="5004749"/>
                                </a:lnTo>
                                <a:lnTo>
                                  <a:pt x="4735734" y="4996363"/>
                                </a:lnTo>
                                <a:lnTo>
                                  <a:pt x="4738234" y="4987297"/>
                                </a:lnTo>
                                <a:lnTo>
                                  <a:pt x="4740280" y="4977551"/>
                                </a:lnTo>
                                <a:lnTo>
                                  <a:pt x="4742326" y="4966219"/>
                                </a:lnTo>
                                <a:lnTo>
                                  <a:pt x="4760964" y="4962593"/>
                                </a:lnTo>
                                <a:lnTo>
                                  <a:pt x="4779148" y="4948541"/>
                                </a:lnTo>
                                <a:lnTo>
                                  <a:pt x="4782785" y="4948541"/>
                                </a:lnTo>
                                <a:lnTo>
                                  <a:pt x="4786649" y="4952847"/>
                                </a:lnTo>
                                <a:lnTo>
                                  <a:pt x="4799605" y="4947407"/>
                                </a:lnTo>
                                <a:lnTo>
                                  <a:pt x="4800968" y="4944234"/>
                                </a:lnTo>
                                <a:lnTo>
                                  <a:pt x="4803014" y="4941514"/>
                                </a:lnTo>
                                <a:lnTo>
                                  <a:pt x="4804832" y="4939248"/>
                                </a:lnTo>
                                <a:lnTo>
                                  <a:pt x="4807333" y="4937435"/>
                                </a:lnTo>
                                <a:lnTo>
                                  <a:pt x="4809833" y="4935848"/>
                                </a:lnTo>
                                <a:lnTo>
                                  <a:pt x="4812333" y="4934942"/>
                                </a:lnTo>
                                <a:lnTo>
                                  <a:pt x="4815288" y="4934035"/>
                                </a:lnTo>
                                <a:lnTo>
                                  <a:pt x="4818243" y="4933582"/>
                                </a:lnTo>
                                <a:lnTo>
                                  <a:pt x="4821425" y="4933128"/>
                                </a:lnTo>
                                <a:lnTo>
                                  <a:pt x="4824380" y="4933582"/>
                                </a:lnTo>
                                <a:lnTo>
                                  <a:pt x="4827562" y="4933808"/>
                                </a:lnTo>
                                <a:lnTo>
                                  <a:pt x="4830744" y="4934262"/>
                                </a:lnTo>
                                <a:lnTo>
                                  <a:pt x="4833927" y="4934942"/>
                                </a:lnTo>
                                <a:lnTo>
                                  <a:pt x="4837109" y="4935848"/>
                                </a:lnTo>
                                <a:lnTo>
                                  <a:pt x="4840291" y="4937208"/>
                                </a:lnTo>
                                <a:lnTo>
                                  <a:pt x="4843246" y="4938568"/>
                                </a:lnTo>
                                <a:lnTo>
                                  <a:pt x="4838018" y="4934488"/>
                                </a:lnTo>
                                <a:lnTo>
                                  <a:pt x="4837109" y="4933128"/>
                                </a:lnTo>
                                <a:lnTo>
                                  <a:pt x="4835972" y="4931995"/>
                                </a:lnTo>
                                <a:lnTo>
                                  <a:pt x="4835518" y="4930862"/>
                                </a:lnTo>
                                <a:lnTo>
                                  <a:pt x="4835290" y="4929275"/>
                                </a:lnTo>
                                <a:lnTo>
                                  <a:pt x="4835290" y="4928142"/>
                                </a:lnTo>
                                <a:lnTo>
                                  <a:pt x="4835518" y="4926782"/>
                                </a:lnTo>
                                <a:lnTo>
                                  <a:pt x="4835745" y="4925196"/>
                                </a:lnTo>
                                <a:lnTo>
                                  <a:pt x="4836654" y="4923836"/>
                                </a:lnTo>
                                <a:lnTo>
                                  <a:pt x="4838245" y="4920889"/>
                                </a:lnTo>
                                <a:lnTo>
                                  <a:pt x="4840518" y="4917716"/>
                                </a:lnTo>
                                <a:lnTo>
                                  <a:pt x="4843246" y="4914770"/>
                                </a:lnTo>
                                <a:lnTo>
                                  <a:pt x="4845973" y="4911824"/>
                                </a:lnTo>
                                <a:lnTo>
                                  <a:pt x="4849383" y="4908877"/>
                                </a:lnTo>
                                <a:lnTo>
                                  <a:pt x="4852565" y="4906157"/>
                                </a:lnTo>
                                <a:lnTo>
                                  <a:pt x="4855974" y="4903891"/>
                                </a:lnTo>
                                <a:lnTo>
                                  <a:pt x="4859156" y="4901624"/>
                                </a:lnTo>
                                <a:lnTo>
                                  <a:pt x="4864839" y="4898225"/>
                                </a:lnTo>
                                <a:lnTo>
                                  <a:pt x="4867112" y="4897091"/>
                                </a:lnTo>
                                <a:lnTo>
                                  <a:pt x="4868476" y="4896638"/>
                                </a:lnTo>
                                <a:lnTo>
                                  <a:pt x="4868703" y="4896638"/>
                                </a:lnTo>
                                <a:lnTo>
                                  <a:pt x="4871885" y="4896638"/>
                                </a:lnTo>
                                <a:lnTo>
                                  <a:pt x="4871431" y="4911597"/>
                                </a:lnTo>
                                <a:lnTo>
                                  <a:pt x="4882341" y="4904571"/>
                                </a:lnTo>
                                <a:lnTo>
                                  <a:pt x="4878477" y="4889612"/>
                                </a:lnTo>
                                <a:lnTo>
                                  <a:pt x="4880750" y="4885306"/>
                                </a:lnTo>
                                <a:lnTo>
                                  <a:pt x="4885296" y="4878960"/>
                                </a:lnTo>
                                <a:lnTo>
                                  <a:pt x="4890069" y="4873067"/>
                                </a:lnTo>
                                <a:lnTo>
                                  <a:pt x="4895524" y="4867174"/>
                                </a:lnTo>
                                <a:lnTo>
                                  <a:pt x="4901206" y="4861734"/>
                                </a:lnTo>
                                <a:lnTo>
                                  <a:pt x="4895297" y="4882133"/>
                                </a:lnTo>
                                <a:lnTo>
                                  <a:pt x="4898024" y="4880320"/>
                                </a:lnTo>
                                <a:lnTo>
                                  <a:pt x="4900070" y="4878053"/>
                                </a:lnTo>
                                <a:lnTo>
                                  <a:pt x="4902116" y="4875787"/>
                                </a:lnTo>
                                <a:lnTo>
                                  <a:pt x="4904161" y="4873520"/>
                                </a:lnTo>
                                <a:lnTo>
                                  <a:pt x="4906889" y="4868760"/>
                                </a:lnTo>
                                <a:lnTo>
                                  <a:pt x="4909616" y="4864454"/>
                                </a:lnTo>
                                <a:lnTo>
                                  <a:pt x="4911207" y="4862868"/>
                                </a:lnTo>
                                <a:lnTo>
                                  <a:pt x="4912571" y="4861054"/>
                                </a:lnTo>
                                <a:lnTo>
                                  <a:pt x="4913935" y="4859921"/>
                                </a:lnTo>
                                <a:lnTo>
                                  <a:pt x="4915753" y="4859241"/>
                                </a:lnTo>
                                <a:lnTo>
                                  <a:pt x="4917799" y="4858788"/>
                                </a:lnTo>
                                <a:lnTo>
                                  <a:pt x="4919845" y="4859468"/>
                                </a:lnTo>
                                <a:lnTo>
                                  <a:pt x="4922345" y="4860375"/>
                                </a:lnTo>
                                <a:lnTo>
                                  <a:pt x="4925300" y="4861961"/>
                                </a:lnTo>
                                <a:lnTo>
                                  <a:pt x="4926664" y="4855842"/>
                                </a:lnTo>
                                <a:lnTo>
                                  <a:pt x="4923709" y="4853575"/>
                                </a:lnTo>
                                <a:lnTo>
                                  <a:pt x="4921436" y="4851309"/>
                                </a:lnTo>
                                <a:lnTo>
                                  <a:pt x="4919390" y="4849269"/>
                                </a:lnTo>
                                <a:lnTo>
                                  <a:pt x="4918026" y="4847229"/>
                                </a:lnTo>
                                <a:lnTo>
                                  <a:pt x="4916890" y="4845416"/>
                                </a:lnTo>
                                <a:lnTo>
                                  <a:pt x="4916208" y="4843603"/>
                                </a:lnTo>
                                <a:lnTo>
                                  <a:pt x="4915981" y="4842016"/>
                                </a:lnTo>
                                <a:lnTo>
                                  <a:pt x="4915981" y="4840429"/>
                                </a:lnTo>
                                <a:lnTo>
                                  <a:pt x="4916435" y="4839070"/>
                                </a:lnTo>
                                <a:lnTo>
                                  <a:pt x="4917117" y="4837710"/>
                                </a:lnTo>
                                <a:lnTo>
                                  <a:pt x="4918481" y="4836350"/>
                                </a:lnTo>
                                <a:lnTo>
                                  <a:pt x="4919845" y="4835217"/>
                                </a:lnTo>
                                <a:lnTo>
                                  <a:pt x="4921890" y="4834083"/>
                                </a:lnTo>
                                <a:lnTo>
                                  <a:pt x="4923936" y="4833177"/>
                                </a:lnTo>
                                <a:lnTo>
                                  <a:pt x="4926436" y="4832497"/>
                                </a:lnTo>
                                <a:lnTo>
                                  <a:pt x="4929164" y="4831590"/>
                                </a:lnTo>
                                <a:lnTo>
                                  <a:pt x="4928709" y="4826604"/>
                                </a:lnTo>
                                <a:lnTo>
                                  <a:pt x="4928482" y="4821618"/>
                                </a:lnTo>
                                <a:lnTo>
                                  <a:pt x="4928482" y="4816858"/>
                                </a:lnTo>
                                <a:lnTo>
                                  <a:pt x="4928709" y="4812098"/>
                                </a:lnTo>
                                <a:lnTo>
                                  <a:pt x="4929164" y="4807112"/>
                                </a:lnTo>
                                <a:lnTo>
                                  <a:pt x="4929846" y="4802353"/>
                                </a:lnTo>
                                <a:lnTo>
                                  <a:pt x="4930755" y="4797366"/>
                                </a:lnTo>
                                <a:lnTo>
                                  <a:pt x="4931892" y="4792607"/>
                                </a:lnTo>
                                <a:lnTo>
                                  <a:pt x="4947348" y="4805752"/>
                                </a:lnTo>
                                <a:lnTo>
                                  <a:pt x="4958713" y="4783541"/>
                                </a:lnTo>
                                <a:lnTo>
                                  <a:pt x="4962804" y="4782408"/>
                                </a:lnTo>
                                <a:lnTo>
                                  <a:pt x="4966441" y="4780821"/>
                                </a:lnTo>
                                <a:lnTo>
                                  <a:pt x="4969623" y="4779235"/>
                                </a:lnTo>
                                <a:lnTo>
                                  <a:pt x="4972350" y="4777195"/>
                                </a:lnTo>
                                <a:lnTo>
                                  <a:pt x="4974396" y="4775155"/>
                                </a:lnTo>
                                <a:lnTo>
                                  <a:pt x="4976669" y="4772662"/>
                                </a:lnTo>
                                <a:lnTo>
                                  <a:pt x="4978033" y="4769942"/>
                                </a:lnTo>
                                <a:lnTo>
                                  <a:pt x="4979624" y="4767222"/>
                                </a:lnTo>
                                <a:lnTo>
                                  <a:pt x="4980533" y="4764276"/>
                                </a:lnTo>
                                <a:lnTo>
                                  <a:pt x="4981442" y="4761329"/>
                                </a:lnTo>
                                <a:lnTo>
                                  <a:pt x="4982351" y="4758156"/>
                                </a:lnTo>
                                <a:lnTo>
                                  <a:pt x="4982806" y="4754983"/>
                                </a:lnTo>
                                <a:lnTo>
                                  <a:pt x="4983261" y="4748184"/>
                                </a:lnTo>
                                <a:lnTo>
                                  <a:pt x="4983715" y="4741384"/>
                                </a:lnTo>
                                <a:lnTo>
                                  <a:pt x="4984170" y="4734585"/>
                                </a:lnTo>
                                <a:lnTo>
                                  <a:pt x="4984852" y="4728012"/>
                                </a:lnTo>
                                <a:lnTo>
                                  <a:pt x="4985534" y="4724839"/>
                                </a:lnTo>
                                <a:lnTo>
                                  <a:pt x="4986216" y="4721893"/>
                                </a:lnTo>
                                <a:lnTo>
                                  <a:pt x="4987125" y="4718946"/>
                                </a:lnTo>
                                <a:lnTo>
                                  <a:pt x="4988261" y="4716226"/>
                                </a:lnTo>
                                <a:lnTo>
                                  <a:pt x="4989852" y="4713507"/>
                                </a:lnTo>
                                <a:lnTo>
                                  <a:pt x="4991443" y="4711240"/>
                                </a:lnTo>
                                <a:lnTo>
                                  <a:pt x="4993489" y="4708974"/>
                                </a:lnTo>
                                <a:lnTo>
                                  <a:pt x="4995989" y="4707387"/>
                                </a:lnTo>
                                <a:lnTo>
                                  <a:pt x="4998944" y="4705574"/>
                                </a:lnTo>
                                <a:lnTo>
                                  <a:pt x="5002354" y="4704214"/>
                                </a:lnTo>
                                <a:lnTo>
                                  <a:pt x="5005990" y="4703081"/>
                                </a:lnTo>
                                <a:lnTo>
                                  <a:pt x="5010309" y="4702174"/>
                                </a:lnTo>
                                <a:close/>
                                <a:moveTo>
                                  <a:pt x="4197248" y="4670472"/>
                                </a:moveTo>
                                <a:lnTo>
                                  <a:pt x="4195206" y="4670699"/>
                                </a:lnTo>
                                <a:lnTo>
                                  <a:pt x="4193391" y="4671153"/>
                                </a:lnTo>
                                <a:lnTo>
                                  <a:pt x="4191803" y="4671833"/>
                                </a:lnTo>
                                <a:lnTo>
                                  <a:pt x="4190442" y="4673194"/>
                                </a:lnTo>
                                <a:lnTo>
                                  <a:pt x="4189307" y="4674555"/>
                                </a:lnTo>
                                <a:lnTo>
                                  <a:pt x="4188627" y="4676596"/>
                                </a:lnTo>
                                <a:lnTo>
                                  <a:pt x="4188173" y="4678411"/>
                                </a:lnTo>
                                <a:lnTo>
                                  <a:pt x="4187492" y="4680906"/>
                                </a:lnTo>
                                <a:lnTo>
                                  <a:pt x="4187492" y="4683401"/>
                                </a:lnTo>
                                <a:lnTo>
                                  <a:pt x="4187946" y="4685896"/>
                                </a:lnTo>
                                <a:lnTo>
                                  <a:pt x="4188400" y="4688844"/>
                                </a:lnTo>
                                <a:lnTo>
                                  <a:pt x="4189080" y="4691793"/>
                                </a:lnTo>
                                <a:lnTo>
                                  <a:pt x="4191349" y="4698144"/>
                                </a:lnTo>
                                <a:lnTo>
                                  <a:pt x="4193845" y="4704495"/>
                                </a:lnTo>
                                <a:lnTo>
                                  <a:pt x="4199516" y="4717196"/>
                                </a:lnTo>
                                <a:lnTo>
                                  <a:pt x="4205415" y="4729898"/>
                                </a:lnTo>
                                <a:lnTo>
                                  <a:pt x="4208138" y="4736476"/>
                                </a:lnTo>
                                <a:lnTo>
                                  <a:pt x="4210179" y="4743053"/>
                                </a:lnTo>
                                <a:lnTo>
                                  <a:pt x="4212448" y="4749631"/>
                                </a:lnTo>
                                <a:lnTo>
                                  <a:pt x="4213809" y="4756435"/>
                                </a:lnTo>
                                <a:lnTo>
                                  <a:pt x="4214263" y="4759838"/>
                                </a:lnTo>
                                <a:lnTo>
                                  <a:pt x="4214490" y="4763240"/>
                                </a:lnTo>
                                <a:lnTo>
                                  <a:pt x="4214944" y="4766869"/>
                                </a:lnTo>
                                <a:lnTo>
                                  <a:pt x="4214944" y="4770271"/>
                                </a:lnTo>
                                <a:lnTo>
                                  <a:pt x="4214490" y="4773674"/>
                                </a:lnTo>
                                <a:lnTo>
                                  <a:pt x="4214036" y="4777303"/>
                                </a:lnTo>
                                <a:lnTo>
                                  <a:pt x="4213582" y="4781158"/>
                                </a:lnTo>
                                <a:lnTo>
                                  <a:pt x="4212675" y="4784788"/>
                                </a:lnTo>
                                <a:lnTo>
                                  <a:pt x="4211541" y="4788417"/>
                                </a:lnTo>
                                <a:lnTo>
                                  <a:pt x="4210179" y="4792046"/>
                                </a:lnTo>
                                <a:lnTo>
                                  <a:pt x="4208591" y="4795675"/>
                                </a:lnTo>
                                <a:lnTo>
                                  <a:pt x="4206323" y="4799304"/>
                                </a:lnTo>
                                <a:lnTo>
                                  <a:pt x="4204281" y="4803386"/>
                                </a:lnTo>
                                <a:lnTo>
                                  <a:pt x="4202466" y="4807469"/>
                                </a:lnTo>
                                <a:lnTo>
                                  <a:pt x="4201105" y="4811779"/>
                                </a:lnTo>
                                <a:lnTo>
                                  <a:pt x="4200197" y="4815635"/>
                                </a:lnTo>
                                <a:lnTo>
                                  <a:pt x="4199516" y="4819490"/>
                                </a:lnTo>
                                <a:lnTo>
                                  <a:pt x="4199290" y="4823346"/>
                                </a:lnTo>
                                <a:lnTo>
                                  <a:pt x="4199290" y="4827202"/>
                                </a:lnTo>
                                <a:lnTo>
                                  <a:pt x="4199743" y="4831058"/>
                                </a:lnTo>
                                <a:lnTo>
                                  <a:pt x="4200424" y="4835141"/>
                                </a:lnTo>
                                <a:lnTo>
                                  <a:pt x="4201785" y="4838997"/>
                                </a:lnTo>
                                <a:lnTo>
                                  <a:pt x="4203373" y="4842852"/>
                                </a:lnTo>
                                <a:lnTo>
                                  <a:pt x="4205188" y="4846482"/>
                                </a:lnTo>
                                <a:lnTo>
                                  <a:pt x="4207230" y="4850337"/>
                                </a:lnTo>
                                <a:lnTo>
                                  <a:pt x="4209952" y="4853966"/>
                                </a:lnTo>
                                <a:lnTo>
                                  <a:pt x="4212902" y="4857596"/>
                                </a:lnTo>
                                <a:lnTo>
                                  <a:pt x="4216078" y="4861451"/>
                                </a:lnTo>
                                <a:lnTo>
                                  <a:pt x="4214490" y="4866668"/>
                                </a:lnTo>
                                <a:lnTo>
                                  <a:pt x="4213809" y="4869390"/>
                                </a:lnTo>
                                <a:lnTo>
                                  <a:pt x="4213356" y="4871658"/>
                                </a:lnTo>
                                <a:lnTo>
                                  <a:pt x="4213356" y="4874380"/>
                                </a:lnTo>
                                <a:lnTo>
                                  <a:pt x="4213356" y="4876875"/>
                                </a:lnTo>
                                <a:lnTo>
                                  <a:pt x="4213809" y="4879370"/>
                                </a:lnTo>
                                <a:lnTo>
                                  <a:pt x="4214263" y="4881638"/>
                                </a:lnTo>
                                <a:lnTo>
                                  <a:pt x="4215171" y="4884133"/>
                                </a:lnTo>
                                <a:lnTo>
                                  <a:pt x="4216305" y="4886401"/>
                                </a:lnTo>
                                <a:lnTo>
                                  <a:pt x="4217439" y="4888443"/>
                                </a:lnTo>
                                <a:lnTo>
                                  <a:pt x="4219027" y="4890484"/>
                                </a:lnTo>
                                <a:lnTo>
                                  <a:pt x="4220389" y="4892752"/>
                                </a:lnTo>
                                <a:lnTo>
                                  <a:pt x="4222204" y="4894340"/>
                                </a:lnTo>
                                <a:lnTo>
                                  <a:pt x="4224018" y="4896381"/>
                                </a:lnTo>
                                <a:lnTo>
                                  <a:pt x="4226060" y="4897969"/>
                                </a:lnTo>
                                <a:lnTo>
                                  <a:pt x="4228102" y="4899557"/>
                                </a:lnTo>
                                <a:lnTo>
                                  <a:pt x="4230371" y="4900917"/>
                                </a:lnTo>
                                <a:lnTo>
                                  <a:pt x="4229010" y="4921785"/>
                                </a:lnTo>
                                <a:lnTo>
                                  <a:pt x="4236043" y="4930177"/>
                                </a:lnTo>
                                <a:lnTo>
                                  <a:pt x="4244437" y="4915887"/>
                                </a:lnTo>
                                <a:lnTo>
                                  <a:pt x="4264855" y="4935394"/>
                                </a:lnTo>
                                <a:lnTo>
                                  <a:pt x="4265082" y="4935394"/>
                                </a:lnTo>
                                <a:lnTo>
                                  <a:pt x="4266443" y="4934033"/>
                                </a:lnTo>
                                <a:lnTo>
                                  <a:pt x="4250109" y="4900237"/>
                                </a:lnTo>
                                <a:lnTo>
                                  <a:pt x="4244891" y="4889803"/>
                                </a:lnTo>
                                <a:lnTo>
                                  <a:pt x="4243756" y="4889123"/>
                                </a:lnTo>
                                <a:lnTo>
                                  <a:pt x="4242849" y="4882545"/>
                                </a:lnTo>
                                <a:lnTo>
                                  <a:pt x="4239219" y="4859183"/>
                                </a:lnTo>
                                <a:lnTo>
                                  <a:pt x="4242168" y="4844667"/>
                                </a:lnTo>
                                <a:lnTo>
                                  <a:pt x="4241488" y="4842626"/>
                                </a:lnTo>
                                <a:lnTo>
                                  <a:pt x="4240580" y="4838543"/>
                                </a:lnTo>
                                <a:lnTo>
                                  <a:pt x="4239899" y="4834233"/>
                                </a:lnTo>
                                <a:lnTo>
                                  <a:pt x="4239446" y="4829924"/>
                                </a:lnTo>
                                <a:lnTo>
                                  <a:pt x="4239219" y="4825841"/>
                                </a:lnTo>
                                <a:lnTo>
                                  <a:pt x="4238992" y="4821759"/>
                                </a:lnTo>
                                <a:lnTo>
                                  <a:pt x="4239219" y="4817676"/>
                                </a:lnTo>
                                <a:lnTo>
                                  <a:pt x="4239446" y="4813593"/>
                                </a:lnTo>
                                <a:lnTo>
                                  <a:pt x="4240126" y="4809510"/>
                                </a:lnTo>
                                <a:lnTo>
                                  <a:pt x="4240807" y="4805655"/>
                                </a:lnTo>
                                <a:lnTo>
                                  <a:pt x="4241488" y="4801799"/>
                                </a:lnTo>
                                <a:lnTo>
                                  <a:pt x="4242849" y="4797943"/>
                                </a:lnTo>
                                <a:lnTo>
                                  <a:pt x="4243983" y="4794087"/>
                                </a:lnTo>
                                <a:lnTo>
                                  <a:pt x="4245344" y="4790458"/>
                                </a:lnTo>
                                <a:lnTo>
                                  <a:pt x="4246932" y="4786829"/>
                                </a:lnTo>
                                <a:lnTo>
                                  <a:pt x="4248294" y="4783200"/>
                                </a:lnTo>
                                <a:lnTo>
                                  <a:pt x="4250336" y="4779798"/>
                                </a:lnTo>
                                <a:lnTo>
                                  <a:pt x="4248974" y="4779798"/>
                                </a:lnTo>
                                <a:lnTo>
                                  <a:pt x="4247386" y="4776849"/>
                                </a:lnTo>
                                <a:lnTo>
                                  <a:pt x="4246025" y="4773900"/>
                                </a:lnTo>
                                <a:lnTo>
                                  <a:pt x="4243303" y="4767776"/>
                                </a:lnTo>
                                <a:lnTo>
                                  <a:pt x="4240807" y="4760972"/>
                                </a:lnTo>
                                <a:lnTo>
                                  <a:pt x="4238765" y="4753941"/>
                                </a:lnTo>
                                <a:lnTo>
                                  <a:pt x="4236723" y="4746229"/>
                                </a:lnTo>
                                <a:lnTo>
                                  <a:pt x="4234681" y="4738744"/>
                                </a:lnTo>
                                <a:lnTo>
                                  <a:pt x="4231278" y="4723547"/>
                                </a:lnTo>
                                <a:lnTo>
                                  <a:pt x="4229463" y="4716062"/>
                                </a:lnTo>
                                <a:lnTo>
                                  <a:pt x="4227195" y="4708804"/>
                                </a:lnTo>
                                <a:lnTo>
                                  <a:pt x="4225153" y="4701773"/>
                                </a:lnTo>
                                <a:lnTo>
                                  <a:pt x="4222430" y="4695195"/>
                                </a:lnTo>
                                <a:lnTo>
                                  <a:pt x="4220842" y="4692020"/>
                                </a:lnTo>
                                <a:lnTo>
                                  <a:pt x="4219254" y="4689071"/>
                                </a:lnTo>
                                <a:lnTo>
                                  <a:pt x="4217666" y="4686576"/>
                                </a:lnTo>
                                <a:lnTo>
                                  <a:pt x="4215851" y="4683854"/>
                                </a:lnTo>
                                <a:lnTo>
                                  <a:pt x="4213809" y="4681133"/>
                                </a:lnTo>
                                <a:lnTo>
                                  <a:pt x="4211994" y="4678864"/>
                                </a:lnTo>
                                <a:lnTo>
                                  <a:pt x="4209726" y="4676823"/>
                                </a:lnTo>
                                <a:lnTo>
                                  <a:pt x="4207230" y="4675009"/>
                                </a:lnTo>
                                <a:lnTo>
                                  <a:pt x="4204508" y="4673194"/>
                                </a:lnTo>
                                <a:lnTo>
                                  <a:pt x="4202012" y="4671606"/>
                                </a:lnTo>
                                <a:lnTo>
                                  <a:pt x="4199516" y="4670926"/>
                                </a:lnTo>
                                <a:lnTo>
                                  <a:pt x="4197248" y="4670472"/>
                                </a:lnTo>
                                <a:close/>
                                <a:moveTo>
                                  <a:pt x="4128733" y="4669792"/>
                                </a:moveTo>
                                <a:lnTo>
                                  <a:pt x="4131228" y="4670926"/>
                                </a:lnTo>
                                <a:lnTo>
                                  <a:pt x="4131228" y="4670699"/>
                                </a:lnTo>
                                <a:lnTo>
                                  <a:pt x="4128733" y="4669792"/>
                                </a:lnTo>
                                <a:close/>
                                <a:moveTo>
                                  <a:pt x="350837" y="4643437"/>
                                </a:moveTo>
                                <a:lnTo>
                                  <a:pt x="351234" y="4644344"/>
                                </a:lnTo>
                                <a:lnTo>
                                  <a:pt x="354012" y="4656137"/>
                                </a:lnTo>
                                <a:lnTo>
                                  <a:pt x="350837" y="4643437"/>
                                </a:lnTo>
                                <a:close/>
                                <a:moveTo>
                                  <a:pt x="3426340" y="4643254"/>
                                </a:moveTo>
                                <a:lnTo>
                                  <a:pt x="3420896" y="4643935"/>
                                </a:lnTo>
                                <a:lnTo>
                                  <a:pt x="3420734" y="4644097"/>
                                </a:lnTo>
                                <a:lnTo>
                                  <a:pt x="3420215" y="4644162"/>
                                </a:lnTo>
                                <a:lnTo>
                                  <a:pt x="3420669" y="4644162"/>
                                </a:lnTo>
                                <a:lnTo>
                                  <a:pt x="3420734" y="4644097"/>
                                </a:lnTo>
                                <a:lnTo>
                                  <a:pt x="3425660" y="4643481"/>
                                </a:lnTo>
                                <a:lnTo>
                                  <a:pt x="3426794" y="4643254"/>
                                </a:lnTo>
                                <a:lnTo>
                                  <a:pt x="3426340" y="4643254"/>
                                </a:lnTo>
                                <a:close/>
                                <a:moveTo>
                                  <a:pt x="292100" y="4633912"/>
                                </a:moveTo>
                                <a:lnTo>
                                  <a:pt x="293688" y="4633912"/>
                                </a:lnTo>
                                <a:lnTo>
                                  <a:pt x="293688" y="4634393"/>
                                </a:lnTo>
                                <a:lnTo>
                                  <a:pt x="292100" y="4641850"/>
                                </a:lnTo>
                                <a:lnTo>
                                  <a:pt x="292100" y="4633912"/>
                                </a:lnTo>
                                <a:close/>
                                <a:moveTo>
                                  <a:pt x="300038" y="4630216"/>
                                </a:moveTo>
                                <a:lnTo>
                                  <a:pt x="299822" y="4630673"/>
                                </a:lnTo>
                                <a:lnTo>
                                  <a:pt x="298746" y="4638674"/>
                                </a:lnTo>
                                <a:lnTo>
                                  <a:pt x="295948" y="4630445"/>
                                </a:lnTo>
                                <a:lnTo>
                                  <a:pt x="300038" y="4630216"/>
                                </a:lnTo>
                                <a:close/>
                                <a:moveTo>
                                  <a:pt x="426840" y="4624387"/>
                                </a:moveTo>
                                <a:lnTo>
                                  <a:pt x="427039" y="4624586"/>
                                </a:lnTo>
                                <a:lnTo>
                                  <a:pt x="426443" y="4627562"/>
                                </a:lnTo>
                                <a:lnTo>
                                  <a:pt x="425450" y="4624586"/>
                                </a:lnTo>
                                <a:lnTo>
                                  <a:pt x="425649" y="4624586"/>
                                </a:lnTo>
                                <a:lnTo>
                                  <a:pt x="426245" y="4624784"/>
                                </a:lnTo>
                                <a:lnTo>
                                  <a:pt x="426245" y="4624586"/>
                                </a:lnTo>
                                <a:lnTo>
                                  <a:pt x="426840" y="4624387"/>
                                </a:lnTo>
                                <a:close/>
                                <a:moveTo>
                                  <a:pt x="191704" y="4622119"/>
                                </a:moveTo>
                                <a:lnTo>
                                  <a:pt x="192385" y="4623706"/>
                                </a:lnTo>
                                <a:lnTo>
                                  <a:pt x="193519" y="4624840"/>
                                </a:lnTo>
                                <a:lnTo>
                                  <a:pt x="195107" y="4626428"/>
                                </a:lnTo>
                                <a:lnTo>
                                  <a:pt x="196922" y="4627335"/>
                                </a:lnTo>
                                <a:lnTo>
                                  <a:pt x="199191" y="4628469"/>
                                </a:lnTo>
                                <a:lnTo>
                                  <a:pt x="201913" y="4629376"/>
                                </a:lnTo>
                                <a:lnTo>
                                  <a:pt x="204636" y="4630283"/>
                                </a:lnTo>
                                <a:lnTo>
                                  <a:pt x="207812" y="4630737"/>
                                </a:lnTo>
                                <a:lnTo>
                                  <a:pt x="214391" y="4631871"/>
                                </a:lnTo>
                                <a:lnTo>
                                  <a:pt x="221878" y="4632778"/>
                                </a:lnTo>
                                <a:lnTo>
                                  <a:pt x="229818" y="4633231"/>
                                </a:lnTo>
                                <a:lnTo>
                                  <a:pt x="238213" y="4633231"/>
                                </a:lnTo>
                                <a:lnTo>
                                  <a:pt x="246380" y="4633458"/>
                                </a:lnTo>
                                <a:lnTo>
                                  <a:pt x="254547" y="4633231"/>
                                </a:lnTo>
                                <a:lnTo>
                                  <a:pt x="269974" y="4632778"/>
                                </a:lnTo>
                                <a:lnTo>
                                  <a:pt x="282905" y="4632324"/>
                                </a:lnTo>
                                <a:lnTo>
                                  <a:pt x="287670" y="4632324"/>
                                </a:lnTo>
                                <a:lnTo>
                                  <a:pt x="291300" y="4632324"/>
                                </a:lnTo>
                                <a:lnTo>
                                  <a:pt x="290165" y="4633685"/>
                                </a:lnTo>
                                <a:lnTo>
                                  <a:pt x="289485" y="4646158"/>
                                </a:lnTo>
                                <a:lnTo>
                                  <a:pt x="294476" y="4643890"/>
                                </a:lnTo>
                                <a:lnTo>
                                  <a:pt x="298106" y="4648426"/>
                                </a:lnTo>
                                <a:lnTo>
                                  <a:pt x="298383" y="4647802"/>
                                </a:lnTo>
                                <a:lnTo>
                                  <a:pt x="296862" y="4638674"/>
                                </a:lnTo>
                                <a:lnTo>
                                  <a:pt x="300038" y="4641714"/>
                                </a:lnTo>
                                <a:lnTo>
                                  <a:pt x="298747" y="4646984"/>
                                </a:lnTo>
                                <a:lnTo>
                                  <a:pt x="299013" y="4646385"/>
                                </a:lnTo>
                                <a:lnTo>
                                  <a:pt x="299694" y="4644117"/>
                                </a:lnTo>
                                <a:lnTo>
                                  <a:pt x="300374" y="4640262"/>
                                </a:lnTo>
                                <a:lnTo>
                                  <a:pt x="301055" y="4636860"/>
                                </a:lnTo>
                                <a:lnTo>
                                  <a:pt x="301736" y="4633912"/>
                                </a:lnTo>
                                <a:lnTo>
                                  <a:pt x="302416" y="4632778"/>
                                </a:lnTo>
                                <a:lnTo>
                                  <a:pt x="303097" y="4631644"/>
                                </a:lnTo>
                                <a:lnTo>
                                  <a:pt x="304004" y="4630964"/>
                                </a:lnTo>
                                <a:lnTo>
                                  <a:pt x="305139" y="4630510"/>
                                </a:lnTo>
                                <a:lnTo>
                                  <a:pt x="306727" y="4630283"/>
                                </a:lnTo>
                                <a:lnTo>
                                  <a:pt x="308542" y="4630283"/>
                                </a:lnTo>
                                <a:lnTo>
                                  <a:pt x="310810" y="4630737"/>
                                </a:lnTo>
                                <a:lnTo>
                                  <a:pt x="313533" y="4631417"/>
                                </a:lnTo>
                                <a:lnTo>
                                  <a:pt x="314217" y="4633078"/>
                                </a:lnTo>
                                <a:lnTo>
                                  <a:pt x="314440" y="4634139"/>
                                </a:lnTo>
                                <a:lnTo>
                                  <a:pt x="315801" y="4638448"/>
                                </a:lnTo>
                                <a:lnTo>
                                  <a:pt x="317389" y="4642530"/>
                                </a:lnTo>
                                <a:lnTo>
                                  <a:pt x="319658" y="4646158"/>
                                </a:lnTo>
                                <a:lnTo>
                                  <a:pt x="320955" y="4648103"/>
                                </a:lnTo>
                                <a:lnTo>
                                  <a:pt x="321927" y="4650240"/>
                                </a:lnTo>
                                <a:lnTo>
                                  <a:pt x="323288" y="4652055"/>
                                </a:lnTo>
                                <a:lnTo>
                                  <a:pt x="324649" y="4654096"/>
                                </a:lnTo>
                                <a:lnTo>
                                  <a:pt x="326237" y="4655910"/>
                                </a:lnTo>
                                <a:lnTo>
                                  <a:pt x="327599" y="4657044"/>
                                </a:lnTo>
                                <a:lnTo>
                                  <a:pt x="329414" y="4657951"/>
                                </a:lnTo>
                                <a:lnTo>
                                  <a:pt x="331002" y="4658858"/>
                                </a:lnTo>
                                <a:lnTo>
                                  <a:pt x="333043" y="4659312"/>
                                </a:lnTo>
                                <a:lnTo>
                                  <a:pt x="335085" y="4659539"/>
                                </a:lnTo>
                                <a:lnTo>
                                  <a:pt x="337354" y="4658858"/>
                                </a:lnTo>
                                <a:lnTo>
                                  <a:pt x="343706" y="4667249"/>
                                </a:lnTo>
                                <a:lnTo>
                                  <a:pt x="347790" y="4652055"/>
                                </a:lnTo>
                                <a:lnTo>
                                  <a:pt x="350739" y="4663394"/>
                                </a:lnTo>
                                <a:lnTo>
                                  <a:pt x="353915" y="4674507"/>
                                </a:lnTo>
                                <a:lnTo>
                                  <a:pt x="355504" y="4680176"/>
                                </a:lnTo>
                                <a:lnTo>
                                  <a:pt x="357318" y="4685619"/>
                                </a:lnTo>
                                <a:lnTo>
                                  <a:pt x="359360" y="4691062"/>
                                </a:lnTo>
                                <a:lnTo>
                                  <a:pt x="361856" y="4696505"/>
                                </a:lnTo>
                                <a:lnTo>
                                  <a:pt x="360948" y="4693330"/>
                                </a:lnTo>
                                <a:lnTo>
                                  <a:pt x="360268" y="4689701"/>
                                </a:lnTo>
                                <a:lnTo>
                                  <a:pt x="359133" y="4682444"/>
                                </a:lnTo>
                                <a:lnTo>
                                  <a:pt x="358453" y="4674960"/>
                                </a:lnTo>
                                <a:lnTo>
                                  <a:pt x="357999" y="4667476"/>
                                </a:lnTo>
                                <a:lnTo>
                                  <a:pt x="357546" y="4653415"/>
                                </a:lnTo>
                                <a:lnTo>
                                  <a:pt x="357318" y="4646839"/>
                                </a:lnTo>
                                <a:lnTo>
                                  <a:pt x="357092" y="4640942"/>
                                </a:lnTo>
                                <a:lnTo>
                                  <a:pt x="360948" y="4644571"/>
                                </a:lnTo>
                                <a:lnTo>
                                  <a:pt x="357999" y="4639128"/>
                                </a:lnTo>
                                <a:lnTo>
                                  <a:pt x="361175" y="4634592"/>
                                </a:lnTo>
                                <a:lnTo>
                                  <a:pt x="355957" y="4634592"/>
                                </a:lnTo>
                                <a:lnTo>
                                  <a:pt x="354823" y="4628015"/>
                                </a:lnTo>
                                <a:lnTo>
                                  <a:pt x="384543" y="4626655"/>
                                </a:lnTo>
                                <a:lnTo>
                                  <a:pt x="411540" y="4625067"/>
                                </a:lnTo>
                                <a:lnTo>
                                  <a:pt x="412901" y="4624840"/>
                                </a:lnTo>
                                <a:lnTo>
                                  <a:pt x="418800" y="4635046"/>
                                </a:lnTo>
                                <a:lnTo>
                                  <a:pt x="419254" y="4630056"/>
                                </a:lnTo>
                                <a:lnTo>
                                  <a:pt x="426740" y="4646158"/>
                                </a:lnTo>
                                <a:lnTo>
                                  <a:pt x="427875" y="4634592"/>
                                </a:lnTo>
                                <a:lnTo>
                                  <a:pt x="431051" y="4639128"/>
                                </a:lnTo>
                                <a:lnTo>
                                  <a:pt x="430824" y="4632778"/>
                                </a:lnTo>
                                <a:lnTo>
                                  <a:pt x="437022" y="4642469"/>
                                </a:lnTo>
                                <a:lnTo>
                                  <a:pt x="436563" y="4640262"/>
                                </a:lnTo>
                                <a:lnTo>
                                  <a:pt x="438151" y="4641673"/>
                                </a:lnTo>
                                <a:lnTo>
                                  <a:pt x="437412" y="4643079"/>
                                </a:lnTo>
                                <a:lnTo>
                                  <a:pt x="439672" y="4646612"/>
                                </a:lnTo>
                                <a:lnTo>
                                  <a:pt x="453738" y="4680176"/>
                                </a:lnTo>
                                <a:lnTo>
                                  <a:pt x="457368" y="4675640"/>
                                </a:lnTo>
                                <a:lnTo>
                                  <a:pt x="465762" y="4707390"/>
                                </a:lnTo>
                                <a:lnTo>
                                  <a:pt x="466761" y="4711276"/>
                                </a:lnTo>
                                <a:lnTo>
                                  <a:pt x="466726" y="4710915"/>
                                </a:lnTo>
                                <a:lnTo>
                                  <a:pt x="466726" y="4708132"/>
                                </a:lnTo>
                                <a:lnTo>
                                  <a:pt x="466979" y="4705349"/>
                                </a:lnTo>
                                <a:lnTo>
                                  <a:pt x="467487" y="4706741"/>
                                </a:lnTo>
                                <a:lnTo>
                                  <a:pt x="470387" y="4716728"/>
                                </a:lnTo>
                                <a:lnTo>
                                  <a:pt x="470072" y="4711699"/>
                                </a:lnTo>
                                <a:lnTo>
                                  <a:pt x="469845" y="4698092"/>
                                </a:lnTo>
                                <a:lnTo>
                                  <a:pt x="469619" y="4691969"/>
                                </a:lnTo>
                                <a:lnTo>
                                  <a:pt x="469392" y="4686753"/>
                                </a:lnTo>
                                <a:lnTo>
                                  <a:pt x="472341" y="4704442"/>
                                </a:lnTo>
                                <a:lnTo>
                                  <a:pt x="476651" y="4709205"/>
                                </a:lnTo>
                                <a:lnTo>
                                  <a:pt x="476198" y="4702401"/>
                                </a:lnTo>
                                <a:lnTo>
                                  <a:pt x="476425" y="4699226"/>
                                </a:lnTo>
                                <a:lnTo>
                                  <a:pt x="476651" y="4696732"/>
                                </a:lnTo>
                                <a:lnTo>
                                  <a:pt x="477105" y="4695144"/>
                                </a:lnTo>
                                <a:lnTo>
                                  <a:pt x="477559" y="4694010"/>
                                </a:lnTo>
                                <a:lnTo>
                                  <a:pt x="478466" y="4693103"/>
                                </a:lnTo>
                                <a:lnTo>
                                  <a:pt x="479147" y="4691969"/>
                                </a:lnTo>
                                <a:lnTo>
                                  <a:pt x="480282" y="4691289"/>
                                </a:lnTo>
                                <a:lnTo>
                                  <a:pt x="481643" y="4690608"/>
                                </a:lnTo>
                                <a:lnTo>
                                  <a:pt x="483004" y="4689928"/>
                                </a:lnTo>
                                <a:lnTo>
                                  <a:pt x="484819" y="4689248"/>
                                </a:lnTo>
                                <a:lnTo>
                                  <a:pt x="484138" y="4683351"/>
                                </a:lnTo>
                                <a:lnTo>
                                  <a:pt x="486861" y="4683805"/>
                                </a:lnTo>
                                <a:lnTo>
                                  <a:pt x="489583" y="4684485"/>
                                </a:lnTo>
                                <a:lnTo>
                                  <a:pt x="492532" y="4685619"/>
                                </a:lnTo>
                                <a:lnTo>
                                  <a:pt x="495482" y="4686980"/>
                                </a:lnTo>
                                <a:lnTo>
                                  <a:pt x="502061" y="4690155"/>
                                </a:lnTo>
                                <a:lnTo>
                                  <a:pt x="508640" y="4693557"/>
                                </a:lnTo>
                                <a:lnTo>
                                  <a:pt x="514766" y="4696958"/>
                                </a:lnTo>
                                <a:lnTo>
                                  <a:pt x="520664" y="4700133"/>
                                </a:lnTo>
                                <a:lnTo>
                                  <a:pt x="525882" y="4702174"/>
                                </a:lnTo>
                                <a:lnTo>
                                  <a:pt x="527924" y="4702855"/>
                                </a:lnTo>
                                <a:lnTo>
                                  <a:pt x="529966" y="4703535"/>
                                </a:lnTo>
                                <a:lnTo>
                                  <a:pt x="549704" y="4713967"/>
                                </a:lnTo>
                                <a:lnTo>
                                  <a:pt x="552879" y="4708071"/>
                                </a:lnTo>
                                <a:lnTo>
                                  <a:pt x="556510" y="4707390"/>
                                </a:lnTo>
                                <a:lnTo>
                                  <a:pt x="560366" y="4706710"/>
                                </a:lnTo>
                                <a:lnTo>
                                  <a:pt x="563996" y="4706257"/>
                                </a:lnTo>
                                <a:lnTo>
                                  <a:pt x="567626" y="4706030"/>
                                </a:lnTo>
                                <a:lnTo>
                                  <a:pt x="571029" y="4706030"/>
                                </a:lnTo>
                                <a:lnTo>
                                  <a:pt x="574659" y="4706710"/>
                                </a:lnTo>
                                <a:lnTo>
                                  <a:pt x="578062" y="4707164"/>
                                </a:lnTo>
                                <a:lnTo>
                                  <a:pt x="581238" y="4707617"/>
                                </a:lnTo>
                                <a:lnTo>
                                  <a:pt x="584641" y="4708524"/>
                                </a:lnTo>
                                <a:lnTo>
                                  <a:pt x="587817" y="4709432"/>
                                </a:lnTo>
                                <a:lnTo>
                                  <a:pt x="590994" y="4710792"/>
                                </a:lnTo>
                                <a:lnTo>
                                  <a:pt x="594170" y="4712153"/>
                                </a:lnTo>
                                <a:lnTo>
                                  <a:pt x="597346" y="4713740"/>
                                </a:lnTo>
                                <a:lnTo>
                                  <a:pt x="600295" y="4715328"/>
                                </a:lnTo>
                                <a:lnTo>
                                  <a:pt x="606421" y="4719183"/>
                                </a:lnTo>
                                <a:lnTo>
                                  <a:pt x="611865" y="4723719"/>
                                </a:lnTo>
                                <a:lnTo>
                                  <a:pt x="617764" y="4728482"/>
                                </a:lnTo>
                                <a:lnTo>
                                  <a:pt x="622982" y="4733698"/>
                                </a:lnTo>
                                <a:lnTo>
                                  <a:pt x="628427" y="4739140"/>
                                </a:lnTo>
                                <a:lnTo>
                                  <a:pt x="633872" y="4744810"/>
                                </a:lnTo>
                                <a:lnTo>
                                  <a:pt x="639090" y="4750933"/>
                                </a:lnTo>
                                <a:lnTo>
                                  <a:pt x="649299" y="4763180"/>
                                </a:lnTo>
                                <a:lnTo>
                                  <a:pt x="659508" y="4775653"/>
                                </a:lnTo>
                                <a:lnTo>
                                  <a:pt x="669717" y="4787899"/>
                                </a:lnTo>
                                <a:lnTo>
                                  <a:pt x="675162" y="4793569"/>
                                </a:lnTo>
                                <a:lnTo>
                                  <a:pt x="680153" y="4799239"/>
                                </a:lnTo>
                                <a:lnTo>
                                  <a:pt x="685598" y="4804228"/>
                                </a:lnTo>
                                <a:lnTo>
                                  <a:pt x="691270" y="4809217"/>
                                </a:lnTo>
                                <a:lnTo>
                                  <a:pt x="696714" y="4813299"/>
                                </a:lnTo>
                                <a:lnTo>
                                  <a:pt x="702386" y="4817155"/>
                                </a:lnTo>
                                <a:lnTo>
                                  <a:pt x="705335" y="4818969"/>
                                </a:lnTo>
                                <a:lnTo>
                                  <a:pt x="708285" y="4820557"/>
                                </a:lnTo>
                                <a:lnTo>
                                  <a:pt x="711234" y="4821917"/>
                                </a:lnTo>
                                <a:lnTo>
                                  <a:pt x="714183" y="4823051"/>
                                </a:lnTo>
                                <a:lnTo>
                                  <a:pt x="717133" y="4824185"/>
                                </a:lnTo>
                                <a:lnTo>
                                  <a:pt x="720309" y="4825092"/>
                                </a:lnTo>
                                <a:lnTo>
                                  <a:pt x="723485" y="4825773"/>
                                </a:lnTo>
                                <a:lnTo>
                                  <a:pt x="726888" y="4826226"/>
                                </a:lnTo>
                                <a:lnTo>
                                  <a:pt x="730064" y="4826453"/>
                                </a:lnTo>
                                <a:lnTo>
                                  <a:pt x="733467" y="4826680"/>
                                </a:lnTo>
                                <a:lnTo>
                                  <a:pt x="736870" y="4826453"/>
                                </a:lnTo>
                                <a:lnTo>
                                  <a:pt x="740273" y="4826226"/>
                                </a:lnTo>
                                <a:lnTo>
                                  <a:pt x="742315" y="4825999"/>
                                </a:lnTo>
                                <a:lnTo>
                                  <a:pt x="744130" y="4825999"/>
                                </a:lnTo>
                                <a:lnTo>
                                  <a:pt x="747760" y="4826226"/>
                                </a:lnTo>
                                <a:lnTo>
                                  <a:pt x="751390" y="4827133"/>
                                </a:lnTo>
                                <a:lnTo>
                                  <a:pt x="755246" y="4828494"/>
                                </a:lnTo>
                                <a:lnTo>
                                  <a:pt x="758877" y="4830308"/>
                                </a:lnTo>
                                <a:lnTo>
                                  <a:pt x="762506" y="4832576"/>
                                </a:lnTo>
                                <a:lnTo>
                                  <a:pt x="765910" y="4835298"/>
                                </a:lnTo>
                                <a:lnTo>
                                  <a:pt x="769540" y="4838473"/>
                                </a:lnTo>
                                <a:lnTo>
                                  <a:pt x="772942" y="4841874"/>
                                </a:lnTo>
                                <a:lnTo>
                                  <a:pt x="776119" y="4845503"/>
                                </a:lnTo>
                                <a:lnTo>
                                  <a:pt x="779521" y="4849358"/>
                                </a:lnTo>
                                <a:lnTo>
                                  <a:pt x="782698" y="4853440"/>
                                </a:lnTo>
                                <a:lnTo>
                                  <a:pt x="785874" y="4857749"/>
                                </a:lnTo>
                                <a:lnTo>
                                  <a:pt x="789050" y="4862285"/>
                                </a:lnTo>
                                <a:lnTo>
                                  <a:pt x="794722" y="4871357"/>
                                </a:lnTo>
                                <a:lnTo>
                                  <a:pt x="800167" y="4880882"/>
                                </a:lnTo>
                                <a:lnTo>
                                  <a:pt x="805385" y="4890407"/>
                                </a:lnTo>
                                <a:lnTo>
                                  <a:pt x="814232" y="4907869"/>
                                </a:lnTo>
                                <a:lnTo>
                                  <a:pt x="821265" y="4921476"/>
                                </a:lnTo>
                                <a:lnTo>
                                  <a:pt x="823988" y="4926465"/>
                                </a:lnTo>
                                <a:lnTo>
                                  <a:pt x="824896" y="4928053"/>
                                </a:lnTo>
                                <a:lnTo>
                                  <a:pt x="825803" y="4929640"/>
                                </a:lnTo>
                                <a:lnTo>
                                  <a:pt x="837373" y="4953907"/>
                                </a:lnTo>
                                <a:lnTo>
                                  <a:pt x="837373" y="4960710"/>
                                </a:lnTo>
                                <a:lnTo>
                                  <a:pt x="841003" y="4961617"/>
                                </a:lnTo>
                                <a:lnTo>
                                  <a:pt x="845540" y="4975224"/>
                                </a:lnTo>
                                <a:lnTo>
                                  <a:pt x="850759" y="4990646"/>
                                </a:lnTo>
                                <a:lnTo>
                                  <a:pt x="855749" y="5006294"/>
                                </a:lnTo>
                                <a:lnTo>
                                  <a:pt x="858245" y="5014685"/>
                                </a:lnTo>
                                <a:lnTo>
                                  <a:pt x="860741" y="5022623"/>
                                </a:lnTo>
                                <a:lnTo>
                                  <a:pt x="862555" y="5030560"/>
                                </a:lnTo>
                                <a:lnTo>
                                  <a:pt x="864597" y="5038724"/>
                                </a:lnTo>
                                <a:lnTo>
                                  <a:pt x="865732" y="5046208"/>
                                </a:lnTo>
                                <a:lnTo>
                                  <a:pt x="866866" y="5053692"/>
                                </a:lnTo>
                                <a:lnTo>
                                  <a:pt x="867547" y="5060723"/>
                                </a:lnTo>
                                <a:lnTo>
                                  <a:pt x="867547" y="5064124"/>
                                </a:lnTo>
                                <a:lnTo>
                                  <a:pt x="867320" y="5067526"/>
                                </a:lnTo>
                                <a:lnTo>
                                  <a:pt x="867093" y="5070474"/>
                                </a:lnTo>
                                <a:lnTo>
                                  <a:pt x="866866" y="5073649"/>
                                </a:lnTo>
                                <a:lnTo>
                                  <a:pt x="865959" y="5076598"/>
                                </a:lnTo>
                                <a:lnTo>
                                  <a:pt x="865278" y="5079319"/>
                                </a:lnTo>
                                <a:lnTo>
                                  <a:pt x="867320" y="5080680"/>
                                </a:lnTo>
                                <a:lnTo>
                                  <a:pt x="869135" y="5082494"/>
                                </a:lnTo>
                                <a:lnTo>
                                  <a:pt x="870723" y="5084308"/>
                                </a:lnTo>
                                <a:lnTo>
                                  <a:pt x="871857" y="5086123"/>
                                </a:lnTo>
                                <a:lnTo>
                                  <a:pt x="872991" y="5088164"/>
                                </a:lnTo>
                                <a:lnTo>
                                  <a:pt x="873899" y="5090432"/>
                                </a:lnTo>
                                <a:lnTo>
                                  <a:pt x="874580" y="5092699"/>
                                </a:lnTo>
                                <a:lnTo>
                                  <a:pt x="875034" y="5094740"/>
                                </a:lnTo>
                                <a:lnTo>
                                  <a:pt x="875487" y="5097235"/>
                                </a:lnTo>
                                <a:lnTo>
                                  <a:pt x="875714" y="5099503"/>
                                </a:lnTo>
                                <a:lnTo>
                                  <a:pt x="875714" y="5104492"/>
                                </a:lnTo>
                                <a:lnTo>
                                  <a:pt x="875260" y="5109482"/>
                                </a:lnTo>
                                <a:lnTo>
                                  <a:pt x="874353" y="5114244"/>
                                </a:lnTo>
                                <a:lnTo>
                                  <a:pt x="872991" y="5119233"/>
                                </a:lnTo>
                                <a:lnTo>
                                  <a:pt x="871630" y="5123769"/>
                                </a:lnTo>
                                <a:lnTo>
                                  <a:pt x="870042" y="5127851"/>
                                </a:lnTo>
                                <a:lnTo>
                                  <a:pt x="868228" y="5131707"/>
                                </a:lnTo>
                                <a:lnTo>
                                  <a:pt x="866639" y="5135108"/>
                                </a:lnTo>
                                <a:lnTo>
                                  <a:pt x="865051" y="5137830"/>
                                </a:lnTo>
                                <a:lnTo>
                                  <a:pt x="863690" y="5140098"/>
                                </a:lnTo>
                                <a:lnTo>
                                  <a:pt x="862329" y="5141232"/>
                                </a:lnTo>
                                <a:lnTo>
                                  <a:pt x="869362" y="5150530"/>
                                </a:lnTo>
                                <a:lnTo>
                                  <a:pt x="867093" y="5156199"/>
                                </a:lnTo>
                                <a:lnTo>
                                  <a:pt x="866186" y="5155519"/>
                                </a:lnTo>
                                <a:lnTo>
                                  <a:pt x="873899" y="5164137"/>
                                </a:lnTo>
                                <a:lnTo>
                                  <a:pt x="872538" y="5167085"/>
                                </a:lnTo>
                                <a:lnTo>
                                  <a:pt x="871857" y="5170260"/>
                                </a:lnTo>
                                <a:lnTo>
                                  <a:pt x="871177" y="5173208"/>
                                </a:lnTo>
                                <a:lnTo>
                                  <a:pt x="870950" y="5176383"/>
                                </a:lnTo>
                                <a:lnTo>
                                  <a:pt x="870723" y="5179332"/>
                                </a:lnTo>
                                <a:lnTo>
                                  <a:pt x="870723" y="5182280"/>
                                </a:lnTo>
                                <a:lnTo>
                                  <a:pt x="870950" y="5185455"/>
                                </a:lnTo>
                                <a:lnTo>
                                  <a:pt x="871403" y="5188630"/>
                                </a:lnTo>
                                <a:lnTo>
                                  <a:pt x="872311" y="5194980"/>
                                </a:lnTo>
                                <a:lnTo>
                                  <a:pt x="874126" y="5201557"/>
                                </a:lnTo>
                                <a:lnTo>
                                  <a:pt x="876168" y="5207907"/>
                                </a:lnTo>
                                <a:lnTo>
                                  <a:pt x="878437" y="5214257"/>
                                </a:lnTo>
                                <a:lnTo>
                                  <a:pt x="883201" y="5226730"/>
                                </a:lnTo>
                                <a:lnTo>
                                  <a:pt x="885696" y="5232853"/>
                                </a:lnTo>
                                <a:lnTo>
                                  <a:pt x="887965" y="5238749"/>
                                </a:lnTo>
                                <a:lnTo>
                                  <a:pt x="889780" y="5244873"/>
                                </a:lnTo>
                                <a:lnTo>
                                  <a:pt x="891368" y="5250316"/>
                                </a:lnTo>
                                <a:lnTo>
                                  <a:pt x="891822" y="5253264"/>
                                </a:lnTo>
                                <a:lnTo>
                                  <a:pt x="892049" y="5255985"/>
                                </a:lnTo>
                                <a:lnTo>
                                  <a:pt x="892276" y="5258707"/>
                                </a:lnTo>
                                <a:lnTo>
                                  <a:pt x="892276" y="5261428"/>
                                </a:lnTo>
                                <a:lnTo>
                                  <a:pt x="890007" y="5256666"/>
                                </a:lnTo>
                                <a:lnTo>
                                  <a:pt x="887511" y="5252130"/>
                                </a:lnTo>
                                <a:lnTo>
                                  <a:pt x="884562" y="5247821"/>
                                </a:lnTo>
                                <a:lnTo>
                                  <a:pt x="882974" y="5245780"/>
                                </a:lnTo>
                                <a:lnTo>
                                  <a:pt x="881612" y="5244419"/>
                                </a:lnTo>
                                <a:lnTo>
                                  <a:pt x="880478" y="5243058"/>
                                </a:lnTo>
                                <a:lnTo>
                                  <a:pt x="879117" y="5242378"/>
                                </a:lnTo>
                                <a:lnTo>
                                  <a:pt x="878210" y="5242151"/>
                                </a:lnTo>
                                <a:lnTo>
                                  <a:pt x="877756" y="5242378"/>
                                </a:lnTo>
                                <a:lnTo>
                                  <a:pt x="877529" y="5242605"/>
                                </a:lnTo>
                                <a:lnTo>
                                  <a:pt x="877075" y="5243965"/>
                                </a:lnTo>
                                <a:lnTo>
                                  <a:pt x="876849" y="5245780"/>
                                </a:lnTo>
                                <a:lnTo>
                                  <a:pt x="877075" y="5248728"/>
                                </a:lnTo>
                                <a:lnTo>
                                  <a:pt x="877529" y="5252357"/>
                                </a:lnTo>
                                <a:lnTo>
                                  <a:pt x="879571" y="5254624"/>
                                </a:lnTo>
                                <a:lnTo>
                                  <a:pt x="882293" y="5257799"/>
                                </a:lnTo>
                                <a:lnTo>
                                  <a:pt x="885016" y="5261655"/>
                                </a:lnTo>
                                <a:lnTo>
                                  <a:pt x="887965" y="5266191"/>
                                </a:lnTo>
                                <a:lnTo>
                                  <a:pt x="894091" y="5276396"/>
                                </a:lnTo>
                                <a:lnTo>
                                  <a:pt x="899989" y="5287282"/>
                                </a:lnTo>
                                <a:lnTo>
                                  <a:pt x="905434" y="5297487"/>
                                </a:lnTo>
                                <a:lnTo>
                                  <a:pt x="909290" y="5305424"/>
                                </a:lnTo>
                                <a:lnTo>
                                  <a:pt x="911786" y="5309960"/>
                                </a:lnTo>
                                <a:lnTo>
                                  <a:pt x="928802" y="5338082"/>
                                </a:lnTo>
                                <a:lnTo>
                                  <a:pt x="946044" y="5366430"/>
                                </a:lnTo>
                                <a:lnTo>
                                  <a:pt x="980527" y="5422219"/>
                                </a:lnTo>
                                <a:lnTo>
                                  <a:pt x="1015011" y="5478462"/>
                                </a:lnTo>
                                <a:lnTo>
                                  <a:pt x="1032253" y="5506583"/>
                                </a:lnTo>
                                <a:lnTo>
                                  <a:pt x="1048815" y="5535158"/>
                                </a:lnTo>
                                <a:lnTo>
                                  <a:pt x="1051084" y="5538787"/>
                                </a:lnTo>
                                <a:lnTo>
                                  <a:pt x="1053806" y="5542416"/>
                                </a:lnTo>
                                <a:lnTo>
                                  <a:pt x="1059705" y="5550126"/>
                                </a:lnTo>
                                <a:lnTo>
                                  <a:pt x="1066057" y="5557837"/>
                                </a:lnTo>
                                <a:lnTo>
                                  <a:pt x="1072183" y="5566001"/>
                                </a:lnTo>
                                <a:lnTo>
                                  <a:pt x="1075359" y="5569857"/>
                                </a:lnTo>
                                <a:lnTo>
                                  <a:pt x="1078308" y="5573939"/>
                                </a:lnTo>
                                <a:lnTo>
                                  <a:pt x="1081031" y="5578021"/>
                                </a:lnTo>
                                <a:lnTo>
                                  <a:pt x="1083526" y="5582103"/>
                                </a:lnTo>
                                <a:lnTo>
                                  <a:pt x="1085341" y="5586185"/>
                                </a:lnTo>
                                <a:lnTo>
                                  <a:pt x="1087156" y="5590267"/>
                                </a:lnTo>
                                <a:lnTo>
                                  <a:pt x="1088517" y="5594349"/>
                                </a:lnTo>
                                <a:lnTo>
                                  <a:pt x="1089198" y="5598432"/>
                                </a:lnTo>
                                <a:lnTo>
                                  <a:pt x="1078308" y="5599566"/>
                                </a:lnTo>
                                <a:lnTo>
                                  <a:pt x="1063108" y="5601607"/>
                                </a:lnTo>
                                <a:lnTo>
                                  <a:pt x="1022952" y="5607276"/>
                                </a:lnTo>
                                <a:lnTo>
                                  <a:pt x="999131" y="5610451"/>
                                </a:lnTo>
                                <a:lnTo>
                                  <a:pt x="973494" y="5613853"/>
                                </a:lnTo>
                                <a:lnTo>
                                  <a:pt x="946951" y="5617028"/>
                                </a:lnTo>
                                <a:lnTo>
                                  <a:pt x="920181" y="5619749"/>
                                </a:lnTo>
                                <a:lnTo>
                                  <a:pt x="906568" y="5620883"/>
                                </a:lnTo>
                                <a:lnTo>
                                  <a:pt x="893183" y="5621791"/>
                                </a:lnTo>
                                <a:lnTo>
                                  <a:pt x="880251" y="5622924"/>
                                </a:lnTo>
                                <a:lnTo>
                                  <a:pt x="867320" y="5623605"/>
                                </a:lnTo>
                                <a:lnTo>
                                  <a:pt x="854615" y="5623832"/>
                                </a:lnTo>
                                <a:lnTo>
                                  <a:pt x="842364" y="5624058"/>
                                </a:lnTo>
                                <a:lnTo>
                                  <a:pt x="830794" y="5624058"/>
                                </a:lnTo>
                                <a:lnTo>
                                  <a:pt x="819678" y="5623605"/>
                                </a:lnTo>
                                <a:lnTo>
                                  <a:pt x="809242" y="5622924"/>
                                </a:lnTo>
                                <a:lnTo>
                                  <a:pt x="799486" y="5621564"/>
                                </a:lnTo>
                                <a:lnTo>
                                  <a:pt x="790411" y="5620203"/>
                                </a:lnTo>
                                <a:lnTo>
                                  <a:pt x="786328" y="5619523"/>
                                </a:lnTo>
                                <a:lnTo>
                                  <a:pt x="782471" y="5618162"/>
                                </a:lnTo>
                                <a:lnTo>
                                  <a:pt x="778387" y="5617255"/>
                                </a:lnTo>
                                <a:lnTo>
                                  <a:pt x="774984" y="5616121"/>
                                </a:lnTo>
                                <a:lnTo>
                                  <a:pt x="772035" y="5614760"/>
                                </a:lnTo>
                                <a:lnTo>
                                  <a:pt x="769085" y="5613399"/>
                                </a:lnTo>
                                <a:lnTo>
                                  <a:pt x="766363" y="5611585"/>
                                </a:lnTo>
                                <a:lnTo>
                                  <a:pt x="763868" y="5609998"/>
                                </a:lnTo>
                                <a:lnTo>
                                  <a:pt x="761599" y="5608183"/>
                                </a:lnTo>
                                <a:lnTo>
                                  <a:pt x="760011" y="5606369"/>
                                </a:lnTo>
                                <a:lnTo>
                                  <a:pt x="756608" y="5604328"/>
                                </a:lnTo>
                                <a:lnTo>
                                  <a:pt x="753432" y="5602287"/>
                                </a:lnTo>
                                <a:lnTo>
                                  <a:pt x="750029" y="5599792"/>
                                </a:lnTo>
                                <a:lnTo>
                                  <a:pt x="746852" y="5597298"/>
                                </a:lnTo>
                                <a:lnTo>
                                  <a:pt x="743676" y="5594349"/>
                                </a:lnTo>
                                <a:lnTo>
                                  <a:pt x="740500" y="5591174"/>
                                </a:lnTo>
                                <a:lnTo>
                                  <a:pt x="734148" y="5584371"/>
                                </a:lnTo>
                                <a:lnTo>
                                  <a:pt x="727795" y="5576887"/>
                                </a:lnTo>
                                <a:lnTo>
                                  <a:pt x="721670" y="5569176"/>
                                </a:lnTo>
                                <a:lnTo>
                                  <a:pt x="715545" y="5560558"/>
                                </a:lnTo>
                                <a:lnTo>
                                  <a:pt x="709419" y="5552167"/>
                                </a:lnTo>
                                <a:lnTo>
                                  <a:pt x="697849" y="5534705"/>
                                </a:lnTo>
                                <a:lnTo>
                                  <a:pt x="686732" y="5517242"/>
                                </a:lnTo>
                                <a:lnTo>
                                  <a:pt x="676296" y="5501594"/>
                                </a:lnTo>
                                <a:lnTo>
                                  <a:pt x="671305" y="5494564"/>
                                </a:lnTo>
                                <a:lnTo>
                                  <a:pt x="666541" y="5488214"/>
                                </a:lnTo>
                                <a:lnTo>
                                  <a:pt x="647938" y="5463267"/>
                                </a:lnTo>
                                <a:lnTo>
                                  <a:pt x="629334" y="5438094"/>
                                </a:lnTo>
                                <a:lnTo>
                                  <a:pt x="611412" y="5412921"/>
                                </a:lnTo>
                                <a:lnTo>
                                  <a:pt x="593716" y="5387521"/>
                                </a:lnTo>
                                <a:lnTo>
                                  <a:pt x="576247" y="5361667"/>
                                </a:lnTo>
                                <a:lnTo>
                                  <a:pt x="559232" y="5336041"/>
                                </a:lnTo>
                                <a:lnTo>
                                  <a:pt x="542217" y="5310187"/>
                                </a:lnTo>
                                <a:lnTo>
                                  <a:pt x="525655" y="5284107"/>
                                </a:lnTo>
                                <a:lnTo>
                                  <a:pt x="509321" y="5258026"/>
                                </a:lnTo>
                                <a:lnTo>
                                  <a:pt x="492986" y="5231492"/>
                                </a:lnTo>
                                <a:lnTo>
                                  <a:pt x="477105" y="5204958"/>
                                </a:lnTo>
                                <a:lnTo>
                                  <a:pt x="461678" y="5178424"/>
                                </a:lnTo>
                                <a:lnTo>
                                  <a:pt x="446251" y="5151664"/>
                                </a:lnTo>
                                <a:lnTo>
                                  <a:pt x="431278" y="5124676"/>
                                </a:lnTo>
                                <a:lnTo>
                                  <a:pt x="416305" y="5097689"/>
                                </a:lnTo>
                                <a:lnTo>
                                  <a:pt x="401558" y="5070474"/>
                                </a:lnTo>
                                <a:lnTo>
                                  <a:pt x="387265" y="5043260"/>
                                </a:lnTo>
                                <a:lnTo>
                                  <a:pt x="372746" y="5016046"/>
                                </a:lnTo>
                                <a:lnTo>
                                  <a:pt x="358906" y="4988378"/>
                                </a:lnTo>
                                <a:lnTo>
                                  <a:pt x="345067" y="4960937"/>
                                </a:lnTo>
                                <a:lnTo>
                                  <a:pt x="331456" y="4933269"/>
                                </a:lnTo>
                                <a:lnTo>
                                  <a:pt x="317843" y="4905148"/>
                                </a:lnTo>
                                <a:lnTo>
                                  <a:pt x="304458" y="4877480"/>
                                </a:lnTo>
                                <a:lnTo>
                                  <a:pt x="291300" y="4849358"/>
                                </a:lnTo>
                                <a:lnTo>
                                  <a:pt x="278595" y="4821464"/>
                                </a:lnTo>
                                <a:lnTo>
                                  <a:pt x="265663" y="4793115"/>
                                </a:lnTo>
                                <a:lnTo>
                                  <a:pt x="252959" y="4764767"/>
                                </a:lnTo>
                                <a:lnTo>
                                  <a:pt x="240481" y="4736419"/>
                                </a:lnTo>
                                <a:lnTo>
                                  <a:pt x="228230" y="4707844"/>
                                </a:lnTo>
                                <a:lnTo>
                                  <a:pt x="215752" y="4679496"/>
                                </a:lnTo>
                                <a:lnTo>
                                  <a:pt x="191704" y="4622119"/>
                                </a:lnTo>
                                <a:close/>
                                <a:moveTo>
                                  <a:pt x="334405" y="4621212"/>
                                </a:moveTo>
                                <a:lnTo>
                                  <a:pt x="336900" y="4621212"/>
                                </a:lnTo>
                                <a:lnTo>
                                  <a:pt x="338715" y="4621439"/>
                                </a:lnTo>
                                <a:lnTo>
                                  <a:pt x="340757" y="4622119"/>
                                </a:lnTo>
                                <a:lnTo>
                                  <a:pt x="342345" y="4622573"/>
                                </a:lnTo>
                                <a:lnTo>
                                  <a:pt x="343933" y="4623480"/>
                                </a:lnTo>
                                <a:lnTo>
                                  <a:pt x="345294" y="4624840"/>
                                </a:lnTo>
                                <a:lnTo>
                                  <a:pt x="346656" y="4626428"/>
                                </a:lnTo>
                                <a:lnTo>
                                  <a:pt x="347563" y="4628015"/>
                                </a:lnTo>
                                <a:lnTo>
                                  <a:pt x="348244" y="4630056"/>
                                </a:lnTo>
                                <a:lnTo>
                                  <a:pt x="348471" y="4641169"/>
                                </a:lnTo>
                                <a:lnTo>
                                  <a:pt x="339850" y="4640715"/>
                                </a:lnTo>
                                <a:lnTo>
                                  <a:pt x="341664" y="4655230"/>
                                </a:lnTo>
                                <a:lnTo>
                                  <a:pt x="338489" y="4650014"/>
                                </a:lnTo>
                                <a:lnTo>
                                  <a:pt x="340077" y="4655230"/>
                                </a:lnTo>
                                <a:lnTo>
                                  <a:pt x="337354" y="4654096"/>
                                </a:lnTo>
                                <a:lnTo>
                                  <a:pt x="334858" y="4653189"/>
                                </a:lnTo>
                                <a:lnTo>
                                  <a:pt x="330775" y="4655230"/>
                                </a:lnTo>
                                <a:lnTo>
                                  <a:pt x="329868" y="4655230"/>
                                </a:lnTo>
                                <a:lnTo>
                                  <a:pt x="331456" y="4657951"/>
                                </a:lnTo>
                                <a:lnTo>
                                  <a:pt x="327825" y="4655230"/>
                                </a:lnTo>
                                <a:lnTo>
                                  <a:pt x="324649" y="4652735"/>
                                </a:lnTo>
                                <a:lnTo>
                                  <a:pt x="321927" y="4649560"/>
                                </a:lnTo>
                                <a:lnTo>
                                  <a:pt x="320955" y="4648103"/>
                                </a:lnTo>
                                <a:lnTo>
                                  <a:pt x="320793" y="4647746"/>
                                </a:lnTo>
                                <a:lnTo>
                                  <a:pt x="318297" y="4642983"/>
                                </a:lnTo>
                                <a:lnTo>
                                  <a:pt x="314217" y="4633078"/>
                                </a:lnTo>
                                <a:lnTo>
                                  <a:pt x="313533" y="4629830"/>
                                </a:lnTo>
                                <a:lnTo>
                                  <a:pt x="317163" y="4627562"/>
                                </a:lnTo>
                                <a:lnTo>
                                  <a:pt x="320566" y="4625974"/>
                                </a:lnTo>
                                <a:lnTo>
                                  <a:pt x="323742" y="4624387"/>
                                </a:lnTo>
                                <a:lnTo>
                                  <a:pt x="326691" y="4623253"/>
                                </a:lnTo>
                                <a:lnTo>
                                  <a:pt x="329414" y="4622573"/>
                                </a:lnTo>
                                <a:lnTo>
                                  <a:pt x="331909" y="4621665"/>
                                </a:lnTo>
                                <a:lnTo>
                                  <a:pt x="334405" y="4621212"/>
                                </a:lnTo>
                                <a:close/>
                                <a:moveTo>
                                  <a:pt x="301962" y="4604430"/>
                                </a:moveTo>
                                <a:lnTo>
                                  <a:pt x="305139" y="4609192"/>
                                </a:lnTo>
                                <a:lnTo>
                                  <a:pt x="302870" y="4609192"/>
                                </a:lnTo>
                                <a:lnTo>
                                  <a:pt x="301962" y="4604656"/>
                                </a:lnTo>
                                <a:lnTo>
                                  <a:pt x="301962" y="4604430"/>
                                </a:lnTo>
                                <a:close/>
                                <a:moveTo>
                                  <a:pt x="384176" y="4602162"/>
                                </a:moveTo>
                                <a:lnTo>
                                  <a:pt x="385168" y="4602400"/>
                                </a:lnTo>
                                <a:lnTo>
                                  <a:pt x="385168" y="4602877"/>
                                </a:lnTo>
                                <a:lnTo>
                                  <a:pt x="385763" y="4606687"/>
                                </a:lnTo>
                                <a:lnTo>
                                  <a:pt x="384771" y="4606925"/>
                                </a:lnTo>
                                <a:lnTo>
                                  <a:pt x="384176" y="4602162"/>
                                </a:lnTo>
                                <a:close/>
                                <a:moveTo>
                                  <a:pt x="300038" y="4602162"/>
                                </a:moveTo>
                                <a:lnTo>
                                  <a:pt x="301096" y="4602162"/>
                                </a:lnTo>
                                <a:lnTo>
                                  <a:pt x="301096" y="4602403"/>
                                </a:lnTo>
                                <a:lnTo>
                                  <a:pt x="301625" y="4610100"/>
                                </a:lnTo>
                                <a:lnTo>
                                  <a:pt x="300038" y="4610100"/>
                                </a:lnTo>
                                <a:lnTo>
                                  <a:pt x="300038" y="4606924"/>
                                </a:lnTo>
                                <a:lnTo>
                                  <a:pt x="300038" y="4602162"/>
                                </a:lnTo>
                                <a:close/>
                                <a:moveTo>
                                  <a:pt x="296862" y="4584699"/>
                                </a:moveTo>
                                <a:lnTo>
                                  <a:pt x="297921" y="4587366"/>
                                </a:lnTo>
                                <a:lnTo>
                                  <a:pt x="298555" y="4591367"/>
                                </a:lnTo>
                                <a:lnTo>
                                  <a:pt x="299191" y="4596923"/>
                                </a:lnTo>
                                <a:lnTo>
                                  <a:pt x="300038" y="4606924"/>
                                </a:lnTo>
                                <a:lnTo>
                                  <a:pt x="296862" y="4584699"/>
                                </a:lnTo>
                                <a:close/>
                                <a:moveTo>
                                  <a:pt x="352426" y="4583112"/>
                                </a:moveTo>
                                <a:lnTo>
                                  <a:pt x="355601" y="4588730"/>
                                </a:lnTo>
                                <a:lnTo>
                                  <a:pt x="355071" y="4589462"/>
                                </a:lnTo>
                                <a:lnTo>
                                  <a:pt x="354542" y="4588974"/>
                                </a:lnTo>
                                <a:lnTo>
                                  <a:pt x="352426" y="4583112"/>
                                </a:lnTo>
                                <a:close/>
                                <a:moveTo>
                                  <a:pt x="357999" y="4581978"/>
                                </a:moveTo>
                                <a:lnTo>
                                  <a:pt x="367074" y="4592637"/>
                                </a:lnTo>
                                <a:lnTo>
                                  <a:pt x="367981" y="4590369"/>
                                </a:lnTo>
                                <a:lnTo>
                                  <a:pt x="370704" y="4596039"/>
                                </a:lnTo>
                                <a:lnTo>
                                  <a:pt x="371158" y="4593544"/>
                                </a:lnTo>
                                <a:lnTo>
                                  <a:pt x="371384" y="4593544"/>
                                </a:lnTo>
                                <a:lnTo>
                                  <a:pt x="373426" y="4598080"/>
                                </a:lnTo>
                                <a:lnTo>
                                  <a:pt x="373653" y="4591730"/>
                                </a:lnTo>
                                <a:lnTo>
                                  <a:pt x="378871" y="4601481"/>
                                </a:lnTo>
                                <a:lnTo>
                                  <a:pt x="378871" y="4597626"/>
                                </a:lnTo>
                                <a:lnTo>
                                  <a:pt x="381140" y="4599214"/>
                                </a:lnTo>
                                <a:lnTo>
                                  <a:pt x="381367" y="4605564"/>
                                </a:lnTo>
                                <a:lnTo>
                                  <a:pt x="383408" y="4605790"/>
                                </a:lnTo>
                                <a:lnTo>
                                  <a:pt x="378644" y="4606017"/>
                                </a:lnTo>
                                <a:lnTo>
                                  <a:pt x="374560" y="4606471"/>
                                </a:lnTo>
                                <a:lnTo>
                                  <a:pt x="367301" y="4607605"/>
                                </a:lnTo>
                                <a:lnTo>
                                  <a:pt x="360948" y="4608739"/>
                                </a:lnTo>
                                <a:lnTo>
                                  <a:pt x="358453" y="4608965"/>
                                </a:lnTo>
                                <a:lnTo>
                                  <a:pt x="355957" y="4609192"/>
                                </a:lnTo>
                                <a:lnTo>
                                  <a:pt x="354142" y="4608965"/>
                                </a:lnTo>
                                <a:lnTo>
                                  <a:pt x="352327" y="4608512"/>
                                </a:lnTo>
                                <a:lnTo>
                                  <a:pt x="350966" y="4607378"/>
                                </a:lnTo>
                                <a:lnTo>
                                  <a:pt x="350059" y="4606017"/>
                                </a:lnTo>
                                <a:lnTo>
                                  <a:pt x="349151" y="4604203"/>
                                </a:lnTo>
                                <a:lnTo>
                                  <a:pt x="348471" y="4601935"/>
                                </a:lnTo>
                                <a:lnTo>
                                  <a:pt x="348471" y="4598987"/>
                                </a:lnTo>
                                <a:lnTo>
                                  <a:pt x="348471" y="4595358"/>
                                </a:lnTo>
                                <a:lnTo>
                                  <a:pt x="348698" y="4593998"/>
                                </a:lnTo>
                                <a:lnTo>
                                  <a:pt x="348925" y="4593771"/>
                                </a:lnTo>
                                <a:lnTo>
                                  <a:pt x="350512" y="4594451"/>
                                </a:lnTo>
                                <a:lnTo>
                                  <a:pt x="352100" y="4591730"/>
                                </a:lnTo>
                                <a:lnTo>
                                  <a:pt x="353008" y="4588781"/>
                                </a:lnTo>
                                <a:lnTo>
                                  <a:pt x="355957" y="4592410"/>
                                </a:lnTo>
                                <a:lnTo>
                                  <a:pt x="358906" y="4591049"/>
                                </a:lnTo>
                                <a:lnTo>
                                  <a:pt x="362310" y="4592637"/>
                                </a:lnTo>
                                <a:lnTo>
                                  <a:pt x="358226" y="4583112"/>
                                </a:lnTo>
                                <a:lnTo>
                                  <a:pt x="357999" y="4581978"/>
                                </a:lnTo>
                                <a:close/>
                                <a:moveTo>
                                  <a:pt x="288199" y="4581524"/>
                                </a:moveTo>
                                <a:lnTo>
                                  <a:pt x="288629" y="4581753"/>
                                </a:lnTo>
                                <a:lnTo>
                                  <a:pt x="289490" y="4582439"/>
                                </a:lnTo>
                                <a:lnTo>
                                  <a:pt x="290566" y="4584267"/>
                                </a:lnTo>
                                <a:lnTo>
                                  <a:pt x="291858" y="4587011"/>
                                </a:lnTo>
                                <a:lnTo>
                                  <a:pt x="293364" y="4589754"/>
                                </a:lnTo>
                                <a:lnTo>
                                  <a:pt x="294871" y="4593411"/>
                                </a:lnTo>
                                <a:lnTo>
                                  <a:pt x="296916" y="4602292"/>
                                </a:lnTo>
                                <a:lnTo>
                                  <a:pt x="299794" y="4609332"/>
                                </a:lnTo>
                                <a:lnTo>
                                  <a:pt x="300038" y="4610100"/>
                                </a:lnTo>
                                <a:lnTo>
                                  <a:pt x="298571" y="4610100"/>
                                </a:lnTo>
                                <a:lnTo>
                                  <a:pt x="297093" y="4603232"/>
                                </a:lnTo>
                                <a:lnTo>
                                  <a:pt x="296808" y="4602327"/>
                                </a:lnTo>
                                <a:lnTo>
                                  <a:pt x="298100" y="4609413"/>
                                </a:lnTo>
                                <a:lnTo>
                                  <a:pt x="292718" y="4609642"/>
                                </a:lnTo>
                                <a:lnTo>
                                  <a:pt x="287337" y="4585868"/>
                                </a:lnTo>
                                <a:lnTo>
                                  <a:pt x="287337" y="4583810"/>
                                </a:lnTo>
                                <a:lnTo>
                                  <a:pt x="287553" y="4582439"/>
                                </a:lnTo>
                                <a:lnTo>
                                  <a:pt x="287768" y="4581753"/>
                                </a:lnTo>
                                <a:lnTo>
                                  <a:pt x="288199" y="4581524"/>
                                </a:lnTo>
                                <a:close/>
                                <a:moveTo>
                                  <a:pt x="290513" y="4575174"/>
                                </a:moveTo>
                                <a:lnTo>
                                  <a:pt x="291420" y="4577617"/>
                                </a:lnTo>
                                <a:lnTo>
                                  <a:pt x="292100" y="4583112"/>
                                </a:lnTo>
                                <a:lnTo>
                                  <a:pt x="290513" y="4575174"/>
                                </a:lnTo>
                                <a:close/>
                                <a:moveTo>
                                  <a:pt x="292630" y="4573587"/>
                                </a:moveTo>
                                <a:lnTo>
                                  <a:pt x="293688" y="4576627"/>
                                </a:lnTo>
                                <a:lnTo>
                                  <a:pt x="293335" y="4581086"/>
                                </a:lnTo>
                                <a:lnTo>
                                  <a:pt x="293335" y="4582504"/>
                                </a:lnTo>
                                <a:lnTo>
                                  <a:pt x="293159" y="4583112"/>
                                </a:lnTo>
                                <a:lnTo>
                                  <a:pt x="292982" y="4583112"/>
                                </a:lnTo>
                                <a:lnTo>
                                  <a:pt x="292630" y="4582910"/>
                                </a:lnTo>
                                <a:lnTo>
                                  <a:pt x="292453" y="4581694"/>
                                </a:lnTo>
                                <a:lnTo>
                                  <a:pt x="292100" y="4579262"/>
                                </a:lnTo>
                                <a:lnTo>
                                  <a:pt x="292100" y="4576830"/>
                                </a:lnTo>
                                <a:lnTo>
                                  <a:pt x="292100" y="4574601"/>
                                </a:lnTo>
                                <a:lnTo>
                                  <a:pt x="292277" y="4573993"/>
                                </a:lnTo>
                                <a:lnTo>
                                  <a:pt x="292630" y="4573587"/>
                                </a:lnTo>
                                <a:close/>
                                <a:moveTo>
                                  <a:pt x="287337" y="4568824"/>
                                </a:moveTo>
                                <a:lnTo>
                                  <a:pt x="289321" y="4570803"/>
                                </a:lnTo>
                                <a:lnTo>
                                  <a:pt x="289123" y="4570803"/>
                                </a:lnTo>
                                <a:lnTo>
                                  <a:pt x="290513" y="4583112"/>
                                </a:lnTo>
                                <a:lnTo>
                                  <a:pt x="287337" y="4568824"/>
                                </a:lnTo>
                                <a:close/>
                                <a:moveTo>
                                  <a:pt x="282575" y="4559299"/>
                                </a:moveTo>
                                <a:lnTo>
                                  <a:pt x="284616" y="4564344"/>
                                </a:lnTo>
                                <a:lnTo>
                                  <a:pt x="285750" y="4579937"/>
                                </a:lnTo>
                                <a:lnTo>
                                  <a:pt x="282575" y="4559299"/>
                                </a:lnTo>
                                <a:close/>
                                <a:moveTo>
                                  <a:pt x="294929" y="4556578"/>
                                </a:moveTo>
                                <a:lnTo>
                                  <a:pt x="308088" y="4562474"/>
                                </a:lnTo>
                                <a:lnTo>
                                  <a:pt x="313306" y="4563381"/>
                                </a:lnTo>
                                <a:lnTo>
                                  <a:pt x="313760" y="4558846"/>
                                </a:lnTo>
                                <a:lnTo>
                                  <a:pt x="317389" y="4557258"/>
                                </a:lnTo>
                                <a:lnTo>
                                  <a:pt x="331002" y="4563155"/>
                                </a:lnTo>
                                <a:lnTo>
                                  <a:pt x="335085" y="4571999"/>
                                </a:lnTo>
                                <a:lnTo>
                                  <a:pt x="343933" y="4607605"/>
                                </a:lnTo>
                                <a:lnTo>
                                  <a:pt x="338942" y="4607831"/>
                                </a:lnTo>
                                <a:lnTo>
                                  <a:pt x="334405" y="4608512"/>
                                </a:lnTo>
                                <a:lnTo>
                                  <a:pt x="326464" y="4609873"/>
                                </a:lnTo>
                                <a:lnTo>
                                  <a:pt x="319658" y="4611006"/>
                                </a:lnTo>
                                <a:lnTo>
                                  <a:pt x="316936" y="4611460"/>
                                </a:lnTo>
                                <a:lnTo>
                                  <a:pt x="314214" y="4611914"/>
                                </a:lnTo>
                                <a:lnTo>
                                  <a:pt x="311718" y="4611914"/>
                                </a:lnTo>
                                <a:lnTo>
                                  <a:pt x="309903" y="4611233"/>
                                </a:lnTo>
                                <a:lnTo>
                                  <a:pt x="308088" y="4610553"/>
                                </a:lnTo>
                                <a:lnTo>
                                  <a:pt x="306727" y="4609646"/>
                                </a:lnTo>
                                <a:lnTo>
                                  <a:pt x="305593" y="4607605"/>
                                </a:lnTo>
                                <a:lnTo>
                                  <a:pt x="304231" y="4605564"/>
                                </a:lnTo>
                                <a:lnTo>
                                  <a:pt x="303551" y="4602615"/>
                                </a:lnTo>
                                <a:lnTo>
                                  <a:pt x="303097" y="4598987"/>
                                </a:lnTo>
                                <a:lnTo>
                                  <a:pt x="298560" y="4587874"/>
                                </a:lnTo>
                                <a:lnTo>
                                  <a:pt x="303551" y="4590823"/>
                                </a:lnTo>
                                <a:lnTo>
                                  <a:pt x="294929" y="4556578"/>
                                </a:lnTo>
                                <a:close/>
                                <a:moveTo>
                                  <a:pt x="287337" y="4551362"/>
                                </a:moveTo>
                                <a:lnTo>
                                  <a:pt x="287564" y="4551362"/>
                                </a:lnTo>
                                <a:lnTo>
                                  <a:pt x="290513" y="4555551"/>
                                </a:lnTo>
                                <a:lnTo>
                                  <a:pt x="290513" y="4567237"/>
                                </a:lnTo>
                                <a:lnTo>
                                  <a:pt x="287337" y="4551362"/>
                                </a:lnTo>
                                <a:close/>
                                <a:moveTo>
                                  <a:pt x="3044744" y="4548445"/>
                                </a:moveTo>
                                <a:lnTo>
                                  <a:pt x="3036349" y="4551394"/>
                                </a:lnTo>
                                <a:lnTo>
                                  <a:pt x="3044970" y="4548445"/>
                                </a:lnTo>
                                <a:lnTo>
                                  <a:pt x="3044744" y="4548445"/>
                                </a:lnTo>
                                <a:close/>
                                <a:moveTo>
                                  <a:pt x="304800" y="4546599"/>
                                </a:moveTo>
                                <a:lnTo>
                                  <a:pt x="311150" y="4554764"/>
                                </a:lnTo>
                                <a:lnTo>
                                  <a:pt x="306552" y="4557712"/>
                                </a:lnTo>
                                <a:lnTo>
                                  <a:pt x="304800" y="4546599"/>
                                </a:lnTo>
                                <a:close/>
                                <a:moveTo>
                                  <a:pt x="283369" y="4546599"/>
                                </a:moveTo>
                                <a:lnTo>
                                  <a:pt x="285750" y="4548293"/>
                                </a:lnTo>
                                <a:lnTo>
                                  <a:pt x="283898" y="4552949"/>
                                </a:lnTo>
                                <a:lnTo>
                                  <a:pt x="282575" y="4549986"/>
                                </a:lnTo>
                                <a:lnTo>
                                  <a:pt x="283369" y="4546599"/>
                                </a:lnTo>
                                <a:close/>
                                <a:moveTo>
                                  <a:pt x="2935034" y="4540862"/>
                                </a:moveTo>
                                <a:lnTo>
                                  <a:pt x="2930627" y="4544589"/>
                                </a:lnTo>
                                <a:lnTo>
                                  <a:pt x="2924502" y="4549806"/>
                                </a:lnTo>
                                <a:lnTo>
                                  <a:pt x="2922775" y="4551400"/>
                                </a:lnTo>
                                <a:lnTo>
                                  <a:pt x="2932635" y="4544332"/>
                                </a:lnTo>
                                <a:lnTo>
                                  <a:pt x="2935034" y="4540862"/>
                                </a:lnTo>
                                <a:close/>
                                <a:moveTo>
                                  <a:pt x="285750" y="4538662"/>
                                </a:moveTo>
                                <a:lnTo>
                                  <a:pt x="290513" y="4549053"/>
                                </a:lnTo>
                                <a:lnTo>
                                  <a:pt x="290513" y="4551362"/>
                                </a:lnTo>
                                <a:lnTo>
                                  <a:pt x="285750" y="4538662"/>
                                </a:lnTo>
                                <a:close/>
                                <a:moveTo>
                                  <a:pt x="2942879" y="4535290"/>
                                </a:moveTo>
                                <a:lnTo>
                                  <a:pt x="2941755" y="4536052"/>
                                </a:lnTo>
                                <a:lnTo>
                                  <a:pt x="2955627" y="4544739"/>
                                </a:lnTo>
                                <a:lnTo>
                                  <a:pt x="2942879" y="4535290"/>
                                </a:lnTo>
                                <a:close/>
                                <a:moveTo>
                                  <a:pt x="296357" y="4530724"/>
                                </a:moveTo>
                                <a:lnTo>
                                  <a:pt x="299821" y="4535260"/>
                                </a:lnTo>
                                <a:lnTo>
                                  <a:pt x="300038" y="4552949"/>
                                </a:lnTo>
                                <a:lnTo>
                                  <a:pt x="297656" y="4551135"/>
                                </a:lnTo>
                                <a:lnTo>
                                  <a:pt x="295708" y="4549547"/>
                                </a:lnTo>
                                <a:lnTo>
                                  <a:pt x="294192" y="4547506"/>
                                </a:lnTo>
                                <a:lnTo>
                                  <a:pt x="292893" y="4545692"/>
                                </a:lnTo>
                                <a:lnTo>
                                  <a:pt x="291811" y="4543424"/>
                                </a:lnTo>
                                <a:lnTo>
                                  <a:pt x="290945" y="4540930"/>
                                </a:lnTo>
                                <a:lnTo>
                                  <a:pt x="290513" y="4538662"/>
                                </a:lnTo>
                                <a:lnTo>
                                  <a:pt x="290513" y="4536167"/>
                                </a:lnTo>
                                <a:lnTo>
                                  <a:pt x="296357" y="4530724"/>
                                </a:lnTo>
                                <a:close/>
                                <a:moveTo>
                                  <a:pt x="3030451" y="4529166"/>
                                </a:moveTo>
                                <a:lnTo>
                                  <a:pt x="3029997" y="4531887"/>
                                </a:lnTo>
                                <a:lnTo>
                                  <a:pt x="3029997" y="4532568"/>
                                </a:lnTo>
                                <a:lnTo>
                                  <a:pt x="3030451" y="4529166"/>
                                </a:lnTo>
                                <a:close/>
                                <a:moveTo>
                                  <a:pt x="3012528" y="4525990"/>
                                </a:moveTo>
                                <a:lnTo>
                                  <a:pt x="3010968" y="4526827"/>
                                </a:lnTo>
                                <a:lnTo>
                                  <a:pt x="3000277" y="4530527"/>
                                </a:lnTo>
                                <a:lnTo>
                                  <a:pt x="3003226" y="4530980"/>
                                </a:lnTo>
                                <a:lnTo>
                                  <a:pt x="3010968" y="4526827"/>
                                </a:lnTo>
                                <a:lnTo>
                                  <a:pt x="3012074" y="4526444"/>
                                </a:lnTo>
                                <a:lnTo>
                                  <a:pt x="3012528" y="4525990"/>
                                </a:lnTo>
                                <a:close/>
                                <a:moveTo>
                                  <a:pt x="4523643" y="4519612"/>
                                </a:moveTo>
                                <a:lnTo>
                                  <a:pt x="4524375" y="4523642"/>
                                </a:lnTo>
                                <a:lnTo>
                                  <a:pt x="4521689" y="4529015"/>
                                </a:lnTo>
                                <a:lnTo>
                                  <a:pt x="4511675" y="4537075"/>
                                </a:lnTo>
                                <a:lnTo>
                                  <a:pt x="4523643" y="4519612"/>
                                </a:lnTo>
                                <a:close/>
                                <a:moveTo>
                                  <a:pt x="3026821" y="4518959"/>
                                </a:moveTo>
                                <a:lnTo>
                                  <a:pt x="3025460" y="4519186"/>
                                </a:lnTo>
                                <a:lnTo>
                                  <a:pt x="3027501" y="4519186"/>
                                </a:lnTo>
                                <a:lnTo>
                                  <a:pt x="3026821" y="4518959"/>
                                </a:lnTo>
                                <a:close/>
                                <a:moveTo>
                                  <a:pt x="284163" y="4510087"/>
                                </a:moveTo>
                                <a:lnTo>
                                  <a:pt x="286941" y="4514907"/>
                                </a:lnTo>
                                <a:lnTo>
                                  <a:pt x="287337" y="4529137"/>
                                </a:lnTo>
                                <a:lnTo>
                                  <a:pt x="284163" y="4510087"/>
                                </a:lnTo>
                                <a:close/>
                                <a:moveTo>
                                  <a:pt x="164707" y="4474708"/>
                                </a:moveTo>
                                <a:lnTo>
                                  <a:pt x="164480" y="4474935"/>
                                </a:lnTo>
                                <a:lnTo>
                                  <a:pt x="164707" y="4475162"/>
                                </a:lnTo>
                                <a:lnTo>
                                  <a:pt x="164707" y="4474708"/>
                                </a:lnTo>
                                <a:close/>
                                <a:moveTo>
                                  <a:pt x="195078" y="4419920"/>
                                </a:moveTo>
                                <a:lnTo>
                                  <a:pt x="194946" y="4420790"/>
                                </a:lnTo>
                                <a:lnTo>
                                  <a:pt x="195107" y="4420960"/>
                                </a:lnTo>
                                <a:lnTo>
                                  <a:pt x="195078" y="4419920"/>
                                </a:lnTo>
                                <a:close/>
                                <a:moveTo>
                                  <a:pt x="185806" y="4410301"/>
                                </a:moveTo>
                                <a:lnTo>
                                  <a:pt x="185963" y="4410549"/>
                                </a:lnTo>
                                <a:lnTo>
                                  <a:pt x="185922" y="4410359"/>
                                </a:lnTo>
                                <a:lnTo>
                                  <a:pt x="185806" y="4410301"/>
                                </a:lnTo>
                                <a:close/>
                                <a:moveTo>
                                  <a:pt x="196603" y="4409862"/>
                                </a:moveTo>
                                <a:lnTo>
                                  <a:pt x="196101" y="4413171"/>
                                </a:lnTo>
                                <a:lnTo>
                                  <a:pt x="203326" y="4415393"/>
                                </a:lnTo>
                                <a:lnTo>
                                  <a:pt x="199728" y="4412807"/>
                                </a:lnTo>
                                <a:lnTo>
                                  <a:pt x="196603" y="4409862"/>
                                </a:lnTo>
                                <a:close/>
                                <a:moveTo>
                                  <a:pt x="4490587" y="4406899"/>
                                </a:moveTo>
                                <a:lnTo>
                                  <a:pt x="4496669" y="4433124"/>
                                </a:lnTo>
                                <a:lnTo>
                                  <a:pt x="4505325" y="4440421"/>
                                </a:lnTo>
                                <a:lnTo>
                                  <a:pt x="4501114" y="4448174"/>
                                </a:lnTo>
                                <a:lnTo>
                                  <a:pt x="4490119" y="4440421"/>
                                </a:lnTo>
                                <a:lnTo>
                                  <a:pt x="4483100" y="4422178"/>
                                </a:lnTo>
                                <a:lnTo>
                                  <a:pt x="4490587" y="4406899"/>
                                </a:lnTo>
                                <a:close/>
                                <a:moveTo>
                                  <a:pt x="117291" y="4395787"/>
                                </a:moveTo>
                                <a:lnTo>
                                  <a:pt x="118199" y="4396921"/>
                                </a:lnTo>
                                <a:lnTo>
                                  <a:pt x="117972" y="4396921"/>
                                </a:lnTo>
                                <a:lnTo>
                                  <a:pt x="117291" y="4395787"/>
                                </a:lnTo>
                                <a:close/>
                                <a:moveTo>
                                  <a:pt x="2997101" y="4394890"/>
                                </a:moveTo>
                                <a:lnTo>
                                  <a:pt x="2997328" y="4396478"/>
                                </a:lnTo>
                                <a:lnTo>
                                  <a:pt x="2997554" y="4396705"/>
                                </a:lnTo>
                                <a:lnTo>
                                  <a:pt x="2997101" y="4394890"/>
                                </a:lnTo>
                                <a:close/>
                                <a:moveTo>
                                  <a:pt x="2969422" y="4390354"/>
                                </a:moveTo>
                                <a:lnTo>
                                  <a:pt x="2968288" y="4396478"/>
                                </a:lnTo>
                                <a:lnTo>
                                  <a:pt x="2969422" y="4390581"/>
                                </a:lnTo>
                                <a:lnTo>
                                  <a:pt x="2969422" y="4390354"/>
                                </a:lnTo>
                                <a:close/>
                                <a:moveTo>
                                  <a:pt x="2707840" y="4377199"/>
                                </a:moveTo>
                                <a:lnTo>
                                  <a:pt x="2707613" y="4377652"/>
                                </a:lnTo>
                                <a:lnTo>
                                  <a:pt x="2698311" y="4378333"/>
                                </a:lnTo>
                                <a:lnTo>
                                  <a:pt x="2707840" y="4377199"/>
                                </a:lnTo>
                                <a:close/>
                                <a:moveTo>
                                  <a:pt x="3128913" y="4360188"/>
                                </a:moveTo>
                                <a:lnTo>
                                  <a:pt x="3123468" y="4368580"/>
                                </a:lnTo>
                                <a:lnTo>
                                  <a:pt x="3128686" y="4360641"/>
                                </a:lnTo>
                                <a:lnTo>
                                  <a:pt x="3128913" y="4360188"/>
                                </a:lnTo>
                                <a:close/>
                                <a:moveTo>
                                  <a:pt x="4509459" y="4354512"/>
                                </a:moveTo>
                                <a:lnTo>
                                  <a:pt x="4521200" y="4367893"/>
                                </a:lnTo>
                                <a:lnTo>
                                  <a:pt x="4520961" y="4370161"/>
                                </a:lnTo>
                                <a:lnTo>
                                  <a:pt x="4520721" y="4372202"/>
                                </a:lnTo>
                                <a:lnTo>
                                  <a:pt x="4520002" y="4375830"/>
                                </a:lnTo>
                                <a:lnTo>
                                  <a:pt x="4518804" y="4379006"/>
                                </a:lnTo>
                                <a:lnTo>
                                  <a:pt x="4517127" y="4381500"/>
                                </a:lnTo>
                                <a:lnTo>
                                  <a:pt x="4516168" y="4382634"/>
                                </a:lnTo>
                                <a:lnTo>
                                  <a:pt x="4515449" y="4383541"/>
                                </a:lnTo>
                                <a:lnTo>
                                  <a:pt x="4514251" y="4383995"/>
                                </a:lnTo>
                                <a:lnTo>
                                  <a:pt x="4513532" y="4384448"/>
                                </a:lnTo>
                                <a:lnTo>
                                  <a:pt x="4512574" y="4384675"/>
                                </a:lnTo>
                                <a:lnTo>
                                  <a:pt x="4511855" y="4384448"/>
                                </a:lnTo>
                                <a:lnTo>
                                  <a:pt x="4510896" y="4384222"/>
                                </a:lnTo>
                                <a:lnTo>
                                  <a:pt x="4510178" y="4383541"/>
                                </a:lnTo>
                                <a:lnTo>
                                  <a:pt x="4514491" y="4374923"/>
                                </a:lnTo>
                                <a:lnTo>
                                  <a:pt x="4508500" y="4372429"/>
                                </a:lnTo>
                                <a:lnTo>
                                  <a:pt x="4511136" y="4364718"/>
                                </a:lnTo>
                                <a:lnTo>
                                  <a:pt x="4509459" y="4354512"/>
                                </a:lnTo>
                                <a:close/>
                                <a:moveTo>
                                  <a:pt x="3005041" y="4349527"/>
                                </a:moveTo>
                                <a:lnTo>
                                  <a:pt x="3000277" y="4356105"/>
                                </a:lnTo>
                                <a:lnTo>
                                  <a:pt x="3004587" y="4360188"/>
                                </a:lnTo>
                                <a:lnTo>
                                  <a:pt x="3005041" y="4360414"/>
                                </a:lnTo>
                                <a:lnTo>
                                  <a:pt x="3000277" y="4356105"/>
                                </a:lnTo>
                                <a:lnTo>
                                  <a:pt x="3005041" y="4349754"/>
                                </a:lnTo>
                                <a:lnTo>
                                  <a:pt x="3005041" y="4349527"/>
                                </a:lnTo>
                                <a:close/>
                                <a:moveTo>
                                  <a:pt x="3963027" y="4348279"/>
                                </a:moveTo>
                                <a:lnTo>
                                  <a:pt x="3957461" y="4351823"/>
                                </a:lnTo>
                                <a:lnTo>
                                  <a:pt x="3958663" y="4355133"/>
                                </a:lnTo>
                                <a:lnTo>
                                  <a:pt x="3959033" y="4353837"/>
                                </a:lnTo>
                                <a:lnTo>
                                  <a:pt x="3962663" y="4348847"/>
                                </a:lnTo>
                                <a:lnTo>
                                  <a:pt x="3963027" y="4348279"/>
                                </a:lnTo>
                                <a:close/>
                                <a:moveTo>
                                  <a:pt x="2679708" y="4342269"/>
                                </a:moveTo>
                                <a:lnTo>
                                  <a:pt x="2682203" y="4343857"/>
                                </a:lnTo>
                                <a:lnTo>
                                  <a:pt x="2684926" y="4345445"/>
                                </a:lnTo>
                                <a:lnTo>
                                  <a:pt x="2687046" y="4346353"/>
                                </a:lnTo>
                                <a:lnTo>
                                  <a:pt x="2686060" y="4351115"/>
                                </a:lnTo>
                                <a:lnTo>
                                  <a:pt x="2679708" y="4342269"/>
                                </a:lnTo>
                                <a:close/>
                                <a:moveTo>
                                  <a:pt x="2681288" y="4337049"/>
                                </a:moveTo>
                                <a:lnTo>
                                  <a:pt x="2686051" y="4341217"/>
                                </a:lnTo>
                                <a:lnTo>
                                  <a:pt x="2685455" y="4344987"/>
                                </a:lnTo>
                                <a:lnTo>
                                  <a:pt x="2681585" y="4341415"/>
                                </a:lnTo>
                                <a:lnTo>
                                  <a:pt x="2681288" y="4337049"/>
                                </a:lnTo>
                                <a:close/>
                                <a:moveTo>
                                  <a:pt x="3980026" y="4312718"/>
                                </a:moveTo>
                                <a:lnTo>
                                  <a:pt x="3979640" y="4313592"/>
                                </a:lnTo>
                                <a:lnTo>
                                  <a:pt x="3980025" y="4316495"/>
                                </a:lnTo>
                                <a:lnTo>
                                  <a:pt x="3980359" y="4314824"/>
                                </a:lnTo>
                                <a:lnTo>
                                  <a:pt x="3980359" y="4313690"/>
                                </a:lnTo>
                                <a:lnTo>
                                  <a:pt x="3980359" y="4312783"/>
                                </a:lnTo>
                                <a:lnTo>
                                  <a:pt x="3980026" y="4312718"/>
                                </a:lnTo>
                                <a:close/>
                                <a:moveTo>
                                  <a:pt x="93444" y="4312372"/>
                                </a:moveTo>
                                <a:lnTo>
                                  <a:pt x="94377" y="4315505"/>
                                </a:lnTo>
                                <a:lnTo>
                                  <a:pt x="94377" y="4315731"/>
                                </a:lnTo>
                                <a:lnTo>
                                  <a:pt x="93444" y="4312372"/>
                                </a:lnTo>
                                <a:close/>
                                <a:moveTo>
                                  <a:pt x="3961688" y="4309131"/>
                                </a:moveTo>
                                <a:lnTo>
                                  <a:pt x="3962666" y="4309950"/>
                                </a:lnTo>
                                <a:lnTo>
                                  <a:pt x="3964703" y="4310861"/>
                                </a:lnTo>
                                <a:lnTo>
                                  <a:pt x="3966514" y="4311999"/>
                                </a:lnTo>
                                <a:lnTo>
                                  <a:pt x="3969003" y="4312454"/>
                                </a:lnTo>
                                <a:lnTo>
                                  <a:pt x="3971493" y="4312681"/>
                                </a:lnTo>
                                <a:lnTo>
                                  <a:pt x="3974435" y="4312681"/>
                                </a:lnTo>
                                <a:lnTo>
                                  <a:pt x="3977150" y="4312226"/>
                                </a:lnTo>
                                <a:lnTo>
                                  <a:pt x="3977329" y="4312190"/>
                                </a:lnTo>
                                <a:lnTo>
                                  <a:pt x="3961688" y="4309131"/>
                                </a:lnTo>
                                <a:close/>
                                <a:moveTo>
                                  <a:pt x="3899436" y="4304862"/>
                                </a:moveTo>
                                <a:lnTo>
                                  <a:pt x="3891756" y="4305088"/>
                                </a:lnTo>
                                <a:lnTo>
                                  <a:pt x="3884301" y="4305541"/>
                                </a:lnTo>
                                <a:lnTo>
                                  <a:pt x="3882501" y="4305781"/>
                                </a:lnTo>
                                <a:lnTo>
                                  <a:pt x="3890021" y="4309040"/>
                                </a:lnTo>
                                <a:lnTo>
                                  <a:pt x="3894321" y="4309495"/>
                                </a:lnTo>
                                <a:lnTo>
                                  <a:pt x="3898394" y="4309723"/>
                                </a:lnTo>
                                <a:lnTo>
                                  <a:pt x="3902015" y="4309723"/>
                                </a:lnTo>
                                <a:lnTo>
                                  <a:pt x="3905636" y="4309268"/>
                                </a:lnTo>
                                <a:lnTo>
                                  <a:pt x="3908578" y="4308585"/>
                                </a:lnTo>
                                <a:lnTo>
                                  <a:pt x="3911520" y="4307447"/>
                                </a:lnTo>
                                <a:lnTo>
                                  <a:pt x="3914010" y="4306082"/>
                                </a:lnTo>
                                <a:lnTo>
                                  <a:pt x="3915316" y="4305031"/>
                                </a:lnTo>
                                <a:lnTo>
                                  <a:pt x="3906891" y="4304862"/>
                                </a:lnTo>
                                <a:lnTo>
                                  <a:pt x="3899436" y="4304862"/>
                                </a:lnTo>
                                <a:close/>
                                <a:moveTo>
                                  <a:pt x="90974" y="4303485"/>
                                </a:moveTo>
                                <a:lnTo>
                                  <a:pt x="93444" y="4312372"/>
                                </a:lnTo>
                                <a:lnTo>
                                  <a:pt x="91201" y="4304846"/>
                                </a:lnTo>
                                <a:lnTo>
                                  <a:pt x="90974" y="4303485"/>
                                </a:lnTo>
                                <a:close/>
                                <a:moveTo>
                                  <a:pt x="3863067" y="4295265"/>
                                </a:moveTo>
                                <a:lnTo>
                                  <a:pt x="3863067" y="4296906"/>
                                </a:lnTo>
                                <a:lnTo>
                                  <a:pt x="3863748" y="4303257"/>
                                </a:lnTo>
                                <a:lnTo>
                                  <a:pt x="3864655" y="4309834"/>
                                </a:lnTo>
                                <a:lnTo>
                                  <a:pt x="3866016" y="4316639"/>
                                </a:lnTo>
                                <a:lnTo>
                                  <a:pt x="3867604" y="4323670"/>
                                </a:lnTo>
                                <a:lnTo>
                                  <a:pt x="3869419" y="4330928"/>
                                </a:lnTo>
                                <a:lnTo>
                                  <a:pt x="3873957" y="4345898"/>
                                </a:lnTo>
                                <a:lnTo>
                                  <a:pt x="3878494" y="4360868"/>
                                </a:lnTo>
                                <a:lnTo>
                                  <a:pt x="3880536" y="4368580"/>
                                </a:lnTo>
                                <a:lnTo>
                                  <a:pt x="3882351" y="4376065"/>
                                </a:lnTo>
                                <a:lnTo>
                                  <a:pt x="3884166" y="4383323"/>
                                </a:lnTo>
                                <a:lnTo>
                                  <a:pt x="3885527" y="4390581"/>
                                </a:lnTo>
                                <a:lnTo>
                                  <a:pt x="3886662" y="4397612"/>
                                </a:lnTo>
                                <a:lnTo>
                                  <a:pt x="3887342" y="4404644"/>
                                </a:lnTo>
                                <a:lnTo>
                                  <a:pt x="3889838" y="4396932"/>
                                </a:lnTo>
                                <a:lnTo>
                                  <a:pt x="3892560" y="4389447"/>
                                </a:lnTo>
                                <a:lnTo>
                                  <a:pt x="3895056" y="4408046"/>
                                </a:lnTo>
                                <a:lnTo>
                                  <a:pt x="3897778" y="4425737"/>
                                </a:lnTo>
                                <a:lnTo>
                                  <a:pt x="3899139" y="4434356"/>
                                </a:lnTo>
                                <a:lnTo>
                                  <a:pt x="3900954" y="4442295"/>
                                </a:lnTo>
                                <a:lnTo>
                                  <a:pt x="3902542" y="4450460"/>
                                </a:lnTo>
                                <a:lnTo>
                                  <a:pt x="3904584" y="4458172"/>
                                </a:lnTo>
                                <a:lnTo>
                                  <a:pt x="3906399" y="4465884"/>
                                </a:lnTo>
                                <a:lnTo>
                                  <a:pt x="3908441" y="4473369"/>
                                </a:lnTo>
                                <a:lnTo>
                                  <a:pt x="3910483" y="4480627"/>
                                </a:lnTo>
                                <a:lnTo>
                                  <a:pt x="3912979" y="4487885"/>
                                </a:lnTo>
                                <a:lnTo>
                                  <a:pt x="3915474" y="4494690"/>
                                </a:lnTo>
                                <a:lnTo>
                                  <a:pt x="3918197" y="4501721"/>
                                </a:lnTo>
                                <a:lnTo>
                                  <a:pt x="3920919" y="4508525"/>
                                </a:lnTo>
                                <a:lnTo>
                                  <a:pt x="3923641" y="4515103"/>
                                </a:lnTo>
                                <a:lnTo>
                                  <a:pt x="3926818" y="4521681"/>
                                </a:lnTo>
                                <a:lnTo>
                                  <a:pt x="3929994" y="4528258"/>
                                </a:lnTo>
                                <a:lnTo>
                                  <a:pt x="3933170" y="4534836"/>
                                </a:lnTo>
                                <a:lnTo>
                                  <a:pt x="3936800" y="4541414"/>
                                </a:lnTo>
                                <a:lnTo>
                                  <a:pt x="3944060" y="4554569"/>
                                </a:lnTo>
                                <a:lnTo>
                                  <a:pt x="3952227" y="4567271"/>
                                </a:lnTo>
                                <a:lnTo>
                                  <a:pt x="3960848" y="4580653"/>
                                </a:lnTo>
                                <a:lnTo>
                                  <a:pt x="3970377" y="4594262"/>
                                </a:lnTo>
                                <a:lnTo>
                                  <a:pt x="3980359" y="4608551"/>
                                </a:lnTo>
                                <a:lnTo>
                                  <a:pt x="3991249" y="4623068"/>
                                </a:lnTo>
                                <a:lnTo>
                                  <a:pt x="3985804" y="4638945"/>
                                </a:lnTo>
                                <a:lnTo>
                                  <a:pt x="3992610" y="4641213"/>
                                </a:lnTo>
                                <a:lnTo>
                                  <a:pt x="3998736" y="4643935"/>
                                </a:lnTo>
                                <a:lnTo>
                                  <a:pt x="4004408" y="4646203"/>
                                </a:lnTo>
                                <a:lnTo>
                                  <a:pt x="4007130" y="4647110"/>
                                </a:lnTo>
                                <a:lnTo>
                                  <a:pt x="4009852" y="4647791"/>
                                </a:lnTo>
                                <a:lnTo>
                                  <a:pt x="4012348" y="4648244"/>
                                </a:lnTo>
                                <a:lnTo>
                                  <a:pt x="4014617" y="4648244"/>
                                </a:lnTo>
                                <a:lnTo>
                                  <a:pt x="4016885" y="4648017"/>
                                </a:lnTo>
                                <a:lnTo>
                                  <a:pt x="4018927" y="4647564"/>
                                </a:lnTo>
                                <a:lnTo>
                                  <a:pt x="4020742" y="4646656"/>
                                </a:lnTo>
                                <a:lnTo>
                                  <a:pt x="4022784" y="4644842"/>
                                </a:lnTo>
                                <a:lnTo>
                                  <a:pt x="4024372" y="4643027"/>
                                </a:lnTo>
                                <a:lnTo>
                                  <a:pt x="4026187" y="4640306"/>
                                </a:lnTo>
                                <a:lnTo>
                                  <a:pt x="4026641" y="4640306"/>
                                </a:lnTo>
                                <a:lnTo>
                                  <a:pt x="4022557" y="4633955"/>
                                </a:lnTo>
                                <a:lnTo>
                                  <a:pt x="4018474" y="4627604"/>
                                </a:lnTo>
                                <a:lnTo>
                                  <a:pt x="4014844" y="4621253"/>
                                </a:lnTo>
                                <a:lnTo>
                                  <a:pt x="4011441" y="4615356"/>
                                </a:lnTo>
                                <a:lnTo>
                                  <a:pt x="4005542" y="4602881"/>
                                </a:lnTo>
                                <a:lnTo>
                                  <a:pt x="3999643" y="4590633"/>
                                </a:lnTo>
                                <a:lnTo>
                                  <a:pt x="3988527" y="4566137"/>
                                </a:lnTo>
                                <a:lnTo>
                                  <a:pt x="3982401" y="4553435"/>
                                </a:lnTo>
                                <a:lnTo>
                                  <a:pt x="3976049" y="4540506"/>
                                </a:lnTo>
                                <a:lnTo>
                                  <a:pt x="3975141" y="4539146"/>
                                </a:lnTo>
                                <a:lnTo>
                                  <a:pt x="3973780" y="4537785"/>
                                </a:lnTo>
                                <a:lnTo>
                                  <a:pt x="3972646" y="4536424"/>
                                </a:lnTo>
                                <a:lnTo>
                                  <a:pt x="3970831" y="4535517"/>
                                </a:lnTo>
                                <a:lnTo>
                                  <a:pt x="3969243" y="4534609"/>
                                </a:lnTo>
                                <a:lnTo>
                                  <a:pt x="3967428" y="4533475"/>
                                </a:lnTo>
                                <a:lnTo>
                                  <a:pt x="3963344" y="4531887"/>
                                </a:lnTo>
                                <a:lnTo>
                                  <a:pt x="3959260" y="4530300"/>
                                </a:lnTo>
                                <a:lnTo>
                                  <a:pt x="3954723" y="4528939"/>
                                </a:lnTo>
                                <a:lnTo>
                                  <a:pt x="3950185" y="4527805"/>
                                </a:lnTo>
                                <a:lnTo>
                                  <a:pt x="3946102" y="4526217"/>
                                </a:lnTo>
                                <a:lnTo>
                                  <a:pt x="3942245" y="4524629"/>
                                </a:lnTo>
                                <a:lnTo>
                                  <a:pt x="3938842" y="4522815"/>
                                </a:lnTo>
                                <a:lnTo>
                                  <a:pt x="3937254" y="4521908"/>
                                </a:lnTo>
                                <a:lnTo>
                                  <a:pt x="3936119" y="4520773"/>
                                </a:lnTo>
                                <a:lnTo>
                                  <a:pt x="3935212" y="4519413"/>
                                </a:lnTo>
                                <a:lnTo>
                                  <a:pt x="3934531" y="4518052"/>
                                </a:lnTo>
                                <a:lnTo>
                                  <a:pt x="3933624" y="4516464"/>
                                </a:lnTo>
                                <a:lnTo>
                                  <a:pt x="3933397" y="4514876"/>
                                </a:lnTo>
                                <a:lnTo>
                                  <a:pt x="3933397" y="4513062"/>
                                </a:lnTo>
                                <a:lnTo>
                                  <a:pt x="3933624" y="4511247"/>
                                </a:lnTo>
                                <a:lnTo>
                                  <a:pt x="3934531" y="4508979"/>
                                </a:lnTo>
                                <a:lnTo>
                                  <a:pt x="3935439" y="4506484"/>
                                </a:lnTo>
                                <a:lnTo>
                                  <a:pt x="3936800" y="4504216"/>
                                </a:lnTo>
                                <a:lnTo>
                                  <a:pt x="3938615" y="4501267"/>
                                </a:lnTo>
                                <a:lnTo>
                                  <a:pt x="3940884" y="4497411"/>
                                </a:lnTo>
                                <a:lnTo>
                                  <a:pt x="3942699" y="4494236"/>
                                </a:lnTo>
                                <a:lnTo>
                                  <a:pt x="3943606" y="4491287"/>
                                </a:lnTo>
                                <a:lnTo>
                                  <a:pt x="3944060" y="4488792"/>
                                </a:lnTo>
                                <a:lnTo>
                                  <a:pt x="3943833" y="4486978"/>
                                </a:lnTo>
                                <a:lnTo>
                                  <a:pt x="3943379" y="4485163"/>
                                </a:lnTo>
                                <a:lnTo>
                                  <a:pt x="3942472" y="4483576"/>
                                </a:lnTo>
                                <a:lnTo>
                                  <a:pt x="3941337" y="4482215"/>
                                </a:lnTo>
                                <a:lnTo>
                                  <a:pt x="3938388" y="4479493"/>
                                </a:lnTo>
                                <a:lnTo>
                                  <a:pt x="3936800" y="4478132"/>
                                </a:lnTo>
                                <a:lnTo>
                                  <a:pt x="3935439" y="4476771"/>
                                </a:lnTo>
                                <a:lnTo>
                                  <a:pt x="3934078" y="4474957"/>
                                </a:lnTo>
                                <a:lnTo>
                                  <a:pt x="3932943" y="4472915"/>
                                </a:lnTo>
                                <a:lnTo>
                                  <a:pt x="3932263" y="4470647"/>
                                </a:lnTo>
                                <a:lnTo>
                                  <a:pt x="3931809" y="4467925"/>
                                </a:lnTo>
                                <a:lnTo>
                                  <a:pt x="3928406" y="4463389"/>
                                </a:lnTo>
                                <a:lnTo>
                                  <a:pt x="3925683" y="4458853"/>
                                </a:lnTo>
                                <a:lnTo>
                                  <a:pt x="3923188" y="4454543"/>
                                </a:lnTo>
                                <a:lnTo>
                                  <a:pt x="3921373" y="4450460"/>
                                </a:lnTo>
                                <a:lnTo>
                                  <a:pt x="3920012" y="4446378"/>
                                </a:lnTo>
                                <a:lnTo>
                                  <a:pt x="3919104" y="4442068"/>
                                </a:lnTo>
                                <a:lnTo>
                                  <a:pt x="3918423" y="4438212"/>
                                </a:lnTo>
                                <a:lnTo>
                                  <a:pt x="3918423" y="4434356"/>
                                </a:lnTo>
                                <a:lnTo>
                                  <a:pt x="3918423" y="4430501"/>
                                </a:lnTo>
                                <a:lnTo>
                                  <a:pt x="3918877" y="4426645"/>
                                </a:lnTo>
                                <a:lnTo>
                                  <a:pt x="3919785" y="4423016"/>
                                </a:lnTo>
                                <a:lnTo>
                                  <a:pt x="3920919" y="4419387"/>
                                </a:lnTo>
                                <a:lnTo>
                                  <a:pt x="3922053" y="4415984"/>
                                </a:lnTo>
                                <a:lnTo>
                                  <a:pt x="3923641" y="4412128"/>
                                </a:lnTo>
                                <a:lnTo>
                                  <a:pt x="3925456" y="4408726"/>
                                </a:lnTo>
                                <a:lnTo>
                                  <a:pt x="3926888" y="4406042"/>
                                </a:lnTo>
                                <a:lnTo>
                                  <a:pt x="3924873" y="4407123"/>
                                </a:lnTo>
                                <a:lnTo>
                                  <a:pt x="3921704" y="4408033"/>
                                </a:lnTo>
                                <a:lnTo>
                                  <a:pt x="3918989" y="4408488"/>
                                </a:lnTo>
                                <a:lnTo>
                                  <a:pt x="3916499" y="4408488"/>
                                </a:lnTo>
                                <a:lnTo>
                                  <a:pt x="3915594" y="4408261"/>
                                </a:lnTo>
                                <a:lnTo>
                                  <a:pt x="3914462" y="4408033"/>
                                </a:lnTo>
                                <a:lnTo>
                                  <a:pt x="3912426" y="4406895"/>
                                </a:lnTo>
                                <a:lnTo>
                                  <a:pt x="3910615" y="4405075"/>
                                </a:lnTo>
                                <a:lnTo>
                                  <a:pt x="3908805" y="4402799"/>
                                </a:lnTo>
                                <a:lnTo>
                                  <a:pt x="3907220" y="4400296"/>
                                </a:lnTo>
                                <a:lnTo>
                                  <a:pt x="3905410" y="4397110"/>
                                </a:lnTo>
                                <a:lnTo>
                                  <a:pt x="3904052" y="4393696"/>
                                </a:lnTo>
                                <a:lnTo>
                                  <a:pt x="3900431" y="4385276"/>
                                </a:lnTo>
                                <a:lnTo>
                                  <a:pt x="3896131" y="4375263"/>
                                </a:lnTo>
                                <a:lnTo>
                                  <a:pt x="3895000" y="4367753"/>
                                </a:lnTo>
                                <a:lnTo>
                                  <a:pt x="3893416" y="4359788"/>
                                </a:lnTo>
                                <a:lnTo>
                                  <a:pt x="3891379" y="4351368"/>
                                </a:lnTo>
                                <a:lnTo>
                                  <a:pt x="3888889" y="4343176"/>
                                </a:lnTo>
                                <a:lnTo>
                                  <a:pt x="3887531" y="4339307"/>
                                </a:lnTo>
                                <a:lnTo>
                                  <a:pt x="3885721" y="4335211"/>
                                </a:lnTo>
                                <a:lnTo>
                                  <a:pt x="3884363" y="4331342"/>
                                </a:lnTo>
                                <a:lnTo>
                                  <a:pt x="3882326" y="4327701"/>
                                </a:lnTo>
                                <a:lnTo>
                                  <a:pt x="3880516" y="4324287"/>
                                </a:lnTo>
                                <a:lnTo>
                                  <a:pt x="3878253" y="4321101"/>
                                </a:lnTo>
                                <a:lnTo>
                                  <a:pt x="3875990" y="4317915"/>
                                </a:lnTo>
                                <a:lnTo>
                                  <a:pt x="3873500" y="4315412"/>
                                </a:lnTo>
                                <a:lnTo>
                                  <a:pt x="3875792" y="4307268"/>
                                </a:lnTo>
                                <a:lnTo>
                                  <a:pt x="3875491" y="4307351"/>
                                </a:lnTo>
                                <a:lnTo>
                                  <a:pt x="3873457" y="4308256"/>
                                </a:lnTo>
                                <a:lnTo>
                                  <a:pt x="3872780" y="4308708"/>
                                </a:lnTo>
                                <a:lnTo>
                                  <a:pt x="3872328" y="4309387"/>
                                </a:lnTo>
                                <a:lnTo>
                                  <a:pt x="3871876" y="4309839"/>
                                </a:lnTo>
                                <a:lnTo>
                                  <a:pt x="3871876" y="4310518"/>
                                </a:lnTo>
                                <a:lnTo>
                                  <a:pt x="3871876" y="4311649"/>
                                </a:lnTo>
                                <a:lnTo>
                                  <a:pt x="3863067" y="4295265"/>
                                </a:lnTo>
                                <a:close/>
                                <a:moveTo>
                                  <a:pt x="2994832" y="4291916"/>
                                </a:moveTo>
                                <a:lnTo>
                                  <a:pt x="2996193" y="4293050"/>
                                </a:lnTo>
                                <a:lnTo>
                                  <a:pt x="2995966" y="4292823"/>
                                </a:lnTo>
                                <a:lnTo>
                                  <a:pt x="2994832" y="4291916"/>
                                </a:lnTo>
                                <a:close/>
                                <a:moveTo>
                                  <a:pt x="3960107" y="4287053"/>
                                </a:moveTo>
                                <a:lnTo>
                                  <a:pt x="3955198" y="4293793"/>
                                </a:lnTo>
                                <a:lnTo>
                                  <a:pt x="3955198" y="4296069"/>
                                </a:lnTo>
                                <a:lnTo>
                                  <a:pt x="3955651" y="4298344"/>
                                </a:lnTo>
                                <a:lnTo>
                                  <a:pt x="3956103" y="4300165"/>
                                </a:lnTo>
                                <a:lnTo>
                                  <a:pt x="3956556" y="4302213"/>
                                </a:lnTo>
                                <a:lnTo>
                                  <a:pt x="3957688" y="4304034"/>
                                </a:lnTo>
                                <a:lnTo>
                                  <a:pt x="3958593" y="4305854"/>
                                </a:lnTo>
                                <a:lnTo>
                                  <a:pt x="3959419" y="4306851"/>
                                </a:lnTo>
                                <a:lnTo>
                                  <a:pt x="3959260" y="4302576"/>
                                </a:lnTo>
                                <a:lnTo>
                                  <a:pt x="3959487" y="4296452"/>
                                </a:lnTo>
                                <a:lnTo>
                                  <a:pt x="3959714" y="4290328"/>
                                </a:lnTo>
                                <a:lnTo>
                                  <a:pt x="3960107" y="4287053"/>
                                </a:lnTo>
                                <a:close/>
                                <a:moveTo>
                                  <a:pt x="3924244" y="4281682"/>
                                </a:moveTo>
                                <a:lnTo>
                                  <a:pt x="3923834" y="4282011"/>
                                </a:lnTo>
                                <a:lnTo>
                                  <a:pt x="3923608" y="4283368"/>
                                </a:lnTo>
                                <a:lnTo>
                                  <a:pt x="3923382" y="4284952"/>
                                </a:lnTo>
                                <a:lnTo>
                                  <a:pt x="3923382" y="4286762"/>
                                </a:lnTo>
                                <a:lnTo>
                                  <a:pt x="3923382" y="4289094"/>
                                </a:lnTo>
                                <a:lnTo>
                                  <a:pt x="3923967" y="4286738"/>
                                </a:lnTo>
                                <a:lnTo>
                                  <a:pt x="3924194" y="4282642"/>
                                </a:lnTo>
                                <a:lnTo>
                                  <a:pt x="3924244" y="4281682"/>
                                </a:lnTo>
                                <a:close/>
                                <a:moveTo>
                                  <a:pt x="191704" y="4277631"/>
                                </a:moveTo>
                                <a:lnTo>
                                  <a:pt x="193292" y="4282167"/>
                                </a:lnTo>
                                <a:lnTo>
                                  <a:pt x="193292" y="4282394"/>
                                </a:lnTo>
                                <a:lnTo>
                                  <a:pt x="191704" y="4277631"/>
                                </a:lnTo>
                                <a:close/>
                                <a:moveTo>
                                  <a:pt x="3947328" y="4276581"/>
                                </a:moveTo>
                                <a:lnTo>
                                  <a:pt x="3933773" y="4281106"/>
                                </a:lnTo>
                                <a:lnTo>
                                  <a:pt x="3930385" y="4280201"/>
                                </a:lnTo>
                                <a:lnTo>
                                  <a:pt x="3928515" y="4280014"/>
                                </a:lnTo>
                                <a:lnTo>
                                  <a:pt x="3932115" y="4281504"/>
                                </a:lnTo>
                                <a:lnTo>
                                  <a:pt x="3934604" y="4281049"/>
                                </a:lnTo>
                                <a:lnTo>
                                  <a:pt x="3948635" y="4276725"/>
                                </a:lnTo>
                                <a:lnTo>
                                  <a:pt x="3961471" y="4277396"/>
                                </a:lnTo>
                                <a:lnTo>
                                  <a:pt x="3961517" y="4277083"/>
                                </a:lnTo>
                                <a:lnTo>
                                  <a:pt x="3947328" y="4276581"/>
                                </a:lnTo>
                                <a:close/>
                                <a:moveTo>
                                  <a:pt x="97100" y="4268106"/>
                                </a:moveTo>
                                <a:lnTo>
                                  <a:pt x="97780" y="4270148"/>
                                </a:lnTo>
                                <a:lnTo>
                                  <a:pt x="97327" y="4268560"/>
                                </a:lnTo>
                                <a:lnTo>
                                  <a:pt x="97100" y="4268106"/>
                                </a:lnTo>
                                <a:close/>
                                <a:moveTo>
                                  <a:pt x="3875782" y="4265855"/>
                                </a:moveTo>
                                <a:lnTo>
                                  <a:pt x="3863067" y="4291009"/>
                                </a:lnTo>
                                <a:lnTo>
                                  <a:pt x="3863067" y="4292698"/>
                                </a:lnTo>
                                <a:lnTo>
                                  <a:pt x="3867810" y="4283595"/>
                                </a:lnTo>
                                <a:lnTo>
                                  <a:pt x="3875716" y="4267079"/>
                                </a:lnTo>
                                <a:lnTo>
                                  <a:pt x="3875782" y="4265855"/>
                                </a:lnTo>
                                <a:close/>
                                <a:moveTo>
                                  <a:pt x="4386912" y="4259708"/>
                                </a:moveTo>
                                <a:lnTo>
                                  <a:pt x="4391903" y="4267420"/>
                                </a:lnTo>
                                <a:lnTo>
                                  <a:pt x="4392130" y="4267420"/>
                                </a:lnTo>
                                <a:lnTo>
                                  <a:pt x="4386912" y="4259708"/>
                                </a:lnTo>
                                <a:close/>
                                <a:moveTo>
                                  <a:pt x="2778775" y="4221251"/>
                                </a:moveTo>
                                <a:lnTo>
                                  <a:pt x="2752092" y="4224338"/>
                                </a:lnTo>
                                <a:lnTo>
                                  <a:pt x="2747311" y="4224792"/>
                                </a:lnTo>
                                <a:lnTo>
                                  <a:pt x="2746603" y="4224952"/>
                                </a:lnTo>
                                <a:lnTo>
                                  <a:pt x="2752307" y="4224325"/>
                                </a:lnTo>
                                <a:lnTo>
                                  <a:pt x="2778775" y="4221251"/>
                                </a:lnTo>
                                <a:close/>
                                <a:moveTo>
                                  <a:pt x="107309" y="4217760"/>
                                </a:moveTo>
                                <a:lnTo>
                                  <a:pt x="107309" y="4217987"/>
                                </a:lnTo>
                                <a:lnTo>
                                  <a:pt x="107763" y="4221389"/>
                                </a:lnTo>
                                <a:lnTo>
                                  <a:pt x="107309" y="4217760"/>
                                </a:lnTo>
                                <a:close/>
                                <a:moveTo>
                                  <a:pt x="4033220" y="4205726"/>
                                </a:moveTo>
                                <a:lnTo>
                                  <a:pt x="4031859" y="4208221"/>
                                </a:lnTo>
                                <a:lnTo>
                                  <a:pt x="4030725" y="4210942"/>
                                </a:lnTo>
                                <a:lnTo>
                                  <a:pt x="4029590" y="4213664"/>
                                </a:lnTo>
                                <a:lnTo>
                                  <a:pt x="4028456" y="4216159"/>
                                </a:lnTo>
                                <a:lnTo>
                                  <a:pt x="4027775" y="4218881"/>
                                </a:lnTo>
                                <a:lnTo>
                                  <a:pt x="4027095" y="4221830"/>
                                </a:lnTo>
                                <a:lnTo>
                                  <a:pt x="4026187" y="4227727"/>
                                </a:lnTo>
                                <a:lnTo>
                                  <a:pt x="4025733" y="4233851"/>
                                </a:lnTo>
                                <a:lnTo>
                                  <a:pt x="4025733" y="4239748"/>
                                </a:lnTo>
                                <a:lnTo>
                                  <a:pt x="4026187" y="4245645"/>
                                </a:lnTo>
                                <a:lnTo>
                                  <a:pt x="4027095" y="4251543"/>
                                </a:lnTo>
                                <a:lnTo>
                                  <a:pt x="4028456" y="4257213"/>
                                </a:lnTo>
                                <a:lnTo>
                                  <a:pt x="4030498" y="4262430"/>
                                </a:lnTo>
                                <a:lnTo>
                                  <a:pt x="4032766" y="4267420"/>
                                </a:lnTo>
                                <a:lnTo>
                                  <a:pt x="4035262" y="4271956"/>
                                </a:lnTo>
                                <a:lnTo>
                                  <a:pt x="4036850" y="4273997"/>
                                </a:lnTo>
                                <a:lnTo>
                                  <a:pt x="4038211" y="4275812"/>
                                </a:lnTo>
                                <a:lnTo>
                                  <a:pt x="4040026" y="4277626"/>
                                </a:lnTo>
                                <a:lnTo>
                                  <a:pt x="4041614" y="4279214"/>
                                </a:lnTo>
                                <a:lnTo>
                                  <a:pt x="4043429" y="4280802"/>
                                </a:lnTo>
                                <a:lnTo>
                                  <a:pt x="4045244" y="4281936"/>
                                </a:lnTo>
                                <a:lnTo>
                                  <a:pt x="4047286" y="4282843"/>
                                </a:lnTo>
                                <a:lnTo>
                                  <a:pt x="4049328" y="4283524"/>
                                </a:lnTo>
                                <a:lnTo>
                                  <a:pt x="4049555" y="4280121"/>
                                </a:lnTo>
                                <a:lnTo>
                                  <a:pt x="4050009" y="4276719"/>
                                </a:lnTo>
                                <a:lnTo>
                                  <a:pt x="4050689" y="4273997"/>
                                </a:lnTo>
                                <a:lnTo>
                                  <a:pt x="4051370" y="4271276"/>
                                </a:lnTo>
                                <a:lnTo>
                                  <a:pt x="4052277" y="4269007"/>
                                </a:lnTo>
                                <a:lnTo>
                                  <a:pt x="4053638" y="4266739"/>
                                </a:lnTo>
                                <a:lnTo>
                                  <a:pt x="4054773" y="4265152"/>
                                </a:lnTo>
                                <a:lnTo>
                                  <a:pt x="4056361" y="4263791"/>
                                </a:lnTo>
                                <a:lnTo>
                                  <a:pt x="4057722" y="4262657"/>
                                </a:lnTo>
                                <a:lnTo>
                                  <a:pt x="4059537" y="4261749"/>
                                </a:lnTo>
                                <a:lnTo>
                                  <a:pt x="4061125" y="4261069"/>
                                </a:lnTo>
                                <a:lnTo>
                                  <a:pt x="4062940" y="4260615"/>
                                </a:lnTo>
                                <a:lnTo>
                                  <a:pt x="4064755" y="4260388"/>
                                </a:lnTo>
                                <a:lnTo>
                                  <a:pt x="4066797" y="4260388"/>
                                </a:lnTo>
                                <a:lnTo>
                                  <a:pt x="4068612" y="4260615"/>
                                </a:lnTo>
                                <a:lnTo>
                                  <a:pt x="4070881" y="4260842"/>
                                </a:lnTo>
                                <a:lnTo>
                                  <a:pt x="4072696" y="4261296"/>
                                </a:lnTo>
                                <a:lnTo>
                                  <a:pt x="4074964" y="4261976"/>
                                </a:lnTo>
                                <a:lnTo>
                                  <a:pt x="4079048" y="4263791"/>
                                </a:lnTo>
                                <a:lnTo>
                                  <a:pt x="4083359" y="4265832"/>
                                </a:lnTo>
                                <a:lnTo>
                                  <a:pt x="4087442" y="4268554"/>
                                </a:lnTo>
                                <a:lnTo>
                                  <a:pt x="4091072" y="4271502"/>
                                </a:lnTo>
                                <a:lnTo>
                                  <a:pt x="4094475" y="4274678"/>
                                </a:lnTo>
                                <a:lnTo>
                                  <a:pt x="4097651" y="4277853"/>
                                </a:lnTo>
                                <a:lnTo>
                                  <a:pt x="4100147" y="4281029"/>
                                </a:lnTo>
                                <a:lnTo>
                                  <a:pt x="4094022" y="4288287"/>
                                </a:lnTo>
                                <a:lnTo>
                                  <a:pt x="4100374" y="4289421"/>
                                </a:lnTo>
                                <a:lnTo>
                                  <a:pt x="4105592" y="4283070"/>
                                </a:lnTo>
                                <a:lnTo>
                                  <a:pt x="4100147" y="4265832"/>
                                </a:lnTo>
                                <a:lnTo>
                                  <a:pt x="4116028" y="4258574"/>
                                </a:lnTo>
                                <a:lnTo>
                                  <a:pt x="4123288" y="4347259"/>
                                </a:lnTo>
                                <a:lnTo>
                                  <a:pt x="4130548" y="4435264"/>
                                </a:lnTo>
                                <a:lnTo>
                                  <a:pt x="4136673" y="4522134"/>
                                </a:lnTo>
                                <a:lnTo>
                                  <a:pt x="4142572" y="4607871"/>
                                </a:lnTo>
                                <a:lnTo>
                                  <a:pt x="4148017" y="4692700"/>
                                </a:lnTo>
                                <a:lnTo>
                                  <a:pt x="4152554" y="4776395"/>
                                </a:lnTo>
                                <a:lnTo>
                                  <a:pt x="4156638" y="4858956"/>
                                </a:lnTo>
                                <a:lnTo>
                                  <a:pt x="4160268" y="4940157"/>
                                </a:lnTo>
                                <a:lnTo>
                                  <a:pt x="4159360" y="4939023"/>
                                </a:lnTo>
                                <a:lnTo>
                                  <a:pt x="4152781" y="4934033"/>
                                </a:lnTo>
                                <a:lnTo>
                                  <a:pt x="4160268" y="4940157"/>
                                </a:lnTo>
                                <a:lnTo>
                                  <a:pt x="4162536" y="4992778"/>
                                </a:lnTo>
                                <a:lnTo>
                                  <a:pt x="4164578" y="5045399"/>
                                </a:lnTo>
                                <a:lnTo>
                                  <a:pt x="4166166" y="5097794"/>
                                </a:lnTo>
                                <a:lnTo>
                                  <a:pt x="4167754" y="5150642"/>
                                </a:lnTo>
                                <a:lnTo>
                                  <a:pt x="4168208" y="5161302"/>
                                </a:lnTo>
                                <a:lnTo>
                                  <a:pt x="4168889" y="5171282"/>
                                </a:lnTo>
                                <a:lnTo>
                                  <a:pt x="4170704" y="5188520"/>
                                </a:lnTo>
                                <a:lnTo>
                                  <a:pt x="4171611" y="5195779"/>
                                </a:lnTo>
                                <a:lnTo>
                                  <a:pt x="4172065" y="5202356"/>
                                </a:lnTo>
                                <a:lnTo>
                                  <a:pt x="4172065" y="5205532"/>
                                </a:lnTo>
                                <a:lnTo>
                                  <a:pt x="4172065" y="5208480"/>
                                </a:lnTo>
                                <a:lnTo>
                                  <a:pt x="4171838" y="5211202"/>
                                </a:lnTo>
                                <a:lnTo>
                                  <a:pt x="4171384" y="5213924"/>
                                </a:lnTo>
                                <a:lnTo>
                                  <a:pt x="4170704" y="5216192"/>
                                </a:lnTo>
                                <a:lnTo>
                                  <a:pt x="4169796" y="5218460"/>
                                </a:lnTo>
                                <a:lnTo>
                                  <a:pt x="4168889" y="5220728"/>
                                </a:lnTo>
                                <a:lnTo>
                                  <a:pt x="4167301" y="5222543"/>
                                </a:lnTo>
                                <a:lnTo>
                                  <a:pt x="4165713" y="5224584"/>
                                </a:lnTo>
                                <a:lnTo>
                                  <a:pt x="4163671" y="5226172"/>
                                </a:lnTo>
                                <a:lnTo>
                                  <a:pt x="4161629" y="5227986"/>
                                </a:lnTo>
                                <a:lnTo>
                                  <a:pt x="4158907" y="5229347"/>
                                </a:lnTo>
                                <a:lnTo>
                                  <a:pt x="4155957" y="5230935"/>
                                </a:lnTo>
                                <a:lnTo>
                                  <a:pt x="4152554" y="5232069"/>
                                </a:lnTo>
                                <a:lnTo>
                                  <a:pt x="4148697" y="5233203"/>
                                </a:lnTo>
                                <a:lnTo>
                                  <a:pt x="4144614" y="5234564"/>
                                </a:lnTo>
                                <a:lnTo>
                                  <a:pt x="4139849" y="5235698"/>
                                </a:lnTo>
                                <a:lnTo>
                                  <a:pt x="4134858" y="5236605"/>
                                </a:lnTo>
                                <a:lnTo>
                                  <a:pt x="4122834" y="5238420"/>
                                </a:lnTo>
                                <a:lnTo>
                                  <a:pt x="4030498" y="5251122"/>
                                </a:lnTo>
                                <a:lnTo>
                                  <a:pt x="3915701" y="5266545"/>
                                </a:lnTo>
                                <a:lnTo>
                                  <a:pt x="3800904" y="5282196"/>
                                </a:lnTo>
                                <a:lnTo>
                                  <a:pt x="3571311" y="5312589"/>
                                </a:lnTo>
                                <a:lnTo>
                                  <a:pt x="3347389" y="5341621"/>
                                </a:lnTo>
                                <a:lnTo>
                                  <a:pt x="3235542" y="5356364"/>
                                </a:lnTo>
                                <a:lnTo>
                                  <a:pt x="3123468" y="5370427"/>
                                </a:lnTo>
                                <a:lnTo>
                                  <a:pt x="3118930" y="5364303"/>
                                </a:lnTo>
                                <a:lnTo>
                                  <a:pt x="3114393" y="5358179"/>
                                </a:lnTo>
                                <a:lnTo>
                                  <a:pt x="3104411" y="5345931"/>
                                </a:lnTo>
                                <a:lnTo>
                                  <a:pt x="3083312" y="5320527"/>
                                </a:lnTo>
                                <a:lnTo>
                                  <a:pt x="3072649" y="5307372"/>
                                </a:lnTo>
                                <a:lnTo>
                                  <a:pt x="3062440" y="5293990"/>
                                </a:lnTo>
                                <a:lnTo>
                                  <a:pt x="3057221" y="5287186"/>
                                </a:lnTo>
                                <a:lnTo>
                                  <a:pt x="3052457" y="5280381"/>
                                </a:lnTo>
                                <a:lnTo>
                                  <a:pt x="3047693" y="5273577"/>
                                </a:lnTo>
                                <a:lnTo>
                                  <a:pt x="3043156" y="5266545"/>
                                </a:lnTo>
                                <a:lnTo>
                                  <a:pt x="3039072" y="5259514"/>
                                </a:lnTo>
                                <a:lnTo>
                                  <a:pt x="3034988" y="5252256"/>
                                </a:lnTo>
                                <a:lnTo>
                                  <a:pt x="3031358" y="5244998"/>
                                </a:lnTo>
                                <a:lnTo>
                                  <a:pt x="3028182" y="5237740"/>
                                </a:lnTo>
                                <a:lnTo>
                                  <a:pt x="3025686" y="5230028"/>
                                </a:lnTo>
                                <a:lnTo>
                                  <a:pt x="3023191" y="5222543"/>
                                </a:lnTo>
                                <a:lnTo>
                                  <a:pt x="3020922" y="5214831"/>
                                </a:lnTo>
                                <a:lnTo>
                                  <a:pt x="3019561" y="5207119"/>
                                </a:lnTo>
                                <a:lnTo>
                                  <a:pt x="3018653" y="5199181"/>
                                </a:lnTo>
                                <a:lnTo>
                                  <a:pt x="3018200" y="5191242"/>
                                </a:lnTo>
                                <a:lnTo>
                                  <a:pt x="3018200" y="5187160"/>
                                </a:lnTo>
                                <a:lnTo>
                                  <a:pt x="3018200" y="5183304"/>
                                </a:lnTo>
                                <a:lnTo>
                                  <a:pt x="3018880" y="5178994"/>
                                </a:lnTo>
                                <a:lnTo>
                                  <a:pt x="3019334" y="5174911"/>
                                </a:lnTo>
                                <a:lnTo>
                                  <a:pt x="3019788" y="5170829"/>
                                </a:lnTo>
                                <a:lnTo>
                                  <a:pt x="3020468" y="5166746"/>
                                </a:lnTo>
                                <a:lnTo>
                                  <a:pt x="3021376" y="5162210"/>
                                </a:lnTo>
                                <a:lnTo>
                                  <a:pt x="3022737" y="5158127"/>
                                </a:lnTo>
                                <a:lnTo>
                                  <a:pt x="3023871" y="5153818"/>
                                </a:lnTo>
                                <a:lnTo>
                                  <a:pt x="3025686" y="5149735"/>
                                </a:lnTo>
                                <a:lnTo>
                                  <a:pt x="3027048" y="5145199"/>
                                </a:lnTo>
                                <a:lnTo>
                                  <a:pt x="3029090" y="5140889"/>
                                </a:lnTo>
                                <a:lnTo>
                                  <a:pt x="3031131" y="5130909"/>
                                </a:lnTo>
                                <a:lnTo>
                                  <a:pt x="3032719" y="5121383"/>
                                </a:lnTo>
                                <a:lnTo>
                                  <a:pt x="3033627" y="5112764"/>
                                </a:lnTo>
                                <a:lnTo>
                                  <a:pt x="3034081" y="5104145"/>
                                </a:lnTo>
                                <a:lnTo>
                                  <a:pt x="3034534" y="5096206"/>
                                </a:lnTo>
                                <a:lnTo>
                                  <a:pt x="3034761" y="5088041"/>
                                </a:lnTo>
                                <a:lnTo>
                                  <a:pt x="3034761" y="5080556"/>
                                </a:lnTo>
                                <a:lnTo>
                                  <a:pt x="3035442" y="5072844"/>
                                </a:lnTo>
                                <a:lnTo>
                                  <a:pt x="3035896" y="5065359"/>
                                </a:lnTo>
                                <a:lnTo>
                                  <a:pt x="3036803" y="5057647"/>
                                </a:lnTo>
                                <a:lnTo>
                                  <a:pt x="3037937" y="5049936"/>
                                </a:lnTo>
                                <a:lnTo>
                                  <a:pt x="3039072" y="5046080"/>
                                </a:lnTo>
                                <a:lnTo>
                                  <a:pt x="3039979" y="5041997"/>
                                </a:lnTo>
                                <a:lnTo>
                                  <a:pt x="3041114" y="5037914"/>
                                </a:lnTo>
                                <a:lnTo>
                                  <a:pt x="3042702" y="5033605"/>
                                </a:lnTo>
                                <a:lnTo>
                                  <a:pt x="3044290" y="5029522"/>
                                </a:lnTo>
                                <a:lnTo>
                                  <a:pt x="3046332" y="5025213"/>
                                </a:lnTo>
                                <a:lnTo>
                                  <a:pt x="3048374" y="5020676"/>
                                </a:lnTo>
                                <a:lnTo>
                                  <a:pt x="3050642" y="5016140"/>
                                </a:lnTo>
                                <a:lnTo>
                                  <a:pt x="3053365" y="5011377"/>
                                </a:lnTo>
                                <a:lnTo>
                                  <a:pt x="3056314" y="5006387"/>
                                </a:lnTo>
                                <a:lnTo>
                                  <a:pt x="3061305" y="4998222"/>
                                </a:lnTo>
                                <a:lnTo>
                                  <a:pt x="3063574" y="4994139"/>
                                </a:lnTo>
                                <a:lnTo>
                                  <a:pt x="3065389" y="4989603"/>
                                </a:lnTo>
                                <a:lnTo>
                                  <a:pt x="3067431" y="4985520"/>
                                </a:lnTo>
                                <a:lnTo>
                                  <a:pt x="3069246" y="4981437"/>
                                </a:lnTo>
                                <a:lnTo>
                                  <a:pt x="3070607" y="4977355"/>
                                </a:lnTo>
                                <a:lnTo>
                                  <a:pt x="3071968" y="4973045"/>
                                </a:lnTo>
                                <a:lnTo>
                                  <a:pt x="3073329" y="4968736"/>
                                </a:lnTo>
                                <a:lnTo>
                                  <a:pt x="3074237" y="4964426"/>
                                </a:lnTo>
                                <a:lnTo>
                                  <a:pt x="3074917" y="4960116"/>
                                </a:lnTo>
                                <a:lnTo>
                                  <a:pt x="3075598" y="4955353"/>
                                </a:lnTo>
                                <a:lnTo>
                                  <a:pt x="3076052" y="4950817"/>
                                </a:lnTo>
                                <a:lnTo>
                                  <a:pt x="3076279" y="4946054"/>
                                </a:lnTo>
                                <a:lnTo>
                                  <a:pt x="3076506" y="4941291"/>
                                </a:lnTo>
                                <a:lnTo>
                                  <a:pt x="3076279" y="4936528"/>
                                </a:lnTo>
                                <a:lnTo>
                                  <a:pt x="3075598" y="4931084"/>
                                </a:lnTo>
                                <a:lnTo>
                                  <a:pt x="3074917" y="4925640"/>
                                </a:lnTo>
                                <a:lnTo>
                                  <a:pt x="3074010" y="4920650"/>
                                </a:lnTo>
                                <a:lnTo>
                                  <a:pt x="3072649" y="4915434"/>
                                </a:lnTo>
                                <a:lnTo>
                                  <a:pt x="3070834" y="4910671"/>
                                </a:lnTo>
                                <a:lnTo>
                                  <a:pt x="3068792" y="4905681"/>
                                </a:lnTo>
                                <a:lnTo>
                                  <a:pt x="3066750" y="4900917"/>
                                </a:lnTo>
                                <a:lnTo>
                                  <a:pt x="3064254" y="4896381"/>
                                </a:lnTo>
                                <a:lnTo>
                                  <a:pt x="3061759" y="4891618"/>
                                </a:lnTo>
                                <a:lnTo>
                                  <a:pt x="3059263" y="4887082"/>
                                </a:lnTo>
                                <a:lnTo>
                                  <a:pt x="3053365" y="4878009"/>
                                </a:lnTo>
                                <a:lnTo>
                                  <a:pt x="3047012" y="4869390"/>
                                </a:lnTo>
                                <a:lnTo>
                                  <a:pt x="3040660" y="4860771"/>
                                </a:lnTo>
                                <a:lnTo>
                                  <a:pt x="3034308" y="4852379"/>
                                </a:lnTo>
                                <a:lnTo>
                                  <a:pt x="3028182" y="4843760"/>
                                </a:lnTo>
                                <a:lnTo>
                                  <a:pt x="3022510" y="4835594"/>
                                </a:lnTo>
                                <a:lnTo>
                                  <a:pt x="3019788" y="4831058"/>
                                </a:lnTo>
                                <a:lnTo>
                                  <a:pt x="3017292" y="4826975"/>
                                </a:lnTo>
                                <a:lnTo>
                                  <a:pt x="3015250" y="4822893"/>
                                </a:lnTo>
                                <a:lnTo>
                                  <a:pt x="3013209" y="4818583"/>
                                </a:lnTo>
                                <a:lnTo>
                                  <a:pt x="3011167" y="4814047"/>
                                </a:lnTo>
                                <a:lnTo>
                                  <a:pt x="3009805" y="4809737"/>
                                </a:lnTo>
                                <a:lnTo>
                                  <a:pt x="3008671" y="4805428"/>
                                </a:lnTo>
                                <a:lnTo>
                                  <a:pt x="3007537" y="4800891"/>
                                </a:lnTo>
                                <a:lnTo>
                                  <a:pt x="3007083" y="4796355"/>
                                </a:lnTo>
                                <a:lnTo>
                                  <a:pt x="3006938" y="4793460"/>
                                </a:lnTo>
                                <a:lnTo>
                                  <a:pt x="3007083" y="4792953"/>
                                </a:lnTo>
                                <a:lnTo>
                                  <a:pt x="3007764" y="4789777"/>
                                </a:lnTo>
                                <a:lnTo>
                                  <a:pt x="3008444" y="4786375"/>
                                </a:lnTo>
                                <a:lnTo>
                                  <a:pt x="3008671" y="4782973"/>
                                </a:lnTo>
                                <a:lnTo>
                                  <a:pt x="3008671" y="4779798"/>
                                </a:lnTo>
                                <a:lnTo>
                                  <a:pt x="3008444" y="4776395"/>
                                </a:lnTo>
                                <a:lnTo>
                                  <a:pt x="3007764" y="4772993"/>
                                </a:lnTo>
                                <a:lnTo>
                                  <a:pt x="3007083" y="4769591"/>
                                </a:lnTo>
                                <a:lnTo>
                                  <a:pt x="3006176" y="4765962"/>
                                </a:lnTo>
                                <a:lnTo>
                                  <a:pt x="3005268" y="4762560"/>
                                </a:lnTo>
                                <a:lnTo>
                                  <a:pt x="3003907" y="4759157"/>
                                </a:lnTo>
                                <a:lnTo>
                                  <a:pt x="3000958" y="4752126"/>
                                </a:lnTo>
                                <a:lnTo>
                                  <a:pt x="2997328" y="4745095"/>
                                </a:lnTo>
                                <a:lnTo>
                                  <a:pt x="2993471" y="4738063"/>
                                </a:lnTo>
                                <a:lnTo>
                                  <a:pt x="2989160" y="4731032"/>
                                </a:lnTo>
                                <a:lnTo>
                                  <a:pt x="2984850" y="4724001"/>
                                </a:lnTo>
                                <a:lnTo>
                                  <a:pt x="2979859" y="4716970"/>
                                </a:lnTo>
                                <a:lnTo>
                                  <a:pt x="2970103" y="4702907"/>
                                </a:lnTo>
                                <a:lnTo>
                                  <a:pt x="2961028" y="4689752"/>
                                </a:lnTo>
                                <a:lnTo>
                                  <a:pt x="2956491" y="4683401"/>
                                </a:lnTo>
                                <a:lnTo>
                                  <a:pt x="2952634" y="4677050"/>
                                </a:lnTo>
                                <a:lnTo>
                                  <a:pt x="2949231" y="4670699"/>
                                </a:lnTo>
                                <a:lnTo>
                                  <a:pt x="2946282" y="4664802"/>
                                </a:lnTo>
                                <a:lnTo>
                                  <a:pt x="2943786" y="4658905"/>
                                </a:lnTo>
                                <a:lnTo>
                                  <a:pt x="2943105" y="4656410"/>
                                </a:lnTo>
                                <a:lnTo>
                                  <a:pt x="2942425" y="4653688"/>
                                </a:lnTo>
                                <a:lnTo>
                                  <a:pt x="2941971" y="4650966"/>
                                </a:lnTo>
                                <a:lnTo>
                                  <a:pt x="2941744" y="4648244"/>
                                </a:lnTo>
                                <a:lnTo>
                                  <a:pt x="2941744" y="4645976"/>
                                </a:lnTo>
                                <a:lnTo>
                                  <a:pt x="2941971" y="4643481"/>
                                </a:lnTo>
                                <a:lnTo>
                                  <a:pt x="2942198" y="4640986"/>
                                </a:lnTo>
                                <a:lnTo>
                                  <a:pt x="2942879" y="4638945"/>
                                </a:lnTo>
                                <a:lnTo>
                                  <a:pt x="2943786" y="4636677"/>
                                </a:lnTo>
                                <a:lnTo>
                                  <a:pt x="2945374" y="4634408"/>
                                </a:lnTo>
                                <a:lnTo>
                                  <a:pt x="2946735" y="4632594"/>
                                </a:lnTo>
                                <a:lnTo>
                                  <a:pt x="2948777" y="4630553"/>
                                </a:lnTo>
                                <a:lnTo>
                                  <a:pt x="2951046" y="4628511"/>
                                </a:lnTo>
                                <a:lnTo>
                                  <a:pt x="2953315" y="4626923"/>
                                </a:lnTo>
                                <a:lnTo>
                                  <a:pt x="2956264" y="4625109"/>
                                </a:lnTo>
                                <a:lnTo>
                                  <a:pt x="2959440" y="4623521"/>
                                </a:lnTo>
                                <a:lnTo>
                                  <a:pt x="2963070" y="4622160"/>
                                </a:lnTo>
                                <a:lnTo>
                                  <a:pt x="2967154" y="4620573"/>
                                </a:lnTo>
                                <a:lnTo>
                                  <a:pt x="2971464" y="4619439"/>
                                </a:lnTo>
                                <a:lnTo>
                                  <a:pt x="2976229" y="4618078"/>
                                </a:lnTo>
                                <a:lnTo>
                                  <a:pt x="2981447" y="4617170"/>
                                </a:lnTo>
                                <a:lnTo>
                                  <a:pt x="2985165" y="4616551"/>
                                </a:lnTo>
                                <a:lnTo>
                                  <a:pt x="2985984" y="4616490"/>
                                </a:lnTo>
                                <a:lnTo>
                                  <a:pt x="2987118" y="4616263"/>
                                </a:lnTo>
                                <a:lnTo>
                                  <a:pt x="2986892" y="4616263"/>
                                </a:lnTo>
                                <a:lnTo>
                                  <a:pt x="2985165" y="4616551"/>
                                </a:lnTo>
                                <a:lnTo>
                                  <a:pt x="2979859" y="4616944"/>
                                </a:lnTo>
                                <a:lnTo>
                                  <a:pt x="2969876" y="4617624"/>
                                </a:lnTo>
                                <a:lnTo>
                                  <a:pt x="2958079" y="4618758"/>
                                </a:lnTo>
                                <a:lnTo>
                                  <a:pt x="2945601" y="4619212"/>
                                </a:lnTo>
                                <a:lnTo>
                                  <a:pt x="2934711" y="4619439"/>
                                </a:lnTo>
                                <a:lnTo>
                                  <a:pt x="2929946" y="4619439"/>
                                </a:lnTo>
                                <a:lnTo>
                                  <a:pt x="2926317" y="4619212"/>
                                </a:lnTo>
                                <a:lnTo>
                                  <a:pt x="2924048" y="4618758"/>
                                </a:lnTo>
                                <a:lnTo>
                                  <a:pt x="2923140" y="4618304"/>
                                </a:lnTo>
                                <a:lnTo>
                                  <a:pt x="2922687" y="4617851"/>
                                </a:lnTo>
                                <a:lnTo>
                                  <a:pt x="2924955" y="4616944"/>
                                </a:lnTo>
                                <a:lnTo>
                                  <a:pt x="2926770" y="4615809"/>
                                </a:lnTo>
                                <a:lnTo>
                                  <a:pt x="2928585" y="4614222"/>
                                </a:lnTo>
                                <a:lnTo>
                                  <a:pt x="2929946" y="4612861"/>
                                </a:lnTo>
                                <a:lnTo>
                                  <a:pt x="2931308" y="4611046"/>
                                </a:lnTo>
                                <a:lnTo>
                                  <a:pt x="2932216" y="4609459"/>
                                </a:lnTo>
                                <a:lnTo>
                                  <a:pt x="2932896" y="4607417"/>
                                </a:lnTo>
                                <a:lnTo>
                                  <a:pt x="2933577" y="4605376"/>
                                </a:lnTo>
                                <a:lnTo>
                                  <a:pt x="2934711" y="4600613"/>
                                </a:lnTo>
                                <a:lnTo>
                                  <a:pt x="2935165" y="4595850"/>
                                </a:lnTo>
                                <a:lnTo>
                                  <a:pt x="2935619" y="4585416"/>
                                </a:lnTo>
                                <a:lnTo>
                                  <a:pt x="2935846" y="4579973"/>
                                </a:lnTo>
                                <a:lnTo>
                                  <a:pt x="2936526" y="4574302"/>
                                </a:lnTo>
                                <a:lnTo>
                                  <a:pt x="2937887" y="4568859"/>
                                </a:lnTo>
                                <a:lnTo>
                                  <a:pt x="2938568" y="4566137"/>
                                </a:lnTo>
                                <a:lnTo>
                                  <a:pt x="2939475" y="4563415"/>
                                </a:lnTo>
                                <a:lnTo>
                                  <a:pt x="2940383" y="4560920"/>
                                </a:lnTo>
                                <a:lnTo>
                                  <a:pt x="2941487" y="4559187"/>
                                </a:lnTo>
                                <a:lnTo>
                                  <a:pt x="2938632" y="4561794"/>
                                </a:lnTo>
                                <a:lnTo>
                                  <a:pt x="2935078" y="4564743"/>
                                </a:lnTo>
                                <a:lnTo>
                                  <a:pt x="2932635" y="4567237"/>
                                </a:lnTo>
                                <a:lnTo>
                                  <a:pt x="2930857" y="4569505"/>
                                </a:lnTo>
                                <a:lnTo>
                                  <a:pt x="2929525" y="4571319"/>
                                </a:lnTo>
                                <a:lnTo>
                                  <a:pt x="2928858" y="4573587"/>
                                </a:lnTo>
                                <a:lnTo>
                                  <a:pt x="2930413" y="4581298"/>
                                </a:lnTo>
                                <a:lnTo>
                                  <a:pt x="2931302" y="4585607"/>
                                </a:lnTo>
                                <a:lnTo>
                                  <a:pt x="2931524" y="4589689"/>
                                </a:lnTo>
                                <a:lnTo>
                                  <a:pt x="2931080" y="4593771"/>
                                </a:lnTo>
                                <a:lnTo>
                                  <a:pt x="2930191" y="4597627"/>
                                </a:lnTo>
                                <a:lnTo>
                                  <a:pt x="2929303" y="4601255"/>
                                </a:lnTo>
                                <a:lnTo>
                                  <a:pt x="2928192" y="4604657"/>
                                </a:lnTo>
                                <a:lnTo>
                                  <a:pt x="2926637" y="4607605"/>
                                </a:lnTo>
                                <a:lnTo>
                                  <a:pt x="2925304" y="4610327"/>
                                </a:lnTo>
                                <a:lnTo>
                                  <a:pt x="2923527" y="4612594"/>
                                </a:lnTo>
                                <a:lnTo>
                                  <a:pt x="2922195" y="4613955"/>
                                </a:lnTo>
                                <a:lnTo>
                                  <a:pt x="2920640" y="4614635"/>
                                </a:lnTo>
                                <a:lnTo>
                                  <a:pt x="2919974" y="4614862"/>
                                </a:lnTo>
                                <a:lnTo>
                                  <a:pt x="2919307" y="4614862"/>
                                </a:lnTo>
                                <a:lnTo>
                                  <a:pt x="2918863" y="4614862"/>
                                </a:lnTo>
                                <a:lnTo>
                                  <a:pt x="2918419" y="4614409"/>
                                </a:lnTo>
                                <a:lnTo>
                                  <a:pt x="2917975" y="4613955"/>
                                </a:lnTo>
                                <a:lnTo>
                                  <a:pt x="2917752" y="4613048"/>
                                </a:lnTo>
                                <a:lnTo>
                                  <a:pt x="2917086" y="4610780"/>
                                </a:lnTo>
                                <a:lnTo>
                                  <a:pt x="2917086" y="4607378"/>
                                </a:lnTo>
                                <a:lnTo>
                                  <a:pt x="2915975" y="4603977"/>
                                </a:lnTo>
                                <a:lnTo>
                                  <a:pt x="2914421" y="4599668"/>
                                </a:lnTo>
                                <a:lnTo>
                                  <a:pt x="2910422" y="4590143"/>
                                </a:lnTo>
                                <a:lnTo>
                                  <a:pt x="2909090" y="4585380"/>
                                </a:lnTo>
                                <a:lnTo>
                                  <a:pt x="2907979" y="4581071"/>
                                </a:lnTo>
                                <a:lnTo>
                                  <a:pt x="2907757" y="4579257"/>
                                </a:lnTo>
                                <a:lnTo>
                                  <a:pt x="2907757" y="4577443"/>
                                </a:lnTo>
                                <a:lnTo>
                                  <a:pt x="2908201" y="4576082"/>
                                </a:lnTo>
                                <a:lnTo>
                                  <a:pt x="2908645" y="4574721"/>
                                </a:lnTo>
                                <a:lnTo>
                                  <a:pt x="2903537" y="4576309"/>
                                </a:lnTo>
                                <a:lnTo>
                                  <a:pt x="2911311" y="4566784"/>
                                </a:lnTo>
                                <a:lnTo>
                                  <a:pt x="2921931" y="4552179"/>
                                </a:lnTo>
                                <a:lnTo>
                                  <a:pt x="2918603" y="4555250"/>
                                </a:lnTo>
                                <a:lnTo>
                                  <a:pt x="2907259" y="4565456"/>
                                </a:lnTo>
                                <a:lnTo>
                                  <a:pt x="2901814" y="4569766"/>
                                </a:lnTo>
                                <a:lnTo>
                                  <a:pt x="2896823" y="4573848"/>
                                </a:lnTo>
                                <a:lnTo>
                                  <a:pt x="2892967" y="4568859"/>
                                </a:lnTo>
                                <a:lnTo>
                                  <a:pt x="2889110" y="4563642"/>
                                </a:lnTo>
                                <a:lnTo>
                                  <a:pt x="2885253" y="4558879"/>
                                </a:lnTo>
                                <a:lnTo>
                                  <a:pt x="2881169" y="4554115"/>
                                </a:lnTo>
                                <a:lnTo>
                                  <a:pt x="2877086" y="4549579"/>
                                </a:lnTo>
                                <a:lnTo>
                                  <a:pt x="2872775" y="4545270"/>
                                </a:lnTo>
                                <a:lnTo>
                                  <a:pt x="2863927" y="4536651"/>
                                </a:lnTo>
                                <a:lnTo>
                                  <a:pt x="2854852" y="4528485"/>
                                </a:lnTo>
                                <a:lnTo>
                                  <a:pt x="2845324" y="4520320"/>
                                </a:lnTo>
                                <a:lnTo>
                                  <a:pt x="2836022" y="4512608"/>
                                </a:lnTo>
                                <a:lnTo>
                                  <a:pt x="2826266" y="4505123"/>
                                </a:lnTo>
                                <a:lnTo>
                                  <a:pt x="2806529" y="4489926"/>
                                </a:lnTo>
                                <a:lnTo>
                                  <a:pt x="2796546" y="4482442"/>
                                </a:lnTo>
                                <a:lnTo>
                                  <a:pt x="2786791" y="4474957"/>
                                </a:lnTo>
                                <a:lnTo>
                                  <a:pt x="2777262" y="4467245"/>
                                </a:lnTo>
                                <a:lnTo>
                                  <a:pt x="2767961" y="4458853"/>
                                </a:lnTo>
                                <a:lnTo>
                                  <a:pt x="2759113" y="4450687"/>
                                </a:lnTo>
                                <a:lnTo>
                                  <a:pt x="2750265" y="4441841"/>
                                </a:lnTo>
                                <a:lnTo>
                                  <a:pt x="2757536" y="4443106"/>
                                </a:lnTo>
                                <a:lnTo>
                                  <a:pt x="2758432" y="4443429"/>
                                </a:lnTo>
                                <a:lnTo>
                                  <a:pt x="2765919" y="4444563"/>
                                </a:lnTo>
                                <a:lnTo>
                                  <a:pt x="2757536" y="4443106"/>
                                </a:lnTo>
                                <a:lnTo>
                                  <a:pt x="2750265" y="4440481"/>
                                </a:lnTo>
                                <a:lnTo>
                                  <a:pt x="2746408" y="4438666"/>
                                </a:lnTo>
                                <a:lnTo>
                                  <a:pt x="2742778" y="4437078"/>
                                </a:lnTo>
                                <a:lnTo>
                                  <a:pt x="2739375" y="4435264"/>
                                </a:lnTo>
                                <a:lnTo>
                                  <a:pt x="2736199" y="4433449"/>
                                </a:lnTo>
                                <a:lnTo>
                                  <a:pt x="2733476" y="4431408"/>
                                </a:lnTo>
                                <a:lnTo>
                                  <a:pt x="2731208" y="4429593"/>
                                </a:lnTo>
                                <a:lnTo>
                                  <a:pt x="2728939" y="4427552"/>
                                </a:lnTo>
                                <a:lnTo>
                                  <a:pt x="2727124" y="4425511"/>
                                </a:lnTo>
                                <a:lnTo>
                                  <a:pt x="2725990" y="4423469"/>
                                </a:lnTo>
                                <a:lnTo>
                                  <a:pt x="2725309" y="4421428"/>
                                </a:lnTo>
                                <a:lnTo>
                                  <a:pt x="2725082" y="4419613"/>
                                </a:lnTo>
                                <a:lnTo>
                                  <a:pt x="2725082" y="4418706"/>
                                </a:lnTo>
                                <a:lnTo>
                                  <a:pt x="2725309" y="4417799"/>
                                </a:lnTo>
                                <a:lnTo>
                                  <a:pt x="2725763" y="4416892"/>
                                </a:lnTo>
                                <a:lnTo>
                                  <a:pt x="2726216" y="4415984"/>
                                </a:lnTo>
                                <a:lnTo>
                                  <a:pt x="2727578" y="4414170"/>
                                </a:lnTo>
                                <a:lnTo>
                                  <a:pt x="2711924" y="4406685"/>
                                </a:lnTo>
                                <a:lnTo>
                                  <a:pt x="2710335" y="4403509"/>
                                </a:lnTo>
                                <a:lnTo>
                                  <a:pt x="2708294" y="4399654"/>
                                </a:lnTo>
                                <a:lnTo>
                                  <a:pt x="2703302" y="4391488"/>
                                </a:lnTo>
                                <a:lnTo>
                                  <a:pt x="2698311" y="4384003"/>
                                </a:lnTo>
                                <a:lnTo>
                                  <a:pt x="2695816" y="4381055"/>
                                </a:lnTo>
                                <a:lnTo>
                                  <a:pt x="2694228" y="4379013"/>
                                </a:lnTo>
                                <a:lnTo>
                                  <a:pt x="2697177" y="4382642"/>
                                </a:lnTo>
                                <a:lnTo>
                                  <a:pt x="2700807" y="4385818"/>
                                </a:lnTo>
                                <a:lnTo>
                                  <a:pt x="2702395" y="4386952"/>
                                </a:lnTo>
                                <a:lnTo>
                                  <a:pt x="2704437" y="4388086"/>
                                </a:lnTo>
                                <a:lnTo>
                                  <a:pt x="2706025" y="4389220"/>
                                </a:lnTo>
                                <a:lnTo>
                                  <a:pt x="2708067" y="4389901"/>
                                </a:lnTo>
                                <a:lnTo>
                                  <a:pt x="2709882" y="4390581"/>
                                </a:lnTo>
                                <a:lnTo>
                                  <a:pt x="2711924" y="4391035"/>
                                </a:lnTo>
                                <a:lnTo>
                                  <a:pt x="2713739" y="4391488"/>
                                </a:lnTo>
                                <a:lnTo>
                                  <a:pt x="2715780" y="4391715"/>
                                </a:lnTo>
                                <a:lnTo>
                                  <a:pt x="2718049" y="4391715"/>
                                </a:lnTo>
                                <a:lnTo>
                                  <a:pt x="2719864" y="4391488"/>
                                </a:lnTo>
                                <a:lnTo>
                                  <a:pt x="2722133" y="4391261"/>
                                </a:lnTo>
                                <a:lnTo>
                                  <a:pt x="2724175" y="4390808"/>
                                </a:lnTo>
                                <a:lnTo>
                                  <a:pt x="2708974" y="4386498"/>
                                </a:lnTo>
                                <a:lnTo>
                                  <a:pt x="2709882" y="4376972"/>
                                </a:lnTo>
                                <a:lnTo>
                                  <a:pt x="2868464" y="4357012"/>
                                </a:lnTo>
                                <a:lnTo>
                                  <a:pt x="3027048" y="4336826"/>
                                </a:lnTo>
                                <a:lnTo>
                                  <a:pt x="3343986" y="4295999"/>
                                </a:lnTo>
                                <a:lnTo>
                                  <a:pt x="3668865" y="4253811"/>
                                </a:lnTo>
                                <a:lnTo>
                                  <a:pt x="3680663" y="4251996"/>
                                </a:lnTo>
                                <a:lnTo>
                                  <a:pt x="3694502" y="4249728"/>
                                </a:lnTo>
                                <a:lnTo>
                                  <a:pt x="3725356" y="4244738"/>
                                </a:lnTo>
                                <a:lnTo>
                                  <a:pt x="3758933" y="4239068"/>
                                </a:lnTo>
                                <a:lnTo>
                                  <a:pt x="3793418" y="4233851"/>
                                </a:lnTo>
                                <a:lnTo>
                                  <a:pt x="3810206" y="4231356"/>
                                </a:lnTo>
                                <a:lnTo>
                                  <a:pt x="3826541" y="4229088"/>
                                </a:lnTo>
                                <a:lnTo>
                                  <a:pt x="3841741" y="4227727"/>
                                </a:lnTo>
                                <a:lnTo>
                                  <a:pt x="3855807" y="4226593"/>
                                </a:lnTo>
                                <a:lnTo>
                                  <a:pt x="3862159" y="4225912"/>
                                </a:lnTo>
                                <a:lnTo>
                                  <a:pt x="3868512" y="4225912"/>
                                </a:lnTo>
                                <a:lnTo>
                                  <a:pt x="3874184" y="4225912"/>
                                </a:lnTo>
                                <a:lnTo>
                                  <a:pt x="3879175" y="4225912"/>
                                </a:lnTo>
                                <a:lnTo>
                                  <a:pt x="3884166" y="4226593"/>
                                </a:lnTo>
                                <a:lnTo>
                                  <a:pt x="3888250" y="4227046"/>
                                </a:lnTo>
                                <a:lnTo>
                                  <a:pt x="3891653" y="4227954"/>
                                </a:lnTo>
                                <a:lnTo>
                                  <a:pt x="3894526" y="4228775"/>
                                </a:lnTo>
                                <a:lnTo>
                                  <a:pt x="3894361" y="4229102"/>
                                </a:lnTo>
                                <a:lnTo>
                                  <a:pt x="3894613" y="4228800"/>
                                </a:lnTo>
                                <a:lnTo>
                                  <a:pt x="3894526" y="4228775"/>
                                </a:lnTo>
                                <a:lnTo>
                                  <a:pt x="3895056" y="4227727"/>
                                </a:lnTo>
                                <a:lnTo>
                                  <a:pt x="3894913" y="4228441"/>
                                </a:lnTo>
                                <a:lnTo>
                                  <a:pt x="3895144" y="4228164"/>
                                </a:lnTo>
                                <a:lnTo>
                                  <a:pt x="3894918" y="4229295"/>
                                </a:lnTo>
                                <a:lnTo>
                                  <a:pt x="3905762" y="4221150"/>
                                </a:lnTo>
                                <a:lnTo>
                                  <a:pt x="3913216" y="4220245"/>
                                </a:lnTo>
                                <a:lnTo>
                                  <a:pt x="3914658" y="4221582"/>
                                </a:lnTo>
                                <a:lnTo>
                                  <a:pt x="3913205" y="4219788"/>
                                </a:lnTo>
                                <a:lnTo>
                                  <a:pt x="3928406" y="4217747"/>
                                </a:lnTo>
                                <a:lnTo>
                                  <a:pt x="3928179" y="4218201"/>
                                </a:lnTo>
                                <a:lnTo>
                                  <a:pt x="3920012" y="4225459"/>
                                </a:lnTo>
                                <a:lnTo>
                                  <a:pt x="3919558" y="4225459"/>
                                </a:lnTo>
                                <a:lnTo>
                                  <a:pt x="3918374" y="4225028"/>
                                </a:lnTo>
                                <a:lnTo>
                                  <a:pt x="3919316" y="4225902"/>
                                </a:lnTo>
                                <a:lnTo>
                                  <a:pt x="3919542" y="4225902"/>
                                </a:lnTo>
                                <a:lnTo>
                                  <a:pt x="3919993" y="4225902"/>
                                </a:lnTo>
                                <a:lnTo>
                                  <a:pt x="3928352" y="4218209"/>
                                </a:lnTo>
                                <a:lnTo>
                                  <a:pt x="3931063" y="4217530"/>
                                </a:lnTo>
                                <a:lnTo>
                                  <a:pt x="3933548" y="4217078"/>
                                </a:lnTo>
                                <a:lnTo>
                                  <a:pt x="3936258" y="4216625"/>
                                </a:lnTo>
                                <a:lnTo>
                                  <a:pt x="3938743" y="4216399"/>
                                </a:lnTo>
                                <a:lnTo>
                                  <a:pt x="3941454" y="4216625"/>
                                </a:lnTo>
                                <a:lnTo>
                                  <a:pt x="3943713" y="4217078"/>
                                </a:lnTo>
                                <a:lnTo>
                                  <a:pt x="3946198" y="4217304"/>
                                </a:lnTo>
                                <a:lnTo>
                                  <a:pt x="3948683" y="4217983"/>
                                </a:lnTo>
                                <a:lnTo>
                                  <a:pt x="3950716" y="4218662"/>
                                </a:lnTo>
                                <a:lnTo>
                                  <a:pt x="3953201" y="4219340"/>
                                </a:lnTo>
                                <a:lnTo>
                                  <a:pt x="3955460" y="4220472"/>
                                </a:lnTo>
                                <a:lnTo>
                                  <a:pt x="3957267" y="4221603"/>
                                </a:lnTo>
                                <a:lnTo>
                                  <a:pt x="3958694" y="4222317"/>
                                </a:lnTo>
                                <a:lnTo>
                                  <a:pt x="3957218" y="4219788"/>
                                </a:lnTo>
                                <a:lnTo>
                                  <a:pt x="3955630" y="4216840"/>
                                </a:lnTo>
                                <a:lnTo>
                                  <a:pt x="3953588" y="4214118"/>
                                </a:lnTo>
                                <a:lnTo>
                                  <a:pt x="3973553" y="4211169"/>
                                </a:lnTo>
                                <a:lnTo>
                                  <a:pt x="3993518" y="4208901"/>
                                </a:lnTo>
                                <a:lnTo>
                                  <a:pt x="4013255" y="4207087"/>
                                </a:lnTo>
                                <a:lnTo>
                                  <a:pt x="4033220" y="4205726"/>
                                </a:lnTo>
                                <a:close/>
                                <a:moveTo>
                                  <a:pt x="2902495" y="4192797"/>
                                </a:moveTo>
                                <a:lnTo>
                                  <a:pt x="2902268" y="4193251"/>
                                </a:lnTo>
                                <a:lnTo>
                                  <a:pt x="2902495" y="4193024"/>
                                </a:lnTo>
                                <a:lnTo>
                                  <a:pt x="2902495" y="4192797"/>
                                </a:lnTo>
                                <a:close/>
                                <a:moveTo>
                                  <a:pt x="2944694" y="4175332"/>
                                </a:moveTo>
                                <a:lnTo>
                                  <a:pt x="2940837" y="4176466"/>
                                </a:lnTo>
                                <a:lnTo>
                                  <a:pt x="2942425" y="4176013"/>
                                </a:lnTo>
                                <a:lnTo>
                                  <a:pt x="2944694" y="4175332"/>
                                </a:lnTo>
                                <a:close/>
                                <a:moveTo>
                                  <a:pt x="2784749" y="4148114"/>
                                </a:moveTo>
                                <a:lnTo>
                                  <a:pt x="2784749" y="4148341"/>
                                </a:lnTo>
                                <a:lnTo>
                                  <a:pt x="2784721" y="4148345"/>
                                </a:lnTo>
                                <a:lnTo>
                                  <a:pt x="2784880" y="4148818"/>
                                </a:lnTo>
                                <a:lnTo>
                                  <a:pt x="2797174" y="4219114"/>
                                </a:lnTo>
                                <a:lnTo>
                                  <a:pt x="2797227" y="4219108"/>
                                </a:lnTo>
                                <a:lnTo>
                                  <a:pt x="2784976" y="4148795"/>
                                </a:lnTo>
                                <a:lnTo>
                                  <a:pt x="2784749" y="4148114"/>
                                </a:lnTo>
                                <a:close/>
                                <a:moveTo>
                                  <a:pt x="2896143" y="4145846"/>
                                </a:moveTo>
                                <a:lnTo>
                                  <a:pt x="2895916" y="4146300"/>
                                </a:lnTo>
                                <a:lnTo>
                                  <a:pt x="2895008" y="4153104"/>
                                </a:lnTo>
                                <a:lnTo>
                                  <a:pt x="2896143" y="4146073"/>
                                </a:lnTo>
                                <a:lnTo>
                                  <a:pt x="2896143" y="4145846"/>
                                </a:lnTo>
                                <a:close/>
                                <a:moveTo>
                                  <a:pt x="3896644" y="4139722"/>
                                </a:moveTo>
                                <a:lnTo>
                                  <a:pt x="3896190" y="4143124"/>
                                </a:lnTo>
                                <a:lnTo>
                                  <a:pt x="3896417" y="4147434"/>
                                </a:lnTo>
                                <a:lnTo>
                                  <a:pt x="3896644" y="4140176"/>
                                </a:lnTo>
                                <a:lnTo>
                                  <a:pt x="3896644" y="4139722"/>
                                </a:lnTo>
                                <a:close/>
                                <a:moveTo>
                                  <a:pt x="2898411" y="4132691"/>
                                </a:moveTo>
                                <a:lnTo>
                                  <a:pt x="2898271" y="4133533"/>
                                </a:lnTo>
                                <a:lnTo>
                                  <a:pt x="2898185" y="4133598"/>
                                </a:lnTo>
                                <a:lnTo>
                                  <a:pt x="2898185" y="4134052"/>
                                </a:lnTo>
                                <a:lnTo>
                                  <a:pt x="2898271" y="4133533"/>
                                </a:lnTo>
                                <a:lnTo>
                                  <a:pt x="2899092" y="4132918"/>
                                </a:lnTo>
                                <a:lnTo>
                                  <a:pt x="2898638" y="4133145"/>
                                </a:lnTo>
                                <a:lnTo>
                                  <a:pt x="2898411" y="4132691"/>
                                </a:lnTo>
                                <a:close/>
                                <a:moveTo>
                                  <a:pt x="2990975" y="4127247"/>
                                </a:moveTo>
                                <a:lnTo>
                                  <a:pt x="2994832" y="4129289"/>
                                </a:lnTo>
                                <a:lnTo>
                                  <a:pt x="2992563" y="4127474"/>
                                </a:lnTo>
                                <a:lnTo>
                                  <a:pt x="2990975" y="4127247"/>
                                </a:lnTo>
                                <a:close/>
                                <a:moveTo>
                                  <a:pt x="3184269" y="4124752"/>
                                </a:moveTo>
                                <a:lnTo>
                                  <a:pt x="3184950" y="4138134"/>
                                </a:lnTo>
                                <a:lnTo>
                                  <a:pt x="3184950" y="4135866"/>
                                </a:lnTo>
                                <a:lnTo>
                                  <a:pt x="3184496" y="4125660"/>
                                </a:lnTo>
                                <a:lnTo>
                                  <a:pt x="3184269" y="4124752"/>
                                </a:lnTo>
                                <a:close/>
                                <a:moveTo>
                                  <a:pt x="4621723" y="4124072"/>
                                </a:moveTo>
                                <a:lnTo>
                                  <a:pt x="4609472" y="4143124"/>
                                </a:lnTo>
                                <a:lnTo>
                                  <a:pt x="4609018" y="4143351"/>
                                </a:lnTo>
                                <a:lnTo>
                                  <a:pt x="4607884" y="4146527"/>
                                </a:lnTo>
                                <a:lnTo>
                                  <a:pt x="4606296" y="4149475"/>
                                </a:lnTo>
                                <a:lnTo>
                                  <a:pt x="4604935" y="4152197"/>
                                </a:lnTo>
                                <a:lnTo>
                                  <a:pt x="4602893" y="4154465"/>
                                </a:lnTo>
                                <a:lnTo>
                                  <a:pt x="4601078" y="4156733"/>
                                </a:lnTo>
                                <a:lnTo>
                                  <a:pt x="4599036" y="4158548"/>
                                </a:lnTo>
                                <a:lnTo>
                                  <a:pt x="4596541" y="4160362"/>
                                </a:lnTo>
                                <a:lnTo>
                                  <a:pt x="4594499" y="4161950"/>
                                </a:lnTo>
                                <a:lnTo>
                                  <a:pt x="4591776" y="4163538"/>
                                </a:lnTo>
                                <a:lnTo>
                                  <a:pt x="4589281" y="4164672"/>
                                </a:lnTo>
                                <a:lnTo>
                                  <a:pt x="4586331" y="4166033"/>
                                </a:lnTo>
                                <a:lnTo>
                                  <a:pt x="4583836" y="4166940"/>
                                </a:lnTo>
                                <a:lnTo>
                                  <a:pt x="4580886" y="4167621"/>
                                </a:lnTo>
                                <a:lnTo>
                                  <a:pt x="4577937" y="4168301"/>
                                </a:lnTo>
                                <a:lnTo>
                                  <a:pt x="4574988" y="4168528"/>
                                </a:lnTo>
                                <a:lnTo>
                                  <a:pt x="4571812" y="4169208"/>
                                </a:lnTo>
                                <a:lnTo>
                                  <a:pt x="4577256" y="4182817"/>
                                </a:lnTo>
                                <a:lnTo>
                                  <a:pt x="4571131" y="4184178"/>
                                </a:lnTo>
                                <a:lnTo>
                                  <a:pt x="4570223" y="4185993"/>
                                </a:lnTo>
                                <a:lnTo>
                                  <a:pt x="4569089" y="4187354"/>
                                </a:lnTo>
                                <a:lnTo>
                                  <a:pt x="4566820" y="4190075"/>
                                </a:lnTo>
                                <a:lnTo>
                                  <a:pt x="4564098" y="4192797"/>
                                </a:lnTo>
                                <a:lnTo>
                                  <a:pt x="4560922" y="4194839"/>
                                </a:lnTo>
                                <a:lnTo>
                                  <a:pt x="4557746" y="4197107"/>
                                </a:lnTo>
                                <a:lnTo>
                                  <a:pt x="4554343" y="4199148"/>
                                </a:lnTo>
                                <a:lnTo>
                                  <a:pt x="4547536" y="4203458"/>
                                </a:lnTo>
                                <a:lnTo>
                                  <a:pt x="4544360" y="4205499"/>
                                </a:lnTo>
                                <a:lnTo>
                                  <a:pt x="4541411" y="4207994"/>
                                </a:lnTo>
                                <a:lnTo>
                                  <a:pt x="4538915" y="4210489"/>
                                </a:lnTo>
                                <a:lnTo>
                                  <a:pt x="4538008" y="4211850"/>
                                </a:lnTo>
                                <a:lnTo>
                                  <a:pt x="4537100" y="4213437"/>
                                </a:lnTo>
                                <a:lnTo>
                                  <a:pt x="4536420" y="4214798"/>
                                </a:lnTo>
                                <a:lnTo>
                                  <a:pt x="4535512" y="4216613"/>
                                </a:lnTo>
                                <a:lnTo>
                                  <a:pt x="4535058" y="4218201"/>
                                </a:lnTo>
                                <a:lnTo>
                                  <a:pt x="4534832" y="4220242"/>
                                </a:lnTo>
                                <a:lnTo>
                                  <a:pt x="4534605" y="4222056"/>
                                </a:lnTo>
                                <a:lnTo>
                                  <a:pt x="4534832" y="4224325"/>
                                </a:lnTo>
                                <a:lnTo>
                                  <a:pt x="4535058" y="4226593"/>
                                </a:lnTo>
                                <a:lnTo>
                                  <a:pt x="4535966" y="4228861"/>
                                </a:lnTo>
                                <a:lnTo>
                                  <a:pt x="4536647" y="4231583"/>
                                </a:lnTo>
                                <a:lnTo>
                                  <a:pt x="4537100" y="4234531"/>
                                </a:lnTo>
                                <a:lnTo>
                                  <a:pt x="4537100" y="4237253"/>
                                </a:lnTo>
                                <a:lnTo>
                                  <a:pt x="4536873" y="4239748"/>
                                </a:lnTo>
                                <a:lnTo>
                                  <a:pt x="4536420" y="4242470"/>
                                </a:lnTo>
                                <a:lnTo>
                                  <a:pt x="4535285" y="4245192"/>
                                </a:lnTo>
                                <a:lnTo>
                                  <a:pt x="4533924" y="4247687"/>
                                </a:lnTo>
                                <a:lnTo>
                                  <a:pt x="4532109" y="4249955"/>
                                </a:lnTo>
                                <a:lnTo>
                                  <a:pt x="4528706" y="4256533"/>
                                </a:lnTo>
                                <a:lnTo>
                                  <a:pt x="4525530" y="4263110"/>
                                </a:lnTo>
                                <a:lnTo>
                                  <a:pt x="4523261" y="4269688"/>
                                </a:lnTo>
                                <a:lnTo>
                                  <a:pt x="4520766" y="4276039"/>
                                </a:lnTo>
                                <a:lnTo>
                                  <a:pt x="4516682" y="4288967"/>
                                </a:lnTo>
                                <a:lnTo>
                                  <a:pt x="4514413" y="4295091"/>
                                </a:lnTo>
                                <a:lnTo>
                                  <a:pt x="4512598" y="4301215"/>
                                </a:lnTo>
                                <a:lnTo>
                                  <a:pt x="4510103" y="4307113"/>
                                </a:lnTo>
                                <a:lnTo>
                                  <a:pt x="4507380" y="4313010"/>
                                </a:lnTo>
                                <a:lnTo>
                                  <a:pt x="4504431" y="4318680"/>
                                </a:lnTo>
                                <a:lnTo>
                                  <a:pt x="4500801" y="4323897"/>
                                </a:lnTo>
                                <a:lnTo>
                                  <a:pt x="4498986" y="4326619"/>
                                </a:lnTo>
                                <a:lnTo>
                                  <a:pt x="4496944" y="4329341"/>
                                </a:lnTo>
                                <a:lnTo>
                                  <a:pt x="4494449" y="4331836"/>
                                </a:lnTo>
                                <a:lnTo>
                                  <a:pt x="4492180" y="4334331"/>
                                </a:lnTo>
                                <a:lnTo>
                                  <a:pt x="4489684" y="4336826"/>
                                </a:lnTo>
                                <a:lnTo>
                                  <a:pt x="4486735" y="4339094"/>
                                </a:lnTo>
                                <a:lnTo>
                                  <a:pt x="4483559" y="4341589"/>
                                </a:lnTo>
                                <a:lnTo>
                                  <a:pt x="4480383" y="4343630"/>
                                </a:lnTo>
                                <a:lnTo>
                                  <a:pt x="4482198" y="4347032"/>
                                </a:lnTo>
                                <a:lnTo>
                                  <a:pt x="4483105" y="4350661"/>
                                </a:lnTo>
                                <a:lnTo>
                                  <a:pt x="4483786" y="4354064"/>
                                </a:lnTo>
                                <a:lnTo>
                                  <a:pt x="4484013" y="4357693"/>
                                </a:lnTo>
                                <a:lnTo>
                                  <a:pt x="4484013" y="4361322"/>
                                </a:lnTo>
                                <a:lnTo>
                                  <a:pt x="4483786" y="4365178"/>
                                </a:lnTo>
                                <a:lnTo>
                                  <a:pt x="4483105" y="4368807"/>
                                </a:lnTo>
                                <a:lnTo>
                                  <a:pt x="4482424" y="4372662"/>
                                </a:lnTo>
                                <a:lnTo>
                                  <a:pt x="4481063" y="4376292"/>
                                </a:lnTo>
                                <a:lnTo>
                                  <a:pt x="4479929" y="4379921"/>
                                </a:lnTo>
                                <a:lnTo>
                                  <a:pt x="4476980" y="4387406"/>
                                </a:lnTo>
                                <a:lnTo>
                                  <a:pt x="4470627" y="4402829"/>
                                </a:lnTo>
                                <a:lnTo>
                                  <a:pt x="4467678" y="4410314"/>
                                </a:lnTo>
                                <a:lnTo>
                                  <a:pt x="4466317" y="4414170"/>
                                </a:lnTo>
                                <a:lnTo>
                                  <a:pt x="4465409" y="4417799"/>
                                </a:lnTo>
                                <a:lnTo>
                                  <a:pt x="4464275" y="4421428"/>
                                </a:lnTo>
                                <a:lnTo>
                                  <a:pt x="4463594" y="4425284"/>
                                </a:lnTo>
                                <a:lnTo>
                                  <a:pt x="4463367" y="4428913"/>
                                </a:lnTo>
                                <a:lnTo>
                                  <a:pt x="4463140" y="4432769"/>
                                </a:lnTo>
                                <a:lnTo>
                                  <a:pt x="4463594" y="4436398"/>
                                </a:lnTo>
                                <a:lnTo>
                                  <a:pt x="4464048" y="4440027"/>
                                </a:lnTo>
                                <a:lnTo>
                                  <a:pt x="4465409" y="4443656"/>
                                </a:lnTo>
                                <a:lnTo>
                                  <a:pt x="4466770" y="4447285"/>
                                </a:lnTo>
                                <a:lnTo>
                                  <a:pt x="4468812" y="4450687"/>
                                </a:lnTo>
                                <a:lnTo>
                                  <a:pt x="4471081" y="4454316"/>
                                </a:lnTo>
                                <a:lnTo>
                                  <a:pt x="4474257" y="4457719"/>
                                </a:lnTo>
                                <a:lnTo>
                                  <a:pt x="4477887" y="4461121"/>
                                </a:lnTo>
                                <a:lnTo>
                                  <a:pt x="4483105" y="4465430"/>
                                </a:lnTo>
                                <a:lnTo>
                                  <a:pt x="4487189" y="4469967"/>
                                </a:lnTo>
                                <a:lnTo>
                                  <a:pt x="4490592" y="4474049"/>
                                </a:lnTo>
                                <a:lnTo>
                                  <a:pt x="4493314" y="4478132"/>
                                </a:lnTo>
                                <a:lnTo>
                                  <a:pt x="4495583" y="4481988"/>
                                </a:lnTo>
                                <a:lnTo>
                                  <a:pt x="4496944" y="4485844"/>
                                </a:lnTo>
                                <a:lnTo>
                                  <a:pt x="4498079" y="4489473"/>
                                </a:lnTo>
                                <a:lnTo>
                                  <a:pt x="4498532" y="4493329"/>
                                </a:lnTo>
                                <a:lnTo>
                                  <a:pt x="4498986" y="4497411"/>
                                </a:lnTo>
                                <a:lnTo>
                                  <a:pt x="4498986" y="4501040"/>
                                </a:lnTo>
                                <a:lnTo>
                                  <a:pt x="4498986" y="4505123"/>
                                </a:lnTo>
                                <a:lnTo>
                                  <a:pt x="4498305" y="4508979"/>
                                </a:lnTo>
                                <a:lnTo>
                                  <a:pt x="4497625" y="4517825"/>
                                </a:lnTo>
                                <a:lnTo>
                                  <a:pt x="4497171" y="4522361"/>
                                </a:lnTo>
                                <a:lnTo>
                                  <a:pt x="4496944" y="4527124"/>
                                </a:lnTo>
                                <a:lnTo>
                                  <a:pt x="4498532" y="4531661"/>
                                </a:lnTo>
                                <a:lnTo>
                                  <a:pt x="4499894" y="4535970"/>
                                </a:lnTo>
                                <a:lnTo>
                                  <a:pt x="4500801" y="4540506"/>
                                </a:lnTo>
                                <a:lnTo>
                                  <a:pt x="4501482" y="4545270"/>
                                </a:lnTo>
                                <a:lnTo>
                                  <a:pt x="4501935" y="4550033"/>
                                </a:lnTo>
                                <a:lnTo>
                                  <a:pt x="4502616" y="4555250"/>
                                </a:lnTo>
                                <a:lnTo>
                                  <a:pt x="4503070" y="4565229"/>
                                </a:lnTo>
                                <a:lnTo>
                                  <a:pt x="4503523" y="4575436"/>
                                </a:lnTo>
                                <a:lnTo>
                                  <a:pt x="4503750" y="4585416"/>
                                </a:lnTo>
                                <a:lnTo>
                                  <a:pt x="4504204" y="4590179"/>
                                </a:lnTo>
                                <a:lnTo>
                                  <a:pt x="4504658" y="4595169"/>
                                </a:lnTo>
                                <a:lnTo>
                                  <a:pt x="4505565" y="4599706"/>
                                </a:lnTo>
                                <a:lnTo>
                                  <a:pt x="4506246" y="4604015"/>
                                </a:lnTo>
                                <a:lnTo>
                                  <a:pt x="4506473" y="4604015"/>
                                </a:lnTo>
                                <a:lnTo>
                                  <a:pt x="4511464" y="4606056"/>
                                </a:lnTo>
                                <a:lnTo>
                                  <a:pt x="4511010" y="4609912"/>
                                </a:lnTo>
                                <a:lnTo>
                                  <a:pt x="4510556" y="4613995"/>
                                </a:lnTo>
                                <a:lnTo>
                                  <a:pt x="4510556" y="4617851"/>
                                </a:lnTo>
                                <a:lnTo>
                                  <a:pt x="4510783" y="4622160"/>
                                </a:lnTo>
                                <a:lnTo>
                                  <a:pt x="4511237" y="4626016"/>
                                </a:lnTo>
                                <a:lnTo>
                                  <a:pt x="4511691" y="4629872"/>
                                </a:lnTo>
                                <a:lnTo>
                                  <a:pt x="4512825" y="4633728"/>
                                </a:lnTo>
                                <a:lnTo>
                                  <a:pt x="4513960" y="4637584"/>
                                </a:lnTo>
                                <a:lnTo>
                                  <a:pt x="4515094" y="4641213"/>
                                </a:lnTo>
                                <a:lnTo>
                                  <a:pt x="4516909" y="4644842"/>
                                </a:lnTo>
                                <a:lnTo>
                                  <a:pt x="4518497" y="4648244"/>
                                </a:lnTo>
                                <a:lnTo>
                                  <a:pt x="4520539" y="4651646"/>
                                </a:lnTo>
                                <a:lnTo>
                                  <a:pt x="4522807" y="4654822"/>
                                </a:lnTo>
                                <a:lnTo>
                                  <a:pt x="4524849" y="4657770"/>
                                </a:lnTo>
                                <a:lnTo>
                                  <a:pt x="4527345" y="4660719"/>
                                </a:lnTo>
                                <a:lnTo>
                                  <a:pt x="4530067" y="4663441"/>
                                </a:lnTo>
                                <a:lnTo>
                                  <a:pt x="4533924" y="4658451"/>
                                </a:lnTo>
                                <a:lnTo>
                                  <a:pt x="4536420" y="4658905"/>
                                </a:lnTo>
                                <a:lnTo>
                                  <a:pt x="4538462" y="4659812"/>
                                </a:lnTo>
                                <a:lnTo>
                                  <a:pt x="4540730" y="4660719"/>
                                </a:lnTo>
                                <a:lnTo>
                                  <a:pt x="4542772" y="4661626"/>
                                </a:lnTo>
                                <a:lnTo>
                                  <a:pt x="4544587" y="4662987"/>
                                </a:lnTo>
                                <a:lnTo>
                                  <a:pt x="4546629" y="4664121"/>
                                </a:lnTo>
                                <a:lnTo>
                                  <a:pt x="4550032" y="4667070"/>
                                </a:lnTo>
                                <a:lnTo>
                                  <a:pt x="4553208" y="4670245"/>
                                </a:lnTo>
                                <a:lnTo>
                                  <a:pt x="4555931" y="4673648"/>
                                </a:lnTo>
                                <a:lnTo>
                                  <a:pt x="4560922" y="4679998"/>
                                </a:lnTo>
                                <a:lnTo>
                                  <a:pt x="4561149" y="4686803"/>
                                </a:lnTo>
                                <a:lnTo>
                                  <a:pt x="4556838" y="4691339"/>
                                </a:lnTo>
                                <a:lnTo>
                                  <a:pt x="4560241" y="4695422"/>
                                </a:lnTo>
                                <a:lnTo>
                                  <a:pt x="4557746" y="4706763"/>
                                </a:lnTo>
                                <a:lnTo>
                                  <a:pt x="4555704" y="4717877"/>
                                </a:lnTo>
                                <a:lnTo>
                                  <a:pt x="4554116" y="4729444"/>
                                </a:lnTo>
                                <a:lnTo>
                                  <a:pt x="4552981" y="4741466"/>
                                </a:lnTo>
                                <a:lnTo>
                                  <a:pt x="4551847" y="4753487"/>
                                </a:lnTo>
                                <a:lnTo>
                                  <a:pt x="4551393" y="4765962"/>
                                </a:lnTo>
                                <a:lnTo>
                                  <a:pt x="4551166" y="4778437"/>
                                </a:lnTo>
                                <a:lnTo>
                                  <a:pt x="4551166" y="4790685"/>
                                </a:lnTo>
                                <a:lnTo>
                                  <a:pt x="4551393" y="4803386"/>
                                </a:lnTo>
                                <a:lnTo>
                                  <a:pt x="4552074" y="4815861"/>
                                </a:lnTo>
                                <a:lnTo>
                                  <a:pt x="4552981" y="4827883"/>
                                </a:lnTo>
                                <a:lnTo>
                                  <a:pt x="4553889" y="4840131"/>
                                </a:lnTo>
                                <a:lnTo>
                                  <a:pt x="4555023" y="4851925"/>
                                </a:lnTo>
                                <a:lnTo>
                                  <a:pt x="4556611" y="4863493"/>
                                </a:lnTo>
                                <a:lnTo>
                                  <a:pt x="4557972" y="4874607"/>
                                </a:lnTo>
                                <a:lnTo>
                                  <a:pt x="4560014" y="4885721"/>
                                </a:lnTo>
                                <a:lnTo>
                                  <a:pt x="4557292" y="4899557"/>
                                </a:lnTo>
                                <a:lnTo>
                                  <a:pt x="4562737" y="4896381"/>
                                </a:lnTo>
                                <a:lnTo>
                                  <a:pt x="4564098" y="4900917"/>
                                </a:lnTo>
                                <a:lnTo>
                                  <a:pt x="4565005" y="4905227"/>
                                </a:lnTo>
                                <a:lnTo>
                                  <a:pt x="4565686" y="4909763"/>
                                </a:lnTo>
                                <a:lnTo>
                                  <a:pt x="4565913" y="4914300"/>
                                </a:lnTo>
                                <a:lnTo>
                                  <a:pt x="4566140" y="4918609"/>
                                </a:lnTo>
                                <a:lnTo>
                                  <a:pt x="4565913" y="4923145"/>
                                </a:lnTo>
                                <a:lnTo>
                                  <a:pt x="4565232" y="4927455"/>
                                </a:lnTo>
                                <a:lnTo>
                                  <a:pt x="4564552" y="4931764"/>
                                </a:lnTo>
                                <a:lnTo>
                                  <a:pt x="4563644" y="4936074"/>
                                </a:lnTo>
                                <a:lnTo>
                                  <a:pt x="4562283" y="4940383"/>
                                </a:lnTo>
                                <a:lnTo>
                                  <a:pt x="4560922" y="4944693"/>
                                </a:lnTo>
                                <a:lnTo>
                                  <a:pt x="4558880" y="4949002"/>
                                </a:lnTo>
                                <a:lnTo>
                                  <a:pt x="4557065" y="4953085"/>
                                </a:lnTo>
                                <a:lnTo>
                                  <a:pt x="4554796" y="4957395"/>
                                </a:lnTo>
                                <a:lnTo>
                                  <a:pt x="4552301" y="4961477"/>
                                </a:lnTo>
                                <a:lnTo>
                                  <a:pt x="4549805" y="4965560"/>
                                </a:lnTo>
                                <a:lnTo>
                                  <a:pt x="4547083" y="4969643"/>
                                </a:lnTo>
                                <a:lnTo>
                                  <a:pt x="4544133" y="4973952"/>
                                </a:lnTo>
                                <a:lnTo>
                                  <a:pt x="4540957" y="4977808"/>
                                </a:lnTo>
                                <a:lnTo>
                                  <a:pt x="4537554" y="4981891"/>
                                </a:lnTo>
                                <a:lnTo>
                                  <a:pt x="4530294" y="4989603"/>
                                </a:lnTo>
                                <a:lnTo>
                                  <a:pt x="4522807" y="4997541"/>
                                </a:lnTo>
                                <a:lnTo>
                                  <a:pt x="4514413" y="5005253"/>
                                </a:lnTo>
                                <a:lnTo>
                                  <a:pt x="4508695" y="5010067"/>
                                </a:lnTo>
                                <a:lnTo>
                                  <a:pt x="4508676" y="5010149"/>
                                </a:lnTo>
                                <a:lnTo>
                                  <a:pt x="4508644" y="5010110"/>
                                </a:lnTo>
                                <a:lnTo>
                                  <a:pt x="4505792" y="5012511"/>
                                </a:lnTo>
                                <a:lnTo>
                                  <a:pt x="4496490" y="5019769"/>
                                </a:lnTo>
                                <a:lnTo>
                                  <a:pt x="4487189" y="5027027"/>
                                </a:lnTo>
                                <a:lnTo>
                                  <a:pt x="4477433" y="5033832"/>
                                </a:lnTo>
                                <a:lnTo>
                                  <a:pt x="4467451" y="5040636"/>
                                </a:lnTo>
                                <a:lnTo>
                                  <a:pt x="4457469" y="5047214"/>
                                </a:lnTo>
                                <a:lnTo>
                                  <a:pt x="4447486" y="5053565"/>
                                </a:lnTo>
                                <a:lnTo>
                                  <a:pt x="4437277" y="5059916"/>
                                </a:lnTo>
                                <a:lnTo>
                                  <a:pt x="4427295" y="5065813"/>
                                </a:lnTo>
                                <a:lnTo>
                                  <a:pt x="4407784" y="5077154"/>
                                </a:lnTo>
                                <a:lnTo>
                                  <a:pt x="4389181" y="5087360"/>
                                </a:lnTo>
                                <a:lnTo>
                                  <a:pt x="4372165" y="5096887"/>
                                </a:lnTo>
                                <a:lnTo>
                                  <a:pt x="4357192" y="5105506"/>
                                </a:lnTo>
                                <a:lnTo>
                                  <a:pt x="4344714" y="5112764"/>
                                </a:lnTo>
                                <a:lnTo>
                                  <a:pt x="4345394" y="5114125"/>
                                </a:lnTo>
                                <a:lnTo>
                                  <a:pt x="4346075" y="5115712"/>
                                </a:lnTo>
                                <a:lnTo>
                                  <a:pt x="4346756" y="5117300"/>
                                </a:lnTo>
                                <a:lnTo>
                                  <a:pt x="4347209" y="5118661"/>
                                </a:lnTo>
                                <a:lnTo>
                                  <a:pt x="4347209" y="5120476"/>
                                </a:lnTo>
                                <a:lnTo>
                                  <a:pt x="4347209" y="5122063"/>
                                </a:lnTo>
                                <a:lnTo>
                                  <a:pt x="4346983" y="5124105"/>
                                </a:lnTo>
                                <a:lnTo>
                                  <a:pt x="4346302" y="5125919"/>
                                </a:lnTo>
                                <a:lnTo>
                                  <a:pt x="4345168" y="5129775"/>
                                </a:lnTo>
                                <a:lnTo>
                                  <a:pt x="4343353" y="5133858"/>
                                </a:lnTo>
                                <a:lnTo>
                                  <a:pt x="4340630" y="5137940"/>
                                </a:lnTo>
                                <a:lnTo>
                                  <a:pt x="4337454" y="5142023"/>
                                </a:lnTo>
                                <a:lnTo>
                                  <a:pt x="4334051" y="5146559"/>
                                </a:lnTo>
                                <a:lnTo>
                                  <a:pt x="4329967" y="5150869"/>
                                </a:lnTo>
                                <a:lnTo>
                                  <a:pt x="4325430" y="5155405"/>
                                </a:lnTo>
                                <a:lnTo>
                                  <a:pt x="4320892" y="5159942"/>
                                </a:lnTo>
                                <a:lnTo>
                                  <a:pt x="4315792" y="5164376"/>
                                </a:lnTo>
                                <a:lnTo>
                                  <a:pt x="4318000" y="5165140"/>
                                </a:lnTo>
                                <a:lnTo>
                                  <a:pt x="4316136" y="5168900"/>
                                </a:lnTo>
                                <a:lnTo>
                                  <a:pt x="4314044" y="5165825"/>
                                </a:lnTo>
                                <a:lnTo>
                                  <a:pt x="4310456" y="5168787"/>
                                </a:lnTo>
                                <a:lnTo>
                                  <a:pt x="4305011" y="5173324"/>
                                </a:lnTo>
                                <a:lnTo>
                                  <a:pt x="4299566" y="5177633"/>
                                </a:lnTo>
                                <a:lnTo>
                                  <a:pt x="4287996" y="5186025"/>
                                </a:lnTo>
                                <a:lnTo>
                                  <a:pt x="4276426" y="5193964"/>
                                </a:lnTo>
                                <a:lnTo>
                                  <a:pt x="4265082" y="5201222"/>
                                </a:lnTo>
                                <a:lnTo>
                                  <a:pt x="4254646" y="5207573"/>
                                </a:lnTo>
                                <a:lnTo>
                                  <a:pt x="4245571" y="5212563"/>
                                </a:lnTo>
                                <a:lnTo>
                                  <a:pt x="4237631" y="5216419"/>
                                </a:lnTo>
                                <a:lnTo>
                                  <a:pt x="4234455" y="5218007"/>
                                </a:lnTo>
                                <a:lnTo>
                                  <a:pt x="4231959" y="5218914"/>
                                </a:lnTo>
                                <a:lnTo>
                                  <a:pt x="4229690" y="5219594"/>
                                </a:lnTo>
                                <a:lnTo>
                                  <a:pt x="4228102" y="5219594"/>
                                </a:lnTo>
                                <a:lnTo>
                                  <a:pt x="4225394" y="5219394"/>
                                </a:lnTo>
                                <a:lnTo>
                                  <a:pt x="4225153" y="5219141"/>
                                </a:lnTo>
                                <a:lnTo>
                                  <a:pt x="4221977" y="5219141"/>
                                </a:lnTo>
                                <a:lnTo>
                                  <a:pt x="4225394" y="5219394"/>
                                </a:lnTo>
                                <a:lnTo>
                                  <a:pt x="4229690" y="5223904"/>
                                </a:lnTo>
                                <a:lnTo>
                                  <a:pt x="4189988" y="5229121"/>
                                </a:lnTo>
                                <a:lnTo>
                                  <a:pt x="4189534" y="5212336"/>
                                </a:lnTo>
                                <a:lnTo>
                                  <a:pt x="4188853" y="5195325"/>
                                </a:lnTo>
                                <a:lnTo>
                                  <a:pt x="4187946" y="5177860"/>
                                </a:lnTo>
                                <a:lnTo>
                                  <a:pt x="4186812" y="5159942"/>
                                </a:lnTo>
                                <a:lnTo>
                                  <a:pt x="4184770" y="5123651"/>
                                </a:lnTo>
                                <a:lnTo>
                                  <a:pt x="4183409" y="5105506"/>
                                </a:lnTo>
                                <a:lnTo>
                                  <a:pt x="4182501" y="5087134"/>
                                </a:lnTo>
                                <a:lnTo>
                                  <a:pt x="4181820" y="5068988"/>
                                </a:lnTo>
                                <a:lnTo>
                                  <a:pt x="4181594" y="5050843"/>
                                </a:lnTo>
                                <a:lnTo>
                                  <a:pt x="4181367" y="5033151"/>
                                </a:lnTo>
                                <a:lnTo>
                                  <a:pt x="4181820" y="5015686"/>
                                </a:lnTo>
                                <a:lnTo>
                                  <a:pt x="4182501" y="4998675"/>
                                </a:lnTo>
                                <a:lnTo>
                                  <a:pt x="4183182" y="4990283"/>
                                </a:lnTo>
                                <a:lnTo>
                                  <a:pt x="4183862" y="4982344"/>
                                </a:lnTo>
                                <a:lnTo>
                                  <a:pt x="4184997" y="4974179"/>
                                </a:lnTo>
                                <a:lnTo>
                                  <a:pt x="4185904" y="4966241"/>
                                </a:lnTo>
                                <a:lnTo>
                                  <a:pt x="4187265" y="4958529"/>
                                </a:lnTo>
                                <a:lnTo>
                                  <a:pt x="4188853" y="4951044"/>
                                </a:lnTo>
                                <a:lnTo>
                                  <a:pt x="4182955" y="4952858"/>
                                </a:lnTo>
                                <a:lnTo>
                                  <a:pt x="4181140" y="4905000"/>
                                </a:lnTo>
                                <a:lnTo>
                                  <a:pt x="4179098" y="4856915"/>
                                </a:lnTo>
                                <a:lnTo>
                                  <a:pt x="4176829" y="4808830"/>
                                </a:lnTo>
                                <a:lnTo>
                                  <a:pt x="4174561" y="4760745"/>
                                </a:lnTo>
                                <a:lnTo>
                                  <a:pt x="4171838" y="4712433"/>
                                </a:lnTo>
                                <a:lnTo>
                                  <a:pt x="4169116" y="4664575"/>
                                </a:lnTo>
                                <a:lnTo>
                                  <a:pt x="4166166" y="4616490"/>
                                </a:lnTo>
                                <a:lnTo>
                                  <a:pt x="4162990" y="4568405"/>
                                </a:lnTo>
                                <a:lnTo>
                                  <a:pt x="4161629" y="4549126"/>
                                </a:lnTo>
                                <a:lnTo>
                                  <a:pt x="4159587" y="4528939"/>
                                </a:lnTo>
                                <a:lnTo>
                                  <a:pt x="4156865" y="4508072"/>
                                </a:lnTo>
                                <a:lnTo>
                                  <a:pt x="4154369" y="4486297"/>
                                </a:lnTo>
                                <a:lnTo>
                                  <a:pt x="4148697" y="4441841"/>
                                </a:lnTo>
                                <a:lnTo>
                                  <a:pt x="4145975" y="4419387"/>
                                </a:lnTo>
                                <a:lnTo>
                                  <a:pt x="4143933" y="4396932"/>
                                </a:lnTo>
                                <a:lnTo>
                                  <a:pt x="4141891" y="4374250"/>
                                </a:lnTo>
                                <a:lnTo>
                                  <a:pt x="4141438" y="4363363"/>
                                </a:lnTo>
                                <a:lnTo>
                                  <a:pt x="4140984" y="4352476"/>
                                </a:lnTo>
                                <a:lnTo>
                                  <a:pt x="4140757" y="4341589"/>
                                </a:lnTo>
                                <a:lnTo>
                                  <a:pt x="4140303" y="4330701"/>
                                </a:lnTo>
                                <a:lnTo>
                                  <a:pt x="4140757" y="4320041"/>
                                </a:lnTo>
                                <a:lnTo>
                                  <a:pt x="4141211" y="4309608"/>
                                </a:lnTo>
                                <a:lnTo>
                                  <a:pt x="4141891" y="4299401"/>
                                </a:lnTo>
                                <a:lnTo>
                                  <a:pt x="4142799" y="4289421"/>
                                </a:lnTo>
                                <a:lnTo>
                                  <a:pt x="4144160" y="4279668"/>
                                </a:lnTo>
                                <a:lnTo>
                                  <a:pt x="4145748" y="4269915"/>
                                </a:lnTo>
                                <a:lnTo>
                                  <a:pt x="4147790" y="4260842"/>
                                </a:lnTo>
                                <a:lnTo>
                                  <a:pt x="4150059" y="4251996"/>
                                </a:lnTo>
                                <a:lnTo>
                                  <a:pt x="4152781" y="4243150"/>
                                </a:lnTo>
                                <a:lnTo>
                                  <a:pt x="4155957" y="4234985"/>
                                </a:lnTo>
                                <a:lnTo>
                                  <a:pt x="4138488" y="4239748"/>
                                </a:lnTo>
                                <a:lnTo>
                                  <a:pt x="4137354" y="4226139"/>
                                </a:lnTo>
                                <a:lnTo>
                                  <a:pt x="4140757" y="4215932"/>
                                </a:lnTo>
                                <a:lnTo>
                                  <a:pt x="4141664" y="4213664"/>
                                </a:lnTo>
                                <a:lnTo>
                                  <a:pt x="4142118" y="4211396"/>
                                </a:lnTo>
                                <a:lnTo>
                                  <a:pt x="4143026" y="4207313"/>
                                </a:lnTo>
                                <a:lnTo>
                                  <a:pt x="4143479" y="4203684"/>
                                </a:lnTo>
                                <a:lnTo>
                                  <a:pt x="4144160" y="4200736"/>
                                </a:lnTo>
                                <a:lnTo>
                                  <a:pt x="4144387" y="4199148"/>
                                </a:lnTo>
                                <a:lnTo>
                                  <a:pt x="4145067" y="4198014"/>
                                </a:lnTo>
                                <a:lnTo>
                                  <a:pt x="4145748" y="4197107"/>
                                </a:lnTo>
                                <a:lnTo>
                                  <a:pt x="4146882" y="4195746"/>
                                </a:lnTo>
                                <a:lnTo>
                                  <a:pt x="4148471" y="4195065"/>
                                </a:lnTo>
                                <a:lnTo>
                                  <a:pt x="4150285" y="4194158"/>
                                </a:lnTo>
                                <a:lnTo>
                                  <a:pt x="4152781" y="4193704"/>
                                </a:lnTo>
                                <a:lnTo>
                                  <a:pt x="4155730" y="4193024"/>
                                </a:lnTo>
                                <a:lnTo>
                                  <a:pt x="4154823" y="4186673"/>
                                </a:lnTo>
                                <a:lnTo>
                                  <a:pt x="4271435" y="4170569"/>
                                </a:lnTo>
                                <a:lnTo>
                                  <a:pt x="4388046" y="4154238"/>
                                </a:lnTo>
                                <a:lnTo>
                                  <a:pt x="4446352" y="4146527"/>
                                </a:lnTo>
                                <a:lnTo>
                                  <a:pt x="4504658" y="4138815"/>
                                </a:lnTo>
                                <a:lnTo>
                                  <a:pt x="4563190" y="4131103"/>
                                </a:lnTo>
                                <a:lnTo>
                                  <a:pt x="4621723" y="4124072"/>
                                </a:lnTo>
                                <a:close/>
                                <a:moveTo>
                                  <a:pt x="61482" y="4112985"/>
                                </a:moveTo>
                                <a:lnTo>
                                  <a:pt x="61482" y="4113892"/>
                                </a:lnTo>
                                <a:lnTo>
                                  <a:pt x="61708" y="4114572"/>
                                </a:lnTo>
                                <a:lnTo>
                                  <a:pt x="61482" y="4112985"/>
                                </a:lnTo>
                                <a:close/>
                                <a:moveTo>
                                  <a:pt x="1730744" y="4097791"/>
                                </a:moveTo>
                                <a:lnTo>
                                  <a:pt x="1730517" y="4098472"/>
                                </a:lnTo>
                                <a:lnTo>
                                  <a:pt x="1730063" y="4109131"/>
                                </a:lnTo>
                                <a:lnTo>
                                  <a:pt x="1730744" y="4097791"/>
                                </a:lnTo>
                                <a:close/>
                                <a:moveTo>
                                  <a:pt x="3072876" y="4095493"/>
                                </a:moveTo>
                                <a:lnTo>
                                  <a:pt x="3071061" y="4100256"/>
                                </a:lnTo>
                                <a:lnTo>
                                  <a:pt x="3071741" y="4098895"/>
                                </a:lnTo>
                                <a:lnTo>
                                  <a:pt x="3072876" y="4095493"/>
                                </a:lnTo>
                                <a:close/>
                                <a:moveTo>
                                  <a:pt x="3061759" y="4091410"/>
                                </a:moveTo>
                                <a:lnTo>
                                  <a:pt x="3067658" y="4106607"/>
                                </a:lnTo>
                                <a:lnTo>
                                  <a:pt x="3067884" y="4106834"/>
                                </a:lnTo>
                                <a:lnTo>
                                  <a:pt x="3061759" y="4091410"/>
                                </a:lnTo>
                                <a:close/>
                                <a:moveTo>
                                  <a:pt x="6767697" y="4084699"/>
                                </a:moveTo>
                                <a:lnTo>
                                  <a:pt x="6765698" y="4095240"/>
                                </a:lnTo>
                                <a:lnTo>
                                  <a:pt x="6765018" y="4097722"/>
                                </a:lnTo>
                                <a:lnTo>
                                  <a:pt x="6764985" y="4097755"/>
                                </a:lnTo>
                                <a:lnTo>
                                  <a:pt x="6767697" y="4084699"/>
                                </a:lnTo>
                                <a:close/>
                                <a:moveTo>
                                  <a:pt x="6750050" y="4079874"/>
                                </a:moveTo>
                                <a:lnTo>
                                  <a:pt x="6749596" y="4082922"/>
                                </a:lnTo>
                                <a:lnTo>
                                  <a:pt x="6748462" y="4086224"/>
                                </a:lnTo>
                                <a:lnTo>
                                  <a:pt x="6750050" y="4079874"/>
                                </a:lnTo>
                                <a:close/>
                                <a:moveTo>
                                  <a:pt x="1875727" y="4067265"/>
                                </a:moveTo>
                                <a:lnTo>
                                  <a:pt x="1872760" y="4068536"/>
                                </a:lnTo>
                                <a:lnTo>
                                  <a:pt x="1872216" y="4067992"/>
                                </a:lnTo>
                                <a:lnTo>
                                  <a:pt x="1875727" y="4067265"/>
                                </a:lnTo>
                                <a:close/>
                                <a:moveTo>
                                  <a:pt x="2625847" y="4067175"/>
                                </a:moveTo>
                                <a:lnTo>
                                  <a:pt x="2631613" y="4071739"/>
                                </a:lnTo>
                                <a:lnTo>
                                  <a:pt x="2631844" y="4072880"/>
                                </a:lnTo>
                                <a:lnTo>
                                  <a:pt x="2631844" y="4074934"/>
                                </a:lnTo>
                                <a:lnTo>
                                  <a:pt x="2631844" y="4077216"/>
                                </a:lnTo>
                                <a:lnTo>
                                  <a:pt x="2631152" y="4082009"/>
                                </a:lnTo>
                                <a:lnTo>
                                  <a:pt x="2629999" y="4086801"/>
                                </a:lnTo>
                                <a:lnTo>
                                  <a:pt x="2628845" y="4091365"/>
                                </a:lnTo>
                                <a:lnTo>
                                  <a:pt x="2627461" y="4095701"/>
                                </a:lnTo>
                                <a:lnTo>
                                  <a:pt x="2625847" y="4099352"/>
                                </a:lnTo>
                                <a:lnTo>
                                  <a:pt x="2624693" y="4102091"/>
                                </a:lnTo>
                                <a:lnTo>
                                  <a:pt x="2623771" y="4103688"/>
                                </a:lnTo>
                                <a:lnTo>
                                  <a:pt x="2610392" y="4099809"/>
                                </a:lnTo>
                                <a:lnTo>
                                  <a:pt x="2605087" y="4095701"/>
                                </a:lnTo>
                                <a:lnTo>
                                  <a:pt x="2605548" y="4093419"/>
                                </a:lnTo>
                                <a:lnTo>
                                  <a:pt x="2613160" y="4084062"/>
                                </a:lnTo>
                                <a:lnTo>
                                  <a:pt x="2617543" y="4072424"/>
                                </a:lnTo>
                                <a:lnTo>
                                  <a:pt x="2621925" y="4068773"/>
                                </a:lnTo>
                                <a:lnTo>
                                  <a:pt x="2625847" y="4067175"/>
                                </a:lnTo>
                                <a:close/>
                                <a:moveTo>
                                  <a:pt x="6772275" y="4062068"/>
                                </a:moveTo>
                                <a:lnTo>
                                  <a:pt x="6769327" y="4078767"/>
                                </a:lnTo>
                                <a:lnTo>
                                  <a:pt x="6770007" y="4073577"/>
                                </a:lnTo>
                                <a:lnTo>
                                  <a:pt x="6767697" y="4084699"/>
                                </a:lnTo>
                                <a:lnTo>
                                  <a:pt x="6767966" y="4083280"/>
                                </a:lnTo>
                                <a:lnTo>
                                  <a:pt x="6772275" y="4062068"/>
                                </a:lnTo>
                                <a:close/>
                                <a:moveTo>
                                  <a:pt x="1920671" y="4055378"/>
                                </a:moveTo>
                                <a:lnTo>
                                  <a:pt x="1918586" y="4058331"/>
                                </a:lnTo>
                                <a:lnTo>
                                  <a:pt x="1914049" y="4058104"/>
                                </a:lnTo>
                                <a:lnTo>
                                  <a:pt x="1918813" y="4056063"/>
                                </a:lnTo>
                                <a:lnTo>
                                  <a:pt x="1920671" y="4055378"/>
                                </a:lnTo>
                                <a:close/>
                                <a:moveTo>
                                  <a:pt x="6766605" y="4038599"/>
                                </a:moveTo>
                                <a:lnTo>
                                  <a:pt x="6766152" y="4056201"/>
                                </a:lnTo>
                                <a:lnTo>
                                  <a:pt x="6766832" y="4054847"/>
                                </a:lnTo>
                                <a:lnTo>
                                  <a:pt x="6766832" y="4061165"/>
                                </a:lnTo>
                                <a:lnTo>
                                  <a:pt x="6768193" y="4056878"/>
                                </a:lnTo>
                                <a:lnTo>
                                  <a:pt x="6769100" y="4055072"/>
                                </a:lnTo>
                                <a:lnTo>
                                  <a:pt x="6769327" y="4054847"/>
                                </a:lnTo>
                                <a:lnTo>
                                  <a:pt x="6769554" y="4055298"/>
                                </a:lnTo>
                                <a:lnTo>
                                  <a:pt x="6769327" y="4057780"/>
                                </a:lnTo>
                                <a:lnTo>
                                  <a:pt x="6768646" y="4062745"/>
                                </a:lnTo>
                                <a:lnTo>
                                  <a:pt x="6767286" y="4069966"/>
                                </a:lnTo>
                                <a:lnTo>
                                  <a:pt x="6763204" y="4091404"/>
                                </a:lnTo>
                                <a:lnTo>
                                  <a:pt x="6764111" y="4088696"/>
                                </a:lnTo>
                                <a:lnTo>
                                  <a:pt x="6764111" y="4091855"/>
                                </a:lnTo>
                                <a:lnTo>
                                  <a:pt x="6764564" y="4091178"/>
                                </a:lnTo>
                                <a:lnTo>
                                  <a:pt x="6765018" y="4092306"/>
                                </a:lnTo>
                                <a:lnTo>
                                  <a:pt x="6765698" y="4091404"/>
                                </a:lnTo>
                                <a:lnTo>
                                  <a:pt x="6764791" y="4097948"/>
                                </a:lnTo>
                                <a:lnTo>
                                  <a:pt x="6764985" y="4097755"/>
                                </a:lnTo>
                                <a:lnTo>
                                  <a:pt x="6748916" y="4175124"/>
                                </a:lnTo>
                                <a:lnTo>
                                  <a:pt x="6752328" y="4145168"/>
                                </a:lnTo>
                                <a:lnTo>
                                  <a:pt x="6752771" y="4141275"/>
                                </a:lnTo>
                                <a:lnTo>
                                  <a:pt x="6749370" y="4150753"/>
                                </a:lnTo>
                                <a:lnTo>
                                  <a:pt x="6749370" y="4133377"/>
                                </a:lnTo>
                                <a:lnTo>
                                  <a:pt x="6749823" y="4115775"/>
                                </a:lnTo>
                                <a:lnTo>
                                  <a:pt x="6750050" y="4103138"/>
                                </a:lnTo>
                                <a:lnTo>
                                  <a:pt x="6750050" y="4098851"/>
                                </a:lnTo>
                                <a:lnTo>
                                  <a:pt x="6750050" y="4096820"/>
                                </a:lnTo>
                                <a:lnTo>
                                  <a:pt x="6746875" y="4097045"/>
                                </a:lnTo>
                                <a:lnTo>
                                  <a:pt x="6747555" y="4091855"/>
                                </a:lnTo>
                                <a:lnTo>
                                  <a:pt x="6747555" y="4096143"/>
                                </a:lnTo>
                                <a:lnTo>
                                  <a:pt x="6752998" y="4074479"/>
                                </a:lnTo>
                                <a:lnTo>
                                  <a:pt x="6757080" y="4058683"/>
                                </a:lnTo>
                                <a:lnTo>
                                  <a:pt x="6761616" y="4040404"/>
                                </a:lnTo>
                                <a:lnTo>
                                  <a:pt x="6760936" y="4045595"/>
                                </a:lnTo>
                                <a:lnTo>
                                  <a:pt x="6762523" y="4043338"/>
                                </a:lnTo>
                                <a:lnTo>
                                  <a:pt x="6763657" y="4050108"/>
                                </a:lnTo>
                                <a:lnTo>
                                  <a:pt x="6766605" y="4038599"/>
                                </a:lnTo>
                                <a:close/>
                                <a:moveTo>
                                  <a:pt x="2544763" y="4032249"/>
                                </a:moveTo>
                                <a:lnTo>
                                  <a:pt x="2539577" y="4035424"/>
                                </a:lnTo>
                                <a:lnTo>
                                  <a:pt x="2533650" y="4035424"/>
                                </a:lnTo>
                                <a:lnTo>
                                  <a:pt x="2544763" y="4032249"/>
                                </a:lnTo>
                                <a:close/>
                                <a:moveTo>
                                  <a:pt x="2527911" y="4030662"/>
                                </a:moveTo>
                                <a:lnTo>
                                  <a:pt x="2532063" y="4035308"/>
                                </a:lnTo>
                                <a:lnTo>
                                  <a:pt x="2525713" y="4040187"/>
                                </a:lnTo>
                                <a:lnTo>
                                  <a:pt x="2527911" y="4030662"/>
                                </a:lnTo>
                                <a:close/>
                                <a:moveTo>
                                  <a:pt x="3111670" y="4016561"/>
                                </a:moveTo>
                                <a:lnTo>
                                  <a:pt x="3109402" y="4018149"/>
                                </a:lnTo>
                                <a:lnTo>
                                  <a:pt x="3110536" y="4017922"/>
                                </a:lnTo>
                                <a:lnTo>
                                  <a:pt x="3111670" y="4016561"/>
                                </a:lnTo>
                                <a:close/>
                                <a:moveTo>
                                  <a:pt x="38500" y="4016330"/>
                                </a:moveTo>
                                <a:lnTo>
                                  <a:pt x="38896" y="4017860"/>
                                </a:lnTo>
                                <a:lnTo>
                                  <a:pt x="39020" y="4017737"/>
                                </a:lnTo>
                                <a:lnTo>
                                  <a:pt x="38500" y="4016330"/>
                                </a:lnTo>
                                <a:close/>
                                <a:moveTo>
                                  <a:pt x="6738938" y="4013199"/>
                                </a:moveTo>
                                <a:lnTo>
                                  <a:pt x="6738938" y="4022923"/>
                                </a:lnTo>
                                <a:lnTo>
                                  <a:pt x="6737350" y="4024312"/>
                                </a:lnTo>
                                <a:lnTo>
                                  <a:pt x="6738938" y="4013199"/>
                                </a:lnTo>
                                <a:close/>
                                <a:moveTo>
                                  <a:pt x="3199470" y="4011344"/>
                                </a:moveTo>
                                <a:lnTo>
                                  <a:pt x="3199923" y="4012025"/>
                                </a:lnTo>
                                <a:lnTo>
                                  <a:pt x="3199923" y="4011344"/>
                                </a:lnTo>
                                <a:lnTo>
                                  <a:pt x="3199470" y="4011344"/>
                                </a:lnTo>
                                <a:close/>
                                <a:moveTo>
                                  <a:pt x="38418" y="4006849"/>
                                </a:moveTo>
                                <a:lnTo>
                                  <a:pt x="39687" y="4010022"/>
                                </a:lnTo>
                                <a:lnTo>
                                  <a:pt x="39689" y="4010024"/>
                                </a:lnTo>
                                <a:lnTo>
                                  <a:pt x="39687" y="4010023"/>
                                </a:lnTo>
                                <a:lnTo>
                                  <a:pt x="38100" y="4008186"/>
                                </a:lnTo>
                                <a:lnTo>
                                  <a:pt x="38418" y="4006849"/>
                                </a:lnTo>
                                <a:close/>
                                <a:moveTo>
                                  <a:pt x="1662004" y="4002314"/>
                                </a:moveTo>
                                <a:lnTo>
                                  <a:pt x="1659509" y="4006170"/>
                                </a:lnTo>
                                <a:lnTo>
                                  <a:pt x="1659736" y="4006397"/>
                                </a:lnTo>
                                <a:lnTo>
                                  <a:pt x="1662004" y="4002314"/>
                                </a:lnTo>
                                <a:close/>
                                <a:moveTo>
                                  <a:pt x="36512" y="3998912"/>
                                </a:moveTo>
                                <a:lnTo>
                                  <a:pt x="38100" y="4000133"/>
                                </a:lnTo>
                                <a:lnTo>
                                  <a:pt x="37571" y="4006850"/>
                                </a:lnTo>
                                <a:lnTo>
                                  <a:pt x="36512" y="3998912"/>
                                </a:lnTo>
                                <a:close/>
                                <a:moveTo>
                                  <a:pt x="3976049" y="3990477"/>
                                </a:moveTo>
                                <a:lnTo>
                                  <a:pt x="3977339" y="3995854"/>
                                </a:lnTo>
                                <a:lnTo>
                                  <a:pt x="3970831" y="4010664"/>
                                </a:lnTo>
                                <a:lnTo>
                                  <a:pt x="3977410" y="3996148"/>
                                </a:lnTo>
                                <a:lnTo>
                                  <a:pt x="3977339" y="3995854"/>
                                </a:lnTo>
                                <a:lnTo>
                                  <a:pt x="3977410" y="3995694"/>
                                </a:lnTo>
                                <a:lnTo>
                                  <a:pt x="3976049" y="3990477"/>
                                </a:lnTo>
                                <a:close/>
                                <a:moveTo>
                                  <a:pt x="34030" y="3979408"/>
                                </a:moveTo>
                                <a:lnTo>
                                  <a:pt x="34257" y="3980315"/>
                                </a:lnTo>
                                <a:lnTo>
                                  <a:pt x="34098" y="3980156"/>
                                </a:lnTo>
                                <a:lnTo>
                                  <a:pt x="34030" y="3979408"/>
                                </a:lnTo>
                                <a:close/>
                                <a:moveTo>
                                  <a:pt x="2609605" y="3972105"/>
                                </a:moveTo>
                                <a:lnTo>
                                  <a:pt x="2608924" y="3975734"/>
                                </a:lnTo>
                                <a:lnTo>
                                  <a:pt x="2608924" y="3976641"/>
                                </a:lnTo>
                                <a:lnTo>
                                  <a:pt x="2609605" y="3972105"/>
                                </a:lnTo>
                                <a:close/>
                                <a:moveTo>
                                  <a:pt x="1669264" y="3968977"/>
                                </a:moveTo>
                                <a:lnTo>
                                  <a:pt x="1669264" y="3969204"/>
                                </a:lnTo>
                                <a:lnTo>
                                  <a:pt x="1669264" y="3969431"/>
                                </a:lnTo>
                                <a:lnTo>
                                  <a:pt x="1669945" y="3975100"/>
                                </a:lnTo>
                                <a:lnTo>
                                  <a:pt x="1669718" y="3971698"/>
                                </a:lnTo>
                                <a:lnTo>
                                  <a:pt x="1669264" y="3968977"/>
                                </a:lnTo>
                                <a:close/>
                                <a:moveTo>
                                  <a:pt x="1449063" y="3959224"/>
                                </a:moveTo>
                                <a:lnTo>
                                  <a:pt x="1458914" y="3965347"/>
                                </a:lnTo>
                                <a:lnTo>
                                  <a:pt x="1458210" y="3966254"/>
                                </a:lnTo>
                                <a:lnTo>
                                  <a:pt x="1457272" y="3967388"/>
                                </a:lnTo>
                                <a:lnTo>
                                  <a:pt x="1456334" y="3967842"/>
                                </a:lnTo>
                                <a:lnTo>
                                  <a:pt x="1455395" y="3968296"/>
                                </a:lnTo>
                                <a:lnTo>
                                  <a:pt x="1454457" y="3968522"/>
                                </a:lnTo>
                                <a:lnTo>
                                  <a:pt x="1453285" y="3968749"/>
                                </a:lnTo>
                                <a:lnTo>
                                  <a:pt x="1450939" y="3968296"/>
                                </a:lnTo>
                                <a:lnTo>
                                  <a:pt x="1448360" y="3967842"/>
                                </a:lnTo>
                                <a:lnTo>
                                  <a:pt x="1445311" y="3966708"/>
                                </a:lnTo>
                                <a:lnTo>
                                  <a:pt x="1441793" y="3965574"/>
                                </a:lnTo>
                                <a:lnTo>
                                  <a:pt x="1438276" y="3964667"/>
                                </a:lnTo>
                                <a:lnTo>
                                  <a:pt x="1439214" y="3960812"/>
                                </a:lnTo>
                                <a:lnTo>
                                  <a:pt x="1449063" y="3959224"/>
                                </a:lnTo>
                                <a:close/>
                                <a:moveTo>
                                  <a:pt x="2141128" y="3947419"/>
                                </a:moveTo>
                                <a:lnTo>
                                  <a:pt x="2141138" y="3947432"/>
                                </a:lnTo>
                                <a:lnTo>
                                  <a:pt x="2143180" y="3949700"/>
                                </a:lnTo>
                                <a:lnTo>
                                  <a:pt x="2145449" y="3951741"/>
                                </a:lnTo>
                                <a:lnTo>
                                  <a:pt x="2147944" y="3953782"/>
                                </a:lnTo>
                                <a:lnTo>
                                  <a:pt x="2150213" y="3955597"/>
                                </a:lnTo>
                                <a:lnTo>
                                  <a:pt x="2152708" y="3957411"/>
                                </a:lnTo>
                                <a:lnTo>
                                  <a:pt x="2158153" y="3960586"/>
                                </a:lnTo>
                                <a:lnTo>
                                  <a:pt x="2163371" y="3963307"/>
                                </a:lnTo>
                                <a:lnTo>
                                  <a:pt x="2169043" y="3965348"/>
                                </a:lnTo>
                                <a:lnTo>
                                  <a:pt x="2175055" y="3968353"/>
                                </a:lnTo>
                                <a:lnTo>
                                  <a:pt x="2175045" y="3968303"/>
                                </a:lnTo>
                                <a:lnTo>
                                  <a:pt x="2168684" y="3965135"/>
                                </a:lnTo>
                                <a:lnTo>
                                  <a:pt x="2163913" y="3963099"/>
                                </a:lnTo>
                                <a:lnTo>
                                  <a:pt x="2158687" y="3960383"/>
                                </a:lnTo>
                                <a:lnTo>
                                  <a:pt x="2153916" y="3957441"/>
                                </a:lnTo>
                                <a:lnTo>
                                  <a:pt x="2148918" y="3954047"/>
                                </a:lnTo>
                                <a:lnTo>
                                  <a:pt x="2144374" y="3950426"/>
                                </a:lnTo>
                                <a:lnTo>
                                  <a:pt x="2142102" y="3948389"/>
                                </a:lnTo>
                                <a:lnTo>
                                  <a:pt x="2141128" y="3947419"/>
                                </a:lnTo>
                                <a:close/>
                                <a:moveTo>
                                  <a:pt x="3422257" y="3939897"/>
                                </a:moveTo>
                                <a:lnTo>
                                  <a:pt x="3421803" y="3940124"/>
                                </a:lnTo>
                                <a:lnTo>
                                  <a:pt x="3422030" y="3940124"/>
                                </a:lnTo>
                                <a:lnTo>
                                  <a:pt x="3422257" y="3939897"/>
                                </a:lnTo>
                                <a:close/>
                                <a:moveTo>
                                  <a:pt x="1657467" y="3937454"/>
                                </a:moveTo>
                                <a:lnTo>
                                  <a:pt x="1655879" y="3938361"/>
                                </a:lnTo>
                                <a:lnTo>
                                  <a:pt x="1656106" y="3938588"/>
                                </a:lnTo>
                                <a:lnTo>
                                  <a:pt x="1657467" y="3937454"/>
                                </a:lnTo>
                                <a:close/>
                                <a:moveTo>
                                  <a:pt x="3338768" y="3936495"/>
                                </a:moveTo>
                                <a:lnTo>
                                  <a:pt x="3341264" y="3937629"/>
                                </a:lnTo>
                                <a:lnTo>
                                  <a:pt x="3338995" y="3936495"/>
                                </a:lnTo>
                                <a:lnTo>
                                  <a:pt x="3338768" y="3936495"/>
                                </a:lnTo>
                                <a:close/>
                                <a:moveTo>
                                  <a:pt x="1647939" y="3931330"/>
                                </a:moveTo>
                                <a:lnTo>
                                  <a:pt x="1649754" y="3931784"/>
                                </a:lnTo>
                                <a:lnTo>
                                  <a:pt x="1649073" y="3931330"/>
                                </a:lnTo>
                                <a:lnTo>
                                  <a:pt x="1647939" y="3931330"/>
                                </a:lnTo>
                                <a:close/>
                                <a:moveTo>
                                  <a:pt x="2942425" y="3927649"/>
                                </a:moveTo>
                                <a:lnTo>
                                  <a:pt x="2942198" y="3928103"/>
                                </a:lnTo>
                                <a:lnTo>
                                  <a:pt x="2942879" y="3928556"/>
                                </a:lnTo>
                                <a:lnTo>
                                  <a:pt x="2942425" y="3927649"/>
                                </a:lnTo>
                                <a:close/>
                                <a:moveTo>
                                  <a:pt x="1670172" y="3915455"/>
                                </a:moveTo>
                                <a:lnTo>
                                  <a:pt x="1669945" y="3916363"/>
                                </a:lnTo>
                                <a:lnTo>
                                  <a:pt x="1671306" y="3918630"/>
                                </a:lnTo>
                                <a:lnTo>
                                  <a:pt x="1670172" y="3915455"/>
                                </a:lnTo>
                                <a:close/>
                                <a:moveTo>
                                  <a:pt x="23340" y="3913644"/>
                                </a:moveTo>
                                <a:lnTo>
                                  <a:pt x="22368" y="3917206"/>
                                </a:lnTo>
                                <a:lnTo>
                                  <a:pt x="23840" y="3917756"/>
                                </a:lnTo>
                                <a:lnTo>
                                  <a:pt x="23340" y="3913644"/>
                                </a:lnTo>
                                <a:close/>
                                <a:moveTo>
                                  <a:pt x="1602566" y="3912961"/>
                                </a:moveTo>
                                <a:lnTo>
                                  <a:pt x="1602566" y="3913188"/>
                                </a:lnTo>
                                <a:lnTo>
                                  <a:pt x="1602793" y="3912961"/>
                                </a:lnTo>
                                <a:lnTo>
                                  <a:pt x="1602566" y="3912961"/>
                                </a:lnTo>
                                <a:close/>
                                <a:moveTo>
                                  <a:pt x="3941337" y="3910865"/>
                                </a:moveTo>
                                <a:lnTo>
                                  <a:pt x="3940657" y="3911545"/>
                                </a:lnTo>
                                <a:lnTo>
                                  <a:pt x="3941791" y="3912679"/>
                                </a:lnTo>
                                <a:lnTo>
                                  <a:pt x="3941337" y="3910865"/>
                                </a:lnTo>
                                <a:close/>
                                <a:moveTo>
                                  <a:pt x="2135675" y="3904578"/>
                                </a:moveTo>
                                <a:lnTo>
                                  <a:pt x="2133198" y="3934732"/>
                                </a:lnTo>
                                <a:lnTo>
                                  <a:pt x="2134377" y="3937089"/>
                                </a:lnTo>
                                <a:lnTo>
                                  <a:pt x="2134377" y="3933680"/>
                                </a:lnTo>
                                <a:lnTo>
                                  <a:pt x="2134831" y="3928928"/>
                                </a:lnTo>
                                <a:lnTo>
                                  <a:pt x="2135740" y="3918066"/>
                                </a:lnTo>
                                <a:lnTo>
                                  <a:pt x="2135967" y="3912861"/>
                                </a:lnTo>
                                <a:lnTo>
                                  <a:pt x="2135967" y="3907430"/>
                                </a:lnTo>
                                <a:lnTo>
                                  <a:pt x="2135740" y="3905167"/>
                                </a:lnTo>
                                <a:lnTo>
                                  <a:pt x="2135675" y="3904578"/>
                                </a:lnTo>
                                <a:close/>
                                <a:moveTo>
                                  <a:pt x="1597122" y="3898220"/>
                                </a:moveTo>
                                <a:lnTo>
                                  <a:pt x="1598710" y="3904797"/>
                                </a:lnTo>
                                <a:lnTo>
                                  <a:pt x="1598937" y="3905023"/>
                                </a:lnTo>
                                <a:lnTo>
                                  <a:pt x="1597122" y="3898220"/>
                                </a:lnTo>
                                <a:close/>
                                <a:moveTo>
                                  <a:pt x="4015524" y="3897709"/>
                                </a:moveTo>
                                <a:lnTo>
                                  <a:pt x="4022330" y="3899524"/>
                                </a:lnTo>
                                <a:lnTo>
                                  <a:pt x="4022557" y="3899524"/>
                                </a:lnTo>
                                <a:lnTo>
                                  <a:pt x="4015524" y="3897709"/>
                                </a:lnTo>
                                <a:close/>
                                <a:moveTo>
                                  <a:pt x="3981947" y="3894987"/>
                                </a:moveTo>
                                <a:lnTo>
                                  <a:pt x="3981040" y="3895441"/>
                                </a:lnTo>
                                <a:lnTo>
                                  <a:pt x="3982401" y="3894987"/>
                                </a:lnTo>
                                <a:lnTo>
                                  <a:pt x="3981947" y="3894987"/>
                                </a:lnTo>
                                <a:close/>
                                <a:moveTo>
                                  <a:pt x="1557194" y="3891416"/>
                                </a:moveTo>
                                <a:lnTo>
                                  <a:pt x="1557874" y="3892550"/>
                                </a:lnTo>
                                <a:lnTo>
                                  <a:pt x="1557874" y="3891643"/>
                                </a:lnTo>
                                <a:lnTo>
                                  <a:pt x="1557194" y="3891416"/>
                                </a:lnTo>
                                <a:close/>
                                <a:moveTo>
                                  <a:pt x="2125963" y="3884592"/>
                                </a:moveTo>
                                <a:lnTo>
                                  <a:pt x="2125485" y="3887561"/>
                                </a:lnTo>
                                <a:lnTo>
                                  <a:pt x="2135638" y="3904251"/>
                                </a:lnTo>
                                <a:lnTo>
                                  <a:pt x="2135513" y="3903130"/>
                                </a:lnTo>
                                <a:lnTo>
                                  <a:pt x="2134831" y="3901094"/>
                                </a:lnTo>
                                <a:lnTo>
                                  <a:pt x="2134150" y="3899509"/>
                                </a:lnTo>
                                <a:lnTo>
                                  <a:pt x="2125963" y="3884592"/>
                                </a:lnTo>
                                <a:close/>
                                <a:moveTo>
                                  <a:pt x="7940" y="3873499"/>
                                </a:moveTo>
                                <a:lnTo>
                                  <a:pt x="11117" y="3875313"/>
                                </a:lnTo>
                                <a:lnTo>
                                  <a:pt x="11570" y="3875313"/>
                                </a:lnTo>
                                <a:lnTo>
                                  <a:pt x="11797" y="3875313"/>
                                </a:lnTo>
                                <a:lnTo>
                                  <a:pt x="13612" y="3875313"/>
                                </a:lnTo>
                                <a:lnTo>
                                  <a:pt x="13385" y="3891415"/>
                                </a:lnTo>
                                <a:lnTo>
                                  <a:pt x="13385" y="3894590"/>
                                </a:lnTo>
                                <a:lnTo>
                                  <a:pt x="17242" y="3920217"/>
                                </a:lnTo>
                                <a:lnTo>
                                  <a:pt x="16108" y="3906837"/>
                                </a:lnTo>
                                <a:lnTo>
                                  <a:pt x="22006" y="3939947"/>
                                </a:lnTo>
                                <a:lnTo>
                                  <a:pt x="19738" y="3923392"/>
                                </a:lnTo>
                                <a:lnTo>
                                  <a:pt x="23141" y="3944937"/>
                                </a:lnTo>
                                <a:lnTo>
                                  <a:pt x="20191" y="3921804"/>
                                </a:lnTo>
                                <a:lnTo>
                                  <a:pt x="24275" y="3941762"/>
                                </a:lnTo>
                                <a:lnTo>
                                  <a:pt x="24502" y="3934051"/>
                                </a:lnTo>
                                <a:lnTo>
                                  <a:pt x="30173" y="3961265"/>
                                </a:lnTo>
                                <a:lnTo>
                                  <a:pt x="33350" y="3976460"/>
                                </a:lnTo>
                                <a:lnTo>
                                  <a:pt x="34030" y="3980088"/>
                                </a:lnTo>
                                <a:lnTo>
                                  <a:pt x="34098" y="3980156"/>
                                </a:lnTo>
                                <a:lnTo>
                                  <a:pt x="34257" y="3981903"/>
                                </a:lnTo>
                                <a:lnTo>
                                  <a:pt x="34257" y="3985305"/>
                                </a:lnTo>
                                <a:lnTo>
                                  <a:pt x="34257" y="3993015"/>
                                </a:lnTo>
                                <a:lnTo>
                                  <a:pt x="34030" y="4001633"/>
                                </a:lnTo>
                                <a:lnTo>
                                  <a:pt x="34257" y="4009571"/>
                                </a:lnTo>
                                <a:lnTo>
                                  <a:pt x="34484" y="4012746"/>
                                </a:lnTo>
                                <a:lnTo>
                                  <a:pt x="34711" y="4015694"/>
                                </a:lnTo>
                                <a:lnTo>
                                  <a:pt x="35618" y="4017735"/>
                                </a:lnTo>
                                <a:lnTo>
                                  <a:pt x="36072" y="4018415"/>
                                </a:lnTo>
                                <a:lnTo>
                                  <a:pt x="36526" y="4018642"/>
                                </a:lnTo>
                                <a:lnTo>
                                  <a:pt x="36980" y="4018869"/>
                                </a:lnTo>
                                <a:lnTo>
                                  <a:pt x="37660" y="4018869"/>
                                </a:lnTo>
                                <a:lnTo>
                                  <a:pt x="38341" y="4018415"/>
                                </a:lnTo>
                                <a:lnTo>
                                  <a:pt x="38875" y="4017882"/>
                                </a:lnTo>
                                <a:lnTo>
                                  <a:pt x="38458" y="4016215"/>
                                </a:lnTo>
                                <a:lnTo>
                                  <a:pt x="38100" y="4015248"/>
                                </a:lnTo>
                                <a:lnTo>
                                  <a:pt x="38179" y="4015097"/>
                                </a:lnTo>
                                <a:lnTo>
                                  <a:pt x="38100" y="4014787"/>
                                </a:lnTo>
                                <a:lnTo>
                                  <a:pt x="38180" y="4015094"/>
                                </a:lnTo>
                                <a:lnTo>
                                  <a:pt x="39159" y="4013199"/>
                                </a:lnTo>
                                <a:lnTo>
                                  <a:pt x="39159" y="4013404"/>
                                </a:lnTo>
                                <a:lnTo>
                                  <a:pt x="39485" y="4017183"/>
                                </a:lnTo>
                                <a:lnTo>
                                  <a:pt x="41063" y="4015013"/>
                                </a:lnTo>
                                <a:lnTo>
                                  <a:pt x="43559" y="4010931"/>
                                </a:lnTo>
                                <a:lnTo>
                                  <a:pt x="46281" y="4018869"/>
                                </a:lnTo>
                                <a:lnTo>
                                  <a:pt x="46055" y="4017962"/>
                                </a:lnTo>
                                <a:lnTo>
                                  <a:pt x="53541" y="4041321"/>
                                </a:lnTo>
                                <a:lnTo>
                                  <a:pt x="49911" y="4028394"/>
                                </a:lnTo>
                                <a:lnTo>
                                  <a:pt x="52861" y="4035878"/>
                                </a:lnTo>
                                <a:lnTo>
                                  <a:pt x="55583" y="4043588"/>
                                </a:lnTo>
                                <a:lnTo>
                                  <a:pt x="57851" y="4051526"/>
                                </a:lnTo>
                                <a:lnTo>
                                  <a:pt x="60120" y="4059237"/>
                                </a:lnTo>
                                <a:lnTo>
                                  <a:pt x="64204" y="4075112"/>
                                </a:lnTo>
                                <a:lnTo>
                                  <a:pt x="68061" y="4090760"/>
                                </a:lnTo>
                                <a:lnTo>
                                  <a:pt x="71464" y="4106862"/>
                                </a:lnTo>
                                <a:lnTo>
                                  <a:pt x="74867" y="4122737"/>
                                </a:lnTo>
                                <a:lnTo>
                                  <a:pt x="78043" y="4138838"/>
                                </a:lnTo>
                                <a:lnTo>
                                  <a:pt x="81446" y="4154260"/>
                                </a:lnTo>
                                <a:lnTo>
                                  <a:pt x="80765" y="4147683"/>
                                </a:lnTo>
                                <a:lnTo>
                                  <a:pt x="80085" y="4141106"/>
                                </a:lnTo>
                                <a:lnTo>
                                  <a:pt x="79404" y="4134303"/>
                                </a:lnTo>
                                <a:lnTo>
                                  <a:pt x="79177" y="4127499"/>
                                </a:lnTo>
                                <a:lnTo>
                                  <a:pt x="80311" y="4130447"/>
                                </a:lnTo>
                                <a:lnTo>
                                  <a:pt x="81900" y="4134756"/>
                                </a:lnTo>
                                <a:lnTo>
                                  <a:pt x="85530" y="4146776"/>
                                </a:lnTo>
                                <a:lnTo>
                                  <a:pt x="94604" y="4175578"/>
                                </a:lnTo>
                                <a:lnTo>
                                  <a:pt x="98461" y="4187597"/>
                                </a:lnTo>
                                <a:lnTo>
                                  <a:pt x="100276" y="4191906"/>
                                </a:lnTo>
                                <a:lnTo>
                                  <a:pt x="101410" y="4194855"/>
                                </a:lnTo>
                                <a:lnTo>
                                  <a:pt x="101864" y="4195535"/>
                                </a:lnTo>
                                <a:lnTo>
                                  <a:pt x="102318" y="4195762"/>
                                </a:lnTo>
                                <a:lnTo>
                                  <a:pt x="102545" y="4195535"/>
                                </a:lnTo>
                                <a:lnTo>
                                  <a:pt x="102999" y="4194855"/>
                                </a:lnTo>
                                <a:lnTo>
                                  <a:pt x="102999" y="4191453"/>
                                </a:lnTo>
                                <a:lnTo>
                                  <a:pt x="102318" y="4185330"/>
                                </a:lnTo>
                                <a:lnTo>
                                  <a:pt x="105267" y="4183288"/>
                                </a:lnTo>
                                <a:lnTo>
                                  <a:pt x="117745" y="4202112"/>
                                </a:lnTo>
                                <a:lnTo>
                                  <a:pt x="116837" y="4196669"/>
                                </a:lnTo>
                                <a:lnTo>
                                  <a:pt x="115930" y="4192133"/>
                                </a:lnTo>
                                <a:lnTo>
                                  <a:pt x="115930" y="4190092"/>
                                </a:lnTo>
                                <a:lnTo>
                                  <a:pt x="115703" y="4188051"/>
                                </a:lnTo>
                                <a:lnTo>
                                  <a:pt x="115930" y="4186010"/>
                                </a:lnTo>
                                <a:lnTo>
                                  <a:pt x="116384" y="4183288"/>
                                </a:lnTo>
                                <a:lnTo>
                                  <a:pt x="116610" y="4183288"/>
                                </a:lnTo>
                                <a:lnTo>
                                  <a:pt x="119787" y="4184196"/>
                                </a:lnTo>
                                <a:lnTo>
                                  <a:pt x="124551" y="4192814"/>
                                </a:lnTo>
                                <a:lnTo>
                                  <a:pt x="126593" y="4189638"/>
                                </a:lnTo>
                                <a:lnTo>
                                  <a:pt x="122736" y="4181474"/>
                                </a:lnTo>
                                <a:lnTo>
                                  <a:pt x="124324" y="4181701"/>
                                </a:lnTo>
                                <a:lnTo>
                                  <a:pt x="125685" y="4182608"/>
                                </a:lnTo>
                                <a:lnTo>
                                  <a:pt x="127500" y="4183288"/>
                                </a:lnTo>
                                <a:lnTo>
                                  <a:pt x="128862" y="4184196"/>
                                </a:lnTo>
                                <a:lnTo>
                                  <a:pt x="130450" y="4185330"/>
                                </a:lnTo>
                                <a:lnTo>
                                  <a:pt x="131811" y="4187144"/>
                                </a:lnTo>
                                <a:lnTo>
                                  <a:pt x="133399" y="4188731"/>
                                </a:lnTo>
                                <a:lnTo>
                                  <a:pt x="134760" y="4190999"/>
                                </a:lnTo>
                                <a:lnTo>
                                  <a:pt x="137483" y="4195535"/>
                                </a:lnTo>
                                <a:lnTo>
                                  <a:pt x="140432" y="4200978"/>
                                </a:lnTo>
                                <a:lnTo>
                                  <a:pt x="140566" y="4201320"/>
                                </a:lnTo>
                                <a:lnTo>
                                  <a:pt x="140793" y="4200976"/>
                                </a:lnTo>
                                <a:lnTo>
                                  <a:pt x="141685" y="4199617"/>
                                </a:lnTo>
                                <a:lnTo>
                                  <a:pt x="142578" y="4198937"/>
                                </a:lnTo>
                                <a:lnTo>
                                  <a:pt x="144141" y="4199617"/>
                                </a:lnTo>
                                <a:lnTo>
                                  <a:pt x="145703" y="4200976"/>
                                </a:lnTo>
                                <a:lnTo>
                                  <a:pt x="148829" y="4203242"/>
                                </a:lnTo>
                                <a:lnTo>
                                  <a:pt x="151954" y="4206414"/>
                                </a:lnTo>
                                <a:lnTo>
                                  <a:pt x="154856" y="4210039"/>
                                </a:lnTo>
                                <a:lnTo>
                                  <a:pt x="157758" y="4214117"/>
                                </a:lnTo>
                                <a:lnTo>
                                  <a:pt x="160661" y="4218421"/>
                                </a:lnTo>
                                <a:lnTo>
                                  <a:pt x="163116" y="4222952"/>
                                </a:lnTo>
                                <a:lnTo>
                                  <a:pt x="165572" y="4227710"/>
                                </a:lnTo>
                                <a:lnTo>
                                  <a:pt x="168028" y="4232468"/>
                                </a:lnTo>
                                <a:lnTo>
                                  <a:pt x="170036" y="4237225"/>
                                </a:lnTo>
                                <a:lnTo>
                                  <a:pt x="172046" y="4242210"/>
                                </a:lnTo>
                                <a:lnTo>
                                  <a:pt x="173831" y="4246741"/>
                                </a:lnTo>
                                <a:lnTo>
                                  <a:pt x="175395" y="4251272"/>
                                </a:lnTo>
                                <a:lnTo>
                                  <a:pt x="176511" y="4255350"/>
                                </a:lnTo>
                                <a:lnTo>
                                  <a:pt x="177627" y="4258975"/>
                                </a:lnTo>
                                <a:lnTo>
                                  <a:pt x="178298" y="4262373"/>
                                </a:lnTo>
                                <a:lnTo>
                                  <a:pt x="179189" y="4261920"/>
                                </a:lnTo>
                                <a:lnTo>
                                  <a:pt x="180082" y="4261693"/>
                                </a:lnTo>
                                <a:lnTo>
                                  <a:pt x="181199" y="4261920"/>
                                </a:lnTo>
                                <a:lnTo>
                                  <a:pt x="182092" y="4262373"/>
                                </a:lnTo>
                                <a:lnTo>
                                  <a:pt x="182761" y="4263053"/>
                                </a:lnTo>
                                <a:lnTo>
                                  <a:pt x="183878" y="4264186"/>
                                </a:lnTo>
                                <a:lnTo>
                                  <a:pt x="184547" y="4265771"/>
                                </a:lnTo>
                                <a:lnTo>
                                  <a:pt x="185442" y="4267357"/>
                                </a:lnTo>
                                <a:lnTo>
                                  <a:pt x="186558" y="4271435"/>
                                </a:lnTo>
                                <a:lnTo>
                                  <a:pt x="187065" y="4273066"/>
                                </a:lnTo>
                                <a:lnTo>
                                  <a:pt x="188565" y="4285935"/>
                                </a:lnTo>
                                <a:lnTo>
                                  <a:pt x="188342" y="4280724"/>
                                </a:lnTo>
                                <a:lnTo>
                                  <a:pt x="187896" y="4275740"/>
                                </a:lnTo>
                                <a:lnTo>
                                  <a:pt x="187065" y="4273066"/>
                                </a:lnTo>
                                <a:lnTo>
                                  <a:pt x="186558" y="4268717"/>
                                </a:lnTo>
                                <a:lnTo>
                                  <a:pt x="188342" y="4271435"/>
                                </a:lnTo>
                                <a:lnTo>
                                  <a:pt x="189682" y="4274154"/>
                                </a:lnTo>
                                <a:lnTo>
                                  <a:pt x="191245" y="4277552"/>
                                </a:lnTo>
                                <a:lnTo>
                                  <a:pt x="192361" y="4280724"/>
                                </a:lnTo>
                                <a:lnTo>
                                  <a:pt x="194371" y="4287747"/>
                                </a:lnTo>
                                <a:lnTo>
                                  <a:pt x="195933" y="4294318"/>
                                </a:lnTo>
                                <a:lnTo>
                                  <a:pt x="198389" y="4312216"/>
                                </a:lnTo>
                                <a:lnTo>
                                  <a:pt x="201067" y="4330114"/>
                                </a:lnTo>
                                <a:lnTo>
                                  <a:pt x="203523" y="4350957"/>
                                </a:lnTo>
                                <a:lnTo>
                                  <a:pt x="206202" y="4372706"/>
                                </a:lnTo>
                                <a:lnTo>
                                  <a:pt x="208435" y="4392643"/>
                                </a:lnTo>
                                <a:lnTo>
                                  <a:pt x="209104" y="4401252"/>
                                </a:lnTo>
                                <a:lnTo>
                                  <a:pt x="209551" y="4408729"/>
                                </a:lnTo>
                                <a:lnTo>
                                  <a:pt x="209551" y="4414393"/>
                                </a:lnTo>
                                <a:lnTo>
                                  <a:pt x="209412" y="4416789"/>
                                </a:lnTo>
                                <a:lnTo>
                                  <a:pt x="210080" y="4416878"/>
                                </a:lnTo>
                                <a:lnTo>
                                  <a:pt x="210080" y="4408714"/>
                                </a:lnTo>
                                <a:lnTo>
                                  <a:pt x="210080" y="4400776"/>
                                </a:lnTo>
                                <a:lnTo>
                                  <a:pt x="209854" y="4392612"/>
                                </a:lnTo>
                                <a:lnTo>
                                  <a:pt x="209400" y="4384221"/>
                                </a:lnTo>
                                <a:lnTo>
                                  <a:pt x="208946" y="4376056"/>
                                </a:lnTo>
                                <a:lnTo>
                                  <a:pt x="208266" y="4367665"/>
                                </a:lnTo>
                                <a:lnTo>
                                  <a:pt x="206224" y="4350883"/>
                                </a:lnTo>
                                <a:lnTo>
                                  <a:pt x="203728" y="4334101"/>
                                </a:lnTo>
                                <a:lnTo>
                                  <a:pt x="201006" y="4317319"/>
                                </a:lnTo>
                                <a:lnTo>
                                  <a:pt x="197830" y="4301444"/>
                                </a:lnTo>
                                <a:lnTo>
                                  <a:pt x="194653" y="4285569"/>
                                </a:lnTo>
                                <a:lnTo>
                                  <a:pt x="201222" y="4301639"/>
                                </a:lnTo>
                                <a:lnTo>
                                  <a:pt x="201233" y="4301671"/>
                                </a:lnTo>
                                <a:lnTo>
                                  <a:pt x="203275" y="4306660"/>
                                </a:lnTo>
                                <a:lnTo>
                                  <a:pt x="201222" y="4301639"/>
                                </a:lnTo>
                                <a:lnTo>
                                  <a:pt x="199418" y="4296228"/>
                                </a:lnTo>
                                <a:lnTo>
                                  <a:pt x="198056" y="4290785"/>
                                </a:lnTo>
                                <a:lnTo>
                                  <a:pt x="197149" y="4285115"/>
                                </a:lnTo>
                                <a:lnTo>
                                  <a:pt x="201913" y="4292146"/>
                                </a:lnTo>
                                <a:lnTo>
                                  <a:pt x="206224" y="4298269"/>
                                </a:lnTo>
                                <a:lnTo>
                                  <a:pt x="209854" y="4303485"/>
                                </a:lnTo>
                                <a:lnTo>
                                  <a:pt x="213030" y="4308248"/>
                                </a:lnTo>
                                <a:lnTo>
                                  <a:pt x="214845" y="4311649"/>
                                </a:lnTo>
                                <a:lnTo>
                                  <a:pt x="215298" y="4312556"/>
                                </a:lnTo>
                                <a:lnTo>
                                  <a:pt x="215298" y="4313464"/>
                                </a:lnTo>
                                <a:lnTo>
                                  <a:pt x="215072" y="4313917"/>
                                </a:lnTo>
                                <a:lnTo>
                                  <a:pt x="213938" y="4314144"/>
                                </a:lnTo>
                                <a:lnTo>
                                  <a:pt x="212803" y="4313917"/>
                                </a:lnTo>
                                <a:lnTo>
                                  <a:pt x="210988" y="4313237"/>
                                </a:lnTo>
                                <a:lnTo>
                                  <a:pt x="212349" y="4318226"/>
                                </a:lnTo>
                                <a:lnTo>
                                  <a:pt x="213484" y="4322989"/>
                                </a:lnTo>
                                <a:lnTo>
                                  <a:pt x="216887" y="4332740"/>
                                </a:lnTo>
                                <a:lnTo>
                                  <a:pt x="220517" y="4342492"/>
                                </a:lnTo>
                                <a:lnTo>
                                  <a:pt x="224827" y="4352017"/>
                                </a:lnTo>
                                <a:lnTo>
                                  <a:pt x="229138" y="4361089"/>
                                </a:lnTo>
                                <a:lnTo>
                                  <a:pt x="233675" y="4370614"/>
                                </a:lnTo>
                                <a:lnTo>
                                  <a:pt x="243203" y="4389210"/>
                                </a:lnTo>
                                <a:lnTo>
                                  <a:pt x="252732" y="4407580"/>
                                </a:lnTo>
                                <a:lnTo>
                                  <a:pt x="257042" y="4416878"/>
                                </a:lnTo>
                                <a:lnTo>
                                  <a:pt x="261126" y="4426176"/>
                                </a:lnTo>
                                <a:lnTo>
                                  <a:pt x="264756" y="4435474"/>
                                </a:lnTo>
                                <a:lnTo>
                                  <a:pt x="268159" y="4444999"/>
                                </a:lnTo>
                                <a:lnTo>
                                  <a:pt x="269747" y="4449762"/>
                                </a:lnTo>
                                <a:lnTo>
                                  <a:pt x="270882" y="4454524"/>
                                </a:lnTo>
                                <a:lnTo>
                                  <a:pt x="272038" y="4458376"/>
                                </a:lnTo>
                                <a:lnTo>
                                  <a:pt x="272243" y="4459060"/>
                                </a:lnTo>
                                <a:lnTo>
                                  <a:pt x="273150" y="4464049"/>
                                </a:lnTo>
                                <a:lnTo>
                                  <a:pt x="273150" y="4476296"/>
                                </a:lnTo>
                                <a:lnTo>
                                  <a:pt x="276553" y="4477656"/>
                                </a:lnTo>
                                <a:lnTo>
                                  <a:pt x="278141" y="4485821"/>
                                </a:lnTo>
                                <a:lnTo>
                                  <a:pt x="278534" y="4488244"/>
                                </a:lnTo>
                                <a:lnTo>
                                  <a:pt x="279224" y="4490123"/>
                                </a:lnTo>
                                <a:lnTo>
                                  <a:pt x="279364" y="4493359"/>
                                </a:lnTo>
                                <a:lnTo>
                                  <a:pt x="279503" y="4494212"/>
                                </a:lnTo>
                                <a:lnTo>
                                  <a:pt x="279814" y="4497945"/>
                                </a:lnTo>
                                <a:lnTo>
                                  <a:pt x="280988" y="4499533"/>
                                </a:lnTo>
                                <a:lnTo>
                                  <a:pt x="280214" y="4502760"/>
                                </a:lnTo>
                                <a:lnTo>
                                  <a:pt x="280864" y="4510767"/>
                                </a:lnTo>
                                <a:lnTo>
                                  <a:pt x="281024" y="4516533"/>
                                </a:lnTo>
                                <a:lnTo>
                                  <a:pt x="284957" y="4526771"/>
                                </a:lnTo>
                                <a:lnTo>
                                  <a:pt x="287337" y="4540250"/>
                                </a:lnTo>
                                <a:lnTo>
                                  <a:pt x="281025" y="4516580"/>
                                </a:lnTo>
                                <a:lnTo>
                                  <a:pt x="281091" y="4518931"/>
                                </a:lnTo>
                                <a:lnTo>
                                  <a:pt x="281318" y="4527096"/>
                                </a:lnTo>
                                <a:lnTo>
                                  <a:pt x="281544" y="4543878"/>
                                </a:lnTo>
                                <a:lnTo>
                                  <a:pt x="281998" y="4552269"/>
                                </a:lnTo>
                                <a:lnTo>
                                  <a:pt x="282225" y="4560433"/>
                                </a:lnTo>
                                <a:lnTo>
                                  <a:pt x="282905" y="4568824"/>
                                </a:lnTo>
                                <a:lnTo>
                                  <a:pt x="283586" y="4576989"/>
                                </a:lnTo>
                                <a:lnTo>
                                  <a:pt x="284720" y="4585380"/>
                                </a:lnTo>
                                <a:lnTo>
                                  <a:pt x="286535" y="4593544"/>
                                </a:lnTo>
                                <a:lnTo>
                                  <a:pt x="288351" y="4601481"/>
                                </a:lnTo>
                                <a:lnTo>
                                  <a:pt x="289711" y="4605790"/>
                                </a:lnTo>
                                <a:lnTo>
                                  <a:pt x="291073" y="4609646"/>
                                </a:lnTo>
                                <a:lnTo>
                                  <a:pt x="279956" y="4609873"/>
                                </a:lnTo>
                                <a:lnTo>
                                  <a:pt x="268613" y="4610099"/>
                                </a:lnTo>
                                <a:lnTo>
                                  <a:pt x="243203" y="4610099"/>
                                </a:lnTo>
                                <a:lnTo>
                                  <a:pt x="232767" y="4609873"/>
                                </a:lnTo>
                                <a:lnTo>
                                  <a:pt x="223466" y="4609419"/>
                                </a:lnTo>
                                <a:lnTo>
                                  <a:pt x="215525" y="4608512"/>
                                </a:lnTo>
                                <a:lnTo>
                                  <a:pt x="211896" y="4607831"/>
                                </a:lnTo>
                                <a:lnTo>
                                  <a:pt x="208492" y="4606924"/>
                                </a:lnTo>
                                <a:lnTo>
                                  <a:pt x="205317" y="4606244"/>
                                </a:lnTo>
                                <a:lnTo>
                                  <a:pt x="202140" y="4605110"/>
                                </a:lnTo>
                                <a:lnTo>
                                  <a:pt x="199191" y="4603749"/>
                                </a:lnTo>
                                <a:lnTo>
                                  <a:pt x="196469" y="4602389"/>
                                </a:lnTo>
                                <a:lnTo>
                                  <a:pt x="194200" y="4600574"/>
                                </a:lnTo>
                                <a:lnTo>
                                  <a:pt x="191704" y="4598987"/>
                                </a:lnTo>
                                <a:lnTo>
                                  <a:pt x="189435" y="4596719"/>
                                </a:lnTo>
                                <a:lnTo>
                                  <a:pt x="187394" y="4594451"/>
                                </a:lnTo>
                                <a:lnTo>
                                  <a:pt x="185125" y="4591956"/>
                                </a:lnTo>
                                <a:lnTo>
                                  <a:pt x="183083" y="4589008"/>
                                </a:lnTo>
                                <a:lnTo>
                                  <a:pt x="181268" y="4586060"/>
                                </a:lnTo>
                                <a:lnTo>
                                  <a:pt x="179227" y="4582658"/>
                                </a:lnTo>
                                <a:lnTo>
                                  <a:pt x="175596" y="4574948"/>
                                </a:lnTo>
                                <a:lnTo>
                                  <a:pt x="171740" y="4566103"/>
                                </a:lnTo>
                                <a:lnTo>
                                  <a:pt x="167656" y="4555671"/>
                                </a:lnTo>
                                <a:lnTo>
                                  <a:pt x="163345" y="4543878"/>
                                </a:lnTo>
                                <a:lnTo>
                                  <a:pt x="150641" y="4504190"/>
                                </a:lnTo>
                                <a:lnTo>
                                  <a:pt x="138390" y="4464276"/>
                                </a:lnTo>
                                <a:lnTo>
                                  <a:pt x="126820" y="4424362"/>
                                </a:lnTo>
                                <a:lnTo>
                                  <a:pt x="115476" y="4384448"/>
                                </a:lnTo>
                                <a:lnTo>
                                  <a:pt x="104814" y="4344533"/>
                                </a:lnTo>
                                <a:lnTo>
                                  <a:pt x="94604" y="4304619"/>
                                </a:lnTo>
                                <a:lnTo>
                                  <a:pt x="84849" y="4264705"/>
                                </a:lnTo>
                                <a:lnTo>
                                  <a:pt x="75320" y="4224564"/>
                                </a:lnTo>
                                <a:lnTo>
                                  <a:pt x="66246" y="4184196"/>
                                </a:lnTo>
                                <a:lnTo>
                                  <a:pt x="57398" y="4144055"/>
                                </a:lnTo>
                                <a:lnTo>
                                  <a:pt x="49004" y="4103460"/>
                                </a:lnTo>
                                <a:lnTo>
                                  <a:pt x="40609" y="4063092"/>
                                </a:lnTo>
                                <a:lnTo>
                                  <a:pt x="32442" y="4022271"/>
                                </a:lnTo>
                                <a:lnTo>
                                  <a:pt x="24502" y="3981449"/>
                                </a:lnTo>
                                <a:lnTo>
                                  <a:pt x="17015" y="3940628"/>
                                </a:lnTo>
                                <a:lnTo>
                                  <a:pt x="9528" y="3899579"/>
                                </a:lnTo>
                                <a:lnTo>
                                  <a:pt x="12024" y="3914321"/>
                                </a:lnTo>
                                <a:lnTo>
                                  <a:pt x="7033" y="3904115"/>
                                </a:lnTo>
                                <a:lnTo>
                                  <a:pt x="3630" y="3895724"/>
                                </a:lnTo>
                                <a:lnTo>
                                  <a:pt x="2269" y="3891642"/>
                                </a:lnTo>
                                <a:lnTo>
                                  <a:pt x="1134" y="3888694"/>
                                </a:lnTo>
                                <a:lnTo>
                                  <a:pt x="454" y="3885746"/>
                                </a:lnTo>
                                <a:lnTo>
                                  <a:pt x="227" y="3883024"/>
                                </a:lnTo>
                                <a:lnTo>
                                  <a:pt x="0" y="3880983"/>
                                </a:lnTo>
                                <a:lnTo>
                                  <a:pt x="227" y="3879396"/>
                                </a:lnTo>
                                <a:lnTo>
                                  <a:pt x="680" y="3877808"/>
                                </a:lnTo>
                                <a:lnTo>
                                  <a:pt x="1815" y="3876901"/>
                                </a:lnTo>
                                <a:lnTo>
                                  <a:pt x="2949" y="3876447"/>
                                </a:lnTo>
                                <a:lnTo>
                                  <a:pt x="4311" y="3876447"/>
                                </a:lnTo>
                                <a:lnTo>
                                  <a:pt x="6125" y="3876674"/>
                                </a:lnTo>
                                <a:lnTo>
                                  <a:pt x="8394" y="3877354"/>
                                </a:lnTo>
                                <a:lnTo>
                                  <a:pt x="7940" y="3873499"/>
                                </a:lnTo>
                                <a:close/>
                                <a:moveTo>
                                  <a:pt x="4160495" y="3872306"/>
                                </a:moveTo>
                                <a:lnTo>
                                  <a:pt x="4161175" y="3872759"/>
                                </a:lnTo>
                                <a:lnTo>
                                  <a:pt x="4160948" y="3872533"/>
                                </a:lnTo>
                                <a:lnTo>
                                  <a:pt x="4160495" y="3872306"/>
                                </a:lnTo>
                                <a:close/>
                                <a:moveTo>
                                  <a:pt x="3798409" y="3870038"/>
                                </a:moveTo>
                                <a:lnTo>
                                  <a:pt x="3797604" y="3870753"/>
                                </a:lnTo>
                                <a:lnTo>
                                  <a:pt x="3786385" y="3879110"/>
                                </a:lnTo>
                                <a:lnTo>
                                  <a:pt x="3794325" y="3873667"/>
                                </a:lnTo>
                                <a:lnTo>
                                  <a:pt x="3797604" y="3870753"/>
                                </a:lnTo>
                                <a:lnTo>
                                  <a:pt x="3797955" y="3870491"/>
                                </a:lnTo>
                                <a:lnTo>
                                  <a:pt x="3798409" y="3870038"/>
                                </a:lnTo>
                                <a:close/>
                                <a:moveTo>
                                  <a:pt x="17785" y="3867987"/>
                                </a:moveTo>
                                <a:lnTo>
                                  <a:pt x="17954" y="3870354"/>
                                </a:lnTo>
                                <a:lnTo>
                                  <a:pt x="18153" y="3871006"/>
                                </a:lnTo>
                                <a:lnTo>
                                  <a:pt x="17785" y="3867987"/>
                                </a:lnTo>
                                <a:close/>
                                <a:moveTo>
                                  <a:pt x="6740525" y="3863974"/>
                                </a:moveTo>
                                <a:lnTo>
                                  <a:pt x="6740525" y="3879962"/>
                                </a:lnTo>
                                <a:lnTo>
                                  <a:pt x="6738937" y="3895724"/>
                                </a:lnTo>
                                <a:lnTo>
                                  <a:pt x="6740525" y="3863974"/>
                                </a:lnTo>
                                <a:close/>
                                <a:moveTo>
                                  <a:pt x="2670406" y="3855748"/>
                                </a:moveTo>
                                <a:lnTo>
                                  <a:pt x="2680162" y="3859604"/>
                                </a:lnTo>
                                <a:lnTo>
                                  <a:pt x="2680842" y="3859604"/>
                                </a:lnTo>
                                <a:lnTo>
                                  <a:pt x="2670406" y="3855748"/>
                                </a:lnTo>
                                <a:close/>
                                <a:moveTo>
                                  <a:pt x="1531105" y="3850822"/>
                                </a:moveTo>
                                <a:lnTo>
                                  <a:pt x="1531105" y="3851275"/>
                                </a:lnTo>
                                <a:lnTo>
                                  <a:pt x="1531332" y="3851729"/>
                                </a:lnTo>
                                <a:lnTo>
                                  <a:pt x="1531105" y="3850822"/>
                                </a:lnTo>
                                <a:close/>
                                <a:moveTo>
                                  <a:pt x="6739548" y="3844924"/>
                                </a:moveTo>
                                <a:lnTo>
                                  <a:pt x="6740525" y="3858526"/>
                                </a:lnTo>
                                <a:lnTo>
                                  <a:pt x="6737594" y="3865562"/>
                                </a:lnTo>
                                <a:lnTo>
                                  <a:pt x="6737350" y="3863686"/>
                                </a:lnTo>
                                <a:lnTo>
                                  <a:pt x="6739548" y="3844924"/>
                                </a:lnTo>
                                <a:close/>
                                <a:moveTo>
                                  <a:pt x="6800850" y="3842267"/>
                                </a:moveTo>
                                <a:lnTo>
                                  <a:pt x="6800374" y="3845408"/>
                                </a:lnTo>
                                <a:lnTo>
                                  <a:pt x="6800136" y="3848548"/>
                                </a:lnTo>
                                <a:lnTo>
                                  <a:pt x="6800374" y="3845183"/>
                                </a:lnTo>
                                <a:lnTo>
                                  <a:pt x="6800850" y="3842267"/>
                                </a:lnTo>
                                <a:close/>
                                <a:moveTo>
                                  <a:pt x="12700" y="3840162"/>
                                </a:moveTo>
                                <a:lnTo>
                                  <a:pt x="24082" y="3890609"/>
                                </a:lnTo>
                                <a:lnTo>
                                  <a:pt x="25293" y="3901468"/>
                                </a:lnTo>
                                <a:lnTo>
                                  <a:pt x="26746" y="3914589"/>
                                </a:lnTo>
                                <a:lnTo>
                                  <a:pt x="26988" y="3920470"/>
                                </a:lnTo>
                                <a:lnTo>
                                  <a:pt x="26988" y="3925447"/>
                                </a:lnTo>
                                <a:lnTo>
                                  <a:pt x="26988" y="3927483"/>
                                </a:lnTo>
                                <a:lnTo>
                                  <a:pt x="26746" y="3929293"/>
                                </a:lnTo>
                                <a:lnTo>
                                  <a:pt x="26261" y="3930198"/>
                                </a:lnTo>
                                <a:lnTo>
                                  <a:pt x="25777" y="3930650"/>
                                </a:lnTo>
                                <a:lnTo>
                                  <a:pt x="21597" y="3917416"/>
                                </a:lnTo>
                                <a:lnTo>
                                  <a:pt x="20864" y="3917055"/>
                                </a:lnTo>
                                <a:lnTo>
                                  <a:pt x="20411" y="3917950"/>
                                </a:lnTo>
                                <a:lnTo>
                                  <a:pt x="20306" y="3914333"/>
                                </a:lnTo>
                                <a:lnTo>
                                  <a:pt x="18512" y="3905766"/>
                                </a:lnTo>
                                <a:lnTo>
                                  <a:pt x="16575" y="3894907"/>
                                </a:lnTo>
                                <a:lnTo>
                                  <a:pt x="15364" y="3884275"/>
                                </a:lnTo>
                                <a:lnTo>
                                  <a:pt x="14395" y="3873416"/>
                                </a:lnTo>
                                <a:lnTo>
                                  <a:pt x="13911" y="3874774"/>
                                </a:lnTo>
                                <a:lnTo>
                                  <a:pt x="12700" y="3840162"/>
                                </a:lnTo>
                                <a:close/>
                                <a:moveTo>
                                  <a:pt x="4128279" y="3838964"/>
                                </a:moveTo>
                                <a:lnTo>
                                  <a:pt x="4127598" y="3839871"/>
                                </a:lnTo>
                                <a:lnTo>
                                  <a:pt x="4128733" y="3841232"/>
                                </a:lnTo>
                                <a:lnTo>
                                  <a:pt x="4128052" y="3839417"/>
                                </a:lnTo>
                                <a:lnTo>
                                  <a:pt x="4128279" y="3838964"/>
                                </a:lnTo>
                                <a:close/>
                                <a:moveTo>
                                  <a:pt x="6800850" y="3827462"/>
                                </a:moveTo>
                                <a:lnTo>
                                  <a:pt x="6800374" y="3845183"/>
                                </a:lnTo>
                                <a:lnTo>
                                  <a:pt x="6799421" y="3853483"/>
                                </a:lnTo>
                                <a:lnTo>
                                  <a:pt x="6797992" y="3860437"/>
                                </a:lnTo>
                                <a:lnTo>
                                  <a:pt x="6797040" y="3866045"/>
                                </a:lnTo>
                                <a:lnTo>
                                  <a:pt x="6796563" y="3868737"/>
                                </a:lnTo>
                                <a:lnTo>
                                  <a:pt x="6796801" y="3860213"/>
                                </a:lnTo>
                                <a:lnTo>
                                  <a:pt x="6796087" y="3866270"/>
                                </a:lnTo>
                                <a:lnTo>
                                  <a:pt x="6797040" y="3856399"/>
                                </a:lnTo>
                                <a:lnTo>
                                  <a:pt x="6798469" y="3846754"/>
                                </a:lnTo>
                                <a:lnTo>
                                  <a:pt x="6800850" y="3827462"/>
                                </a:lnTo>
                                <a:close/>
                                <a:moveTo>
                                  <a:pt x="1510460" y="3811588"/>
                                </a:moveTo>
                                <a:lnTo>
                                  <a:pt x="1519988" y="3825195"/>
                                </a:lnTo>
                                <a:lnTo>
                                  <a:pt x="1520215" y="3825422"/>
                                </a:lnTo>
                                <a:lnTo>
                                  <a:pt x="1510460" y="3811588"/>
                                </a:lnTo>
                                <a:close/>
                                <a:moveTo>
                                  <a:pt x="4254646" y="3806529"/>
                                </a:moveTo>
                                <a:lnTo>
                                  <a:pt x="4254873" y="3806756"/>
                                </a:lnTo>
                                <a:lnTo>
                                  <a:pt x="4255100" y="3806756"/>
                                </a:lnTo>
                                <a:lnTo>
                                  <a:pt x="4254646" y="3806529"/>
                                </a:lnTo>
                                <a:close/>
                                <a:moveTo>
                                  <a:pt x="4301835" y="3804261"/>
                                </a:moveTo>
                                <a:lnTo>
                                  <a:pt x="4289357" y="3804941"/>
                                </a:lnTo>
                                <a:lnTo>
                                  <a:pt x="4302289" y="3804261"/>
                                </a:lnTo>
                                <a:lnTo>
                                  <a:pt x="4301835" y="3804261"/>
                                </a:lnTo>
                                <a:close/>
                                <a:moveTo>
                                  <a:pt x="4242168" y="3798137"/>
                                </a:moveTo>
                                <a:lnTo>
                                  <a:pt x="4243076" y="3798817"/>
                                </a:lnTo>
                                <a:lnTo>
                                  <a:pt x="4242622" y="3798137"/>
                                </a:lnTo>
                                <a:lnTo>
                                  <a:pt x="4242168" y="3798137"/>
                                </a:lnTo>
                                <a:close/>
                                <a:moveTo>
                                  <a:pt x="2114348" y="3797202"/>
                                </a:moveTo>
                                <a:lnTo>
                                  <a:pt x="2114369" y="3797980"/>
                                </a:lnTo>
                                <a:lnTo>
                                  <a:pt x="2114596" y="3806145"/>
                                </a:lnTo>
                                <a:lnTo>
                                  <a:pt x="2114822" y="3810000"/>
                                </a:lnTo>
                                <a:lnTo>
                                  <a:pt x="2115503" y="3813402"/>
                                </a:lnTo>
                                <a:lnTo>
                                  <a:pt x="2116410" y="3816577"/>
                                </a:lnTo>
                                <a:lnTo>
                                  <a:pt x="2117772" y="3819525"/>
                                </a:lnTo>
                                <a:lnTo>
                                  <a:pt x="2118824" y="3820437"/>
                                </a:lnTo>
                                <a:lnTo>
                                  <a:pt x="2118246" y="3817138"/>
                                </a:lnTo>
                                <a:lnTo>
                                  <a:pt x="2115292" y="3801976"/>
                                </a:lnTo>
                                <a:lnTo>
                                  <a:pt x="2114348" y="3797202"/>
                                </a:lnTo>
                                <a:close/>
                                <a:moveTo>
                                  <a:pt x="2970557" y="3787930"/>
                                </a:moveTo>
                                <a:lnTo>
                                  <a:pt x="2970103" y="3789064"/>
                                </a:lnTo>
                                <a:lnTo>
                                  <a:pt x="2965566" y="3799271"/>
                                </a:lnTo>
                                <a:lnTo>
                                  <a:pt x="2970330" y="3788837"/>
                                </a:lnTo>
                                <a:lnTo>
                                  <a:pt x="2970557" y="3787930"/>
                                </a:lnTo>
                                <a:close/>
                                <a:moveTo>
                                  <a:pt x="1649981" y="3785507"/>
                                </a:moveTo>
                                <a:lnTo>
                                  <a:pt x="1650888" y="3792764"/>
                                </a:lnTo>
                                <a:lnTo>
                                  <a:pt x="1650888" y="3793218"/>
                                </a:lnTo>
                                <a:lnTo>
                                  <a:pt x="1653157" y="3803877"/>
                                </a:lnTo>
                                <a:lnTo>
                                  <a:pt x="1649981" y="3785507"/>
                                </a:lnTo>
                                <a:close/>
                                <a:moveTo>
                                  <a:pt x="1934013" y="3782332"/>
                                </a:moveTo>
                                <a:lnTo>
                                  <a:pt x="1932879" y="3786414"/>
                                </a:lnTo>
                                <a:lnTo>
                                  <a:pt x="1934467" y="3783013"/>
                                </a:lnTo>
                                <a:lnTo>
                                  <a:pt x="1934013" y="3782332"/>
                                </a:lnTo>
                                <a:close/>
                                <a:moveTo>
                                  <a:pt x="2977363" y="3779084"/>
                                </a:moveTo>
                                <a:lnTo>
                                  <a:pt x="2977136" y="3779765"/>
                                </a:lnTo>
                                <a:lnTo>
                                  <a:pt x="2978497" y="3779084"/>
                                </a:lnTo>
                                <a:lnTo>
                                  <a:pt x="2977363" y="3779084"/>
                                </a:lnTo>
                                <a:close/>
                                <a:moveTo>
                                  <a:pt x="6794697" y="3778519"/>
                                </a:moveTo>
                                <a:lnTo>
                                  <a:pt x="6794543" y="3779450"/>
                                </a:lnTo>
                                <a:lnTo>
                                  <a:pt x="6794543" y="3779344"/>
                                </a:lnTo>
                                <a:lnTo>
                                  <a:pt x="6794697" y="3778519"/>
                                </a:lnTo>
                                <a:close/>
                                <a:moveTo>
                                  <a:pt x="6735763" y="3775206"/>
                                </a:moveTo>
                                <a:lnTo>
                                  <a:pt x="6735356" y="3796258"/>
                                </a:lnTo>
                                <a:lnTo>
                                  <a:pt x="6733117" y="3803649"/>
                                </a:lnTo>
                                <a:lnTo>
                                  <a:pt x="6731896" y="3802081"/>
                                </a:lnTo>
                                <a:lnTo>
                                  <a:pt x="6730675" y="3800290"/>
                                </a:lnTo>
                                <a:lnTo>
                                  <a:pt x="6729860" y="3798498"/>
                                </a:lnTo>
                                <a:lnTo>
                                  <a:pt x="6729046" y="3796482"/>
                                </a:lnTo>
                                <a:lnTo>
                                  <a:pt x="6728232" y="3794467"/>
                                </a:lnTo>
                                <a:lnTo>
                                  <a:pt x="6728029" y="3792227"/>
                                </a:lnTo>
                                <a:lnTo>
                                  <a:pt x="6727825" y="3790211"/>
                                </a:lnTo>
                                <a:lnTo>
                                  <a:pt x="6727825" y="3788196"/>
                                </a:lnTo>
                                <a:lnTo>
                                  <a:pt x="6728029" y="3785956"/>
                                </a:lnTo>
                                <a:lnTo>
                                  <a:pt x="6728639" y="3783940"/>
                                </a:lnTo>
                                <a:lnTo>
                                  <a:pt x="6729250" y="3782149"/>
                                </a:lnTo>
                                <a:lnTo>
                                  <a:pt x="6730064" y="3780357"/>
                                </a:lnTo>
                                <a:lnTo>
                                  <a:pt x="6731082" y="3778789"/>
                                </a:lnTo>
                                <a:lnTo>
                                  <a:pt x="6732506" y="3777222"/>
                                </a:lnTo>
                                <a:lnTo>
                                  <a:pt x="6733728" y="3776102"/>
                                </a:lnTo>
                                <a:lnTo>
                                  <a:pt x="6735763" y="3775206"/>
                                </a:lnTo>
                                <a:close/>
                                <a:moveTo>
                                  <a:pt x="2779758" y="3771146"/>
                                </a:moveTo>
                                <a:lnTo>
                                  <a:pt x="2779531" y="3771826"/>
                                </a:lnTo>
                                <a:lnTo>
                                  <a:pt x="2779304" y="3772960"/>
                                </a:lnTo>
                                <a:lnTo>
                                  <a:pt x="2779758" y="3771146"/>
                                </a:lnTo>
                                <a:close/>
                                <a:moveTo>
                                  <a:pt x="6796045" y="3770377"/>
                                </a:moveTo>
                                <a:lnTo>
                                  <a:pt x="6796045" y="3772561"/>
                                </a:lnTo>
                                <a:lnTo>
                                  <a:pt x="6795616" y="3773826"/>
                                </a:lnTo>
                                <a:lnTo>
                                  <a:pt x="6795187" y="3775895"/>
                                </a:lnTo>
                                <a:lnTo>
                                  <a:pt x="6794697" y="3778519"/>
                                </a:lnTo>
                                <a:lnTo>
                                  <a:pt x="6796045" y="3770377"/>
                                </a:lnTo>
                                <a:close/>
                                <a:moveTo>
                                  <a:pt x="3021376" y="3765702"/>
                                </a:moveTo>
                                <a:lnTo>
                                  <a:pt x="3011394" y="3770239"/>
                                </a:lnTo>
                                <a:lnTo>
                                  <a:pt x="3021149" y="3765929"/>
                                </a:lnTo>
                                <a:lnTo>
                                  <a:pt x="3021376" y="3765702"/>
                                </a:lnTo>
                                <a:close/>
                                <a:moveTo>
                                  <a:pt x="6798619" y="3765549"/>
                                </a:moveTo>
                                <a:lnTo>
                                  <a:pt x="6799263" y="3771757"/>
                                </a:lnTo>
                                <a:lnTo>
                                  <a:pt x="6799263" y="3778194"/>
                                </a:lnTo>
                                <a:lnTo>
                                  <a:pt x="6799263" y="3784402"/>
                                </a:lnTo>
                                <a:lnTo>
                                  <a:pt x="6799048" y="3790380"/>
                                </a:lnTo>
                                <a:lnTo>
                                  <a:pt x="6798405" y="3796588"/>
                                </a:lnTo>
                                <a:lnTo>
                                  <a:pt x="6797761" y="3802795"/>
                                </a:lnTo>
                                <a:lnTo>
                                  <a:pt x="6796903" y="3809003"/>
                                </a:lnTo>
                                <a:lnTo>
                                  <a:pt x="6795616" y="3815441"/>
                                </a:lnTo>
                                <a:lnTo>
                                  <a:pt x="6795401" y="3826247"/>
                                </a:lnTo>
                                <a:lnTo>
                                  <a:pt x="6796689" y="3833374"/>
                                </a:lnTo>
                                <a:lnTo>
                                  <a:pt x="6793965" y="3853413"/>
                                </a:lnTo>
                                <a:lnTo>
                                  <a:pt x="6794500" y="3851274"/>
                                </a:lnTo>
                                <a:lnTo>
                                  <a:pt x="6793971" y="3856529"/>
                                </a:lnTo>
                                <a:lnTo>
                                  <a:pt x="6793971" y="3856748"/>
                                </a:lnTo>
                                <a:lnTo>
                                  <a:pt x="6793451" y="3857178"/>
                                </a:lnTo>
                                <a:lnTo>
                                  <a:pt x="6792183" y="3865562"/>
                                </a:lnTo>
                                <a:lnTo>
                                  <a:pt x="6791540" y="3856136"/>
                                </a:lnTo>
                                <a:lnTo>
                                  <a:pt x="6791969" y="3851077"/>
                                </a:lnTo>
                                <a:lnTo>
                                  <a:pt x="6793041" y="3844640"/>
                                </a:lnTo>
                                <a:lnTo>
                                  <a:pt x="6793899" y="3837053"/>
                                </a:lnTo>
                                <a:lnTo>
                                  <a:pt x="6794758" y="3829236"/>
                                </a:lnTo>
                                <a:lnTo>
                                  <a:pt x="6795401" y="3821189"/>
                                </a:lnTo>
                                <a:lnTo>
                                  <a:pt x="6795401" y="3817280"/>
                                </a:lnTo>
                                <a:lnTo>
                                  <a:pt x="6795401" y="3813831"/>
                                </a:lnTo>
                                <a:lnTo>
                                  <a:pt x="6795187" y="3810612"/>
                                </a:lnTo>
                                <a:lnTo>
                                  <a:pt x="6794758" y="3807853"/>
                                </a:lnTo>
                                <a:lnTo>
                                  <a:pt x="6794114" y="3805554"/>
                                </a:lnTo>
                                <a:lnTo>
                                  <a:pt x="6793256" y="3803485"/>
                                </a:lnTo>
                                <a:lnTo>
                                  <a:pt x="6792398" y="3805554"/>
                                </a:lnTo>
                                <a:lnTo>
                                  <a:pt x="6791754" y="3805324"/>
                                </a:lnTo>
                                <a:lnTo>
                                  <a:pt x="6791325" y="3798887"/>
                                </a:lnTo>
                                <a:lnTo>
                                  <a:pt x="6794543" y="3779450"/>
                                </a:lnTo>
                                <a:lnTo>
                                  <a:pt x="6794543" y="3781183"/>
                                </a:lnTo>
                                <a:lnTo>
                                  <a:pt x="6794758" y="3781643"/>
                                </a:lnTo>
                                <a:lnTo>
                                  <a:pt x="6794972" y="3781413"/>
                                </a:lnTo>
                                <a:lnTo>
                                  <a:pt x="6795187" y="3780953"/>
                                </a:lnTo>
                                <a:lnTo>
                                  <a:pt x="6795401" y="3779804"/>
                                </a:lnTo>
                                <a:lnTo>
                                  <a:pt x="6796045" y="3776125"/>
                                </a:lnTo>
                                <a:lnTo>
                                  <a:pt x="6796045" y="3772561"/>
                                </a:lnTo>
                                <a:lnTo>
                                  <a:pt x="6796474" y="3771297"/>
                                </a:lnTo>
                                <a:lnTo>
                                  <a:pt x="6797547" y="3768538"/>
                                </a:lnTo>
                                <a:lnTo>
                                  <a:pt x="6798619" y="3765549"/>
                                </a:lnTo>
                                <a:close/>
                                <a:moveTo>
                                  <a:pt x="1812188" y="3764189"/>
                                </a:moveTo>
                                <a:lnTo>
                                  <a:pt x="1813549" y="3765550"/>
                                </a:lnTo>
                                <a:lnTo>
                                  <a:pt x="1812868" y="3764870"/>
                                </a:lnTo>
                                <a:lnTo>
                                  <a:pt x="1812188" y="3764189"/>
                                </a:lnTo>
                                <a:close/>
                                <a:moveTo>
                                  <a:pt x="2104614" y="3761243"/>
                                </a:moveTo>
                                <a:lnTo>
                                  <a:pt x="2104147" y="3761350"/>
                                </a:lnTo>
                                <a:lnTo>
                                  <a:pt x="2105028" y="3761655"/>
                                </a:lnTo>
                                <a:lnTo>
                                  <a:pt x="2104614" y="3761243"/>
                                </a:lnTo>
                                <a:close/>
                                <a:moveTo>
                                  <a:pt x="6789071" y="3759874"/>
                                </a:moveTo>
                                <a:lnTo>
                                  <a:pt x="6787944" y="3780772"/>
                                </a:lnTo>
                                <a:lnTo>
                                  <a:pt x="6786592" y="3802125"/>
                                </a:lnTo>
                                <a:lnTo>
                                  <a:pt x="6785916" y="3812801"/>
                                </a:lnTo>
                                <a:lnTo>
                                  <a:pt x="6784563" y="3823250"/>
                                </a:lnTo>
                                <a:lnTo>
                                  <a:pt x="6783211" y="3833699"/>
                                </a:lnTo>
                                <a:lnTo>
                                  <a:pt x="6781633" y="3844148"/>
                                </a:lnTo>
                                <a:lnTo>
                                  <a:pt x="6786592" y="3817571"/>
                                </a:lnTo>
                                <a:lnTo>
                                  <a:pt x="6786592" y="3822341"/>
                                </a:lnTo>
                                <a:lnTo>
                                  <a:pt x="6787493" y="3820524"/>
                                </a:lnTo>
                                <a:lnTo>
                                  <a:pt x="6787944" y="3820979"/>
                                </a:lnTo>
                                <a:lnTo>
                                  <a:pt x="6789071" y="3822114"/>
                                </a:lnTo>
                                <a:lnTo>
                                  <a:pt x="6789297" y="3823023"/>
                                </a:lnTo>
                                <a:lnTo>
                                  <a:pt x="6789747" y="3824159"/>
                                </a:lnTo>
                                <a:lnTo>
                                  <a:pt x="6789973" y="3825976"/>
                                </a:lnTo>
                                <a:lnTo>
                                  <a:pt x="6790198" y="3828020"/>
                                </a:lnTo>
                                <a:lnTo>
                                  <a:pt x="6790423" y="3833926"/>
                                </a:lnTo>
                                <a:lnTo>
                                  <a:pt x="6790198" y="3842331"/>
                                </a:lnTo>
                                <a:lnTo>
                                  <a:pt x="6789297" y="3853689"/>
                                </a:lnTo>
                                <a:lnTo>
                                  <a:pt x="6787493" y="3868454"/>
                                </a:lnTo>
                                <a:lnTo>
                                  <a:pt x="6759771" y="4035185"/>
                                </a:lnTo>
                                <a:lnTo>
                                  <a:pt x="6760898" y="4014286"/>
                                </a:lnTo>
                                <a:lnTo>
                                  <a:pt x="6759996" y="4020420"/>
                                </a:lnTo>
                                <a:lnTo>
                                  <a:pt x="6759095" y="4024963"/>
                                </a:lnTo>
                                <a:lnTo>
                                  <a:pt x="6758419" y="4027916"/>
                                </a:lnTo>
                                <a:lnTo>
                                  <a:pt x="6757742" y="4028824"/>
                                </a:lnTo>
                                <a:lnTo>
                                  <a:pt x="6757517" y="4029279"/>
                                </a:lnTo>
                                <a:lnTo>
                                  <a:pt x="6757292" y="4029506"/>
                                </a:lnTo>
                                <a:lnTo>
                                  <a:pt x="6756841" y="4029051"/>
                                </a:lnTo>
                                <a:lnTo>
                                  <a:pt x="6756390" y="4027234"/>
                                </a:lnTo>
                                <a:lnTo>
                                  <a:pt x="6756165" y="4023600"/>
                                </a:lnTo>
                                <a:lnTo>
                                  <a:pt x="6755714" y="4018602"/>
                                </a:lnTo>
                                <a:lnTo>
                                  <a:pt x="6751882" y="4043362"/>
                                </a:lnTo>
                                <a:lnTo>
                                  <a:pt x="6753009" y="4025871"/>
                                </a:lnTo>
                                <a:lnTo>
                                  <a:pt x="6753460" y="4008380"/>
                                </a:lnTo>
                                <a:lnTo>
                                  <a:pt x="6753460" y="3991117"/>
                                </a:lnTo>
                                <a:lnTo>
                                  <a:pt x="6753460" y="3973399"/>
                                </a:lnTo>
                                <a:lnTo>
                                  <a:pt x="6752784" y="3938644"/>
                                </a:lnTo>
                                <a:lnTo>
                                  <a:pt x="6751882" y="3903890"/>
                                </a:lnTo>
                                <a:lnTo>
                                  <a:pt x="6751432" y="3892305"/>
                                </a:lnTo>
                                <a:lnTo>
                                  <a:pt x="6750530" y="3881174"/>
                                </a:lnTo>
                                <a:lnTo>
                                  <a:pt x="6748952" y="3858686"/>
                                </a:lnTo>
                                <a:lnTo>
                                  <a:pt x="6748501" y="3847556"/>
                                </a:lnTo>
                                <a:lnTo>
                                  <a:pt x="6748051" y="3837106"/>
                                </a:lnTo>
                                <a:lnTo>
                                  <a:pt x="6748051" y="3826657"/>
                                </a:lnTo>
                                <a:lnTo>
                                  <a:pt x="6748276" y="3821433"/>
                                </a:lnTo>
                                <a:lnTo>
                                  <a:pt x="6748727" y="3816663"/>
                                </a:lnTo>
                                <a:lnTo>
                                  <a:pt x="6749178" y="3811892"/>
                                </a:lnTo>
                                <a:lnTo>
                                  <a:pt x="6749854" y="3807122"/>
                                </a:lnTo>
                                <a:lnTo>
                                  <a:pt x="6750755" y="3802579"/>
                                </a:lnTo>
                                <a:lnTo>
                                  <a:pt x="6751882" y="3798263"/>
                                </a:lnTo>
                                <a:lnTo>
                                  <a:pt x="6753235" y="3793947"/>
                                </a:lnTo>
                                <a:lnTo>
                                  <a:pt x="6755038" y="3789859"/>
                                </a:lnTo>
                                <a:lnTo>
                                  <a:pt x="6756841" y="3785997"/>
                                </a:lnTo>
                                <a:lnTo>
                                  <a:pt x="6759095" y="3782135"/>
                                </a:lnTo>
                                <a:lnTo>
                                  <a:pt x="6761574" y="3778728"/>
                                </a:lnTo>
                                <a:lnTo>
                                  <a:pt x="6764279" y="3775321"/>
                                </a:lnTo>
                                <a:lnTo>
                                  <a:pt x="6767434" y="3772141"/>
                                </a:lnTo>
                                <a:lnTo>
                                  <a:pt x="6771040" y="3769188"/>
                                </a:lnTo>
                                <a:lnTo>
                                  <a:pt x="6775097" y="3766462"/>
                                </a:lnTo>
                                <a:lnTo>
                                  <a:pt x="6779379" y="3764190"/>
                                </a:lnTo>
                                <a:lnTo>
                                  <a:pt x="6783887" y="3761919"/>
                                </a:lnTo>
                                <a:lnTo>
                                  <a:pt x="6789071" y="3759874"/>
                                </a:lnTo>
                                <a:close/>
                                <a:moveTo>
                                  <a:pt x="4230144" y="3758444"/>
                                </a:moveTo>
                                <a:lnTo>
                                  <a:pt x="4230598" y="3759351"/>
                                </a:lnTo>
                                <a:lnTo>
                                  <a:pt x="4230598" y="3759125"/>
                                </a:lnTo>
                                <a:lnTo>
                                  <a:pt x="4230144" y="3758444"/>
                                </a:lnTo>
                                <a:close/>
                                <a:moveTo>
                                  <a:pt x="3043382" y="3757537"/>
                                </a:moveTo>
                                <a:lnTo>
                                  <a:pt x="3044290" y="3758444"/>
                                </a:lnTo>
                                <a:lnTo>
                                  <a:pt x="3051777" y="3765249"/>
                                </a:lnTo>
                                <a:lnTo>
                                  <a:pt x="3052684" y="3765702"/>
                                </a:lnTo>
                                <a:lnTo>
                                  <a:pt x="3047466" y="3761166"/>
                                </a:lnTo>
                                <a:lnTo>
                                  <a:pt x="3043382" y="3757537"/>
                                </a:lnTo>
                                <a:close/>
                                <a:moveTo>
                                  <a:pt x="3064935" y="3756856"/>
                                </a:moveTo>
                                <a:lnTo>
                                  <a:pt x="3064481" y="3757083"/>
                                </a:lnTo>
                                <a:lnTo>
                                  <a:pt x="3055407" y="3767744"/>
                                </a:lnTo>
                                <a:lnTo>
                                  <a:pt x="3064935" y="3756856"/>
                                </a:lnTo>
                                <a:close/>
                                <a:moveTo>
                                  <a:pt x="1311275" y="3754437"/>
                                </a:moveTo>
                                <a:lnTo>
                                  <a:pt x="1316038" y="3754681"/>
                                </a:lnTo>
                                <a:lnTo>
                                  <a:pt x="1316038" y="3754926"/>
                                </a:lnTo>
                                <a:lnTo>
                                  <a:pt x="1315358" y="3767137"/>
                                </a:lnTo>
                                <a:lnTo>
                                  <a:pt x="1311275" y="3754437"/>
                                </a:lnTo>
                                <a:close/>
                                <a:moveTo>
                                  <a:pt x="1755699" y="3754211"/>
                                </a:moveTo>
                                <a:lnTo>
                                  <a:pt x="1752682" y="3754857"/>
                                </a:lnTo>
                                <a:lnTo>
                                  <a:pt x="1752296" y="3754664"/>
                                </a:lnTo>
                                <a:lnTo>
                                  <a:pt x="1752523" y="3754891"/>
                                </a:lnTo>
                                <a:lnTo>
                                  <a:pt x="1752682" y="3754857"/>
                                </a:lnTo>
                                <a:lnTo>
                                  <a:pt x="1752750" y="3754891"/>
                                </a:lnTo>
                                <a:lnTo>
                                  <a:pt x="1755699" y="3754211"/>
                                </a:lnTo>
                                <a:close/>
                                <a:moveTo>
                                  <a:pt x="6735356" y="3749674"/>
                                </a:moveTo>
                                <a:lnTo>
                                  <a:pt x="6734949" y="3753929"/>
                                </a:lnTo>
                                <a:lnTo>
                                  <a:pt x="6732099" y="3755273"/>
                                </a:lnTo>
                                <a:lnTo>
                                  <a:pt x="6734949" y="3749898"/>
                                </a:lnTo>
                                <a:lnTo>
                                  <a:pt x="6735356" y="3749674"/>
                                </a:lnTo>
                                <a:close/>
                                <a:moveTo>
                                  <a:pt x="3036803" y="3748918"/>
                                </a:moveTo>
                                <a:lnTo>
                                  <a:pt x="3038164" y="3751866"/>
                                </a:lnTo>
                                <a:lnTo>
                                  <a:pt x="3039299" y="3753000"/>
                                </a:lnTo>
                                <a:lnTo>
                                  <a:pt x="3040433" y="3754588"/>
                                </a:lnTo>
                                <a:lnTo>
                                  <a:pt x="3041341" y="3755495"/>
                                </a:lnTo>
                                <a:lnTo>
                                  <a:pt x="3039979" y="3753681"/>
                                </a:lnTo>
                                <a:lnTo>
                                  <a:pt x="3038164" y="3751413"/>
                                </a:lnTo>
                                <a:lnTo>
                                  <a:pt x="3036803" y="3748918"/>
                                </a:lnTo>
                                <a:close/>
                                <a:moveTo>
                                  <a:pt x="1257300" y="3748087"/>
                                </a:moveTo>
                                <a:lnTo>
                                  <a:pt x="1262063" y="3751847"/>
                                </a:lnTo>
                                <a:lnTo>
                                  <a:pt x="1261865" y="3752056"/>
                                </a:lnTo>
                                <a:lnTo>
                                  <a:pt x="1258294" y="3756025"/>
                                </a:lnTo>
                                <a:lnTo>
                                  <a:pt x="1257300" y="3748087"/>
                                </a:lnTo>
                                <a:close/>
                                <a:moveTo>
                                  <a:pt x="1679473" y="3747180"/>
                                </a:moveTo>
                                <a:lnTo>
                                  <a:pt x="1670852" y="3749448"/>
                                </a:lnTo>
                                <a:lnTo>
                                  <a:pt x="1679700" y="3747180"/>
                                </a:lnTo>
                                <a:lnTo>
                                  <a:pt x="1679473" y="3747180"/>
                                </a:lnTo>
                                <a:close/>
                                <a:moveTo>
                                  <a:pt x="2779758" y="3746650"/>
                                </a:moveTo>
                                <a:lnTo>
                                  <a:pt x="2779531" y="3746876"/>
                                </a:lnTo>
                                <a:lnTo>
                                  <a:pt x="2779304" y="3747557"/>
                                </a:lnTo>
                                <a:lnTo>
                                  <a:pt x="2779758" y="3746650"/>
                                </a:lnTo>
                                <a:close/>
                                <a:moveTo>
                                  <a:pt x="6816509" y="3744677"/>
                                </a:moveTo>
                                <a:lnTo>
                                  <a:pt x="6805643" y="3846023"/>
                                </a:lnTo>
                                <a:lnTo>
                                  <a:pt x="6805643" y="3845795"/>
                                </a:lnTo>
                                <a:lnTo>
                                  <a:pt x="6804256" y="3854449"/>
                                </a:lnTo>
                                <a:lnTo>
                                  <a:pt x="6805643" y="3844656"/>
                                </a:lnTo>
                                <a:lnTo>
                                  <a:pt x="6804025" y="3853083"/>
                                </a:lnTo>
                                <a:lnTo>
                                  <a:pt x="6805412" y="3844428"/>
                                </a:lnTo>
                                <a:lnTo>
                                  <a:pt x="6804025" y="3851488"/>
                                </a:lnTo>
                                <a:lnTo>
                                  <a:pt x="6809805" y="3799335"/>
                                </a:lnTo>
                                <a:lnTo>
                                  <a:pt x="6815122" y="3746955"/>
                                </a:lnTo>
                                <a:lnTo>
                                  <a:pt x="6816509" y="3744677"/>
                                </a:lnTo>
                                <a:close/>
                                <a:moveTo>
                                  <a:pt x="4671408" y="3738711"/>
                                </a:moveTo>
                                <a:lnTo>
                                  <a:pt x="4667324" y="3742794"/>
                                </a:lnTo>
                                <a:lnTo>
                                  <a:pt x="4661879" y="3750279"/>
                                </a:lnTo>
                                <a:lnTo>
                                  <a:pt x="4671181" y="3739165"/>
                                </a:lnTo>
                                <a:lnTo>
                                  <a:pt x="4671408" y="3738711"/>
                                </a:lnTo>
                                <a:close/>
                                <a:moveTo>
                                  <a:pt x="1294918" y="3738562"/>
                                </a:moveTo>
                                <a:lnTo>
                                  <a:pt x="1296988" y="3741473"/>
                                </a:lnTo>
                                <a:lnTo>
                                  <a:pt x="1296781" y="3744912"/>
                                </a:lnTo>
                                <a:lnTo>
                                  <a:pt x="1292225" y="3740414"/>
                                </a:lnTo>
                                <a:lnTo>
                                  <a:pt x="1294918" y="3738562"/>
                                </a:lnTo>
                                <a:close/>
                                <a:moveTo>
                                  <a:pt x="1279527" y="3735387"/>
                                </a:moveTo>
                                <a:lnTo>
                                  <a:pt x="1279527" y="3735614"/>
                                </a:lnTo>
                                <a:lnTo>
                                  <a:pt x="1274762" y="3744912"/>
                                </a:lnTo>
                                <a:lnTo>
                                  <a:pt x="1279527" y="3735387"/>
                                </a:lnTo>
                                <a:close/>
                                <a:moveTo>
                                  <a:pt x="1780427" y="3729491"/>
                                </a:moveTo>
                                <a:lnTo>
                                  <a:pt x="1779746" y="3732213"/>
                                </a:lnTo>
                                <a:lnTo>
                                  <a:pt x="1778158" y="3733800"/>
                                </a:lnTo>
                                <a:lnTo>
                                  <a:pt x="1778385" y="3733800"/>
                                </a:lnTo>
                                <a:lnTo>
                                  <a:pt x="1779519" y="3735614"/>
                                </a:lnTo>
                                <a:lnTo>
                                  <a:pt x="1780427" y="3729491"/>
                                </a:lnTo>
                                <a:close/>
                                <a:moveTo>
                                  <a:pt x="1265238" y="3722687"/>
                                </a:moveTo>
                                <a:lnTo>
                                  <a:pt x="1265238" y="3723420"/>
                                </a:lnTo>
                                <a:lnTo>
                                  <a:pt x="1260476" y="3729037"/>
                                </a:lnTo>
                                <a:lnTo>
                                  <a:pt x="1261391" y="3722931"/>
                                </a:lnTo>
                                <a:lnTo>
                                  <a:pt x="1265238" y="3722687"/>
                                </a:lnTo>
                                <a:close/>
                                <a:moveTo>
                                  <a:pt x="1247061" y="3722687"/>
                                </a:moveTo>
                                <a:lnTo>
                                  <a:pt x="1247776" y="3727036"/>
                                </a:lnTo>
                                <a:lnTo>
                                  <a:pt x="1243012" y="3727450"/>
                                </a:lnTo>
                                <a:lnTo>
                                  <a:pt x="1247061" y="3722687"/>
                                </a:lnTo>
                                <a:close/>
                                <a:moveTo>
                                  <a:pt x="2262847" y="3719007"/>
                                </a:moveTo>
                                <a:lnTo>
                                  <a:pt x="2261149" y="3721100"/>
                                </a:lnTo>
                                <a:lnTo>
                                  <a:pt x="2259561" y="3725182"/>
                                </a:lnTo>
                                <a:lnTo>
                                  <a:pt x="2258200" y="3729038"/>
                                </a:lnTo>
                                <a:lnTo>
                                  <a:pt x="2257292" y="3732666"/>
                                </a:lnTo>
                                <a:lnTo>
                                  <a:pt x="2256385" y="3736068"/>
                                </a:lnTo>
                                <a:lnTo>
                                  <a:pt x="2254797" y="3742645"/>
                                </a:lnTo>
                                <a:lnTo>
                                  <a:pt x="2253435" y="3748768"/>
                                </a:lnTo>
                                <a:lnTo>
                                  <a:pt x="2252755" y="3751716"/>
                                </a:lnTo>
                                <a:lnTo>
                                  <a:pt x="2251621" y="3754664"/>
                                </a:lnTo>
                                <a:lnTo>
                                  <a:pt x="2250486" y="3757386"/>
                                </a:lnTo>
                                <a:lnTo>
                                  <a:pt x="2249352" y="3760334"/>
                                </a:lnTo>
                                <a:lnTo>
                                  <a:pt x="2247537" y="3763055"/>
                                </a:lnTo>
                                <a:lnTo>
                                  <a:pt x="2245495" y="3766004"/>
                                </a:lnTo>
                                <a:lnTo>
                                  <a:pt x="2243000" y="3768952"/>
                                </a:lnTo>
                                <a:lnTo>
                                  <a:pt x="2239824" y="3772127"/>
                                </a:lnTo>
                                <a:lnTo>
                                  <a:pt x="2239143" y="3772354"/>
                                </a:lnTo>
                                <a:lnTo>
                                  <a:pt x="2238009" y="3772807"/>
                                </a:lnTo>
                                <a:lnTo>
                                  <a:pt x="2237328" y="3773488"/>
                                </a:lnTo>
                                <a:lnTo>
                                  <a:pt x="2236875" y="3774395"/>
                                </a:lnTo>
                                <a:lnTo>
                                  <a:pt x="2235740" y="3776209"/>
                                </a:lnTo>
                                <a:lnTo>
                                  <a:pt x="2234606" y="3778930"/>
                                </a:lnTo>
                                <a:lnTo>
                                  <a:pt x="2234152" y="3782332"/>
                                </a:lnTo>
                                <a:lnTo>
                                  <a:pt x="2233925" y="3786188"/>
                                </a:lnTo>
                                <a:lnTo>
                                  <a:pt x="2233698" y="3790270"/>
                                </a:lnTo>
                                <a:lnTo>
                                  <a:pt x="2233698" y="3795259"/>
                                </a:lnTo>
                                <a:lnTo>
                                  <a:pt x="2233925" y="3800248"/>
                                </a:lnTo>
                                <a:lnTo>
                                  <a:pt x="2234045" y="3801749"/>
                                </a:lnTo>
                                <a:lnTo>
                                  <a:pt x="2234587" y="3798137"/>
                                </a:lnTo>
                                <a:lnTo>
                                  <a:pt x="2235495" y="3793601"/>
                                </a:lnTo>
                                <a:lnTo>
                                  <a:pt x="2236402" y="3789291"/>
                                </a:lnTo>
                                <a:lnTo>
                                  <a:pt x="2237536" y="3785208"/>
                                </a:lnTo>
                                <a:lnTo>
                                  <a:pt x="2239351" y="3781579"/>
                                </a:lnTo>
                                <a:lnTo>
                                  <a:pt x="2241166" y="3777950"/>
                                </a:lnTo>
                                <a:lnTo>
                                  <a:pt x="2243208" y="3774548"/>
                                </a:lnTo>
                                <a:lnTo>
                                  <a:pt x="2245931" y="3771373"/>
                                </a:lnTo>
                                <a:lnTo>
                                  <a:pt x="2248653" y="3768651"/>
                                </a:lnTo>
                                <a:lnTo>
                                  <a:pt x="2250922" y="3763661"/>
                                </a:lnTo>
                                <a:lnTo>
                                  <a:pt x="2253191" y="3757537"/>
                                </a:lnTo>
                                <a:lnTo>
                                  <a:pt x="2255459" y="3750959"/>
                                </a:lnTo>
                                <a:lnTo>
                                  <a:pt x="2257501" y="3743701"/>
                                </a:lnTo>
                                <a:lnTo>
                                  <a:pt x="2259543" y="3735762"/>
                                </a:lnTo>
                                <a:lnTo>
                                  <a:pt x="2261131" y="3727370"/>
                                </a:lnTo>
                                <a:lnTo>
                                  <a:pt x="2262847" y="3719007"/>
                                </a:lnTo>
                                <a:close/>
                                <a:moveTo>
                                  <a:pt x="6732058" y="3709987"/>
                                </a:moveTo>
                                <a:lnTo>
                                  <a:pt x="6732587" y="3719059"/>
                                </a:lnTo>
                                <a:lnTo>
                                  <a:pt x="6729412" y="3729037"/>
                                </a:lnTo>
                                <a:lnTo>
                                  <a:pt x="6732058" y="3709987"/>
                                </a:lnTo>
                                <a:close/>
                                <a:moveTo>
                                  <a:pt x="2806756" y="3709905"/>
                                </a:moveTo>
                                <a:lnTo>
                                  <a:pt x="2806302" y="3712854"/>
                                </a:lnTo>
                                <a:lnTo>
                                  <a:pt x="2806756" y="3711266"/>
                                </a:lnTo>
                                <a:lnTo>
                                  <a:pt x="2806756" y="3710132"/>
                                </a:lnTo>
                                <a:lnTo>
                                  <a:pt x="2806756" y="3709905"/>
                                </a:lnTo>
                                <a:close/>
                                <a:moveTo>
                                  <a:pt x="1356430" y="3700965"/>
                                </a:moveTo>
                                <a:lnTo>
                                  <a:pt x="1353247" y="3701558"/>
                                </a:lnTo>
                                <a:lnTo>
                                  <a:pt x="1350077" y="3702458"/>
                                </a:lnTo>
                                <a:lnTo>
                                  <a:pt x="1347134" y="3703808"/>
                                </a:lnTo>
                                <a:lnTo>
                                  <a:pt x="1344190" y="3704934"/>
                                </a:lnTo>
                                <a:lnTo>
                                  <a:pt x="1341700" y="3706059"/>
                                </a:lnTo>
                                <a:lnTo>
                                  <a:pt x="1339662" y="3707635"/>
                                </a:lnTo>
                                <a:lnTo>
                                  <a:pt x="1337397" y="3709210"/>
                                </a:lnTo>
                                <a:lnTo>
                                  <a:pt x="1335813" y="3711011"/>
                                </a:lnTo>
                                <a:lnTo>
                                  <a:pt x="1334001" y="3712586"/>
                                </a:lnTo>
                                <a:lnTo>
                                  <a:pt x="1332643" y="3714612"/>
                                </a:lnTo>
                                <a:lnTo>
                                  <a:pt x="1331058" y="3716187"/>
                                </a:lnTo>
                                <a:lnTo>
                                  <a:pt x="1328568" y="3720464"/>
                                </a:lnTo>
                                <a:lnTo>
                                  <a:pt x="1328372" y="3720925"/>
                                </a:lnTo>
                                <a:lnTo>
                                  <a:pt x="1331239" y="3718605"/>
                                </a:lnTo>
                                <a:lnTo>
                                  <a:pt x="1336457" y="3714977"/>
                                </a:lnTo>
                                <a:lnTo>
                                  <a:pt x="1346893" y="3708173"/>
                                </a:lnTo>
                                <a:lnTo>
                                  <a:pt x="1351656" y="3704772"/>
                                </a:lnTo>
                                <a:lnTo>
                                  <a:pt x="1355967" y="3701370"/>
                                </a:lnTo>
                                <a:lnTo>
                                  <a:pt x="1356430" y="3700965"/>
                                </a:lnTo>
                                <a:close/>
                                <a:moveTo>
                                  <a:pt x="1258464" y="3698874"/>
                                </a:moveTo>
                                <a:lnTo>
                                  <a:pt x="1258887" y="3701805"/>
                                </a:lnTo>
                                <a:lnTo>
                                  <a:pt x="1254231" y="3705224"/>
                                </a:lnTo>
                                <a:lnTo>
                                  <a:pt x="1252537" y="3700828"/>
                                </a:lnTo>
                                <a:lnTo>
                                  <a:pt x="1258464" y="3698874"/>
                                </a:lnTo>
                                <a:close/>
                                <a:moveTo>
                                  <a:pt x="1246187" y="3698874"/>
                                </a:moveTo>
                                <a:lnTo>
                                  <a:pt x="1249363" y="3700945"/>
                                </a:lnTo>
                                <a:lnTo>
                                  <a:pt x="1247616" y="3703637"/>
                                </a:lnTo>
                                <a:lnTo>
                                  <a:pt x="1246187" y="3698874"/>
                                </a:lnTo>
                                <a:close/>
                                <a:moveTo>
                                  <a:pt x="6796087" y="3697287"/>
                                </a:moveTo>
                                <a:lnTo>
                                  <a:pt x="6796087" y="3704466"/>
                                </a:lnTo>
                                <a:lnTo>
                                  <a:pt x="6794676" y="3713439"/>
                                </a:lnTo>
                                <a:lnTo>
                                  <a:pt x="6793970" y="3712317"/>
                                </a:lnTo>
                                <a:lnTo>
                                  <a:pt x="6792912" y="3717925"/>
                                </a:lnTo>
                                <a:lnTo>
                                  <a:pt x="6793265" y="3703793"/>
                                </a:lnTo>
                                <a:lnTo>
                                  <a:pt x="6796087" y="3697287"/>
                                </a:lnTo>
                                <a:close/>
                                <a:moveTo>
                                  <a:pt x="1628656" y="3696834"/>
                                </a:moveTo>
                                <a:lnTo>
                                  <a:pt x="1627521" y="3697061"/>
                                </a:lnTo>
                                <a:lnTo>
                                  <a:pt x="1628656" y="3697061"/>
                                </a:lnTo>
                                <a:lnTo>
                                  <a:pt x="1628656" y="3696834"/>
                                </a:lnTo>
                                <a:close/>
                                <a:moveTo>
                                  <a:pt x="1778385" y="3695700"/>
                                </a:moveTo>
                                <a:lnTo>
                                  <a:pt x="1778612" y="3696607"/>
                                </a:lnTo>
                                <a:lnTo>
                                  <a:pt x="1778612" y="3695700"/>
                                </a:lnTo>
                                <a:lnTo>
                                  <a:pt x="1778385" y="3695700"/>
                                </a:lnTo>
                                <a:close/>
                                <a:moveTo>
                                  <a:pt x="2808571" y="3693575"/>
                                </a:moveTo>
                                <a:lnTo>
                                  <a:pt x="2806982" y="3707637"/>
                                </a:lnTo>
                                <a:lnTo>
                                  <a:pt x="2808571" y="3693801"/>
                                </a:lnTo>
                                <a:lnTo>
                                  <a:pt x="2808571" y="3693575"/>
                                </a:lnTo>
                                <a:close/>
                                <a:moveTo>
                                  <a:pt x="6789143" y="3692524"/>
                                </a:moveTo>
                                <a:lnTo>
                                  <a:pt x="6789738" y="3694069"/>
                                </a:lnTo>
                                <a:lnTo>
                                  <a:pt x="6788150" y="3702049"/>
                                </a:lnTo>
                                <a:lnTo>
                                  <a:pt x="6789143" y="3692524"/>
                                </a:lnTo>
                                <a:close/>
                                <a:moveTo>
                                  <a:pt x="6732587" y="3692524"/>
                                </a:moveTo>
                                <a:lnTo>
                                  <a:pt x="6734175" y="3712148"/>
                                </a:lnTo>
                                <a:lnTo>
                                  <a:pt x="6733910" y="3714749"/>
                                </a:lnTo>
                                <a:lnTo>
                                  <a:pt x="6732587" y="3692524"/>
                                </a:lnTo>
                                <a:close/>
                                <a:moveTo>
                                  <a:pt x="1363644" y="3685074"/>
                                </a:moveTo>
                                <a:lnTo>
                                  <a:pt x="1363513" y="3692740"/>
                                </a:lnTo>
                                <a:lnTo>
                                  <a:pt x="1363907" y="3691164"/>
                                </a:lnTo>
                                <a:lnTo>
                                  <a:pt x="1364361" y="3689123"/>
                                </a:lnTo>
                                <a:lnTo>
                                  <a:pt x="1364134" y="3687536"/>
                                </a:lnTo>
                                <a:lnTo>
                                  <a:pt x="1363907" y="3685495"/>
                                </a:lnTo>
                                <a:lnTo>
                                  <a:pt x="1363644" y="3685074"/>
                                </a:lnTo>
                                <a:close/>
                                <a:moveTo>
                                  <a:pt x="1914956" y="3682093"/>
                                </a:moveTo>
                                <a:lnTo>
                                  <a:pt x="1915864" y="3688216"/>
                                </a:lnTo>
                                <a:lnTo>
                                  <a:pt x="1915183" y="3682093"/>
                                </a:lnTo>
                                <a:lnTo>
                                  <a:pt x="1914956" y="3682093"/>
                                </a:lnTo>
                                <a:close/>
                                <a:moveTo>
                                  <a:pt x="6737443" y="3681412"/>
                                </a:moveTo>
                                <a:lnTo>
                                  <a:pt x="6738937" y="3685948"/>
                                </a:lnTo>
                                <a:lnTo>
                                  <a:pt x="6738750" y="3686175"/>
                                </a:lnTo>
                                <a:lnTo>
                                  <a:pt x="6735762" y="3684814"/>
                                </a:lnTo>
                                <a:lnTo>
                                  <a:pt x="6737443" y="3681412"/>
                                </a:lnTo>
                                <a:close/>
                                <a:moveTo>
                                  <a:pt x="3181774" y="3676563"/>
                                </a:moveTo>
                                <a:lnTo>
                                  <a:pt x="3182000" y="3677924"/>
                                </a:lnTo>
                                <a:lnTo>
                                  <a:pt x="3182000" y="3676790"/>
                                </a:lnTo>
                                <a:lnTo>
                                  <a:pt x="3181774" y="3676563"/>
                                </a:lnTo>
                                <a:close/>
                                <a:moveTo>
                                  <a:pt x="6797221" y="3675062"/>
                                </a:moveTo>
                                <a:lnTo>
                                  <a:pt x="6799262" y="3692751"/>
                                </a:lnTo>
                                <a:lnTo>
                                  <a:pt x="6799035" y="3694112"/>
                                </a:lnTo>
                                <a:lnTo>
                                  <a:pt x="6798808" y="3694112"/>
                                </a:lnTo>
                                <a:lnTo>
                                  <a:pt x="6797448" y="3689350"/>
                                </a:lnTo>
                                <a:lnTo>
                                  <a:pt x="6796314" y="3691617"/>
                                </a:lnTo>
                                <a:lnTo>
                                  <a:pt x="6796087" y="3691391"/>
                                </a:lnTo>
                                <a:lnTo>
                                  <a:pt x="6796767" y="3680732"/>
                                </a:lnTo>
                                <a:lnTo>
                                  <a:pt x="6797221" y="3675062"/>
                                </a:lnTo>
                                <a:close/>
                                <a:moveTo>
                                  <a:pt x="1609145" y="3674836"/>
                                </a:moveTo>
                                <a:lnTo>
                                  <a:pt x="1613002" y="3680505"/>
                                </a:lnTo>
                                <a:lnTo>
                                  <a:pt x="1613456" y="3680732"/>
                                </a:lnTo>
                                <a:lnTo>
                                  <a:pt x="1609145" y="3674836"/>
                                </a:lnTo>
                                <a:close/>
                                <a:moveTo>
                                  <a:pt x="5868761" y="3671887"/>
                                </a:moveTo>
                                <a:lnTo>
                                  <a:pt x="5873750" y="3679554"/>
                                </a:lnTo>
                                <a:lnTo>
                                  <a:pt x="5873750" y="3680251"/>
                                </a:lnTo>
                                <a:lnTo>
                                  <a:pt x="5873750" y="3681412"/>
                                </a:lnTo>
                                <a:lnTo>
                                  <a:pt x="5867400" y="3672352"/>
                                </a:lnTo>
                                <a:lnTo>
                                  <a:pt x="5868761" y="3671887"/>
                                </a:lnTo>
                                <a:close/>
                                <a:moveTo>
                                  <a:pt x="1354796" y="3668720"/>
                                </a:moveTo>
                                <a:lnTo>
                                  <a:pt x="1351889" y="3673424"/>
                                </a:lnTo>
                                <a:lnTo>
                                  <a:pt x="1362243" y="3682727"/>
                                </a:lnTo>
                                <a:lnTo>
                                  <a:pt x="1361638" y="3681639"/>
                                </a:lnTo>
                                <a:lnTo>
                                  <a:pt x="1360051" y="3679825"/>
                                </a:lnTo>
                                <a:lnTo>
                                  <a:pt x="1358235" y="3677557"/>
                                </a:lnTo>
                                <a:lnTo>
                                  <a:pt x="1356874" y="3675289"/>
                                </a:lnTo>
                                <a:lnTo>
                                  <a:pt x="1355740" y="3673022"/>
                                </a:lnTo>
                                <a:lnTo>
                                  <a:pt x="1355059" y="3670300"/>
                                </a:lnTo>
                                <a:lnTo>
                                  <a:pt x="1354796" y="3668720"/>
                                </a:lnTo>
                                <a:close/>
                                <a:moveTo>
                                  <a:pt x="3537280" y="3667264"/>
                                </a:moveTo>
                                <a:lnTo>
                                  <a:pt x="3537734" y="3667491"/>
                                </a:lnTo>
                                <a:lnTo>
                                  <a:pt x="3537507" y="3667264"/>
                                </a:lnTo>
                                <a:lnTo>
                                  <a:pt x="3537280" y="3667264"/>
                                </a:lnTo>
                                <a:close/>
                                <a:moveTo>
                                  <a:pt x="2041999" y="3666672"/>
                                </a:moveTo>
                                <a:lnTo>
                                  <a:pt x="2033379" y="3673022"/>
                                </a:lnTo>
                                <a:lnTo>
                                  <a:pt x="2027707" y="3670073"/>
                                </a:lnTo>
                                <a:lnTo>
                                  <a:pt x="2025892" y="3669620"/>
                                </a:lnTo>
                                <a:lnTo>
                                  <a:pt x="2023397" y="3669393"/>
                                </a:lnTo>
                                <a:lnTo>
                                  <a:pt x="2017045" y="3669166"/>
                                </a:lnTo>
                                <a:lnTo>
                                  <a:pt x="2010239" y="3669620"/>
                                </a:lnTo>
                                <a:lnTo>
                                  <a:pt x="2003887" y="3670073"/>
                                </a:lnTo>
                                <a:lnTo>
                                  <a:pt x="1999122" y="3670754"/>
                                </a:lnTo>
                                <a:lnTo>
                                  <a:pt x="1997534" y="3671207"/>
                                </a:lnTo>
                                <a:lnTo>
                                  <a:pt x="1997081" y="3671434"/>
                                </a:lnTo>
                                <a:lnTo>
                                  <a:pt x="1997308" y="3671661"/>
                                </a:lnTo>
                                <a:lnTo>
                                  <a:pt x="1999122" y="3671661"/>
                                </a:lnTo>
                                <a:lnTo>
                                  <a:pt x="2005928" y="3671661"/>
                                </a:lnTo>
                                <a:lnTo>
                                  <a:pt x="2019994" y="3670073"/>
                                </a:lnTo>
                                <a:lnTo>
                                  <a:pt x="2029749" y="3671661"/>
                                </a:lnTo>
                                <a:lnTo>
                                  <a:pt x="2032925" y="3673475"/>
                                </a:lnTo>
                                <a:lnTo>
                                  <a:pt x="2040865" y="3667805"/>
                                </a:lnTo>
                                <a:lnTo>
                                  <a:pt x="2041999" y="3666672"/>
                                </a:lnTo>
                                <a:close/>
                                <a:moveTo>
                                  <a:pt x="4132816" y="3665676"/>
                                </a:moveTo>
                                <a:lnTo>
                                  <a:pt x="4134178" y="3666357"/>
                                </a:lnTo>
                                <a:lnTo>
                                  <a:pt x="4133497" y="3665676"/>
                                </a:lnTo>
                                <a:lnTo>
                                  <a:pt x="4132816" y="3665676"/>
                                </a:lnTo>
                                <a:close/>
                                <a:moveTo>
                                  <a:pt x="1250887" y="3663373"/>
                                </a:moveTo>
                                <a:lnTo>
                                  <a:pt x="1228770" y="3672702"/>
                                </a:lnTo>
                                <a:lnTo>
                                  <a:pt x="1238000" y="3670723"/>
                                </a:lnTo>
                                <a:lnTo>
                                  <a:pt x="1250887" y="3663373"/>
                                </a:lnTo>
                                <a:close/>
                                <a:moveTo>
                                  <a:pt x="6797675" y="3660774"/>
                                </a:moveTo>
                                <a:lnTo>
                                  <a:pt x="6799263" y="3671651"/>
                                </a:lnTo>
                                <a:lnTo>
                                  <a:pt x="6799263" y="3671887"/>
                                </a:lnTo>
                                <a:lnTo>
                                  <a:pt x="6797675" y="3660774"/>
                                </a:lnTo>
                                <a:close/>
                                <a:moveTo>
                                  <a:pt x="2054250" y="3657147"/>
                                </a:moveTo>
                                <a:lnTo>
                                  <a:pt x="2051981" y="3657827"/>
                                </a:lnTo>
                                <a:lnTo>
                                  <a:pt x="2056519" y="3657373"/>
                                </a:lnTo>
                                <a:lnTo>
                                  <a:pt x="2054250" y="3657147"/>
                                </a:lnTo>
                                <a:close/>
                                <a:moveTo>
                                  <a:pt x="2116410" y="3656693"/>
                                </a:moveTo>
                                <a:lnTo>
                                  <a:pt x="2114142" y="3658280"/>
                                </a:lnTo>
                                <a:lnTo>
                                  <a:pt x="2111654" y="3659637"/>
                                </a:lnTo>
                                <a:lnTo>
                                  <a:pt x="2111657" y="3659636"/>
                                </a:lnTo>
                                <a:lnTo>
                                  <a:pt x="2115520" y="3657599"/>
                                </a:lnTo>
                                <a:lnTo>
                                  <a:pt x="2113929" y="3662351"/>
                                </a:lnTo>
                                <a:lnTo>
                                  <a:pt x="2112566" y="3667104"/>
                                </a:lnTo>
                                <a:lnTo>
                                  <a:pt x="2111657" y="3671856"/>
                                </a:lnTo>
                                <a:lnTo>
                                  <a:pt x="2111203" y="3676834"/>
                                </a:lnTo>
                                <a:lnTo>
                                  <a:pt x="2111203" y="3681586"/>
                                </a:lnTo>
                                <a:lnTo>
                                  <a:pt x="2111657" y="3686565"/>
                                </a:lnTo>
                                <a:lnTo>
                                  <a:pt x="2112339" y="3691091"/>
                                </a:lnTo>
                                <a:lnTo>
                                  <a:pt x="2113702" y="3695843"/>
                                </a:lnTo>
                                <a:lnTo>
                                  <a:pt x="2117110" y="3697880"/>
                                </a:lnTo>
                                <a:lnTo>
                                  <a:pt x="2120518" y="3700143"/>
                                </a:lnTo>
                                <a:lnTo>
                                  <a:pt x="2123926" y="3702179"/>
                                </a:lnTo>
                                <a:lnTo>
                                  <a:pt x="2127107" y="3704669"/>
                                </a:lnTo>
                                <a:lnTo>
                                  <a:pt x="2128568" y="3705812"/>
                                </a:lnTo>
                                <a:lnTo>
                                  <a:pt x="2127300" y="3704545"/>
                                </a:lnTo>
                                <a:lnTo>
                                  <a:pt x="2124124" y="3701823"/>
                                </a:lnTo>
                                <a:lnTo>
                                  <a:pt x="2120948" y="3699782"/>
                                </a:lnTo>
                                <a:lnTo>
                                  <a:pt x="2117545" y="3697514"/>
                                </a:lnTo>
                                <a:lnTo>
                                  <a:pt x="2114142" y="3695473"/>
                                </a:lnTo>
                                <a:lnTo>
                                  <a:pt x="2112781" y="3690938"/>
                                </a:lnTo>
                                <a:lnTo>
                                  <a:pt x="2112100" y="3686175"/>
                                </a:lnTo>
                                <a:lnTo>
                                  <a:pt x="2111873" y="3680959"/>
                                </a:lnTo>
                                <a:lnTo>
                                  <a:pt x="2112100" y="3675970"/>
                                </a:lnTo>
                                <a:lnTo>
                                  <a:pt x="2112554" y="3670980"/>
                                </a:lnTo>
                                <a:lnTo>
                                  <a:pt x="2113688" y="3665991"/>
                                </a:lnTo>
                                <a:lnTo>
                                  <a:pt x="2115049" y="3661229"/>
                                </a:lnTo>
                                <a:lnTo>
                                  <a:pt x="2116410" y="3656693"/>
                                </a:lnTo>
                                <a:close/>
                                <a:moveTo>
                                  <a:pt x="2826040" y="3656150"/>
                                </a:moveTo>
                                <a:lnTo>
                                  <a:pt x="2826040" y="3657057"/>
                                </a:lnTo>
                                <a:lnTo>
                                  <a:pt x="2826266" y="3656830"/>
                                </a:lnTo>
                                <a:lnTo>
                                  <a:pt x="2826040" y="3656150"/>
                                </a:lnTo>
                                <a:close/>
                                <a:moveTo>
                                  <a:pt x="1277164" y="3652461"/>
                                </a:moveTo>
                                <a:lnTo>
                                  <a:pt x="1274834" y="3653291"/>
                                </a:lnTo>
                                <a:lnTo>
                                  <a:pt x="1268692" y="3655559"/>
                                </a:lnTo>
                                <a:lnTo>
                                  <a:pt x="1262322" y="3658507"/>
                                </a:lnTo>
                                <a:lnTo>
                                  <a:pt x="1256180" y="3661682"/>
                                </a:lnTo>
                                <a:lnTo>
                                  <a:pt x="1254360" y="3661909"/>
                                </a:lnTo>
                                <a:lnTo>
                                  <a:pt x="1252691" y="3662612"/>
                                </a:lnTo>
                                <a:lnTo>
                                  <a:pt x="1255208" y="3661945"/>
                                </a:lnTo>
                                <a:lnTo>
                                  <a:pt x="1258378" y="3661270"/>
                                </a:lnTo>
                                <a:lnTo>
                                  <a:pt x="1261548" y="3660145"/>
                                </a:lnTo>
                                <a:lnTo>
                                  <a:pt x="1264491" y="3658794"/>
                                </a:lnTo>
                                <a:lnTo>
                                  <a:pt x="1270378" y="3656093"/>
                                </a:lnTo>
                                <a:lnTo>
                                  <a:pt x="1276265" y="3652942"/>
                                </a:lnTo>
                                <a:lnTo>
                                  <a:pt x="1277164" y="3652461"/>
                                </a:lnTo>
                                <a:close/>
                                <a:moveTo>
                                  <a:pt x="1496395" y="3650797"/>
                                </a:moveTo>
                                <a:lnTo>
                                  <a:pt x="1498084" y="3651600"/>
                                </a:lnTo>
                                <a:lnTo>
                                  <a:pt x="1501159" y="3653291"/>
                                </a:lnTo>
                                <a:lnTo>
                                  <a:pt x="1501159" y="3653064"/>
                                </a:lnTo>
                                <a:lnTo>
                                  <a:pt x="1498084" y="3651600"/>
                                </a:lnTo>
                                <a:lnTo>
                                  <a:pt x="1496622" y="3650797"/>
                                </a:lnTo>
                                <a:lnTo>
                                  <a:pt x="1496395" y="3650797"/>
                                </a:lnTo>
                                <a:close/>
                                <a:moveTo>
                                  <a:pt x="1472121" y="3643993"/>
                                </a:moveTo>
                                <a:lnTo>
                                  <a:pt x="1471894" y="3644447"/>
                                </a:lnTo>
                                <a:lnTo>
                                  <a:pt x="1470079" y="3650570"/>
                                </a:lnTo>
                                <a:lnTo>
                                  <a:pt x="1472121" y="3643993"/>
                                </a:lnTo>
                                <a:close/>
                                <a:moveTo>
                                  <a:pt x="1461442" y="3640796"/>
                                </a:moveTo>
                                <a:lnTo>
                                  <a:pt x="1460916" y="3640817"/>
                                </a:lnTo>
                                <a:lnTo>
                                  <a:pt x="1455684" y="3641498"/>
                                </a:lnTo>
                                <a:lnTo>
                                  <a:pt x="1449997" y="3642405"/>
                                </a:lnTo>
                                <a:lnTo>
                                  <a:pt x="1444992" y="3643766"/>
                                </a:lnTo>
                                <a:lnTo>
                                  <a:pt x="1440647" y="3644848"/>
                                </a:lnTo>
                                <a:lnTo>
                                  <a:pt x="1442401" y="3644673"/>
                                </a:lnTo>
                                <a:lnTo>
                                  <a:pt x="1447166" y="3643766"/>
                                </a:lnTo>
                                <a:lnTo>
                                  <a:pt x="1452157" y="3642859"/>
                                </a:lnTo>
                                <a:lnTo>
                                  <a:pt x="1461442" y="3640796"/>
                                </a:lnTo>
                                <a:close/>
                                <a:moveTo>
                                  <a:pt x="3487369" y="3637778"/>
                                </a:moveTo>
                                <a:lnTo>
                                  <a:pt x="3490091" y="3639819"/>
                                </a:lnTo>
                                <a:lnTo>
                                  <a:pt x="3489637" y="3638685"/>
                                </a:lnTo>
                                <a:lnTo>
                                  <a:pt x="3487369" y="3637778"/>
                                </a:lnTo>
                                <a:close/>
                                <a:moveTo>
                                  <a:pt x="1353995" y="3637598"/>
                                </a:moveTo>
                                <a:lnTo>
                                  <a:pt x="1346719" y="3638323"/>
                                </a:lnTo>
                                <a:lnTo>
                                  <a:pt x="1337001" y="3639453"/>
                                </a:lnTo>
                                <a:lnTo>
                                  <a:pt x="1353995" y="3637598"/>
                                </a:lnTo>
                                <a:close/>
                                <a:moveTo>
                                  <a:pt x="1391209" y="3637068"/>
                                </a:moveTo>
                                <a:lnTo>
                                  <a:pt x="1392945" y="3637870"/>
                                </a:lnTo>
                                <a:lnTo>
                                  <a:pt x="1393626" y="3642632"/>
                                </a:lnTo>
                                <a:lnTo>
                                  <a:pt x="1398617" y="3643766"/>
                                </a:lnTo>
                                <a:lnTo>
                                  <a:pt x="1399159" y="3643837"/>
                                </a:lnTo>
                                <a:lnTo>
                                  <a:pt x="1399040" y="3643766"/>
                                </a:lnTo>
                                <a:lnTo>
                                  <a:pt x="1397220" y="3641725"/>
                                </a:lnTo>
                                <a:lnTo>
                                  <a:pt x="1394945" y="3639910"/>
                                </a:lnTo>
                                <a:lnTo>
                                  <a:pt x="1392898" y="3637642"/>
                                </a:lnTo>
                                <a:lnTo>
                                  <a:pt x="1391209" y="3637068"/>
                                </a:lnTo>
                                <a:close/>
                                <a:moveTo>
                                  <a:pt x="1360220" y="3636977"/>
                                </a:moveTo>
                                <a:lnTo>
                                  <a:pt x="1359824" y="3637016"/>
                                </a:lnTo>
                                <a:lnTo>
                                  <a:pt x="1359950" y="3637636"/>
                                </a:lnTo>
                                <a:lnTo>
                                  <a:pt x="1360220" y="3636977"/>
                                </a:lnTo>
                                <a:close/>
                                <a:moveTo>
                                  <a:pt x="3467631" y="3635963"/>
                                </a:moveTo>
                                <a:lnTo>
                                  <a:pt x="3452431" y="3637551"/>
                                </a:lnTo>
                                <a:lnTo>
                                  <a:pt x="3468312" y="3635963"/>
                                </a:lnTo>
                                <a:lnTo>
                                  <a:pt x="3467631" y="3635963"/>
                                </a:lnTo>
                                <a:close/>
                                <a:moveTo>
                                  <a:pt x="1281241" y="3633820"/>
                                </a:moveTo>
                                <a:lnTo>
                                  <a:pt x="1280905" y="3634089"/>
                                </a:lnTo>
                                <a:lnTo>
                                  <a:pt x="1281171" y="3633961"/>
                                </a:lnTo>
                                <a:lnTo>
                                  <a:pt x="1281241" y="3633820"/>
                                </a:lnTo>
                                <a:close/>
                                <a:moveTo>
                                  <a:pt x="1304296" y="3630123"/>
                                </a:moveTo>
                                <a:lnTo>
                                  <a:pt x="1303380" y="3631109"/>
                                </a:lnTo>
                                <a:lnTo>
                                  <a:pt x="1300843" y="3633820"/>
                                </a:lnTo>
                                <a:lnTo>
                                  <a:pt x="1298076" y="3635853"/>
                                </a:lnTo>
                                <a:lnTo>
                                  <a:pt x="1295078" y="3637660"/>
                                </a:lnTo>
                                <a:lnTo>
                                  <a:pt x="1291849" y="3639241"/>
                                </a:lnTo>
                                <a:lnTo>
                                  <a:pt x="1288390" y="3640370"/>
                                </a:lnTo>
                                <a:lnTo>
                                  <a:pt x="1284931" y="3641048"/>
                                </a:lnTo>
                                <a:lnTo>
                                  <a:pt x="1281241" y="3641725"/>
                                </a:lnTo>
                                <a:lnTo>
                                  <a:pt x="1277320" y="3641725"/>
                                </a:lnTo>
                                <a:lnTo>
                                  <a:pt x="1281139" y="3634026"/>
                                </a:lnTo>
                                <a:lnTo>
                                  <a:pt x="1281010" y="3634150"/>
                                </a:lnTo>
                                <a:lnTo>
                                  <a:pt x="1277320" y="3641725"/>
                                </a:lnTo>
                                <a:lnTo>
                                  <a:pt x="1275937" y="3641280"/>
                                </a:lnTo>
                                <a:lnTo>
                                  <a:pt x="1280720" y="3634237"/>
                                </a:lnTo>
                                <a:lnTo>
                                  <a:pt x="1278704" y="3635853"/>
                                </a:lnTo>
                                <a:lnTo>
                                  <a:pt x="1276167" y="3637208"/>
                                </a:lnTo>
                                <a:lnTo>
                                  <a:pt x="1273400" y="3638337"/>
                                </a:lnTo>
                                <a:lnTo>
                                  <a:pt x="1270863" y="3638789"/>
                                </a:lnTo>
                                <a:lnTo>
                                  <a:pt x="1268557" y="3638789"/>
                                </a:lnTo>
                                <a:lnTo>
                                  <a:pt x="1266020" y="3638337"/>
                                </a:lnTo>
                                <a:lnTo>
                                  <a:pt x="1265952" y="3638313"/>
                                </a:lnTo>
                                <a:lnTo>
                                  <a:pt x="1266644" y="3639003"/>
                                </a:lnTo>
                                <a:lnTo>
                                  <a:pt x="1268009" y="3640817"/>
                                </a:lnTo>
                                <a:lnTo>
                                  <a:pt x="1269374" y="3642405"/>
                                </a:lnTo>
                                <a:lnTo>
                                  <a:pt x="1270056" y="3644673"/>
                                </a:lnTo>
                                <a:lnTo>
                                  <a:pt x="1270739" y="3647167"/>
                                </a:lnTo>
                                <a:lnTo>
                                  <a:pt x="1270966" y="3650342"/>
                                </a:lnTo>
                                <a:lnTo>
                                  <a:pt x="1270739" y="3653744"/>
                                </a:lnTo>
                                <a:lnTo>
                                  <a:pt x="1278928" y="3642859"/>
                                </a:lnTo>
                                <a:lnTo>
                                  <a:pt x="1283023" y="3642405"/>
                                </a:lnTo>
                                <a:lnTo>
                                  <a:pt x="1286663" y="3641951"/>
                                </a:lnTo>
                                <a:lnTo>
                                  <a:pt x="1290075" y="3641271"/>
                                </a:lnTo>
                                <a:lnTo>
                                  <a:pt x="1293032" y="3640364"/>
                                </a:lnTo>
                                <a:lnTo>
                                  <a:pt x="1295535" y="3639003"/>
                                </a:lnTo>
                                <a:lnTo>
                                  <a:pt x="1297810" y="3637642"/>
                                </a:lnTo>
                                <a:lnTo>
                                  <a:pt x="1299857" y="3636055"/>
                                </a:lnTo>
                                <a:lnTo>
                                  <a:pt x="1301449" y="3634241"/>
                                </a:lnTo>
                                <a:lnTo>
                                  <a:pt x="1303042" y="3632653"/>
                                </a:lnTo>
                                <a:lnTo>
                                  <a:pt x="1304179" y="3630385"/>
                                </a:lnTo>
                                <a:lnTo>
                                  <a:pt x="1304296" y="3630123"/>
                                </a:lnTo>
                                <a:close/>
                                <a:moveTo>
                                  <a:pt x="4086535" y="3626437"/>
                                </a:moveTo>
                                <a:lnTo>
                                  <a:pt x="4100374" y="3636190"/>
                                </a:lnTo>
                                <a:lnTo>
                                  <a:pt x="4100147" y="3635963"/>
                                </a:lnTo>
                                <a:lnTo>
                                  <a:pt x="4086535" y="3626437"/>
                                </a:lnTo>
                                <a:close/>
                                <a:moveTo>
                                  <a:pt x="2833980" y="3621901"/>
                                </a:moveTo>
                                <a:lnTo>
                                  <a:pt x="2832165" y="3625530"/>
                                </a:lnTo>
                                <a:lnTo>
                                  <a:pt x="2833299" y="3624169"/>
                                </a:lnTo>
                                <a:lnTo>
                                  <a:pt x="2833980" y="3621901"/>
                                </a:lnTo>
                                <a:close/>
                                <a:moveTo>
                                  <a:pt x="2955810" y="3613962"/>
                                </a:moveTo>
                                <a:lnTo>
                                  <a:pt x="2962616" y="3617364"/>
                                </a:lnTo>
                                <a:lnTo>
                                  <a:pt x="2963070" y="3617591"/>
                                </a:lnTo>
                                <a:lnTo>
                                  <a:pt x="2955810" y="3613962"/>
                                </a:lnTo>
                                <a:close/>
                                <a:moveTo>
                                  <a:pt x="1259471" y="3613209"/>
                                </a:moveTo>
                                <a:lnTo>
                                  <a:pt x="1251741" y="3614289"/>
                                </a:lnTo>
                                <a:lnTo>
                                  <a:pt x="1246983" y="3614693"/>
                                </a:lnTo>
                                <a:lnTo>
                                  <a:pt x="1247050" y="3614963"/>
                                </a:lnTo>
                                <a:lnTo>
                                  <a:pt x="1251491" y="3614395"/>
                                </a:lnTo>
                                <a:lnTo>
                                  <a:pt x="1259485" y="3613277"/>
                                </a:lnTo>
                                <a:lnTo>
                                  <a:pt x="1259471" y="3613209"/>
                                </a:lnTo>
                                <a:close/>
                                <a:moveTo>
                                  <a:pt x="6802438" y="3608387"/>
                                </a:moveTo>
                                <a:lnTo>
                                  <a:pt x="6802438" y="3608857"/>
                                </a:lnTo>
                                <a:lnTo>
                                  <a:pt x="6802438" y="3609093"/>
                                </a:lnTo>
                                <a:lnTo>
                                  <a:pt x="6800850" y="3621087"/>
                                </a:lnTo>
                                <a:lnTo>
                                  <a:pt x="6802438" y="3608387"/>
                                </a:lnTo>
                                <a:close/>
                                <a:moveTo>
                                  <a:pt x="6719887" y="3606799"/>
                                </a:moveTo>
                                <a:lnTo>
                                  <a:pt x="6721580" y="3607021"/>
                                </a:lnTo>
                                <a:lnTo>
                                  <a:pt x="6723062" y="3607686"/>
                                </a:lnTo>
                                <a:lnTo>
                                  <a:pt x="6724332" y="3608574"/>
                                </a:lnTo>
                                <a:lnTo>
                                  <a:pt x="6725602" y="3609905"/>
                                </a:lnTo>
                                <a:lnTo>
                                  <a:pt x="6726449" y="3611236"/>
                                </a:lnTo>
                                <a:lnTo>
                                  <a:pt x="6727084" y="3613010"/>
                                </a:lnTo>
                                <a:lnTo>
                                  <a:pt x="6727719" y="3615007"/>
                                </a:lnTo>
                                <a:lnTo>
                                  <a:pt x="6728565" y="3617225"/>
                                </a:lnTo>
                                <a:lnTo>
                                  <a:pt x="6728777" y="3619666"/>
                                </a:lnTo>
                                <a:lnTo>
                                  <a:pt x="6728989" y="3622106"/>
                                </a:lnTo>
                                <a:lnTo>
                                  <a:pt x="6729412" y="3627430"/>
                                </a:lnTo>
                                <a:lnTo>
                                  <a:pt x="6729200" y="3633419"/>
                                </a:lnTo>
                                <a:lnTo>
                                  <a:pt x="6728989" y="3639631"/>
                                </a:lnTo>
                                <a:lnTo>
                                  <a:pt x="6726660" y="3657599"/>
                                </a:lnTo>
                                <a:lnTo>
                                  <a:pt x="6725179" y="3646951"/>
                                </a:lnTo>
                                <a:lnTo>
                                  <a:pt x="6722850" y="3632754"/>
                                </a:lnTo>
                                <a:lnTo>
                                  <a:pt x="6720310" y="3616560"/>
                                </a:lnTo>
                                <a:lnTo>
                                  <a:pt x="6719887" y="3606799"/>
                                </a:lnTo>
                                <a:close/>
                                <a:moveTo>
                                  <a:pt x="2185604" y="3606120"/>
                                </a:moveTo>
                                <a:lnTo>
                                  <a:pt x="2184696" y="3607707"/>
                                </a:lnTo>
                                <a:lnTo>
                                  <a:pt x="2184923" y="3607480"/>
                                </a:lnTo>
                                <a:lnTo>
                                  <a:pt x="2185604" y="3606120"/>
                                </a:lnTo>
                                <a:close/>
                                <a:moveTo>
                                  <a:pt x="1272853" y="3600544"/>
                                </a:moveTo>
                                <a:lnTo>
                                  <a:pt x="1272172" y="3600626"/>
                                </a:lnTo>
                                <a:lnTo>
                                  <a:pt x="1260041" y="3612902"/>
                                </a:lnTo>
                                <a:lnTo>
                                  <a:pt x="1260548" y="3613820"/>
                                </a:lnTo>
                                <a:lnTo>
                                  <a:pt x="1260716" y="3613944"/>
                                </a:lnTo>
                                <a:lnTo>
                                  <a:pt x="1272853" y="3600544"/>
                                </a:lnTo>
                                <a:close/>
                                <a:moveTo>
                                  <a:pt x="1272873" y="3599916"/>
                                </a:moveTo>
                                <a:lnTo>
                                  <a:pt x="1272247" y="3600551"/>
                                </a:lnTo>
                                <a:lnTo>
                                  <a:pt x="1272478" y="3600506"/>
                                </a:lnTo>
                                <a:lnTo>
                                  <a:pt x="1272708" y="3600506"/>
                                </a:lnTo>
                                <a:lnTo>
                                  <a:pt x="1272888" y="3600506"/>
                                </a:lnTo>
                                <a:lnTo>
                                  <a:pt x="1273400" y="3599940"/>
                                </a:lnTo>
                                <a:lnTo>
                                  <a:pt x="1273861" y="3599940"/>
                                </a:lnTo>
                                <a:lnTo>
                                  <a:pt x="1274092" y="3599940"/>
                                </a:lnTo>
                                <a:lnTo>
                                  <a:pt x="1274322" y="3599940"/>
                                </a:lnTo>
                                <a:lnTo>
                                  <a:pt x="1274553" y="3599940"/>
                                </a:lnTo>
                                <a:lnTo>
                                  <a:pt x="1274553" y="3599916"/>
                                </a:lnTo>
                                <a:lnTo>
                                  <a:pt x="1274481" y="3599916"/>
                                </a:lnTo>
                                <a:lnTo>
                                  <a:pt x="1274252" y="3599916"/>
                                </a:lnTo>
                                <a:lnTo>
                                  <a:pt x="1274022" y="3599916"/>
                                </a:lnTo>
                                <a:lnTo>
                                  <a:pt x="1273792" y="3599916"/>
                                </a:lnTo>
                                <a:lnTo>
                                  <a:pt x="1273563" y="3599916"/>
                                </a:lnTo>
                                <a:lnTo>
                                  <a:pt x="1273333" y="3599916"/>
                                </a:lnTo>
                                <a:lnTo>
                                  <a:pt x="1273103" y="3599916"/>
                                </a:lnTo>
                                <a:lnTo>
                                  <a:pt x="1272873" y="3599916"/>
                                </a:lnTo>
                                <a:close/>
                                <a:moveTo>
                                  <a:pt x="1274711" y="3599692"/>
                                </a:moveTo>
                                <a:lnTo>
                                  <a:pt x="1274711" y="3599714"/>
                                </a:lnTo>
                                <a:lnTo>
                                  <a:pt x="1274784" y="3599714"/>
                                </a:lnTo>
                                <a:lnTo>
                                  <a:pt x="1275245" y="3599714"/>
                                </a:lnTo>
                                <a:lnTo>
                                  <a:pt x="1275476" y="3599714"/>
                                </a:lnTo>
                                <a:lnTo>
                                  <a:pt x="1275706" y="3599714"/>
                                </a:lnTo>
                                <a:lnTo>
                                  <a:pt x="1275734" y="3599692"/>
                                </a:lnTo>
                                <a:lnTo>
                                  <a:pt x="1275630" y="3599692"/>
                                </a:lnTo>
                                <a:lnTo>
                                  <a:pt x="1275400" y="3599692"/>
                                </a:lnTo>
                                <a:lnTo>
                                  <a:pt x="1274941" y="3599692"/>
                                </a:lnTo>
                                <a:lnTo>
                                  <a:pt x="1274711" y="3599692"/>
                                </a:lnTo>
                                <a:close/>
                                <a:moveTo>
                                  <a:pt x="1260299" y="3596378"/>
                                </a:moveTo>
                                <a:lnTo>
                                  <a:pt x="1255939" y="3597955"/>
                                </a:lnTo>
                                <a:lnTo>
                                  <a:pt x="1252888" y="3599342"/>
                                </a:lnTo>
                                <a:lnTo>
                                  <a:pt x="1255416" y="3598344"/>
                                </a:lnTo>
                                <a:lnTo>
                                  <a:pt x="1260299" y="3596378"/>
                                </a:lnTo>
                                <a:close/>
                                <a:moveTo>
                                  <a:pt x="1267131" y="3593628"/>
                                </a:moveTo>
                                <a:lnTo>
                                  <a:pt x="1264301" y="3594287"/>
                                </a:lnTo>
                                <a:lnTo>
                                  <a:pt x="1265764" y="3594179"/>
                                </a:lnTo>
                                <a:lnTo>
                                  <a:pt x="1267131" y="3593628"/>
                                </a:lnTo>
                                <a:close/>
                                <a:moveTo>
                                  <a:pt x="2257722" y="3591073"/>
                                </a:moveTo>
                                <a:lnTo>
                                  <a:pt x="2257765" y="3591170"/>
                                </a:lnTo>
                                <a:lnTo>
                                  <a:pt x="2257728" y="3591280"/>
                                </a:lnTo>
                                <a:lnTo>
                                  <a:pt x="2257722" y="3591073"/>
                                </a:lnTo>
                                <a:close/>
                                <a:moveTo>
                                  <a:pt x="1350254" y="3590122"/>
                                </a:moveTo>
                                <a:lnTo>
                                  <a:pt x="1336567" y="3600903"/>
                                </a:lnTo>
                                <a:lnTo>
                                  <a:pt x="1314450" y="3598280"/>
                                </a:lnTo>
                                <a:lnTo>
                                  <a:pt x="1314450" y="3598723"/>
                                </a:lnTo>
                                <a:lnTo>
                                  <a:pt x="1314450" y="3601747"/>
                                </a:lnTo>
                                <a:lnTo>
                                  <a:pt x="1314295" y="3604791"/>
                                </a:lnTo>
                                <a:lnTo>
                                  <a:pt x="1314377" y="3604676"/>
                                </a:lnTo>
                                <a:lnTo>
                                  <a:pt x="1314643" y="3604305"/>
                                </a:lnTo>
                                <a:lnTo>
                                  <a:pt x="1316009" y="3603171"/>
                                </a:lnTo>
                                <a:lnTo>
                                  <a:pt x="1317601" y="3601810"/>
                                </a:lnTo>
                                <a:lnTo>
                                  <a:pt x="1319649" y="3601130"/>
                                </a:lnTo>
                                <a:lnTo>
                                  <a:pt x="1321696" y="3600450"/>
                                </a:lnTo>
                                <a:lnTo>
                                  <a:pt x="1324198" y="3600223"/>
                                </a:lnTo>
                                <a:lnTo>
                                  <a:pt x="1327155" y="3600223"/>
                                </a:lnTo>
                                <a:lnTo>
                                  <a:pt x="1330340" y="3600450"/>
                                </a:lnTo>
                                <a:lnTo>
                                  <a:pt x="1333979" y="3600903"/>
                                </a:lnTo>
                                <a:lnTo>
                                  <a:pt x="1337847" y="3601810"/>
                                </a:lnTo>
                                <a:lnTo>
                                  <a:pt x="1351268" y="3592058"/>
                                </a:lnTo>
                                <a:lnTo>
                                  <a:pt x="1350254" y="3590122"/>
                                </a:lnTo>
                                <a:close/>
                                <a:moveTo>
                                  <a:pt x="1346036" y="3582080"/>
                                </a:moveTo>
                                <a:lnTo>
                                  <a:pt x="1345961" y="3582101"/>
                                </a:lnTo>
                                <a:lnTo>
                                  <a:pt x="1346359" y="3582695"/>
                                </a:lnTo>
                                <a:lnTo>
                                  <a:pt x="1346036" y="3582080"/>
                                </a:lnTo>
                                <a:close/>
                                <a:moveTo>
                                  <a:pt x="1317981" y="3579652"/>
                                </a:moveTo>
                                <a:lnTo>
                                  <a:pt x="1324197" y="3586389"/>
                                </a:lnTo>
                                <a:lnTo>
                                  <a:pt x="1325759" y="3585826"/>
                                </a:lnTo>
                                <a:lnTo>
                                  <a:pt x="1317981" y="3579652"/>
                                </a:lnTo>
                                <a:close/>
                                <a:moveTo>
                                  <a:pt x="1275273" y="3579420"/>
                                </a:moveTo>
                                <a:lnTo>
                                  <a:pt x="1272977" y="3585085"/>
                                </a:lnTo>
                                <a:lnTo>
                                  <a:pt x="1273792" y="3584420"/>
                                </a:lnTo>
                                <a:lnTo>
                                  <a:pt x="1275273" y="3579420"/>
                                </a:lnTo>
                                <a:close/>
                                <a:moveTo>
                                  <a:pt x="6780212" y="3578224"/>
                                </a:moveTo>
                                <a:lnTo>
                                  <a:pt x="6783123" y="3582079"/>
                                </a:lnTo>
                                <a:lnTo>
                                  <a:pt x="6784975" y="3584347"/>
                                </a:lnTo>
                                <a:lnTo>
                                  <a:pt x="6784710" y="3595460"/>
                                </a:lnTo>
                                <a:lnTo>
                                  <a:pt x="6784710" y="3596367"/>
                                </a:lnTo>
                                <a:lnTo>
                                  <a:pt x="6784446" y="3600449"/>
                                </a:lnTo>
                                <a:lnTo>
                                  <a:pt x="6783387" y="3592738"/>
                                </a:lnTo>
                                <a:lnTo>
                                  <a:pt x="6782329" y="3590244"/>
                                </a:lnTo>
                                <a:lnTo>
                                  <a:pt x="6780212" y="3578224"/>
                                </a:lnTo>
                                <a:close/>
                                <a:moveTo>
                                  <a:pt x="1277020" y="3575372"/>
                                </a:moveTo>
                                <a:lnTo>
                                  <a:pt x="1276875" y="3575467"/>
                                </a:lnTo>
                                <a:lnTo>
                                  <a:pt x="1276757" y="3575758"/>
                                </a:lnTo>
                                <a:lnTo>
                                  <a:pt x="1278073" y="3575372"/>
                                </a:lnTo>
                                <a:lnTo>
                                  <a:pt x="1277020" y="3575372"/>
                                </a:lnTo>
                                <a:close/>
                                <a:moveTo>
                                  <a:pt x="6723030" y="3566683"/>
                                </a:moveTo>
                                <a:lnTo>
                                  <a:pt x="6723063" y="3566865"/>
                                </a:lnTo>
                                <a:lnTo>
                                  <a:pt x="6723063" y="3567112"/>
                                </a:lnTo>
                                <a:lnTo>
                                  <a:pt x="6723030" y="3566683"/>
                                </a:lnTo>
                                <a:close/>
                                <a:moveTo>
                                  <a:pt x="1433845" y="3563759"/>
                                </a:moveTo>
                                <a:lnTo>
                                  <a:pt x="1433845" y="3565751"/>
                                </a:lnTo>
                                <a:lnTo>
                                  <a:pt x="1434528" y="3568019"/>
                                </a:lnTo>
                                <a:lnTo>
                                  <a:pt x="1434983" y="3570287"/>
                                </a:lnTo>
                                <a:lnTo>
                                  <a:pt x="1435665" y="3572555"/>
                                </a:lnTo>
                                <a:lnTo>
                                  <a:pt x="1436575" y="3574142"/>
                                </a:lnTo>
                                <a:lnTo>
                                  <a:pt x="1437940" y="3575957"/>
                                </a:lnTo>
                                <a:lnTo>
                                  <a:pt x="1439077" y="3577317"/>
                                </a:lnTo>
                                <a:lnTo>
                                  <a:pt x="1440442" y="3578678"/>
                                </a:lnTo>
                                <a:lnTo>
                                  <a:pt x="1442034" y="3579358"/>
                                </a:lnTo>
                                <a:lnTo>
                                  <a:pt x="1443627" y="3580039"/>
                                </a:lnTo>
                                <a:lnTo>
                                  <a:pt x="1444110" y="3580159"/>
                                </a:lnTo>
                                <a:lnTo>
                                  <a:pt x="1443536" y="3579586"/>
                                </a:lnTo>
                                <a:lnTo>
                                  <a:pt x="1441948" y="3577545"/>
                                </a:lnTo>
                                <a:lnTo>
                                  <a:pt x="1440133" y="3575277"/>
                                </a:lnTo>
                                <a:lnTo>
                                  <a:pt x="1438545" y="3573009"/>
                                </a:lnTo>
                                <a:lnTo>
                                  <a:pt x="1436957" y="3570288"/>
                                </a:lnTo>
                                <a:lnTo>
                                  <a:pt x="1435596" y="3568020"/>
                                </a:lnTo>
                                <a:lnTo>
                                  <a:pt x="1434461" y="3565298"/>
                                </a:lnTo>
                                <a:lnTo>
                                  <a:pt x="1433845" y="3563759"/>
                                </a:lnTo>
                                <a:close/>
                                <a:moveTo>
                                  <a:pt x="1826480" y="3559855"/>
                                </a:moveTo>
                                <a:lnTo>
                                  <a:pt x="1829084" y="3566146"/>
                                </a:lnTo>
                                <a:lnTo>
                                  <a:pt x="1829202" y="3566659"/>
                                </a:lnTo>
                                <a:lnTo>
                                  <a:pt x="1829202" y="3566432"/>
                                </a:lnTo>
                                <a:lnTo>
                                  <a:pt x="1829084" y="3566146"/>
                                </a:lnTo>
                                <a:lnTo>
                                  <a:pt x="1828522" y="3563711"/>
                                </a:lnTo>
                                <a:lnTo>
                                  <a:pt x="1826480" y="3559855"/>
                                </a:lnTo>
                                <a:close/>
                                <a:moveTo>
                                  <a:pt x="2204247" y="3559513"/>
                                </a:moveTo>
                                <a:lnTo>
                                  <a:pt x="2204186" y="3559526"/>
                                </a:lnTo>
                                <a:lnTo>
                                  <a:pt x="2199876" y="3560887"/>
                                </a:lnTo>
                                <a:lnTo>
                                  <a:pt x="2195565" y="3562248"/>
                                </a:lnTo>
                                <a:lnTo>
                                  <a:pt x="2191028" y="3564289"/>
                                </a:lnTo>
                                <a:lnTo>
                                  <a:pt x="2185129" y="3585156"/>
                                </a:lnTo>
                                <a:lnTo>
                                  <a:pt x="2171084" y="3565539"/>
                                </a:lnTo>
                                <a:lnTo>
                                  <a:pt x="2171084" y="3566659"/>
                                </a:lnTo>
                                <a:lnTo>
                                  <a:pt x="2171311" y="3568020"/>
                                </a:lnTo>
                                <a:lnTo>
                                  <a:pt x="2171765" y="3569380"/>
                                </a:lnTo>
                                <a:lnTo>
                                  <a:pt x="2172899" y="3572329"/>
                                </a:lnTo>
                                <a:lnTo>
                                  <a:pt x="2174487" y="3575277"/>
                                </a:lnTo>
                                <a:lnTo>
                                  <a:pt x="2176302" y="3578225"/>
                                </a:lnTo>
                                <a:lnTo>
                                  <a:pt x="2180613" y="3583895"/>
                                </a:lnTo>
                                <a:lnTo>
                                  <a:pt x="2182654" y="3586843"/>
                                </a:lnTo>
                                <a:lnTo>
                                  <a:pt x="2184696" y="3589564"/>
                                </a:lnTo>
                                <a:lnTo>
                                  <a:pt x="2186057" y="3592513"/>
                                </a:lnTo>
                                <a:lnTo>
                                  <a:pt x="2186965" y="3595461"/>
                                </a:lnTo>
                                <a:lnTo>
                                  <a:pt x="2187418" y="3596821"/>
                                </a:lnTo>
                                <a:lnTo>
                                  <a:pt x="2187418" y="3598182"/>
                                </a:lnTo>
                                <a:lnTo>
                                  <a:pt x="2187418" y="3599543"/>
                                </a:lnTo>
                                <a:lnTo>
                                  <a:pt x="2187418" y="3600677"/>
                                </a:lnTo>
                                <a:lnTo>
                                  <a:pt x="2190141" y="3592059"/>
                                </a:lnTo>
                                <a:lnTo>
                                  <a:pt x="2192183" y="3585482"/>
                                </a:lnTo>
                                <a:lnTo>
                                  <a:pt x="2193544" y="3580266"/>
                                </a:lnTo>
                                <a:lnTo>
                                  <a:pt x="2194905" y="3576411"/>
                                </a:lnTo>
                                <a:lnTo>
                                  <a:pt x="2196266" y="3572555"/>
                                </a:lnTo>
                                <a:lnTo>
                                  <a:pt x="2198535" y="3568473"/>
                                </a:lnTo>
                                <a:lnTo>
                                  <a:pt x="2201938" y="3563030"/>
                                </a:lnTo>
                                <a:lnTo>
                                  <a:pt x="2204247" y="3559513"/>
                                </a:lnTo>
                                <a:close/>
                                <a:moveTo>
                                  <a:pt x="6825514" y="3558404"/>
                                </a:moveTo>
                                <a:lnTo>
                                  <a:pt x="6824832" y="3572048"/>
                                </a:lnTo>
                                <a:lnTo>
                                  <a:pt x="6824370" y="3585713"/>
                                </a:lnTo>
                                <a:lnTo>
                                  <a:pt x="6824139" y="3583891"/>
                                </a:lnTo>
                                <a:lnTo>
                                  <a:pt x="6823908" y="3585257"/>
                                </a:lnTo>
                                <a:lnTo>
                                  <a:pt x="6823807" y="3586644"/>
                                </a:lnTo>
                                <a:lnTo>
                                  <a:pt x="6824370" y="3575920"/>
                                </a:lnTo>
                                <a:lnTo>
                                  <a:pt x="6825295" y="3561117"/>
                                </a:lnTo>
                                <a:lnTo>
                                  <a:pt x="6825514" y="3558404"/>
                                </a:lnTo>
                                <a:close/>
                                <a:moveTo>
                                  <a:pt x="2216356" y="3557962"/>
                                </a:moveTo>
                                <a:lnTo>
                                  <a:pt x="2257292" y="3595688"/>
                                </a:lnTo>
                                <a:lnTo>
                                  <a:pt x="2257292" y="3596141"/>
                                </a:lnTo>
                                <a:lnTo>
                                  <a:pt x="2257065" y="3601130"/>
                                </a:lnTo>
                                <a:lnTo>
                                  <a:pt x="2257519" y="3606120"/>
                                </a:lnTo>
                                <a:lnTo>
                                  <a:pt x="2258200" y="3610655"/>
                                </a:lnTo>
                                <a:lnTo>
                                  <a:pt x="2259334" y="3615418"/>
                                </a:lnTo>
                                <a:lnTo>
                                  <a:pt x="2260695" y="3619954"/>
                                </a:lnTo>
                                <a:lnTo>
                                  <a:pt x="2262283" y="3624489"/>
                                </a:lnTo>
                                <a:lnTo>
                                  <a:pt x="2264098" y="3629025"/>
                                </a:lnTo>
                                <a:lnTo>
                                  <a:pt x="2266140" y="3633334"/>
                                </a:lnTo>
                                <a:lnTo>
                                  <a:pt x="2267107" y="3635455"/>
                                </a:lnTo>
                                <a:lnTo>
                                  <a:pt x="2266803" y="3631200"/>
                                </a:lnTo>
                                <a:lnTo>
                                  <a:pt x="2265668" y="3622127"/>
                                </a:lnTo>
                                <a:lnTo>
                                  <a:pt x="2264080" y="3613055"/>
                                </a:lnTo>
                                <a:lnTo>
                                  <a:pt x="2262265" y="3604663"/>
                                </a:lnTo>
                                <a:lnTo>
                                  <a:pt x="2259770" y="3596497"/>
                                </a:lnTo>
                                <a:lnTo>
                                  <a:pt x="2258409" y="3592641"/>
                                </a:lnTo>
                                <a:lnTo>
                                  <a:pt x="2257765" y="3591170"/>
                                </a:lnTo>
                                <a:lnTo>
                                  <a:pt x="2258182" y="3589920"/>
                                </a:lnTo>
                                <a:lnTo>
                                  <a:pt x="2258409" y="3574496"/>
                                </a:lnTo>
                                <a:lnTo>
                                  <a:pt x="2257047" y="3565197"/>
                                </a:lnTo>
                                <a:lnTo>
                                  <a:pt x="2257722" y="3591073"/>
                                </a:lnTo>
                                <a:lnTo>
                                  <a:pt x="2256820" y="3589012"/>
                                </a:lnTo>
                                <a:lnTo>
                                  <a:pt x="2255459" y="3585610"/>
                                </a:lnTo>
                                <a:lnTo>
                                  <a:pt x="2253644" y="3582208"/>
                                </a:lnTo>
                                <a:lnTo>
                                  <a:pt x="2252056" y="3579032"/>
                                </a:lnTo>
                                <a:lnTo>
                                  <a:pt x="2250014" y="3576084"/>
                                </a:lnTo>
                                <a:lnTo>
                                  <a:pt x="2247973" y="3573135"/>
                                </a:lnTo>
                                <a:lnTo>
                                  <a:pt x="2245704" y="3570867"/>
                                </a:lnTo>
                                <a:lnTo>
                                  <a:pt x="2243208" y="3568372"/>
                                </a:lnTo>
                                <a:lnTo>
                                  <a:pt x="2240713" y="3566104"/>
                                </a:lnTo>
                                <a:lnTo>
                                  <a:pt x="2238444" y="3564289"/>
                                </a:lnTo>
                                <a:lnTo>
                                  <a:pt x="2235495" y="3562475"/>
                                </a:lnTo>
                                <a:lnTo>
                                  <a:pt x="2232772" y="3561114"/>
                                </a:lnTo>
                                <a:lnTo>
                                  <a:pt x="2229596" y="3559753"/>
                                </a:lnTo>
                                <a:lnTo>
                                  <a:pt x="2226420" y="3559073"/>
                                </a:lnTo>
                                <a:lnTo>
                                  <a:pt x="2223017" y="3558392"/>
                                </a:lnTo>
                                <a:lnTo>
                                  <a:pt x="2219614" y="3558165"/>
                                </a:lnTo>
                                <a:lnTo>
                                  <a:pt x="2216356" y="3557962"/>
                                </a:lnTo>
                                <a:close/>
                                <a:moveTo>
                                  <a:pt x="2176201" y="3556555"/>
                                </a:moveTo>
                                <a:lnTo>
                                  <a:pt x="2174941" y="3557814"/>
                                </a:lnTo>
                                <a:lnTo>
                                  <a:pt x="2173353" y="3558948"/>
                                </a:lnTo>
                                <a:lnTo>
                                  <a:pt x="2172446" y="3560082"/>
                                </a:lnTo>
                                <a:lnTo>
                                  <a:pt x="2171845" y="3561284"/>
                                </a:lnTo>
                                <a:lnTo>
                                  <a:pt x="2176201" y="3556555"/>
                                </a:lnTo>
                                <a:close/>
                                <a:moveTo>
                                  <a:pt x="6722197" y="3555999"/>
                                </a:moveTo>
                                <a:lnTo>
                                  <a:pt x="6723030" y="3566683"/>
                                </a:lnTo>
                                <a:lnTo>
                                  <a:pt x="6721475" y="3558222"/>
                                </a:lnTo>
                                <a:lnTo>
                                  <a:pt x="6722197" y="3555999"/>
                                </a:lnTo>
                                <a:close/>
                                <a:moveTo>
                                  <a:pt x="6825717" y="3555874"/>
                                </a:moveTo>
                                <a:lnTo>
                                  <a:pt x="6825514" y="3558404"/>
                                </a:lnTo>
                                <a:lnTo>
                                  <a:pt x="6825526" y="3558156"/>
                                </a:lnTo>
                                <a:lnTo>
                                  <a:pt x="6825717" y="3555874"/>
                                </a:lnTo>
                                <a:close/>
                                <a:moveTo>
                                  <a:pt x="1280521" y="3551690"/>
                                </a:moveTo>
                                <a:lnTo>
                                  <a:pt x="1277791" y="3551917"/>
                                </a:lnTo>
                                <a:lnTo>
                                  <a:pt x="1275516" y="3552598"/>
                                </a:lnTo>
                                <a:lnTo>
                                  <a:pt x="1272786" y="3553278"/>
                                </a:lnTo>
                                <a:lnTo>
                                  <a:pt x="1270284" y="3554412"/>
                                </a:lnTo>
                                <a:lnTo>
                                  <a:pt x="1267554" y="3555999"/>
                                </a:lnTo>
                                <a:lnTo>
                                  <a:pt x="1267136" y="3556291"/>
                                </a:lnTo>
                                <a:lnTo>
                                  <a:pt x="1269072" y="3556000"/>
                                </a:lnTo>
                                <a:lnTo>
                                  <a:pt x="1272300" y="3556000"/>
                                </a:lnTo>
                                <a:lnTo>
                                  <a:pt x="1275529" y="3556000"/>
                                </a:lnTo>
                                <a:lnTo>
                                  <a:pt x="1278758" y="3556451"/>
                                </a:lnTo>
                                <a:lnTo>
                                  <a:pt x="1281756" y="3556901"/>
                                </a:lnTo>
                                <a:lnTo>
                                  <a:pt x="1284754" y="3557802"/>
                                </a:lnTo>
                                <a:lnTo>
                                  <a:pt x="1287982" y="3558928"/>
                                </a:lnTo>
                                <a:lnTo>
                                  <a:pt x="1290980" y="3560055"/>
                                </a:lnTo>
                                <a:lnTo>
                                  <a:pt x="1293979" y="3561181"/>
                                </a:lnTo>
                                <a:lnTo>
                                  <a:pt x="1296746" y="3562758"/>
                                </a:lnTo>
                                <a:lnTo>
                                  <a:pt x="1299283" y="3564109"/>
                                </a:lnTo>
                                <a:lnTo>
                                  <a:pt x="1301589" y="3565911"/>
                                </a:lnTo>
                                <a:lnTo>
                                  <a:pt x="1303895" y="3567263"/>
                                </a:lnTo>
                                <a:lnTo>
                                  <a:pt x="1305492" y="3568822"/>
                                </a:lnTo>
                                <a:lnTo>
                                  <a:pt x="1304861" y="3567566"/>
                                </a:lnTo>
                                <a:lnTo>
                                  <a:pt x="1302359" y="3563710"/>
                                </a:lnTo>
                                <a:lnTo>
                                  <a:pt x="1299402" y="3560535"/>
                                </a:lnTo>
                                <a:lnTo>
                                  <a:pt x="1296672" y="3557814"/>
                                </a:lnTo>
                                <a:lnTo>
                                  <a:pt x="1293942" y="3555773"/>
                                </a:lnTo>
                                <a:lnTo>
                                  <a:pt x="1291212" y="3553958"/>
                                </a:lnTo>
                                <a:lnTo>
                                  <a:pt x="1288710" y="3552824"/>
                                </a:lnTo>
                                <a:lnTo>
                                  <a:pt x="1285980" y="3551917"/>
                                </a:lnTo>
                                <a:lnTo>
                                  <a:pt x="1283250" y="3551690"/>
                                </a:lnTo>
                                <a:lnTo>
                                  <a:pt x="1280521" y="3551690"/>
                                </a:lnTo>
                                <a:close/>
                                <a:moveTo>
                                  <a:pt x="6769688" y="3539762"/>
                                </a:moveTo>
                                <a:lnTo>
                                  <a:pt x="6773519" y="3559297"/>
                                </a:lnTo>
                                <a:lnTo>
                                  <a:pt x="6775607" y="3570392"/>
                                </a:lnTo>
                                <a:lnTo>
                                  <a:pt x="6776671" y="3549649"/>
                                </a:lnTo>
                                <a:lnTo>
                                  <a:pt x="6778625" y="3559590"/>
                                </a:lnTo>
                                <a:lnTo>
                                  <a:pt x="6776915" y="3572306"/>
                                </a:lnTo>
                                <a:lnTo>
                                  <a:pt x="6776084" y="3572962"/>
                                </a:lnTo>
                                <a:lnTo>
                                  <a:pt x="6776900" y="3577697"/>
                                </a:lnTo>
                                <a:lnTo>
                                  <a:pt x="6778478" y="3587237"/>
                                </a:lnTo>
                                <a:lnTo>
                                  <a:pt x="6781633" y="3607227"/>
                                </a:lnTo>
                                <a:lnTo>
                                  <a:pt x="6782257" y="3611710"/>
                                </a:lnTo>
                                <a:lnTo>
                                  <a:pt x="6781800" y="3592512"/>
                                </a:lnTo>
                                <a:lnTo>
                                  <a:pt x="6783388" y="3605647"/>
                                </a:lnTo>
                                <a:lnTo>
                                  <a:pt x="6782802" y="3615620"/>
                                </a:lnTo>
                                <a:lnTo>
                                  <a:pt x="6783673" y="3621870"/>
                                </a:lnTo>
                                <a:lnTo>
                                  <a:pt x="6784294" y="3608387"/>
                                </a:lnTo>
                                <a:lnTo>
                                  <a:pt x="6785454" y="3612337"/>
                                </a:lnTo>
                                <a:lnTo>
                                  <a:pt x="6786096" y="3608387"/>
                                </a:lnTo>
                                <a:lnTo>
                                  <a:pt x="6789738" y="3624262"/>
                                </a:lnTo>
                                <a:lnTo>
                                  <a:pt x="6788057" y="3623802"/>
                                </a:lnTo>
                                <a:lnTo>
                                  <a:pt x="6788057" y="3623112"/>
                                </a:lnTo>
                                <a:lnTo>
                                  <a:pt x="6786656" y="3615749"/>
                                </a:lnTo>
                                <a:lnTo>
                                  <a:pt x="6786097" y="3614524"/>
                                </a:lnTo>
                                <a:lnTo>
                                  <a:pt x="6786109" y="3614566"/>
                                </a:lnTo>
                                <a:lnTo>
                                  <a:pt x="6787243" y="3620744"/>
                                </a:lnTo>
                                <a:lnTo>
                                  <a:pt x="6787696" y="3624176"/>
                                </a:lnTo>
                                <a:lnTo>
                                  <a:pt x="6787923" y="3627380"/>
                                </a:lnTo>
                                <a:lnTo>
                                  <a:pt x="6787923" y="3630584"/>
                                </a:lnTo>
                                <a:lnTo>
                                  <a:pt x="6787696" y="3633787"/>
                                </a:lnTo>
                                <a:lnTo>
                                  <a:pt x="6785655" y="3630355"/>
                                </a:lnTo>
                                <a:lnTo>
                                  <a:pt x="6784724" y="3629415"/>
                                </a:lnTo>
                                <a:lnTo>
                                  <a:pt x="6785240" y="3633122"/>
                                </a:lnTo>
                                <a:lnTo>
                                  <a:pt x="6780957" y="3666287"/>
                                </a:lnTo>
                                <a:lnTo>
                                  <a:pt x="6780056" y="3665605"/>
                                </a:lnTo>
                                <a:lnTo>
                                  <a:pt x="6780957" y="3668331"/>
                                </a:lnTo>
                                <a:lnTo>
                                  <a:pt x="6788846" y="3647433"/>
                                </a:lnTo>
                                <a:lnTo>
                                  <a:pt x="6789973" y="3647433"/>
                                </a:lnTo>
                                <a:lnTo>
                                  <a:pt x="6791325" y="3675600"/>
                                </a:lnTo>
                                <a:lnTo>
                                  <a:pt x="6786366" y="3694000"/>
                                </a:lnTo>
                                <a:lnTo>
                                  <a:pt x="6787493" y="3693091"/>
                                </a:lnTo>
                                <a:lnTo>
                                  <a:pt x="6786817" y="3708310"/>
                                </a:lnTo>
                                <a:lnTo>
                                  <a:pt x="6785916" y="3708992"/>
                                </a:lnTo>
                                <a:lnTo>
                                  <a:pt x="6785465" y="3706266"/>
                                </a:lnTo>
                                <a:lnTo>
                                  <a:pt x="6785465" y="3712853"/>
                                </a:lnTo>
                                <a:lnTo>
                                  <a:pt x="6785465" y="3718305"/>
                                </a:lnTo>
                                <a:lnTo>
                                  <a:pt x="6785916" y="3727164"/>
                                </a:lnTo>
                                <a:lnTo>
                                  <a:pt x="6785916" y="3730344"/>
                                </a:lnTo>
                                <a:lnTo>
                                  <a:pt x="6785690" y="3733070"/>
                                </a:lnTo>
                                <a:lnTo>
                                  <a:pt x="6785465" y="3735342"/>
                                </a:lnTo>
                                <a:lnTo>
                                  <a:pt x="6784338" y="3737386"/>
                                </a:lnTo>
                                <a:lnTo>
                                  <a:pt x="6783211" y="3738976"/>
                                </a:lnTo>
                                <a:lnTo>
                                  <a:pt x="6781183" y="3740566"/>
                                </a:lnTo>
                                <a:lnTo>
                                  <a:pt x="6778929" y="3741702"/>
                                </a:lnTo>
                                <a:lnTo>
                                  <a:pt x="6775548" y="3742838"/>
                                </a:lnTo>
                                <a:lnTo>
                                  <a:pt x="6771491" y="3744428"/>
                                </a:lnTo>
                                <a:lnTo>
                                  <a:pt x="6766307" y="3745791"/>
                                </a:lnTo>
                                <a:lnTo>
                                  <a:pt x="6753009" y="3749425"/>
                                </a:lnTo>
                                <a:lnTo>
                                  <a:pt x="6753009" y="3730344"/>
                                </a:lnTo>
                                <a:lnTo>
                                  <a:pt x="6753235" y="3711263"/>
                                </a:lnTo>
                                <a:lnTo>
                                  <a:pt x="6753460" y="3692182"/>
                                </a:lnTo>
                                <a:lnTo>
                                  <a:pt x="6754136" y="3673329"/>
                                </a:lnTo>
                                <a:lnTo>
                                  <a:pt x="6755714" y="3635167"/>
                                </a:lnTo>
                                <a:lnTo>
                                  <a:pt x="6757066" y="3597005"/>
                                </a:lnTo>
                                <a:lnTo>
                                  <a:pt x="6757292" y="3593370"/>
                                </a:lnTo>
                                <a:lnTo>
                                  <a:pt x="6758193" y="3588827"/>
                                </a:lnTo>
                                <a:lnTo>
                                  <a:pt x="6759771" y="3576788"/>
                                </a:lnTo>
                                <a:lnTo>
                                  <a:pt x="6762025" y="3563159"/>
                                </a:lnTo>
                                <a:lnTo>
                                  <a:pt x="6763828" y="3549530"/>
                                </a:lnTo>
                                <a:lnTo>
                                  <a:pt x="6764504" y="3543169"/>
                                </a:lnTo>
                                <a:lnTo>
                                  <a:pt x="6765018" y="3539934"/>
                                </a:lnTo>
                                <a:lnTo>
                                  <a:pt x="6765406" y="3542261"/>
                                </a:lnTo>
                                <a:lnTo>
                                  <a:pt x="6769012" y="3569292"/>
                                </a:lnTo>
                                <a:lnTo>
                                  <a:pt x="6768786" y="3540216"/>
                                </a:lnTo>
                                <a:lnTo>
                                  <a:pt x="6769688" y="3539762"/>
                                </a:lnTo>
                                <a:close/>
                                <a:moveTo>
                                  <a:pt x="2159720" y="3538886"/>
                                </a:moveTo>
                                <a:lnTo>
                                  <a:pt x="2157451" y="3540700"/>
                                </a:lnTo>
                                <a:lnTo>
                                  <a:pt x="2154729" y="3541835"/>
                                </a:lnTo>
                                <a:lnTo>
                                  <a:pt x="2152006" y="3542969"/>
                                </a:lnTo>
                                <a:lnTo>
                                  <a:pt x="2149284" y="3543876"/>
                                </a:lnTo>
                                <a:lnTo>
                                  <a:pt x="2146561" y="3544330"/>
                                </a:lnTo>
                                <a:lnTo>
                                  <a:pt x="2143839" y="3544556"/>
                                </a:lnTo>
                                <a:lnTo>
                                  <a:pt x="2141116" y="3544330"/>
                                </a:lnTo>
                                <a:lnTo>
                                  <a:pt x="2140316" y="3544263"/>
                                </a:lnTo>
                                <a:lnTo>
                                  <a:pt x="2141365" y="3544661"/>
                                </a:lnTo>
                                <a:lnTo>
                                  <a:pt x="2147717" y="3546702"/>
                                </a:lnTo>
                                <a:lnTo>
                                  <a:pt x="2159741" y="3550330"/>
                                </a:lnTo>
                                <a:lnTo>
                                  <a:pt x="2169723" y="3553505"/>
                                </a:lnTo>
                                <a:lnTo>
                                  <a:pt x="2173353" y="3555093"/>
                                </a:lnTo>
                                <a:lnTo>
                                  <a:pt x="2176297" y="3556451"/>
                                </a:lnTo>
                                <a:lnTo>
                                  <a:pt x="2177643" y="3554990"/>
                                </a:lnTo>
                                <a:lnTo>
                                  <a:pt x="2175828" y="3552041"/>
                                </a:lnTo>
                                <a:lnTo>
                                  <a:pt x="2170610" y="3541608"/>
                                </a:lnTo>
                                <a:lnTo>
                                  <a:pt x="2159720" y="3538886"/>
                                </a:lnTo>
                                <a:close/>
                                <a:moveTo>
                                  <a:pt x="885825" y="3533775"/>
                                </a:moveTo>
                                <a:lnTo>
                                  <a:pt x="889000" y="3539051"/>
                                </a:lnTo>
                                <a:lnTo>
                                  <a:pt x="886660" y="3548063"/>
                                </a:lnTo>
                                <a:lnTo>
                                  <a:pt x="885825" y="3533775"/>
                                </a:lnTo>
                                <a:close/>
                                <a:moveTo>
                                  <a:pt x="6828064" y="3530970"/>
                                </a:moveTo>
                                <a:lnTo>
                                  <a:pt x="6828291" y="3554739"/>
                                </a:lnTo>
                                <a:lnTo>
                                  <a:pt x="6828745" y="3546968"/>
                                </a:lnTo>
                                <a:lnTo>
                                  <a:pt x="6828613" y="3562615"/>
                                </a:lnTo>
                                <a:lnTo>
                                  <a:pt x="6827611" y="3595878"/>
                                </a:lnTo>
                                <a:lnTo>
                                  <a:pt x="6827611" y="3594278"/>
                                </a:lnTo>
                                <a:lnTo>
                                  <a:pt x="6827384" y="3594050"/>
                                </a:lnTo>
                                <a:lnTo>
                                  <a:pt x="6827376" y="3594122"/>
                                </a:lnTo>
                                <a:lnTo>
                                  <a:pt x="6827376" y="3595050"/>
                                </a:lnTo>
                                <a:lnTo>
                                  <a:pt x="6827376" y="3595278"/>
                                </a:lnTo>
                                <a:lnTo>
                                  <a:pt x="6818359" y="3722358"/>
                                </a:lnTo>
                                <a:lnTo>
                                  <a:pt x="6816741" y="3725547"/>
                                </a:lnTo>
                                <a:lnTo>
                                  <a:pt x="6817203" y="3718715"/>
                                </a:lnTo>
                                <a:lnTo>
                                  <a:pt x="6816509" y="3724180"/>
                                </a:lnTo>
                                <a:lnTo>
                                  <a:pt x="6816741" y="3719398"/>
                                </a:lnTo>
                                <a:lnTo>
                                  <a:pt x="6816509" y="3720536"/>
                                </a:lnTo>
                                <a:lnTo>
                                  <a:pt x="6817434" y="3708238"/>
                                </a:lnTo>
                                <a:lnTo>
                                  <a:pt x="6817665" y="3709149"/>
                                </a:lnTo>
                                <a:lnTo>
                                  <a:pt x="6819053" y="3678176"/>
                                </a:lnTo>
                                <a:lnTo>
                                  <a:pt x="6821133" y="3632856"/>
                                </a:lnTo>
                                <a:lnTo>
                                  <a:pt x="6822058" y="3611220"/>
                                </a:lnTo>
                                <a:lnTo>
                                  <a:pt x="6823214" y="3594823"/>
                                </a:lnTo>
                                <a:lnTo>
                                  <a:pt x="6823807" y="3586644"/>
                                </a:lnTo>
                                <a:lnTo>
                                  <a:pt x="6823677" y="3589129"/>
                                </a:lnTo>
                                <a:lnTo>
                                  <a:pt x="6823677" y="3594139"/>
                                </a:lnTo>
                                <a:lnTo>
                                  <a:pt x="6823908" y="3598011"/>
                                </a:lnTo>
                                <a:lnTo>
                                  <a:pt x="6823908" y="3599377"/>
                                </a:lnTo>
                                <a:lnTo>
                                  <a:pt x="6824139" y="3600061"/>
                                </a:lnTo>
                                <a:lnTo>
                                  <a:pt x="6824370" y="3600288"/>
                                </a:lnTo>
                                <a:lnTo>
                                  <a:pt x="6824832" y="3600288"/>
                                </a:lnTo>
                                <a:lnTo>
                                  <a:pt x="6825295" y="3599605"/>
                                </a:lnTo>
                                <a:lnTo>
                                  <a:pt x="6825988" y="3598239"/>
                                </a:lnTo>
                                <a:lnTo>
                                  <a:pt x="6826250" y="3597155"/>
                                </a:lnTo>
                                <a:lnTo>
                                  <a:pt x="6826250" y="3589936"/>
                                </a:lnTo>
                                <a:lnTo>
                                  <a:pt x="6826477" y="3577594"/>
                                </a:lnTo>
                                <a:lnTo>
                                  <a:pt x="6828064" y="3530970"/>
                                </a:lnTo>
                                <a:close/>
                                <a:moveTo>
                                  <a:pt x="6827838" y="3530599"/>
                                </a:moveTo>
                                <a:lnTo>
                                  <a:pt x="6825717" y="3555874"/>
                                </a:lnTo>
                                <a:lnTo>
                                  <a:pt x="6826451" y="3546769"/>
                                </a:lnTo>
                                <a:lnTo>
                                  <a:pt x="6827838" y="3530599"/>
                                </a:lnTo>
                                <a:close/>
                                <a:moveTo>
                                  <a:pt x="2112347" y="3527595"/>
                                </a:moveTo>
                                <a:lnTo>
                                  <a:pt x="2112554" y="3527879"/>
                                </a:lnTo>
                                <a:lnTo>
                                  <a:pt x="2112701" y="3527999"/>
                                </a:lnTo>
                                <a:lnTo>
                                  <a:pt x="2112347" y="3527595"/>
                                </a:lnTo>
                                <a:close/>
                                <a:moveTo>
                                  <a:pt x="3413182" y="3525050"/>
                                </a:moveTo>
                                <a:lnTo>
                                  <a:pt x="3415678" y="3527318"/>
                                </a:lnTo>
                                <a:lnTo>
                                  <a:pt x="3414543" y="3525731"/>
                                </a:lnTo>
                                <a:lnTo>
                                  <a:pt x="3413182" y="3525050"/>
                                </a:lnTo>
                                <a:close/>
                                <a:moveTo>
                                  <a:pt x="6763377" y="3524089"/>
                                </a:moveTo>
                                <a:lnTo>
                                  <a:pt x="6764053" y="3524089"/>
                                </a:lnTo>
                                <a:lnTo>
                                  <a:pt x="6764504" y="3524543"/>
                                </a:lnTo>
                                <a:lnTo>
                                  <a:pt x="6765180" y="3525451"/>
                                </a:lnTo>
                                <a:lnTo>
                                  <a:pt x="6765406" y="3526587"/>
                                </a:lnTo>
                                <a:lnTo>
                                  <a:pt x="6765631" y="3528404"/>
                                </a:lnTo>
                                <a:lnTo>
                                  <a:pt x="6765631" y="3532266"/>
                                </a:lnTo>
                                <a:lnTo>
                                  <a:pt x="6765406" y="3537491"/>
                                </a:lnTo>
                                <a:lnTo>
                                  <a:pt x="6765018" y="3539934"/>
                                </a:lnTo>
                                <a:lnTo>
                                  <a:pt x="6762445" y="3524509"/>
                                </a:lnTo>
                                <a:lnTo>
                                  <a:pt x="6762701" y="3524316"/>
                                </a:lnTo>
                                <a:lnTo>
                                  <a:pt x="6763377" y="3524089"/>
                                </a:lnTo>
                                <a:close/>
                                <a:moveTo>
                                  <a:pt x="6700361" y="3517899"/>
                                </a:moveTo>
                                <a:lnTo>
                                  <a:pt x="6703695" y="3525226"/>
                                </a:lnTo>
                                <a:lnTo>
                                  <a:pt x="6704584" y="3532331"/>
                                </a:lnTo>
                                <a:lnTo>
                                  <a:pt x="6710363" y="3547651"/>
                                </a:lnTo>
                                <a:lnTo>
                                  <a:pt x="6708363" y="3549649"/>
                                </a:lnTo>
                                <a:lnTo>
                                  <a:pt x="6707696" y="3547429"/>
                                </a:lnTo>
                                <a:lnTo>
                                  <a:pt x="6704807" y="3539658"/>
                                </a:lnTo>
                                <a:lnTo>
                                  <a:pt x="6700139" y="3532997"/>
                                </a:lnTo>
                                <a:lnTo>
                                  <a:pt x="6699250" y="3530333"/>
                                </a:lnTo>
                                <a:lnTo>
                                  <a:pt x="6700361" y="3517899"/>
                                </a:lnTo>
                                <a:close/>
                                <a:moveTo>
                                  <a:pt x="6760898" y="3515230"/>
                                </a:moveTo>
                                <a:lnTo>
                                  <a:pt x="6762445" y="3524509"/>
                                </a:lnTo>
                                <a:lnTo>
                                  <a:pt x="6761799" y="3524997"/>
                                </a:lnTo>
                                <a:lnTo>
                                  <a:pt x="6760447" y="3526133"/>
                                </a:lnTo>
                                <a:lnTo>
                                  <a:pt x="6760898" y="3515230"/>
                                </a:lnTo>
                                <a:close/>
                                <a:moveTo>
                                  <a:pt x="2887068" y="3515070"/>
                                </a:moveTo>
                                <a:lnTo>
                                  <a:pt x="2890471" y="3521875"/>
                                </a:lnTo>
                                <a:lnTo>
                                  <a:pt x="2888429" y="3517565"/>
                                </a:lnTo>
                                <a:lnTo>
                                  <a:pt x="2887068" y="3515070"/>
                                </a:lnTo>
                                <a:close/>
                                <a:moveTo>
                                  <a:pt x="935281" y="3513137"/>
                                </a:moveTo>
                                <a:lnTo>
                                  <a:pt x="938212" y="3515951"/>
                                </a:lnTo>
                                <a:lnTo>
                                  <a:pt x="935037" y="3522662"/>
                                </a:lnTo>
                                <a:lnTo>
                                  <a:pt x="935281" y="3513137"/>
                                </a:lnTo>
                                <a:close/>
                                <a:moveTo>
                                  <a:pt x="912336" y="3511550"/>
                                </a:moveTo>
                                <a:lnTo>
                                  <a:pt x="922338" y="3533439"/>
                                </a:lnTo>
                                <a:lnTo>
                                  <a:pt x="920560" y="3534401"/>
                                </a:lnTo>
                                <a:lnTo>
                                  <a:pt x="919004" y="3535123"/>
                                </a:lnTo>
                                <a:lnTo>
                                  <a:pt x="917448" y="3535363"/>
                                </a:lnTo>
                                <a:lnTo>
                                  <a:pt x="916115" y="3535123"/>
                                </a:lnTo>
                                <a:lnTo>
                                  <a:pt x="915003" y="3534401"/>
                                </a:lnTo>
                                <a:lnTo>
                                  <a:pt x="914114" y="3533679"/>
                                </a:lnTo>
                                <a:lnTo>
                                  <a:pt x="913003" y="3532717"/>
                                </a:lnTo>
                                <a:lnTo>
                                  <a:pt x="912336" y="3531274"/>
                                </a:lnTo>
                                <a:lnTo>
                                  <a:pt x="911892" y="3529590"/>
                                </a:lnTo>
                                <a:lnTo>
                                  <a:pt x="911447" y="3527666"/>
                                </a:lnTo>
                                <a:lnTo>
                                  <a:pt x="911225" y="3525501"/>
                                </a:lnTo>
                                <a:lnTo>
                                  <a:pt x="911225" y="3523096"/>
                                </a:lnTo>
                                <a:lnTo>
                                  <a:pt x="911225" y="3520450"/>
                                </a:lnTo>
                                <a:lnTo>
                                  <a:pt x="911447" y="3517804"/>
                                </a:lnTo>
                                <a:lnTo>
                                  <a:pt x="912336" y="3511550"/>
                                </a:lnTo>
                                <a:close/>
                                <a:moveTo>
                                  <a:pt x="2104160" y="3503839"/>
                                </a:moveTo>
                                <a:lnTo>
                                  <a:pt x="2104160" y="3507468"/>
                                </a:lnTo>
                                <a:lnTo>
                                  <a:pt x="2104387" y="3510870"/>
                                </a:lnTo>
                                <a:lnTo>
                                  <a:pt x="2105067" y="3514271"/>
                                </a:lnTo>
                                <a:lnTo>
                                  <a:pt x="2105975" y="3517220"/>
                                </a:lnTo>
                                <a:lnTo>
                                  <a:pt x="2107336" y="3519941"/>
                                </a:lnTo>
                                <a:lnTo>
                                  <a:pt x="2108924" y="3522663"/>
                                </a:lnTo>
                                <a:lnTo>
                                  <a:pt x="2110739" y="3525384"/>
                                </a:lnTo>
                                <a:lnTo>
                                  <a:pt x="2112292" y="3527519"/>
                                </a:lnTo>
                                <a:lnTo>
                                  <a:pt x="2111396" y="3525504"/>
                                </a:lnTo>
                                <a:lnTo>
                                  <a:pt x="2110489" y="3523462"/>
                                </a:lnTo>
                                <a:lnTo>
                                  <a:pt x="2110035" y="3521194"/>
                                </a:lnTo>
                                <a:lnTo>
                                  <a:pt x="2109581" y="3518926"/>
                                </a:lnTo>
                                <a:lnTo>
                                  <a:pt x="2109581" y="3516885"/>
                                </a:lnTo>
                                <a:lnTo>
                                  <a:pt x="2109808" y="3514617"/>
                                </a:lnTo>
                                <a:lnTo>
                                  <a:pt x="2110262" y="3512575"/>
                                </a:lnTo>
                                <a:lnTo>
                                  <a:pt x="2110942" y="3510534"/>
                                </a:lnTo>
                                <a:lnTo>
                                  <a:pt x="2112077" y="3508493"/>
                                </a:lnTo>
                                <a:lnTo>
                                  <a:pt x="2113892" y="3506678"/>
                                </a:lnTo>
                                <a:lnTo>
                                  <a:pt x="2115480" y="3504637"/>
                                </a:lnTo>
                                <a:lnTo>
                                  <a:pt x="2116455" y="3503839"/>
                                </a:lnTo>
                                <a:lnTo>
                                  <a:pt x="2104160" y="3503839"/>
                                </a:lnTo>
                                <a:close/>
                                <a:moveTo>
                                  <a:pt x="3389587" y="3503503"/>
                                </a:moveTo>
                                <a:lnTo>
                                  <a:pt x="3389814" y="3504637"/>
                                </a:lnTo>
                                <a:lnTo>
                                  <a:pt x="3389360" y="3504637"/>
                                </a:lnTo>
                                <a:lnTo>
                                  <a:pt x="3394125" y="3508266"/>
                                </a:lnTo>
                                <a:lnTo>
                                  <a:pt x="3389587" y="3503503"/>
                                </a:lnTo>
                                <a:close/>
                                <a:moveTo>
                                  <a:pt x="1417625" y="3493343"/>
                                </a:moveTo>
                                <a:lnTo>
                                  <a:pt x="1419514" y="3496355"/>
                                </a:lnTo>
                                <a:lnTo>
                                  <a:pt x="1421176" y="3499300"/>
                                </a:lnTo>
                                <a:lnTo>
                                  <a:pt x="1420850" y="3497943"/>
                                </a:lnTo>
                                <a:lnTo>
                                  <a:pt x="1419714" y="3494049"/>
                                </a:lnTo>
                                <a:lnTo>
                                  <a:pt x="1418765" y="3493860"/>
                                </a:lnTo>
                                <a:lnTo>
                                  <a:pt x="1417625" y="3493343"/>
                                </a:lnTo>
                                <a:close/>
                                <a:moveTo>
                                  <a:pt x="2908621" y="3486491"/>
                                </a:moveTo>
                                <a:lnTo>
                                  <a:pt x="2909982" y="3488079"/>
                                </a:lnTo>
                                <a:lnTo>
                                  <a:pt x="2909301" y="3487172"/>
                                </a:lnTo>
                                <a:lnTo>
                                  <a:pt x="2908621" y="3486491"/>
                                </a:lnTo>
                                <a:close/>
                                <a:moveTo>
                                  <a:pt x="6831013" y="3482974"/>
                                </a:moveTo>
                                <a:lnTo>
                                  <a:pt x="6830559" y="3509715"/>
                                </a:lnTo>
                                <a:lnTo>
                                  <a:pt x="6830559" y="3507200"/>
                                </a:lnTo>
                                <a:lnTo>
                                  <a:pt x="6830333" y="3523885"/>
                                </a:lnTo>
                                <a:lnTo>
                                  <a:pt x="6830333" y="3522285"/>
                                </a:lnTo>
                                <a:lnTo>
                                  <a:pt x="6829199" y="3554510"/>
                                </a:lnTo>
                                <a:lnTo>
                                  <a:pt x="6829199" y="3553825"/>
                                </a:lnTo>
                                <a:lnTo>
                                  <a:pt x="6828518" y="3573937"/>
                                </a:lnTo>
                                <a:lnTo>
                                  <a:pt x="6828613" y="3562615"/>
                                </a:lnTo>
                                <a:lnTo>
                                  <a:pt x="6831013" y="3482974"/>
                                </a:lnTo>
                                <a:close/>
                                <a:moveTo>
                                  <a:pt x="2583968" y="3480821"/>
                                </a:moveTo>
                                <a:lnTo>
                                  <a:pt x="2583917" y="3480832"/>
                                </a:lnTo>
                                <a:lnTo>
                                  <a:pt x="2573759" y="3481048"/>
                                </a:lnTo>
                                <a:lnTo>
                                  <a:pt x="2562642" y="3482182"/>
                                </a:lnTo>
                                <a:lnTo>
                                  <a:pt x="2579658" y="3481728"/>
                                </a:lnTo>
                                <a:lnTo>
                                  <a:pt x="2583917" y="3480832"/>
                                </a:lnTo>
                                <a:lnTo>
                                  <a:pt x="2584422" y="3480821"/>
                                </a:lnTo>
                                <a:lnTo>
                                  <a:pt x="2583968" y="3480821"/>
                                </a:lnTo>
                                <a:close/>
                                <a:moveTo>
                                  <a:pt x="6811963" y="3479799"/>
                                </a:moveTo>
                                <a:lnTo>
                                  <a:pt x="6813551" y="3484893"/>
                                </a:lnTo>
                                <a:lnTo>
                                  <a:pt x="6811963" y="3490912"/>
                                </a:lnTo>
                                <a:lnTo>
                                  <a:pt x="6811963" y="3479799"/>
                                </a:lnTo>
                                <a:close/>
                                <a:moveTo>
                                  <a:pt x="2277693" y="3476285"/>
                                </a:moveTo>
                                <a:lnTo>
                                  <a:pt x="2277466" y="3476511"/>
                                </a:lnTo>
                                <a:lnTo>
                                  <a:pt x="2274970" y="3487625"/>
                                </a:lnTo>
                                <a:lnTo>
                                  <a:pt x="2273155" y="3508946"/>
                                </a:lnTo>
                                <a:lnTo>
                                  <a:pt x="2259770" y="3534350"/>
                                </a:lnTo>
                                <a:lnTo>
                                  <a:pt x="2269525" y="3520741"/>
                                </a:lnTo>
                                <a:lnTo>
                                  <a:pt x="2273155" y="3512348"/>
                                </a:lnTo>
                                <a:lnTo>
                                  <a:pt x="2274970" y="3487852"/>
                                </a:lnTo>
                                <a:lnTo>
                                  <a:pt x="2274970" y="3487625"/>
                                </a:lnTo>
                                <a:lnTo>
                                  <a:pt x="2277693" y="3476285"/>
                                </a:lnTo>
                                <a:close/>
                                <a:moveTo>
                                  <a:pt x="6827838" y="3475037"/>
                                </a:moveTo>
                                <a:lnTo>
                                  <a:pt x="6827838" y="3480253"/>
                                </a:lnTo>
                                <a:lnTo>
                                  <a:pt x="6827838" y="3480480"/>
                                </a:lnTo>
                                <a:lnTo>
                                  <a:pt x="6827838" y="3481387"/>
                                </a:lnTo>
                                <a:lnTo>
                                  <a:pt x="6826250" y="3481387"/>
                                </a:lnTo>
                                <a:lnTo>
                                  <a:pt x="6827838" y="3475037"/>
                                </a:lnTo>
                                <a:close/>
                                <a:moveTo>
                                  <a:pt x="2528612" y="3473336"/>
                                </a:moveTo>
                                <a:lnTo>
                                  <a:pt x="2544039" y="3481048"/>
                                </a:lnTo>
                                <a:lnTo>
                                  <a:pt x="2555836" y="3482182"/>
                                </a:lnTo>
                                <a:lnTo>
                                  <a:pt x="2560147" y="3482182"/>
                                </a:lnTo>
                                <a:lnTo>
                                  <a:pt x="2556063" y="3481728"/>
                                </a:lnTo>
                                <a:lnTo>
                                  <a:pt x="2551753" y="3481048"/>
                                </a:lnTo>
                                <a:lnTo>
                                  <a:pt x="2547896" y="3480141"/>
                                </a:lnTo>
                                <a:lnTo>
                                  <a:pt x="2543812" y="3479006"/>
                                </a:lnTo>
                                <a:lnTo>
                                  <a:pt x="2539955" y="3477872"/>
                                </a:lnTo>
                                <a:lnTo>
                                  <a:pt x="2536099" y="3476511"/>
                                </a:lnTo>
                                <a:lnTo>
                                  <a:pt x="2532242" y="3474924"/>
                                </a:lnTo>
                                <a:lnTo>
                                  <a:pt x="2528612" y="3473336"/>
                                </a:lnTo>
                                <a:close/>
                                <a:moveTo>
                                  <a:pt x="2509101" y="3465397"/>
                                </a:moveTo>
                                <a:lnTo>
                                  <a:pt x="2516361" y="3470841"/>
                                </a:lnTo>
                                <a:lnTo>
                                  <a:pt x="2517041" y="3471748"/>
                                </a:lnTo>
                                <a:lnTo>
                                  <a:pt x="2524301" y="3471975"/>
                                </a:lnTo>
                                <a:lnTo>
                                  <a:pt x="2524755" y="3471975"/>
                                </a:lnTo>
                                <a:lnTo>
                                  <a:pt x="2522033" y="3470841"/>
                                </a:lnTo>
                                <a:lnTo>
                                  <a:pt x="2509101" y="3465397"/>
                                </a:lnTo>
                                <a:close/>
                                <a:moveTo>
                                  <a:pt x="3369623" y="3464263"/>
                                </a:moveTo>
                                <a:lnTo>
                                  <a:pt x="3375294" y="3466758"/>
                                </a:lnTo>
                                <a:lnTo>
                                  <a:pt x="3370530" y="3464490"/>
                                </a:lnTo>
                                <a:lnTo>
                                  <a:pt x="3369623" y="3464263"/>
                                </a:lnTo>
                                <a:close/>
                                <a:moveTo>
                                  <a:pt x="2068658" y="3460640"/>
                                </a:moveTo>
                                <a:lnTo>
                                  <a:pt x="2069677" y="3462338"/>
                                </a:lnTo>
                                <a:lnTo>
                                  <a:pt x="2075121" y="3472543"/>
                                </a:lnTo>
                                <a:lnTo>
                                  <a:pt x="2077844" y="3477759"/>
                                </a:lnTo>
                                <a:lnTo>
                                  <a:pt x="2080339" y="3483202"/>
                                </a:lnTo>
                                <a:lnTo>
                                  <a:pt x="2116985" y="3503405"/>
                                </a:lnTo>
                                <a:lnTo>
                                  <a:pt x="2117975" y="3502595"/>
                                </a:lnTo>
                                <a:lnTo>
                                  <a:pt x="2111623" y="3498966"/>
                                </a:lnTo>
                                <a:lnTo>
                                  <a:pt x="2105271" y="3494657"/>
                                </a:lnTo>
                                <a:lnTo>
                                  <a:pt x="2098691" y="3490120"/>
                                </a:lnTo>
                                <a:lnTo>
                                  <a:pt x="2092566" y="3485130"/>
                                </a:lnTo>
                                <a:lnTo>
                                  <a:pt x="2086214" y="3479914"/>
                                </a:lnTo>
                                <a:lnTo>
                                  <a:pt x="2080315" y="3474243"/>
                                </a:lnTo>
                                <a:lnTo>
                                  <a:pt x="2074643" y="3468119"/>
                                </a:lnTo>
                                <a:lnTo>
                                  <a:pt x="2071921" y="3464944"/>
                                </a:lnTo>
                                <a:lnTo>
                                  <a:pt x="2069652" y="3461995"/>
                                </a:lnTo>
                                <a:lnTo>
                                  <a:pt x="2068658" y="3460640"/>
                                </a:lnTo>
                                <a:close/>
                                <a:moveTo>
                                  <a:pt x="4096290" y="3459727"/>
                                </a:moveTo>
                                <a:lnTo>
                                  <a:pt x="4096063" y="3461768"/>
                                </a:lnTo>
                                <a:lnTo>
                                  <a:pt x="4096290" y="3461088"/>
                                </a:lnTo>
                                <a:lnTo>
                                  <a:pt x="4096290" y="3459727"/>
                                </a:lnTo>
                                <a:close/>
                                <a:moveTo>
                                  <a:pt x="2408370" y="3458366"/>
                                </a:moveTo>
                                <a:lnTo>
                                  <a:pt x="2411320" y="3462676"/>
                                </a:lnTo>
                                <a:lnTo>
                                  <a:pt x="2414496" y="3466305"/>
                                </a:lnTo>
                                <a:lnTo>
                                  <a:pt x="2417672" y="3470161"/>
                                </a:lnTo>
                                <a:lnTo>
                                  <a:pt x="2418894" y="3471464"/>
                                </a:lnTo>
                                <a:lnTo>
                                  <a:pt x="2419487" y="3472202"/>
                                </a:lnTo>
                                <a:lnTo>
                                  <a:pt x="2420783" y="3473479"/>
                                </a:lnTo>
                                <a:lnTo>
                                  <a:pt x="2421075" y="3473790"/>
                                </a:lnTo>
                                <a:lnTo>
                                  <a:pt x="2424478" y="3477192"/>
                                </a:lnTo>
                                <a:lnTo>
                                  <a:pt x="2426043" y="3478658"/>
                                </a:lnTo>
                                <a:lnTo>
                                  <a:pt x="2434687" y="3487172"/>
                                </a:lnTo>
                                <a:lnTo>
                                  <a:pt x="2435595" y="3486945"/>
                                </a:lnTo>
                                <a:lnTo>
                                  <a:pt x="2431965" y="3483770"/>
                                </a:lnTo>
                                <a:lnTo>
                                  <a:pt x="2428108" y="3480594"/>
                                </a:lnTo>
                                <a:lnTo>
                                  <a:pt x="2426043" y="3478658"/>
                                </a:lnTo>
                                <a:lnTo>
                                  <a:pt x="2420783" y="3473479"/>
                                </a:lnTo>
                                <a:lnTo>
                                  <a:pt x="2418894" y="3471464"/>
                                </a:lnTo>
                                <a:lnTo>
                                  <a:pt x="2408370" y="3458366"/>
                                </a:lnTo>
                                <a:close/>
                                <a:moveTo>
                                  <a:pt x="2483011" y="3458139"/>
                                </a:moveTo>
                                <a:lnTo>
                                  <a:pt x="2480742" y="3458593"/>
                                </a:lnTo>
                                <a:lnTo>
                                  <a:pt x="2478927" y="3459273"/>
                                </a:lnTo>
                                <a:lnTo>
                                  <a:pt x="2476885" y="3460181"/>
                                </a:lnTo>
                                <a:lnTo>
                                  <a:pt x="2475070" y="3461088"/>
                                </a:lnTo>
                                <a:lnTo>
                                  <a:pt x="2473028" y="3461995"/>
                                </a:lnTo>
                                <a:lnTo>
                                  <a:pt x="2471440" y="3463583"/>
                                </a:lnTo>
                                <a:lnTo>
                                  <a:pt x="2469625" y="3464944"/>
                                </a:lnTo>
                                <a:lnTo>
                                  <a:pt x="2468037" y="3466758"/>
                                </a:lnTo>
                                <a:lnTo>
                                  <a:pt x="2466449" y="3468573"/>
                                </a:lnTo>
                                <a:lnTo>
                                  <a:pt x="2464861" y="3470614"/>
                                </a:lnTo>
                                <a:lnTo>
                                  <a:pt x="2468264" y="3467439"/>
                                </a:lnTo>
                                <a:lnTo>
                                  <a:pt x="2471667" y="3464717"/>
                                </a:lnTo>
                                <a:lnTo>
                                  <a:pt x="2475297" y="3462676"/>
                                </a:lnTo>
                                <a:lnTo>
                                  <a:pt x="2479154" y="3460861"/>
                                </a:lnTo>
                                <a:lnTo>
                                  <a:pt x="2483011" y="3459954"/>
                                </a:lnTo>
                                <a:lnTo>
                                  <a:pt x="2486868" y="3459273"/>
                                </a:lnTo>
                                <a:lnTo>
                                  <a:pt x="2490951" y="3459273"/>
                                </a:lnTo>
                                <a:lnTo>
                                  <a:pt x="2495489" y="3459727"/>
                                </a:lnTo>
                                <a:lnTo>
                                  <a:pt x="2496623" y="3459954"/>
                                </a:lnTo>
                                <a:lnTo>
                                  <a:pt x="2494127" y="3459273"/>
                                </a:lnTo>
                                <a:lnTo>
                                  <a:pt x="2491859" y="3458593"/>
                                </a:lnTo>
                                <a:lnTo>
                                  <a:pt x="2489590" y="3458139"/>
                                </a:lnTo>
                                <a:lnTo>
                                  <a:pt x="2487321" y="3458139"/>
                                </a:lnTo>
                                <a:lnTo>
                                  <a:pt x="2485053" y="3458139"/>
                                </a:lnTo>
                                <a:lnTo>
                                  <a:pt x="2483011" y="3458139"/>
                                </a:lnTo>
                                <a:close/>
                                <a:moveTo>
                                  <a:pt x="1484911" y="3456199"/>
                                </a:moveTo>
                                <a:lnTo>
                                  <a:pt x="1484208" y="3457100"/>
                                </a:lnTo>
                                <a:lnTo>
                                  <a:pt x="1483299" y="3458916"/>
                                </a:lnTo>
                                <a:lnTo>
                                  <a:pt x="1482618" y="3461185"/>
                                </a:lnTo>
                                <a:lnTo>
                                  <a:pt x="1481982" y="3463302"/>
                                </a:lnTo>
                                <a:lnTo>
                                  <a:pt x="1482102" y="3463471"/>
                                </a:lnTo>
                                <a:lnTo>
                                  <a:pt x="1483010" y="3460070"/>
                                </a:lnTo>
                                <a:lnTo>
                                  <a:pt x="1484144" y="3457348"/>
                                </a:lnTo>
                                <a:lnTo>
                                  <a:pt x="1484911" y="3456199"/>
                                </a:lnTo>
                                <a:close/>
                                <a:moveTo>
                                  <a:pt x="2849634" y="3452923"/>
                                </a:moveTo>
                                <a:lnTo>
                                  <a:pt x="2849861" y="3455418"/>
                                </a:lnTo>
                                <a:lnTo>
                                  <a:pt x="2850644" y="3457766"/>
                                </a:lnTo>
                                <a:lnTo>
                                  <a:pt x="2850769" y="3458366"/>
                                </a:lnTo>
                                <a:lnTo>
                                  <a:pt x="2851333" y="3459833"/>
                                </a:lnTo>
                                <a:lnTo>
                                  <a:pt x="2851676" y="3460861"/>
                                </a:lnTo>
                                <a:lnTo>
                                  <a:pt x="2851903" y="3461315"/>
                                </a:lnTo>
                                <a:lnTo>
                                  <a:pt x="2851333" y="3459833"/>
                                </a:lnTo>
                                <a:lnTo>
                                  <a:pt x="2850644" y="3457766"/>
                                </a:lnTo>
                                <a:lnTo>
                                  <a:pt x="2849634" y="3452923"/>
                                </a:lnTo>
                                <a:close/>
                                <a:moveTo>
                                  <a:pt x="2313765" y="3452923"/>
                                </a:moveTo>
                                <a:lnTo>
                                  <a:pt x="2313084" y="3453149"/>
                                </a:lnTo>
                                <a:lnTo>
                                  <a:pt x="2309228" y="3453830"/>
                                </a:lnTo>
                                <a:lnTo>
                                  <a:pt x="2305598" y="3454510"/>
                                </a:lnTo>
                                <a:lnTo>
                                  <a:pt x="2302195" y="3455871"/>
                                </a:lnTo>
                                <a:lnTo>
                                  <a:pt x="2298792" y="3457005"/>
                                </a:lnTo>
                                <a:lnTo>
                                  <a:pt x="2295615" y="3458593"/>
                                </a:lnTo>
                                <a:lnTo>
                                  <a:pt x="2292666" y="3460634"/>
                                </a:lnTo>
                                <a:lnTo>
                                  <a:pt x="2289490" y="3462902"/>
                                </a:lnTo>
                                <a:lnTo>
                                  <a:pt x="2286767" y="3465171"/>
                                </a:lnTo>
                                <a:lnTo>
                                  <a:pt x="2313765" y="3452923"/>
                                </a:lnTo>
                                <a:close/>
                                <a:moveTo>
                                  <a:pt x="1474329" y="3452808"/>
                                </a:moveTo>
                                <a:lnTo>
                                  <a:pt x="1477060" y="3456448"/>
                                </a:lnTo>
                                <a:lnTo>
                                  <a:pt x="1475801" y="3454604"/>
                                </a:lnTo>
                                <a:lnTo>
                                  <a:pt x="1474329" y="3452808"/>
                                </a:lnTo>
                                <a:close/>
                                <a:moveTo>
                                  <a:pt x="943196" y="3449637"/>
                                </a:moveTo>
                                <a:lnTo>
                                  <a:pt x="952500" y="3459252"/>
                                </a:lnTo>
                                <a:lnTo>
                                  <a:pt x="947848" y="3465512"/>
                                </a:lnTo>
                                <a:lnTo>
                                  <a:pt x="942975" y="3463053"/>
                                </a:lnTo>
                                <a:lnTo>
                                  <a:pt x="943196" y="3450531"/>
                                </a:lnTo>
                                <a:lnTo>
                                  <a:pt x="943196" y="3449637"/>
                                </a:lnTo>
                                <a:close/>
                                <a:moveTo>
                                  <a:pt x="2378197" y="3448159"/>
                                </a:moveTo>
                                <a:lnTo>
                                  <a:pt x="2382734" y="3449067"/>
                                </a:lnTo>
                                <a:lnTo>
                                  <a:pt x="2383414" y="3449067"/>
                                </a:lnTo>
                                <a:lnTo>
                                  <a:pt x="2378197" y="3448159"/>
                                </a:lnTo>
                                <a:close/>
                                <a:moveTo>
                                  <a:pt x="1377529" y="3447538"/>
                                </a:moveTo>
                                <a:lnTo>
                                  <a:pt x="1377884" y="3448956"/>
                                </a:lnTo>
                                <a:lnTo>
                                  <a:pt x="1381906" y="3454302"/>
                                </a:lnTo>
                                <a:lnTo>
                                  <a:pt x="1379909" y="3451201"/>
                                </a:lnTo>
                                <a:lnTo>
                                  <a:pt x="1377529" y="3447538"/>
                                </a:lnTo>
                                <a:close/>
                                <a:moveTo>
                                  <a:pt x="1953069" y="3447370"/>
                                </a:moveTo>
                                <a:lnTo>
                                  <a:pt x="1948759" y="3450091"/>
                                </a:lnTo>
                                <a:lnTo>
                                  <a:pt x="1952162" y="3448050"/>
                                </a:lnTo>
                                <a:lnTo>
                                  <a:pt x="1953069" y="3447370"/>
                                </a:lnTo>
                                <a:close/>
                                <a:moveTo>
                                  <a:pt x="4683205" y="3446572"/>
                                </a:moveTo>
                                <a:lnTo>
                                  <a:pt x="4694095" y="3451108"/>
                                </a:lnTo>
                                <a:lnTo>
                                  <a:pt x="4699540" y="3452696"/>
                                </a:lnTo>
                                <a:lnTo>
                                  <a:pt x="4683205" y="3446572"/>
                                </a:lnTo>
                                <a:close/>
                                <a:moveTo>
                                  <a:pt x="2371163" y="3446572"/>
                                </a:moveTo>
                                <a:lnTo>
                                  <a:pt x="2371390" y="3446799"/>
                                </a:lnTo>
                                <a:lnTo>
                                  <a:pt x="2378196" y="3448159"/>
                                </a:lnTo>
                                <a:lnTo>
                                  <a:pt x="2371163" y="3446572"/>
                                </a:lnTo>
                                <a:close/>
                                <a:moveTo>
                                  <a:pt x="1447851" y="3434414"/>
                                </a:moveTo>
                                <a:lnTo>
                                  <a:pt x="1446488" y="3434639"/>
                                </a:lnTo>
                                <a:lnTo>
                                  <a:pt x="1445352" y="3435094"/>
                                </a:lnTo>
                                <a:lnTo>
                                  <a:pt x="1444215" y="3435547"/>
                                </a:lnTo>
                                <a:lnTo>
                                  <a:pt x="1441944" y="3437135"/>
                                </a:lnTo>
                                <a:lnTo>
                                  <a:pt x="1440125" y="3438720"/>
                                </a:lnTo>
                                <a:lnTo>
                                  <a:pt x="1438762" y="3440990"/>
                                </a:lnTo>
                                <a:lnTo>
                                  <a:pt x="1437399" y="3443713"/>
                                </a:lnTo>
                                <a:lnTo>
                                  <a:pt x="1436263" y="3446662"/>
                                </a:lnTo>
                                <a:lnTo>
                                  <a:pt x="1435354" y="3449839"/>
                                </a:lnTo>
                                <a:lnTo>
                                  <a:pt x="1434445" y="3453243"/>
                                </a:lnTo>
                                <a:lnTo>
                                  <a:pt x="1433081" y="3460504"/>
                                </a:lnTo>
                                <a:lnTo>
                                  <a:pt x="1431945" y="3467765"/>
                                </a:lnTo>
                                <a:lnTo>
                                  <a:pt x="1431036" y="3475026"/>
                                </a:lnTo>
                                <a:lnTo>
                                  <a:pt x="1429673" y="3481607"/>
                                </a:lnTo>
                                <a:lnTo>
                                  <a:pt x="1428991" y="3484557"/>
                                </a:lnTo>
                                <a:lnTo>
                                  <a:pt x="1428082" y="3487280"/>
                                </a:lnTo>
                                <a:lnTo>
                                  <a:pt x="1427173" y="3489322"/>
                                </a:lnTo>
                                <a:lnTo>
                                  <a:pt x="1426783" y="3489906"/>
                                </a:lnTo>
                                <a:lnTo>
                                  <a:pt x="1429017" y="3488418"/>
                                </a:lnTo>
                                <a:lnTo>
                                  <a:pt x="1431285" y="3486150"/>
                                </a:lnTo>
                                <a:lnTo>
                                  <a:pt x="1433100" y="3483882"/>
                                </a:lnTo>
                                <a:lnTo>
                                  <a:pt x="1435142" y="3481161"/>
                                </a:lnTo>
                                <a:lnTo>
                                  <a:pt x="1436503" y="3478213"/>
                                </a:lnTo>
                                <a:lnTo>
                                  <a:pt x="1438091" y="3475038"/>
                                </a:lnTo>
                                <a:lnTo>
                                  <a:pt x="1439452" y="3471636"/>
                                </a:lnTo>
                                <a:lnTo>
                                  <a:pt x="1440360" y="3468234"/>
                                </a:lnTo>
                                <a:lnTo>
                                  <a:pt x="1442628" y="3461430"/>
                                </a:lnTo>
                                <a:lnTo>
                                  <a:pt x="1444443" y="3454627"/>
                                </a:lnTo>
                                <a:lnTo>
                                  <a:pt x="1446032" y="3448504"/>
                                </a:lnTo>
                                <a:lnTo>
                                  <a:pt x="1446939" y="3445555"/>
                                </a:lnTo>
                                <a:lnTo>
                                  <a:pt x="1448073" y="3443288"/>
                                </a:lnTo>
                                <a:lnTo>
                                  <a:pt x="1448980" y="3441020"/>
                                </a:lnTo>
                                <a:lnTo>
                                  <a:pt x="1450115" y="3439432"/>
                                </a:lnTo>
                                <a:lnTo>
                                  <a:pt x="1451703" y="3437845"/>
                                </a:lnTo>
                                <a:lnTo>
                                  <a:pt x="1453064" y="3436938"/>
                                </a:lnTo>
                                <a:lnTo>
                                  <a:pt x="1454879" y="3436486"/>
                                </a:lnTo>
                                <a:lnTo>
                                  <a:pt x="1456467" y="3436713"/>
                                </a:lnTo>
                                <a:lnTo>
                                  <a:pt x="1457149" y="3436915"/>
                                </a:lnTo>
                                <a:lnTo>
                                  <a:pt x="1456714" y="3436679"/>
                                </a:lnTo>
                                <a:lnTo>
                                  <a:pt x="1454214" y="3435319"/>
                                </a:lnTo>
                                <a:lnTo>
                                  <a:pt x="1451487" y="3434639"/>
                                </a:lnTo>
                                <a:lnTo>
                                  <a:pt x="1448988" y="3434414"/>
                                </a:lnTo>
                                <a:lnTo>
                                  <a:pt x="1447851" y="3434414"/>
                                </a:lnTo>
                                <a:close/>
                                <a:moveTo>
                                  <a:pt x="2843736" y="3430015"/>
                                </a:moveTo>
                                <a:lnTo>
                                  <a:pt x="2844189" y="3430697"/>
                                </a:lnTo>
                                <a:lnTo>
                                  <a:pt x="2844189" y="3430015"/>
                                </a:lnTo>
                                <a:lnTo>
                                  <a:pt x="2843736" y="3430015"/>
                                </a:lnTo>
                                <a:close/>
                                <a:moveTo>
                                  <a:pt x="3359187" y="3429109"/>
                                </a:moveTo>
                                <a:lnTo>
                                  <a:pt x="3353515" y="3432510"/>
                                </a:lnTo>
                                <a:lnTo>
                                  <a:pt x="3353515" y="3432738"/>
                                </a:lnTo>
                                <a:lnTo>
                                  <a:pt x="3359187" y="3429109"/>
                                </a:lnTo>
                                <a:close/>
                                <a:moveTo>
                                  <a:pt x="884513" y="3427413"/>
                                </a:moveTo>
                                <a:lnTo>
                                  <a:pt x="896937" y="3431645"/>
                                </a:lnTo>
                                <a:lnTo>
                                  <a:pt x="896707" y="3432351"/>
                                </a:lnTo>
                                <a:lnTo>
                                  <a:pt x="890955" y="3433998"/>
                                </a:lnTo>
                                <a:lnTo>
                                  <a:pt x="885203" y="3440112"/>
                                </a:lnTo>
                                <a:lnTo>
                                  <a:pt x="881062" y="3428588"/>
                                </a:lnTo>
                                <a:lnTo>
                                  <a:pt x="884513" y="3427413"/>
                                </a:lnTo>
                                <a:close/>
                                <a:moveTo>
                                  <a:pt x="6825932" y="3426653"/>
                                </a:moveTo>
                                <a:lnTo>
                                  <a:pt x="6825932" y="3427572"/>
                                </a:lnTo>
                                <a:lnTo>
                                  <a:pt x="6825872" y="3427179"/>
                                </a:lnTo>
                                <a:lnTo>
                                  <a:pt x="6825932" y="3426653"/>
                                </a:lnTo>
                                <a:close/>
                                <a:moveTo>
                                  <a:pt x="6825755" y="3426420"/>
                                </a:moveTo>
                                <a:lnTo>
                                  <a:pt x="6825872" y="3427179"/>
                                </a:lnTo>
                                <a:lnTo>
                                  <a:pt x="6825297" y="3432177"/>
                                </a:lnTo>
                                <a:lnTo>
                                  <a:pt x="6825755" y="3426420"/>
                                </a:lnTo>
                                <a:close/>
                                <a:moveTo>
                                  <a:pt x="1551368" y="3426141"/>
                                </a:moveTo>
                                <a:lnTo>
                                  <a:pt x="1548515" y="3426696"/>
                                </a:lnTo>
                                <a:lnTo>
                                  <a:pt x="1540789" y="3428287"/>
                                </a:lnTo>
                                <a:lnTo>
                                  <a:pt x="1533290" y="3430099"/>
                                </a:lnTo>
                                <a:lnTo>
                                  <a:pt x="1526246" y="3431915"/>
                                </a:lnTo>
                                <a:lnTo>
                                  <a:pt x="1519429" y="3434186"/>
                                </a:lnTo>
                                <a:lnTo>
                                  <a:pt x="1513066" y="3436452"/>
                                </a:lnTo>
                                <a:lnTo>
                                  <a:pt x="1506931" y="3438947"/>
                                </a:lnTo>
                                <a:lnTo>
                                  <a:pt x="1501706" y="3441670"/>
                                </a:lnTo>
                                <a:lnTo>
                                  <a:pt x="1496706" y="3444620"/>
                                </a:lnTo>
                                <a:lnTo>
                                  <a:pt x="1492389" y="3448024"/>
                                </a:lnTo>
                                <a:lnTo>
                                  <a:pt x="1490344" y="3449839"/>
                                </a:lnTo>
                                <a:lnTo>
                                  <a:pt x="1490281" y="3449901"/>
                                </a:lnTo>
                                <a:lnTo>
                                  <a:pt x="1491631" y="3448957"/>
                                </a:lnTo>
                                <a:lnTo>
                                  <a:pt x="1493673" y="3447596"/>
                                </a:lnTo>
                                <a:lnTo>
                                  <a:pt x="1496168" y="3446689"/>
                                </a:lnTo>
                                <a:lnTo>
                                  <a:pt x="1498890" y="3445555"/>
                                </a:lnTo>
                                <a:lnTo>
                                  <a:pt x="1501159" y="3444875"/>
                                </a:lnTo>
                                <a:lnTo>
                                  <a:pt x="1506830" y="3443741"/>
                                </a:lnTo>
                                <a:lnTo>
                                  <a:pt x="1512729" y="3443061"/>
                                </a:lnTo>
                                <a:lnTo>
                                  <a:pt x="1518627" y="3442380"/>
                                </a:lnTo>
                                <a:lnTo>
                                  <a:pt x="1524299" y="3441927"/>
                                </a:lnTo>
                                <a:lnTo>
                                  <a:pt x="1530197" y="3441246"/>
                                </a:lnTo>
                                <a:lnTo>
                                  <a:pt x="1532920" y="3440793"/>
                                </a:lnTo>
                                <a:lnTo>
                                  <a:pt x="1535642" y="3440113"/>
                                </a:lnTo>
                                <a:lnTo>
                                  <a:pt x="1537911" y="3439432"/>
                                </a:lnTo>
                                <a:lnTo>
                                  <a:pt x="1540406" y="3438298"/>
                                </a:lnTo>
                                <a:lnTo>
                                  <a:pt x="1542675" y="3437166"/>
                                </a:lnTo>
                                <a:lnTo>
                                  <a:pt x="1544716" y="3435578"/>
                                </a:lnTo>
                                <a:lnTo>
                                  <a:pt x="1546758" y="3433993"/>
                                </a:lnTo>
                                <a:lnTo>
                                  <a:pt x="1548346" y="3431949"/>
                                </a:lnTo>
                                <a:lnTo>
                                  <a:pt x="1549934" y="3429681"/>
                                </a:lnTo>
                                <a:lnTo>
                                  <a:pt x="1551069" y="3427188"/>
                                </a:lnTo>
                                <a:lnTo>
                                  <a:pt x="1551368" y="3426141"/>
                                </a:lnTo>
                                <a:close/>
                                <a:moveTo>
                                  <a:pt x="2762969" y="3424345"/>
                                </a:moveTo>
                                <a:lnTo>
                                  <a:pt x="2760181" y="3427541"/>
                                </a:lnTo>
                                <a:lnTo>
                                  <a:pt x="2750958" y="3437470"/>
                                </a:lnTo>
                                <a:lnTo>
                                  <a:pt x="2743459" y="3441809"/>
                                </a:lnTo>
                                <a:lnTo>
                                  <a:pt x="2747769" y="3440901"/>
                                </a:lnTo>
                                <a:lnTo>
                                  <a:pt x="2750958" y="3437470"/>
                                </a:lnTo>
                                <a:lnTo>
                                  <a:pt x="2752080" y="3436822"/>
                                </a:lnTo>
                                <a:lnTo>
                                  <a:pt x="2760181" y="3427541"/>
                                </a:lnTo>
                                <a:lnTo>
                                  <a:pt x="2762516" y="3425026"/>
                                </a:lnTo>
                                <a:lnTo>
                                  <a:pt x="2762969" y="3424345"/>
                                </a:lnTo>
                                <a:close/>
                                <a:moveTo>
                                  <a:pt x="859190" y="3416300"/>
                                </a:moveTo>
                                <a:lnTo>
                                  <a:pt x="862012" y="3419476"/>
                                </a:lnTo>
                                <a:lnTo>
                                  <a:pt x="858837" y="3422652"/>
                                </a:lnTo>
                                <a:lnTo>
                                  <a:pt x="859190" y="3416300"/>
                                </a:lnTo>
                                <a:close/>
                                <a:moveTo>
                                  <a:pt x="941841" y="3409952"/>
                                </a:moveTo>
                                <a:lnTo>
                                  <a:pt x="942975" y="3419280"/>
                                </a:lnTo>
                                <a:lnTo>
                                  <a:pt x="941841" y="3427413"/>
                                </a:lnTo>
                                <a:lnTo>
                                  <a:pt x="939800" y="3415692"/>
                                </a:lnTo>
                                <a:lnTo>
                                  <a:pt x="941841" y="3409952"/>
                                </a:lnTo>
                                <a:close/>
                                <a:moveTo>
                                  <a:pt x="1736884" y="3407184"/>
                                </a:moveTo>
                                <a:lnTo>
                                  <a:pt x="1731890" y="3407637"/>
                                </a:lnTo>
                                <a:lnTo>
                                  <a:pt x="1724392" y="3408320"/>
                                </a:lnTo>
                                <a:lnTo>
                                  <a:pt x="1716893" y="3409452"/>
                                </a:lnTo>
                                <a:lnTo>
                                  <a:pt x="1702123" y="3411498"/>
                                </a:lnTo>
                                <a:lnTo>
                                  <a:pt x="1687126" y="3413537"/>
                                </a:lnTo>
                                <a:lnTo>
                                  <a:pt x="1678037" y="3414218"/>
                                </a:lnTo>
                                <a:lnTo>
                                  <a:pt x="1666675" y="3414897"/>
                                </a:lnTo>
                                <a:lnTo>
                                  <a:pt x="1638726" y="3416714"/>
                                </a:lnTo>
                                <a:lnTo>
                                  <a:pt x="1623047" y="3417622"/>
                                </a:lnTo>
                                <a:lnTo>
                                  <a:pt x="1606686" y="3418982"/>
                                </a:lnTo>
                                <a:lnTo>
                                  <a:pt x="1589871" y="3420570"/>
                                </a:lnTo>
                                <a:lnTo>
                                  <a:pt x="1573056" y="3422612"/>
                                </a:lnTo>
                                <a:lnTo>
                                  <a:pt x="1564648" y="3423746"/>
                                </a:lnTo>
                                <a:lnTo>
                                  <a:pt x="1558038" y="3424880"/>
                                </a:lnTo>
                                <a:lnTo>
                                  <a:pt x="1558101" y="3424920"/>
                                </a:lnTo>
                                <a:lnTo>
                                  <a:pt x="1561731" y="3426736"/>
                                </a:lnTo>
                                <a:lnTo>
                                  <a:pt x="1566042" y="3427868"/>
                                </a:lnTo>
                                <a:lnTo>
                                  <a:pt x="1570806" y="3428776"/>
                                </a:lnTo>
                                <a:lnTo>
                                  <a:pt x="1575797" y="3429681"/>
                                </a:lnTo>
                                <a:lnTo>
                                  <a:pt x="1581695" y="3430136"/>
                                </a:lnTo>
                                <a:lnTo>
                                  <a:pt x="1587820" y="3430364"/>
                                </a:lnTo>
                                <a:lnTo>
                                  <a:pt x="1594399" y="3430364"/>
                                </a:lnTo>
                                <a:lnTo>
                                  <a:pt x="1601205" y="3430136"/>
                                </a:lnTo>
                                <a:lnTo>
                                  <a:pt x="1608465" y="3429681"/>
                                </a:lnTo>
                                <a:lnTo>
                                  <a:pt x="1615724" y="3428776"/>
                                </a:lnTo>
                                <a:lnTo>
                                  <a:pt x="1631151" y="3427188"/>
                                </a:lnTo>
                                <a:lnTo>
                                  <a:pt x="1647258" y="3424920"/>
                                </a:lnTo>
                                <a:lnTo>
                                  <a:pt x="1663139" y="3422424"/>
                                </a:lnTo>
                                <a:lnTo>
                                  <a:pt x="1679019" y="3419477"/>
                                </a:lnTo>
                                <a:lnTo>
                                  <a:pt x="1693992" y="3416305"/>
                                </a:lnTo>
                                <a:lnTo>
                                  <a:pt x="1708738" y="3413354"/>
                                </a:lnTo>
                                <a:lnTo>
                                  <a:pt x="1733466" y="3407913"/>
                                </a:lnTo>
                                <a:lnTo>
                                  <a:pt x="1736884" y="3407184"/>
                                </a:lnTo>
                                <a:close/>
                                <a:moveTo>
                                  <a:pt x="2011373" y="3404057"/>
                                </a:moveTo>
                                <a:lnTo>
                                  <a:pt x="2015683" y="3406098"/>
                                </a:lnTo>
                                <a:lnTo>
                                  <a:pt x="2016364" y="3406098"/>
                                </a:lnTo>
                                <a:lnTo>
                                  <a:pt x="2011373" y="3404057"/>
                                </a:lnTo>
                                <a:close/>
                                <a:moveTo>
                                  <a:pt x="1336737" y="3403869"/>
                                </a:moveTo>
                                <a:lnTo>
                                  <a:pt x="1339211" y="3407233"/>
                                </a:lnTo>
                                <a:lnTo>
                                  <a:pt x="1342169" y="3410862"/>
                                </a:lnTo>
                                <a:lnTo>
                                  <a:pt x="1345582" y="3411994"/>
                                </a:lnTo>
                                <a:lnTo>
                                  <a:pt x="1348994" y="3413354"/>
                                </a:lnTo>
                                <a:lnTo>
                                  <a:pt x="1351951" y="3414716"/>
                                </a:lnTo>
                                <a:lnTo>
                                  <a:pt x="1354908" y="3416303"/>
                                </a:lnTo>
                                <a:lnTo>
                                  <a:pt x="1357865" y="3418116"/>
                                </a:lnTo>
                                <a:lnTo>
                                  <a:pt x="1360094" y="3419935"/>
                                </a:lnTo>
                                <a:lnTo>
                                  <a:pt x="1359458" y="3418982"/>
                                </a:lnTo>
                                <a:lnTo>
                                  <a:pt x="1354914" y="3412627"/>
                                </a:lnTo>
                                <a:lnTo>
                                  <a:pt x="1344916" y="3407637"/>
                                </a:lnTo>
                                <a:lnTo>
                                  <a:pt x="1336737" y="3403869"/>
                                </a:lnTo>
                                <a:close/>
                                <a:moveTo>
                                  <a:pt x="2789967" y="3403256"/>
                                </a:moveTo>
                                <a:lnTo>
                                  <a:pt x="2787018" y="3406203"/>
                                </a:lnTo>
                                <a:lnTo>
                                  <a:pt x="2790194" y="3403479"/>
                                </a:lnTo>
                                <a:lnTo>
                                  <a:pt x="2789967" y="3403479"/>
                                </a:lnTo>
                                <a:lnTo>
                                  <a:pt x="2789967" y="3403256"/>
                                </a:lnTo>
                                <a:close/>
                                <a:moveTo>
                                  <a:pt x="6825297" y="3402016"/>
                                </a:moveTo>
                                <a:lnTo>
                                  <a:pt x="6826250" y="3420204"/>
                                </a:lnTo>
                                <a:lnTo>
                                  <a:pt x="6825755" y="3426420"/>
                                </a:lnTo>
                                <a:lnTo>
                                  <a:pt x="6824662" y="3419285"/>
                                </a:lnTo>
                                <a:lnTo>
                                  <a:pt x="6825297" y="3402016"/>
                                </a:lnTo>
                                <a:close/>
                                <a:moveTo>
                                  <a:pt x="853316" y="3397252"/>
                                </a:moveTo>
                                <a:lnTo>
                                  <a:pt x="857250" y="3402789"/>
                                </a:lnTo>
                                <a:lnTo>
                                  <a:pt x="848139" y="3414715"/>
                                </a:lnTo>
                                <a:lnTo>
                                  <a:pt x="847725" y="3414715"/>
                                </a:lnTo>
                                <a:lnTo>
                                  <a:pt x="853316" y="3397252"/>
                                </a:lnTo>
                                <a:close/>
                                <a:moveTo>
                                  <a:pt x="2808571" y="3392144"/>
                                </a:moveTo>
                                <a:lnTo>
                                  <a:pt x="2806075" y="3392368"/>
                                </a:lnTo>
                                <a:lnTo>
                                  <a:pt x="2803353" y="3392597"/>
                                </a:lnTo>
                                <a:lnTo>
                                  <a:pt x="2800857" y="3393276"/>
                                </a:lnTo>
                                <a:lnTo>
                                  <a:pt x="2798361" y="3394410"/>
                                </a:lnTo>
                                <a:lnTo>
                                  <a:pt x="2796320" y="3395772"/>
                                </a:lnTo>
                                <a:lnTo>
                                  <a:pt x="2794278" y="3397358"/>
                                </a:lnTo>
                                <a:lnTo>
                                  <a:pt x="2792463" y="3399399"/>
                                </a:lnTo>
                                <a:lnTo>
                                  <a:pt x="2812427" y="3395545"/>
                                </a:lnTo>
                                <a:lnTo>
                                  <a:pt x="2813562" y="3396224"/>
                                </a:lnTo>
                                <a:lnTo>
                                  <a:pt x="2811520" y="3392368"/>
                                </a:lnTo>
                                <a:lnTo>
                                  <a:pt x="2808571" y="3392144"/>
                                </a:lnTo>
                                <a:close/>
                                <a:moveTo>
                                  <a:pt x="1750135" y="3390433"/>
                                </a:moveTo>
                                <a:lnTo>
                                  <a:pt x="1748253" y="3404760"/>
                                </a:lnTo>
                                <a:lnTo>
                                  <a:pt x="1750481" y="3404288"/>
                                </a:lnTo>
                                <a:lnTo>
                                  <a:pt x="1750135" y="3390433"/>
                                </a:lnTo>
                                <a:close/>
                                <a:moveTo>
                                  <a:pt x="4125103" y="3377179"/>
                                </a:moveTo>
                                <a:lnTo>
                                  <a:pt x="4126010" y="3382162"/>
                                </a:lnTo>
                                <a:lnTo>
                                  <a:pt x="4129867" y="3388512"/>
                                </a:lnTo>
                                <a:lnTo>
                                  <a:pt x="4129640" y="3387380"/>
                                </a:lnTo>
                                <a:lnTo>
                                  <a:pt x="4129640" y="3386709"/>
                                </a:lnTo>
                                <a:lnTo>
                                  <a:pt x="4125103" y="3377179"/>
                                </a:lnTo>
                                <a:close/>
                                <a:moveTo>
                                  <a:pt x="2129800" y="3374074"/>
                                </a:moveTo>
                                <a:lnTo>
                                  <a:pt x="2125031" y="3375261"/>
                                </a:lnTo>
                                <a:lnTo>
                                  <a:pt x="2120267" y="3377075"/>
                                </a:lnTo>
                                <a:lnTo>
                                  <a:pt x="2115730" y="3379114"/>
                                </a:lnTo>
                                <a:lnTo>
                                  <a:pt x="2111419" y="3381396"/>
                                </a:lnTo>
                                <a:lnTo>
                                  <a:pt x="2107336" y="3384116"/>
                                </a:lnTo>
                                <a:lnTo>
                                  <a:pt x="2103479" y="3386836"/>
                                </a:lnTo>
                                <a:lnTo>
                                  <a:pt x="2095766" y="3392493"/>
                                </a:lnTo>
                                <a:lnTo>
                                  <a:pt x="2091909" y="3394989"/>
                                </a:lnTo>
                                <a:lnTo>
                                  <a:pt x="2088053" y="3397481"/>
                                </a:lnTo>
                                <a:lnTo>
                                  <a:pt x="2083969" y="3399748"/>
                                </a:lnTo>
                                <a:lnTo>
                                  <a:pt x="2079886" y="3401564"/>
                                </a:lnTo>
                                <a:lnTo>
                                  <a:pt x="2075121" y="3403151"/>
                                </a:lnTo>
                                <a:lnTo>
                                  <a:pt x="2074741" y="3403224"/>
                                </a:lnTo>
                                <a:lnTo>
                                  <a:pt x="2081222" y="3402799"/>
                                </a:lnTo>
                                <a:lnTo>
                                  <a:pt x="2086214" y="3400309"/>
                                </a:lnTo>
                                <a:lnTo>
                                  <a:pt x="2090297" y="3398039"/>
                                </a:lnTo>
                                <a:lnTo>
                                  <a:pt x="2093700" y="3396224"/>
                                </a:lnTo>
                                <a:lnTo>
                                  <a:pt x="2096876" y="3394184"/>
                                </a:lnTo>
                                <a:lnTo>
                                  <a:pt x="2101641" y="3390782"/>
                                </a:lnTo>
                                <a:lnTo>
                                  <a:pt x="2105724" y="3387605"/>
                                </a:lnTo>
                                <a:lnTo>
                                  <a:pt x="2110262" y="3384446"/>
                                </a:lnTo>
                                <a:lnTo>
                                  <a:pt x="2115253" y="3381030"/>
                                </a:lnTo>
                                <a:lnTo>
                                  <a:pt x="2118429" y="3379444"/>
                                </a:lnTo>
                                <a:lnTo>
                                  <a:pt x="2122059" y="3377400"/>
                                </a:lnTo>
                                <a:lnTo>
                                  <a:pt x="2126597" y="3375591"/>
                                </a:lnTo>
                                <a:lnTo>
                                  <a:pt x="2129800" y="3374074"/>
                                </a:lnTo>
                                <a:close/>
                                <a:moveTo>
                                  <a:pt x="6715820" y="3362168"/>
                                </a:moveTo>
                                <a:lnTo>
                                  <a:pt x="6716947" y="3363318"/>
                                </a:lnTo>
                                <a:lnTo>
                                  <a:pt x="6717173" y="3363540"/>
                                </a:lnTo>
                                <a:lnTo>
                                  <a:pt x="6716947" y="3363764"/>
                                </a:lnTo>
                                <a:lnTo>
                                  <a:pt x="6716726" y="3363709"/>
                                </a:lnTo>
                                <a:lnTo>
                                  <a:pt x="6715820" y="3362168"/>
                                </a:lnTo>
                                <a:close/>
                                <a:moveTo>
                                  <a:pt x="2211226" y="3359166"/>
                                </a:moveTo>
                                <a:lnTo>
                                  <a:pt x="2207609" y="3359621"/>
                                </a:lnTo>
                                <a:lnTo>
                                  <a:pt x="2202618" y="3360297"/>
                                </a:lnTo>
                                <a:lnTo>
                                  <a:pt x="2192636" y="3362560"/>
                                </a:lnTo>
                                <a:lnTo>
                                  <a:pt x="2182427" y="3365059"/>
                                </a:lnTo>
                                <a:lnTo>
                                  <a:pt x="2172446" y="3367557"/>
                                </a:lnTo>
                                <a:lnTo>
                                  <a:pt x="2162237" y="3369820"/>
                                </a:lnTo>
                                <a:lnTo>
                                  <a:pt x="2161264" y="3369985"/>
                                </a:lnTo>
                                <a:lnTo>
                                  <a:pt x="2161762" y="3369917"/>
                                </a:lnTo>
                                <a:lnTo>
                                  <a:pt x="2177643" y="3367654"/>
                                </a:lnTo>
                                <a:lnTo>
                                  <a:pt x="2185129" y="3366520"/>
                                </a:lnTo>
                                <a:lnTo>
                                  <a:pt x="2192389" y="3365153"/>
                                </a:lnTo>
                                <a:lnTo>
                                  <a:pt x="2199422" y="3363345"/>
                                </a:lnTo>
                                <a:lnTo>
                                  <a:pt x="2206228" y="3361307"/>
                                </a:lnTo>
                                <a:lnTo>
                                  <a:pt x="2209404" y="3359942"/>
                                </a:lnTo>
                                <a:lnTo>
                                  <a:pt x="2211226" y="3359166"/>
                                </a:lnTo>
                                <a:close/>
                                <a:moveTo>
                                  <a:pt x="2797227" y="3349061"/>
                                </a:moveTo>
                                <a:lnTo>
                                  <a:pt x="2803126" y="3370370"/>
                                </a:lnTo>
                                <a:lnTo>
                                  <a:pt x="2803353" y="3371049"/>
                                </a:lnTo>
                                <a:lnTo>
                                  <a:pt x="2797227" y="3349061"/>
                                </a:lnTo>
                                <a:close/>
                                <a:moveTo>
                                  <a:pt x="6687159" y="3346252"/>
                                </a:moveTo>
                                <a:lnTo>
                                  <a:pt x="6688323" y="3347426"/>
                                </a:lnTo>
                                <a:lnTo>
                                  <a:pt x="6690577" y="3349468"/>
                                </a:lnTo>
                                <a:lnTo>
                                  <a:pt x="6693507" y="3351731"/>
                                </a:lnTo>
                                <a:lnTo>
                                  <a:pt x="6696888" y="3353781"/>
                                </a:lnTo>
                                <a:lnTo>
                                  <a:pt x="6700494" y="3356054"/>
                                </a:lnTo>
                                <a:lnTo>
                                  <a:pt x="6707932" y="3359907"/>
                                </a:lnTo>
                                <a:lnTo>
                                  <a:pt x="6713792" y="3362847"/>
                                </a:lnTo>
                                <a:lnTo>
                                  <a:pt x="6715820" y="3363540"/>
                                </a:lnTo>
                                <a:lnTo>
                                  <a:pt x="6716726" y="3363709"/>
                                </a:lnTo>
                                <a:lnTo>
                                  <a:pt x="6718750" y="3367160"/>
                                </a:lnTo>
                                <a:lnTo>
                                  <a:pt x="6722582" y="3361039"/>
                                </a:lnTo>
                                <a:lnTo>
                                  <a:pt x="6726188" y="3371250"/>
                                </a:lnTo>
                                <a:lnTo>
                                  <a:pt x="6729118" y="3381981"/>
                                </a:lnTo>
                                <a:lnTo>
                                  <a:pt x="6732048" y="3392573"/>
                                </a:lnTo>
                                <a:lnTo>
                                  <a:pt x="6734528" y="3403475"/>
                                </a:lnTo>
                                <a:lnTo>
                                  <a:pt x="6736556" y="3414149"/>
                                </a:lnTo>
                                <a:lnTo>
                                  <a:pt x="6738584" y="3425052"/>
                                </a:lnTo>
                                <a:lnTo>
                                  <a:pt x="6742416" y="3446856"/>
                                </a:lnTo>
                                <a:lnTo>
                                  <a:pt x="6744219" y="3461621"/>
                                </a:lnTo>
                                <a:lnTo>
                                  <a:pt x="6746248" y="3476613"/>
                                </a:lnTo>
                                <a:lnTo>
                                  <a:pt x="6747600" y="3491378"/>
                                </a:lnTo>
                                <a:lnTo>
                                  <a:pt x="6748952" y="3505916"/>
                                </a:lnTo>
                                <a:lnTo>
                                  <a:pt x="6749854" y="3520908"/>
                                </a:lnTo>
                                <a:lnTo>
                                  <a:pt x="6750530" y="3535446"/>
                                </a:lnTo>
                                <a:lnTo>
                                  <a:pt x="6751432" y="3549984"/>
                                </a:lnTo>
                                <a:lnTo>
                                  <a:pt x="6751657" y="3564976"/>
                                </a:lnTo>
                                <a:lnTo>
                                  <a:pt x="6751882" y="3579514"/>
                                </a:lnTo>
                                <a:lnTo>
                                  <a:pt x="6751657" y="3594279"/>
                                </a:lnTo>
                                <a:lnTo>
                                  <a:pt x="6751432" y="3609271"/>
                                </a:lnTo>
                                <a:lnTo>
                                  <a:pt x="6750981" y="3624036"/>
                                </a:lnTo>
                                <a:lnTo>
                                  <a:pt x="6749854" y="3654021"/>
                                </a:lnTo>
                                <a:lnTo>
                                  <a:pt x="6748051" y="3684686"/>
                                </a:lnTo>
                                <a:lnTo>
                                  <a:pt x="6746022" y="3675827"/>
                                </a:lnTo>
                                <a:lnTo>
                                  <a:pt x="6743543" y="3673783"/>
                                </a:lnTo>
                                <a:lnTo>
                                  <a:pt x="6743318" y="3662652"/>
                                </a:lnTo>
                                <a:lnTo>
                                  <a:pt x="6743092" y="3651522"/>
                                </a:lnTo>
                                <a:lnTo>
                                  <a:pt x="6742641" y="3640618"/>
                                </a:lnTo>
                                <a:lnTo>
                                  <a:pt x="6741965" y="3629942"/>
                                </a:lnTo>
                                <a:lnTo>
                                  <a:pt x="6741289" y="3619493"/>
                                </a:lnTo>
                                <a:lnTo>
                                  <a:pt x="6739937" y="3609044"/>
                                </a:lnTo>
                                <a:lnTo>
                                  <a:pt x="6737458" y="3588146"/>
                                </a:lnTo>
                                <a:lnTo>
                                  <a:pt x="6734753" y="3567021"/>
                                </a:lnTo>
                                <a:lnTo>
                                  <a:pt x="6731597" y="3546122"/>
                                </a:lnTo>
                                <a:lnTo>
                                  <a:pt x="6724160" y="3502963"/>
                                </a:lnTo>
                                <a:lnTo>
                                  <a:pt x="6723484" y="3499556"/>
                                </a:lnTo>
                                <a:lnTo>
                                  <a:pt x="6722582" y="3495921"/>
                                </a:lnTo>
                                <a:lnTo>
                                  <a:pt x="6719877" y="3487517"/>
                                </a:lnTo>
                                <a:lnTo>
                                  <a:pt x="6716497" y="3477976"/>
                                </a:lnTo>
                                <a:lnTo>
                                  <a:pt x="6712440" y="3467754"/>
                                </a:lnTo>
                                <a:lnTo>
                                  <a:pt x="6703199" y="3445266"/>
                                </a:lnTo>
                                <a:lnTo>
                                  <a:pt x="6698691" y="3433458"/>
                                </a:lnTo>
                                <a:lnTo>
                                  <a:pt x="6693958" y="3421418"/>
                                </a:lnTo>
                                <a:lnTo>
                                  <a:pt x="6690126" y="3409834"/>
                                </a:lnTo>
                                <a:lnTo>
                                  <a:pt x="6688323" y="3403930"/>
                                </a:lnTo>
                                <a:lnTo>
                                  <a:pt x="6686520" y="3398025"/>
                                </a:lnTo>
                                <a:lnTo>
                                  <a:pt x="6685168" y="3392573"/>
                                </a:lnTo>
                                <a:lnTo>
                                  <a:pt x="6683815" y="3386911"/>
                                </a:lnTo>
                                <a:lnTo>
                                  <a:pt x="6682914" y="3381760"/>
                                </a:lnTo>
                                <a:lnTo>
                                  <a:pt x="6682238" y="3376265"/>
                                </a:lnTo>
                                <a:lnTo>
                                  <a:pt x="6681787" y="3371250"/>
                                </a:lnTo>
                                <a:lnTo>
                                  <a:pt x="6681787" y="3366485"/>
                                </a:lnTo>
                                <a:lnTo>
                                  <a:pt x="6682012" y="3361937"/>
                                </a:lnTo>
                                <a:lnTo>
                                  <a:pt x="6682689" y="3357411"/>
                                </a:lnTo>
                                <a:lnTo>
                                  <a:pt x="6683590" y="3353547"/>
                                </a:lnTo>
                                <a:lnTo>
                                  <a:pt x="6685168" y="3349930"/>
                                </a:lnTo>
                                <a:lnTo>
                                  <a:pt x="6686971" y="3346521"/>
                                </a:lnTo>
                                <a:lnTo>
                                  <a:pt x="6687159" y="3346252"/>
                                </a:lnTo>
                                <a:close/>
                                <a:moveTo>
                                  <a:pt x="2800857" y="3343621"/>
                                </a:moveTo>
                                <a:lnTo>
                                  <a:pt x="2797681" y="3346567"/>
                                </a:lnTo>
                                <a:lnTo>
                                  <a:pt x="2797454" y="3347699"/>
                                </a:lnTo>
                                <a:lnTo>
                                  <a:pt x="2800857" y="3343621"/>
                                </a:lnTo>
                                <a:close/>
                                <a:moveTo>
                                  <a:pt x="6689450" y="3343339"/>
                                </a:moveTo>
                                <a:lnTo>
                                  <a:pt x="6688098" y="3344923"/>
                                </a:lnTo>
                                <a:lnTo>
                                  <a:pt x="6687159" y="3346252"/>
                                </a:lnTo>
                                <a:lnTo>
                                  <a:pt x="6686746" y="3345835"/>
                                </a:lnTo>
                                <a:lnTo>
                                  <a:pt x="6686520" y="3345154"/>
                                </a:lnTo>
                                <a:lnTo>
                                  <a:pt x="6686295" y="3344701"/>
                                </a:lnTo>
                                <a:lnTo>
                                  <a:pt x="6686520" y="3344016"/>
                                </a:lnTo>
                                <a:lnTo>
                                  <a:pt x="6687196" y="3343569"/>
                                </a:lnTo>
                                <a:lnTo>
                                  <a:pt x="6688098" y="3343569"/>
                                </a:lnTo>
                                <a:lnTo>
                                  <a:pt x="6689450" y="3343339"/>
                                </a:lnTo>
                                <a:close/>
                                <a:moveTo>
                                  <a:pt x="4577461" y="3330791"/>
                                </a:moveTo>
                                <a:lnTo>
                                  <a:pt x="4577347" y="3330841"/>
                                </a:lnTo>
                                <a:lnTo>
                                  <a:pt x="4572752" y="3333107"/>
                                </a:lnTo>
                                <a:lnTo>
                                  <a:pt x="4567237" y="3335588"/>
                                </a:lnTo>
                                <a:lnTo>
                                  <a:pt x="4564021" y="3336727"/>
                                </a:lnTo>
                                <a:lnTo>
                                  <a:pt x="4560574" y="3338096"/>
                                </a:lnTo>
                                <a:lnTo>
                                  <a:pt x="4558537" y="3338691"/>
                                </a:lnTo>
                                <a:lnTo>
                                  <a:pt x="4559107" y="3338631"/>
                                </a:lnTo>
                                <a:lnTo>
                                  <a:pt x="4561602" y="3337947"/>
                                </a:lnTo>
                                <a:lnTo>
                                  <a:pt x="4564325" y="3337045"/>
                                </a:lnTo>
                                <a:lnTo>
                                  <a:pt x="4567047" y="3336135"/>
                                </a:lnTo>
                                <a:lnTo>
                                  <a:pt x="4570223" y="3334772"/>
                                </a:lnTo>
                                <a:lnTo>
                                  <a:pt x="4573400" y="3333184"/>
                                </a:lnTo>
                                <a:lnTo>
                                  <a:pt x="4576576" y="3331374"/>
                                </a:lnTo>
                                <a:lnTo>
                                  <a:pt x="4577461" y="3330791"/>
                                </a:lnTo>
                                <a:close/>
                                <a:moveTo>
                                  <a:pt x="6685395" y="3329063"/>
                                </a:moveTo>
                                <a:lnTo>
                                  <a:pt x="6686550" y="3333819"/>
                                </a:lnTo>
                                <a:lnTo>
                                  <a:pt x="6685828" y="3335403"/>
                                </a:lnTo>
                                <a:lnTo>
                                  <a:pt x="6684962" y="3329328"/>
                                </a:lnTo>
                                <a:lnTo>
                                  <a:pt x="6685395" y="3329063"/>
                                </a:lnTo>
                                <a:close/>
                                <a:moveTo>
                                  <a:pt x="4601985" y="3327290"/>
                                </a:moveTo>
                                <a:lnTo>
                                  <a:pt x="4601985" y="3327970"/>
                                </a:lnTo>
                                <a:lnTo>
                                  <a:pt x="4602071" y="3327797"/>
                                </a:lnTo>
                                <a:lnTo>
                                  <a:pt x="4601985" y="3327290"/>
                                </a:lnTo>
                                <a:close/>
                                <a:moveTo>
                                  <a:pt x="2815150" y="3314364"/>
                                </a:moveTo>
                                <a:lnTo>
                                  <a:pt x="2811066" y="3327745"/>
                                </a:lnTo>
                                <a:lnTo>
                                  <a:pt x="2811520" y="3327064"/>
                                </a:lnTo>
                                <a:lnTo>
                                  <a:pt x="2815150" y="3314816"/>
                                </a:lnTo>
                                <a:lnTo>
                                  <a:pt x="2815150" y="3314364"/>
                                </a:lnTo>
                                <a:close/>
                                <a:moveTo>
                                  <a:pt x="6772520" y="3306170"/>
                                </a:moveTo>
                                <a:lnTo>
                                  <a:pt x="6770713" y="3314099"/>
                                </a:lnTo>
                                <a:lnTo>
                                  <a:pt x="6769169" y="3322508"/>
                                </a:lnTo>
                                <a:lnTo>
                                  <a:pt x="6769554" y="3323086"/>
                                </a:lnTo>
                                <a:lnTo>
                                  <a:pt x="6772729" y="3307677"/>
                                </a:lnTo>
                                <a:lnTo>
                                  <a:pt x="6773546" y="3307790"/>
                                </a:lnTo>
                                <a:lnTo>
                                  <a:pt x="6773198" y="3306401"/>
                                </a:lnTo>
                                <a:lnTo>
                                  <a:pt x="6772520" y="3306170"/>
                                </a:lnTo>
                                <a:close/>
                                <a:moveTo>
                                  <a:pt x="6776177" y="3305744"/>
                                </a:moveTo>
                                <a:lnTo>
                                  <a:pt x="6775592" y="3313635"/>
                                </a:lnTo>
                                <a:lnTo>
                                  <a:pt x="6776131" y="3316062"/>
                                </a:lnTo>
                                <a:lnTo>
                                  <a:pt x="6776131" y="3307451"/>
                                </a:lnTo>
                                <a:lnTo>
                                  <a:pt x="6776177" y="3305744"/>
                                </a:lnTo>
                                <a:close/>
                                <a:moveTo>
                                  <a:pt x="2017498" y="3260976"/>
                                </a:moveTo>
                                <a:lnTo>
                                  <a:pt x="2021582" y="3308144"/>
                                </a:lnTo>
                                <a:lnTo>
                                  <a:pt x="2025892" y="3355084"/>
                                </a:lnTo>
                                <a:lnTo>
                                  <a:pt x="2030429" y="3402245"/>
                                </a:lnTo>
                                <a:lnTo>
                                  <a:pt x="2035194" y="3449411"/>
                                </a:lnTo>
                                <a:lnTo>
                                  <a:pt x="2040185" y="3496355"/>
                                </a:lnTo>
                                <a:lnTo>
                                  <a:pt x="2045402" y="3543300"/>
                                </a:lnTo>
                                <a:lnTo>
                                  <a:pt x="2051074" y="3590471"/>
                                </a:lnTo>
                                <a:lnTo>
                                  <a:pt x="2056972" y="3637416"/>
                                </a:lnTo>
                                <a:lnTo>
                                  <a:pt x="2063098" y="3684361"/>
                                </a:lnTo>
                                <a:lnTo>
                                  <a:pt x="2069223" y="3731305"/>
                                </a:lnTo>
                                <a:lnTo>
                                  <a:pt x="2075802" y="3778250"/>
                                </a:lnTo>
                                <a:lnTo>
                                  <a:pt x="2082608" y="3825195"/>
                                </a:lnTo>
                                <a:lnTo>
                                  <a:pt x="2089867" y="3871913"/>
                                </a:lnTo>
                                <a:lnTo>
                                  <a:pt x="2097127" y="3918404"/>
                                </a:lnTo>
                                <a:lnTo>
                                  <a:pt x="2104614" y="3965348"/>
                                </a:lnTo>
                                <a:lnTo>
                                  <a:pt x="2112554" y="4012066"/>
                                </a:lnTo>
                                <a:lnTo>
                                  <a:pt x="2108924" y="4014788"/>
                                </a:lnTo>
                                <a:lnTo>
                                  <a:pt x="2095085" y="4026807"/>
                                </a:lnTo>
                                <a:lnTo>
                                  <a:pt x="2087145" y="4033838"/>
                                </a:lnTo>
                                <a:lnTo>
                                  <a:pt x="2078524" y="4041322"/>
                                </a:lnTo>
                                <a:lnTo>
                                  <a:pt x="2069223" y="4048806"/>
                                </a:lnTo>
                                <a:lnTo>
                                  <a:pt x="2059922" y="4055836"/>
                                </a:lnTo>
                                <a:lnTo>
                                  <a:pt x="2054931" y="4059238"/>
                                </a:lnTo>
                                <a:lnTo>
                                  <a:pt x="2050167" y="4062639"/>
                                </a:lnTo>
                                <a:lnTo>
                                  <a:pt x="2044949" y="4065814"/>
                                </a:lnTo>
                                <a:lnTo>
                                  <a:pt x="2040185" y="4068763"/>
                                </a:lnTo>
                                <a:lnTo>
                                  <a:pt x="2034967" y="4071031"/>
                                </a:lnTo>
                                <a:lnTo>
                                  <a:pt x="2029976" y="4073525"/>
                                </a:lnTo>
                                <a:lnTo>
                                  <a:pt x="2024985" y="4075793"/>
                                </a:lnTo>
                                <a:lnTo>
                                  <a:pt x="2019994" y="4077381"/>
                                </a:lnTo>
                                <a:lnTo>
                                  <a:pt x="2015003" y="4078741"/>
                                </a:lnTo>
                                <a:lnTo>
                                  <a:pt x="2010239" y="4079648"/>
                                </a:lnTo>
                                <a:lnTo>
                                  <a:pt x="2005475" y="4080102"/>
                                </a:lnTo>
                                <a:lnTo>
                                  <a:pt x="2000484" y="4079875"/>
                                </a:lnTo>
                                <a:lnTo>
                                  <a:pt x="1995946" y="4079422"/>
                                </a:lnTo>
                                <a:lnTo>
                                  <a:pt x="1991182" y="4078514"/>
                                </a:lnTo>
                                <a:lnTo>
                                  <a:pt x="1989140" y="4077607"/>
                                </a:lnTo>
                                <a:lnTo>
                                  <a:pt x="1986872" y="4076700"/>
                                </a:lnTo>
                                <a:lnTo>
                                  <a:pt x="1984603" y="4075793"/>
                                </a:lnTo>
                                <a:lnTo>
                                  <a:pt x="1982561" y="4074432"/>
                                </a:lnTo>
                                <a:lnTo>
                                  <a:pt x="1980520" y="4073072"/>
                                </a:lnTo>
                                <a:lnTo>
                                  <a:pt x="1978478" y="4071711"/>
                                </a:lnTo>
                                <a:lnTo>
                                  <a:pt x="1976436" y="4069897"/>
                                </a:lnTo>
                                <a:lnTo>
                                  <a:pt x="1974394" y="4068082"/>
                                </a:lnTo>
                                <a:lnTo>
                                  <a:pt x="1972579" y="4065814"/>
                                </a:lnTo>
                                <a:lnTo>
                                  <a:pt x="1970538" y="4063547"/>
                                </a:lnTo>
                                <a:lnTo>
                                  <a:pt x="1968723" y="4061279"/>
                                </a:lnTo>
                                <a:lnTo>
                                  <a:pt x="1966908" y="4058784"/>
                                </a:lnTo>
                                <a:lnTo>
                                  <a:pt x="1963278" y="4061959"/>
                                </a:lnTo>
                                <a:lnTo>
                                  <a:pt x="1959875" y="4060825"/>
                                </a:lnTo>
                                <a:lnTo>
                                  <a:pt x="1956699" y="4059918"/>
                                </a:lnTo>
                                <a:lnTo>
                                  <a:pt x="1951481" y="4057877"/>
                                </a:lnTo>
                                <a:lnTo>
                                  <a:pt x="1946490" y="4055609"/>
                                </a:lnTo>
                                <a:lnTo>
                                  <a:pt x="1943995" y="4054702"/>
                                </a:lnTo>
                                <a:lnTo>
                                  <a:pt x="1941726" y="4053568"/>
                                </a:lnTo>
                                <a:lnTo>
                                  <a:pt x="1939231" y="4053114"/>
                                </a:lnTo>
                                <a:lnTo>
                                  <a:pt x="1936508" y="4052661"/>
                                </a:lnTo>
                                <a:lnTo>
                                  <a:pt x="1933559" y="4052661"/>
                                </a:lnTo>
                                <a:lnTo>
                                  <a:pt x="1930383" y="4052661"/>
                                </a:lnTo>
                                <a:lnTo>
                                  <a:pt x="1926980" y="4053341"/>
                                </a:lnTo>
                                <a:lnTo>
                                  <a:pt x="1923123" y="4054475"/>
                                </a:lnTo>
                                <a:lnTo>
                                  <a:pt x="1920671" y="4055378"/>
                                </a:lnTo>
                                <a:lnTo>
                                  <a:pt x="1921309" y="4054475"/>
                                </a:lnTo>
                                <a:lnTo>
                                  <a:pt x="1916771" y="4051754"/>
                                </a:lnTo>
                                <a:lnTo>
                                  <a:pt x="1916998" y="4056743"/>
                                </a:lnTo>
                                <a:lnTo>
                                  <a:pt x="1903159" y="4058557"/>
                                </a:lnTo>
                                <a:lnTo>
                                  <a:pt x="1907924" y="4060598"/>
                                </a:lnTo>
                                <a:lnTo>
                                  <a:pt x="1875727" y="4067265"/>
                                </a:lnTo>
                                <a:lnTo>
                                  <a:pt x="1894992" y="4059011"/>
                                </a:lnTo>
                                <a:lnTo>
                                  <a:pt x="1896354" y="4058784"/>
                                </a:lnTo>
                                <a:lnTo>
                                  <a:pt x="1887052" y="4059691"/>
                                </a:lnTo>
                                <a:lnTo>
                                  <a:pt x="1881834" y="4060372"/>
                                </a:lnTo>
                                <a:lnTo>
                                  <a:pt x="1877297" y="4061506"/>
                                </a:lnTo>
                                <a:lnTo>
                                  <a:pt x="1875255" y="4062186"/>
                                </a:lnTo>
                                <a:lnTo>
                                  <a:pt x="1873667" y="4062866"/>
                                </a:lnTo>
                                <a:lnTo>
                                  <a:pt x="1872079" y="4063547"/>
                                </a:lnTo>
                                <a:lnTo>
                                  <a:pt x="1871172" y="4064227"/>
                                </a:lnTo>
                                <a:lnTo>
                                  <a:pt x="1870718" y="4065134"/>
                                </a:lnTo>
                                <a:lnTo>
                                  <a:pt x="1870945" y="4066041"/>
                                </a:lnTo>
                                <a:lnTo>
                                  <a:pt x="1871399" y="4067175"/>
                                </a:lnTo>
                                <a:lnTo>
                                  <a:pt x="1872216" y="4067992"/>
                                </a:lnTo>
                                <a:lnTo>
                                  <a:pt x="1837823" y="4075113"/>
                                </a:lnTo>
                                <a:lnTo>
                                  <a:pt x="1857333" y="4073072"/>
                                </a:lnTo>
                                <a:lnTo>
                                  <a:pt x="1848259" y="4075566"/>
                                </a:lnTo>
                                <a:lnTo>
                                  <a:pt x="1839865" y="4078061"/>
                                </a:lnTo>
                                <a:lnTo>
                                  <a:pt x="1831698" y="4081009"/>
                                </a:lnTo>
                                <a:lnTo>
                                  <a:pt x="1823758" y="4084184"/>
                                </a:lnTo>
                                <a:lnTo>
                                  <a:pt x="1816271" y="4087586"/>
                                </a:lnTo>
                                <a:lnTo>
                                  <a:pt x="1808558" y="4091668"/>
                                </a:lnTo>
                                <a:lnTo>
                                  <a:pt x="1801298" y="4095523"/>
                                </a:lnTo>
                                <a:lnTo>
                                  <a:pt x="1794265" y="4099606"/>
                                </a:lnTo>
                                <a:lnTo>
                                  <a:pt x="1780427" y="4107997"/>
                                </a:lnTo>
                                <a:lnTo>
                                  <a:pt x="1766361" y="4116614"/>
                                </a:lnTo>
                                <a:lnTo>
                                  <a:pt x="1752296" y="4125459"/>
                                </a:lnTo>
                                <a:lnTo>
                                  <a:pt x="1744809" y="4129768"/>
                                </a:lnTo>
                                <a:lnTo>
                                  <a:pt x="1737323" y="4133850"/>
                                </a:lnTo>
                                <a:lnTo>
                                  <a:pt x="1649754" y="4102554"/>
                                </a:lnTo>
                                <a:lnTo>
                                  <a:pt x="1554698" y="4026127"/>
                                </a:lnTo>
                                <a:lnTo>
                                  <a:pt x="1554472" y="4026127"/>
                                </a:lnTo>
                                <a:lnTo>
                                  <a:pt x="1551522" y="4025447"/>
                                </a:lnTo>
                                <a:lnTo>
                                  <a:pt x="1548573" y="4024313"/>
                                </a:lnTo>
                                <a:lnTo>
                                  <a:pt x="1545851" y="4022952"/>
                                </a:lnTo>
                                <a:lnTo>
                                  <a:pt x="1542902" y="4021591"/>
                                </a:lnTo>
                                <a:lnTo>
                                  <a:pt x="1539952" y="4019777"/>
                                </a:lnTo>
                                <a:lnTo>
                                  <a:pt x="1537003" y="4018189"/>
                                </a:lnTo>
                                <a:lnTo>
                                  <a:pt x="1531332" y="4014107"/>
                                </a:lnTo>
                                <a:lnTo>
                                  <a:pt x="1526114" y="4009572"/>
                                </a:lnTo>
                                <a:lnTo>
                                  <a:pt x="1521350" y="4005263"/>
                                </a:lnTo>
                                <a:lnTo>
                                  <a:pt x="1517266" y="4000727"/>
                                </a:lnTo>
                                <a:lnTo>
                                  <a:pt x="1514090" y="3996191"/>
                                </a:lnTo>
                                <a:lnTo>
                                  <a:pt x="1510687" y="3995057"/>
                                </a:lnTo>
                                <a:lnTo>
                                  <a:pt x="1501159" y="3991429"/>
                                </a:lnTo>
                                <a:lnTo>
                                  <a:pt x="1492311" y="3987800"/>
                                </a:lnTo>
                                <a:lnTo>
                                  <a:pt x="1488228" y="3986213"/>
                                </a:lnTo>
                                <a:lnTo>
                                  <a:pt x="1484371" y="3984625"/>
                                </a:lnTo>
                                <a:lnTo>
                                  <a:pt x="1480742" y="3982584"/>
                                </a:lnTo>
                                <a:lnTo>
                                  <a:pt x="1477565" y="3980997"/>
                                </a:lnTo>
                                <a:lnTo>
                                  <a:pt x="1475070" y="3978729"/>
                                </a:lnTo>
                                <a:lnTo>
                                  <a:pt x="1472801" y="3976688"/>
                                </a:lnTo>
                                <a:lnTo>
                                  <a:pt x="1470759" y="3974420"/>
                                </a:lnTo>
                                <a:lnTo>
                                  <a:pt x="1470079" y="3972832"/>
                                </a:lnTo>
                                <a:lnTo>
                                  <a:pt x="1469625" y="3971698"/>
                                </a:lnTo>
                                <a:lnTo>
                                  <a:pt x="1469171" y="3970338"/>
                                </a:lnTo>
                                <a:lnTo>
                                  <a:pt x="1468944" y="3968750"/>
                                </a:lnTo>
                                <a:lnTo>
                                  <a:pt x="1468718" y="3967163"/>
                                </a:lnTo>
                                <a:lnTo>
                                  <a:pt x="1468718" y="3965348"/>
                                </a:lnTo>
                                <a:lnTo>
                                  <a:pt x="1468944" y="3963761"/>
                                </a:lnTo>
                                <a:lnTo>
                                  <a:pt x="1469398" y="3961947"/>
                                </a:lnTo>
                                <a:lnTo>
                                  <a:pt x="1470532" y="3957864"/>
                                </a:lnTo>
                                <a:lnTo>
                                  <a:pt x="1460097" y="3958545"/>
                                </a:lnTo>
                                <a:lnTo>
                                  <a:pt x="1457148" y="3949927"/>
                                </a:lnTo>
                                <a:lnTo>
                                  <a:pt x="1453745" y="3954009"/>
                                </a:lnTo>
                                <a:lnTo>
                                  <a:pt x="1441040" y="3947886"/>
                                </a:lnTo>
                                <a:lnTo>
                                  <a:pt x="1440587" y="3947886"/>
                                </a:lnTo>
                                <a:lnTo>
                                  <a:pt x="1440360" y="3947886"/>
                                </a:lnTo>
                                <a:lnTo>
                                  <a:pt x="1438999" y="3946979"/>
                                </a:lnTo>
                                <a:lnTo>
                                  <a:pt x="1426975" y="3920445"/>
                                </a:lnTo>
                                <a:lnTo>
                                  <a:pt x="1424933" y="3920218"/>
                                </a:lnTo>
                                <a:lnTo>
                                  <a:pt x="1422891" y="3919538"/>
                                </a:lnTo>
                                <a:lnTo>
                                  <a:pt x="1421076" y="3918404"/>
                                </a:lnTo>
                                <a:lnTo>
                                  <a:pt x="1419035" y="3917497"/>
                                </a:lnTo>
                                <a:lnTo>
                                  <a:pt x="1417673" y="3916589"/>
                                </a:lnTo>
                                <a:lnTo>
                                  <a:pt x="1416086" y="3915229"/>
                                </a:lnTo>
                                <a:lnTo>
                                  <a:pt x="1415178" y="3914095"/>
                                </a:lnTo>
                                <a:lnTo>
                                  <a:pt x="1414270" y="3912961"/>
                                </a:lnTo>
                                <a:lnTo>
                                  <a:pt x="1414044" y="3911827"/>
                                </a:lnTo>
                                <a:lnTo>
                                  <a:pt x="1414044" y="3911147"/>
                                </a:lnTo>
                                <a:lnTo>
                                  <a:pt x="1414270" y="3910466"/>
                                </a:lnTo>
                                <a:lnTo>
                                  <a:pt x="1415178" y="3910013"/>
                                </a:lnTo>
                                <a:lnTo>
                                  <a:pt x="1416539" y="3910013"/>
                                </a:lnTo>
                                <a:lnTo>
                                  <a:pt x="1418581" y="3910239"/>
                                </a:lnTo>
                                <a:lnTo>
                                  <a:pt x="1421076" y="3910693"/>
                                </a:lnTo>
                                <a:lnTo>
                                  <a:pt x="1424252" y="3911827"/>
                                </a:lnTo>
                                <a:lnTo>
                                  <a:pt x="1422211" y="3906157"/>
                                </a:lnTo>
                                <a:lnTo>
                                  <a:pt x="1431059" y="3899354"/>
                                </a:lnTo>
                                <a:lnTo>
                                  <a:pt x="1431285" y="3899354"/>
                                </a:lnTo>
                                <a:lnTo>
                                  <a:pt x="1430832" y="3897993"/>
                                </a:lnTo>
                                <a:lnTo>
                                  <a:pt x="1429244" y="3893684"/>
                                </a:lnTo>
                                <a:lnTo>
                                  <a:pt x="1425840" y="3897993"/>
                                </a:lnTo>
                                <a:lnTo>
                                  <a:pt x="1416766" y="3894591"/>
                                </a:lnTo>
                                <a:lnTo>
                                  <a:pt x="1416086" y="3900714"/>
                                </a:lnTo>
                                <a:lnTo>
                                  <a:pt x="1414951" y="3898220"/>
                                </a:lnTo>
                                <a:lnTo>
                                  <a:pt x="1414044" y="3895952"/>
                                </a:lnTo>
                                <a:lnTo>
                                  <a:pt x="1413136" y="3893230"/>
                                </a:lnTo>
                                <a:lnTo>
                                  <a:pt x="1412682" y="3890736"/>
                                </a:lnTo>
                                <a:lnTo>
                                  <a:pt x="1411775" y="3885973"/>
                                </a:lnTo>
                                <a:lnTo>
                                  <a:pt x="1411548" y="3880757"/>
                                </a:lnTo>
                                <a:lnTo>
                                  <a:pt x="1411321" y="3875768"/>
                                </a:lnTo>
                                <a:lnTo>
                                  <a:pt x="1411321" y="3870552"/>
                                </a:lnTo>
                                <a:lnTo>
                                  <a:pt x="1411321" y="3865336"/>
                                </a:lnTo>
                                <a:lnTo>
                                  <a:pt x="1411094" y="3859893"/>
                                </a:lnTo>
                                <a:lnTo>
                                  <a:pt x="1407691" y="3856491"/>
                                </a:lnTo>
                                <a:lnTo>
                                  <a:pt x="1405196" y="3862161"/>
                                </a:lnTo>
                                <a:lnTo>
                                  <a:pt x="1403154" y="3851275"/>
                                </a:lnTo>
                                <a:lnTo>
                                  <a:pt x="1398390" y="3852409"/>
                                </a:lnTo>
                                <a:lnTo>
                                  <a:pt x="1398390" y="3847873"/>
                                </a:lnTo>
                                <a:lnTo>
                                  <a:pt x="1398390" y="3843791"/>
                                </a:lnTo>
                                <a:lnTo>
                                  <a:pt x="1398163" y="3840163"/>
                                </a:lnTo>
                                <a:lnTo>
                                  <a:pt x="1397710" y="3836761"/>
                                </a:lnTo>
                                <a:lnTo>
                                  <a:pt x="1397256" y="3833813"/>
                                </a:lnTo>
                                <a:lnTo>
                                  <a:pt x="1396121" y="3830864"/>
                                </a:lnTo>
                                <a:lnTo>
                                  <a:pt x="1395441" y="3828823"/>
                                </a:lnTo>
                                <a:lnTo>
                                  <a:pt x="1394307" y="3826782"/>
                                </a:lnTo>
                                <a:lnTo>
                                  <a:pt x="1392945" y="3825195"/>
                                </a:lnTo>
                                <a:lnTo>
                                  <a:pt x="1391584" y="3823607"/>
                                </a:lnTo>
                                <a:lnTo>
                                  <a:pt x="1390223" y="3822700"/>
                                </a:lnTo>
                                <a:lnTo>
                                  <a:pt x="1388408" y="3822247"/>
                                </a:lnTo>
                                <a:lnTo>
                                  <a:pt x="1386366" y="3822020"/>
                                </a:lnTo>
                                <a:lnTo>
                                  <a:pt x="1384325" y="3822020"/>
                                </a:lnTo>
                                <a:lnTo>
                                  <a:pt x="1382056" y="3822473"/>
                                </a:lnTo>
                                <a:lnTo>
                                  <a:pt x="1379561" y="3823154"/>
                                </a:lnTo>
                                <a:lnTo>
                                  <a:pt x="1379334" y="3818164"/>
                                </a:lnTo>
                                <a:lnTo>
                                  <a:pt x="1377746" y="3818391"/>
                                </a:lnTo>
                                <a:lnTo>
                                  <a:pt x="1376158" y="3818391"/>
                                </a:lnTo>
                                <a:lnTo>
                                  <a:pt x="1375024" y="3818391"/>
                                </a:lnTo>
                                <a:lnTo>
                                  <a:pt x="1373889" y="3818164"/>
                                </a:lnTo>
                                <a:lnTo>
                                  <a:pt x="1372528" y="3817938"/>
                                </a:lnTo>
                                <a:lnTo>
                                  <a:pt x="1371620" y="3817030"/>
                                </a:lnTo>
                                <a:lnTo>
                                  <a:pt x="1370032" y="3815897"/>
                                </a:lnTo>
                                <a:lnTo>
                                  <a:pt x="1368671" y="3814082"/>
                                </a:lnTo>
                                <a:lnTo>
                                  <a:pt x="1367764" y="3812268"/>
                                </a:lnTo>
                                <a:lnTo>
                                  <a:pt x="1367083" y="3810227"/>
                                </a:lnTo>
                                <a:lnTo>
                                  <a:pt x="1366176" y="3808186"/>
                                </a:lnTo>
                                <a:lnTo>
                                  <a:pt x="1365041" y="3805011"/>
                                </a:lnTo>
                                <a:lnTo>
                                  <a:pt x="1364588" y="3803877"/>
                                </a:lnTo>
                                <a:lnTo>
                                  <a:pt x="1364134" y="3803423"/>
                                </a:lnTo>
                                <a:lnTo>
                                  <a:pt x="1363907" y="3803423"/>
                                </a:lnTo>
                                <a:lnTo>
                                  <a:pt x="1363453" y="3803423"/>
                                </a:lnTo>
                                <a:lnTo>
                                  <a:pt x="1362773" y="3803423"/>
                                </a:lnTo>
                                <a:lnTo>
                                  <a:pt x="1361638" y="3804784"/>
                                </a:lnTo>
                                <a:lnTo>
                                  <a:pt x="1360277" y="3806598"/>
                                </a:lnTo>
                                <a:lnTo>
                                  <a:pt x="1358462" y="3809547"/>
                                </a:lnTo>
                                <a:lnTo>
                                  <a:pt x="1355740" y="3806145"/>
                                </a:lnTo>
                                <a:lnTo>
                                  <a:pt x="1352337" y="3802516"/>
                                </a:lnTo>
                                <a:lnTo>
                                  <a:pt x="1344624" y="3794579"/>
                                </a:lnTo>
                                <a:lnTo>
                                  <a:pt x="1337137" y="3786868"/>
                                </a:lnTo>
                                <a:lnTo>
                                  <a:pt x="1333961" y="3783466"/>
                                </a:lnTo>
                                <a:lnTo>
                                  <a:pt x="1331466" y="3780972"/>
                                </a:lnTo>
                                <a:lnTo>
                                  <a:pt x="1333054" y="3773261"/>
                                </a:lnTo>
                                <a:lnTo>
                                  <a:pt x="1333734" y="3769179"/>
                                </a:lnTo>
                                <a:lnTo>
                                  <a:pt x="1334188" y="3765550"/>
                                </a:lnTo>
                                <a:lnTo>
                                  <a:pt x="1334415" y="3763055"/>
                                </a:lnTo>
                                <a:lnTo>
                                  <a:pt x="1334188" y="3762602"/>
                                </a:lnTo>
                                <a:lnTo>
                                  <a:pt x="1333961" y="3762602"/>
                                </a:lnTo>
                                <a:lnTo>
                                  <a:pt x="1333507" y="3763282"/>
                                </a:lnTo>
                                <a:lnTo>
                                  <a:pt x="1332827" y="3764643"/>
                                </a:lnTo>
                                <a:lnTo>
                                  <a:pt x="1330785" y="3769859"/>
                                </a:lnTo>
                                <a:lnTo>
                                  <a:pt x="1327609" y="3765097"/>
                                </a:lnTo>
                                <a:lnTo>
                                  <a:pt x="1324206" y="3768272"/>
                                </a:lnTo>
                                <a:lnTo>
                                  <a:pt x="1321937" y="3751489"/>
                                </a:lnTo>
                                <a:lnTo>
                                  <a:pt x="1313570" y="3751071"/>
                                </a:lnTo>
                                <a:lnTo>
                                  <a:pt x="1313398" y="3751299"/>
                                </a:lnTo>
                                <a:lnTo>
                                  <a:pt x="1311586" y="3752874"/>
                                </a:lnTo>
                                <a:lnTo>
                                  <a:pt x="1309775" y="3754675"/>
                                </a:lnTo>
                                <a:lnTo>
                                  <a:pt x="1307738" y="3756025"/>
                                </a:lnTo>
                                <a:lnTo>
                                  <a:pt x="1306831" y="3752424"/>
                                </a:lnTo>
                                <a:lnTo>
                                  <a:pt x="1305700" y="3749048"/>
                                </a:lnTo>
                                <a:lnTo>
                                  <a:pt x="1304114" y="3746122"/>
                                </a:lnTo>
                                <a:lnTo>
                                  <a:pt x="1302077" y="3743421"/>
                                </a:lnTo>
                                <a:lnTo>
                                  <a:pt x="1299812" y="3741170"/>
                                </a:lnTo>
                                <a:lnTo>
                                  <a:pt x="1296869" y="3738920"/>
                                </a:lnTo>
                                <a:lnTo>
                                  <a:pt x="1293926" y="3737344"/>
                                </a:lnTo>
                                <a:lnTo>
                                  <a:pt x="1290304" y="3735769"/>
                                </a:lnTo>
                                <a:lnTo>
                                  <a:pt x="1292793" y="3729242"/>
                                </a:lnTo>
                                <a:lnTo>
                                  <a:pt x="1289624" y="3730817"/>
                                </a:lnTo>
                                <a:lnTo>
                                  <a:pt x="1298154" y="3715069"/>
                                </a:lnTo>
                                <a:lnTo>
                                  <a:pt x="1303209" y="3715287"/>
                                </a:lnTo>
                                <a:lnTo>
                                  <a:pt x="1299133" y="3713261"/>
                                </a:lnTo>
                                <a:lnTo>
                                  <a:pt x="1298154" y="3715069"/>
                                </a:lnTo>
                                <a:lnTo>
                                  <a:pt x="1298001" y="3715062"/>
                                </a:lnTo>
                                <a:lnTo>
                                  <a:pt x="1293926" y="3714612"/>
                                </a:lnTo>
                                <a:lnTo>
                                  <a:pt x="1290983" y="3713937"/>
                                </a:lnTo>
                                <a:lnTo>
                                  <a:pt x="1290077" y="3713487"/>
                                </a:lnTo>
                                <a:lnTo>
                                  <a:pt x="1289170" y="3712811"/>
                                </a:lnTo>
                                <a:lnTo>
                                  <a:pt x="1288492" y="3712136"/>
                                </a:lnTo>
                                <a:lnTo>
                                  <a:pt x="1287813" y="3711461"/>
                                </a:lnTo>
                                <a:lnTo>
                                  <a:pt x="1287586" y="3710786"/>
                                </a:lnTo>
                                <a:lnTo>
                                  <a:pt x="1287360" y="3710110"/>
                                </a:lnTo>
                                <a:lnTo>
                                  <a:pt x="1287586" y="3708310"/>
                                </a:lnTo>
                                <a:lnTo>
                                  <a:pt x="1288039" y="3706734"/>
                                </a:lnTo>
                                <a:lnTo>
                                  <a:pt x="1289170" y="3704934"/>
                                </a:lnTo>
                                <a:lnTo>
                                  <a:pt x="1290304" y="3703358"/>
                                </a:lnTo>
                                <a:lnTo>
                                  <a:pt x="1293020" y="3700432"/>
                                </a:lnTo>
                                <a:lnTo>
                                  <a:pt x="1295284" y="3698182"/>
                                </a:lnTo>
                                <a:lnTo>
                                  <a:pt x="1295737" y="3697506"/>
                                </a:lnTo>
                                <a:lnTo>
                                  <a:pt x="1295964" y="3697056"/>
                                </a:lnTo>
                                <a:lnTo>
                                  <a:pt x="1309095" y="3702008"/>
                                </a:lnTo>
                                <a:lnTo>
                                  <a:pt x="1305020" y="3690079"/>
                                </a:lnTo>
                                <a:lnTo>
                                  <a:pt x="1296869" y="3692330"/>
                                </a:lnTo>
                                <a:lnTo>
                                  <a:pt x="1288039" y="3693680"/>
                                </a:lnTo>
                                <a:lnTo>
                                  <a:pt x="1281925" y="3698182"/>
                                </a:lnTo>
                                <a:lnTo>
                                  <a:pt x="1278756" y="3700657"/>
                                </a:lnTo>
                                <a:lnTo>
                                  <a:pt x="1275585" y="3702458"/>
                                </a:lnTo>
                                <a:lnTo>
                                  <a:pt x="1272190" y="3704484"/>
                                </a:lnTo>
                                <a:lnTo>
                                  <a:pt x="1268793" y="3706509"/>
                                </a:lnTo>
                                <a:lnTo>
                                  <a:pt x="1265397" y="3707860"/>
                                </a:lnTo>
                                <a:lnTo>
                                  <a:pt x="1261548" y="3709210"/>
                                </a:lnTo>
                                <a:lnTo>
                                  <a:pt x="1261774" y="3706509"/>
                                </a:lnTo>
                                <a:lnTo>
                                  <a:pt x="1262227" y="3703583"/>
                                </a:lnTo>
                                <a:lnTo>
                                  <a:pt x="1262906" y="3701108"/>
                                </a:lnTo>
                                <a:lnTo>
                                  <a:pt x="1263813" y="3698407"/>
                                </a:lnTo>
                                <a:lnTo>
                                  <a:pt x="1265397" y="3695931"/>
                                </a:lnTo>
                                <a:lnTo>
                                  <a:pt x="1266981" y="3693905"/>
                                </a:lnTo>
                                <a:lnTo>
                                  <a:pt x="1269246" y="3691655"/>
                                </a:lnTo>
                                <a:lnTo>
                                  <a:pt x="1271284" y="3689854"/>
                                </a:lnTo>
                                <a:lnTo>
                                  <a:pt x="1247057" y="3697506"/>
                                </a:lnTo>
                                <a:lnTo>
                                  <a:pt x="1248189" y="3675674"/>
                                </a:lnTo>
                                <a:lnTo>
                                  <a:pt x="1250455" y="3673199"/>
                                </a:lnTo>
                                <a:lnTo>
                                  <a:pt x="1238453" y="3681976"/>
                                </a:lnTo>
                                <a:lnTo>
                                  <a:pt x="1238227" y="3681976"/>
                                </a:lnTo>
                                <a:lnTo>
                                  <a:pt x="1224141" y="3674865"/>
                                </a:lnTo>
                                <a:lnTo>
                                  <a:pt x="1223877" y="3675062"/>
                                </a:lnTo>
                                <a:lnTo>
                                  <a:pt x="1226379" y="3656466"/>
                                </a:lnTo>
                                <a:lnTo>
                                  <a:pt x="1234114" y="3657146"/>
                                </a:lnTo>
                                <a:lnTo>
                                  <a:pt x="1239346" y="3658507"/>
                                </a:lnTo>
                                <a:lnTo>
                                  <a:pt x="1265279" y="3653744"/>
                                </a:lnTo>
                                <a:lnTo>
                                  <a:pt x="1252995" y="3645353"/>
                                </a:lnTo>
                                <a:lnTo>
                                  <a:pt x="1250947" y="3651476"/>
                                </a:lnTo>
                                <a:lnTo>
                                  <a:pt x="1249128" y="3652610"/>
                                </a:lnTo>
                                <a:lnTo>
                                  <a:pt x="1247080" y="3653744"/>
                                </a:lnTo>
                                <a:lnTo>
                                  <a:pt x="1245488" y="3654425"/>
                                </a:lnTo>
                                <a:lnTo>
                                  <a:pt x="1243668" y="3654878"/>
                                </a:lnTo>
                                <a:lnTo>
                                  <a:pt x="1241848" y="3655105"/>
                                </a:lnTo>
                                <a:lnTo>
                                  <a:pt x="1240028" y="3655332"/>
                                </a:lnTo>
                                <a:lnTo>
                                  <a:pt x="1238664" y="3655332"/>
                                </a:lnTo>
                                <a:lnTo>
                                  <a:pt x="1236844" y="3655105"/>
                                </a:lnTo>
                                <a:lnTo>
                                  <a:pt x="1235479" y="3654651"/>
                                </a:lnTo>
                                <a:lnTo>
                                  <a:pt x="1233886" y="3653971"/>
                                </a:lnTo>
                                <a:lnTo>
                                  <a:pt x="1232521" y="3653064"/>
                                </a:lnTo>
                                <a:lnTo>
                                  <a:pt x="1231157" y="3651930"/>
                                </a:lnTo>
                                <a:lnTo>
                                  <a:pt x="1229792" y="3650569"/>
                                </a:lnTo>
                                <a:lnTo>
                                  <a:pt x="1228654" y="3648982"/>
                                </a:lnTo>
                                <a:lnTo>
                                  <a:pt x="1227289" y="3647394"/>
                                </a:lnTo>
                                <a:lnTo>
                                  <a:pt x="1226152" y="3645353"/>
                                </a:lnTo>
                                <a:lnTo>
                                  <a:pt x="1224787" y="3650116"/>
                                </a:lnTo>
                                <a:lnTo>
                                  <a:pt x="1223422" y="3653744"/>
                                </a:lnTo>
                                <a:lnTo>
                                  <a:pt x="1222284" y="3656239"/>
                                </a:lnTo>
                                <a:lnTo>
                                  <a:pt x="1221602" y="3656919"/>
                                </a:lnTo>
                                <a:lnTo>
                                  <a:pt x="1221147" y="3657373"/>
                                </a:lnTo>
                                <a:lnTo>
                                  <a:pt x="1220464" y="3657600"/>
                                </a:lnTo>
                                <a:lnTo>
                                  <a:pt x="1220237" y="3657373"/>
                                </a:lnTo>
                                <a:lnTo>
                                  <a:pt x="1220010" y="3656919"/>
                                </a:lnTo>
                                <a:lnTo>
                                  <a:pt x="1219782" y="3655785"/>
                                </a:lnTo>
                                <a:lnTo>
                                  <a:pt x="1219782" y="3653064"/>
                                </a:lnTo>
                                <a:lnTo>
                                  <a:pt x="1220464" y="3648301"/>
                                </a:lnTo>
                                <a:lnTo>
                                  <a:pt x="1218872" y="3647848"/>
                                </a:lnTo>
                                <a:lnTo>
                                  <a:pt x="1217052" y="3647394"/>
                                </a:lnTo>
                                <a:lnTo>
                                  <a:pt x="1215915" y="3646941"/>
                                </a:lnTo>
                                <a:lnTo>
                                  <a:pt x="1215005" y="3646260"/>
                                </a:lnTo>
                                <a:lnTo>
                                  <a:pt x="1214323" y="3645126"/>
                                </a:lnTo>
                                <a:lnTo>
                                  <a:pt x="1213640" y="3644446"/>
                                </a:lnTo>
                                <a:lnTo>
                                  <a:pt x="1213185" y="3643312"/>
                                </a:lnTo>
                                <a:lnTo>
                                  <a:pt x="1213185" y="3642178"/>
                                </a:lnTo>
                                <a:lnTo>
                                  <a:pt x="1213413" y="3641044"/>
                                </a:lnTo>
                                <a:lnTo>
                                  <a:pt x="1213640" y="3639910"/>
                                </a:lnTo>
                                <a:lnTo>
                                  <a:pt x="1214550" y="3638550"/>
                                </a:lnTo>
                                <a:lnTo>
                                  <a:pt x="1215915" y="3636055"/>
                                </a:lnTo>
                                <a:lnTo>
                                  <a:pt x="1218190" y="3633333"/>
                                </a:lnTo>
                                <a:lnTo>
                                  <a:pt x="1220692" y="3630385"/>
                                </a:lnTo>
                                <a:lnTo>
                                  <a:pt x="1223877" y="3627664"/>
                                </a:lnTo>
                                <a:lnTo>
                                  <a:pt x="1227289" y="3624942"/>
                                </a:lnTo>
                                <a:lnTo>
                                  <a:pt x="1230702" y="3622675"/>
                                </a:lnTo>
                                <a:lnTo>
                                  <a:pt x="1234114" y="3620407"/>
                                </a:lnTo>
                                <a:lnTo>
                                  <a:pt x="1237526" y="3618592"/>
                                </a:lnTo>
                                <a:lnTo>
                                  <a:pt x="1240938" y="3617232"/>
                                </a:lnTo>
                                <a:lnTo>
                                  <a:pt x="1243896" y="3616325"/>
                                </a:lnTo>
                                <a:lnTo>
                                  <a:pt x="1246625" y="3616098"/>
                                </a:lnTo>
                                <a:lnTo>
                                  <a:pt x="1246804" y="3616454"/>
                                </a:lnTo>
                                <a:lnTo>
                                  <a:pt x="1246340" y="3615415"/>
                                </a:lnTo>
                                <a:lnTo>
                                  <a:pt x="1246187" y="3615434"/>
                                </a:lnTo>
                                <a:lnTo>
                                  <a:pt x="1246187" y="3615211"/>
                                </a:lnTo>
                                <a:lnTo>
                                  <a:pt x="1246247" y="3615206"/>
                                </a:lnTo>
                                <a:lnTo>
                                  <a:pt x="1246240" y="3615191"/>
                                </a:lnTo>
                                <a:lnTo>
                                  <a:pt x="1244801" y="3615191"/>
                                </a:lnTo>
                                <a:lnTo>
                                  <a:pt x="1244576" y="3615191"/>
                                </a:lnTo>
                                <a:lnTo>
                                  <a:pt x="1244126" y="3615191"/>
                                </a:lnTo>
                                <a:lnTo>
                                  <a:pt x="1240077" y="3614964"/>
                                </a:lnTo>
                                <a:lnTo>
                                  <a:pt x="1236254" y="3614964"/>
                                </a:lnTo>
                                <a:lnTo>
                                  <a:pt x="1232655" y="3615418"/>
                                </a:lnTo>
                                <a:lnTo>
                                  <a:pt x="1229506" y="3616552"/>
                                </a:lnTo>
                                <a:lnTo>
                                  <a:pt x="1227707" y="3617232"/>
                                </a:lnTo>
                                <a:lnTo>
                                  <a:pt x="1226583" y="3617913"/>
                                </a:lnTo>
                                <a:lnTo>
                                  <a:pt x="1225233" y="3619046"/>
                                </a:lnTo>
                                <a:lnTo>
                                  <a:pt x="1223883" y="3620180"/>
                                </a:lnTo>
                                <a:lnTo>
                                  <a:pt x="1221409" y="3622675"/>
                                </a:lnTo>
                                <a:lnTo>
                                  <a:pt x="1219610" y="3625850"/>
                                </a:lnTo>
                                <a:lnTo>
                                  <a:pt x="1214437" y="3606346"/>
                                </a:lnTo>
                                <a:lnTo>
                                  <a:pt x="1220285" y="3600223"/>
                                </a:lnTo>
                                <a:lnTo>
                                  <a:pt x="1225233" y="3607027"/>
                                </a:lnTo>
                                <a:lnTo>
                                  <a:pt x="1232880" y="3611789"/>
                                </a:lnTo>
                                <a:lnTo>
                                  <a:pt x="1240077" y="3608387"/>
                                </a:lnTo>
                                <a:lnTo>
                                  <a:pt x="1243451" y="3608161"/>
                                </a:lnTo>
                                <a:lnTo>
                                  <a:pt x="1243676" y="3608387"/>
                                </a:lnTo>
                                <a:lnTo>
                                  <a:pt x="1243968" y="3605003"/>
                                </a:lnTo>
                                <a:lnTo>
                                  <a:pt x="1243600" y="3603564"/>
                                </a:lnTo>
                                <a:lnTo>
                                  <a:pt x="1243466" y="3603625"/>
                                </a:lnTo>
                                <a:lnTo>
                                  <a:pt x="1243012" y="3599770"/>
                                </a:lnTo>
                                <a:lnTo>
                                  <a:pt x="1251506" y="3597265"/>
                                </a:lnTo>
                                <a:lnTo>
                                  <a:pt x="1243676" y="3599088"/>
                                </a:lnTo>
                                <a:lnTo>
                                  <a:pt x="1243676" y="3599316"/>
                                </a:lnTo>
                                <a:lnTo>
                                  <a:pt x="1234230" y="3604759"/>
                                </a:lnTo>
                                <a:lnTo>
                                  <a:pt x="1229956" y="3603625"/>
                                </a:lnTo>
                                <a:lnTo>
                                  <a:pt x="1228607" y="3601584"/>
                                </a:lnTo>
                                <a:lnTo>
                                  <a:pt x="1227482" y="3599543"/>
                                </a:lnTo>
                                <a:lnTo>
                                  <a:pt x="1227032" y="3597502"/>
                                </a:lnTo>
                                <a:lnTo>
                                  <a:pt x="1227032" y="3595914"/>
                                </a:lnTo>
                                <a:lnTo>
                                  <a:pt x="1227032" y="3594553"/>
                                </a:lnTo>
                                <a:lnTo>
                                  <a:pt x="1227482" y="3593193"/>
                                </a:lnTo>
                                <a:lnTo>
                                  <a:pt x="1228382" y="3592059"/>
                                </a:lnTo>
                                <a:lnTo>
                                  <a:pt x="1229506" y="3591378"/>
                                </a:lnTo>
                                <a:lnTo>
                                  <a:pt x="1230631" y="3590244"/>
                                </a:lnTo>
                                <a:lnTo>
                                  <a:pt x="1232206" y="3589791"/>
                                </a:lnTo>
                                <a:lnTo>
                                  <a:pt x="1233780" y="3589337"/>
                                </a:lnTo>
                                <a:lnTo>
                                  <a:pt x="1235579" y="3588884"/>
                                </a:lnTo>
                                <a:lnTo>
                                  <a:pt x="1239628" y="3588657"/>
                                </a:lnTo>
                                <a:lnTo>
                                  <a:pt x="1243072" y="3588850"/>
                                </a:lnTo>
                                <a:lnTo>
                                  <a:pt x="1243704" y="3583707"/>
                                </a:lnTo>
                                <a:lnTo>
                                  <a:pt x="1245087" y="3578976"/>
                                </a:lnTo>
                                <a:lnTo>
                                  <a:pt x="1246237" y="3575045"/>
                                </a:lnTo>
                                <a:lnTo>
                                  <a:pt x="1243668" y="3577544"/>
                                </a:lnTo>
                                <a:lnTo>
                                  <a:pt x="1239346" y="3582080"/>
                                </a:lnTo>
                                <a:lnTo>
                                  <a:pt x="1235251" y="3585935"/>
                                </a:lnTo>
                                <a:lnTo>
                                  <a:pt x="1232976" y="3587523"/>
                                </a:lnTo>
                                <a:lnTo>
                                  <a:pt x="1231157" y="3589110"/>
                                </a:lnTo>
                                <a:lnTo>
                                  <a:pt x="1229109" y="3590244"/>
                                </a:lnTo>
                                <a:lnTo>
                                  <a:pt x="1227062" y="3591151"/>
                                </a:lnTo>
                                <a:lnTo>
                                  <a:pt x="1220010" y="3583441"/>
                                </a:lnTo>
                                <a:lnTo>
                                  <a:pt x="1226152" y="3578224"/>
                                </a:lnTo>
                                <a:lnTo>
                                  <a:pt x="1225697" y="3564617"/>
                                </a:lnTo>
                                <a:lnTo>
                                  <a:pt x="1215233" y="3577771"/>
                                </a:lnTo>
                                <a:lnTo>
                                  <a:pt x="1228881" y="3553958"/>
                                </a:lnTo>
                                <a:lnTo>
                                  <a:pt x="1212958" y="3575503"/>
                                </a:lnTo>
                                <a:lnTo>
                                  <a:pt x="1212276" y="3570514"/>
                                </a:lnTo>
                                <a:lnTo>
                                  <a:pt x="1211366" y="3565978"/>
                                </a:lnTo>
                                <a:lnTo>
                                  <a:pt x="1210001" y="3561669"/>
                                </a:lnTo>
                                <a:lnTo>
                                  <a:pt x="1208863" y="3557133"/>
                                </a:lnTo>
                                <a:lnTo>
                                  <a:pt x="1207498" y="3553051"/>
                                </a:lnTo>
                                <a:lnTo>
                                  <a:pt x="1205906" y="3549196"/>
                                </a:lnTo>
                                <a:lnTo>
                                  <a:pt x="1204086" y="3545567"/>
                                </a:lnTo>
                                <a:lnTo>
                                  <a:pt x="1202038" y="3542165"/>
                                </a:lnTo>
                                <a:lnTo>
                                  <a:pt x="1199763" y="3538990"/>
                                </a:lnTo>
                                <a:lnTo>
                                  <a:pt x="1197716" y="3536042"/>
                                </a:lnTo>
                                <a:lnTo>
                                  <a:pt x="1194986" y="3533548"/>
                                </a:lnTo>
                                <a:lnTo>
                                  <a:pt x="1192029" y="3531507"/>
                                </a:lnTo>
                                <a:lnTo>
                                  <a:pt x="1188844" y="3529465"/>
                                </a:lnTo>
                                <a:lnTo>
                                  <a:pt x="1185660" y="3527878"/>
                                </a:lnTo>
                                <a:lnTo>
                                  <a:pt x="1182020" y="3526517"/>
                                </a:lnTo>
                                <a:lnTo>
                                  <a:pt x="1177925" y="3525837"/>
                                </a:lnTo>
                                <a:lnTo>
                                  <a:pt x="1186342" y="3512456"/>
                                </a:lnTo>
                                <a:lnTo>
                                  <a:pt x="1189072" y="3510189"/>
                                </a:lnTo>
                                <a:lnTo>
                                  <a:pt x="1191574" y="3508148"/>
                                </a:lnTo>
                                <a:lnTo>
                                  <a:pt x="1193849" y="3505653"/>
                                </a:lnTo>
                                <a:lnTo>
                                  <a:pt x="1195896" y="3503158"/>
                                </a:lnTo>
                                <a:lnTo>
                                  <a:pt x="1197944" y="3500437"/>
                                </a:lnTo>
                                <a:lnTo>
                                  <a:pt x="1199763" y="3497715"/>
                                </a:lnTo>
                                <a:lnTo>
                                  <a:pt x="1201583" y="3494767"/>
                                </a:lnTo>
                                <a:lnTo>
                                  <a:pt x="1203176" y="3491592"/>
                                </a:lnTo>
                                <a:lnTo>
                                  <a:pt x="1206133" y="3485015"/>
                                </a:lnTo>
                                <a:lnTo>
                                  <a:pt x="1208863" y="3478212"/>
                                </a:lnTo>
                                <a:lnTo>
                                  <a:pt x="1211138" y="3470955"/>
                                </a:lnTo>
                                <a:lnTo>
                                  <a:pt x="1212958" y="3463697"/>
                                </a:lnTo>
                                <a:lnTo>
                                  <a:pt x="1215005" y="3455987"/>
                                </a:lnTo>
                                <a:lnTo>
                                  <a:pt x="1216370" y="3448730"/>
                                </a:lnTo>
                                <a:lnTo>
                                  <a:pt x="1219327" y="3433990"/>
                                </a:lnTo>
                                <a:lnTo>
                                  <a:pt x="1222057" y="3419930"/>
                                </a:lnTo>
                                <a:lnTo>
                                  <a:pt x="1223422" y="3413580"/>
                                </a:lnTo>
                                <a:lnTo>
                                  <a:pt x="1225242" y="3407461"/>
                                </a:lnTo>
                                <a:lnTo>
                                  <a:pt x="1231384" y="3399521"/>
                                </a:lnTo>
                                <a:lnTo>
                                  <a:pt x="1231611" y="3399521"/>
                                </a:lnTo>
                                <a:lnTo>
                                  <a:pt x="1231839" y="3399067"/>
                                </a:lnTo>
                                <a:lnTo>
                                  <a:pt x="1246853" y="3402469"/>
                                </a:lnTo>
                                <a:lnTo>
                                  <a:pt x="1247080" y="3402469"/>
                                </a:lnTo>
                                <a:lnTo>
                                  <a:pt x="1248445" y="3402242"/>
                                </a:lnTo>
                                <a:lnTo>
                                  <a:pt x="1255498" y="3400885"/>
                                </a:lnTo>
                                <a:lnTo>
                                  <a:pt x="1262322" y="3398841"/>
                                </a:lnTo>
                                <a:lnTo>
                                  <a:pt x="1266247" y="3397724"/>
                                </a:lnTo>
                                <a:lnTo>
                                  <a:pt x="1259704" y="3398109"/>
                                </a:lnTo>
                                <a:lnTo>
                                  <a:pt x="1251296" y="3398790"/>
                                </a:lnTo>
                                <a:lnTo>
                                  <a:pt x="1241752" y="3399014"/>
                                </a:lnTo>
                                <a:lnTo>
                                  <a:pt x="1231300" y="3398790"/>
                                </a:lnTo>
                                <a:lnTo>
                                  <a:pt x="1231072" y="3398790"/>
                                </a:lnTo>
                                <a:lnTo>
                                  <a:pt x="1229255" y="3399469"/>
                                </a:lnTo>
                                <a:lnTo>
                                  <a:pt x="1226982" y="3403099"/>
                                </a:lnTo>
                                <a:lnTo>
                                  <a:pt x="1224937" y="3406960"/>
                                </a:lnTo>
                                <a:lnTo>
                                  <a:pt x="1223120" y="3410816"/>
                                </a:lnTo>
                                <a:lnTo>
                                  <a:pt x="1221756" y="3414673"/>
                                </a:lnTo>
                                <a:lnTo>
                                  <a:pt x="1220166" y="3418529"/>
                                </a:lnTo>
                                <a:lnTo>
                                  <a:pt x="1219029" y="3422840"/>
                                </a:lnTo>
                                <a:lnTo>
                                  <a:pt x="1218347" y="3427149"/>
                                </a:lnTo>
                                <a:lnTo>
                                  <a:pt x="1217666" y="3431463"/>
                                </a:lnTo>
                                <a:lnTo>
                                  <a:pt x="1217439" y="3422388"/>
                                </a:lnTo>
                                <a:lnTo>
                                  <a:pt x="1217439" y="3413537"/>
                                </a:lnTo>
                                <a:lnTo>
                                  <a:pt x="1217666" y="3405144"/>
                                </a:lnTo>
                                <a:lnTo>
                                  <a:pt x="1218120" y="3397657"/>
                                </a:lnTo>
                                <a:lnTo>
                                  <a:pt x="1219029" y="3390621"/>
                                </a:lnTo>
                                <a:lnTo>
                                  <a:pt x="1219711" y="3387217"/>
                                </a:lnTo>
                                <a:lnTo>
                                  <a:pt x="1220393" y="3384062"/>
                                </a:lnTo>
                                <a:lnTo>
                                  <a:pt x="1221301" y="3380937"/>
                                </a:lnTo>
                                <a:lnTo>
                                  <a:pt x="1222210" y="3377964"/>
                                </a:lnTo>
                                <a:lnTo>
                                  <a:pt x="1223346" y="3375243"/>
                                </a:lnTo>
                                <a:lnTo>
                                  <a:pt x="1224710" y="3372504"/>
                                </a:lnTo>
                                <a:lnTo>
                                  <a:pt x="1226074" y="3369977"/>
                                </a:lnTo>
                                <a:lnTo>
                                  <a:pt x="1227891" y="3367490"/>
                                </a:lnTo>
                                <a:lnTo>
                                  <a:pt x="1229483" y="3365227"/>
                                </a:lnTo>
                                <a:lnTo>
                                  <a:pt x="1231754" y="3362977"/>
                                </a:lnTo>
                                <a:lnTo>
                                  <a:pt x="1233799" y="3360931"/>
                                </a:lnTo>
                                <a:lnTo>
                                  <a:pt x="1236071" y="3359124"/>
                                </a:lnTo>
                                <a:lnTo>
                                  <a:pt x="1238799" y="3357301"/>
                                </a:lnTo>
                                <a:lnTo>
                                  <a:pt x="1241752" y="3355729"/>
                                </a:lnTo>
                                <a:lnTo>
                                  <a:pt x="1244933" y="3354138"/>
                                </a:lnTo>
                                <a:lnTo>
                                  <a:pt x="1248343" y="3352782"/>
                                </a:lnTo>
                                <a:lnTo>
                                  <a:pt x="1251751" y="3351651"/>
                                </a:lnTo>
                                <a:lnTo>
                                  <a:pt x="1255613" y="3350284"/>
                                </a:lnTo>
                                <a:lnTo>
                                  <a:pt x="1259704" y="3349371"/>
                                </a:lnTo>
                                <a:lnTo>
                                  <a:pt x="1264021" y="3348461"/>
                                </a:lnTo>
                                <a:lnTo>
                                  <a:pt x="1269020" y="3347564"/>
                                </a:lnTo>
                                <a:lnTo>
                                  <a:pt x="1273792" y="3347109"/>
                                </a:lnTo>
                                <a:lnTo>
                                  <a:pt x="1385363" y="3334638"/>
                                </a:lnTo>
                                <a:lnTo>
                                  <a:pt x="1496933" y="3321935"/>
                                </a:lnTo>
                                <a:lnTo>
                                  <a:pt x="1614639" y="3308551"/>
                                </a:lnTo>
                                <a:lnTo>
                                  <a:pt x="1732572" y="3294936"/>
                                </a:lnTo>
                                <a:lnTo>
                                  <a:pt x="1732575" y="3294962"/>
                                </a:lnTo>
                                <a:lnTo>
                                  <a:pt x="1875029" y="3277985"/>
                                </a:lnTo>
                                <a:lnTo>
                                  <a:pt x="2017498" y="3260976"/>
                                </a:lnTo>
                                <a:close/>
                                <a:moveTo>
                                  <a:pt x="6747102" y="3260810"/>
                                </a:moveTo>
                                <a:lnTo>
                                  <a:pt x="6748463" y="3271921"/>
                                </a:lnTo>
                                <a:lnTo>
                                  <a:pt x="6748236" y="3271685"/>
                                </a:lnTo>
                                <a:lnTo>
                                  <a:pt x="6746875" y="3266955"/>
                                </a:lnTo>
                                <a:lnTo>
                                  <a:pt x="6746875" y="3266481"/>
                                </a:lnTo>
                                <a:lnTo>
                                  <a:pt x="6747102" y="3260810"/>
                                </a:lnTo>
                                <a:close/>
                                <a:moveTo>
                                  <a:pt x="6653212" y="3249677"/>
                                </a:moveTo>
                                <a:lnTo>
                                  <a:pt x="6654976" y="3251238"/>
                                </a:lnTo>
                                <a:lnTo>
                                  <a:pt x="6655858" y="3260165"/>
                                </a:lnTo>
                                <a:lnTo>
                                  <a:pt x="6656387" y="3268204"/>
                                </a:lnTo>
                                <a:lnTo>
                                  <a:pt x="6656211" y="3278249"/>
                                </a:lnTo>
                                <a:lnTo>
                                  <a:pt x="6653212" y="3249677"/>
                                </a:lnTo>
                                <a:close/>
                                <a:moveTo>
                                  <a:pt x="6295448" y="3247330"/>
                                </a:moveTo>
                                <a:lnTo>
                                  <a:pt x="6297971" y="3264506"/>
                                </a:lnTo>
                                <a:lnTo>
                                  <a:pt x="6297010" y="3262550"/>
                                </a:lnTo>
                                <a:lnTo>
                                  <a:pt x="6295671" y="3260280"/>
                                </a:lnTo>
                                <a:lnTo>
                                  <a:pt x="6295002" y="3258236"/>
                                </a:lnTo>
                                <a:lnTo>
                                  <a:pt x="6294779" y="3255507"/>
                                </a:lnTo>
                                <a:lnTo>
                                  <a:pt x="6294556" y="3253008"/>
                                </a:lnTo>
                                <a:lnTo>
                                  <a:pt x="6294779" y="3250057"/>
                                </a:lnTo>
                                <a:lnTo>
                                  <a:pt x="6295448" y="3247330"/>
                                </a:lnTo>
                                <a:close/>
                                <a:moveTo>
                                  <a:pt x="4581547" y="3237366"/>
                                </a:moveTo>
                                <a:lnTo>
                                  <a:pt x="4580420" y="3241632"/>
                                </a:lnTo>
                                <a:lnTo>
                                  <a:pt x="4580564" y="3241492"/>
                                </a:lnTo>
                                <a:lnTo>
                                  <a:pt x="4581547" y="3237366"/>
                                </a:lnTo>
                                <a:close/>
                                <a:moveTo>
                                  <a:pt x="6650302" y="3236979"/>
                                </a:moveTo>
                                <a:lnTo>
                                  <a:pt x="6651625" y="3241607"/>
                                </a:lnTo>
                                <a:lnTo>
                                  <a:pt x="6650037" y="3248090"/>
                                </a:lnTo>
                                <a:lnTo>
                                  <a:pt x="6650302" y="3236979"/>
                                </a:lnTo>
                                <a:close/>
                                <a:moveTo>
                                  <a:pt x="6746894" y="3230443"/>
                                </a:moveTo>
                                <a:lnTo>
                                  <a:pt x="6746999" y="3231603"/>
                                </a:lnTo>
                                <a:lnTo>
                                  <a:pt x="6747676" y="3241577"/>
                                </a:lnTo>
                                <a:lnTo>
                                  <a:pt x="6748354" y="3253590"/>
                                </a:lnTo>
                                <a:lnTo>
                                  <a:pt x="6746894" y="3230443"/>
                                </a:lnTo>
                                <a:close/>
                                <a:moveTo>
                                  <a:pt x="4531990" y="3212612"/>
                                </a:moveTo>
                                <a:lnTo>
                                  <a:pt x="4533244" y="3215475"/>
                                </a:lnTo>
                                <a:lnTo>
                                  <a:pt x="4534378" y="3220013"/>
                                </a:lnTo>
                                <a:lnTo>
                                  <a:pt x="4535058" y="3224550"/>
                                </a:lnTo>
                                <a:lnTo>
                                  <a:pt x="4535512" y="3229993"/>
                                </a:lnTo>
                                <a:lnTo>
                                  <a:pt x="4535966" y="3235212"/>
                                </a:lnTo>
                                <a:lnTo>
                                  <a:pt x="4535966" y="3241333"/>
                                </a:lnTo>
                                <a:lnTo>
                                  <a:pt x="4535966" y="3247457"/>
                                </a:lnTo>
                                <a:lnTo>
                                  <a:pt x="4535285" y="3260384"/>
                                </a:lnTo>
                                <a:lnTo>
                                  <a:pt x="4534832" y="3273539"/>
                                </a:lnTo>
                                <a:lnTo>
                                  <a:pt x="4534378" y="3286470"/>
                                </a:lnTo>
                                <a:lnTo>
                                  <a:pt x="4534378" y="3293046"/>
                                </a:lnTo>
                                <a:lnTo>
                                  <a:pt x="4534378" y="3296833"/>
                                </a:lnTo>
                                <a:lnTo>
                                  <a:pt x="4534380" y="3296824"/>
                                </a:lnTo>
                                <a:lnTo>
                                  <a:pt x="4536218" y="3290930"/>
                                </a:lnTo>
                                <a:lnTo>
                                  <a:pt x="4538516" y="3284575"/>
                                </a:lnTo>
                                <a:lnTo>
                                  <a:pt x="4540584" y="3278454"/>
                                </a:lnTo>
                                <a:lnTo>
                                  <a:pt x="4545639" y="3266438"/>
                                </a:lnTo>
                                <a:lnTo>
                                  <a:pt x="4550005" y="3256005"/>
                                </a:lnTo>
                                <a:lnTo>
                                  <a:pt x="4552762" y="3245574"/>
                                </a:lnTo>
                                <a:lnTo>
                                  <a:pt x="4554370" y="3243531"/>
                                </a:lnTo>
                                <a:lnTo>
                                  <a:pt x="4554696" y="3243246"/>
                                </a:lnTo>
                                <a:lnTo>
                                  <a:pt x="4553404" y="3243280"/>
                                </a:lnTo>
                                <a:lnTo>
                                  <a:pt x="4552724" y="3240785"/>
                                </a:lnTo>
                                <a:lnTo>
                                  <a:pt x="4551590" y="3238291"/>
                                </a:lnTo>
                                <a:lnTo>
                                  <a:pt x="4550683" y="3235794"/>
                                </a:lnTo>
                                <a:lnTo>
                                  <a:pt x="4549322" y="3233074"/>
                                </a:lnTo>
                                <a:lnTo>
                                  <a:pt x="4547735" y="3230804"/>
                                </a:lnTo>
                                <a:lnTo>
                                  <a:pt x="4546374" y="3228311"/>
                                </a:lnTo>
                                <a:lnTo>
                                  <a:pt x="4542745" y="3223323"/>
                                </a:lnTo>
                                <a:lnTo>
                                  <a:pt x="4538436" y="3218788"/>
                                </a:lnTo>
                                <a:lnTo>
                                  <a:pt x="4533901" y="3214248"/>
                                </a:lnTo>
                                <a:lnTo>
                                  <a:pt x="4531990" y="3212612"/>
                                </a:lnTo>
                                <a:close/>
                                <a:moveTo>
                                  <a:pt x="6750387" y="3210295"/>
                                </a:moveTo>
                                <a:lnTo>
                                  <a:pt x="6759647" y="3238854"/>
                                </a:lnTo>
                                <a:lnTo>
                                  <a:pt x="6762131" y="3245428"/>
                                </a:lnTo>
                                <a:lnTo>
                                  <a:pt x="6767100" y="3244071"/>
                                </a:lnTo>
                                <a:lnTo>
                                  <a:pt x="6771391" y="3259481"/>
                                </a:lnTo>
                                <a:lnTo>
                                  <a:pt x="6774101" y="3274213"/>
                                </a:lnTo>
                                <a:lnTo>
                                  <a:pt x="6776573" y="3291003"/>
                                </a:lnTo>
                                <a:lnTo>
                                  <a:pt x="6776811" y="3282072"/>
                                </a:lnTo>
                                <a:lnTo>
                                  <a:pt x="6778853" y="3285016"/>
                                </a:lnTo>
                                <a:lnTo>
                                  <a:pt x="6780667" y="3287739"/>
                                </a:lnTo>
                                <a:lnTo>
                                  <a:pt x="6784295" y="3294079"/>
                                </a:lnTo>
                                <a:lnTo>
                                  <a:pt x="6787470" y="3300655"/>
                                </a:lnTo>
                                <a:lnTo>
                                  <a:pt x="6790419" y="3307677"/>
                                </a:lnTo>
                                <a:lnTo>
                                  <a:pt x="6792913" y="3315377"/>
                                </a:lnTo>
                                <a:lnTo>
                                  <a:pt x="6794954" y="3322864"/>
                                </a:lnTo>
                                <a:lnTo>
                                  <a:pt x="6796996" y="3331021"/>
                                </a:lnTo>
                                <a:lnTo>
                                  <a:pt x="6798583" y="3339394"/>
                                </a:lnTo>
                                <a:lnTo>
                                  <a:pt x="6800171" y="3347780"/>
                                </a:lnTo>
                                <a:lnTo>
                                  <a:pt x="6801305" y="3356617"/>
                                </a:lnTo>
                                <a:lnTo>
                                  <a:pt x="6801985" y="3365454"/>
                                </a:lnTo>
                                <a:lnTo>
                                  <a:pt x="6802892" y="3374738"/>
                                </a:lnTo>
                                <a:lnTo>
                                  <a:pt x="6803572" y="3384025"/>
                                </a:lnTo>
                                <a:lnTo>
                                  <a:pt x="6803799" y="3393534"/>
                                </a:lnTo>
                                <a:lnTo>
                                  <a:pt x="6804026" y="3412343"/>
                                </a:lnTo>
                                <a:lnTo>
                                  <a:pt x="6803799" y="3431377"/>
                                </a:lnTo>
                                <a:lnTo>
                                  <a:pt x="6803346" y="3450410"/>
                                </a:lnTo>
                                <a:lnTo>
                                  <a:pt x="6801531" y="3486896"/>
                                </a:lnTo>
                                <a:lnTo>
                                  <a:pt x="6801097" y="3497738"/>
                                </a:lnTo>
                                <a:lnTo>
                                  <a:pt x="6801909" y="3494087"/>
                                </a:lnTo>
                                <a:lnTo>
                                  <a:pt x="6802438" y="3497858"/>
                                </a:lnTo>
                                <a:lnTo>
                                  <a:pt x="6801058" y="3498720"/>
                                </a:lnTo>
                                <a:lnTo>
                                  <a:pt x="6800851" y="3503893"/>
                                </a:lnTo>
                                <a:lnTo>
                                  <a:pt x="6800397" y="3520209"/>
                                </a:lnTo>
                                <a:lnTo>
                                  <a:pt x="6800171" y="3535166"/>
                                </a:lnTo>
                                <a:lnTo>
                                  <a:pt x="6800171" y="3541965"/>
                                </a:lnTo>
                                <a:lnTo>
                                  <a:pt x="6800397" y="3548537"/>
                                </a:lnTo>
                                <a:lnTo>
                                  <a:pt x="6800175" y="3548314"/>
                                </a:lnTo>
                                <a:lnTo>
                                  <a:pt x="6800850" y="3582955"/>
                                </a:lnTo>
                                <a:lnTo>
                                  <a:pt x="6799943" y="3587845"/>
                                </a:lnTo>
                                <a:lnTo>
                                  <a:pt x="6799943" y="3577399"/>
                                </a:lnTo>
                                <a:lnTo>
                                  <a:pt x="6798582" y="3572065"/>
                                </a:lnTo>
                                <a:lnTo>
                                  <a:pt x="6798355" y="3584289"/>
                                </a:lnTo>
                                <a:lnTo>
                                  <a:pt x="6797675" y="3582511"/>
                                </a:lnTo>
                                <a:lnTo>
                                  <a:pt x="6793819" y="3592512"/>
                                </a:lnTo>
                                <a:lnTo>
                                  <a:pt x="6792912" y="3577399"/>
                                </a:lnTo>
                                <a:lnTo>
                                  <a:pt x="6792912" y="3569843"/>
                                </a:lnTo>
                                <a:lnTo>
                                  <a:pt x="6793139" y="3565842"/>
                                </a:lnTo>
                                <a:lnTo>
                                  <a:pt x="6793330" y="3562292"/>
                                </a:lnTo>
                                <a:lnTo>
                                  <a:pt x="6792460" y="3565987"/>
                                </a:lnTo>
                                <a:lnTo>
                                  <a:pt x="6792006" y="3569839"/>
                                </a:lnTo>
                                <a:lnTo>
                                  <a:pt x="6792233" y="3573918"/>
                                </a:lnTo>
                                <a:lnTo>
                                  <a:pt x="6792913" y="3578224"/>
                                </a:lnTo>
                                <a:lnTo>
                                  <a:pt x="6791099" y="3570746"/>
                                </a:lnTo>
                                <a:lnTo>
                                  <a:pt x="6789058" y="3562814"/>
                                </a:lnTo>
                                <a:lnTo>
                                  <a:pt x="6784069" y="3544458"/>
                                </a:lnTo>
                                <a:lnTo>
                                  <a:pt x="6778399" y="3524968"/>
                                </a:lnTo>
                                <a:lnTo>
                                  <a:pt x="6775451" y="3514770"/>
                                </a:lnTo>
                                <a:lnTo>
                                  <a:pt x="6773183" y="3504346"/>
                                </a:lnTo>
                                <a:lnTo>
                                  <a:pt x="6770688" y="3493695"/>
                                </a:lnTo>
                                <a:lnTo>
                                  <a:pt x="6768647" y="3483497"/>
                                </a:lnTo>
                                <a:lnTo>
                                  <a:pt x="6767060" y="3473525"/>
                                </a:lnTo>
                                <a:lnTo>
                                  <a:pt x="6766606" y="3468540"/>
                                </a:lnTo>
                                <a:lnTo>
                                  <a:pt x="6766152" y="3463781"/>
                                </a:lnTo>
                                <a:lnTo>
                                  <a:pt x="6765926" y="3459022"/>
                                </a:lnTo>
                                <a:lnTo>
                                  <a:pt x="6765926" y="3454489"/>
                                </a:lnTo>
                                <a:lnTo>
                                  <a:pt x="6766152" y="3450184"/>
                                </a:lnTo>
                                <a:lnTo>
                                  <a:pt x="6766379" y="3445651"/>
                                </a:lnTo>
                                <a:lnTo>
                                  <a:pt x="6766833" y="3441572"/>
                                </a:lnTo>
                                <a:lnTo>
                                  <a:pt x="6767513" y="3437493"/>
                                </a:lnTo>
                                <a:lnTo>
                                  <a:pt x="6768420" y="3433870"/>
                                </a:lnTo>
                                <a:lnTo>
                                  <a:pt x="6770008" y="3430245"/>
                                </a:lnTo>
                                <a:lnTo>
                                  <a:pt x="6768193" y="3411664"/>
                                </a:lnTo>
                                <a:lnTo>
                                  <a:pt x="6766833" y="3393307"/>
                                </a:lnTo>
                                <a:lnTo>
                                  <a:pt x="6763885" y="3356390"/>
                                </a:lnTo>
                                <a:lnTo>
                                  <a:pt x="6762524" y="3337581"/>
                                </a:lnTo>
                                <a:lnTo>
                                  <a:pt x="6760483" y="3319232"/>
                                </a:lnTo>
                                <a:lnTo>
                                  <a:pt x="6758215" y="3300877"/>
                                </a:lnTo>
                                <a:lnTo>
                                  <a:pt x="6755947" y="3282751"/>
                                </a:lnTo>
                                <a:lnTo>
                                  <a:pt x="6754813" y="3267114"/>
                                </a:lnTo>
                                <a:lnTo>
                                  <a:pt x="6755267" y="3268020"/>
                                </a:lnTo>
                                <a:lnTo>
                                  <a:pt x="6756174" y="3268700"/>
                                </a:lnTo>
                                <a:lnTo>
                                  <a:pt x="6757081" y="3270513"/>
                                </a:lnTo>
                                <a:lnTo>
                                  <a:pt x="6757988" y="3273007"/>
                                </a:lnTo>
                                <a:lnTo>
                                  <a:pt x="6758668" y="3275953"/>
                                </a:lnTo>
                                <a:lnTo>
                                  <a:pt x="6759349" y="3279121"/>
                                </a:lnTo>
                                <a:lnTo>
                                  <a:pt x="6759802" y="3282751"/>
                                </a:lnTo>
                                <a:lnTo>
                                  <a:pt x="6760709" y="3290683"/>
                                </a:lnTo>
                                <a:lnTo>
                                  <a:pt x="6761617" y="3299290"/>
                                </a:lnTo>
                                <a:lnTo>
                                  <a:pt x="6762524" y="3303602"/>
                                </a:lnTo>
                                <a:lnTo>
                                  <a:pt x="6763204" y="3307906"/>
                                </a:lnTo>
                                <a:lnTo>
                                  <a:pt x="6764338" y="3312207"/>
                                </a:lnTo>
                                <a:lnTo>
                                  <a:pt x="6765472" y="3316062"/>
                                </a:lnTo>
                                <a:lnTo>
                                  <a:pt x="6767286" y="3319688"/>
                                </a:lnTo>
                                <a:lnTo>
                                  <a:pt x="6769106" y="3322417"/>
                                </a:lnTo>
                                <a:lnTo>
                                  <a:pt x="6767325" y="3302317"/>
                                </a:lnTo>
                                <a:lnTo>
                                  <a:pt x="6764164" y="3285093"/>
                                </a:lnTo>
                                <a:lnTo>
                                  <a:pt x="6763034" y="3278745"/>
                                </a:lnTo>
                                <a:lnTo>
                                  <a:pt x="6759647" y="3271266"/>
                                </a:lnTo>
                                <a:lnTo>
                                  <a:pt x="6755581" y="3262880"/>
                                </a:lnTo>
                                <a:lnTo>
                                  <a:pt x="6754226" y="3260162"/>
                                </a:lnTo>
                                <a:lnTo>
                                  <a:pt x="6754226" y="3266733"/>
                                </a:lnTo>
                                <a:lnTo>
                                  <a:pt x="6752645" y="3238401"/>
                                </a:lnTo>
                                <a:lnTo>
                                  <a:pt x="6750387" y="3210295"/>
                                </a:lnTo>
                                <a:close/>
                                <a:moveTo>
                                  <a:pt x="6734175" y="3203661"/>
                                </a:moveTo>
                                <a:lnTo>
                                  <a:pt x="6735763" y="3214323"/>
                                </a:lnTo>
                                <a:lnTo>
                                  <a:pt x="6735763" y="3214775"/>
                                </a:lnTo>
                                <a:lnTo>
                                  <a:pt x="6734175" y="3203661"/>
                                </a:lnTo>
                                <a:close/>
                                <a:moveTo>
                                  <a:pt x="6640865" y="3200467"/>
                                </a:moveTo>
                                <a:lnTo>
                                  <a:pt x="6642100" y="3204653"/>
                                </a:lnTo>
                                <a:lnTo>
                                  <a:pt x="6640512" y="3205226"/>
                                </a:lnTo>
                                <a:lnTo>
                                  <a:pt x="6640865" y="3200467"/>
                                </a:lnTo>
                                <a:close/>
                                <a:moveTo>
                                  <a:pt x="6288088" y="3194083"/>
                                </a:moveTo>
                                <a:lnTo>
                                  <a:pt x="6288300" y="3194083"/>
                                </a:lnTo>
                                <a:lnTo>
                                  <a:pt x="6294438" y="3202020"/>
                                </a:lnTo>
                                <a:lnTo>
                                  <a:pt x="6288088" y="3194083"/>
                                </a:lnTo>
                                <a:close/>
                                <a:moveTo>
                                  <a:pt x="2883892" y="3192570"/>
                                </a:moveTo>
                                <a:lnTo>
                                  <a:pt x="2861431" y="3224550"/>
                                </a:lnTo>
                                <a:lnTo>
                                  <a:pt x="2862339" y="3223643"/>
                                </a:lnTo>
                                <a:lnTo>
                                  <a:pt x="2883438" y="3193479"/>
                                </a:lnTo>
                                <a:lnTo>
                                  <a:pt x="2883892" y="3192570"/>
                                </a:lnTo>
                                <a:close/>
                                <a:moveTo>
                                  <a:pt x="1220787" y="3187792"/>
                                </a:moveTo>
                                <a:lnTo>
                                  <a:pt x="1220787" y="3188217"/>
                                </a:lnTo>
                                <a:lnTo>
                                  <a:pt x="1217612" y="3203661"/>
                                </a:lnTo>
                                <a:lnTo>
                                  <a:pt x="1220787" y="3187792"/>
                                </a:lnTo>
                                <a:close/>
                                <a:moveTo>
                                  <a:pt x="6273664" y="3187762"/>
                                </a:moveTo>
                                <a:lnTo>
                                  <a:pt x="6274934" y="3188851"/>
                                </a:lnTo>
                                <a:lnTo>
                                  <a:pt x="6276748" y="3190666"/>
                                </a:lnTo>
                                <a:lnTo>
                                  <a:pt x="6278336" y="3192253"/>
                                </a:lnTo>
                                <a:lnTo>
                                  <a:pt x="6276975" y="3191118"/>
                                </a:lnTo>
                                <a:lnTo>
                                  <a:pt x="6275614" y="3189758"/>
                                </a:lnTo>
                                <a:lnTo>
                                  <a:pt x="6273800" y="3187945"/>
                                </a:lnTo>
                                <a:lnTo>
                                  <a:pt x="6273664" y="3187762"/>
                                </a:lnTo>
                                <a:close/>
                                <a:moveTo>
                                  <a:pt x="5098944" y="3178266"/>
                                </a:moveTo>
                                <a:lnTo>
                                  <a:pt x="5103812" y="3181441"/>
                                </a:lnTo>
                                <a:lnTo>
                                  <a:pt x="5103389" y="3181229"/>
                                </a:lnTo>
                                <a:lnTo>
                                  <a:pt x="5094287" y="3179960"/>
                                </a:lnTo>
                                <a:lnTo>
                                  <a:pt x="5098944" y="3178266"/>
                                </a:lnTo>
                                <a:close/>
                                <a:moveTo>
                                  <a:pt x="4191805" y="3174548"/>
                                </a:moveTo>
                                <a:lnTo>
                                  <a:pt x="4191227" y="3175245"/>
                                </a:lnTo>
                                <a:lnTo>
                                  <a:pt x="4189866" y="3177060"/>
                                </a:lnTo>
                                <a:lnTo>
                                  <a:pt x="4188959" y="3178873"/>
                                </a:lnTo>
                                <a:lnTo>
                                  <a:pt x="4188052" y="3181142"/>
                                </a:lnTo>
                                <a:lnTo>
                                  <a:pt x="4187941" y="3181446"/>
                                </a:lnTo>
                                <a:lnTo>
                                  <a:pt x="4187946" y="3181458"/>
                                </a:lnTo>
                                <a:lnTo>
                                  <a:pt x="4189307" y="3178285"/>
                                </a:lnTo>
                                <a:lnTo>
                                  <a:pt x="4190668" y="3176013"/>
                                </a:lnTo>
                                <a:lnTo>
                                  <a:pt x="4191805" y="3174548"/>
                                </a:lnTo>
                                <a:close/>
                                <a:moveTo>
                                  <a:pt x="6724650" y="3173500"/>
                                </a:moveTo>
                                <a:lnTo>
                                  <a:pt x="6726238" y="3184384"/>
                                </a:lnTo>
                                <a:lnTo>
                                  <a:pt x="6726238" y="3184618"/>
                                </a:lnTo>
                                <a:lnTo>
                                  <a:pt x="6724650" y="3173500"/>
                                </a:lnTo>
                                <a:close/>
                                <a:moveTo>
                                  <a:pt x="6721475" y="3170323"/>
                                </a:moveTo>
                                <a:lnTo>
                                  <a:pt x="6724650" y="3184721"/>
                                </a:lnTo>
                                <a:lnTo>
                                  <a:pt x="6724196" y="3197316"/>
                                </a:lnTo>
                                <a:lnTo>
                                  <a:pt x="6722155" y="3180447"/>
                                </a:lnTo>
                                <a:lnTo>
                                  <a:pt x="6722155" y="3179774"/>
                                </a:lnTo>
                                <a:lnTo>
                                  <a:pt x="6721475" y="3170323"/>
                                </a:lnTo>
                                <a:close/>
                                <a:moveTo>
                                  <a:pt x="4204381" y="3168214"/>
                                </a:moveTo>
                                <a:lnTo>
                                  <a:pt x="4202566" y="3168440"/>
                                </a:lnTo>
                                <a:lnTo>
                                  <a:pt x="4200298" y="3168666"/>
                                </a:lnTo>
                                <a:lnTo>
                                  <a:pt x="4198711" y="3169574"/>
                                </a:lnTo>
                                <a:lnTo>
                                  <a:pt x="4196670" y="3170253"/>
                                </a:lnTo>
                                <a:lnTo>
                                  <a:pt x="4195309" y="3171160"/>
                                </a:lnTo>
                                <a:lnTo>
                                  <a:pt x="4193722" y="3172294"/>
                                </a:lnTo>
                                <a:lnTo>
                                  <a:pt x="4192368" y="3173873"/>
                                </a:lnTo>
                                <a:lnTo>
                                  <a:pt x="4193845" y="3172609"/>
                                </a:lnTo>
                                <a:lnTo>
                                  <a:pt x="4195660" y="3171475"/>
                                </a:lnTo>
                                <a:lnTo>
                                  <a:pt x="4197248" y="3170794"/>
                                </a:lnTo>
                                <a:lnTo>
                                  <a:pt x="4199290" y="3170565"/>
                                </a:lnTo>
                                <a:lnTo>
                                  <a:pt x="4201105" y="3170341"/>
                                </a:lnTo>
                                <a:lnTo>
                                  <a:pt x="4205642" y="3170341"/>
                                </a:lnTo>
                                <a:lnTo>
                                  <a:pt x="4209952" y="3170114"/>
                                </a:lnTo>
                                <a:lnTo>
                                  <a:pt x="4212448" y="3169661"/>
                                </a:lnTo>
                                <a:lnTo>
                                  <a:pt x="4214199" y="3169078"/>
                                </a:lnTo>
                                <a:lnTo>
                                  <a:pt x="4211865" y="3168440"/>
                                </a:lnTo>
                                <a:lnTo>
                                  <a:pt x="4209143" y="3168214"/>
                                </a:lnTo>
                                <a:lnTo>
                                  <a:pt x="4206875" y="3168214"/>
                                </a:lnTo>
                                <a:lnTo>
                                  <a:pt x="4204381" y="3168214"/>
                                </a:lnTo>
                                <a:close/>
                                <a:moveTo>
                                  <a:pt x="4224456" y="3161954"/>
                                </a:moveTo>
                                <a:lnTo>
                                  <a:pt x="4223657" y="3162317"/>
                                </a:lnTo>
                                <a:lnTo>
                                  <a:pt x="4221163" y="3164131"/>
                                </a:lnTo>
                                <a:lnTo>
                                  <a:pt x="4218668" y="3166399"/>
                                </a:lnTo>
                                <a:lnTo>
                                  <a:pt x="4216926" y="3167872"/>
                                </a:lnTo>
                                <a:lnTo>
                                  <a:pt x="4216985" y="3167847"/>
                                </a:lnTo>
                                <a:lnTo>
                                  <a:pt x="4219481" y="3166485"/>
                                </a:lnTo>
                                <a:lnTo>
                                  <a:pt x="4224456" y="3161954"/>
                                </a:lnTo>
                                <a:close/>
                                <a:moveTo>
                                  <a:pt x="6288088" y="3155985"/>
                                </a:moveTo>
                                <a:lnTo>
                                  <a:pt x="6291263" y="3159155"/>
                                </a:lnTo>
                                <a:lnTo>
                                  <a:pt x="6291051" y="3159155"/>
                                </a:lnTo>
                                <a:lnTo>
                                  <a:pt x="6288088" y="3155985"/>
                                </a:lnTo>
                                <a:close/>
                                <a:moveTo>
                                  <a:pt x="6746095" y="3155444"/>
                                </a:moveTo>
                                <a:lnTo>
                                  <a:pt x="6750838" y="3190350"/>
                                </a:lnTo>
                                <a:lnTo>
                                  <a:pt x="6753323" y="3208254"/>
                                </a:lnTo>
                                <a:lnTo>
                                  <a:pt x="6755129" y="3224121"/>
                                </a:lnTo>
                                <a:lnTo>
                                  <a:pt x="6752193" y="3207575"/>
                                </a:lnTo>
                                <a:lnTo>
                                  <a:pt x="6750387" y="3194430"/>
                                </a:lnTo>
                                <a:lnTo>
                                  <a:pt x="6748806" y="3182645"/>
                                </a:lnTo>
                                <a:lnTo>
                                  <a:pt x="6747225" y="3170395"/>
                                </a:lnTo>
                                <a:lnTo>
                                  <a:pt x="6746095" y="3155444"/>
                                </a:lnTo>
                                <a:close/>
                                <a:moveTo>
                                  <a:pt x="6162448" y="3152569"/>
                                </a:moveTo>
                                <a:lnTo>
                                  <a:pt x="6162891" y="3153453"/>
                                </a:lnTo>
                                <a:lnTo>
                                  <a:pt x="6163809" y="3155971"/>
                                </a:lnTo>
                                <a:lnTo>
                                  <a:pt x="6162448" y="3152569"/>
                                </a:lnTo>
                                <a:close/>
                                <a:moveTo>
                                  <a:pt x="6292326" y="3148045"/>
                                </a:moveTo>
                                <a:lnTo>
                                  <a:pt x="6293441" y="3148045"/>
                                </a:lnTo>
                                <a:lnTo>
                                  <a:pt x="6294110" y="3148272"/>
                                </a:lnTo>
                                <a:lnTo>
                                  <a:pt x="6295002" y="3148724"/>
                                </a:lnTo>
                                <a:lnTo>
                                  <a:pt x="6295894" y="3149633"/>
                                </a:lnTo>
                                <a:lnTo>
                                  <a:pt x="6297352" y="3150952"/>
                                </a:lnTo>
                                <a:lnTo>
                                  <a:pt x="6301380" y="3155605"/>
                                </a:lnTo>
                                <a:lnTo>
                                  <a:pt x="6302362" y="3156907"/>
                                </a:lnTo>
                                <a:lnTo>
                                  <a:pt x="6305262" y="3160085"/>
                                </a:lnTo>
                                <a:lnTo>
                                  <a:pt x="6301380" y="3155605"/>
                                </a:lnTo>
                                <a:lnTo>
                                  <a:pt x="6300132" y="3153951"/>
                                </a:lnTo>
                                <a:lnTo>
                                  <a:pt x="6297902" y="3151452"/>
                                </a:lnTo>
                                <a:lnTo>
                                  <a:pt x="6297352" y="3150952"/>
                                </a:lnTo>
                                <a:lnTo>
                                  <a:pt x="6295225" y="3148499"/>
                                </a:lnTo>
                                <a:lnTo>
                                  <a:pt x="6296787" y="3148724"/>
                                </a:lnTo>
                                <a:lnTo>
                                  <a:pt x="6298125" y="3149406"/>
                                </a:lnTo>
                                <a:lnTo>
                                  <a:pt x="6299909" y="3150314"/>
                                </a:lnTo>
                                <a:lnTo>
                                  <a:pt x="6301470" y="3151452"/>
                                </a:lnTo>
                                <a:lnTo>
                                  <a:pt x="6303478" y="3153270"/>
                                </a:lnTo>
                                <a:lnTo>
                                  <a:pt x="6305039" y="3154861"/>
                                </a:lnTo>
                                <a:lnTo>
                                  <a:pt x="6308831" y="3158948"/>
                                </a:lnTo>
                                <a:lnTo>
                                  <a:pt x="6313068" y="3164177"/>
                                </a:lnTo>
                                <a:lnTo>
                                  <a:pt x="6316860" y="3169852"/>
                                </a:lnTo>
                                <a:lnTo>
                                  <a:pt x="6320652" y="3175763"/>
                                </a:lnTo>
                                <a:lnTo>
                                  <a:pt x="6324443" y="3182124"/>
                                </a:lnTo>
                                <a:lnTo>
                                  <a:pt x="6327789" y="3188487"/>
                                </a:lnTo>
                                <a:lnTo>
                                  <a:pt x="6330688" y="3195075"/>
                                </a:lnTo>
                                <a:lnTo>
                                  <a:pt x="6333365" y="3201210"/>
                                </a:lnTo>
                                <a:lnTo>
                                  <a:pt x="6335372" y="3207116"/>
                                </a:lnTo>
                                <a:lnTo>
                                  <a:pt x="6336710" y="3212568"/>
                                </a:lnTo>
                                <a:lnTo>
                                  <a:pt x="6337156" y="3215066"/>
                                </a:lnTo>
                                <a:lnTo>
                                  <a:pt x="6337380" y="3217341"/>
                                </a:lnTo>
                                <a:lnTo>
                                  <a:pt x="6337380" y="3219157"/>
                                </a:lnTo>
                                <a:lnTo>
                                  <a:pt x="6337156" y="3221203"/>
                                </a:lnTo>
                                <a:lnTo>
                                  <a:pt x="6336933" y="3222566"/>
                                </a:lnTo>
                                <a:lnTo>
                                  <a:pt x="6336264" y="3224156"/>
                                </a:lnTo>
                                <a:lnTo>
                                  <a:pt x="6335818" y="3224156"/>
                                </a:lnTo>
                                <a:lnTo>
                                  <a:pt x="6338941" y="3227792"/>
                                </a:lnTo>
                                <a:lnTo>
                                  <a:pt x="6341171" y="3226202"/>
                                </a:lnTo>
                                <a:lnTo>
                                  <a:pt x="6357899" y="3273231"/>
                                </a:lnTo>
                                <a:lnTo>
                                  <a:pt x="6357007" y="3273455"/>
                                </a:lnTo>
                                <a:lnTo>
                                  <a:pt x="6357899" y="3276410"/>
                                </a:lnTo>
                                <a:lnTo>
                                  <a:pt x="6359683" y="3280726"/>
                                </a:lnTo>
                                <a:lnTo>
                                  <a:pt x="6361468" y="3286634"/>
                                </a:lnTo>
                                <a:lnTo>
                                  <a:pt x="6363475" y="3292993"/>
                                </a:lnTo>
                                <a:lnTo>
                                  <a:pt x="6365036" y="3299810"/>
                                </a:lnTo>
                                <a:lnTo>
                                  <a:pt x="6366821" y="3306625"/>
                                </a:lnTo>
                                <a:lnTo>
                                  <a:pt x="6367936" y="3312987"/>
                                </a:lnTo>
                                <a:lnTo>
                                  <a:pt x="6368159" y="3315943"/>
                                </a:lnTo>
                                <a:lnTo>
                                  <a:pt x="6368382" y="3318666"/>
                                </a:lnTo>
                                <a:lnTo>
                                  <a:pt x="6368605" y="3323439"/>
                                </a:lnTo>
                                <a:lnTo>
                                  <a:pt x="6368598" y="3323591"/>
                                </a:lnTo>
                                <a:lnTo>
                                  <a:pt x="6368382" y="3328662"/>
                                </a:lnTo>
                                <a:lnTo>
                                  <a:pt x="6368159" y="3333205"/>
                                </a:lnTo>
                                <a:lnTo>
                                  <a:pt x="6367713" y="3337745"/>
                                </a:lnTo>
                                <a:lnTo>
                                  <a:pt x="6367044" y="3342291"/>
                                </a:lnTo>
                                <a:lnTo>
                                  <a:pt x="6366375" y="3346606"/>
                                </a:lnTo>
                                <a:lnTo>
                                  <a:pt x="6365259" y="3350693"/>
                                </a:lnTo>
                                <a:lnTo>
                                  <a:pt x="6364367" y="3354783"/>
                                </a:lnTo>
                                <a:lnTo>
                                  <a:pt x="6363252" y="3358419"/>
                                </a:lnTo>
                                <a:lnTo>
                                  <a:pt x="6361691" y="3362052"/>
                                </a:lnTo>
                                <a:lnTo>
                                  <a:pt x="6360352" y="3365916"/>
                                </a:lnTo>
                                <a:lnTo>
                                  <a:pt x="6358791" y="3368860"/>
                                </a:lnTo>
                                <a:lnTo>
                                  <a:pt x="6357453" y="3372049"/>
                                </a:lnTo>
                                <a:lnTo>
                                  <a:pt x="6355669" y="3375224"/>
                                </a:lnTo>
                                <a:lnTo>
                                  <a:pt x="6354107" y="3377948"/>
                                </a:lnTo>
                                <a:lnTo>
                                  <a:pt x="6352100" y="3380684"/>
                                </a:lnTo>
                                <a:lnTo>
                                  <a:pt x="6348531" y="3385231"/>
                                </a:lnTo>
                                <a:lnTo>
                                  <a:pt x="6346747" y="3387262"/>
                                </a:lnTo>
                                <a:lnTo>
                                  <a:pt x="6344963" y="3388851"/>
                                </a:lnTo>
                                <a:lnTo>
                                  <a:pt x="6343179" y="3390671"/>
                                </a:lnTo>
                                <a:lnTo>
                                  <a:pt x="6341171" y="3392033"/>
                                </a:lnTo>
                                <a:lnTo>
                                  <a:pt x="6339610" y="3393396"/>
                                </a:lnTo>
                                <a:lnTo>
                                  <a:pt x="6337603" y="3394306"/>
                                </a:lnTo>
                                <a:lnTo>
                                  <a:pt x="6335818" y="3394987"/>
                                </a:lnTo>
                                <a:lnTo>
                                  <a:pt x="6334257" y="3395440"/>
                                </a:lnTo>
                                <a:lnTo>
                                  <a:pt x="6332919" y="3395668"/>
                                </a:lnTo>
                                <a:lnTo>
                                  <a:pt x="6331134" y="3395668"/>
                                </a:lnTo>
                                <a:lnTo>
                                  <a:pt x="6329796" y="3395668"/>
                                </a:lnTo>
                                <a:lnTo>
                                  <a:pt x="6328458" y="3395214"/>
                                </a:lnTo>
                                <a:lnTo>
                                  <a:pt x="6327120" y="3394761"/>
                                </a:lnTo>
                                <a:lnTo>
                                  <a:pt x="6326228" y="3393849"/>
                                </a:lnTo>
                                <a:lnTo>
                                  <a:pt x="6311061" y="3353647"/>
                                </a:lnTo>
                                <a:lnTo>
                                  <a:pt x="6297971" y="3264506"/>
                                </a:lnTo>
                                <a:lnTo>
                                  <a:pt x="6298125" y="3264824"/>
                                </a:lnTo>
                                <a:lnTo>
                                  <a:pt x="6299909" y="3266640"/>
                                </a:lnTo>
                                <a:lnTo>
                                  <a:pt x="6298571" y="3256417"/>
                                </a:lnTo>
                                <a:lnTo>
                                  <a:pt x="6297679" y="3246422"/>
                                </a:lnTo>
                                <a:lnTo>
                                  <a:pt x="6297010" y="3236199"/>
                                </a:lnTo>
                                <a:lnTo>
                                  <a:pt x="6296563" y="3225976"/>
                                </a:lnTo>
                                <a:lnTo>
                                  <a:pt x="6296563" y="3215750"/>
                                </a:lnTo>
                                <a:lnTo>
                                  <a:pt x="6296787" y="3205525"/>
                                </a:lnTo>
                                <a:lnTo>
                                  <a:pt x="6297233" y="3195303"/>
                                </a:lnTo>
                                <a:lnTo>
                                  <a:pt x="6297902" y="3185080"/>
                                </a:lnTo>
                                <a:lnTo>
                                  <a:pt x="6296563" y="3164177"/>
                                </a:lnTo>
                                <a:lnTo>
                                  <a:pt x="6311061" y="3168264"/>
                                </a:lnTo>
                                <a:lnTo>
                                  <a:pt x="6299686" y="3158722"/>
                                </a:lnTo>
                                <a:lnTo>
                                  <a:pt x="6298348" y="3161222"/>
                                </a:lnTo>
                                <a:lnTo>
                                  <a:pt x="6288088" y="3151452"/>
                                </a:lnTo>
                                <a:lnTo>
                                  <a:pt x="6289203" y="3150314"/>
                                </a:lnTo>
                                <a:lnTo>
                                  <a:pt x="6290318" y="3149182"/>
                                </a:lnTo>
                                <a:lnTo>
                                  <a:pt x="6291434" y="3148499"/>
                                </a:lnTo>
                                <a:lnTo>
                                  <a:pt x="6292326" y="3148045"/>
                                </a:lnTo>
                                <a:close/>
                                <a:moveTo>
                                  <a:pt x="4560491" y="3136990"/>
                                </a:moveTo>
                                <a:lnTo>
                                  <a:pt x="4560888" y="3139496"/>
                                </a:lnTo>
                                <a:lnTo>
                                  <a:pt x="4560690" y="3143338"/>
                                </a:lnTo>
                                <a:lnTo>
                                  <a:pt x="4559300" y="3137373"/>
                                </a:lnTo>
                                <a:lnTo>
                                  <a:pt x="4560491" y="3136990"/>
                                </a:lnTo>
                                <a:close/>
                                <a:moveTo>
                                  <a:pt x="4409674" y="3136357"/>
                                </a:moveTo>
                                <a:lnTo>
                                  <a:pt x="4413909" y="3137455"/>
                                </a:lnTo>
                                <a:lnTo>
                                  <a:pt x="4420262" y="3139496"/>
                                </a:lnTo>
                                <a:lnTo>
                                  <a:pt x="4426614" y="3141765"/>
                                </a:lnTo>
                                <a:lnTo>
                                  <a:pt x="4432967" y="3144030"/>
                                </a:lnTo>
                                <a:lnTo>
                                  <a:pt x="4439546" y="3146530"/>
                                </a:lnTo>
                                <a:lnTo>
                                  <a:pt x="4445898" y="3149474"/>
                                </a:lnTo>
                                <a:lnTo>
                                  <a:pt x="4450029" y="3151243"/>
                                </a:lnTo>
                                <a:lnTo>
                                  <a:pt x="4449763" y="3150979"/>
                                </a:lnTo>
                                <a:lnTo>
                                  <a:pt x="4445227" y="3146896"/>
                                </a:lnTo>
                                <a:lnTo>
                                  <a:pt x="4441599" y="3145083"/>
                                </a:lnTo>
                                <a:lnTo>
                                  <a:pt x="4437970" y="3143494"/>
                                </a:lnTo>
                                <a:lnTo>
                                  <a:pt x="4434115" y="3141906"/>
                                </a:lnTo>
                                <a:lnTo>
                                  <a:pt x="4430486" y="3140774"/>
                                </a:lnTo>
                                <a:lnTo>
                                  <a:pt x="4423229" y="3138733"/>
                                </a:lnTo>
                                <a:lnTo>
                                  <a:pt x="4415972" y="3137145"/>
                                </a:lnTo>
                                <a:lnTo>
                                  <a:pt x="4409674" y="3136357"/>
                                </a:lnTo>
                                <a:close/>
                                <a:moveTo>
                                  <a:pt x="5189326" y="3132230"/>
                                </a:moveTo>
                                <a:lnTo>
                                  <a:pt x="5208587" y="3138865"/>
                                </a:lnTo>
                                <a:lnTo>
                                  <a:pt x="5207691" y="3141079"/>
                                </a:lnTo>
                                <a:lnTo>
                                  <a:pt x="5199181" y="3150364"/>
                                </a:lnTo>
                                <a:lnTo>
                                  <a:pt x="5174769" y="3159211"/>
                                </a:lnTo>
                                <a:lnTo>
                                  <a:pt x="5154612" y="3151025"/>
                                </a:lnTo>
                                <a:lnTo>
                                  <a:pt x="5160211" y="3135989"/>
                                </a:lnTo>
                                <a:lnTo>
                                  <a:pt x="5173201" y="3137982"/>
                                </a:lnTo>
                                <a:lnTo>
                                  <a:pt x="5173425" y="3137982"/>
                                </a:lnTo>
                                <a:lnTo>
                                  <a:pt x="5189326" y="3132230"/>
                                </a:lnTo>
                                <a:close/>
                                <a:moveTo>
                                  <a:pt x="4339380" y="3128747"/>
                                </a:moveTo>
                                <a:lnTo>
                                  <a:pt x="4347436" y="3138815"/>
                                </a:lnTo>
                                <a:lnTo>
                                  <a:pt x="4357872" y="3132465"/>
                                </a:lnTo>
                                <a:lnTo>
                                  <a:pt x="4357946" y="3132450"/>
                                </a:lnTo>
                                <a:lnTo>
                                  <a:pt x="4353606" y="3131702"/>
                                </a:lnTo>
                                <a:lnTo>
                                  <a:pt x="4347029" y="3130568"/>
                                </a:lnTo>
                                <a:lnTo>
                                  <a:pt x="4340452" y="3129206"/>
                                </a:lnTo>
                                <a:lnTo>
                                  <a:pt x="4339380" y="3128747"/>
                                </a:lnTo>
                                <a:close/>
                                <a:moveTo>
                                  <a:pt x="4334329" y="3126940"/>
                                </a:moveTo>
                                <a:lnTo>
                                  <a:pt x="4334102" y="3129206"/>
                                </a:lnTo>
                                <a:lnTo>
                                  <a:pt x="4332515" y="3131702"/>
                                </a:lnTo>
                                <a:lnTo>
                                  <a:pt x="4331154" y="3134196"/>
                                </a:lnTo>
                                <a:lnTo>
                                  <a:pt x="4329113" y="3136465"/>
                                </a:lnTo>
                                <a:lnTo>
                                  <a:pt x="4328375" y="3137308"/>
                                </a:lnTo>
                                <a:lnTo>
                                  <a:pt x="4328833" y="3137002"/>
                                </a:lnTo>
                                <a:lnTo>
                                  <a:pt x="4331102" y="3135640"/>
                                </a:lnTo>
                                <a:lnTo>
                                  <a:pt x="4333370" y="3134052"/>
                                </a:lnTo>
                                <a:lnTo>
                                  <a:pt x="4335185" y="3132465"/>
                                </a:lnTo>
                                <a:lnTo>
                                  <a:pt x="4337454" y="3130423"/>
                                </a:lnTo>
                                <a:lnTo>
                                  <a:pt x="4339205" y="3128673"/>
                                </a:lnTo>
                                <a:lnTo>
                                  <a:pt x="4337277" y="3127846"/>
                                </a:lnTo>
                                <a:lnTo>
                                  <a:pt x="4334329" y="3126940"/>
                                </a:lnTo>
                                <a:close/>
                                <a:moveTo>
                                  <a:pt x="4263799" y="3122858"/>
                                </a:moveTo>
                                <a:lnTo>
                                  <a:pt x="4261531" y="3136236"/>
                                </a:lnTo>
                                <a:lnTo>
                                  <a:pt x="4259263" y="3149392"/>
                                </a:lnTo>
                                <a:lnTo>
                                  <a:pt x="4256088" y="3162317"/>
                                </a:lnTo>
                                <a:lnTo>
                                  <a:pt x="4253993" y="3170278"/>
                                </a:lnTo>
                                <a:lnTo>
                                  <a:pt x="4256461" y="3161951"/>
                                </a:lnTo>
                                <a:lnTo>
                                  <a:pt x="4258049" y="3155374"/>
                                </a:lnTo>
                                <a:lnTo>
                                  <a:pt x="4260091" y="3148568"/>
                                </a:lnTo>
                                <a:lnTo>
                                  <a:pt x="4261452" y="3141765"/>
                                </a:lnTo>
                                <a:lnTo>
                                  <a:pt x="4262813" y="3134960"/>
                                </a:lnTo>
                                <a:lnTo>
                                  <a:pt x="4263721" y="3128156"/>
                                </a:lnTo>
                                <a:lnTo>
                                  <a:pt x="4263948" y="3124979"/>
                                </a:lnTo>
                                <a:lnTo>
                                  <a:pt x="4263948" y="3123007"/>
                                </a:lnTo>
                                <a:lnTo>
                                  <a:pt x="4263799" y="3122858"/>
                                </a:lnTo>
                                <a:close/>
                                <a:moveTo>
                                  <a:pt x="6620228" y="3122680"/>
                                </a:moveTo>
                                <a:lnTo>
                                  <a:pt x="6621463" y="3127443"/>
                                </a:lnTo>
                                <a:lnTo>
                                  <a:pt x="6619875" y="3129031"/>
                                </a:lnTo>
                                <a:lnTo>
                                  <a:pt x="6620228" y="3122680"/>
                                </a:lnTo>
                                <a:close/>
                                <a:moveTo>
                                  <a:pt x="2187418" y="3118785"/>
                                </a:moveTo>
                                <a:lnTo>
                                  <a:pt x="2190821" y="3125135"/>
                                </a:lnTo>
                                <a:lnTo>
                                  <a:pt x="2191275" y="3125363"/>
                                </a:lnTo>
                                <a:lnTo>
                                  <a:pt x="2187418" y="3118785"/>
                                </a:lnTo>
                                <a:close/>
                                <a:moveTo>
                                  <a:pt x="2260448" y="3107533"/>
                                </a:moveTo>
                                <a:lnTo>
                                  <a:pt x="2255931" y="3109260"/>
                                </a:lnTo>
                                <a:lnTo>
                                  <a:pt x="2247991" y="3111981"/>
                                </a:lnTo>
                                <a:lnTo>
                                  <a:pt x="2248218" y="3117199"/>
                                </a:lnTo>
                                <a:lnTo>
                                  <a:pt x="2248898" y="3122641"/>
                                </a:lnTo>
                                <a:lnTo>
                                  <a:pt x="2249412" y="3127361"/>
                                </a:lnTo>
                                <a:lnTo>
                                  <a:pt x="2249561" y="3126567"/>
                                </a:lnTo>
                                <a:lnTo>
                                  <a:pt x="2250468" y="3122939"/>
                                </a:lnTo>
                                <a:lnTo>
                                  <a:pt x="2251829" y="3119536"/>
                                </a:lnTo>
                                <a:lnTo>
                                  <a:pt x="2253417" y="3116360"/>
                                </a:lnTo>
                                <a:lnTo>
                                  <a:pt x="2255459" y="3113185"/>
                                </a:lnTo>
                                <a:lnTo>
                                  <a:pt x="2257501" y="3110237"/>
                                </a:lnTo>
                                <a:lnTo>
                                  <a:pt x="2260224" y="3107741"/>
                                </a:lnTo>
                                <a:lnTo>
                                  <a:pt x="2260448" y="3107533"/>
                                </a:lnTo>
                                <a:close/>
                                <a:moveTo>
                                  <a:pt x="1214912" y="3093069"/>
                                </a:moveTo>
                                <a:lnTo>
                                  <a:pt x="1212370" y="3093912"/>
                                </a:lnTo>
                                <a:lnTo>
                                  <a:pt x="1209425" y="3095501"/>
                                </a:lnTo>
                                <a:lnTo>
                                  <a:pt x="1206481" y="3096861"/>
                                </a:lnTo>
                                <a:lnTo>
                                  <a:pt x="1203762" y="3098902"/>
                                </a:lnTo>
                                <a:lnTo>
                                  <a:pt x="1201270" y="3100714"/>
                                </a:lnTo>
                                <a:lnTo>
                                  <a:pt x="1199231" y="3103210"/>
                                </a:lnTo>
                                <a:lnTo>
                                  <a:pt x="1197193" y="3105931"/>
                                </a:lnTo>
                                <a:lnTo>
                                  <a:pt x="1195606" y="3108879"/>
                                </a:lnTo>
                                <a:lnTo>
                                  <a:pt x="1194021" y="3112278"/>
                                </a:lnTo>
                                <a:lnTo>
                                  <a:pt x="1193476" y="3114323"/>
                                </a:lnTo>
                                <a:lnTo>
                                  <a:pt x="1193579" y="3114098"/>
                                </a:lnTo>
                                <a:lnTo>
                                  <a:pt x="1194488" y="3111827"/>
                                </a:lnTo>
                                <a:lnTo>
                                  <a:pt x="1195624" y="3109558"/>
                                </a:lnTo>
                                <a:lnTo>
                                  <a:pt x="1197215" y="3107288"/>
                                </a:lnTo>
                                <a:lnTo>
                                  <a:pt x="1198805" y="3105473"/>
                                </a:lnTo>
                                <a:lnTo>
                                  <a:pt x="1200624" y="3103430"/>
                                </a:lnTo>
                                <a:lnTo>
                                  <a:pt x="1202441" y="3101615"/>
                                </a:lnTo>
                                <a:lnTo>
                                  <a:pt x="1204486" y="3099798"/>
                                </a:lnTo>
                                <a:lnTo>
                                  <a:pt x="1206531" y="3098208"/>
                                </a:lnTo>
                                <a:lnTo>
                                  <a:pt x="1211304" y="3095034"/>
                                </a:lnTo>
                                <a:lnTo>
                                  <a:pt x="1214912" y="3093069"/>
                                </a:lnTo>
                                <a:close/>
                                <a:moveTo>
                                  <a:pt x="1708584" y="3088649"/>
                                </a:moveTo>
                                <a:lnTo>
                                  <a:pt x="1709849" y="3100479"/>
                                </a:lnTo>
                                <a:lnTo>
                                  <a:pt x="1712147" y="3121298"/>
                                </a:lnTo>
                                <a:lnTo>
                                  <a:pt x="1708584" y="3088649"/>
                                </a:lnTo>
                                <a:close/>
                                <a:moveTo>
                                  <a:pt x="6732587" y="3078251"/>
                                </a:moveTo>
                                <a:lnTo>
                                  <a:pt x="6734175" y="3079836"/>
                                </a:lnTo>
                                <a:lnTo>
                                  <a:pt x="6732587" y="3079133"/>
                                </a:lnTo>
                                <a:lnTo>
                                  <a:pt x="6732587" y="3078251"/>
                                </a:lnTo>
                                <a:close/>
                                <a:moveTo>
                                  <a:pt x="2128888" y="3057781"/>
                                </a:moveTo>
                                <a:lnTo>
                                  <a:pt x="2125031" y="3058690"/>
                                </a:lnTo>
                                <a:lnTo>
                                  <a:pt x="2126392" y="3058690"/>
                                </a:lnTo>
                                <a:lnTo>
                                  <a:pt x="2128888" y="3057781"/>
                                </a:lnTo>
                                <a:close/>
                                <a:moveTo>
                                  <a:pt x="2108243" y="3052564"/>
                                </a:moveTo>
                                <a:lnTo>
                                  <a:pt x="2109605" y="3054151"/>
                                </a:lnTo>
                                <a:lnTo>
                                  <a:pt x="2111873" y="3055287"/>
                                </a:lnTo>
                                <a:lnTo>
                                  <a:pt x="2108243" y="3052564"/>
                                </a:lnTo>
                                <a:close/>
                                <a:moveTo>
                                  <a:pt x="2887748" y="3049905"/>
                                </a:moveTo>
                                <a:lnTo>
                                  <a:pt x="2887748" y="3052398"/>
                                </a:lnTo>
                                <a:lnTo>
                                  <a:pt x="2889790" y="3090048"/>
                                </a:lnTo>
                                <a:lnTo>
                                  <a:pt x="2887748" y="3049905"/>
                                </a:lnTo>
                                <a:close/>
                                <a:moveTo>
                                  <a:pt x="4377218" y="3041667"/>
                                </a:moveTo>
                                <a:lnTo>
                                  <a:pt x="4382703" y="3048742"/>
                                </a:lnTo>
                                <a:lnTo>
                                  <a:pt x="4387044" y="3054268"/>
                                </a:lnTo>
                                <a:lnTo>
                                  <a:pt x="4401212" y="3054931"/>
                                </a:lnTo>
                                <a:lnTo>
                                  <a:pt x="4403725" y="3057364"/>
                                </a:lnTo>
                                <a:lnTo>
                                  <a:pt x="4402583" y="3057583"/>
                                </a:lnTo>
                                <a:lnTo>
                                  <a:pt x="4395499" y="3058690"/>
                                </a:lnTo>
                                <a:lnTo>
                                  <a:pt x="4390015" y="3059131"/>
                                </a:lnTo>
                                <a:lnTo>
                                  <a:pt x="4385216" y="3059131"/>
                                </a:lnTo>
                                <a:lnTo>
                                  <a:pt x="4383388" y="3058910"/>
                                </a:lnTo>
                                <a:lnTo>
                                  <a:pt x="4381332" y="3058468"/>
                                </a:lnTo>
                                <a:lnTo>
                                  <a:pt x="4379960" y="3058025"/>
                                </a:lnTo>
                                <a:lnTo>
                                  <a:pt x="4378589" y="3057583"/>
                                </a:lnTo>
                                <a:lnTo>
                                  <a:pt x="4376533" y="3056257"/>
                                </a:lnTo>
                                <a:lnTo>
                                  <a:pt x="4374705" y="3054931"/>
                                </a:lnTo>
                                <a:lnTo>
                                  <a:pt x="4373562" y="3053163"/>
                                </a:lnTo>
                                <a:lnTo>
                                  <a:pt x="4377904" y="3050731"/>
                                </a:lnTo>
                                <a:lnTo>
                                  <a:pt x="4374705" y="3042553"/>
                                </a:lnTo>
                                <a:lnTo>
                                  <a:pt x="4377218" y="3041667"/>
                                </a:lnTo>
                                <a:close/>
                                <a:moveTo>
                                  <a:pt x="2375902" y="3038746"/>
                                </a:moveTo>
                                <a:lnTo>
                                  <a:pt x="2365959" y="3046896"/>
                                </a:lnTo>
                                <a:lnTo>
                                  <a:pt x="2354843" y="3055967"/>
                                </a:lnTo>
                                <a:lnTo>
                                  <a:pt x="2343273" y="3064586"/>
                                </a:lnTo>
                                <a:lnTo>
                                  <a:pt x="2337375" y="3068667"/>
                                </a:lnTo>
                                <a:lnTo>
                                  <a:pt x="2331249" y="3072522"/>
                                </a:lnTo>
                                <a:lnTo>
                                  <a:pt x="2325124" y="3076375"/>
                                </a:lnTo>
                                <a:lnTo>
                                  <a:pt x="2318772" y="3080232"/>
                                </a:lnTo>
                                <a:lnTo>
                                  <a:pt x="2312420" y="3083857"/>
                                </a:lnTo>
                                <a:lnTo>
                                  <a:pt x="2306068" y="3087261"/>
                                </a:lnTo>
                                <a:lnTo>
                                  <a:pt x="2299489" y="3090666"/>
                                </a:lnTo>
                                <a:lnTo>
                                  <a:pt x="2294949" y="3092935"/>
                                </a:lnTo>
                                <a:lnTo>
                                  <a:pt x="2297203" y="3092547"/>
                                </a:lnTo>
                                <a:lnTo>
                                  <a:pt x="2303102" y="3091411"/>
                                </a:lnTo>
                                <a:lnTo>
                                  <a:pt x="2308774" y="3089825"/>
                                </a:lnTo>
                                <a:lnTo>
                                  <a:pt x="2314219" y="3088236"/>
                                </a:lnTo>
                                <a:lnTo>
                                  <a:pt x="2319664" y="3086192"/>
                                </a:lnTo>
                                <a:lnTo>
                                  <a:pt x="2324655" y="3083696"/>
                                </a:lnTo>
                                <a:lnTo>
                                  <a:pt x="2329646" y="3081202"/>
                                </a:lnTo>
                                <a:lnTo>
                                  <a:pt x="2334410" y="3078482"/>
                                </a:lnTo>
                                <a:lnTo>
                                  <a:pt x="2339175" y="3075306"/>
                                </a:lnTo>
                                <a:lnTo>
                                  <a:pt x="2343485" y="3071904"/>
                                </a:lnTo>
                                <a:lnTo>
                                  <a:pt x="2347796" y="3068502"/>
                                </a:lnTo>
                                <a:lnTo>
                                  <a:pt x="2351879" y="3064874"/>
                                </a:lnTo>
                                <a:lnTo>
                                  <a:pt x="2356190" y="3061019"/>
                                </a:lnTo>
                                <a:lnTo>
                                  <a:pt x="2360274" y="3056935"/>
                                </a:lnTo>
                                <a:lnTo>
                                  <a:pt x="2364130" y="3052625"/>
                                </a:lnTo>
                                <a:lnTo>
                                  <a:pt x="2371617" y="3044231"/>
                                </a:lnTo>
                                <a:lnTo>
                                  <a:pt x="2375902" y="3038746"/>
                                </a:lnTo>
                                <a:close/>
                                <a:moveTo>
                                  <a:pt x="1374337" y="3035601"/>
                                </a:moveTo>
                                <a:lnTo>
                                  <a:pt x="1374339" y="3035669"/>
                                </a:lnTo>
                                <a:lnTo>
                                  <a:pt x="1374339" y="3041105"/>
                                </a:lnTo>
                                <a:lnTo>
                                  <a:pt x="1374113" y="3045870"/>
                                </a:lnTo>
                                <a:lnTo>
                                  <a:pt x="1373887" y="3050174"/>
                                </a:lnTo>
                                <a:lnTo>
                                  <a:pt x="1372980" y="3054250"/>
                                </a:lnTo>
                                <a:lnTo>
                                  <a:pt x="1372300" y="3058106"/>
                                </a:lnTo>
                                <a:lnTo>
                                  <a:pt x="1371395" y="3061504"/>
                                </a:lnTo>
                                <a:lnTo>
                                  <a:pt x="1370489" y="3064228"/>
                                </a:lnTo>
                                <a:lnTo>
                                  <a:pt x="1368903" y="3066943"/>
                                </a:lnTo>
                                <a:lnTo>
                                  <a:pt x="1367317" y="3069434"/>
                                </a:lnTo>
                                <a:lnTo>
                                  <a:pt x="1365505" y="3071700"/>
                                </a:lnTo>
                                <a:lnTo>
                                  <a:pt x="1363239" y="3073521"/>
                                </a:lnTo>
                                <a:lnTo>
                                  <a:pt x="1361201" y="3075334"/>
                                </a:lnTo>
                                <a:lnTo>
                                  <a:pt x="1358482" y="3076692"/>
                                </a:lnTo>
                                <a:lnTo>
                                  <a:pt x="1357476" y="3077110"/>
                                </a:lnTo>
                                <a:lnTo>
                                  <a:pt x="1361276" y="3076886"/>
                                </a:lnTo>
                                <a:lnTo>
                                  <a:pt x="1366275" y="3076430"/>
                                </a:lnTo>
                                <a:lnTo>
                                  <a:pt x="1370820" y="3075978"/>
                                </a:lnTo>
                                <a:lnTo>
                                  <a:pt x="1372183" y="3073029"/>
                                </a:lnTo>
                                <a:lnTo>
                                  <a:pt x="1373547" y="3069843"/>
                                </a:lnTo>
                                <a:lnTo>
                                  <a:pt x="1374456" y="3066671"/>
                                </a:lnTo>
                                <a:lnTo>
                                  <a:pt x="1375137" y="3063500"/>
                                </a:lnTo>
                                <a:lnTo>
                                  <a:pt x="1375592" y="3060549"/>
                                </a:lnTo>
                                <a:lnTo>
                                  <a:pt x="1375819" y="3057145"/>
                                </a:lnTo>
                                <a:lnTo>
                                  <a:pt x="1376046" y="3053513"/>
                                </a:lnTo>
                                <a:lnTo>
                                  <a:pt x="1375819" y="3050113"/>
                                </a:lnTo>
                                <a:lnTo>
                                  <a:pt x="1375365" y="3043309"/>
                                </a:lnTo>
                                <a:lnTo>
                                  <a:pt x="1374456" y="3036273"/>
                                </a:lnTo>
                                <a:lnTo>
                                  <a:pt x="1374337" y="3035601"/>
                                </a:lnTo>
                                <a:close/>
                                <a:moveTo>
                                  <a:pt x="6599237" y="3016319"/>
                                </a:moveTo>
                                <a:lnTo>
                                  <a:pt x="6602412" y="3030119"/>
                                </a:lnTo>
                                <a:lnTo>
                                  <a:pt x="6601221" y="3040136"/>
                                </a:lnTo>
                                <a:lnTo>
                                  <a:pt x="6599237" y="3016319"/>
                                </a:lnTo>
                                <a:close/>
                                <a:moveTo>
                                  <a:pt x="3939069" y="3013386"/>
                                </a:moveTo>
                                <a:lnTo>
                                  <a:pt x="3943379" y="3013386"/>
                                </a:lnTo>
                                <a:lnTo>
                                  <a:pt x="3947463" y="3013613"/>
                                </a:lnTo>
                                <a:lnTo>
                                  <a:pt x="3951320" y="3014067"/>
                                </a:lnTo>
                                <a:lnTo>
                                  <a:pt x="3954723" y="3014746"/>
                                </a:lnTo>
                                <a:lnTo>
                                  <a:pt x="3957445" y="3015426"/>
                                </a:lnTo>
                                <a:lnTo>
                                  <a:pt x="3960168" y="3016560"/>
                                </a:lnTo>
                                <a:lnTo>
                                  <a:pt x="3962436" y="3017921"/>
                                </a:lnTo>
                                <a:lnTo>
                                  <a:pt x="3964478" y="3019282"/>
                                </a:lnTo>
                                <a:lnTo>
                                  <a:pt x="3966293" y="3021096"/>
                                </a:lnTo>
                                <a:lnTo>
                                  <a:pt x="3967654" y="3023139"/>
                                </a:lnTo>
                                <a:lnTo>
                                  <a:pt x="3969016" y="3024952"/>
                                </a:lnTo>
                                <a:lnTo>
                                  <a:pt x="3969923" y="3027448"/>
                                </a:lnTo>
                                <a:lnTo>
                                  <a:pt x="3970831" y="3029944"/>
                                </a:lnTo>
                                <a:lnTo>
                                  <a:pt x="3971738" y="3032439"/>
                                </a:lnTo>
                                <a:lnTo>
                                  <a:pt x="3972192" y="3035387"/>
                                </a:lnTo>
                                <a:lnTo>
                                  <a:pt x="3972646" y="3038564"/>
                                </a:lnTo>
                                <a:lnTo>
                                  <a:pt x="3973099" y="3045594"/>
                                </a:lnTo>
                                <a:lnTo>
                                  <a:pt x="3973553" y="3053306"/>
                                </a:lnTo>
                                <a:lnTo>
                                  <a:pt x="3974007" y="3061929"/>
                                </a:lnTo>
                                <a:lnTo>
                                  <a:pt x="3974461" y="3071451"/>
                                </a:lnTo>
                                <a:lnTo>
                                  <a:pt x="3975595" y="3081883"/>
                                </a:lnTo>
                                <a:lnTo>
                                  <a:pt x="3976729" y="3092773"/>
                                </a:lnTo>
                                <a:lnTo>
                                  <a:pt x="3989434" y="3177375"/>
                                </a:lnTo>
                                <a:lnTo>
                                  <a:pt x="4001458" y="3262880"/>
                                </a:lnTo>
                                <a:lnTo>
                                  <a:pt x="4013482" y="3348609"/>
                                </a:lnTo>
                                <a:lnTo>
                                  <a:pt x="4026187" y="3441582"/>
                                </a:lnTo>
                                <a:lnTo>
                                  <a:pt x="4038211" y="3535030"/>
                                </a:lnTo>
                                <a:lnTo>
                                  <a:pt x="4050009" y="3628478"/>
                                </a:lnTo>
                                <a:lnTo>
                                  <a:pt x="4061125" y="3721927"/>
                                </a:lnTo>
                                <a:lnTo>
                                  <a:pt x="4071788" y="3815375"/>
                                </a:lnTo>
                                <a:lnTo>
                                  <a:pt x="4081997" y="3909050"/>
                                </a:lnTo>
                                <a:lnTo>
                                  <a:pt x="4091753" y="4002498"/>
                                </a:lnTo>
                                <a:lnTo>
                                  <a:pt x="4101055" y="4096400"/>
                                </a:lnTo>
                                <a:lnTo>
                                  <a:pt x="4098105" y="4097081"/>
                                </a:lnTo>
                                <a:lnTo>
                                  <a:pt x="4096063" y="4102978"/>
                                </a:lnTo>
                                <a:lnTo>
                                  <a:pt x="4074284" y="4107061"/>
                                </a:lnTo>
                                <a:lnTo>
                                  <a:pt x="4073149" y="4097308"/>
                                </a:lnTo>
                                <a:lnTo>
                                  <a:pt x="4068385" y="4107514"/>
                                </a:lnTo>
                                <a:lnTo>
                                  <a:pt x="4066343" y="4108648"/>
                                </a:lnTo>
                                <a:lnTo>
                                  <a:pt x="4064075" y="4109556"/>
                                </a:lnTo>
                                <a:lnTo>
                                  <a:pt x="4059764" y="4112277"/>
                                </a:lnTo>
                                <a:lnTo>
                                  <a:pt x="4055227" y="4115453"/>
                                </a:lnTo>
                                <a:lnTo>
                                  <a:pt x="4050916" y="4119309"/>
                                </a:lnTo>
                                <a:lnTo>
                                  <a:pt x="4046832" y="4123391"/>
                                </a:lnTo>
                                <a:lnTo>
                                  <a:pt x="4042749" y="4127928"/>
                                </a:lnTo>
                                <a:lnTo>
                                  <a:pt x="4038892" y="4133145"/>
                                </a:lnTo>
                                <a:lnTo>
                                  <a:pt x="4035943" y="4138361"/>
                                </a:lnTo>
                                <a:lnTo>
                                  <a:pt x="4032993" y="4144032"/>
                                </a:lnTo>
                                <a:lnTo>
                                  <a:pt x="4030498" y="4149702"/>
                                </a:lnTo>
                                <a:lnTo>
                                  <a:pt x="4028456" y="4155146"/>
                                </a:lnTo>
                                <a:lnTo>
                                  <a:pt x="4027775" y="4158094"/>
                                </a:lnTo>
                                <a:lnTo>
                                  <a:pt x="4027095" y="4161043"/>
                                </a:lnTo>
                                <a:lnTo>
                                  <a:pt x="4026641" y="4163765"/>
                                </a:lnTo>
                                <a:lnTo>
                                  <a:pt x="4026414" y="4166713"/>
                                </a:lnTo>
                                <a:lnTo>
                                  <a:pt x="4026414" y="4169435"/>
                                </a:lnTo>
                                <a:lnTo>
                                  <a:pt x="4026641" y="4171930"/>
                                </a:lnTo>
                                <a:lnTo>
                                  <a:pt x="4026868" y="4174652"/>
                                </a:lnTo>
                                <a:lnTo>
                                  <a:pt x="4027321" y="4177374"/>
                                </a:lnTo>
                                <a:lnTo>
                                  <a:pt x="4028002" y="4179869"/>
                                </a:lnTo>
                                <a:lnTo>
                                  <a:pt x="4029136" y="4182137"/>
                                </a:lnTo>
                                <a:lnTo>
                                  <a:pt x="3891199" y="4201189"/>
                                </a:lnTo>
                                <a:lnTo>
                                  <a:pt x="3753715" y="4219788"/>
                                </a:lnTo>
                                <a:lnTo>
                                  <a:pt x="3616458" y="4237480"/>
                                </a:lnTo>
                                <a:lnTo>
                                  <a:pt x="3603527" y="4238841"/>
                                </a:lnTo>
                                <a:lnTo>
                                  <a:pt x="3590368" y="4240429"/>
                                </a:lnTo>
                                <a:lnTo>
                                  <a:pt x="3562917" y="4242697"/>
                                </a:lnTo>
                                <a:lnTo>
                                  <a:pt x="3534331" y="4244965"/>
                                </a:lnTo>
                                <a:lnTo>
                                  <a:pt x="3505518" y="4246553"/>
                                </a:lnTo>
                                <a:lnTo>
                                  <a:pt x="3445624" y="4250409"/>
                                </a:lnTo>
                                <a:lnTo>
                                  <a:pt x="3415451" y="4251996"/>
                                </a:lnTo>
                                <a:lnTo>
                                  <a:pt x="3385050" y="4254264"/>
                                </a:lnTo>
                                <a:lnTo>
                                  <a:pt x="3354876" y="4256986"/>
                                </a:lnTo>
                                <a:lnTo>
                                  <a:pt x="3339903" y="4258347"/>
                                </a:lnTo>
                                <a:lnTo>
                                  <a:pt x="3324929" y="4259935"/>
                                </a:lnTo>
                                <a:lnTo>
                                  <a:pt x="3310409" y="4261749"/>
                                </a:lnTo>
                                <a:lnTo>
                                  <a:pt x="3295890" y="4263791"/>
                                </a:lnTo>
                                <a:lnTo>
                                  <a:pt x="3281143" y="4265832"/>
                                </a:lnTo>
                                <a:lnTo>
                                  <a:pt x="3267077" y="4268327"/>
                                </a:lnTo>
                                <a:lnTo>
                                  <a:pt x="3253011" y="4271049"/>
                                </a:lnTo>
                                <a:lnTo>
                                  <a:pt x="3239399" y="4273997"/>
                                </a:lnTo>
                                <a:lnTo>
                                  <a:pt x="3225787" y="4276946"/>
                                </a:lnTo>
                                <a:lnTo>
                                  <a:pt x="3212628" y="4280802"/>
                                </a:lnTo>
                                <a:lnTo>
                                  <a:pt x="3199696" y="4284431"/>
                                </a:lnTo>
                                <a:lnTo>
                                  <a:pt x="3186992" y="4288514"/>
                                </a:lnTo>
                                <a:lnTo>
                                  <a:pt x="3174967" y="4292823"/>
                                </a:lnTo>
                                <a:lnTo>
                                  <a:pt x="3162943" y="4297813"/>
                                </a:lnTo>
                                <a:lnTo>
                                  <a:pt x="3085580" y="4307793"/>
                                </a:lnTo>
                                <a:lnTo>
                                  <a:pt x="3008444" y="4317319"/>
                                </a:lnTo>
                                <a:lnTo>
                                  <a:pt x="2930854" y="4326619"/>
                                </a:lnTo>
                                <a:lnTo>
                                  <a:pt x="2892059" y="4331382"/>
                                </a:lnTo>
                                <a:lnTo>
                                  <a:pt x="2853264" y="4335691"/>
                                </a:lnTo>
                                <a:lnTo>
                                  <a:pt x="2843962" y="4336826"/>
                                </a:lnTo>
                                <a:lnTo>
                                  <a:pt x="2833299" y="4338413"/>
                                </a:lnTo>
                                <a:lnTo>
                                  <a:pt x="2809705" y="4341815"/>
                                </a:lnTo>
                                <a:lnTo>
                                  <a:pt x="2783615" y="4345218"/>
                                </a:lnTo>
                                <a:lnTo>
                                  <a:pt x="2770229" y="4346805"/>
                                </a:lnTo>
                                <a:lnTo>
                                  <a:pt x="2757071" y="4348393"/>
                                </a:lnTo>
                                <a:lnTo>
                                  <a:pt x="2744139" y="4349300"/>
                                </a:lnTo>
                                <a:lnTo>
                                  <a:pt x="2731888" y="4350208"/>
                                </a:lnTo>
                                <a:lnTo>
                                  <a:pt x="2720091" y="4350434"/>
                                </a:lnTo>
                                <a:lnTo>
                                  <a:pt x="2714873" y="4350434"/>
                                </a:lnTo>
                                <a:lnTo>
                                  <a:pt x="2709428" y="4350208"/>
                                </a:lnTo>
                                <a:lnTo>
                                  <a:pt x="2704664" y="4349981"/>
                                </a:lnTo>
                                <a:lnTo>
                                  <a:pt x="2699899" y="4349300"/>
                                </a:lnTo>
                                <a:lnTo>
                                  <a:pt x="2695589" y="4348847"/>
                                </a:lnTo>
                                <a:lnTo>
                                  <a:pt x="2691505" y="4347713"/>
                                </a:lnTo>
                                <a:lnTo>
                                  <a:pt x="2688102" y="4346805"/>
                                </a:lnTo>
                                <a:lnTo>
                                  <a:pt x="2687046" y="4346353"/>
                                </a:lnTo>
                                <a:lnTo>
                                  <a:pt x="2687421" y="4344537"/>
                                </a:lnTo>
                                <a:lnTo>
                                  <a:pt x="2688102" y="4338186"/>
                                </a:lnTo>
                                <a:lnTo>
                                  <a:pt x="2688556" y="4331836"/>
                                </a:lnTo>
                                <a:lnTo>
                                  <a:pt x="2689010" y="4325938"/>
                                </a:lnTo>
                                <a:lnTo>
                                  <a:pt x="2689463" y="4314824"/>
                                </a:lnTo>
                                <a:lnTo>
                                  <a:pt x="2689917" y="4309608"/>
                                </a:lnTo>
                                <a:lnTo>
                                  <a:pt x="2690371" y="4305071"/>
                                </a:lnTo>
                                <a:lnTo>
                                  <a:pt x="2691732" y="4300535"/>
                                </a:lnTo>
                                <a:lnTo>
                                  <a:pt x="2692413" y="4298947"/>
                                </a:lnTo>
                                <a:lnTo>
                                  <a:pt x="2693320" y="4296906"/>
                                </a:lnTo>
                                <a:lnTo>
                                  <a:pt x="2694454" y="4295318"/>
                                </a:lnTo>
                                <a:lnTo>
                                  <a:pt x="2695589" y="4293730"/>
                                </a:lnTo>
                                <a:lnTo>
                                  <a:pt x="2696723" y="4292596"/>
                                </a:lnTo>
                                <a:lnTo>
                                  <a:pt x="2698538" y="4291462"/>
                                </a:lnTo>
                                <a:lnTo>
                                  <a:pt x="2700126" y="4290101"/>
                                </a:lnTo>
                                <a:lnTo>
                                  <a:pt x="2702168" y="4289421"/>
                                </a:lnTo>
                                <a:lnTo>
                                  <a:pt x="2704437" y="4288740"/>
                                </a:lnTo>
                                <a:lnTo>
                                  <a:pt x="2706932" y="4288060"/>
                                </a:lnTo>
                                <a:lnTo>
                                  <a:pt x="2709655" y="4287833"/>
                                </a:lnTo>
                                <a:lnTo>
                                  <a:pt x="2712831" y="4287606"/>
                                </a:lnTo>
                                <a:lnTo>
                                  <a:pt x="2716234" y="4287606"/>
                                </a:lnTo>
                                <a:lnTo>
                                  <a:pt x="2719864" y="4287833"/>
                                </a:lnTo>
                                <a:lnTo>
                                  <a:pt x="2728939" y="4279668"/>
                                </a:lnTo>
                                <a:lnTo>
                                  <a:pt x="2721906" y="4279668"/>
                                </a:lnTo>
                                <a:lnTo>
                                  <a:pt x="2718730" y="4279214"/>
                                </a:lnTo>
                                <a:lnTo>
                                  <a:pt x="2715553" y="4278987"/>
                                </a:lnTo>
                                <a:lnTo>
                                  <a:pt x="2712604" y="4278307"/>
                                </a:lnTo>
                                <a:lnTo>
                                  <a:pt x="2709882" y="4277626"/>
                                </a:lnTo>
                                <a:lnTo>
                                  <a:pt x="2707159" y="4276719"/>
                                </a:lnTo>
                                <a:lnTo>
                                  <a:pt x="2704891" y="4275585"/>
                                </a:lnTo>
                                <a:lnTo>
                                  <a:pt x="2702622" y="4274224"/>
                                </a:lnTo>
                                <a:lnTo>
                                  <a:pt x="2700807" y="4272637"/>
                                </a:lnTo>
                                <a:lnTo>
                                  <a:pt x="2698992" y="4270822"/>
                                </a:lnTo>
                                <a:lnTo>
                                  <a:pt x="2697631" y="4268554"/>
                                </a:lnTo>
                                <a:lnTo>
                                  <a:pt x="2696269" y="4266059"/>
                                </a:lnTo>
                                <a:lnTo>
                                  <a:pt x="2695362" y="4263337"/>
                                </a:lnTo>
                                <a:lnTo>
                                  <a:pt x="2694681" y="4260388"/>
                                </a:lnTo>
                                <a:lnTo>
                                  <a:pt x="2694228" y="4256986"/>
                                </a:lnTo>
                                <a:lnTo>
                                  <a:pt x="2704891" y="4259254"/>
                                </a:lnTo>
                                <a:lnTo>
                                  <a:pt x="2698992" y="4237480"/>
                                </a:lnTo>
                                <a:lnTo>
                                  <a:pt x="2708294" y="4229315"/>
                                </a:lnTo>
                                <a:lnTo>
                                  <a:pt x="2710527" y="4229054"/>
                                </a:lnTo>
                                <a:lnTo>
                                  <a:pt x="2711336" y="4226153"/>
                                </a:lnTo>
                                <a:lnTo>
                                  <a:pt x="2700407" y="4227060"/>
                                </a:lnTo>
                                <a:lnTo>
                                  <a:pt x="2682875" y="4225019"/>
                                </a:lnTo>
                                <a:lnTo>
                                  <a:pt x="2683558" y="4214586"/>
                                </a:lnTo>
                                <a:lnTo>
                                  <a:pt x="2693348" y="4196443"/>
                                </a:lnTo>
                                <a:lnTo>
                                  <a:pt x="2698813" y="4195083"/>
                                </a:lnTo>
                                <a:lnTo>
                                  <a:pt x="2694259" y="4195763"/>
                                </a:lnTo>
                                <a:lnTo>
                                  <a:pt x="2693804" y="4192361"/>
                                </a:lnTo>
                                <a:lnTo>
                                  <a:pt x="2698813" y="4176713"/>
                                </a:lnTo>
                                <a:lnTo>
                                  <a:pt x="2697447" y="4146550"/>
                                </a:lnTo>
                                <a:lnTo>
                                  <a:pt x="2699724" y="4149725"/>
                                </a:lnTo>
                                <a:lnTo>
                                  <a:pt x="2702456" y="4152447"/>
                                </a:lnTo>
                                <a:lnTo>
                                  <a:pt x="2704050" y="4153581"/>
                                </a:lnTo>
                                <a:lnTo>
                                  <a:pt x="2705416" y="4154488"/>
                                </a:lnTo>
                                <a:lnTo>
                                  <a:pt x="2706782" y="4155168"/>
                                </a:lnTo>
                                <a:lnTo>
                                  <a:pt x="2708604" y="4156075"/>
                                </a:lnTo>
                                <a:lnTo>
                                  <a:pt x="2710197" y="4156529"/>
                                </a:lnTo>
                                <a:lnTo>
                                  <a:pt x="2712019" y="4156982"/>
                                </a:lnTo>
                                <a:lnTo>
                                  <a:pt x="2713613" y="4157209"/>
                                </a:lnTo>
                                <a:lnTo>
                                  <a:pt x="2715662" y="4157436"/>
                                </a:lnTo>
                                <a:lnTo>
                                  <a:pt x="2719533" y="4157209"/>
                                </a:lnTo>
                                <a:lnTo>
                                  <a:pt x="2723631" y="4156529"/>
                                </a:lnTo>
                                <a:lnTo>
                                  <a:pt x="2728868" y="4156529"/>
                                </a:lnTo>
                                <a:lnTo>
                                  <a:pt x="2733877" y="4156302"/>
                                </a:lnTo>
                                <a:lnTo>
                                  <a:pt x="2739114" y="4155848"/>
                                </a:lnTo>
                                <a:lnTo>
                                  <a:pt x="2744123" y="4155168"/>
                                </a:lnTo>
                                <a:lnTo>
                                  <a:pt x="2749132" y="4154261"/>
                                </a:lnTo>
                                <a:lnTo>
                                  <a:pt x="2754141" y="4153581"/>
                                </a:lnTo>
                                <a:lnTo>
                                  <a:pt x="2759378" y="4152447"/>
                                </a:lnTo>
                                <a:lnTo>
                                  <a:pt x="2764160" y="4151086"/>
                                </a:lnTo>
                                <a:lnTo>
                                  <a:pt x="2764329" y="4151063"/>
                                </a:lnTo>
                                <a:lnTo>
                                  <a:pt x="2764331" y="4151063"/>
                                </a:lnTo>
                                <a:lnTo>
                                  <a:pt x="2764426" y="4151050"/>
                                </a:lnTo>
                                <a:lnTo>
                                  <a:pt x="2784652" y="4148364"/>
                                </a:lnTo>
                                <a:lnTo>
                                  <a:pt x="2784652" y="4148354"/>
                                </a:lnTo>
                                <a:lnTo>
                                  <a:pt x="2764426" y="4151050"/>
                                </a:lnTo>
                                <a:lnTo>
                                  <a:pt x="2764329" y="4151063"/>
                                </a:lnTo>
                                <a:lnTo>
                                  <a:pt x="2757978" y="4151743"/>
                                </a:lnTo>
                                <a:lnTo>
                                  <a:pt x="2735972" y="4154919"/>
                                </a:lnTo>
                                <a:lnTo>
                                  <a:pt x="2725536" y="4156280"/>
                                </a:lnTo>
                                <a:lnTo>
                                  <a:pt x="2720091" y="4156733"/>
                                </a:lnTo>
                                <a:lnTo>
                                  <a:pt x="2714646" y="4156960"/>
                                </a:lnTo>
                                <a:lnTo>
                                  <a:pt x="2711470" y="4155599"/>
                                </a:lnTo>
                                <a:lnTo>
                                  <a:pt x="2708520" y="4153785"/>
                                </a:lnTo>
                                <a:lnTo>
                                  <a:pt x="2705571" y="4151743"/>
                                </a:lnTo>
                                <a:lnTo>
                                  <a:pt x="2702849" y="4149475"/>
                                </a:lnTo>
                                <a:lnTo>
                                  <a:pt x="2700353" y="4146980"/>
                                </a:lnTo>
                                <a:lnTo>
                                  <a:pt x="2698084" y="4144259"/>
                                </a:lnTo>
                                <a:lnTo>
                                  <a:pt x="2695816" y="4141310"/>
                                </a:lnTo>
                                <a:lnTo>
                                  <a:pt x="2693774" y="4138134"/>
                                </a:lnTo>
                                <a:lnTo>
                                  <a:pt x="2691732" y="4134732"/>
                                </a:lnTo>
                                <a:lnTo>
                                  <a:pt x="2689917" y="4131330"/>
                                </a:lnTo>
                                <a:lnTo>
                                  <a:pt x="2688329" y="4127701"/>
                                </a:lnTo>
                                <a:lnTo>
                                  <a:pt x="2686514" y="4124072"/>
                                </a:lnTo>
                                <a:lnTo>
                                  <a:pt x="2684018" y="4116587"/>
                                </a:lnTo>
                                <a:lnTo>
                                  <a:pt x="2681523" y="4108648"/>
                                </a:lnTo>
                                <a:lnTo>
                                  <a:pt x="2679481" y="4100483"/>
                                </a:lnTo>
                                <a:lnTo>
                                  <a:pt x="2677893" y="4092544"/>
                                </a:lnTo>
                                <a:lnTo>
                                  <a:pt x="2676532" y="4084606"/>
                                </a:lnTo>
                                <a:lnTo>
                                  <a:pt x="2675851" y="4076667"/>
                                </a:lnTo>
                                <a:lnTo>
                                  <a:pt x="2675170" y="4069636"/>
                                </a:lnTo>
                                <a:lnTo>
                                  <a:pt x="2674944" y="4062831"/>
                                </a:lnTo>
                                <a:lnTo>
                                  <a:pt x="2674944" y="4056934"/>
                                </a:lnTo>
                                <a:lnTo>
                                  <a:pt x="2674944" y="4051717"/>
                                </a:lnTo>
                                <a:lnTo>
                                  <a:pt x="2669726" y="4041964"/>
                                </a:lnTo>
                                <a:lnTo>
                                  <a:pt x="2658836" y="4044006"/>
                                </a:lnTo>
                                <a:lnTo>
                                  <a:pt x="2654979" y="4054212"/>
                                </a:lnTo>
                                <a:lnTo>
                                  <a:pt x="2651349" y="4052398"/>
                                </a:lnTo>
                                <a:lnTo>
                                  <a:pt x="2647719" y="4050130"/>
                                </a:lnTo>
                                <a:lnTo>
                                  <a:pt x="2644316" y="4048088"/>
                                </a:lnTo>
                                <a:lnTo>
                                  <a:pt x="2641140" y="4045593"/>
                                </a:lnTo>
                                <a:lnTo>
                                  <a:pt x="2637737" y="4042645"/>
                                </a:lnTo>
                                <a:lnTo>
                                  <a:pt x="2634787" y="4039696"/>
                                </a:lnTo>
                                <a:lnTo>
                                  <a:pt x="2628662" y="4033572"/>
                                </a:lnTo>
                                <a:lnTo>
                                  <a:pt x="2622763" y="4027448"/>
                                </a:lnTo>
                                <a:lnTo>
                                  <a:pt x="2617318" y="4021324"/>
                                </a:lnTo>
                                <a:lnTo>
                                  <a:pt x="2614596" y="4018602"/>
                                </a:lnTo>
                                <a:lnTo>
                                  <a:pt x="2611873" y="4015881"/>
                                </a:lnTo>
                                <a:lnTo>
                                  <a:pt x="2608924" y="4013839"/>
                                </a:lnTo>
                                <a:lnTo>
                                  <a:pt x="2606429" y="4011798"/>
                                </a:lnTo>
                                <a:lnTo>
                                  <a:pt x="2604614" y="4022458"/>
                                </a:lnTo>
                                <a:lnTo>
                                  <a:pt x="2599849" y="4012251"/>
                                </a:lnTo>
                                <a:lnTo>
                                  <a:pt x="2579204" y="3997962"/>
                                </a:lnTo>
                                <a:lnTo>
                                  <a:pt x="2582834" y="4019283"/>
                                </a:lnTo>
                                <a:lnTo>
                                  <a:pt x="2570129" y="4024046"/>
                                </a:lnTo>
                                <a:lnTo>
                                  <a:pt x="2564457" y="4025860"/>
                                </a:lnTo>
                                <a:lnTo>
                                  <a:pt x="2561962" y="4026314"/>
                                </a:lnTo>
                                <a:lnTo>
                                  <a:pt x="2559693" y="4026768"/>
                                </a:lnTo>
                                <a:lnTo>
                                  <a:pt x="2557198" y="4026768"/>
                                </a:lnTo>
                                <a:lnTo>
                                  <a:pt x="2554929" y="4026541"/>
                                </a:lnTo>
                                <a:lnTo>
                                  <a:pt x="2552887" y="4026087"/>
                                </a:lnTo>
                                <a:lnTo>
                                  <a:pt x="2550618" y="4025180"/>
                                </a:lnTo>
                                <a:lnTo>
                                  <a:pt x="2548803" y="4024046"/>
                                </a:lnTo>
                                <a:lnTo>
                                  <a:pt x="2546762" y="4022005"/>
                                </a:lnTo>
                                <a:lnTo>
                                  <a:pt x="2544720" y="4019510"/>
                                </a:lnTo>
                                <a:lnTo>
                                  <a:pt x="2543132" y="4016561"/>
                                </a:lnTo>
                                <a:lnTo>
                                  <a:pt x="2537006" y="4025634"/>
                                </a:lnTo>
                                <a:lnTo>
                                  <a:pt x="2515226" y="4019963"/>
                                </a:lnTo>
                                <a:lnTo>
                                  <a:pt x="2513865" y="4031304"/>
                                </a:lnTo>
                                <a:lnTo>
                                  <a:pt x="2506378" y="4022912"/>
                                </a:lnTo>
                                <a:lnTo>
                                  <a:pt x="2505698" y="4034933"/>
                                </a:lnTo>
                                <a:lnTo>
                                  <a:pt x="2497757" y="4022005"/>
                                </a:lnTo>
                                <a:lnTo>
                                  <a:pt x="2501614" y="4046047"/>
                                </a:lnTo>
                                <a:lnTo>
                                  <a:pt x="2495262" y="4035614"/>
                                </a:lnTo>
                                <a:lnTo>
                                  <a:pt x="2493447" y="4046501"/>
                                </a:lnTo>
                                <a:lnTo>
                                  <a:pt x="2488683" y="4036521"/>
                                </a:lnTo>
                                <a:lnTo>
                                  <a:pt x="2486187" y="4048088"/>
                                </a:lnTo>
                                <a:lnTo>
                                  <a:pt x="2476885" y="4048996"/>
                                </a:lnTo>
                                <a:lnTo>
                                  <a:pt x="2471213" y="4039696"/>
                                </a:lnTo>
                                <a:lnTo>
                                  <a:pt x="2469172" y="4052398"/>
                                </a:lnTo>
                                <a:lnTo>
                                  <a:pt x="2466903" y="4051944"/>
                                </a:lnTo>
                                <a:lnTo>
                                  <a:pt x="2464634" y="4051037"/>
                                </a:lnTo>
                                <a:lnTo>
                                  <a:pt x="2462139" y="4049903"/>
                                </a:lnTo>
                                <a:lnTo>
                                  <a:pt x="2459643" y="4048769"/>
                                </a:lnTo>
                                <a:lnTo>
                                  <a:pt x="2454425" y="4045820"/>
                                </a:lnTo>
                                <a:lnTo>
                                  <a:pt x="2449207" y="4041964"/>
                                </a:lnTo>
                                <a:lnTo>
                                  <a:pt x="2444216" y="4037882"/>
                                </a:lnTo>
                                <a:lnTo>
                                  <a:pt x="2438998" y="4032892"/>
                                </a:lnTo>
                                <a:lnTo>
                                  <a:pt x="2434460" y="4027902"/>
                                </a:lnTo>
                                <a:lnTo>
                                  <a:pt x="2429923" y="4022231"/>
                                </a:lnTo>
                                <a:lnTo>
                                  <a:pt x="2428108" y="4019510"/>
                                </a:lnTo>
                                <a:lnTo>
                                  <a:pt x="2426066" y="4016561"/>
                                </a:lnTo>
                                <a:lnTo>
                                  <a:pt x="2424705" y="4013839"/>
                                </a:lnTo>
                                <a:lnTo>
                                  <a:pt x="2423117" y="4010891"/>
                                </a:lnTo>
                                <a:lnTo>
                                  <a:pt x="2421983" y="4007942"/>
                                </a:lnTo>
                                <a:lnTo>
                                  <a:pt x="2420848" y="4004993"/>
                                </a:lnTo>
                                <a:lnTo>
                                  <a:pt x="2419941" y="4002045"/>
                                </a:lnTo>
                                <a:lnTo>
                                  <a:pt x="2419487" y="3999323"/>
                                </a:lnTo>
                                <a:lnTo>
                                  <a:pt x="2419033" y="3996374"/>
                                </a:lnTo>
                                <a:lnTo>
                                  <a:pt x="2419033" y="3993879"/>
                                </a:lnTo>
                                <a:lnTo>
                                  <a:pt x="2419260" y="3991158"/>
                                </a:lnTo>
                                <a:lnTo>
                                  <a:pt x="2419714" y="3988436"/>
                                </a:lnTo>
                                <a:lnTo>
                                  <a:pt x="2420848" y="3985941"/>
                                </a:lnTo>
                                <a:lnTo>
                                  <a:pt x="2421983" y="3983673"/>
                                </a:lnTo>
                                <a:lnTo>
                                  <a:pt x="2423344" y="3981178"/>
                                </a:lnTo>
                                <a:lnTo>
                                  <a:pt x="2425386" y="3978909"/>
                                </a:lnTo>
                                <a:lnTo>
                                  <a:pt x="2416311" y="3985260"/>
                                </a:lnTo>
                                <a:lnTo>
                                  <a:pt x="2405194" y="3981631"/>
                                </a:lnTo>
                                <a:lnTo>
                                  <a:pt x="2415857" y="3973466"/>
                                </a:lnTo>
                                <a:lnTo>
                                  <a:pt x="2394531" y="3970517"/>
                                </a:lnTo>
                                <a:lnTo>
                                  <a:pt x="2399749" y="3958950"/>
                                </a:lnTo>
                                <a:lnTo>
                                  <a:pt x="2391809" y="3967569"/>
                                </a:lnTo>
                                <a:lnTo>
                                  <a:pt x="2389540" y="3964847"/>
                                </a:lnTo>
                                <a:lnTo>
                                  <a:pt x="2387271" y="3962125"/>
                                </a:lnTo>
                                <a:lnTo>
                                  <a:pt x="2384776" y="3959857"/>
                                </a:lnTo>
                                <a:lnTo>
                                  <a:pt x="2382280" y="3957589"/>
                                </a:lnTo>
                                <a:lnTo>
                                  <a:pt x="2380011" y="3955547"/>
                                </a:lnTo>
                                <a:lnTo>
                                  <a:pt x="2377289" y="3953733"/>
                                </a:lnTo>
                                <a:lnTo>
                                  <a:pt x="2374566" y="3951692"/>
                                </a:lnTo>
                                <a:lnTo>
                                  <a:pt x="2371844" y="3950331"/>
                                </a:lnTo>
                                <a:lnTo>
                                  <a:pt x="2366399" y="3947382"/>
                                </a:lnTo>
                                <a:lnTo>
                                  <a:pt x="2360500" y="3944887"/>
                                </a:lnTo>
                                <a:lnTo>
                                  <a:pt x="2354375" y="3943073"/>
                                </a:lnTo>
                                <a:lnTo>
                                  <a:pt x="2348249" y="3941485"/>
                                </a:lnTo>
                                <a:lnTo>
                                  <a:pt x="2341897" y="3940124"/>
                                </a:lnTo>
                                <a:lnTo>
                                  <a:pt x="2335318" y="3939217"/>
                                </a:lnTo>
                                <a:lnTo>
                                  <a:pt x="2328739" y="3938309"/>
                                </a:lnTo>
                                <a:lnTo>
                                  <a:pt x="2322386" y="3937629"/>
                                </a:lnTo>
                                <a:lnTo>
                                  <a:pt x="2308774" y="3936495"/>
                                </a:lnTo>
                                <a:lnTo>
                                  <a:pt x="2294935" y="3935134"/>
                                </a:lnTo>
                                <a:lnTo>
                                  <a:pt x="2313538" y="3921979"/>
                                </a:lnTo>
                                <a:lnTo>
                                  <a:pt x="2292439" y="3928556"/>
                                </a:lnTo>
                                <a:lnTo>
                                  <a:pt x="2288809" y="3939897"/>
                                </a:lnTo>
                                <a:lnTo>
                                  <a:pt x="2263173" y="3943526"/>
                                </a:lnTo>
                                <a:lnTo>
                                  <a:pt x="2256993" y="3936382"/>
                                </a:lnTo>
                                <a:lnTo>
                                  <a:pt x="2256612" y="3945618"/>
                                </a:lnTo>
                                <a:lnTo>
                                  <a:pt x="2252074" y="3946752"/>
                                </a:lnTo>
                                <a:lnTo>
                                  <a:pt x="2247537" y="3947659"/>
                                </a:lnTo>
                                <a:lnTo>
                                  <a:pt x="2243227" y="3949020"/>
                                </a:lnTo>
                                <a:lnTo>
                                  <a:pt x="2238916" y="3950607"/>
                                </a:lnTo>
                                <a:lnTo>
                                  <a:pt x="2230522" y="3953556"/>
                                </a:lnTo>
                                <a:lnTo>
                                  <a:pt x="2223036" y="3956050"/>
                                </a:lnTo>
                                <a:lnTo>
                                  <a:pt x="2216684" y="3958318"/>
                                </a:lnTo>
                                <a:lnTo>
                                  <a:pt x="2213735" y="3958998"/>
                                </a:lnTo>
                                <a:lnTo>
                                  <a:pt x="2211693" y="3959452"/>
                                </a:lnTo>
                                <a:lnTo>
                                  <a:pt x="2209651" y="3959452"/>
                                </a:lnTo>
                                <a:lnTo>
                                  <a:pt x="2208290" y="3958998"/>
                                </a:lnTo>
                                <a:lnTo>
                                  <a:pt x="2207382" y="3958772"/>
                                </a:lnTo>
                                <a:lnTo>
                                  <a:pt x="2206929" y="3958318"/>
                                </a:lnTo>
                                <a:lnTo>
                                  <a:pt x="2206702" y="3957638"/>
                                </a:lnTo>
                                <a:lnTo>
                                  <a:pt x="2206702" y="3956957"/>
                                </a:lnTo>
                                <a:lnTo>
                                  <a:pt x="2206929" y="3956957"/>
                                </a:lnTo>
                                <a:lnTo>
                                  <a:pt x="2206212" y="3955217"/>
                                </a:lnTo>
                                <a:lnTo>
                                  <a:pt x="2206626" y="3956762"/>
                                </a:lnTo>
                                <a:lnTo>
                                  <a:pt x="2206399" y="3956762"/>
                                </a:lnTo>
                                <a:lnTo>
                                  <a:pt x="2175727" y="3971924"/>
                                </a:lnTo>
                                <a:lnTo>
                                  <a:pt x="2175540" y="3970929"/>
                                </a:lnTo>
                                <a:lnTo>
                                  <a:pt x="2167681" y="3985986"/>
                                </a:lnTo>
                                <a:lnTo>
                                  <a:pt x="2167001" y="3987573"/>
                                </a:lnTo>
                                <a:lnTo>
                                  <a:pt x="2166093" y="3988707"/>
                                </a:lnTo>
                                <a:lnTo>
                                  <a:pt x="2164732" y="3989841"/>
                                </a:lnTo>
                                <a:lnTo>
                                  <a:pt x="2162917" y="3991202"/>
                                </a:lnTo>
                                <a:lnTo>
                                  <a:pt x="2160876" y="3992336"/>
                                </a:lnTo>
                                <a:lnTo>
                                  <a:pt x="2158607" y="3993243"/>
                                </a:lnTo>
                                <a:lnTo>
                                  <a:pt x="2153162" y="3995284"/>
                                </a:lnTo>
                                <a:lnTo>
                                  <a:pt x="2147717" y="3997098"/>
                                </a:lnTo>
                                <a:lnTo>
                                  <a:pt x="2142046" y="3998686"/>
                                </a:lnTo>
                                <a:lnTo>
                                  <a:pt x="2136601" y="4000047"/>
                                </a:lnTo>
                                <a:lnTo>
                                  <a:pt x="2132291" y="4001634"/>
                                </a:lnTo>
                                <a:lnTo>
                                  <a:pt x="2129115" y="3981904"/>
                                </a:lnTo>
                                <a:lnTo>
                                  <a:pt x="2142273" y="3983038"/>
                                </a:lnTo>
                                <a:lnTo>
                                  <a:pt x="2128888" y="3980770"/>
                                </a:lnTo>
                                <a:lnTo>
                                  <a:pt x="2126619" y="3967616"/>
                                </a:lnTo>
                                <a:lnTo>
                                  <a:pt x="2124351" y="3954009"/>
                                </a:lnTo>
                                <a:lnTo>
                                  <a:pt x="2118906" y="3926341"/>
                                </a:lnTo>
                                <a:lnTo>
                                  <a:pt x="2113688" y="3897766"/>
                                </a:lnTo>
                                <a:lnTo>
                                  <a:pt x="2111193" y="3883479"/>
                                </a:lnTo>
                                <a:lnTo>
                                  <a:pt x="2108697" y="3869191"/>
                                </a:lnTo>
                                <a:lnTo>
                                  <a:pt x="2106202" y="3855130"/>
                                </a:lnTo>
                                <a:lnTo>
                                  <a:pt x="2104387" y="3840616"/>
                                </a:lnTo>
                                <a:lnTo>
                                  <a:pt x="2102799" y="3826555"/>
                                </a:lnTo>
                                <a:lnTo>
                                  <a:pt x="2101437" y="3812722"/>
                                </a:lnTo>
                                <a:lnTo>
                                  <a:pt x="2100757" y="3799114"/>
                                </a:lnTo>
                                <a:lnTo>
                                  <a:pt x="2100303" y="3785961"/>
                                </a:lnTo>
                                <a:lnTo>
                                  <a:pt x="2100530" y="3772807"/>
                                </a:lnTo>
                                <a:lnTo>
                                  <a:pt x="2100757" y="3766457"/>
                                </a:lnTo>
                                <a:lnTo>
                                  <a:pt x="2101083" y="3762054"/>
                                </a:lnTo>
                                <a:lnTo>
                                  <a:pt x="2095753" y="3763279"/>
                                </a:lnTo>
                                <a:lnTo>
                                  <a:pt x="2093936" y="3755585"/>
                                </a:lnTo>
                                <a:lnTo>
                                  <a:pt x="2097344" y="3755133"/>
                                </a:lnTo>
                                <a:lnTo>
                                  <a:pt x="2097310" y="3754957"/>
                                </a:lnTo>
                                <a:lnTo>
                                  <a:pt x="2094405" y="3755345"/>
                                </a:lnTo>
                                <a:lnTo>
                                  <a:pt x="2093724" y="3748541"/>
                                </a:lnTo>
                                <a:lnTo>
                                  <a:pt x="2092817" y="3741284"/>
                                </a:lnTo>
                                <a:lnTo>
                                  <a:pt x="2092246" y="3728536"/>
                                </a:lnTo>
                                <a:lnTo>
                                  <a:pt x="2087801" y="3705348"/>
                                </a:lnTo>
                                <a:lnTo>
                                  <a:pt x="2084394" y="3686791"/>
                                </a:lnTo>
                                <a:lnTo>
                                  <a:pt x="2081213" y="3660767"/>
                                </a:lnTo>
                                <a:lnTo>
                                  <a:pt x="2085984" y="3661899"/>
                                </a:lnTo>
                                <a:lnTo>
                                  <a:pt x="2090301" y="3662804"/>
                                </a:lnTo>
                                <a:lnTo>
                                  <a:pt x="2094617" y="3663030"/>
                                </a:lnTo>
                                <a:lnTo>
                                  <a:pt x="2098934" y="3663030"/>
                                </a:lnTo>
                                <a:lnTo>
                                  <a:pt x="2103251" y="3662125"/>
                                </a:lnTo>
                                <a:lnTo>
                                  <a:pt x="2107568" y="3660994"/>
                                </a:lnTo>
                                <a:lnTo>
                                  <a:pt x="2108202" y="3660783"/>
                                </a:lnTo>
                                <a:lnTo>
                                  <a:pt x="2107109" y="3661002"/>
                                </a:lnTo>
                                <a:lnTo>
                                  <a:pt x="2104840" y="3661229"/>
                                </a:lnTo>
                                <a:lnTo>
                                  <a:pt x="2102799" y="3661002"/>
                                </a:lnTo>
                                <a:lnTo>
                                  <a:pt x="2100757" y="3660775"/>
                                </a:lnTo>
                                <a:lnTo>
                                  <a:pt x="2098715" y="3660095"/>
                                </a:lnTo>
                                <a:lnTo>
                                  <a:pt x="2096900" y="3658961"/>
                                </a:lnTo>
                                <a:lnTo>
                                  <a:pt x="2095085" y="3657600"/>
                                </a:lnTo>
                                <a:lnTo>
                                  <a:pt x="2093270" y="3656013"/>
                                </a:lnTo>
                                <a:lnTo>
                                  <a:pt x="2091456" y="3654198"/>
                                </a:lnTo>
                                <a:lnTo>
                                  <a:pt x="2089867" y="3651930"/>
                                </a:lnTo>
                                <a:lnTo>
                                  <a:pt x="2088279" y="3649889"/>
                                </a:lnTo>
                                <a:lnTo>
                                  <a:pt x="2086691" y="3647168"/>
                                </a:lnTo>
                                <a:lnTo>
                                  <a:pt x="2085103" y="3644220"/>
                                </a:lnTo>
                                <a:lnTo>
                                  <a:pt x="2082381" y="3638096"/>
                                </a:lnTo>
                                <a:lnTo>
                                  <a:pt x="2079886" y="3631066"/>
                                </a:lnTo>
                                <a:lnTo>
                                  <a:pt x="2077390" y="3623355"/>
                                </a:lnTo>
                                <a:lnTo>
                                  <a:pt x="2075121" y="3615191"/>
                                </a:lnTo>
                                <a:lnTo>
                                  <a:pt x="2073307" y="3606120"/>
                                </a:lnTo>
                                <a:lnTo>
                                  <a:pt x="2071265" y="3596821"/>
                                </a:lnTo>
                                <a:lnTo>
                                  <a:pt x="2069904" y="3587070"/>
                                </a:lnTo>
                                <a:lnTo>
                                  <a:pt x="2068089" y="3577091"/>
                                </a:lnTo>
                                <a:lnTo>
                                  <a:pt x="2066954" y="3566886"/>
                                </a:lnTo>
                                <a:lnTo>
                                  <a:pt x="2065593" y="3556454"/>
                                </a:lnTo>
                                <a:lnTo>
                                  <a:pt x="2063551" y="3535816"/>
                                </a:lnTo>
                                <a:lnTo>
                                  <a:pt x="2061737" y="3515405"/>
                                </a:lnTo>
                                <a:lnTo>
                                  <a:pt x="2060602" y="3495902"/>
                                </a:lnTo>
                                <a:lnTo>
                                  <a:pt x="2058787" y="3463245"/>
                                </a:lnTo>
                                <a:lnTo>
                                  <a:pt x="2058334" y="3450771"/>
                                </a:lnTo>
                                <a:lnTo>
                                  <a:pt x="2057653" y="3441927"/>
                                </a:lnTo>
                                <a:lnTo>
                                  <a:pt x="2059937" y="3445879"/>
                                </a:lnTo>
                                <a:lnTo>
                                  <a:pt x="2059670" y="3445211"/>
                                </a:lnTo>
                                <a:lnTo>
                                  <a:pt x="2058082" y="3441582"/>
                                </a:lnTo>
                                <a:lnTo>
                                  <a:pt x="2056947" y="3438180"/>
                                </a:lnTo>
                                <a:lnTo>
                                  <a:pt x="2055813" y="3434553"/>
                                </a:lnTo>
                                <a:lnTo>
                                  <a:pt x="2054905" y="3430925"/>
                                </a:lnTo>
                                <a:lnTo>
                                  <a:pt x="2054452" y="3427293"/>
                                </a:lnTo>
                                <a:lnTo>
                                  <a:pt x="2054225" y="3423438"/>
                                </a:lnTo>
                                <a:lnTo>
                                  <a:pt x="2054225" y="3419810"/>
                                </a:lnTo>
                                <a:lnTo>
                                  <a:pt x="2054678" y="3415953"/>
                                </a:lnTo>
                                <a:lnTo>
                                  <a:pt x="2055359" y="3412099"/>
                                </a:lnTo>
                                <a:lnTo>
                                  <a:pt x="2056267" y="3408019"/>
                                </a:lnTo>
                                <a:lnTo>
                                  <a:pt x="2057324" y="3404424"/>
                                </a:lnTo>
                                <a:lnTo>
                                  <a:pt x="2051981" y="3403833"/>
                                </a:lnTo>
                                <a:lnTo>
                                  <a:pt x="2046990" y="3349190"/>
                                </a:lnTo>
                                <a:lnTo>
                                  <a:pt x="2041773" y="3294541"/>
                                </a:lnTo>
                                <a:lnTo>
                                  <a:pt x="2039504" y="3287965"/>
                                </a:lnTo>
                                <a:lnTo>
                                  <a:pt x="2037462" y="3281841"/>
                                </a:lnTo>
                                <a:lnTo>
                                  <a:pt x="2036328" y="3275944"/>
                                </a:lnTo>
                                <a:lnTo>
                                  <a:pt x="2036101" y="3273673"/>
                                </a:lnTo>
                                <a:lnTo>
                                  <a:pt x="2035874" y="3271182"/>
                                </a:lnTo>
                                <a:lnTo>
                                  <a:pt x="2035874" y="3268686"/>
                                </a:lnTo>
                                <a:lnTo>
                                  <a:pt x="2036101" y="3266421"/>
                                </a:lnTo>
                                <a:lnTo>
                                  <a:pt x="2036328" y="3264606"/>
                                </a:lnTo>
                                <a:lnTo>
                                  <a:pt x="2037008" y="3262564"/>
                                </a:lnTo>
                                <a:lnTo>
                                  <a:pt x="2037462" y="3260976"/>
                                </a:lnTo>
                                <a:lnTo>
                                  <a:pt x="2038370" y="3259161"/>
                                </a:lnTo>
                                <a:lnTo>
                                  <a:pt x="2039504" y="3257801"/>
                                </a:lnTo>
                                <a:lnTo>
                                  <a:pt x="2040638" y="3256214"/>
                                </a:lnTo>
                                <a:lnTo>
                                  <a:pt x="2041773" y="3255080"/>
                                </a:lnTo>
                                <a:lnTo>
                                  <a:pt x="2043361" y="3253947"/>
                                </a:lnTo>
                                <a:lnTo>
                                  <a:pt x="2044949" y="3253039"/>
                                </a:lnTo>
                                <a:lnTo>
                                  <a:pt x="2046990" y="3252134"/>
                                </a:lnTo>
                                <a:lnTo>
                                  <a:pt x="2048805" y="3251451"/>
                                </a:lnTo>
                                <a:lnTo>
                                  <a:pt x="2051074" y="3250999"/>
                                </a:lnTo>
                                <a:lnTo>
                                  <a:pt x="2053569" y="3250546"/>
                                </a:lnTo>
                                <a:lnTo>
                                  <a:pt x="2056065" y="3250319"/>
                                </a:lnTo>
                                <a:lnTo>
                                  <a:pt x="2061510" y="3250319"/>
                                </a:lnTo>
                                <a:lnTo>
                                  <a:pt x="2067862" y="3250773"/>
                                </a:lnTo>
                                <a:lnTo>
                                  <a:pt x="2074668" y="3251679"/>
                                </a:lnTo>
                                <a:lnTo>
                                  <a:pt x="2082154" y="3253039"/>
                                </a:lnTo>
                                <a:lnTo>
                                  <a:pt x="2104160" y="3250546"/>
                                </a:lnTo>
                                <a:lnTo>
                                  <a:pt x="2126392" y="3247371"/>
                                </a:lnTo>
                                <a:lnTo>
                                  <a:pt x="2171765" y="3241475"/>
                                </a:lnTo>
                                <a:lnTo>
                                  <a:pt x="2193997" y="3238979"/>
                                </a:lnTo>
                                <a:lnTo>
                                  <a:pt x="2216003" y="3236712"/>
                                </a:lnTo>
                                <a:lnTo>
                                  <a:pt x="2237555" y="3234896"/>
                                </a:lnTo>
                                <a:lnTo>
                                  <a:pt x="2247991" y="3234444"/>
                                </a:lnTo>
                                <a:lnTo>
                                  <a:pt x="2258200" y="3233991"/>
                                </a:lnTo>
                                <a:lnTo>
                                  <a:pt x="2258546" y="3244140"/>
                                </a:lnTo>
                                <a:lnTo>
                                  <a:pt x="2259316" y="3243148"/>
                                </a:lnTo>
                                <a:lnTo>
                                  <a:pt x="2260904" y="3240655"/>
                                </a:lnTo>
                                <a:lnTo>
                                  <a:pt x="2262946" y="3238613"/>
                                </a:lnTo>
                                <a:lnTo>
                                  <a:pt x="2265442" y="3236797"/>
                                </a:lnTo>
                                <a:lnTo>
                                  <a:pt x="2267937" y="3234757"/>
                                </a:lnTo>
                                <a:lnTo>
                                  <a:pt x="2271113" y="3233396"/>
                                </a:lnTo>
                                <a:lnTo>
                                  <a:pt x="2274970" y="3231580"/>
                                </a:lnTo>
                                <a:lnTo>
                                  <a:pt x="2279054" y="3230221"/>
                                </a:lnTo>
                                <a:lnTo>
                                  <a:pt x="2283591" y="3228859"/>
                                </a:lnTo>
                                <a:lnTo>
                                  <a:pt x="2288809" y="3227726"/>
                                </a:lnTo>
                                <a:lnTo>
                                  <a:pt x="2294481" y="3226818"/>
                                </a:lnTo>
                                <a:lnTo>
                                  <a:pt x="2300833" y="3225684"/>
                                </a:lnTo>
                                <a:lnTo>
                                  <a:pt x="2500480" y="3201189"/>
                                </a:lnTo>
                                <a:lnTo>
                                  <a:pt x="2699899" y="3176013"/>
                                </a:lnTo>
                                <a:lnTo>
                                  <a:pt x="2897277" y="3150834"/>
                                </a:lnTo>
                                <a:lnTo>
                                  <a:pt x="3094201" y="3125434"/>
                                </a:lnTo>
                                <a:lnTo>
                                  <a:pt x="3291352" y="3099349"/>
                                </a:lnTo>
                                <a:lnTo>
                                  <a:pt x="3488503" y="3073265"/>
                                </a:lnTo>
                                <a:lnTo>
                                  <a:pt x="3702442" y="3044461"/>
                                </a:lnTo>
                                <a:lnTo>
                                  <a:pt x="3916155" y="3015201"/>
                                </a:lnTo>
                                <a:lnTo>
                                  <a:pt x="3922507" y="3014518"/>
                                </a:lnTo>
                                <a:lnTo>
                                  <a:pt x="3928633" y="3014067"/>
                                </a:lnTo>
                                <a:lnTo>
                                  <a:pt x="3933851" y="3013613"/>
                                </a:lnTo>
                                <a:lnTo>
                                  <a:pt x="3939069" y="3013386"/>
                                </a:lnTo>
                                <a:close/>
                                <a:moveTo>
                                  <a:pt x="6786148" y="3012453"/>
                                </a:moveTo>
                                <a:lnTo>
                                  <a:pt x="6788632" y="3022886"/>
                                </a:lnTo>
                                <a:lnTo>
                                  <a:pt x="6788857" y="3023341"/>
                                </a:lnTo>
                                <a:lnTo>
                                  <a:pt x="6787051" y="3014948"/>
                                </a:lnTo>
                                <a:lnTo>
                                  <a:pt x="6786148" y="3012453"/>
                                </a:lnTo>
                                <a:close/>
                                <a:moveTo>
                                  <a:pt x="4188564" y="3007683"/>
                                </a:moveTo>
                                <a:lnTo>
                                  <a:pt x="4186812" y="3010892"/>
                                </a:lnTo>
                                <a:lnTo>
                                  <a:pt x="4184089" y="3016109"/>
                                </a:lnTo>
                                <a:lnTo>
                                  <a:pt x="4182047" y="3022004"/>
                                </a:lnTo>
                                <a:lnTo>
                                  <a:pt x="4179779" y="3028127"/>
                                </a:lnTo>
                                <a:lnTo>
                                  <a:pt x="4178191" y="3034708"/>
                                </a:lnTo>
                                <a:lnTo>
                                  <a:pt x="4176602" y="3041284"/>
                                </a:lnTo>
                                <a:lnTo>
                                  <a:pt x="4175468" y="3048317"/>
                                </a:lnTo>
                                <a:lnTo>
                                  <a:pt x="4174561" y="3055346"/>
                                </a:lnTo>
                                <a:lnTo>
                                  <a:pt x="4173653" y="3062607"/>
                                </a:lnTo>
                                <a:lnTo>
                                  <a:pt x="4172973" y="3069864"/>
                                </a:lnTo>
                                <a:lnTo>
                                  <a:pt x="4172746" y="3077574"/>
                                </a:lnTo>
                                <a:lnTo>
                                  <a:pt x="4172519" y="3085057"/>
                                </a:lnTo>
                                <a:lnTo>
                                  <a:pt x="4172519" y="3092547"/>
                                </a:lnTo>
                                <a:lnTo>
                                  <a:pt x="4172746" y="3100028"/>
                                </a:lnTo>
                                <a:lnTo>
                                  <a:pt x="4173199" y="3107741"/>
                                </a:lnTo>
                                <a:lnTo>
                                  <a:pt x="4173653" y="3115227"/>
                                </a:lnTo>
                                <a:lnTo>
                                  <a:pt x="4174561" y="3122485"/>
                                </a:lnTo>
                                <a:lnTo>
                                  <a:pt x="4175128" y="3126880"/>
                                </a:lnTo>
                                <a:lnTo>
                                  <a:pt x="4175352" y="3121949"/>
                                </a:lnTo>
                                <a:lnTo>
                                  <a:pt x="4175806" y="3117415"/>
                                </a:lnTo>
                                <a:lnTo>
                                  <a:pt x="4176713" y="3112652"/>
                                </a:lnTo>
                                <a:lnTo>
                                  <a:pt x="4177847" y="3107889"/>
                                </a:lnTo>
                                <a:lnTo>
                                  <a:pt x="4178981" y="3103353"/>
                                </a:lnTo>
                                <a:lnTo>
                                  <a:pt x="4179888" y="3098819"/>
                                </a:lnTo>
                                <a:lnTo>
                                  <a:pt x="4180568" y="3093829"/>
                                </a:lnTo>
                                <a:lnTo>
                                  <a:pt x="4181475" y="3089293"/>
                                </a:lnTo>
                                <a:lnTo>
                                  <a:pt x="4182382" y="3079770"/>
                                </a:lnTo>
                                <a:lnTo>
                                  <a:pt x="4183063" y="3070242"/>
                                </a:lnTo>
                                <a:lnTo>
                                  <a:pt x="4183743" y="3051420"/>
                                </a:lnTo>
                                <a:lnTo>
                                  <a:pt x="4183970" y="3042122"/>
                                </a:lnTo>
                                <a:lnTo>
                                  <a:pt x="4184650" y="3033050"/>
                                </a:lnTo>
                                <a:lnTo>
                                  <a:pt x="4185557" y="3024431"/>
                                </a:lnTo>
                                <a:lnTo>
                                  <a:pt x="4186011" y="3019895"/>
                                </a:lnTo>
                                <a:lnTo>
                                  <a:pt x="4186691" y="3015815"/>
                                </a:lnTo>
                                <a:lnTo>
                                  <a:pt x="4187372" y="3011734"/>
                                </a:lnTo>
                                <a:lnTo>
                                  <a:pt x="4188506" y="3007881"/>
                                </a:lnTo>
                                <a:lnTo>
                                  <a:pt x="4188564" y="3007683"/>
                                </a:lnTo>
                                <a:close/>
                                <a:moveTo>
                                  <a:pt x="6768420" y="3005182"/>
                                </a:moveTo>
                                <a:lnTo>
                                  <a:pt x="6770235" y="3015297"/>
                                </a:lnTo>
                                <a:lnTo>
                                  <a:pt x="6772276" y="3032166"/>
                                </a:lnTo>
                                <a:lnTo>
                                  <a:pt x="6767513" y="3011252"/>
                                </a:lnTo>
                                <a:lnTo>
                                  <a:pt x="6768420" y="3005182"/>
                                </a:lnTo>
                                <a:close/>
                                <a:moveTo>
                                  <a:pt x="6696075" y="2990938"/>
                                </a:moveTo>
                                <a:lnTo>
                                  <a:pt x="6699250" y="3005230"/>
                                </a:lnTo>
                                <a:lnTo>
                                  <a:pt x="6699091" y="3005013"/>
                                </a:lnTo>
                                <a:lnTo>
                                  <a:pt x="6696234" y="2995702"/>
                                </a:lnTo>
                                <a:lnTo>
                                  <a:pt x="6696075" y="2996134"/>
                                </a:lnTo>
                                <a:lnTo>
                                  <a:pt x="6696075" y="2990938"/>
                                </a:lnTo>
                                <a:close/>
                                <a:moveTo>
                                  <a:pt x="2042226" y="2989973"/>
                                </a:moveTo>
                                <a:lnTo>
                                  <a:pt x="2043588" y="2991105"/>
                                </a:lnTo>
                                <a:lnTo>
                                  <a:pt x="2051755" y="2995190"/>
                                </a:lnTo>
                                <a:lnTo>
                                  <a:pt x="2052208" y="2995414"/>
                                </a:lnTo>
                                <a:lnTo>
                                  <a:pt x="2042226" y="2989973"/>
                                </a:lnTo>
                                <a:close/>
                                <a:moveTo>
                                  <a:pt x="6758669" y="2987713"/>
                                </a:moveTo>
                                <a:lnTo>
                                  <a:pt x="6759349" y="2989579"/>
                                </a:lnTo>
                                <a:lnTo>
                                  <a:pt x="6759576" y="2992477"/>
                                </a:lnTo>
                                <a:lnTo>
                                  <a:pt x="6757988" y="2988129"/>
                                </a:lnTo>
                                <a:lnTo>
                                  <a:pt x="6758669" y="2987713"/>
                                </a:lnTo>
                                <a:close/>
                                <a:moveTo>
                                  <a:pt x="4492032" y="2980677"/>
                                </a:moveTo>
                                <a:lnTo>
                                  <a:pt x="4492153" y="2980735"/>
                                </a:lnTo>
                                <a:lnTo>
                                  <a:pt x="4492625" y="2981405"/>
                                </a:lnTo>
                                <a:lnTo>
                                  <a:pt x="4492032" y="2980677"/>
                                </a:lnTo>
                                <a:close/>
                                <a:moveTo>
                                  <a:pt x="4464050" y="2967116"/>
                                </a:moveTo>
                                <a:lnTo>
                                  <a:pt x="4481762" y="2974036"/>
                                </a:lnTo>
                                <a:lnTo>
                                  <a:pt x="4481526" y="2967784"/>
                                </a:lnTo>
                                <a:lnTo>
                                  <a:pt x="4492032" y="2980677"/>
                                </a:lnTo>
                                <a:lnTo>
                                  <a:pt x="4479164" y="2974484"/>
                                </a:lnTo>
                                <a:lnTo>
                                  <a:pt x="4464050" y="2967116"/>
                                </a:lnTo>
                                <a:close/>
                                <a:moveTo>
                                  <a:pt x="4270602" y="2967056"/>
                                </a:moveTo>
                                <a:lnTo>
                                  <a:pt x="4273777" y="2967284"/>
                                </a:lnTo>
                                <a:lnTo>
                                  <a:pt x="4276725" y="2967509"/>
                                </a:lnTo>
                                <a:lnTo>
                                  <a:pt x="4279674" y="2967964"/>
                                </a:lnTo>
                                <a:lnTo>
                                  <a:pt x="4282395" y="2968644"/>
                                </a:lnTo>
                                <a:lnTo>
                                  <a:pt x="4284663" y="2969550"/>
                                </a:lnTo>
                                <a:lnTo>
                                  <a:pt x="4287158" y="2970912"/>
                                </a:lnTo>
                                <a:lnTo>
                                  <a:pt x="4289652" y="2972045"/>
                                </a:lnTo>
                                <a:lnTo>
                                  <a:pt x="4291920" y="2973860"/>
                                </a:lnTo>
                                <a:lnTo>
                                  <a:pt x="4294188" y="2975901"/>
                                </a:lnTo>
                                <a:lnTo>
                                  <a:pt x="4296683" y="2978169"/>
                                </a:lnTo>
                                <a:lnTo>
                                  <a:pt x="4298724" y="2980890"/>
                                </a:lnTo>
                                <a:lnTo>
                                  <a:pt x="4300991" y="2983839"/>
                                </a:lnTo>
                                <a:lnTo>
                                  <a:pt x="4303259" y="2987014"/>
                                </a:lnTo>
                                <a:lnTo>
                                  <a:pt x="4305527" y="2990645"/>
                                </a:lnTo>
                                <a:lnTo>
                                  <a:pt x="4307795" y="2994724"/>
                                </a:lnTo>
                                <a:lnTo>
                                  <a:pt x="4312784" y="3003573"/>
                                </a:lnTo>
                                <a:lnTo>
                                  <a:pt x="4317547" y="3014678"/>
                                </a:lnTo>
                                <a:lnTo>
                                  <a:pt x="4319815" y="3018986"/>
                                </a:lnTo>
                                <a:lnTo>
                                  <a:pt x="4321856" y="3023298"/>
                                </a:lnTo>
                                <a:lnTo>
                                  <a:pt x="4326845" y="3032143"/>
                                </a:lnTo>
                                <a:lnTo>
                                  <a:pt x="4332061" y="3040307"/>
                                </a:lnTo>
                                <a:lnTo>
                                  <a:pt x="4337958" y="3048925"/>
                                </a:lnTo>
                                <a:lnTo>
                                  <a:pt x="4343854" y="3057090"/>
                                </a:lnTo>
                                <a:lnTo>
                                  <a:pt x="4349977" y="3065255"/>
                                </a:lnTo>
                                <a:lnTo>
                                  <a:pt x="4361770" y="3080449"/>
                                </a:lnTo>
                                <a:lnTo>
                                  <a:pt x="4362677" y="3082942"/>
                                </a:lnTo>
                                <a:lnTo>
                                  <a:pt x="4363584" y="3085210"/>
                                </a:lnTo>
                                <a:lnTo>
                                  <a:pt x="4364718" y="3087025"/>
                                </a:lnTo>
                                <a:lnTo>
                                  <a:pt x="4365852" y="3089066"/>
                                </a:lnTo>
                                <a:lnTo>
                                  <a:pt x="4367440" y="3090880"/>
                                </a:lnTo>
                                <a:lnTo>
                                  <a:pt x="4368800" y="3092696"/>
                                </a:lnTo>
                                <a:lnTo>
                                  <a:pt x="4370615" y="3094056"/>
                                </a:lnTo>
                                <a:lnTo>
                                  <a:pt x="4372429" y="3095869"/>
                                </a:lnTo>
                                <a:lnTo>
                                  <a:pt x="4369254" y="3071150"/>
                                </a:lnTo>
                                <a:lnTo>
                                  <a:pt x="4370388" y="3070695"/>
                                </a:lnTo>
                                <a:lnTo>
                                  <a:pt x="4371295" y="3070470"/>
                                </a:lnTo>
                                <a:lnTo>
                                  <a:pt x="4372429" y="3070470"/>
                                </a:lnTo>
                                <a:lnTo>
                                  <a:pt x="4373563" y="3070470"/>
                                </a:lnTo>
                                <a:lnTo>
                                  <a:pt x="4375377" y="3070923"/>
                                </a:lnTo>
                                <a:lnTo>
                                  <a:pt x="4377645" y="3072056"/>
                                </a:lnTo>
                                <a:lnTo>
                                  <a:pt x="4379686" y="3073418"/>
                                </a:lnTo>
                                <a:lnTo>
                                  <a:pt x="4381954" y="3075232"/>
                                </a:lnTo>
                                <a:lnTo>
                                  <a:pt x="4384222" y="3077274"/>
                                </a:lnTo>
                                <a:lnTo>
                                  <a:pt x="4386036" y="3079542"/>
                                </a:lnTo>
                                <a:lnTo>
                                  <a:pt x="4389892" y="3084529"/>
                                </a:lnTo>
                                <a:lnTo>
                                  <a:pt x="4393293" y="3089745"/>
                                </a:lnTo>
                                <a:lnTo>
                                  <a:pt x="4396242" y="3094509"/>
                                </a:lnTo>
                                <a:lnTo>
                                  <a:pt x="4398509" y="3098591"/>
                                </a:lnTo>
                                <a:lnTo>
                                  <a:pt x="4410983" y="3097908"/>
                                </a:lnTo>
                                <a:lnTo>
                                  <a:pt x="4420281" y="3095869"/>
                                </a:lnTo>
                                <a:lnTo>
                                  <a:pt x="4437970" y="3108796"/>
                                </a:lnTo>
                                <a:lnTo>
                                  <a:pt x="4457701" y="3112652"/>
                                </a:lnTo>
                                <a:lnTo>
                                  <a:pt x="4461783" y="3114467"/>
                                </a:lnTo>
                                <a:lnTo>
                                  <a:pt x="4465411" y="3116734"/>
                                </a:lnTo>
                                <a:lnTo>
                                  <a:pt x="4473576" y="3123992"/>
                                </a:lnTo>
                                <a:lnTo>
                                  <a:pt x="4482647" y="3131928"/>
                                </a:lnTo>
                                <a:lnTo>
                                  <a:pt x="4491945" y="3140320"/>
                                </a:lnTo>
                                <a:lnTo>
                                  <a:pt x="4501017" y="3148029"/>
                                </a:lnTo>
                                <a:lnTo>
                                  <a:pt x="4505552" y="3151657"/>
                                </a:lnTo>
                                <a:lnTo>
                                  <a:pt x="4509861" y="3155289"/>
                                </a:lnTo>
                                <a:lnTo>
                                  <a:pt x="4514170" y="3158235"/>
                                </a:lnTo>
                                <a:lnTo>
                                  <a:pt x="4518252" y="3160956"/>
                                </a:lnTo>
                                <a:lnTo>
                                  <a:pt x="4521881" y="3163224"/>
                                </a:lnTo>
                                <a:lnTo>
                                  <a:pt x="4525736" y="3164810"/>
                                </a:lnTo>
                                <a:lnTo>
                                  <a:pt x="4529138" y="3165720"/>
                                </a:lnTo>
                                <a:lnTo>
                                  <a:pt x="4530499" y="3166172"/>
                                </a:lnTo>
                                <a:lnTo>
                                  <a:pt x="4531860" y="3166172"/>
                                </a:lnTo>
                                <a:lnTo>
                                  <a:pt x="4536395" y="3169119"/>
                                </a:lnTo>
                                <a:lnTo>
                                  <a:pt x="4540477" y="3172520"/>
                                </a:lnTo>
                                <a:lnTo>
                                  <a:pt x="4544333" y="3175926"/>
                                </a:lnTo>
                                <a:lnTo>
                                  <a:pt x="4548188" y="3179780"/>
                                </a:lnTo>
                                <a:lnTo>
                                  <a:pt x="4555219" y="3187036"/>
                                </a:lnTo>
                                <a:lnTo>
                                  <a:pt x="4562476" y="3194295"/>
                                </a:lnTo>
                                <a:lnTo>
                                  <a:pt x="4565877" y="3197696"/>
                                </a:lnTo>
                                <a:lnTo>
                                  <a:pt x="4569733" y="3201323"/>
                                </a:lnTo>
                                <a:lnTo>
                                  <a:pt x="4573588" y="3204499"/>
                                </a:lnTo>
                                <a:lnTo>
                                  <a:pt x="4577444" y="3207674"/>
                                </a:lnTo>
                                <a:lnTo>
                                  <a:pt x="4581526" y="3210620"/>
                                </a:lnTo>
                                <a:lnTo>
                                  <a:pt x="4586061" y="3212890"/>
                                </a:lnTo>
                                <a:lnTo>
                                  <a:pt x="4590824" y="3215382"/>
                                </a:lnTo>
                                <a:lnTo>
                                  <a:pt x="4595813" y="3217425"/>
                                </a:lnTo>
                                <a:lnTo>
                                  <a:pt x="4593298" y="3220079"/>
                                </a:lnTo>
                                <a:lnTo>
                                  <a:pt x="4595499" y="3217905"/>
                                </a:lnTo>
                                <a:lnTo>
                                  <a:pt x="4614800" y="3240130"/>
                                </a:lnTo>
                                <a:lnTo>
                                  <a:pt x="4619625" y="3254417"/>
                                </a:lnTo>
                                <a:lnTo>
                                  <a:pt x="4612962" y="3265755"/>
                                </a:lnTo>
                                <a:lnTo>
                                  <a:pt x="4609515" y="3268700"/>
                                </a:lnTo>
                                <a:lnTo>
                                  <a:pt x="4588376" y="3282994"/>
                                </a:lnTo>
                                <a:lnTo>
                                  <a:pt x="4574360" y="3297957"/>
                                </a:lnTo>
                                <a:lnTo>
                                  <a:pt x="4591823" y="3295690"/>
                                </a:lnTo>
                                <a:lnTo>
                                  <a:pt x="4613192" y="3294784"/>
                                </a:lnTo>
                                <a:lnTo>
                                  <a:pt x="4613881" y="3295459"/>
                                </a:lnTo>
                                <a:lnTo>
                                  <a:pt x="4614111" y="3296142"/>
                                </a:lnTo>
                                <a:lnTo>
                                  <a:pt x="4614341" y="3297957"/>
                                </a:lnTo>
                                <a:lnTo>
                                  <a:pt x="4614291" y="3298395"/>
                                </a:lnTo>
                                <a:lnTo>
                                  <a:pt x="4615144" y="3295766"/>
                                </a:lnTo>
                                <a:lnTo>
                                  <a:pt x="4618774" y="3297808"/>
                                </a:lnTo>
                                <a:lnTo>
                                  <a:pt x="4622404" y="3299851"/>
                                </a:lnTo>
                                <a:lnTo>
                                  <a:pt x="4625580" y="3302119"/>
                                </a:lnTo>
                                <a:lnTo>
                                  <a:pt x="4628756" y="3304615"/>
                                </a:lnTo>
                                <a:lnTo>
                                  <a:pt x="4631932" y="3307108"/>
                                </a:lnTo>
                                <a:lnTo>
                                  <a:pt x="4634882" y="3309603"/>
                                </a:lnTo>
                                <a:lnTo>
                                  <a:pt x="4640100" y="3315045"/>
                                </a:lnTo>
                                <a:lnTo>
                                  <a:pt x="4645545" y="3320714"/>
                                </a:lnTo>
                                <a:lnTo>
                                  <a:pt x="4650309" y="3326157"/>
                                </a:lnTo>
                                <a:lnTo>
                                  <a:pt x="4655527" y="3331826"/>
                                </a:lnTo>
                                <a:lnTo>
                                  <a:pt x="4660291" y="3336813"/>
                                </a:lnTo>
                                <a:lnTo>
                                  <a:pt x="4665736" y="3341806"/>
                                </a:lnTo>
                                <a:lnTo>
                                  <a:pt x="4668459" y="3343845"/>
                                </a:lnTo>
                                <a:lnTo>
                                  <a:pt x="4671181" y="3346113"/>
                                </a:lnTo>
                                <a:lnTo>
                                  <a:pt x="4673903" y="3347929"/>
                                </a:lnTo>
                                <a:lnTo>
                                  <a:pt x="4677080" y="3349514"/>
                                </a:lnTo>
                                <a:lnTo>
                                  <a:pt x="4680029" y="3351102"/>
                                </a:lnTo>
                                <a:lnTo>
                                  <a:pt x="4683432" y="3352238"/>
                                </a:lnTo>
                                <a:lnTo>
                                  <a:pt x="4686835" y="3353372"/>
                                </a:lnTo>
                                <a:lnTo>
                                  <a:pt x="4690465" y="3354051"/>
                                </a:lnTo>
                                <a:lnTo>
                                  <a:pt x="4694322" y="3354505"/>
                                </a:lnTo>
                                <a:lnTo>
                                  <a:pt x="4698406" y="3354728"/>
                                </a:lnTo>
                                <a:lnTo>
                                  <a:pt x="4702716" y="3354728"/>
                                </a:lnTo>
                                <a:lnTo>
                                  <a:pt x="4707027" y="3353825"/>
                                </a:lnTo>
                                <a:lnTo>
                                  <a:pt x="4712018" y="3353136"/>
                                </a:lnTo>
                                <a:lnTo>
                                  <a:pt x="4716782" y="3352005"/>
                                </a:lnTo>
                                <a:lnTo>
                                  <a:pt x="4730167" y="3346793"/>
                                </a:lnTo>
                                <a:lnTo>
                                  <a:pt x="4743099" y="3341577"/>
                                </a:lnTo>
                                <a:lnTo>
                                  <a:pt x="4756031" y="3335908"/>
                                </a:lnTo>
                                <a:lnTo>
                                  <a:pt x="4768509" y="3330240"/>
                                </a:lnTo>
                                <a:lnTo>
                                  <a:pt x="4793464" y="3318677"/>
                                </a:lnTo>
                                <a:lnTo>
                                  <a:pt x="4817967" y="3306652"/>
                                </a:lnTo>
                                <a:lnTo>
                                  <a:pt x="4842695" y="3295085"/>
                                </a:lnTo>
                                <a:lnTo>
                                  <a:pt x="4855400" y="3289416"/>
                                </a:lnTo>
                                <a:lnTo>
                                  <a:pt x="4868332" y="3283974"/>
                                </a:lnTo>
                                <a:lnTo>
                                  <a:pt x="4881490" y="3278529"/>
                                </a:lnTo>
                                <a:lnTo>
                                  <a:pt x="4894876" y="3273539"/>
                                </a:lnTo>
                                <a:lnTo>
                                  <a:pt x="4908488" y="3268551"/>
                                </a:lnTo>
                                <a:lnTo>
                                  <a:pt x="4922554" y="3264013"/>
                                </a:lnTo>
                                <a:lnTo>
                                  <a:pt x="4926865" y="3264469"/>
                                </a:lnTo>
                                <a:lnTo>
                                  <a:pt x="4930948" y="3264469"/>
                                </a:lnTo>
                                <a:lnTo>
                                  <a:pt x="4935259" y="3264242"/>
                                </a:lnTo>
                                <a:lnTo>
                                  <a:pt x="4939116" y="3264013"/>
                                </a:lnTo>
                                <a:lnTo>
                                  <a:pt x="4942746" y="3263335"/>
                                </a:lnTo>
                                <a:lnTo>
                                  <a:pt x="4946375" y="3262427"/>
                                </a:lnTo>
                                <a:lnTo>
                                  <a:pt x="4950005" y="3261292"/>
                                </a:lnTo>
                                <a:lnTo>
                                  <a:pt x="4953408" y="3260160"/>
                                </a:lnTo>
                                <a:lnTo>
                                  <a:pt x="4956812" y="3258571"/>
                                </a:lnTo>
                                <a:lnTo>
                                  <a:pt x="4959988" y="3257209"/>
                                </a:lnTo>
                                <a:lnTo>
                                  <a:pt x="4963164" y="3255170"/>
                                </a:lnTo>
                                <a:lnTo>
                                  <a:pt x="4966340" y="3253581"/>
                                </a:lnTo>
                                <a:lnTo>
                                  <a:pt x="4972239" y="3249046"/>
                                </a:lnTo>
                                <a:lnTo>
                                  <a:pt x="4977684" y="3244510"/>
                                </a:lnTo>
                                <a:lnTo>
                                  <a:pt x="4983129" y="3239745"/>
                                </a:lnTo>
                                <a:lnTo>
                                  <a:pt x="4988347" y="3234530"/>
                                </a:lnTo>
                                <a:lnTo>
                                  <a:pt x="4998556" y="3224322"/>
                                </a:lnTo>
                                <a:lnTo>
                                  <a:pt x="5003774" y="3219334"/>
                                </a:lnTo>
                                <a:lnTo>
                                  <a:pt x="5009219" y="3214344"/>
                                </a:lnTo>
                                <a:lnTo>
                                  <a:pt x="5014437" y="3210036"/>
                                </a:lnTo>
                                <a:lnTo>
                                  <a:pt x="5019882" y="3205953"/>
                                </a:lnTo>
                                <a:lnTo>
                                  <a:pt x="5021923" y="3204590"/>
                                </a:lnTo>
                                <a:lnTo>
                                  <a:pt x="5024192" y="3203457"/>
                                </a:lnTo>
                                <a:lnTo>
                                  <a:pt x="5026234" y="3202775"/>
                                </a:lnTo>
                                <a:lnTo>
                                  <a:pt x="5028049" y="3201870"/>
                                </a:lnTo>
                                <a:lnTo>
                                  <a:pt x="5029864" y="3201189"/>
                                </a:lnTo>
                                <a:lnTo>
                                  <a:pt x="5031679" y="3200962"/>
                                </a:lnTo>
                                <a:lnTo>
                                  <a:pt x="5033494" y="3200733"/>
                                </a:lnTo>
                                <a:lnTo>
                                  <a:pt x="5034855" y="3200962"/>
                                </a:lnTo>
                                <a:lnTo>
                                  <a:pt x="5036670" y="3200962"/>
                                </a:lnTo>
                                <a:lnTo>
                                  <a:pt x="5038031" y="3201415"/>
                                </a:lnTo>
                                <a:lnTo>
                                  <a:pt x="5039619" y="3201870"/>
                                </a:lnTo>
                                <a:lnTo>
                                  <a:pt x="5040981" y="3202775"/>
                                </a:lnTo>
                                <a:lnTo>
                                  <a:pt x="5042115" y="3203457"/>
                                </a:lnTo>
                                <a:lnTo>
                                  <a:pt x="5043703" y="3204362"/>
                                </a:lnTo>
                                <a:lnTo>
                                  <a:pt x="5045972" y="3206858"/>
                                </a:lnTo>
                                <a:lnTo>
                                  <a:pt x="5048240" y="3209581"/>
                                </a:lnTo>
                                <a:lnTo>
                                  <a:pt x="5050282" y="3212982"/>
                                </a:lnTo>
                                <a:lnTo>
                                  <a:pt x="5051870" y="3216612"/>
                                </a:lnTo>
                                <a:lnTo>
                                  <a:pt x="5053685" y="3220466"/>
                                </a:lnTo>
                                <a:lnTo>
                                  <a:pt x="5055047" y="3224777"/>
                                </a:lnTo>
                                <a:lnTo>
                                  <a:pt x="5056181" y="3229086"/>
                                </a:lnTo>
                                <a:lnTo>
                                  <a:pt x="5057542" y="3234076"/>
                                </a:lnTo>
                                <a:lnTo>
                                  <a:pt x="5058450" y="3238840"/>
                                </a:lnTo>
                                <a:lnTo>
                                  <a:pt x="5060265" y="3249046"/>
                                </a:lnTo>
                                <a:lnTo>
                                  <a:pt x="5061399" y="3259024"/>
                                </a:lnTo>
                                <a:lnTo>
                                  <a:pt x="5062306" y="3269006"/>
                                </a:lnTo>
                                <a:lnTo>
                                  <a:pt x="5062760" y="3278072"/>
                                </a:lnTo>
                                <a:lnTo>
                                  <a:pt x="5063895" y="3292591"/>
                                </a:lnTo>
                                <a:lnTo>
                                  <a:pt x="5064121" y="3297355"/>
                                </a:lnTo>
                                <a:lnTo>
                                  <a:pt x="5064575" y="3299623"/>
                                </a:lnTo>
                                <a:lnTo>
                                  <a:pt x="5064575" y="3293727"/>
                                </a:lnTo>
                                <a:lnTo>
                                  <a:pt x="5075238" y="3298486"/>
                                </a:lnTo>
                                <a:lnTo>
                                  <a:pt x="5074784" y="3299851"/>
                                </a:lnTo>
                                <a:lnTo>
                                  <a:pt x="5073423" y="3300754"/>
                                </a:lnTo>
                                <a:lnTo>
                                  <a:pt x="5072062" y="3301890"/>
                                </a:lnTo>
                                <a:lnTo>
                                  <a:pt x="5069113" y="3304615"/>
                                </a:lnTo>
                                <a:lnTo>
                                  <a:pt x="5066617" y="3308240"/>
                                </a:lnTo>
                                <a:lnTo>
                                  <a:pt x="5063895" y="3312325"/>
                                </a:lnTo>
                                <a:lnTo>
                                  <a:pt x="5061172" y="3317538"/>
                                </a:lnTo>
                                <a:lnTo>
                                  <a:pt x="5058450" y="3322987"/>
                                </a:lnTo>
                                <a:lnTo>
                                  <a:pt x="5055500" y="3329331"/>
                                </a:lnTo>
                                <a:lnTo>
                                  <a:pt x="5052778" y="3336135"/>
                                </a:lnTo>
                                <a:lnTo>
                                  <a:pt x="5050282" y="3343392"/>
                                </a:lnTo>
                                <a:lnTo>
                                  <a:pt x="5047560" y="3351102"/>
                                </a:lnTo>
                                <a:lnTo>
                                  <a:pt x="5042115" y="3367430"/>
                                </a:lnTo>
                                <a:lnTo>
                                  <a:pt x="5036897" y="3385339"/>
                                </a:lnTo>
                                <a:lnTo>
                                  <a:pt x="5031679" y="3403479"/>
                                </a:lnTo>
                                <a:lnTo>
                                  <a:pt x="5026915" y="3422306"/>
                                </a:lnTo>
                                <a:lnTo>
                                  <a:pt x="5022150" y="3440901"/>
                                </a:lnTo>
                                <a:lnTo>
                                  <a:pt x="5013529" y="3475831"/>
                                </a:lnTo>
                                <a:lnTo>
                                  <a:pt x="5006269" y="3505771"/>
                                </a:lnTo>
                                <a:lnTo>
                                  <a:pt x="5003093" y="3517792"/>
                                </a:lnTo>
                                <a:lnTo>
                                  <a:pt x="5000371" y="3527091"/>
                                </a:lnTo>
                                <a:lnTo>
                                  <a:pt x="4993338" y="3550000"/>
                                </a:lnTo>
                                <a:lnTo>
                                  <a:pt x="4986758" y="3572682"/>
                                </a:lnTo>
                                <a:lnTo>
                                  <a:pt x="4980179" y="3595363"/>
                                </a:lnTo>
                                <a:lnTo>
                                  <a:pt x="4973146" y="3617364"/>
                                </a:lnTo>
                                <a:lnTo>
                                  <a:pt x="4969743" y="3628478"/>
                                </a:lnTo>
                                <a:lnTo>
                                  <a:pt x="4965886" y="3639592"/>
                                </a:lnTo>
                                <a:lnTo>
                                  <a:pt x="4962030" y="3650480"/>
                                </a:lnTo>
                                <a:lnTo>
                                  <a:pt x="4957492" y="3661367"/>
                                </a:lnTo>
                                <a:lnTo>
                                  <a:pt x="4953182" y="3672254"/>
                                </a:lnTo>
                                <a:lnTo>
                                  <a:pt x="4948417" y="3683141"/>
                                </a:lnTo>
                                <a:lnTo>
                                  <a:pt x="4942972" y="3694028"/>
                                </a:lnTo>
                                <a:lnTo>
                                  <a:pt x="4937301" y="3704689"/>
                                </a:lnTo>
                                <a:lnTo>
                                  <a:pt x="4933217" y="3712400"/>
                                </a:lnTo>
                                <a:lnTo>
                                  <a:pt x="4928906" y="3720112"/>
                                </a:lnTo>
                                <a:lnTo>
                                  <a:pt x="4924142" y="3727597"/>
                                </a:lnTo>
                                <a:lnTo>
                                  <a:pt x="4919605" y="3735082"/>
                                </a:lnTo>
                                <a:lnTo>
                                  <a:pt x="4909849" y="3749598"/>
                                </a:lnTo>
                                <a:lnTo>
                                  <a:pt x="4899640" y="3764114"/>
                                </a:lnTo>
                                <a:lnTo>
                                  <a:pt x="4889204" y="3778177"/>
                                </a:lnTo>
                                <a:lnTo>
                                  <a:pt x="4878541" y="3792240"/>
                                </a:lnTo>
                                <a:lnTo>
                                  <a:pt x="4856761" y="3819911"/>
                                </a:lnTo>
                                <a:lnTo>
                                  <a:pt x="4844057" y="3836696"/>
                                </a:lnTo>
                                <a:lnTo>
                                  <a:pt x="4830898" y="3853934"/>
                                </a:lnTo>
                                <a:lnTo>
                                  <a:pt x="4804354" y="3890224"/>
                                </a:lnTo>
                                <a:lnTo>
                                  <a:pt x="4777357" y="3927422"/>
                                </a:lnTo>
                                <a:lnTo>
                                  <a:pt x="4763517" y="3946248"/>
                                </a:lnTo>
                                <a:lnTo>
                                  <a:pt x="4749678" y="3964620"/>
                                </a:lnTo>
                                <a:lnTo>
                                  <a:pt x="4735612" y="3982765"/>
                                </a:lnTo>
                                <a:lnTo>
                                  <a:pt x="4720866" y="4000684"/>
                                </a:lnTo>
                                <a:lnTo>
                                  <a:pt x="4706346" y="4017922"/>
                                </a:lnTo>
                                <a:lnTo>
                                  <a:pt x="4699086" y="4026314"/>
                                </a:lnTo>
                                <a:lnTo>
                                  <a:pt x="4691826" y="4034706"/>
                                </a:lnTo>
                                <a:lnTo>
                                  <a:pt x="4684113" y="4042645"/>
                                </a:lnTo>
                                <a:lnTo>
                                  <a:pt x="4676626" y="4050357"/>
                                </a:lnTo>
                                <a:lnTo>
                                  <a:pt x="4669139" y="4058068"/>
                                </a:lnTo>
                                <a:lnTo>
                                  <a:pt x="4661426" y="4065553"/>
                                </a:lnTo>
                                <a:lnTo>
                                  <a:pt x="4653485" y="4072585"/>
                                </a:lnTo>
                                <a:lnTo>
                                  <a:pt x="4645771" y="4079389"/>
                                </a:lnTo>
                                <a:lnTo>
                                  <a:pt x="4638058" y="4085967"/>
                                </a:lnTo>
                                <a:lnTo>
                                  <a:pt x="4629891" y="4092091"/>
                                </a:lnTo>
                                <a:lnTo>
                                  <a:pt x="4629664" y="4098442"/>
                                </a:lnTo>
                                <a:lnTo>
                                  <a:pt x="4480609" y="4119536"/>
                                </a:lnTo>
                                <a:lnTo>
                                  <a:pt x="4331328" y="4140629"/>
                                </a:lnTo>
                                <a:lnTo>
                                  <a:pt x="4322707" y="4141764"/>
                                </a:lnTo>
                                <a:lnTo>
                                  <a:pt x="4311591" y="4143805"/>
                                </a:lnTo>
                                <a:lnTo>
                                  <a:pt x="4283459" y="4149248"/>
                                </a:lnTo>
                                <a:lnTo>
                                  <a:pt x="4267351" y="4151743"/>
                                </a:lnTo>
                                <a:lnTo>
                                  <a:pt x="4250789" y="4154238"/>
                                </a:lnTo>
                                <a:lnTo>
                                  <a:pt x="4234228" y="4156280"/>
                                </a:lnTo>
                                <a:lnTo>
                                  <a:pt x="4226287" y="4157187"/>
                                </a:lnTo>
                                <a:lnTo>
                                  <a:pt x="4218574" y="4157641"/>
                                </a:lnTo>
                                <a:lnTo>
                                  <a:pt x="4210860" y="4158094"/>
                                </a:lnTo>
                                <a:lnTo>
                                  <a:pt x="4203827" y="4158321"/>
                                </a:lnTo>
                                <a:lnTo>
                                  <a:pt x="4197248" y="4158094"/>
                                </a:lnTo>
                                <a:lnTo>
                                  <a:pt x="4190895" y="4157867"/>
                                </a:lnTo>
                                <a:lnTo>
                                  <a:pt x="4185677" y="4157187"/>
                                </a:lnTo>
                                <a:lnTo>
                                  <a:pt x="4180686" y="4156280"/>
                                </a:lnTo>
                                <a:lnTo>
                                  <a:pt x="4178644" y="4155599"/>
                                </a:lnTo>
                                <a:lnTo>
                                  <a:pt x="4176602" y="4154692"/>
                                </a:lnTo>
                                <a:lnTo>
                                  <a:pt x="4174787" y="4153785"/>
                                </a:lnTo>
                                <a:lnTo>
                                  <a:pt x="4173199" y="4152878"/>
                                </a:lnTo>
                                <a:lnTo>
                                  <a:pt x="4172065" y="4151743"/>
                                </a:lnTo>
                                <a:lnTo>
                                  <a:pt x="4170704" y="4150609"/>
                                </a:lnTo>
                                <a:lnTo>
                                  <a:pt x="4169796" y="4149475"/>
                                </a:lnTo>
                                <a:lnTo>
                                  <a:pt x="4169343" y="4147888"/>
                                </a:lnTo>
                                <a:lnTo>
                                  <a:pt x="4168889" y="4146527"/>
                                </a:lnTo>
                                <a:lnTo>
                                  <a:pt x="4168889" y="4144712"/>
                                </a:lnTo>
                                <a:lnTo>
                                  <a:pt x="4169116" y="4143124"/>
                                </a:lnTo>
                                <a:lnTo>
                                  <a:pt x="4169569" y="4141083"/>
                                </a:lnTo>
                                <a:lnTo>
                                  <a:pt x="4170250" y="4139042"/>
                                </a:lnTo>
                                <a:lnTo>
                                  <a:pt x="4171384" y="4136774"/>
                                </a:lnTo>
                                <a:lnTo>
                                  <a:pt x="4172519" y="4134505"/>
                                </a:lnTo>
                                <a:lnTo>
                                  <a:pt x="4174107" y="4132237"/>
                                </a:lnTo>
                                <a:lnTo>
                                  <a:pt x="4176376" y="4129515"/>
                                </a:lnTo>
                                <a:lnTo>
                                  <a:pt x="4178644" y="4126794"/>
                                </a:lnTo>
                                <a:lnTo>
                                  <a:pt x="4181367" y="4123845"/>
                                </a:lnTo>
                                <a:lnTo>
                                  <a:pt x="4184543" y="4120670"/>
                                </a:lnTo>
                                <a:lnTo>
                                  <a:pt x="4206549" y="4111824"/>
                                </a:lnTo>
                                <a:lnTo>
                                  <a:pt x="4204961" y="4110690"/>
                                </a:lnTo>
                                <a:lnTo>
                                  <a:pt x="4203146" y="4109782"/>
                                </a:lnTo>
                                <a:lnTo>
                                  <a:pt x="4201558" y="4109102"/>
                                </a:lnTo>
                                <a:lnTo>
                                  <a:pt x="4199516" y="4108422"/>
                                </a:lnTo>
                                <a:lnTo>
                                  <a:pt x="4195886" y="4107514"/>
                                </a:lnTo>
                                <a:lnTo>
                                  <a:pt x="4191803" y="4107061"/>
                                </a:lnTo>
                                <a:lnTo>
                                  <a:pt x="4187492" y="4107061"/>
                                </a:lnTo>
                                <a:lnTo>
                                  <a:pt x="4183409" y="4107287"/>
                                </a:lnTo>
                                <a:lnTo>
                                  <a:pt x="4174561" y="4107741"/>
                                </a:lnTo>
                                <a:lnTo>
                                  <a:pt x="4169796" y="4107741"/>
                                </a:lnTo>
                                <a:lnTo>
                                  <a:pt x="4165259" y="4107287"/>
                                </a:lnTo>
                                <a:lnTo>
                                  <a:pt x="4160495" y="4106834"/>
                                </a:lnTo>
                                <a:lnTo>
                                  <a:pt x="4158453" y="4106153"/>
                                </a:lnTo>
                                <a:lnTo>
                                  <a:pt x="4156184" y="4105473"/>
                                </a:lnTo>
                                <a:lnTo>
                                  <a:pt x="4153689" y="4104566"/>
                                </a:lnTo>
                                <a:lnTo>
                                  <a:pt x="4151647" y="4103432"/>
                                </a:lnTo>
                                <a:lnTo>
                                  <a:pt x="4149378" y="4102298"/>
                                </a:lnTo>
                                <a:lnTo>
                                  <a:pt x="4147336" y="4100710"/>
                                </a:lnTo>
                                <a:lnTo>
                                  <a:pt x="4145067" y="4099122"/>
                                </a:lnTo>
                                <a:lnTo>
                                  <a:pt x="4142799" y="4097081"/>
                                </a:lnTo>
                                <a:lnTo>
                                  <a:pt x="4140757" y="4095039"/>
                                </a:lnTo>
                                <a:lnTo>
                                  <a:pt x="4138488" y="4092544"/>
                                </a:lnTo>
                                <a:lnTo>
                                  <a:pt x="4136220" y="4086420"/>
                                </a:lnTo>
                                <a:lnTo>
                                  <a:pt x="4125103" y="4093905"/>
                                </a:lnTo>
                                <a:lnTo>
                                  <a:pt x="4118524" y="4025634"/>
                                </a:lnTo>
                                <a:lnTo>
                                  <a:pt x="4111717" y="3957589"/>
                                </a:lnTo>
                                <a:lnTo>
                                  <a:pt x="4104458" y="3889317"/>
                                </a:lnTo>
                                <a:lnTo>
                                  <a:pt x="4097198" y="3821272"/>
                                </a:lnTo>
                                <a:lnTo>
                                  <a:pt x="4089257" y="3753000"/>
                                </a:lnTo>
                                <a:lnTo>
                                  <a:pt x="4081544" y="3684729"/>
                                </a:lnTo>
                                <a:lnTo>
                                  <a:pt x="4073376" y="3616684"/>
                                </a:lnTo>
                                <a:lnTo>
                                  <a:pt x="4064755" y="3548639"/>
                                </a:lnTo>
                                <a:lnTo>
                                  <a:pt x="4056361" y="3480594"/>
                                </a:lnTo>
                                <a:lnTo>
                                  <a:pt x="4047286" y="3412781"/>
                                </a:lnTo>
                                <a:lnTo>
                                  <a:pt x="4037984" y="3344750"/>
                                </a:lnTo>
                                <a:lnTo>
                                  <a:pt x="4028456" y="3276942"/>
                                </a:lnTo>
                                <a:lnTo>
                                  <a:pt x="4018927" y="3208673"/>
                                </a:lnTo>
                                <a:lnTo>
                                  <a:pt x="4008945" y="3140857"/>
                                </a:lnTo>
                                <a:lnTo>
                                  <a:pt x="3998736" y="3073037"/>
                                </a:lnTo>
                                <a:lnTo>
                                  <a:pt x="3988527" y="3005450"/>
                                </a:lnTo>
                                <a:lnTo>
                                  <a:pt x="3998055" y="3003862"/>
                                </a:lnTo>
                                <a:lnTo>
                                  <a:pt x="4010306" y="3001595"/>
                                </a:lnTo>
                                <a:lnTo>
                                  <a:pt x="4040026" y="2996376"/>
                                </a:lnTo>
                                <a:lnTo>
                                  <a:pt x="4074057" y="2990026"/>
                                </a:lnTo>
                                <a:lnTo>
                                  <a:pt x="4091980" y="2987074"/>
                                </a:lnTo>
                                <a:lnTo>
                                  <a:pt x="4109676" y="2984127"/>
                                </a:lnTo>
                                <a:lnTo>
                                  <a:pt x="4127372" y="2981631"/>
                                </a:lnTo>
                                <a:lnTo>
                                  <a:pt x="4144160" y="2980044"/>
                                </a:lnTo>
                                <a:lnTo>
                                  <a:pt x="4152100" y="2979363"/>
                                </a:lnTo>
                                <a:lnTo>
                                  <a:pt x="4159814" y="2978682"/>
                                </a:lnTo>
                                <a:lnTo>
                                  <a:pt x="4167074" y="2978456"/>
                                </a:lnTo>
                                <a:lnTo>
                                  <a:pt x="4173880" y="2978456"/>
                                </a:lnTo>
                                <a:lnTo>
                                  <a:pt x="4180459" y="2978456"/>
                                </a:lnTo>
                                <a:lnTo>
                                  <a:pt x="4186358" y="2978909"/>
                                </a:lnTo>
                                <a:lnTo>
                                  <a:pt x="4192030" y="2979818"/>
                                </a:lnTo>
                                <a:lnTo>
                                  <a:pt x="4196567" y="2980725"/>
                                </a:lnTo>
                                <a:lnTo>
                                  <a:pt x="4200651" y="2982085"/>
                                </a:lnTo>
                                <a:lnTo>
                                  <a:pt x="4202468" y="2982894"/>
                                </a:lnTo>
                                <a:lnTo>
                                  <a:pt x="4204834" y="2980890"/>
                                </a:lnTo>
                                <a:lnTo>
                                  <a:pt x="4208009" y="2978169"/>
                                </a:lnTo>
                                <a:lnTo>
                                  <a:pt x="4211638" y="2975448"/>
                                </a:lnTo>
                                <a:lnTo>
                                  <a:pt x="4223431" y="2973860"/>
                                </a:lnTo>
                                <a:lnTo>
                                  <a:pt x="4234316" y="2971819"/>
                                </a:lnTo>
                                <a:lnTo>
                                  <a:pt x="4252686" y="2968644"/>
                                </a:lnTo>
                                <a:lnTo>
                                  <a:pt x="4260397" y="2967736"/>
                                </a:lnTo>
                                <a:lnTo>
                                  <a:pt x="4267427" y="2967284"/>
                                </a:lnTo>
                                <a:lnTo>
                                  <a:pt x="4270602" y="2967056"/>
                                </a:lnTo>
                                <a:close/>
                                <a:moveTo>
                                  <a:pt x="6776777" y="2964095"/>
                                </a:moveTo>
                                <a:lnTo>
                                  <a:pt x="6775134" y="2969131"/>
                                </a:lnTo>
                                <a:lnTo>
                                  <a:pt x="6776441" y="2965713"/>
                                </a:lnTo>
                                <a:lnTo>
                                  <a:pt x="6780505" y="2977107"/>
                                </a:lnTo>
                                <a:lnTo>
                                  <a:pt x="6780505" y="2977284"/>
                                </a:lnTo>
                                <a:lnTo>
                                  <a:pt x="6780505" y="2977512"/>
                                </a:lnTo>
                                <a:lnTo>
                                  <a:pt x="6780650" y="2977512"/>
                                </a:lnTo>
                                <a:lnTo>
                                  <a:pt x="6780731" y="2977739"/>
                                </a:lnTo>
                                <a:lnTo>
                                  <a:pt x="6780731" y="2977512"/>
                                </a:lnTo>
                                <a:lnTo>
                                  <a:pt x="6780650" y="2977512"/>
                                </a:lnTo>
                                <a:lnTo>
                                  <a:pt x="6780505" y="2977107"/>
                                </a:lnTo>
                                <a:lnTo>
                                  <a:pt x="6780505" y="2975697"/>
                                </a:lnTo>
                                <a:lnTo>
                                  <a:pt x="6780162" y="2973228"/>
                                </a:lnTo>
                                <a:lnTo>
                                  <a:pt x="6779289" y="2970451"/>
                                </a:lnTo>
                                <a:lnTo>
                                  <a:pt x="6777005" y="2964322"/>
                                </a:lnTo>
                                <a:lnTo>
                                  <a:pt x="6776777" y="2964095"/>
                                </a:lnTo>
                                <a:close/>
                                <a:moveTo>
                                  <a:pt x="6594307" y="2962183"/>
                                </a:moveTo>
                                <a:lnTo>
                                  <a:pt x="6596063" y="2971863"/>
                                </a:lnTo>
                                <a:lnTo>
                                  <a:pt x="6594307" y="2968720"/>
                                </a:lnTo>
                                <a:lnTo>
                                  <a:pt x="6594307" y="2962183"/>
                                </a:lnTo>
                                <a:close/>
                                <a:moveTo>
                                  <a:pt x="4548208" y="2961801"/>
                                </a:moveTo>
                                <a:lnTo>
                                  <a:pt x="4546667" y="2964575"/>
                                </a:lnTo>
                                <a:lnTo>
                                  <a:pt x="4548414" y="2962830"/>
                                </a:lnTo>
                                <a:lnTo>
                                  <a:pt x="4548208" y="2961801"/>
                                </a:lnTo>
                                <a:close/>
                                <a:moveTo>
                                  <a:pt x="4472576" y="2959175"/>
                                </a:moveTo>
                                <a:lnTo>
                                  <a:pt x="4475163" y="2963342"/>
                                </a:lnTo>
                                <a:lnTo>
                                  <a:pt x="4474693" y="2965526"/>
                                </a:lnTo>
                                <a:lnTo>
                                  <a:pt x="4468813" y="2964137"/>
                                </a:lnTo>
                                <a:lnTo>
                                  <a:pt x="4472576" y="2959175"/>
                                </a:lnTo>
                                <a:close/>
                                <a:moveTo>
                                  <a:pt x="4468813" y="2955998"/>
                                </a:moveTo>
                                <a:lnTo>
                                  <a:pt x="4473576" y="2957816"/>
                                </a:lnTo>
                                <a:lnTo>
                                  <a:pt x="4472782" y="2959175"/>
                                </a:lnTo>
                                <a:lnTo>
                                  <a:pt x="4468813" y="2955998"/>
                                </a:lnTo>
                                <a:close/>
                                <a:moveTo>
                                  <a:pt x="6750050" y="2946438"/>
                                </a:moveTo>
                                <a:lnTo>
                                  <a:pt x="6750504" y="2946438"/>
                                </a:lnTo>
                                <a:lnTo>
                                  <a:pt x="6751638" y="2951202"/>
                                </a:lnTo>
                                <a:lnTo>
                                  <a:pt x="6751411" y="2951017"/>
                                </a:lnTo>
                                <a:lnTo>
                                  <a:pt x="6750050" y="2946438"/>
                                </a:lnTo>
                                <a:close/>
                                <a:moveTo>
                                  <a:pt x="6691312" y="2936958"/>
                                </a:moveTo>
                                <a:lnTo>
                                  <a:pt x="6694320" y="2948566"/>
                                </a:lnTo>
                                <a:lnTo>
                                  <a:pt x="6694487" y="2951245"/>
                                </a:lnTo>
                                <a:lnTo>
                                  <a:pt x="6691312" y="2936958"/>
                                </a:lnTo>
                                <a:close/>
                                <a:moveTo>
                                  <a:pt x="6688137" y="2935372"/>
                                </a:moveTo>
                                <a:lnTo>
                                  <a:pt x="6691312" y="2946936"/>
                                </a:lnTo>
                                <a:lnTo>
                                  <a:pt x="6690735" y="2957594"/>
                                </a:lnTo>
                                <a:lnTo>
                                  <a:pt x="6688137" y="2935372"/>
                                </a:lnTo>
                                <a:close/>
                                <a:moveTo>
                                  <a:pt x="6684962" y="2935372"/>
                                </a:moveTo>
                                <a:lnTo>
                                  <a:pt x="6686550" y="2944490"/>
                                </a:lnTo>
                                <a:lnTo>
                                  <a:pt x="6686550" y="2944897"/>
                                </a:lnTo>
                                <a:lnTo>
                                  <a:pt x="6684962" y="2935372"/>
                                </a:lnTo>
                                <a:close/>
                                <a:moveTo>
                                  <a:pt x="2873456" y="2932413"/>
                                </a:moveTo>
                                <a:lnTo>
                                  <a:pt x="2873682" y="2932640"/>
                                </a:lnTo>
                                <a:lnTo>
                                  <a:pt x="2882984" y="2939443"/>
                                </a:lnTo>
                                <a:lnTo>
                                  <a:pt x="2883438" y="2939667"/>
                                </a:lnTo>
                                <a:lnTo>
                                  <a:pt x="2882757" y="2939216"/>
                                </a:lnTo>
                                <a:lnTo>
                                  <a:pt x="2873456" y="2932413"/>
                                </a:lnTo>
                                <a:close/>
                                <a:moveTo>
                                  <a:pt x="4541207" y="2929071"/>
                                </a:moveTo>
                                <a:lnTo>
                                  <a:pt x="4540918" y="2931089"/>
                                </a:lnTo>
                                <a:lnTo>
                                  <a:pt x="4540691" y="2933805"/>
                                </a:lnTo>
                                <a:lnTo>
                                  <a:pt x="4540918" y="2936297"/>
                                </a:lnTo>
                                <a:lnTo>
                                  <a:pt x="4541145" y="2938340"/>
                                </a:lnTo>
                                <a:lnTo>
                                  <a:pt x="4541598" y="2940378"/>
                                </a:lnTo>
                                <a:lnTo>
                                  <a:pt x="4542278" y="2941963"/>
                                </a:lnTo>
                                <a:lnTo>
                                  <a:pt x="4543639" y="2945141"/>
                                </a:lnTo>
                                <a:lnTo>
                                  <a:pt x="4545225" y="2948084"/>
                                </a:lnTo>
                                <a:lnTo>
                                  <a:pt x="4545620" y="2948870"/>
                                </a:lnTo>
                                <a:lnTo>
                                  <a:pt x="4545012" y="2945841"/>
                                </a:lnTo>
                                <a:lnTo>
                                  <a:pt x="4541207" y="2929071"/>
                                </a:lnTo>
                                <a:close/>
                                <a:moveTo>
                                  <a:pt x="1422410" y="2927478"/>
                                </a:moveTo>
                                <a:lnTo>
                                  <a:pt x="1420551" y="2931615"/>
                                </a:lnTo>
                                <a:lnTo>
                                  <a:pt x="1418740" y="2935919"/>
                                </a:lnTo>
                                <a:lnTo>
                                  <a:pt x="1416248" y="2939998"/>
                                </a:lnTo>
                                <a:lnTo>
                                  <a:pt x="1413529" y="2943400"/>
                                </a:lnTo>
                                <a:lnTo>
                                  <a:pt x="1410584" y="2946574"/>
                                </a:lnTo>
                                <a:lnTo>
                                  <a:pt x="1407639" y="2949065"/>
                                </a:lnTo>
                                <a:lnTo>
                                  <a:pt x="1404241" y="2951330"/>
                                </a:lnTo>
                                <a:lnTo>
                                  <a:pt x="1399937" y="2953823"/>
                                </a:lnTo>
                                <a:lnTo>
                                  <a:pt x="1395860" y="2956090"/>
                                </a:lnTo>
                                <a:lnTo>
                                  <a:pt x="1392235" y="2959038"/>
                                </a:lnTo>
                                <a:lnTo>
                                  <a:pt x="1389064" y="2961985"/>
                                </a:lnTo>
                                <a:lnTo>
                                  <a:pt x="1385893" y="2965158"/>
                                </a:lnTo>
                                <a:lnTo>
                                  <a:pt x="1383174" y="2968333"/>
                                </a:lnTo>
                                <a:lnTo>
                                  <a:pt x="1380683" y="2971732"/>
                                </a:lnTo>
                                <a:lnTo>
                                  <a:pt x="1379570" y="2973715"/>
                                </a:lnTo>
                                <a:lnTo>
                                  <a:pt x="1379909" y="2973406"/>
                                </a:lnTo>
                                <a:lnTo>
                                  <a:pt x="1383318" y="2970227"/>
                                </a:lnTo>
                                <a:lnTo>
                                  <a:pt x="1386953" y="2967277"/>
                                </a:lnTo>
                                <a:lnTo>
                                  <a:pt x="1394225" y="2961832"/>
                                </a:lnTo>
                                <a:lnTo>
                                  <a:pt x="1401269" y="2956837"/>
                                </a:lnTo>
                                <a:lnTo>
                                  <a:pt x="1404679" y="2954115"/>
                                </a:lnTo>
                                <a:lnTo>
                                  <a:pt x="1407858" y="2951620"/>
                                </a:lnTo>
                                <a:lnTo>
                                  <a:pt x="1410813" y="2949127"/>
                                </a:lnTo>
                                <a:lnTo>
                                  <a:pt x="1413767" y="2946178"/>
                                </a:lnTo>
                                <a:lnTo>
                                  <a:pt x="1416039" y="2942999"/>
                                </a:lnTo>
                                <a:lnTo>
                                  <a:pt x="1418311" y="2939823"/>
                                </a:lnTo>
                                <a:lnTo>
                                  <a:pt x="1419902" y="2936193"/>
                                </a:lnTo>
                                <a:lnTo>
                                  <a:pt x="1421492" y="2932108"/>
                                </a:lnTo>
                                <a:lnTo>
                                  <a:pt x="1422401" y="2927568"/>
                                </a:lnTo>
                                <a:lnTo>
                                  <a:pt x="1422410" y="2927478"/>
                                </a:lnTo>
                                <a:close/>
                                <a:moveTo>
                                  <a:pt x="6742112" y="2924265"/>
                                </a:moveTo>
                                <a:lnTo>
                                  <a:pt x="6743524" y="2932233"/>
                                </a:lnTo>
                                <a:lnTo>
                                  <a:pt x="6743700" y="2935372"/>
                                </a:lnTo>
                                <a:lnTo>
                                  <a:pt x="6742465" y="2928606"/>
                                </a:lnTo>
                                <a:lnTo>
                                  <a:pt x="6742465" y="2928121"/>
                                </a:lnTo>
                                <a:lnTo>
                                  <a:pt x="6742112" y="2924265"/>
                                </a:lnTo>
                                <a:close/>
                                <a:moveTo>
                                  <a:pt x="4265613" y="2921019"/>
                                </a:moveTo>
                                <a:lnTo>
                                  <a:pt x="4281488" y="2943244"/>
                                </a:lnTo>
                                <a:lnTo>
                                  <a:pt x="4250872" y="2947553"/>
                                </a:lnTo>
                                <a:lnTo>
                                  <a:pt x="4265159" y="2921247"/>
                                </a:lnTo>
                                <a:lnTo>
                                  <a:pt x="4265613" y="2921019"/>
                                </a:lnTo>
                                <a:close/>
                                <a:moveTo>
                                  <a:pt x="6686550" y="2916332"/>
                                </a:moveTo>
                                <a:lnTo>
                                  <a:pt x="6689196" y="2920944"/>
                                </a:lnTo>
                                <a:lnTo>
                                  <a:pt x="6691313" y="2924175"/>
                                </a:lnTo>
                                <a:lnTo>
                                  <a:pt x="6690519" y="2929026"/>
                                </a:lnTo>
                                <a:lnTo>
                                  <a:pt x="6686550" y="2916332"/>
                                </a:lnTo>
                                <a:close/>
                                <a:moveTo>
                                  <a:pt x="3368525" y="2914517"/>
                                </a:moveTo>
                                <a:lnTo>
                                  <a:pt x="3368435" y="2914529"/>
                                </a:lnTo>
                                <a:lnTo>
                                  <a:pt x="3372932" y="2944628"/>
                                </a:lnTo>
                                <a:lnTo>
                                  <a:pt x="3373026" y="2944664"/>
                                </a:lnTo>
                                <a:lnTo>
                                  <a:pt x="3368525" y="2914517"/>
                                </a:lnTo>
                                <a:close/>
                                <a:moveTo>
                                  <a:pt x="6771296" y="2913262"/>
                                </a:moveTo>
                                <a:lnTo>
                                  <a:pt x="6771981" y="2920070"/>
                                </a:lnTo>
                                <a:lnTo>
                                  <a:pt x="6772894" y="2926649"/>
                                </a:lnTo>
                                <a:lnTo>
                                  <a:pt x="6774036" y="2933001"/>
                                </a:lnTo>
                                <a:lnTo>
                                  <a:pt x="6775178" y="2939354"/>
                                </a:lnTo>
                                <a:lnTo>
                                  <a:pt x="6777690" y="2951842"/>
                                </a:lnTo>
                                <a:lnTo>
                                  <a:pt x="6779741" y="2962590"/>
                                </a:lnTo>
                                <a:lnTo>
                                  <a:pt x="6779828" y="2961629"/>
                                </a:lnTo>
                                <a:lnTo>
                                  <a:pt x="6779828" y="2958681"/>
                                </a:lnTo>
                                <a:lnTo>
                                  <a:pt x="6779602" y="2955276"/>
                                </a:lnTo>
                                <a:lnTo>
                                  <a:pt x="6778925" y="2948019"/>
                                </a:lnTo>
                                <a:lnTo>
                                  <a:pt x="6777344" y="2940309"/>
                                </a:lnTo>
                                <a:lnTo>
                                  <a:pt x="6775764" y="2932373"/>
                                </a:lnTo>
                                <a:lnTo>
                                  <a:pt x="6773958" y="2925340"/>
                                </a:lnTo>
                                <a:lnTo>
                                  <a:pt x="6771701" y="2915593"/>
                                </a:lnTo>
                                <a:lnTo>
                                  <a:pt x="6773281" y="2918089"/>
                                </a:lnTo>
                                <a:lnTo>
                                  <a:pt x="6772914" y="2916024"/>
                                </a:lnTo>
                                <a:lnTo>
                                  <a:pt x="6771981" y="2914170"/>
                                </a:lnTo>
                                <a:lnTo>
                                  <a:pt x="6771296" y="2913262"/>
                                </a:lnTo>
                                <a:close/>
                                <a:moveTo>
                                  <a:pt x="2864835" y="2909278"/>
                                </a:moveTo>
                                <a:lnTo>
                                  <a:pt x="2871187" y="2917676"/>
                                </a:lnTo>
                                <a:lnTo>
                                  <a:pt x="2871187" y="2917449"/>
                                </a:lnTo>
                                <a:lnTo>
                                  <a:pt x="2864835" y="2909278"/>
                                </a:lnTo>
                                <a:close/>
                                <a:moveTo>
                                  <a:pt x="6680200" y="2906799"/>
                                </a:moveTo>
                                <a:lnTo>
                                  <a:pt x="6681788" y="2912418"/>
                                </a:lnTo>
                                <a:lnTo>
                                  <a:pt x="6681312" y="2913149"/>
                                </a:lnTo>
                                <a:lnTo>
                                  <a:pt x="6680200" y="2906799"/>
                                </a:lnTo>
                                <a:close/>
                                <a:moveTo>
                                  <a:pt x="6734175" y="2900461"/>
                                </a:moveTo>
                                <a:lnTo>
                                  <a:pt x="6737350" y="2909979"/>
                                </a:lnTo>
                                <a:lnTo>
                                  <a:pt x="6736292" y="2909749"/>
                                </a:lnTo>
                                <a:lnTo>
                                  <a:pt x="6734175" y="2900461"/>
                                </a:lnTo>
                                <a:close/>
                                <a:moveTo>
                                  <a:pt x="6677025" y="2898871"/>
                                </a:moveTo>
                                <a:lnTo>
                                  <a:pt x="6678295" y="2899323"/>
                                </a:lnTo>
                                <a:lnTo>
                                  <a:pt x="6678295" y="2899555"/>
                                </a:lnTo>
                                <a:lnTo>
                                  <a:pt x="6678613" y="2905211"/>
                                </a:lnTo>
                                <a:lnTo>
                                  <a:pt x="6677025" y="2898871"/>
                                </a:lnTo>
                                <a:close/>
                                <a:moveTo>
                                  <a:pt x="6683375" y="2889331"/>
                                </a:moveTo>
                                <a:lnTo>
                                  <a:pt x="6684328" y="2892630"/>
                                </a:lnTo>
                                <a:lnTo>
                                  <a:pt x="6684963" y="2895678"/>
                                </a:lnTo>
                                <a:lnTo>
                                  <a:pt x="6683375" y="2889331"/>
                                </a:lnTo>
                                <a:close/>
                                <a:moveTo>
                                  <a:pt x="6679505" y="2881401"/>
                                </a:moveTo>
                                <a:lnTo>
                                  <a:pt x="6682780" y="2887371"/>
                                </a:lnTo>
                                <a:lnTo>
                                  <a:pt x="6683375" y="2898871"/>
                                </a:lnTo>
                                <a:lnTo>
                                  <a:pt x="6682780" y="2897715"/>
                                </a:lnTo>
                                <a:lnTo>
                                  <a:pt x="6681589" y="2891044"/>
                                </a:lnTo>
                                <a:lnTo>
                                  <a:pt x="6678612" y="2881862"/>
                                </a:lnTo>
                                <a:lnTo>
                                  <a:pt x="6679505" y="2881401"/>
                                </a:lnTo>
                                <a:close/>
                                <a:moveTo>
                                  <a:pt x="1687153" y="2870918"/>
                                </a:moveTo>
                                <a:lnTo>
                                  <a:pt x="1692352" y="2928250"/>
                                </a:lnTo>
                                <a:lnTo>
                                  <a:pt x="1698033" y="2985662"/>
                                </a:lnTo>
                                <a:lnTo>
                                  <a:pt x="1703714" y="3043080"/>
                                </a:lnTo>
                                <a:lnTo>
                                  <a:pt x="1706342" y="3067671"/>
                                </a:lnTo>
                                <a:lnTo>
                                  <a:pt x="1701932" y="3023987"/>
                                </a:lnTo>
                                <a:lnTo>
                                  <a:pt x="1696941" y="2974096"/>
                                </a:lnTo>
                                <a:lnTo>
                                  <a:pt x="1692177" y="2924205"/>
                                </a:lnTo>
                                <a:lnTo>
                                  <a:pt x="1687153" y="2870918"/>
                                </a:lnTo>
                                <a:close/>
                                <a:moveTo>
                                  <a:pt x="6777038" y="2851239"/>
                                </a:moveTo>
                                <a:lnTo>
                                  <a:pt x="6778626" y="2855997"/>
                                </a:lnTo>
                                <a:lnTo>
                                  <a:pt x="6778308" y="2855771"/>
                                </a:lnTo>
                                <a:lnTo>
                                  <a:pt x="6777038" y="2851239"/>
                                </a:lnTo>
                                <a:close/>
                                <a:moveTo>
                                  <a:pt x="6677537" y="2850645"/>
                                </a:moveTo>
                                <a:lnTo>
                                  <a:pt x="6679690" y="2856298"/>
                                </a:lnTo>
                                <a:lnTo>
                                  <a:pt x="6691958" y="2886936"/>
                                </a:lnTo>
                                <a:lnTo>
                                  <a:pt x="6697183" y="2901244"/>
                                </a:lnTo>
                                <a:lnTo>
                                  <a:pt x="6697769" y="2902886"/>
                                </a:lnTo>
                                <a:lnTo>
                                  <a:pt x="6697086" y="2898393"/>
                                </a:lnTo>
                                <a:lnTo>
                                  <a:pt x="6696178" y="2890750"/>
                                </a:lnTo>
                                <a:lnTo>
                                  <a:pt x="6697989" y="2897482"/>
                                </a:lnTo>
                                <a:lnTo>
                                  <a:pt x="6699796" y="2906322"/>
                                </a:lnTo>
                                <a:lnTo>
                                  <a:pt x="6700646" y="2910956"/>
                                </a:lnTo>
                                <a:lnTo>
                                  <a:pt x="6701954" y="2914633"/>
                                </a:lnTo>
                                <a:lnTo>
                                  <a:pt x="6706043" y="2926876"/>
                                </a:lnTo>
                                <a:lnTo>
                                  <a:pt x="6707406" y="2932325"/>
                                </a:lnTo>
                                <a:lnTo>
                                  <a:pt x="6708997" y="2937774"/>
                                </a:lnTo>
                                <a:lnTo>
                                  <a:pt x="6710095" y="2980581"/>
                                </a:lnTo>
                                <a:lnTo>
                                  <a:pt x="6713573" y="3001529"/>
                                </a:lnTo>
                                <a:lnTo>
                                  <a:pt x="6715154" y="3010824"/>
                                </a:lnTo>
                                <a:lnTo>
                                  <a:pt x="6715832" y="3017849"/>
                                </a:lnTo>
                                <a:lnTo>
                                  <a:pt x="6718768" y="3041649"/>
                                </a:lnTo>
                                <a:lnTo>
                                  <a:pt x="6720349" y="3053437"/>
                                </a:lnTo>
                                <a:lnTo>
                                  <a:pt x="6722155" y="3065000"/>
                                </a:lnTo>
                                <a:lnTo>
                                  <a:pt x="6723285" y="3070204"/>
                                </a:lnTo>
                                <a:lnTo>
                                  <a:pt x="6724188" y="3075206"/>
                                </a:lnTo>
                                <a:lnTo>
                                  <a:pt x="6725543" y="3079726"/>
                                </a:lnTo>
                                <a:lnTo>
                                  <a:pt x="6726672" y="3083581"/>
                                </a:lnTo>
                                <a:lnTo>
                                  <a:pt x="6728253" y="3087208"/>
                                </a:lnTo>
                                <a:lnTo>
                                  <a:pt x="6729608" y="3090157"/>
                                </a:lnTo>
                                <a:lnTo>
                                  <a:pt x="6731189" y="3092424"/>
                                </a:lnTo>
                                <a:lnTo>
                                  <a:pt x="6732093" y="3093105"/>
                                </a:lnTo>
                                <a:lnTo>
                                  <a:pt x="6732996" y="3093781"/>
                                </a:lnTo>
                                <a:lnTo>
                                  <a:pt x="6736158" y="3105569"/>
                                </a:lnTo>
                                <a:lnTo>
                                  <a:pt x="6736610" y="3109878"/>
                                </a:lnTo>
                                <a:lnTo>
                                  <a:pt x="6740223" y="3145465"/>
                                </a:lnTo>
                                <a:lnTo>
                                  <a:pt x="6743385" y="3181513"/>
                                </a:lnTo>
                                <a:lnTo>
                                  <a:pt x="6746095" y="3217777"/>
                                </a:lnTo>
                                <a:lnTo>
                                  <a:pt x="6746894" y="3230443"/>
                                </a:lnTo>
                                <a:lnTo>
                                  <a:pt x="6746321" y="3224121"/>
                                </a:lnTo>
                                <a:lnTo>
                                  <a:pt x="6745644" y="3219137"/>
                                </a:lnTo>
                                <a:lnTo>
                                  <a:pt x="6745192" y="3217550"/>
                                </a:lnTo>
                                <a:lnTo>
                                  <a:pt x="6744515" y="3216417"/>
                                </a:lnTo>
                                <a:lnTo>
                                  <a:pt x="6744063" y="3215962"/>
                                </a:lnTo>
                                <a:lnTo>
                                  <a:pt x="6743611" y="3215962"/>
                                </a:lnTo>
                                <a:lnTo>
                                  <a:pt x="6742934" y="3216869"/>
                                </a:lnTo>
                                <a:lnTo>
                                  <a:pt x="6742482" y="3218232"/>
                                </a:lnTo>
                                <a:lnTo>
                                  <a:pt x="6741127" y="3222538"/>
                                </a:lnTo>
                                <a:lnTo>
                                  <a:pt x="6739998" y="3218001"/>
                                </a:lnTo>
                                <a:lnTo>
                                  <a:pt x="6738868" y="3212791"/>
                                </a:lnTo>
                                <a:lnTo>
                                  <a:pt x="6738191" y="3207800"/>
                                </a:lnTo>
                                <a:lnTo>
                                  <a:pt x="6737287" y="3202133"/>
                                </a:lnTo>
                                <a:lnTo>
                                  <a:pt x="6736384" y="3191708"/>
                                </a:lnTo>
                                <a:lnTo>
                                  <a:pt x="6735481" y="3181738"/>
                                </a:lnTo>
                                <a:lnTo>
                                  <a:pt x="6734803" y="3177657"/>
                                </a:lnTo>
                                <a:lnTo>
                                  <a:pt x="6733900" y="3174027"/>
                                </a:lnTo>
                                <a:lnTo>
                                  <a:pt x="6732770" y="3170853"/>
                                </a:lnTo>
                                <a:lnTo>
                                  <a:pt x="6732093" y="3169718"/>
                                </a:lnTo>
                                <a:lnTo>
                                  <a:pt x="6731189" y="3168584"/>
                                </a:lnTo>
                                <a:lnTo>
                                  <a:pt x="6730512" y="3167907"/>
                                </a:lnTo>
                                <a:lnTo>
                                  <a:pt x="6729608" y="3167224"/>
                                </a:lnTo>
                                <a:lnTo>
                                  <a:pt x="6728479" y="3166996"/>
                                </a:lnTo>
                                <a:lnTo>
                                  <a:pt x="6727350" y="3166996"/>
                                </a:lnTo>
                                <a:lnTo>
                                  <a:pt x="6726221" y="3167224"/>
                                </a:lnTo>
                                <a:lnTo>
                                  <a:pt x="6724866" y="3167677"/>
                                </a:lnTo>
                                <a:lnTo>
                                  <a:pt x="6723059" y="3168584"/>
                                </a:lnTo>
                                <a:lnTo>
                                  <a:pt x="6721704" y="3169946"/>
                                </a:lnTo>
                                <a:lnTo>
                                  <a:pt x="6718768" y="3161330"/>
                                </a:lnTo>
                                <a:lnTo>
                                  <a:pt x="6716283" y="3152942"/>
                                </a:lnTo>
                                <a:lnTo>
                                  <a:pt x="6714251" y="3144562"/>
                                </a:lnTo>
                                <a:lnTo>
                                  <a:pt x="6712444" y="3135948"/>
                                </a:lnTo>
                                <a:lnTo>
                                  <a:pt x="6710863" y="3127335"/>
                                </a:lnTo>
                                <a:lnTo>
                                  <a:pt x="6709734" y="3118946"/>
                                </a:lnTo>
                                <a:lnTo>
                                  <a:pt x="6708830" y="3110105"/>
                                </a:lnTo>
                                <a:lnTo>
                                  <a:pt x="6707927" y="3101263"/>
                                </a:lnTo>
                                <a:lnTo>
                                  <a:pt x="6707249" y="3092650"/>
                                </a:lnTo>
                                <a:lnTo>
                                  <a:pt x="6706797" y="3083802"/>
                                </a:lnTo>
                                <a:lnTo>
                                  <a:pt x="6706120" y="3066131"/>
                                </a:lnTo>
                                <a:lnTo>
                                  <a:pt x="6706120" y="3048456"/>
                                </a:lnTo>
                                <a:lnTo>
                                  <a:pt x="6706346" y="3030546"/>
                                </a:lnTo>
                                <a:lnTo>
                                  <a:pt x="6706346" y="3028547"/>
                                </a:lnTo>
                                <a:lnTo>
                                  <a:pt x="6705589" y="3024938"/>
                                </a:lnTo>
                                <a:lnTo>
                                  <a:pt x="6703090" y="3010412"/>
                                </a:lnTo>
                                <a:lnTo>
                                  <a:pt x="6701045" y="2995882"/>
                                </a:lnTo>
                                <a:lnTo>
                                  <a:pt x="6699682" y="2981355"/>
                                </a:lnTo>
                                <a:lnTo>
                                  <a:pt x="6698546" y="2967051"/>
                                </a:lnTo>
                                <a:lnTo>
                                  <a:pt x="6697638" y="2952296"/>
                                </a:lnTo>
                                <a:lnTo>
                                  <a:pt x="6697410" y="2938226"/>
                                </a:lnTo>
                                <a:lnTo>
                                  <a:pt x="6696274" y="2932100"/>
                                </a:lnTo>
                                <a:lnTo>
                                  <a:pt x="6694911" y="2940496"/>
                                </a:lnTo>
                                <a:lnTo>
                                  <a:pt x="6690822" y="2916676"/>
                                </a:lnTo>
                                <a:lnTo>
                                  <a:pt x="6686733" y="2892830"/>
                                </a:lnTo>
                                <a:lnTo>
                                  <a:pt x="6684234" y="2880817"/>
                                </a:lnTo>
                                <a:lnTo>
                                  <a:pt x="6681962" y="2869236"/>
                                </a:lnTo>
                                <a:lnTo>
                                  <a:pt x="6679236" y="2857430"/>
                                </a:lnTo>
                                <a:lnTo>
                                  <a:pt x="6677537" y="2850645"/>
                                </a:lnTo>
                                <a:close/>
                                <a:moveTo>
                                  <a:pt x="6672262" y="2849657"/>
                                </a:moveTo>
                                <a:lnTo>
                                  <a:pt x="6673606" y="2856416"/>
                                </a:lnTo>
                                <a:lnTo>
                                  <a:pt x="6673850" y="2860768"/>
                                </a:lnTo>
                                <a:lnTo>
                                  <a:pt x="6672262" y="2849657"/>
                                </a:lnTo>
                                <a:close/>
                                <a:moveTo>
                                  <a:pt x="6576742" y="2843283"/>
                                </a:moveTo>
                                <a:lnTo>
                                  <a:pt x="6579377" y="2859210"/>
                                </a:lnTo>
                                <a:lnTo>
                                  <a:pt x="6582670" y="2869312"/>
                                </a:lnTo>
                                <a:lnTo>
                                  <a:pt x="6583329" y="2880539"/>
                                </a:lnTo>
                                <a:lnTo>
                                  <a:pt x="6583768" y="2887039"/>
                                </a:lnTo>
                                <a:lnTo>
                                  <a:pt x="6584207" y="2889281"/>
                                </a:lnTo>
                                <a:lnTo>
                                  <a:pt x="6584427" y="2891076"/>
                                </a:lnTo>
                                <a:lnTo>
                                  <a:pt x="6585964" y="2894887"/>
                                </a:lnTo>
                                <a:lnTo>
                                  <a:pt x="6589257" y="2913749"/>
                                </a:lnTo>
                                <a:lnTo>
                                  <a:pt x="6590574" y="2940895"/>
                                </a:lnTo>
                                <a:lnTo>
                                  <a:pt x="6594307" y="2959519"/>
                                </a:lnTo>
                                <a:lnTo>
                                  <a:pt x="6594307" y="2962183"/>
                                </a:lnTo>
                                <a:lnTo>
                                  <a:pt x="6588818" y="2931920"/>
                                </a:lnTo>
                                <a:lnTo>
                                  <a:pt x="6588379" y="2927429"/>
                                </a:lnTo>
                                <a:lnTo>
                                  <a:pt x="6585524" y="2917565"/>
                                </a:lnTo>
                                <a:lnTo>
                                  <a:pt x="6583109" y="2907235"/>
                                </a:lnTo>
                                <a:lnTo>
                                  <a:pt x="6580475" y="2896688"/>
                                </a:lnTo>
                                <a:lnTo>
                                  <a:pt x="6578279" y="2885692"/>
                                </a:lnTo>
                                <a:lnTo>
                                  <a:pt x="6577401" y="2880314"/>
                                </a:lnTo>
                                <a:lnTo>
                                  <a:pt x="6576742" y="2874699"/>
                                </a:lnTo>
                                <a:lnTo>
                                  <a:pt x="6576084" y="2869312"/>
                                </a:lnTo>
                                <a:lnTo>
                                  <a:pt x="6575645" y="2863928"/>
                                </a:lnTo>
                                <a:lnTo>
                                  <a:pt x="6575425" y="2858762"/>
                                </a:lnTo>
                                <a:lnTo>
                                  <a:pt x="6575645" y="2853382"/>
                                </a:lnTo>
                                <a:lnTo>
                                  <a:pt x="6576084" y="2848220"/>
                                </a:lnTo>
                                <a:lnTo>
                                  <a:pt x="6576742" y="2843283"/>
                                </a:lnTo>
                                <a:close/>
                                <a:moveTo>
                                  <a:pt x="5180466" y="2837271"/>
                                </a:moveTo>
                                <a:lnTo>
                                  <a:pt x="5165045" y="2856507"/>
                                </a:lnTo>
                                <a:lnTo>
                                  <a:pt x="5163457" y="2857185"/>
                                </a:lnTo>
                                <a:lnTo>
                                  <a:pt x="5153025" y="2854472"/>
                                </a:lnTo>
                                <a:lnTo>
                                  <a:pt x="5143273" y="2855152"/>
                                </a:lnTo>
                                <a:lnTo>
                                  <a:pt x="5140325" y="2856507"/>
                                </a:lnTo>
                                <a:lnTo>
                                  <a:pt x="5133522" y="2859901"/>
                                </a:lnTo>
                                <a:lnTo>
                                  <a:pt x="5114018" y="2870317"/>
                                </a:lnTo>
                                <a:lnTo>
                                  <a:pt x="5084990" y="2886163"/>
                                </a:lnTo>
                                <a:lnTo>
                                  <a:pt x="5084763" y="2886163"/>
                                </a:lnTo>
                                <a:lnTo>
                                  <a:pt x="5084536" y="2886163"/>
                                </a:lnTo>
                                <a:lnTo>
                                  <a:pt x="5084309" y="2886163"/>
                                </a:lnTo>
                                <a:lnTo>
                                  <a:pt x="5084082" y="2886163"/>
                                </a:lnTo>
                                <a:lnTo>
                                  <a:pt x="5083367" y="2886002"/>
                                </a:lnTo>
                                <a:lnTo>
                                  <a:pt x="5084082" y="2887164"/>
                                </a:lnTo>
                                <a:lnTo>
                                  <a:pt x="5084309" y="2887164"/>
                                </a:lnTo>
                                <a:lnTo>
                                  <a:pt x="5084535" y="2887164"/>
                                </a:lnTo>
                                <a:lnTo>
                                  <a:pt x="5084762" y="2887164"/>
                                </a:lnTo>
                                <a:lnTo>
                                  <a:pt x="5079773" y="2891914"/>
                                </a:lnTo>
                                <a:lnTo>
                                  <a:pt x="5067300" y="2901896"/>
                                </a:lnTo>
                                <a:lnTo>
                                  <a:pt x="5062537" y="2906195"/>
                                </a:lnTo>
                                <a:lnTo>
                                  <a:pt x="5058455" y="2909596"/>
                                </a:lnTo>
                                <a:lnTo>
                                  <a:pt x="5055053" y="2912543"/>
                                </a:lnTo>
                                <a:lnTo>
                                  <a:pt x="5052785" y="2915491"/>
                                </a:lnTo>
                                <a:lnTo>
                                  <a:pt x="5050744" y="2918436"/>
                                </a:lnTo>
                                <a:lnTo>
                                  <a:pt x="5049384" y="2921375"/>
                                </a:lnTo>
                                <a:lnTo>
                                  <a:pt x="5048250" y="2924547"/>
                                </a:lnTo>
                                <a:lnTo>
                                  <a:pt x="5047796" y="2927714"/>
                                </a:lnTo>
                                <a:lnTo>
                                  <a:pt x="5047569" y="2931341"/>
                                </a:lnTo>
                                <a:lnTo>
                                  <a:pt x="5047569" y="2935645"/>
                                </a:lnTo>
                                <a:lnTo>
                                  <a:pt x="5048250" y="2946067"/>
                                </a:lnTo>
                                <a:lnTo>
                                  <a:pt x="5049157" y="2960335"/>
                                </a:lnTo>
                                <a:lnTo>
                                  <a:pt x="5049157" y="2961470"/>
                                </a:lnTo>
                                <a:lnTo>
                                  <a:pt x="5048477" y="2962830"/>
                                </a:lnTo>
                                <a:lnTo>
                                  <a:pt x="5048023" y="2964417"/>
                                </a:lnTo>
                                <a:lnTo>
                                  <a:pt x="5047343" y="2965549"/>
                                </a:lnTo>
                                <a:lnTo>
                                  <a:pt x="5046209" y="2967133"/>
                                </a:lnTo>
                                <a:lnTo>
                                  <a:pt x="5044848" y="2968495"/>
                                </a:lnTo>
                                <a:lnTo>
                                  <a:pt x="5042127" y="2971439"/>
                                </a:lnTo>
                                <a:lnTo>
                                  <a:pt x="5038725" y="2974612"/>
                                </a:lnTo>
                                <a:lnTo>
                                  <a:pt x="5034416" y="2977559"/>
                                </a:lnTo>
                                <a:lnTo>
                                  <a:pt x="5030107" y="2980731"/>
                                </a:lnTo>
                                <a:lnTo>
                                  <a:pt x="5025571" y="2983450"/>
                                </a:lnTo>
                                <a:lnTo>
                                  <a:pt x="5015819" y="2989117"/>
                                </a:lnTo>
                                <a:lnTo>
                                  <a:pt x="5006748" y="2994328"/>
                                </a:lnTo>
                                <a:lnTo>
                                  <a:pt x="4999037" y="2998408"/>
                                </a:lnTo>
                                <a:lnTo>
                                  <a:pt x="4993594" y="3001581"/>
                                </a:lnTo>
                                <a:lnTo>
                                  <a:pt x="4920796" y="3039648"/>
                                </a:lnTo>
                                <a:lnTo>
                                  <a:pt x="4913312" y="3045767"/>
                                </a:lnTo>
                                <a:lnTo>
                                  <a:pt x="4906282" y="3051881"/>
                                </a:lnTo>
                                <a:lnTo>
                                  <a:pt x="4899478" y="3058223"/>
                                </a:lnTo>
                                <a:lnTo>
                                  <a:pt x="4892902" y="3064343"/>
                                </a:lnTo>
                                <a:lnTo>
                                  <a:pt x="4880202" y="3077027"/>
                                </a:lnTo>
                                <a:lnTo>
                                  <a:pt x="4867275" y="3089714"/>
                                </a:lnTo>
                                <a:lnTo>
                                  <a:pt x="4860698" y="3095826"/>
                                </a:lnTo>
                                <a:lnTo>
                                  <a:pt x="4854121" y="3101945"/>
                                </a:lnTo>
                                <a:lnTo>
                                  <a:pt x="4847091" y="3107610"/>
                                </a:lnTo>
                                <a:lnTo>
                                  <a:pt x="4840060" y="3113277"/>
                                </a:lnTo>
                                <a:lnTo>
                                  <a:pt x="4832577" y="3118488"/>
                                </a:lnTo>
                                <a:lnTo>
                                  <a:pt x="4824639" y="3123703"/>
                                </a:lnTo>
                                <a:lnTo>
                                  <a:pt x="4816475" y="3128459"/>
                                </a:lnTo>
                                <a:lnTo>
                                  <a:pt x="4807630" y="3133220"/>
                                </a:lnTo>
                                <a:lnTo>
                                  <a:pt x="4799012" y="3137068"/>
                                </a:lnTo>
                                <a:lnTo>
                                  <a:pt x="4790621" y="3140470"/>
                                </a:lnTo>
                                <a:lnTo>
                                  <a:pt x="4782684" y="3143413"/>
                                </a:lnTo>
                                <a:lnTo>
                                  <a:pt x="4774746" y="3146131"/>
                                </a:lnTo>
                                <a:lnTo>
                                  <a:pt x="4759778" y="3150883"/>
                                </a:lnTo>
                                <a:lnTo>
                                  <a:pt x="4752748" y="3153373"/>
                                </a:lnTo>
                                <a:lnTo>
                                  <a:pt x="4745944" y="3156100"/>
                                </a:lnTo>
                                <a:lnTo>
                                  <a:pt x="4739368" y="3158591"/>
                                </a:lnTo>
                                <a:lnTo>
                                  <a:pt x="4733018" y="3161760"/>
                                </a:lnTo>
                                <a:lnTo>
                                  <a:pt x="4729843" y="3163801"/>
                                </a:lnTo>
                                <a:lnTo>
                                  <a:pt x="4726668" y="3165609"/>
                                </a:lnTo>
                                <a:lnTo>
                                  <a:pt x="4723719" y="3167649"/>
                                </a:lnTo>
                                <a:lnTo>
                                  <a:pt x="4720544" y="3170140"/>
                                </a:lnTo>
                                <a:lnTo>
                                  <a:pt x="4717823" y="3172407"/>
                                </a:lnTo>
                                <a:lnTo>
                                  <a:pt x="4714875" y="3175129"/>
                                </a:lnTo>
                                <a:lnTo>
                                  <a:pt x="4712153" y="3178076"/>
                                </a:lnTo>
                                <a:lnTo>
                                  <a:pt x="4709205" y="3181022"/>
                                </a:lnTo>
                                <a:lnTo>
                                  <a:pt x="4706484" y="3184421"/>
                                </a:lnTo>
                                <a:lnTo>
                                  <a:pt x="4703762" y="3188046"/>
                                </a:lnTo>
                                <a:lnTo>
                                  <a:pt x="4701268" y="3191893"/>
                                </a:lnTo>
                                <a:lnTo>
                                  <a:pt x="4698546" y="3195973"/>
                                </a:lnTo>
                                <a:lnTo>
                                  <a:pt x="4695598" y="3196202"/>
                                </a:lnTo>
                                <a:lnTo>
                                  <a:pt x="4694691" y="3202088"/>
                                </a:lnTo>
                                <a:lnTo>
                                  <a:pt x="4681764" y="3200505"/>
                                </a:lnTo>
                                <a:lnTo>
                                  <a:pt x="4668384" y="3205939"/>
                                </a:lnTo>
                                <a:lnTo>
                                  <a:pt x="4666116" y="3207299"/>
                                </a:lnTo>
                                <a:lnTo>
                                  <a:pt x="4663394" y="3208432"/>
                                </a:lnTo>
                                <a:lnTo>
                                  <a:pt x="4660446" y="3209566"/>
                                </a:lnTo>
                                <a:lnTo>
                                  <a:pt x="4657044" y="3210700"/>
                                </a:lnTo>
                                <a:lnTo>
                                  <a:pt x="4649560" y="3212284"/>
                                </a:lnTo>
                                <a:lnTo>
                                  <a:pt x="4641623" y="3213870"/>
                                </a:lnTo>
                                <a:lnTo>
                                  <a:pt x="4633685" y="3215003"/>
                                </a:lnTo>
                                <a:lnTo>
                                  <a:pt x="4625975" y="3215685"/>
                                </a:lnTo>
                                <a:lnTo>
                                  <a:pt x="4619398" y="3216135"/>
                                </a:lnTo>
                                <a:lnTo>
                                  <a:pt x="4613955" y="3216366"/>
                                </a:lnTo>
                                <a:lnTo>
                                  <a:pt x="4591503" y="3152922"/>
                                </a:lnTo>
                                <a:lnTo>
                                  <a:pt x="4588782" y="3146585"/>
                                </a:lnTo>
                                <a:lnTo>
                                  <a:pt x="4586287" y="3140018"/>
                                </a:lnTo>
                                <a:lnTo>
                                  <a:pt x="4581071" y="3126874"/>
                                </a:lnTo>
                                <a:lnTo>
                                  <a:pt x="4575855" y="3113503"/>
                                </a:lnTo>
                                <a:lnTo>
                                  <a:pt x="4572907" y="3106932"/>
                                </a:lnTo>
                                <a:lnTo>
                                  <a:pt x="4569732" y="3100587"/>
                                </a:lnTo>
                                <a:lnTo>
                                  <a:pt x="4566557" y="3094468"/>
                                </a:lnTo>
                                <a:lnTo>
                                  <a:pt x="4563155" y="3088578"/>
                                </a:lnTo>
                                <a:lnTo>
                                  <a:pt x="4559300" y="3082913"/>
                                </a:lnTo>
                                <a:lnTo>
                                  <a:pt x="4554991" y="3077479"/>
                                </a:lnTo>
                                <a:lnTo>
                                  <a:pt x="4552950" y="3075223"/>
                                </a:lnTo>
                                <a:lnTo>
                                  <a:pt x="4550455" y="3072720"/>
                                </a:lnTo>
                                <a:lnTo>
                                  <a:pt x="4547960" y="3070448"/>
                                </a:lnTo>
                                <a:lnTo>
                                  <a:pt x="4545466" y="3068412"/>
                                </a:lnTo>
                                <a:lnTo>
                                  <a:pt x="4542744" y="3066153"/>
                                </a:lnTo>
                                <a:lnTo>
                                  <a:pt x="4540023" y="3064343"/>
                                </a:lnTo>
                                <a:lnTo>
                                  <a:pt x="4536848" y="3062533"/>
                                </a:lnTo>
                                <a:lnTo>
                                  <a:pt x="4533900" y="3060943"/>
                                </a:lnTo>
                                <a:lnTo>
                                  <a:pt x="4545012" y="3058223"/>
                                </a:lnTo>
                                <a:lnTo>
                                  <a:pt x="4543878" y="3051881"/>
                                </a:lnTo>
                                <a:lnTo>
                                  <a:pt x="4542291" y="3045312"/>
                                </a:lnTo>
                                <a:lnTo>
                                  <a:pt x="4538889" y="3032623"/>
                                </a:lnTo>
                                <a:lnTo>
                                  <a:pt x="4535487" y="3020385"/>
                                </a:lnTo>
                                <a:lnTo>
                                  <a:pt x="4533900" y="3014497"/>
                                </a:lnTo>
                                <a:lnTo>
                                  <a:pt x="4532993" y="3008379"/>
                                </a:lnTo>
                                <a:lnTo>
                                  <a:pt x="4532539" y="3002262"/>
                                </a:lnTo>
                                <a:lnTo>
                                  <a:pt x="4532312" y="2999316"/>
                                </a:lnTo>
                                <a:lnTo>
                                  <a:pt x="4532312" y="2996368"/>
                                </a:lnTo>
                                <a:lnTo>
                                  <a:pt x="4532539" y="2993422"/>
                                </a:lnTo>
                                <a:lnTo>
                                  <a:pt x="4532766" y="2990701"/>
                                </a:lnTo>
                                <a:lnTo>
                                  <a:pt x="4533446" y="2987759"/>
                                </a:lnTo>
                                <a:lnTo>
                                  <a:pt x="4534127" y="2985037"/>
                                </a:lnTo>
                                <a:lnTo>
                                  <a:pt x="4534563" y="2983903"/>
                                </a:lnTo>
                                <a:lnTo>
                                  <a:pt x="4530036" y="2987758"/>
                                </a:lnTo>
                                <a:lnTo>
                                  <a:pt x="4523462" y="2967349"/>
                                </a:lnTo>
                                <a:lnTo>
                                  <a:pt x="4500112" y="2943099"/>
                                </a:lnTo>
                                <a:lnTo>
                                  <a:pt x="4496031" y="2940378"/>
                                </a:lnTo>
                                <a:lnTo>
                                  <a:pt x="4495804" y="2944685"/>
                                </a:lnTo>
                                <a:lnTo>
                                  <a:pt x="4492404" y="2934712"/>
                                </a:lnTo>
                                <a:lnTo>
                                  <a:pt x="4541371" y="2927909"/>
                                </a:lnTo>
                                <a:lnTo>
                                  <a:pt x="4541239" y="2928838"/>
                                </a:lnTo>
                                <a:lnTo>
                                  <a:pt x="4640943" y="2914810"/>
                                </a:lnTo>
                                <a:lnTo>
                                  <a:pt x="4691062" y="2908005"/>
                                </a:lnTo>
                                <a:lnTo>
                                  <a:pt x="4740955" y="2901671"/>
                                </a:lnTo>
                                <a:lnTo>
                                  <a:pt x="4742996" y="2903706"/>
                                </a:lnTo>
                                <a:lnTo>
                                  <a:pt x="4745264" y="2905288"/>
                                </a:lnTo>
                                <a:lnTo>
                                  <a:pt x="4745457" y="2905402"/>
                                </a:lnTo>
                                <a:lnTo>
                                  <a:pt x="4739737" y="2899594"/>
                                </a:lnTo>
                                <a:lnTo>
                                  <a:pt x="4750618" y="2893903"/>
                                </a:lnTo>
                                <a:lnTo>
                                  <a:pt x="4755606" y="2891869"/>
                                </a:lnTo>
                                <a:lnTo>
                                  <a:pt x="4759913" y="2889833"/>
                                </a:lnTo>
                                <a:lnTo>
                                  <a:pt x="4763994" y="2888474"/>
                                </a:lnTo>
                                <a:lnTo>
                                  <a:pt x="4767394" y="2887116"/>
                                </a:lnTo>
                                <a:lnTo>
                                  <a:pt x="4770568" y="2886434"/>
                                </a:lnTo>
                                <a:lnTo>
                                  <a:pt x="4773289" y="2885981"/>
                                </a:lnTo>
                                <a:lnTo>
                                  <a:pt x="4775556" y="2885981"/>
                                </a:lnTo>
                                <a:lnTo>
                                  <a:pt x="4777142" y="2886208"/>
                                </a:lnTo>
                                <a:lnTo>
                                  <a:pt x="4778729" y="2886886"/>
                                </a:lnTo>
                                <a:lnTo>
                                  <a:pt x="4779636" y="2887793"/>
                                </a:lnTo>
                                <a:lnTo>
                                  <a:pt x="4780090" y="2889377"/>
                                </a:lnTo>
                                <a:lnTo>
                                  <a:pt x="4780090" y="2890963"/>
                                </a:lnTo>
                                <a:lnTo>
                                  <a:pt x="4779636" y="2893000"/>
                                </a:lnTo>
                                <a:lnTo>
                                  <a:pt x="4778956" y="2895723"/>
                                </a:lnTo>
                                <a:lnTo>
                                  <a:pt x="4764674" y="2909505"/>
                                </a:lnTo>
                                <a:lnTo>
                                  <a:pt x="4767035" y="2908914"/>
                                </a:lnTo>
                                <a:lnTo>
                                  <a:pt x="4769757" y="2908462"/>
                                </a:lnTo>
                                <a:lnTo>
                                  <a:pt x="4775200" y="2906876"/>
                                </a:lnTo>
                                <a:lnTo>
                                  <a:pt x="4780416" y="2904836"/>
                                </a:lnTo>
                                <a:lnTo>
                                  <a:pt x="4786085" y="2902801"/>
                                </a:lnTo>
                                <a:lnTo>
                                  <a:pt x="4791755" y="2900090"/>
                                </a:lnTo>
                                <a:lnTo>
                                  <a:pt x="4803548" y="2894853"/>
                                </a:lnTo>
                                <a:lnTo>
                                  <a:pt x="4809444" y="2892593"/>
                                </a:lnTo>
                                <a:lnTo>
                                  <a:pt x="4815114" y="2890557"/>
                                </a:lnTo>
                                <a:lnTo>
                                  <a:pt x="4821237" y="2888747"/>
                                </a:lnTo>
                                <a:lnTo>
                                  <a:pt x="4824185" y="2888069"/>
                                </a:lnTo>
                                <a:lnTo>
                                  <a:pt x="4827134" y="2887614"/>
                                </a:lnTo>
                                <a:lnTo>
                                  <a:pt x="4833257" y="2886712"/>
                                </a:lnTo>
                                <a:lnTo>
                                  <a:pt x="4840060" y="2885351"/>
                                </a:lnTo>
                                <a:lnTo>
                                  <a:pt x="4854802" y="2882406"/>
                                </a:lnTo>
                                <a:lnTo>
                                  <a:pt x="4889273" y="2874480"/>
                                </a:lnTo>
                                <a:lnTo>
                                  <a:pt x="4908323" y="2870174"/>
                                </a:lnTo>
                                <a:lnTo>
                                  <a:pt x="4927827" y="2866099"/>
                                </a:lnTo>
                                <a:lnTo>
                                  <a:pt x="4947784" y="2862481"/>
                                </a:lnTo>
                                <a:lnTo>
                                  <a:pt x="4957309" y="2860662"/>
                                </a:lnTo>
                                <a:lnTo>
                                  <a:pt x="4967287" y="2859295"/>
                                </a:lnTo>
                                <a:lnTo>
                                  <a:pt x="4977039" y="2857944"/>
                                </a:lnTo>
                                <a:lnTo>
                                  <a:pt x="4986791" y="2857034"/>
                                </a:lnTo>
                                <a:lnTo>
                                  <a:pt x="4996316" y="2856357"/>
                                </a:lnTo>
                                <a:lnTo>
                                  <a:pt x="5005614" y="2855904"/>
                                </a:lnTo>
                                <a:lnTo>
                                  <a:pt x="5014459" y="2855904"/>
                                </a:lnTo>
                                <a:lnTo>
                                  <a:pt x="5023303" y="2856357"/>
                                </a:lnTo>
                                <a:lnTo>
                                  <a:pt x="5031468" y="2857034"/>
                                </a:lnTo>
                                <a:lnTo>
                                  <a:pt x="5039632" y="2858166"/>
                                </a:lnTo>
                                <a:lnTo>
                                  <a:pt x="5047116" y="2859754"/>
                                </a:lnTo>
                                <a:lnTo>
                                  <a:pt x="5050518" y="2860886"/>
                                </a:lnTo>
                                <a:lnTo>
                                  <a:pt x="5054146" y="2861800"/>
                                </a:lnTo>
                                <a:lnTo>
                                  <a:pt x="5057321" y="2863389"/>
                                </a:lnTo>
                                <a:lnTo>
                                  <a:pt x="5060723" y="2864516"/>
                                </a:lnTo>
                                <a:lnTo>
                                  <a:pt x="5063671" y="2866326"/>
                                </a:lnTo>
                                <a:lnTo>
                                  <a:pt x="5066619" y="2867912"/>
                                </a:lnTo>
                                <a:lnTo>
                                  <a:pt x="5066913" y="2868107"/>
                                </a:lnTo>
                                <a:lnTo>
                                  <a:pt x="5066393" y="2867149"/>
                                </a:lnTo>
                                <a:lnTo>
                                  <a:pt x="5063672" y="2861949"/>
                                </a:lnTo>
                                <a:lnTo>
                                  <a:pt x="5059363" y="2852661"/>
                                </a:lnTo>
                                <a:lnTo>
                                  <a:pt x="5089752" y="2847909"/>
                                </a:lnTo>
                                <a:lnTo>
                                  <a:pt x="5105627" y="2845416"/>
                                </a:lnTo>
                                <a:lnTo>
                                  <a:pt x="5121729" y="2842929"/>
                                </a:lnTo>
                                <a:lnTo>
                                  <a:pt x="5137831" y="2840667"/>
                                </a:lnTo>
                                <a:lnTo>
                                  <a:pt x="5152798" y="2839081"/>
                                </a:lnTo>
                                <a:lnTo>
                                  <a:pt x="5167540" y="2837950"/>
                                </a:lnTo>
                                <a:lnTo>
                                  <a:pt x="5174116" y="2837721"/>
                                </a:lnTo>
                                <a:lnTo>
                                  <a:pt x="5180466" y="2837271"/>
                                </a:lnTo>
                                <a:close/>
                                <a:moveTo>
                                  <a:pt x="2833753" y="2833297"/>
                                </a:moveTo>
                                <a:lnTo>
                                  <a:pt x="2838291" y="2857113"/>
                                </a:lnTo>
                                <a:lnTo>
                                  <a:pt x="2839879" y="2865050"/>
                                </a:lnTo>
                                <a:lnTo>
                                  <a:pt x="2841013" y="2870040"/>
                                </a:lnTo>
                                <a:lnTo>
                                  <a:pt x="2841694" y="2872533"/>
                                </a:lnTo>
                                <a:lnTo>
                                  <a:pt x="2841921" y="2872761"/>
                                </a:lnTo>
                                <a:lnTo>
                                  <a:pt x="2842147" y="2872305"/>
                                </a:lnTo>
                                <a:lnTo>
                                  <a:pt x="2842147" y="2869359"/>
                                </a:lnTo>
                                <a:lnTo>
                                  <a:pt x="2841694" y="2863462"/>
                                </a:lnTo>
                                <a:lnTo>
                                  <a:pt x="2840559" y="2855751"/>
                                </a:lnTo>
                                <a:lnTo>
                                  <a:pt x="2838744" y="2848265"/>
                                </a:lnTo>
                                <a:lnTo>
                                  <a:pt x="2836703" y="2840781"/>
                                </a:lnTo>
                                <a:lnTo>
                                  <a:pt x="2833753" y="2833297"/>
                                </a:lnTo>
                                <a:close/>
                                <a:moveTo>
                                  <a:pt x="6662499" y="2810712"/>
                                </a:moveTo>
                                <a:lnTo>
                                  <a:pt x="6664919" y="2817472"/>
                                </a:lnTo>
                                <a:lnTo>
                                  <a:pt x="6665151" y="2823623"/>
                                </a:lnTo>
                                <a:lnTo>
                                  <a:pt x="6663333" y="2814540"/>
                                </a:lnTo>
                                <a:lnTo>
                                  <a:pt x="6662499" y="2810712"/>
                                </a:lnTo>
                                <a:close/>
                                <a:moveTo>
                                  <a:pt x="1767804" y="2803091"/>
                                </a:moveTo>
                                <a:lnTo>
                                  <a:pt x="1682354" y="2813224"/>
                                </a:lnTo>
                                <a:lnTo>
                                  <a:pt x="1682375" y="2813510"/>
                                </a:lnTo>
                                <a:lnTo>
                                  <a:pt x="1682378" y="2813510"/>
                                </a:lnTo>
                                <a:lnTo>
                                  <a:pt x="1682354" y="2813224"/>
                                </a:lnTo>
                                <a:lnTo>
                                  <a:pt x="1683490" y="2813224"/>
                                </a:lnTo>
                                <a:lnTo>
                                  <a:pt x="1684801" y="2813224"/>
                                </a:lnTo>
                                <a:lnTo>
                                  <a:pt x="1768176" y="2803328"/>
                                </a:lnTo>
                                <a:lnTo>
                                  <a:pt x="1767804" y="2803091"/>
                                </a:lnTo>
                                <a:close/>
                                <a:moveTo>
                                  <a:pt x="6691181" y="2799428"/>
                                </a:moveTo>
                                <a:lnTo>
                                  <a:pt x="6691214" y="2799570"/>
                                </a:lnTo>
                                <a:lnTo>
                                  <a:pt x="6695505" y="2822693"/>
                                </a:lnTo>
                                <a:lnTo>
                                  <a:pt x="6691181" y="2799428"/>
                                </a:lnTo>
                                <a:close/>
                                <a:moveTo>
                                  <a:pt x="2712022" y="2794998"/>
                                </a:moveTo>
                                <a:lnTo>
                                  <a:pt x="2718049" y="2796778"/>
                                </a:lnTo>
                                <a:lnTo>
                                  <a:pt x="2727578" y="2799500"/>
                                </a:lnTo>
                                <a:lnTo>
                                  <a:pt x="2737333" y="2802221"/>
                                </a:lnTo>
                                <a:lnTo>
                                  <a:pt x="2746862" y="2804944"/>
                                </a:lnTo>
                                <a:lnTo>
                                  <a:pt x="2749937" y="2805748"/>
                                </a:lnTo>
                                <a:lnTo>
                                  <a:pt x="2749840" y="2805707"/>
                                </a:lnTo>
                                <a:lnTo>
                                  <a:pt x="2743716" y="2803439"/>
                                </a:lnTo>
                                <a:lnTo>
                                  <a:pt x="2737591" y="2801400"/>
                                </a:lnTo>
                                <a:lnTo>
                                  <a:pt x="2731466" y="2799586"/>
                                </a:lnTo>
                                <a:lnTo>
                                  <a:pt x="2725341" y="2798000"/>
                                </a:lnTo>
                                <a:lnTo>
                                  <a:pt x="2718990" y="2796412"/>
                                </a:lnTo>
                                <a:lnTo>
                                  <a:pt x="2712412" y="2795051"/>
                                </a:lnTo>
                                <a:lnTo>
                                  <a:pt x="2712022" y="2794998"/>
                                </a:lnTo>
                                <a:close/>
                                <a:moveTo>
                                  <a:pt x="2814717" y="2791651"/>
                                </a:moveTo>
                                <a:lnTo>
                                  <a:pt x="2812902" y="2792104"/>
                                </a:lnTo>
                                <a:lnTo>
                                  <a:pt x="2810407" y="2793237"/>
                                </a:lnTo>
                                <a:lnTo>
                                  <a:pt x="2807911" y="2795279"/>
                                </a:lnTo>
                                <a:lnTo>
                                  <a:pt x="2805189" y="2797545"/>
                                </a:lnTo>
                                <a:lnTo>
                                  <a:pt x="2802467" y="2800494"/>
                                </a:lnTo>
                                <a:lnTo>
                                  <a:pt x="2799518" y="2803894"/>
                                </a:lnTo>
                                <a:lnTo>
                                  <a:pt x="2796343" y="2807976"/>
                                </a:lnTo>
                                <a:lnTo>
                                  <a:pt x="2795290" y="2809379"/>
                                </a:lnTo>
                                <a:lnTo>
                                  <a:pt x="2799723" y="2808573"/>
                                </a:lnTo>
                                <a:lnTo>
                                  <a:pt x="2804487" y="2807665"/>
                                </a:lnTo>
                                <a:lnTo>
                                  <a:pt x="2809478" y="2806077"/>
                                </a:lnTo>
                                <a:lnTo>
                                  <a:pt x="2814242" y="2804262"/>
                                </a:lnTo>
                                <a:lnTo>
                                  <a:pt x="2819233" y="2801995"/>
                                </a:lnTo>
                                <a:lnTo>
                                  <a:pt x="2824126" y="2799327"/>
                                </a:lnTo>
                                <a:lnTo>
                                  <a:pt x="2823110" y="2797093"/>
                                </a:lnTo>
                                <a:lnTo>
                                  <a:pt x="2821749" y="2794824"/>
                                </a:lnTo>
                                <a:lnTo>
                                  <a:pt x="2820388" y="2793011"/>
                                </a:lnTo>
                                <a:lnTo>
                                  <a:pt x="2818573" y="2792104"/>
                                </a:lnTo>
                                <a:lnTo>
                                  <a:pt x="2817666" y="2791651"/>
                                </a:lnTo>
                                <a:lnTo>
                                  <a:pt x="2816985" y="2791651"/>
                                </a:lnTo>
                                <a:lnTo>
                                  <a:pt x="2814717" y="2791651"/>
                                </a:lnTo>
                                <a:close/>
                                <a:moveTo>
                                  <a:pt x="3406317" y="2782807"/>
                                </a:moveTo>
                                <a:lnTo>
                                  <a:pt x="3416752" y="2844698"/>
                                </a:lnTo>
                                <a:lnTo>
                                  <a:pt x="3427371" y="2906568"/>
                                </a:lnTo>
                                <a:lnTo>
                                  <a:pt x="3427475" y="2906551"/>
                                </a:lnTo>
                                <a:lnTo>
                                  <a:pt x="3422257" y="2875485"/>
                                </a:lnTo>
                                <a:lnTo>
                                  <a:pt x="3417039" y="2844411"/>
                                </a:lnTo>
                                <a:lnTo>
                                  <a:pt x="3406431" y="2782807"/>
                                </a:lnTo>
                                <a:lnTo>
                                  <a:pt x="3406317" y="2782807"/>
                                </a:lnTo>
                                <a:close/>
                                <a:moveTo>
                                  <a:pt x="2645882" y="2774474"/>
                                </a:moveTo>
                                <a:lnTo>
                                  <a:pt x="2645908" y="2774524"/>
                                </a:lnTo>
                                <a:lnTo>
                                  <a:pt x="2646513" y="2775885"/>
                                </a:lnTo>
                                <a:lnTo>
                                  <a:pt x="2648857" y="2782915"/>
                                </a:lnTo>
                                <a:lnTo>
                                  <a:pt x="2650218" y="2786318"/>
                                </a:lnTo>
                                <a:lnTo>
                                  <a:pt x="2650899" y="2787226"/>
                                </a:lnTo>
                                <a:lnTo>
                                  <a:pt x="2650899" y="2787452"/>
                                </a:lnTo>
                                <a:lnTo>
                                  <a:pt x="2651126" y="2787452"/>
                                </a:lnTo>
                                <a:lnTo>
                                  <a:pt x="2649765" y="2789718"/>
                                </a:lnTo>
                                <a:lnTo>
                                  <a:pt x="2648630" y="2792214"/>
                                </a:lnTo>
                                <a:lnTo>
                                  <a:pt x="2647439" y="2793853"/>
                                </a:lnTo>
                                <a:lnTo>
                                  <a:pt x="2653618" y="2791108"/>
                                </a:lnTo>
                                <a:lnTo>
                                  <a:pt x="2661558" y="2787705"/>
                                </a:lnTo>
                                <a:lnTo>
                                  <a:pt x="2661785" y="2787705"/>
                                </a:lnTo>
                                <a:lnTo>
                                  <a:pt x="2666545" y="2787306"/>
                                </a:lnTo>
                                <a:lnTo>
                                  <a:pt x="2664548" y="2786434"/>
                                </a:lnTo>
                                <a:lnTo>
                                  <a:pt x="2661146" y="2785075"/>
                                </a:lnTo>
                                <a:lnTo>
                                  <a:pt x="2657743" y="2783034"/>
                                </a:lnTo>
                                <a:lnTo>
                                  <a:pt x="2654567" y="2781221"/>
                                </a:lnTo>
                                <a:lnTo>
                                  <a:pt x="2651618" y="2779179"/>
                                </a:lnTo>
                                <a:lnTo>
                                  <a:pt x="2648669" y="2777138"/>
                                </a:lnTo>
                                <a:lnTo>
                                  <a:pt x="2647063" y="2775602"/>
                                </a:lnTo>
                                <a:lnTo>
                                  <a:pt x="2647496" y="2776792"/>
                                </a:lnTo>
                                <a:lnTo>
                                  <a:pt x="2651126" y="2787452"/>
                                </a:lnTo>
                                <a:lnTo>
                                  <a:pt x="2648630" y="2780649"/>
                                </a:lnTo>
                                <a:lnTo>
                                  <a:pt x="2646513" y="2775885"/>
                                </a:lnTo>
                                <a:lnTo>
                                  <a:pt x="2646117" y="2774697"/>
                                </a:lnTo>
                                <a:lnTo>
                                  <a:pt x="2645882" y="2774474"/>
                                </a:lnTo>
                                <a:close/>
                                <a:moveTo>
                                  <a:pt x="6645208" y="2753779"/>
                                </a:moveTo>
                                <a:lnTo>
                                  <a:pt x="6646295" y="2756430"/>
                                </a:lnTo>
                                <a:lnTo>
                                  <a:pt x="6649021" y="2763468"/>
                                </a:lnTo>
                                <a:lnTo>
                                  <a:pt x="6652201" y="2772550"/>
                                </a:lnTo>
                                <a:lnTo>
                                  <a:pt x="6655155" y="2782762"/>
                                </a:lnTo>
                                <a:lnTo>
                                  <a:pt x="6658335" y="2793432"/>
                                </a:lnTo>
                                <a:lnTo>
                                  <a:pt x="6661061" y="2804100"/>
                                </a:lnTo>
                                <a:lnTo>
                                  <a:pt x="6662499" y="2810712"/>
                                </a:lnTo>
                                <a:lnTo>
                                  <a:pt x="6661516" y="2807959"/>
                                </a:lnTo>
                                <a:lnTo>
                                  <a:pt x="6656063" y="2791843"/>
                                </a:lnTo>
                                <a:lnTo>
                                  <a:pt x="6651293" y="2776407"/>
                                </a:lnTo>
                                <a:lnTo>
                                  <a:pt x="6649021" y="2768918"/>
                                </a:lnTo>
                                <a:lnTo>
                                  <a:pt x="6646976" y="2761880"/>
                                </a:lnTo>
                                <a:lnTo>
                                  <a:pt x="6645386" y="2754843"/>
                                </a:lnTo>
                                <a:lnTo>
                                  <a:pt x="6645208" y="2753779"/>
                                </a:lnTo>
                                <a:close/>
                                <a:moveTo>
                                  <a:pt x="6732770" y="2751001"/>
                                </a:moveTo>
                                <a:lnTo>
                                  <a:pt x="6732770" y="2752419"/>
                                </a:lnTo>
                                <a:lnTo>
                                  <a:pt x="6732606" y="2755546"/>
                                </a:lnTo>
                                <a:lnTo>
                                  <a:pt x="6732700" y="2755739"/>
                                </a:lnTo>
                                <a:lnTo>
                                  <a:pt x="6733132" y="2753018"/>
                                </a:lnTo>
                                <a:lnTo>
                                  <a:pt x="6732770" y="2751001"/>
                                </a:lnTo>
                                <a:close/>
                                <a:moveTo>
                                  <a:pt x="6718316" y="2750151"/>
                                </a:moveTo>
                                <a:lnTo>
                                  <a:pt x="6716735" y="2752643"/>
                                </a:lnTo>
                                <a:lnTo>
                                  <a:pt x="6715832" y="2755592"/>
                                </a:lnTo>
                                <a:lnTo>
                                  <a:pt x="6715154" y="2758991"/>
                                </a:lnTo>
                                <a:lnTo>
                                  <a:pt x="6714251" y="2762620"/>
                                </a:lnTo>
                                <a:lnTo>
                                  <a:pt x="6714025" y="2766701"/>
                                </a:lnTo>
                                <a:lnTo>
                                  <a:pt x="6714025" y="2771008"/>
                                </a:lnTo>
                                <a:lnTo>
                                  <a:pt x="6714025" y="2775314"/>
                                </a:lnTo>
                                <a:lnTo>
                                  <a:pt x="6714251" y="2779620"/>
                                </a:lnTo>
                                <a:lnTo>
                                  <a:pt x="6715154" y="2788462"/>
                                </a:lnTo>
                                <a:lnTo>
                                  <a:pt x="6716057" y="2796850"/>
                                </a:lnTo>
                                <a:lnTo>
                                  <a:pt x="6716961" y="2804105"/>
                                </a:lnTo>
                                <a:lnTo>
                                  <a:pt x="6717412" y="2810225"/>
                                </a:lnTo>
                                <a:lnTo>
                                  <a:pt x="6721633" y="2826322"/>
                                </a:lnTo>
                                <a:lnTo>
                                  <a:pt x="6717398" y="2809307"/>
                                </a:lnTo>
                                <a:lnTo>
                                  <a:pt x="6717627" y="2809307"/>
                                </a:lnTo>
                                <a:lnTo>
                                  <a:pt x="6718768" y="2805220"/>
                                </a:lnTo>
                                <a:lnTo>
                                  <a:pt x="6719225" y="2801361"/>
                                </a:lnTo>
                                <a:lnTo>
                                  <a:pt x="6719454" y="2797958"/>
                                </a:lnTo>
                                <a:lnTo>
                                  <a:pt x="6719225" y="2794554"/>
                                </a:lnTo>
                                <a:lnTo>
                                  <a:pt x="6718768" y="2790921"/>
                                </a:lnTo>
                                <a:lnTo>
                                  <a:pt x="6718312" y="2786835"/>
                                </a:lnTo>
                                <a:lnTo>
                                  <a:pt x="6716713" y="2776168"/>
                                </a:lnTo>
                                <a:lnTo>
                                  <a:pt x="6718664" y="2750520"/>
                                </a:lnTo>
                                <a:lnTo>
                                  <a:pt x="6718316" y="2750151"/>
                                </a:lnTo>
                                <a:close/>
                                <a:moveTo>
                                  <a:pt x="6729469" y="2749138"/>
                                </a:moveTo>
                                <a:lnTo>
                                  <a:pt x="6730726" y="2751708"/>
                                </a:lnTo>
                                <a:lnTo>
                                  <a:pt x="6729834" y="2749244"/>
                                </a:lnTo>
                                <a:lnTo>
                                  <a:pt x="6729469" y="2749138"/>
                                </a:lnTo>
                                <a:close/>
                                <a:moveTo>
                                  <a:pt x="2561492" y="2732274"/>
                                </a:moveTo>
                                <a:lnTo>
                                  <a:pt x="2561742" y="2732341"/>
                                </a:lnTo>
                                <a:lnTo>
                                  <a:pt x="2563120" y="2732601"/>
                                </a:lnTo>
                                <a:lnTo>
                                  <a:pt x="2561492" y="2732274"/>
                                </a:lnTo>
                                <a:close/>
                                <a:moveTo>
                                  <a:pt x="2576761" y="2731790"/>
                                </a:moveTo>
                                <a:lnTo>
                                  <a:pt x="2576307" y="2732016"/>
                                </a:lnTo>
                                <a:lnTo>
                                  <a:pt x="2571997" y="2732469"/>
                                </a:lnTo>
                                <a:lnTo>
                                  <a:pt x="2568368" y="2732922"/>
                                </a:lnTo>
                                <a:lnTo>
                                  <a:pt x="2564843" y="2732922"/>
                                </a:lnTo>
                                <a:lnTo>
                                  <a:pt x="2565372" y="2733022"/>
                                </a:lnTo>
                                <a:lnTo>
                                  <a:pt x="2569002" y="2733248"/>
                                </a:lnTo>
                                <a:lnTo>
                                  <a:pt x="2573085" y="2733022"/>
                                </a:lnTo>
                                <a:lnTo>
                                  <a:pt x="2576942" y="2732115"/>
                                </a:lnTo>
                                <a:lnTo>
                                  <a:pt x="2577395" y="2731887"/>
                                </a:lnTo>
                                <a:lnTo>
                                  <a:pt x="2577849" y="2731887"/>
                                </a:lnTo>
                                <a:lnTo>
                                  <a:pt x="2584769" y="2732936"/>
                                </a:lnTo>
                                <a:lnTo>
                                  <a:pt x="2582205" y="2732469"/>
                                </a:lnTo>
                                <a:lnTo>
                                  <a:pt x="2577215" y="2731790"/>
                                </a:lnTo>
                                <a:lnTo>
                                  <a:pt x="2576761" y="2731790"/>
                                </a:lnTo>
                                <a:close/>
                                <a:moveTo>
                                  <a:pt x="3869731" y="2724640"/>
                                </a:moveTo>
                                <a:lnTo>
                                  <a:pt x="3861559" y="2725095"/>
                                </a:lnTo>
                                <a:lnTo>
                                  <a:pt x="3853387" y="2725548"/>
                                </a:lnTo>
                                <a:lnTo>
                                  <a:pt x="3836816" y="2727137"/>
                                </a:lnTo>
                                <a:lnTo>
                                  <a:pt x="3820472" y="2728499"/>
                                </a:lnTo>
                                <a:lnTo>
                                  <a:pt x="3804127" y="2730088"/>
                                </a:lnTo>
                                <a:lnTo>
                                  <a:pt x="3796409" y="2730543"/>
                                </a:lnTo>
                                <a:lnTo>
                                  <a:pt x="3793275" y="2730723"/>
                                </a:lnTo>
                                <a:lnTo>
                                  <a:pt x="3796594" y="2730999"/>
                                </a:lnTo>
                                <a:lnTo>
                                  <a:pt x="3804761" y="2731224"/>
                                </a:lnTo>
                                <a:lnTo>
                                  <a:pt x="3812928" y="2730999"/>
                                </a:lnTo>
                                <a:lnTo>
                                  <a:pt x="3821096" y="2730543"/>
                                </a:lnTo>
                                <a:lnTo>
                                  <a:pt x="3829036" y="2729638"/>
                                </a:lnTo>
                                <a:lnTo>
                                  <a:pt x="3837204" y="2728729"/>
                                </a:lnTo>
                                <a:lnTo>
                                  <a:pt x="3853538" y="2726688"/>
                                </a:lnTo>
                                <a:lnTo>
                                  <a:pt x="3861479" y="2725781"/>
                                </a:lnTo>
                                <a:lnTo>
                                  <a:pt x="3869419" y="2724874"/>
                                </a:lnTo>
                                <a:lnTo>
                                  <a:pt x="3872293" y="2724640"/>
                                </a:lnTo>
                                <a:lnTo>
                                  <a:pt x="3869731" y="2724640"/>
                                </a:lnTo>
                                <a:close/>
                                <a:moveTo>
                                  <a:pt x="3784832" y="2717608"/>
                                </a:moveTo>
                                <a:lnTo>
                                  <a:pt x="3777341" y="2722597"/>
                                </a:lnTo>
                                <a:lnTo>
                                  <a:pt x="3770077" y="2727590"/>
                                </a:lnTo>
                                <a:lnTo>
                                  <a:pt x="3763040" y="2731450"/>
                                </a:lnTo>
                                <a:lnTo>
                                  <a:pt x="3759408" y="2733494"/>
                                </a:lnTo>
                                <a:lnTo>
                                  <a:pt x="3755776" y="2734855"/>
                                </a:lnTo>
                                <a:lnTo>
                                  <a:pt x="3751917" y="2736217"/>
                                </a:lnTo>
                                <a:lnTo>
                                  <a:pt x="3750245" y="2736906"/>
                                </a:lnTo>
                                <a:lnTo>
                                  <a:pt x="3753488" y="2736443"/>
                                </a:lnTo>
                                <a:lnTo>
                                  <a:pt x="3759387" y="2734855"/>
                                </a:lnTo>
                                <a:lnTo>
                                  <a:pt x="3764605" y="2733039"/>
                                </a:lnTo>
                                <a:lnTo>
                                  <a:pt x="3769823" y="2730771"/>
                                </a:lnTo>
                                <a:lnTo>
                                  <a:pt x="3774587" y="2728502"/>
                                </a:lnTo>
                                <a:lnTo>
                                  <a:pt x="3779578" y="2726234"/>
                                </a:lnTo>
                                <a:lnTo>
                                  <a:pt x="3786266" y="2722893"/>
                                </a:lnTo>
                                <a:lnTo>
                                  <a:pt x="3784832" y="2717608"/>
                                </a:lnTo>
                                <a:close/>
                                <a:moveTo>
                                  <a:pt x="1186596" y="2698790"/>
                                </a:moveTo>
                                <a:lnTo>
                                  <a:pt x="1189038" y="2698790"/>
                                </a:lnTo>
                                <a:lnTo>
                                  <a:pt x="1188549" y="2699455"/>
                                </a:lnTo>
                                <a:lnTo>
                                  <a:pt x="1182688" y="2709899"/>
                                </a:lnTo>
                                <a:lnTo>
                                  <a:pt x="1186596" y="2698790"/>
                                </a:lnTo>
                                <a:close/>
                                <a:moveTo>
                                  <a:pt x="1388611" y="2685212"/>
                                </a:moveTo>
                                <a:lnTo>
                                  <a:pt x="1388837" y="2685438"/>
                                </a:lnTo>
                                <a:lnTo>
                                  <a:pt x="1388611" y="2685892"/>
                                </a:lnTo>
                                <a:lnTo>
                                  <a:pt x="1388158" y="2685892"/>
                                </a:lnTo>
                                <a:lnTo>
                                  <a:pt x="1388611" y="2685212"/>
                                </a:lnTo>
                                <a:close/>
                                <a:moveTo>
                                  <a:pt x="1218895" y="2673388"/>
                                </a:moveTo>
                                <a:lnTo>
                                  <a:pt x="1222376" y="2677166"/>
                                </a:lnTo>
                                <a:lnTo>
                                  <a:pt x="1217613" y="2684501"/>
                                </a:lnTo>
                                <a:lnTo>
                                  <a:pt x="1218895" y="2673388"/>
                                </a:lnTo>
                                <a:close/>
                                <a:moveTo>
                                  <a:pt x="1591715" y="2668119"/>
                                </a:moveTo>
                                <a:lnTo>
                                  <a:pt x="1590450" y="2685212"/>
                                </a:lnTo>
                                <a:lnTo>
                                  <a:pt x="1590954" y="2685548"/>
                                </a:lnTo>
                                <a:lnTo>
                                  <a:pt x="1591007" y="2684549"/>
                                </a:lnTo>
                                <a:lnTo>
                                  <a:pt x="1610073" y="2697178"/>
                                </a:lnTo>
                                <a:lnTo>
                                  <a:pt x="1609372" y="2696508"/>
                                </a:lnTo>
                                <a:lnTo>
                                  <a:pt x="1604835" y="2691292"/>
                                </a:lnTo>
                                <a:lnTo>
                                  <a:pt x="1600752" y="2686530"/>
                                </a:lnTo>
                                <a:lnTo>
                                  <a:pt x="1597349" y="2681541"/>
                                </a:lnTo>
                                <a:lnTo>
                                  <a:pt x="1595761" y="2679273"/>
                                </a:lnTo>
                                <a:lnTo>
                                  <a:pt x="1594626" y="2677005"/>
                                </a:lnTo>
                                <a:lnTo>
                                  <a:pt x="1593719" y="2674509"/>
                                </a:lnTo>
                                <a:lnTo>
                                  <a:pt x="1592584" y="2672468"/>
                                </a:lnTo>
                                <a:lnTo>
                                  <a:pt x="1592131" y="2670200"/>
                                </a:lnTo>
                                <a:lnTo>
                                  <a:pt x="1591715" y="2668119"/>
                                </a:lnTo>
                                <a:close/>
                                <a:moveTo>
                                  <a:pt x="6565900" y="2667078"/>
                                </a:moveTo>
                                <a:lnTo>
                                  <a:pt x="6567289" y="2672519"/>
                                </a:lnTo>
                                <a:lnTo>
                                  <a:pt x="6567488" y="2689307"/>
                                </a:lnTo>
                                <a:lnTo>
                                  <a:pt x="6565900" y="2667078"/>
                                </a:lnTo>
                                <a:close/>
                                <a:moveTo>
                                  <a:pt x="1287768" y="2667035"/>
                                </a:moveTo>
                                <a:lnTo>
                                  <a:pt x="1293813" y="2675207"/>
                                </a:lnTo>
                                <a:lnTo>
                                  <a:pt x="1278813" y="2690852"/>
                                </a:lnTo>
                                <a:lnTo>
                                  <a:pt x="1277694" y="2688516"/>
                                </a:lnTo>
                                <a:lnTo>
                                  <a:pt x="1277022" y="2686883"/>
                                </a:lnTo>
                                <a:lnTo>
                                  <a:pt x="1276574" y="2684780"/>
                                </a:lnTo>
                                <a:lnTo>
                                  <a:pt x="1276350" y="2683146"/>
                                </a:lnTo>
                                <a:lnTo>
                                  <a:pt x="1276350" y="2681278"/>
                                </a:lnTo>
                                <a:lnTo>
                                  <a:pt x="1276350" y="2679877"/>
                                </a:lnTo>
                                <a:lnTo>
                                  <a:pt x="1276574" y="2678009"/>
                                </a:lnTo>
                                <a:lnTo>
                                  <a:pt x="1277022" y="2676608"/>
                                </a:lnTo>
                                <a:lnTo>
                                  <a:pt x="1277694" y="2674975"/>
                                </a:lnTo>
                                <a:lnTo>
                                  <a:pt x="1278813" y="2673808"/>
                                </a:lnTo>
                                <a:lnTo>
                                  <a:pt x="1279708" y="2672639"/>
                                </a:lnTo>
                                <a:lnTo>
                                  <a:pt x="1280828" y="2671239"/>
                                </a:lnTo>
                                <a:lnTo>
                                  <a:pt x="1282395" y="2670071"/>
                                </a:lnTo>
                                <a:lnTo>
                                  <a:pt x="1283962" y="2669137"/>
                                </a:lnTo>
                                <a:lnTo>
                                  <a:pt x="1285753" y="2667969"/>
                                </a:lnTo>
                                <a:lnTo>
                                  <a:pt x="1287768" y="2667035"/>
                                </a:lnTo>
                                <a:close/>
                                <a:moveTo>
                                  <a:pt x="1341744" y="2666753"/>
                                </a:moveTo>
                                <a:lnTo>
                                  <a:pt x="1341655" y="2667035"/>
                                </a:lnTo>
                                <a:lnTo>
                                  <a:pt x="1341438" y="2667035"/>
                                </a:lnTo>
                                <a:lnTo>
                                  <a:pt x="1341744" y="2666753"/>
                                </a:lnTo>
                                <a:close/>
                                <a:moveTo>
                                  <a:pt x="1586580" y="2663155"/>
                                </a:moveTo>
                                <a:lnTo>
                                  <a:pt x="1578738" y="2665385"/>
                                </a:lnTo>
                                <a:lnTo>
                                  <a:pt x="1566516" y="2668342"/>
                                </a:lnTo>
                                <a:lnTo>
                                  <a:pt x="1554067" y="2670843"/>
                                </a:lnTo>
                                <a:lnTo>
                                  <a:pt x="1541618" y="2673117"/>
                                </a:lnTo>
                                <a:lnTo>
                                  <a:pt x="1528943" y="2674711"/>
                                </a:lnTo>
                                <a:lnTo>
                                  <a:pt x="1516268" y="2676529"/>
                                </a:lnTo>
                                <a:lnTo>
                                  <a:pt x="1503366" y="2677667"/>
                                </a:lnTo>
                                <a:lnTo>
                                  <a:pt x="1490465" y="2678803"/>
                                </a:lnTo>
                                <a:lnTo>
                                  <a:pt x="1464435" y="2680623"/>
                                </a:lnTo>
                                <a:lnTo>
                                  <a:pt x="1439085" y="2682215"/>
                                </a:lnTo>
                                <a:lnTo>
                                  <a:pt x="1413735" y="2684033"/>
                                </a:lnTo>
                                <a:lnTo>
                                  <a:pt x="1413431" y="2684057"/>
                                </a:lnTo>
                                <a:lnTo>
                                  <a:pt x="1438448" y="2683171"/>
                                </a:lnTo>
                                <a:lnTo>
                                  <a:pt x="1464951" y="2681810"/>
                                </a:lnTo>
                                <a:lnTo>
                                  <a:pt x="1478544" y="2681358"/>
                                </a:lnTo>
                                <a:lnTo>
                                  <a:pt x="1491910" y="2680676"/>
                                </a:lnTo>
                                <a:lnTo>
                                  <a:pt x="1505500" y="2679771"/>
                                </a:lnTo>
                                <a:lnTo>
                                  <a:pt x="1518866" y="2678182"/>
                                </a:lnTo>
                                <a:lnTo>
                                  <a:pt x="1531778" y="2676596"/>
                                </a:lnTo>
                                <a:lnTo>
                                  <a:pt x="1544690" y="2674557"/>
                                </a:lnTo>
                                <a:lnTo>
                                  <a:pt x="1551033" y="2673421"/>
                                </a:lnTo>
                                <a:lnTo>
                                  <a:pt x="1557376" y="2671835"/>
                                </a:lnTo>
                                <a:lnTo>
                                  <a:pt x="1563492" y="2670475"/>
                                </a:lnTo>
                                <a:lnTo>
                                  <a:pt x="1569609" y="2668658"/>
                                </a:lnTo>
                                <a:lnTo>
                                  <a:pt x="1575498" y="2667074"/>
                                </a:lnTo>
                                <a:lnTo>
                                  <a:pt x="1581162" y="2665033"/>
                                </a:lnTo>
                                <a:lnTo>
                                  <a:pt x="1586580" y="2663155"/>
                                </a:lnTo>
                                <a:close/>
                                <a:moveTo>
                                  <a:pt x="6262461" y="2660035"/>
                                </a:moveTo>
                                <a:lnTo>
                                  <a:pt x="6261100" y="2662529"/>
                                </a:lnTo>
                                <a:lnTo>
                                  <a:pt x="6260193" y="2665024"/>
                                </a:lnTo>
                                <a:lnTo>
                                  <a:pt x="6259286" y="2667518"/>
                                </a:lnTo>
                                <a:lnTo>
                                  <a:pt x="6258832" y="2670012"/>
                                </a:lnTo>
                                <a:lnTo>
                                  <a:pt x="6258379" y="2672507"/>
                                </a:lnTo>
                                <a:lnTo>
                                  <a:pt x="6258152" y="2674549"/>
                                </a:lnTo>
                                <a:lnTo>
                                  <a:pt x="6258379" y="2679538"/>
                                </a:lnTo>
                                <a:lnTo>
                                  <a:pt x="6259059" y="2683847"/>
                                </a:lnTo>
                                <a:lnTo>
                                  <a:pt x="6259739" y="2688382"/>
                                </a:lnTo>
                                <a:lnTo>
                                  <a:pt x="6260646" y="2692691"/>
                                </a:lnTo>
                                <a:lnTo>
                                  <a:pt x="6261327" y="2696773"/>
                                </a:lnTo>
                                <a:lnTo>
                                  <a:pt x="6261553" y="2700854"/>
                                </a:lnTo>
                                <a:lnTo>
                                  <a:pt x="6261780" y="2702895"/>
                                </a:lnTo>
                                <a:lnTo>
                                  <a:pt x="6261553" y="2704709"/>
                                </a:lnTo>
                                <a:lnTo>
                                  <a:pt x="6261327" y="2706749"/>
                                </a:lnTo>
                                <a:lnTo>
                                  <a:pt x="6260873" y="2708563"/>
                                </a:lnTo>
                                <a:lnTo>
                                  <a:pt x="6260419" y="2710604"/>
                                </a:lnTo>
                                <a:lnTo>
                                  <a:pt x="6259513" y="2712192"/>
                                </a:lnTo>
                                <a:lnTo>
                                  <a:pt x="6258152" y="2714235"/>
                                </a:lnTo>
                                <a:lnTo>
                                  <a:pt x="6257018" y="2716047"/>
                                </a:lnTo>
                                <a:lnTo>
                                  <a:pt x="6255430" y="2717635"/>
                                </a:lnTo>
                                <a:lnTo>
                                  <a:pt x="6253163" y="2719450"/>
                                </a:lnTo>
                                <a:lnTo>
                                  <a:pt x="6250895" y="2721037"/>
                                </a:lnTo>
                                <a:lnTo>
                                  <a:pt x="6247946" y="2722398"/>
                                </a:lnTo>
                                <a:lnTo>
                                  <a:pt x="6244771" y="2724210"/>
                                </a:lnTo>
                                <a:lnTo>
                                  <a:pt x="6241369" y="2725569"/>
                                </a:lnTo>
                                <a:lnTo>
                                  <a:pt x="6241143" y="2734415"/>
                                </a:lnTo>
                                <a:lnTo>
                                  <a:pt x="6241143" y="2743486"/>
                                </a:lnTo>
                                <a:lnTo>
                                  <a:pt x="6241823" y="2752101"/>
                                </a:lnTo>
                                <a:lnTo>
                                  <a:pt x="6242277" y="2760946"/>
                                </a:lnTo>
                                <a:lnTo>
                                  <a:pt x="6235246" y="2747794"/>
                                </a:lnTo>
                                <a:lnTo>
                                  <a:pt x="6236834" y="2764801"/>
                                </a:lnTo>
                                <a:lnTo>
                                  <a:pt x="6231164" y="2755731"/>
                                </a:lnTo>
                                <a:lnTo>
                                  <a:pt x="6229803" y="2756637"/>
                                </a:lnTo>
                                <a:lnTo>
                                  <a:pt x="6228669" y="2757545"/>
                                </a:lnTo>
                                <a:lnTo>
                                  <a:pt x="6227536" y="2758452"/>
                                </a:lnTo>
                                <a:lnTo>
                                  <a:pt x="6226629" y="2759585"/>
                                </a:lnTo>
                                <a:lnTo>
                                  <a:pt x="6225721" y="2761172"/>
                                </a:lnTo>
                                <a:lnTo>
                                  <a:pt x="6225041" y="2762534"/>
                                </a:lnTo>
                                <a:lnTo>
                                  <a:pt x="6223680" y="2765935"/>
                                </a:lnTo>
                                <a:lnTo>
                                  <a:pt x="6222773" y="2769789"/>
                                </a:lnTo>
                                <a:lnTo>
                                  <a:pt x="6222093" y="2774326"/>
                                </a:lnTo>
                                <a:lnTo>
                                  <a:pt x="6221866" y="2778861"/>
                                </a:lnTo>
                                <a:lnTo>
                                  <a:pt x="6221866" y="2784076"/>
                                </a:lnTo>
                                <a:lnTo>
                                  <a:pt x="6222093" y="2789292"/>
                                </a:lnTo>
                                <a:lnTo>
                                  <a:pt x="6222546" y="2794961"/>
                                </a:lnTo>
                                <a:lnTo>
                                  <a:pt x="6223227" y="2800857"/>
                                </a:lnTo>
                                <a:lnTo>
                                  <a:pt x="6223907" y="2806753"/>
                                </a:lnTo>
                                <a:lnTo>
                                  <a:pt x="6226402" y="2819225"/>
                                </a:lnTo>
                                <a:lnTo>
                                  <a:pt x="6229123" y="2831698"/>
                                </a:lnTo>
                                <a:lnTo>
                                  <a:pt x="6232298" y="2843943"/>
                                </a:lnTo>
                                <a:lnTo>
                                  <a:pt x="6235473" y="2855961"/>
                                </a:lnTo>
                                <a:lnTo>
                                  <a:pt x="6238648" y="2867074"/>
                                </a:lnTo>
                                <a:lnTo>
                                  <a:pt x="6241823" y="2876824"/>
                                </a:lnTo>
                                <a:lnTo>
                                  <a:pt x="6246359" y="2892018"/>
                                </a:lnTo>
                                <a:lnTo>
                                  <a:pt x="6247493" y="2896326"/>
                                </a:lnTo>
                                <a:lnTo>
                                  <a:pt x="6247946" y="2897914"/>
                                </a:lnTo>
                                <a:lnTo>
                                  <a:pt x="6248627" y="2901089"/>
                                </a:lnTo>
                                <a:lnTo>
                                  <a:pt x="6246132" y="2899275"/>
                                </a:lnTo>
                                <a:lnTo>
                                  <a:pt x="6247946" y="2907892"/>
                                </a:lnTo>
                                <a:lnTo>
                                  <a:pt x="6249534" y="2917188"/>
                                </a:lnTo>
                                <a:lnTo>
                                  <a:pt x="6251121" y="2927165"/>
                                </a:lnTo>
                                <a:lnTo>
                                  <a:pt x="6252709" y="2937145"/>
                                </a:lnTo>
                                <a:lnTo>
                                  <a:pt x="6254977" y="2958006"/>
                                </a:lnTo>
                                <a:lnTo>
                                  <a:pt x="6257245" y="2979096"/>
                                </a:lnTo>
                                <a:lnTo>
                                  <a:pt x="6259513" y="2999505"/>
                                </a:lnTo>
                                <a:lnTo>
                                  <a:pt x="6261780" y="3018778"/>
                                </a:lnTo>
                                <a:lnTo>
                                  <a:pt x="6263368" y="3027848"/>
                                </a:lnTo>
                                <a:lnTo>
                                  <a:pt x="6264729" y="3036012"/>
                                </a:lnTo>
                                <a:lnTo>
                                  <a:pt x="6266316" y="3043496"/>
                                </a:lnTo>
                                <a:lnTo>
                                  <a:pt x="6267903" y="3050298"/>
                                </a:lnTo>
                                <a:lnTo>
                                  <a:pt x="6269718" y="3054608"/>
                                </a:lnTo>
                                <a:lnTo>
                                  <a:pt x="6271079" y="3058915"/>
                                </a:lnTo>
                                <a:lnTo>
                                  <a:pt x="6272439" y="3063452"/>
                                </a:lnTo>
                                <a:lnTo>
                                  <a:pt x="6273573" y="3068212"/>
                                </a:lnTo>
                                <a:lnTo>
                                  <a:pt x="6274480" y="3072748"/>
                                </a:lnTo>
                                <a:lnTo>
                                  <a:pt x="6275161" y="3077738"/>
                                </a:lnTo>
                                <a:lnTo>
                                  <a:pt x="6276068" y="3082499"/>
                                </a:lnTo>
                                <a:lnTo>
                                  <a:pt x="6276521" y="3087034"/>
                                </a:lnTo>
                                <a:lnTo>
                                  <a:pt x="6276748" y="3091797"/>
                                </a:lnTo>
                                <a:lnTo>
                                  <a:pt x="6276975" y="3096106"/>
                                </a:lnTo>
                                <a:lnTo>
                                  <a:pt x="6276748" y="3100187"/>
                                </a:lnTo>
                                <a:lnTo>
                                  <a:pt x="6276748" y="3104042"/>
                                </a:lnTo>
                                <a:lnTo>
                                  <a:pt x="6276295" y="3107443"/>
                                </a:lnTo>
                                <a:lnTo>
                                  <a:pt x="6275841" y="3110618"/>
                                </a:lnTo>
                                <a:lnTo>
                                  <a:pt x="6274934" y="3113566"/>
                                </a:lnTo>
                                <a:lnTo>
                                  <a:pt x="6274027" y="3115834"/>
                                </a:lnTo>
                                <a:lnTo>
                                  <a:pt x="6277655" y="3118328"/>
                                </a:lnTo>
                                <a:lnTo>
                                  <a:pt x="6274707" y="3118328"/>
                                </a:lnTo>
                                <a:lnTo>
                                  <a:pt x="6272439" y="3118780"/>
                                </a:lnTo>
                                <a:lnTo>
                                  <a:pt x="6269945" y="3119461"/>
                                </a:lnTo>
                                <a:lnTo>
                                  <a:pt x="6267903" y="3120595"/>
                                </a:lnTo>
                                <a:lnTo>
                                  <a:pt x="6266316" y="3121957"/>
                                </a:lnTo>
                                <a:lnTo>
                                  <a:pt x="6264502" y="3123544"/>
                                </a:lnTo>
                                <a:lnTo>
                                  <a:pt x="6263368" y="3125585"/>
                                </a:lnTo>
                                <a:lnTo>
                                  <a:pt x="6262234" y="3127625"/>
                                </a:lnTo>
                                <a:lnTo>
                                  <a:pt x="6261327" y="3130120"/>
                                </a:lnTo>
                                <a:lnTo>
                                  <a:pt x="6260646" y="3132614"/>
                                </a:lnTo>
                                <a:lnTo>
                                  <a:pt x="6260193" y="3135335"/>
                                </a:lnTo>
                                <a:lnTo>
                                  <a:pt x="6259739" y="3138057"/>
                                </a:lnTo>
                                <a:lnTo>
                                  <a:pt x="6259739" y="3141004"/>
                                </a:lnTo>
                                <a:lnTo>
                                  <a:pt x="6259739" y="3144178"/>
                                </a:lnTo>
                                <a:lnTo>
                                  <a:pt x="6259739" y="3147353"/>
                                </a:lnTo>
                                <a:lnTo>
                                  <a:pt x="6260193" y="3150528"/>
                                </a:lnTo>
                                <a:lnTo>
                                  <a:pt x="6261100" y="3157104"/>
                                </a:lnTo>
                                <a:lnTo>
                                  <a:pt x="6262687" y="3163679"/>
                                </a:lnTo>
                                <a:lnTo>
                                  <a:pt x="6264502" y="3170030"/>
                                </a:lnTo>
                                <a:lnTo>
                                  <a:pt x="6266996" y="3175926"/>
                                </a:lnTo>
                                <a:lnTo>
                                  <a:pt x="6269718" y="3181142"/>
                                </a:lnTo>
                                <a:lnTo>
                                  <a:pt x="6270852" y="3183636"/>
                                </a:lnTo>
                                <a:lnTo>
                                  <a:pt x="6272439" y="3186130"/>
                                </a:lnTo>
                                <a:lnTo>
                                  <a:pt x="6273664" y="3187762"/>
                                </a:lnTo>
                                <a:lnTo>
                                  <a:pt x="6273346" y="3187490"/>
                                </a:lnTo>
                                <a:lnTo>
                                  <a:pt x="6271532" y="3186583"/>
                                </a:lnTo>
                                <a:lnTo>
                                  <a:pt x="6270171" y="3185903"/>
                                </a:lnTo>
                                <a:lnTo>
                                  <a:pt x="6268357" y="3184997"/>
                                </a:lnTo>
                                <a:lnTo>
                                  <a:pt x="6266996" y="3184770"/>
                                </a:lnTo>
                                <a:lnTo>
                                  <a:pt x="6265863" y="3184543"/>
                                </a:lnTo>
                                <a:lnTo>
                                  <a:pt x="6264275" y="3184770"/>
                                </a:lnTo>
                                <a:lnTo>
                                  <a:pt x="6263141" y="3184997"/>
                                </a:lnTo>
                                <a:lnTo>
                                  <a:pt x="6261780" y="3185449"/>
                                </a:lnTo>
                                <a:lnTo>
                                  <a:pt x="6260646" y="3186358"/>
                                </a:lnTo>
                                <a:lnTo>
                                  <a:pt x="6259739" y="3187264"/>
                                </a:lnTo>
                                <a:lnTo>
                                  <a:pt x="6258379" y="3188171"/>
                                </a:lnTo>
                                <a:lnTo>
                                  <a:pt x="6256564" y="3190892"/>
                                </a:lnTo>
                                <a:lnTo>
                                  <a:pt x="6254523" y="3194066"/>
                                </a:lnTo>
                                <a:lnTo>
                                  <a:pt x="6252936" y="3197694"/>
                                </a:lnTo>
                                <a:lnTo>
                                  <a:pt x="6251121" y="3201777"/>
                                </a:lnTo>
                                <a:lnTo>
                                  <a:pt x="6249761" y="3206538"/>
                                </a:lnTo>
                                <a:lnTo>
                                  <a:pt x="6246813" y="3216289"/>
                                </a:lnTo>
                                <a:lnTo>
                                  <a:pt x="6243864" y="3226720"/>
                                </a:lnTo>
                                <a:lnTo>
                                  <a:pt x="6241143" y="3237378"/>
                                </a:lnTo>
                                <a:lnTo>
                                  <a:pt x="6238195" y="3247356"/>
                                </a:lnTo>
                                <a:lnTo>
                                  <a:pt x="6236834" y="3251890"/>
                                </a:lnTo>
                                <a:lnTo>
                                  <a:pt x="6235246" y="3255973"/>
                                </a:lnTo>
                                <a:lnTo>
                                  <a:pt x="6233432" y="3259827"/>
                                </a:lnTo>
                                <a:lnTo>
                                  <a:pt x="6231391" y="3263229"/>
                                </a:lnTo>
                                <a:lnTo>
                                  <a:pt x="6229577" y="3265951"/>
                                </a:lnTo>
                                <a:lnTo>
                                  <a:pt x="6228669" y="3267311"/>
                                </a:lnTo>
                                <a:lnTo>
                                  <a:pt x="6227309" y="3268217"/>
                                </a:lnTo>
                                <a:lnTo>
                                  <a:pt x="6226175" y="3268898"/>
                                </a:lnTo>
                                <a:lnTo>
                                  <a:pt x="6225041" y="3269579"/>
                                </a:lnTo>
                                <a:lnTo>
                                  <a:pt x="6223680" y="3269805"/>
                                </a:lnTo>
                                <a:lnTo>
                                  <a:pt x="6222546" y="3270258"/>
                                </a:lnTo>
                                <a:lnTo>
                                  <a:pt x="6220959" y="3270258"/>
                                </a:lnTo>
                                <a:lnTo>
                                  <a:pt x="6219598" y="3269805"/>
                                </a:lnTo>
                                <a:lnTo>
                                  <a:pt x="6218237" y="3269353"/>
                                </a:lnTo>
                                <a:lnTo>
                                  <a:pt x="6216650" y="3268898"/>
                                </a:lnTo>
                                <a:lnTo>
                                  <a:pt x="6215063" y="3267990"/>
                                </a:lnTo>
                                <a:lnTo>
                                  <a:pt x="6213248" y="3266631"/>
                                </a:lnTo>
                                <a:lnTo>
                                  <a:pt x="6211661" y="3265273"/>
                                </a:lnTo>
                                <a:lnTo>
                                  <a:pt x="6209619" y="3263683"/>
                                </a:lnTo>
                                <a:lnTo>
                                  <a:pt x="6205537" y="3258920"/>
                                </a:lnTo>
                                <a:lnTo>
                                  <a:pt x="6201682" y="3253932"/>
                                </a:lnTo>
                                <a:lnTo>
                                  <a:pt x="6197373" y="3248262"/>
                                </a:lnTo>
                                <a:lnTo>
                                  <a:pt x="6193518" y="3242140"/>
                                </a:lnTo>
                                <a:lnTo>
                                  <a:pt x="6189889" y="3235792"/>
                                </a:lnTo>
                                <a:lnTo>
                                  <a:pt x="6186487" y="3228989"/>
                                </a:lnTo>
                                <a:lnTo>
                                  <a:pt x="6183086" y="3221958"/>
                                </a:lnTo>
                                <a:lnTo>
                                  <a:pt x="6179911" y="3214927"/>
                                </a:lnTo>
                                <a:lnTo>
                                  <a:pt x="6176963" y="3207672"/>
                                </a:lnTo>
                                <a:lnTo>
                                  <a:pt x="6174695" y="3200416"/>
                                </a:lnTo>
                                <a:lnTo>
                                  <a:pt x="6172200" y="3193160"/>
                                </a:lnTo>
                                <a:lnTo>
                                  <a:pt x="6170159" y="3186130"/>
                                </a:lnTo>
                                <a:lnTo>
                                  <a:pt x="6168798" y="3179101"/>
                                </a:lnTo>
                                <a:lnTo>
                                  <a:pt x="6167664" y="3172296"/>
                                </a:lnTo>
                                <a:lnTo>
                                  <a:pt x="6166757" y="3165721"/>
                                </a:lnTo>
                                <a:lnTo>
                                  <a:pt x="6166638" y="3162521"/>
                                </a:lnTo>
                                <a:lnTo>
                                  <a:pt x="6167211" y="3163907"/>
                                </a:lnTo>
                                <a:lnTo>
                                  <a:pt x="6169345" y="3168884"/>
                                </a:lnTo>
                                <a:lnTo>
                                  <a:pt x="6171066" y="3174566"/>
                                </a:lnTo>
                                <a:lnTo>
                                  <a:pt x="6171175" y="3173153"/>
                                </a:lnTo>
                                <a:lnTo>
                                  <a:pt x="6171293" y="3173432"/>
                                </a:lnTo>
                                <a:lnTo>
                                  <a:pt x="6171293" y="3173884"/>
                                </a:lnTo>
                                <a:lnTo>
                                  <a:pt x="6171519" y="3176155"/>
                                </a:lnTo>
                                <a:lnTo>
                                  <a:pt x="6171973" y="3178193"/>
                                </a:lnTo>
                                <a:lnTo>
                                  <a:pt x="6172427" y="3180235"/>
                                </a:lnTo>
                                <a:lnTo>
                                  <a:pt x="6173334" y="3182049"/>
                                </a:lnTo>
                                <a:lnTo>
                                  <a:pt x="6174468" y="3184089"/>
                                </a:lnTo>
                                <a:lnTo>
                                  <a:pt x="6175602" y="3185903"/>
                                </a:lnTo>
                                <a:lnTo>
                                  <a:pt x="6176736" y="3187490"/>
                                </a:lnTo>
                                <a:lnTo>
                                  <a:pt x="6175602" y="3184089"/>
                                </a:lnTo>
                                <a:lnTo>
                                  <a:pt x="6173334" y="3178193"/>
                                </a:lnTo>
                                <a:lnTo>
                                  <a:pt x="6171293" y="3173432"/>
                                </a:lnTo>
                                <a:lnTo>
                                  <a:pt x="6171293" y="3171615"/>
                                </a:lnTo>
                                <a:lnTo>
                                  <a:pt x="6171175" y="3173153"/>
                                </a:lnTo>
                                <a:lnTo>
                                  <a:pt x="6169345" y="3168884"/>
                                </a:lnTo>
                                <a:lnTo>
                                  <a:pt x="6166530" y="3159599"/>
                                </a:lnTo>
                                <a:lnTo>
                                  <a:pt x="6166638" y="3162521"/>
                                </a:lnTo>
                                <a:lnTo>
                                  <a:pt x="6162902" y="3153476"/>
                                </a:lnTo>
                                <a:lnTo>
                                  <a:pt x="6162891" y="3153453"/>
                                </a:lnTo>
                                <a:lnTo>
                                  <a:pt x="6157686" y="3139190"/>
                                </a:lnTo>
                                <a:lnTo>
                                  <a:pt x="6151109" y="3122864"/>
                                </a:lnTo>
                                <a:lnTo>
                                  <a:pt x="6144079" y="3106309"/>
                                </a:lnTo>
                                <a:lnTo>
                                  <a:pt x="6136368" y="3089983"/>
                                </a:lnTo>
                                <a:lnTo>
                                  <a:pt x="6128884" y="3073428"/>
                                </a:lnTo>
                                <a:lnTo>
                                  <a:pt x="6121173" y="3057328"/>
                                </a:lnTo>
                                <a:lnTo>
                                  <a:pt x="6105298" y="3024673"/>
                                </a:lnTo>
                                <a:lnTo>
                                  <a:pt x="6097361" y="3008349"/>
                                </a:lnTo>
                                <a:lnTo>
                                  <a:pt x="6089877" y="2992021"/>
                                </a:lnTo>
                                <a:lnTo>
                                  <a:pt x="6082393" y="2975694"/>
                                </a:lnTo>
                                <a:lnTo>
                                  <a:pt x="6075136" y="2959594"/>
                                </a:lnTo>
                                <a:lnTo>
                                  <a:pt x="6068559" y="2943267"/>
                                </a:lnTo>
                                <a:lnTo>
                                  <a:pt x="6062436" y="2926940"/>
                                </a:lnTo>
                                <a:lnTo>
                                  <a:pt x="6059714" y="2918776"/>
                                </a:lnTo>
                                <a:lnTo>
                                  <a:pt x="6056993" y="2910386"/>
                                </a:lnTo>
                                <a:lnTo>
                                  <a:pt x="6054271" y="2902223"/>
                                </a:lnTo>
                                <a:lnTo>
                                  <a:pt x="6052003" y="2893832"/>
                                </a:lnTo>
                                <a:lnTo>
                                  <a:pt x="6048602" y="2890884"/>
                                </a:lnTo>
                                <a:lnTo>
                                  <a:pt x="6045427" y="2887256"/>
                                </a:lnTo>
                                <a:lnTo>
                                  <a:pt x="6042025" y="2883628"/>
                                </a:lnTo>
                                <a:lnTo>
                                  <a:pt x="6039303" y="2879546"/>
                                </a:lnTo>
                                <a:lnTo>
                                  <a:pt x="6036129" y="2875237"/>
                                </a:lnTo>
                                <a:lnTo>
                                  <a:pt x="6033407" y="2870476"/>
                                </a:lnTo>
                                <a:lnTo>
                                  <a:pt x="6030459" y="2865712"/>
                                </a:lnTo>
                                <a:lnTo>
                                  <a:pt x="6027737" y="2860724"/>
                                </a:lnTo>
                                <a:lnTo>
                                  <a:pt x="6022975" y="2851200"/>
                                </a:lnTo>
                                <a:lnTo>
                                  <a:pt x="6018213" y="2841448"/>
                                </a:lnTo>
                                <a:lnTo>
                                  <a:pt x="6014357" y="2832378"/>
                                </a:lnTo>
                                <a:lnTo>
                                  <a:pt x="6011182" y="2824441"/>
                                </a:lnTo>
                                <a:lnTo>
                                  <a:pt x="6008461" y="2821947"/>
                                </a:lnTo>
                                <a:lnTo>
                                  <a:pt x="6006193" y="2819452"/>
                                </a:lnTo>
                                <a:lnTo>
                                  <a:pt x="6003925" y="2816731"/>
                                </a:lnTo>
                                <a:lnTo>
                                  <a:pt x="6001430" y="2814009"/>
                                </a:lnTo>
                                <a:lnTo>
                                  <a:pt x="5997121" y="2807887"/>
                                </a:lnTo>
                                <a:lnTo>
                                  <a:pt x="5993266" y="2801084"/>
                                </a:lnTo>
                                <a:lnTo>
                                  <a:pt x="5989184" y="2794054"/>
                                </a:lnTo>
                                <a:lnTo>
                                  <a:pt x="5985555" y="2786344"/>
                                </a:lnTo>
                                <a:lnTo>
                                  <a:pt x="5982153" y="2778861"/>
                                </a:lnTo>
                                <a:lnTo>
                                  <a:pt x="5978752" y="2771151"/>
                                </a:lnTo>
                                <a:lnTo>
                                  <a:pt x="5972402" y="2755277"/>
                                </a:lnTo>
                                <a:lnTo>
                                  <a:pt x="5966505" y="2739857"/>
                                </a:lnTo>
                                <a:lnTo>
                                  <a:pt x="5961063" y="2725343"/>
                                </a:lnTo>
                                <a:lnTo>
                                  <a:pt x="5958568" y="2718770"/>
                                </a:lnTo>
                                <a:lnTo>
                                  <a:pt x="5955619" y="2712874"/>
                                </a:lnTo>
                                <a:lnTo>
                                  <a:pt x="6032500" y="2699948"/>
                                </a:lnTo>
                                <a:lnTo>
                                  <a:pt x="6108927" y="2686795"/>
                                </a:lnTo>
                                <a:lnTo>
                                  <a:pt x="6185807" y="2673415"/>
                                </a:lnTo>
                                <a:lnTo>
                                  <a:pt x="6262461" y="2660035"/>
                                </a:lnTo>
                                <a:lnTo>
                                  <a:pt x="6236380" y="2664796"/>
                                </a:lnTo>
                                <a:lnTo>
                                  <a:pt x="6228669" y="2666385"/>
                                </a:lnTo>
                                <a:lnTo>
                                  <a:pt x="6223680" y="2667518"/>
                                </a:lnTo>
                                <a:lnTo>
                                  <a:pt x="6221866" y="2667972"/>
                                </a:lnTo>
                                <a:lnTo>
                                  <a:pt x="6221639" y="2668198"/>
                                </a:lnTo>
                                <a:lnTo>
                                  <a:pt x="6222093" y="2668198"/>
                                </a:lnTo>
                                <a:lnTo>
                                  <a:pt x="6223907" y="2668198"/>
                                </a:lnTo>
                                <a:lnTo>
                                  <a:pt x="6227309" y="2667745"/>
                                </a:lnTo>
                                <a:lnTo>
                                  <a:pt x="6237287" y="2666385"/>
                                </a:lnTo>
                                <a:lnTo>
                                  <a:pt x="6248627" y="2664344"/>
                                </a:lnTo>
                                <a:lnTo>
                                  <a:pt x="6253616" y="2663209"/>
                                </a:lnTo>
                                <a:lnTo>
                                  <a:pt x="6257698" y="2662302"/>
                                </a:lnTo>
                                <a:lnTo>
                                  <a:pt x="6260873" y="2660942"/>
                                </a:lnTo>
                                <a:lnTo>
                                  <a:pt x="6261780" y="2660488"/>
                                </a:lnTo>
                                <a:lnTo>
                                  <a:pt x="6262461" y="2660035"/>
                                </a:lnTo>
                                <a:close/>
                                <a:moveTo>
                                  <a:pt x="4006665" y="2645818"/>
                                </a:moveTo>
                                <a:lnTo>
                                  <a:pt x="4004116" y="2647918"/>
                                </a:lnTo>
                                <a:lnTo>
                                  <a:pt x="4000711" y="2650414"/>
                                </a:lnTo>
                                <a:lnTo>
                                  <a:pt x="3997533" y="2652457"/>
                                </a:lnTo>
                                <a:lnTo>
                                  <a:pt x="3995717" y="2653364"/>
                                </a:lnTo>
                                <a:lnTo>
                                  <a:pt x="3984140" y="2656545"/>
                                </a:lnTo>
                                <a:lnTo>
                                  <a:pt x="3981870" y="2659948"/>
                                </a:lnTo>
                                <a:lnTo>
                                  <a:pt x="3979600" y="2663355"/>
                                </a:lnTo>
                                <a:lnTo>
                                  <a:pt x="3977557" y="2666759"/>
                                </a:lnTo>
                                <a:lnTo>
                                  <a:pt x="3975968" y="2669938"/>
                                </a:lnTo>
                                <a:lnTo>
                                  <a:pt x="3973017" y="2676293"/>
                                </a:lnTo>
                                <a:lnTo>
                                  <a:pt x="3970066" y="2681970"/>
                                </a:lnTo>
                                <a:lnTo>
                                  <a:pt x="3968477" y="2684920"/>
                                </a:lnTo>
                                <a:lnTo>
                                  <a:pt x="3966661" y="2687642"/>
                                </a:lnTo>
                                <a:lnTo>
                                  <a:pt x="3964391" y="2690142"/>
                                </a:lnTo>
                                <a:lnTo>
                                  <a:pt x="3962362" y="2692372"/>
                                </a:lnTo>
                                <a:lnTo>
                                  <a:pt x="3969469" y="2689037"/>
                                </a:lnTo>
                                <a:lnTo>
                                  <a:pt x="3972192" y="2686997"/>
                                </a:lnTo>
                                <a:lnTo>
                                  <a:pt x="3974461" y="2684728"/>
                                </a:lnTo>
                                <a:lnTo>
                                  <a:pt x="3976502" y="2682457"/>
                                </a:lnTo>
                                <a:lnTo>
                                  <a:pt x="3977864" y="2679964"/>
                                </a:lnTo>
                                <a:lnTo>
                                  <a:pt x="3979452" y="2677241"/>
                                </a:lnTo>
                                <a:lnTo>
                                  <a:pt x="3980359" y="2674973"/>
                                </a:lnTo>
                                <a:lnTo>
                                  <a:pt x="3982628" y="2669529"/>
                                </a:lnTo>
                                <a:lnTo>
                                  <a:pt x="3983535" y="2666807"/>
                                </a:lnTo>
                                <a:lnTo>
                                  <a:pt x="3984670" y="2664310"/>
                                </a:lnTo>
                                <a:lnTo>
                                  <a:pt x="3986258" y="2662043"/>
                                </a:lnTo>
                                <a:lnTo>
                                  <a:pt x="3988073" y="2659548"/>
                                </a:lnTo>
                                <a:lnTo>
                                  <a:pt x="3990342" y="2657505"/>
                                </a:lnTo>
                                <a:lnTo>
                                  <a:pt x="3993064" y="2655463"/>
                                </a:lnTo>
                                <a:lnTo>
                                  <a:pt x="3996240" y="2653649"/>
                                </a:lnTo>
                                <a:lnTo>
                                  <a:pt x="3999870" y="2652061"/>
                                </a:lnTo>
                                <a:lnTo>
                                  <a:pt x="4001231" y="2651380"/>
                                </a:lnTo>
                                <a:lnTo>
                                  <a:pt x="4002819" y="2650019"/>
                                </a:lnTo>
                                <a:lnTo>
                                  <a:pt x="4005769" y="2646844"/>
                                </a:lnTo>
                                <a:lnTo>
                                  <a:pt x="4006665" y="2645818"/>
                                </a:lnTo>
                                <a:close/>
                                <a:moveTo>
                                  <a:pt x="6708133" y="2643621"/>
                                </a:moveTo>
                                <a:lnTo>
                                  <a:pt x="6708604" y="2644956"/>
                                </a:lnTo>
                                <a:lnTo>
                                  <a:pt x="6710792" y="2651754"/>
                                </a:lnTo>
                                <a:lnTo>
                                  <a:pt x="6709994" y="2648993"/>
                                </a:lnTo>
                                <a:lnTo>
                                  <a:pt x="6708410" y="2644015"/>
                                </a:lnTo>
                                <a:lnTo>
                                  <a:pt x="6708133" y="2643621"/>
                                </a:lnTo>
                                <a:close/>
                                <a:moveTo>
                                  <a:pt x="1268413" y="2643219"/>
                                </a:moveTo>
                                <a:lnTo>
                                  <a:pt x="1267709" y="2644137"/>
                                </a:lnTo>
                                <a:lnTo>
                                  <a:pt x="1265126" y="2649644"/>
                                </a:lnTo>
                                <a:lnTo>
                                  <a:pt x="1262309" y="2654691"/>
                                </a:lnTo>
                                <a:lnTo>
                                  <a:pt x="1258787" y="2660887"/>
                                </a:lnTo>
                                <a:lnTo>
                                  <a:pt x="1254327" y="2667311"/>
                                </a:lnTo>
                                <a:lnTo>
                                  <a:pt x="1252213" y="2670523"/>
                                </a:lnTo>
                                <a:lnTo>
                                  <a:pt x="1249631" y="2673507"/>
                                </a:lnTo>
                                <a:lnTo>
                                  <a:pt x="1247283" y="2676259"/>
                                </a:lnTo>
                                <a:lnTo>
                                  <a:pt x="1244701" y="2679013"/>
                                </a:lnTo>
                                <a:lnTo>
                                  <a:pt x="1242119" y="2680849"/>
                                </a:lnTo>
                                <a:lnTo>
                                  <a:pt x="1239536" y="2682913"/>
                                </a:lnTo>
                                <a:lnTo>
                                  <a:pt x="1237188" y="2677866"/>
                                </a:lnTo>
                                <a:lnTo>
                                  <a:pt x="1236014" y="2673734"/>
                                </a:lnTo>
                                <a:lnTo>
                                  <a:pt x="1235310" y="2670064"/>
                                </a:lnTo>
                                <a:lnTo>
                                  <a:pt x="1235075" y="2668229"/>
                                </a:lnTo>
                                <a:lnTo>
                                  <a:pt x="1235075" y="2666623"/>
                                </a:lnTo>
                                <a:lnTo>
                                  <a:pt x="1235310" y="2665475"/>
                                </a:lnTo>
                                <a:lnTo>
                                  <a:pt x="1235545" y="2663869"/>
                                </a:lnTo>
                                <a:lnTo>
                                  <a:pt x="1236014" y="2662721"/>
                                </a:lnTo>
                                <a:lnTo>
                                  <a:pt x="1236484" y="2661346"/>
                                </a:lnTo>
                                <a:lnTo>
                                  <a:pt x="1238127" y="2659510"/>
                                </a:lnTo>
                                <a:lnTo>
                                  <a:pt x="1240240" y="2657445"/>
                                </a:lnTo>
                                <a:lnTo>
                                  <a:pt x="1242588" y="2655839"/>
                                </a:lnTo>
                                <a:lnTo>
                                  <a:pt x="1245640" y="2654232"/>
                                </a:lnTo>
                                <a:lnTo>
                                  <a:pt x="1252213" y="2651020"/>
                                </a:lnTo>
                                <a:lnTo>
                                  <a:pt x="1259961" y="2647577"/>
                                </a:lnTo>
                                <a:lnTo>
                                  <a:pt x="1264188" y="2645744"/>
                                </a:lnTo>
                                <a:lnTo>
                                  <a:pt x="1268413" y="2643219"/>
                                </a:lnTo>
                                <a:close/>
                                <a:moveTo>
                                  <a:pt x="1197324" y="2636869"/>
                                </a:moveTo>
                                <a:lnTo>
                                  <a:pt x="1201738" y="2644552"/>
                                </a:lnTo>
                                <a:lnTo>
                                  <a:pt x="1194537" y="2657510"/>
                                </a:lnTo>
                                <a:lnTo>
                                  <a:pt x="1192213" y="2642138"/>
                                </a:lnTo>
                                <a:lnTo>
                                  <a:pt x="1197324" y="2636869"/>
                                </a:lnTo>
                                <a:close/>
                                <a:moveTo>
                                  <a:pt x="1595173" y="2625896"/>
                                </a:moveTo>
                                <a:lnTo>
                                  <a:pt x="1594809" y="2627636"/>
                                </a:lnTo>
                                <a:lnTo>
                                  <a:pt x="1593677" y="2636276"/>
                                </a:lnTo>
                                <a:lnTo>
                                  <a:pt x="1592545" y="2644690"/>
                                </a:lnTo>
                                <a:lnTo>
                                  <a:pt x="1592319" y="2652876"/>
                                </a:lnTo>
                                <a:lnTo>
                                  <a:pt x="1592114" y="2660068"/>
                                </a:lnTo>
                                <a:lnTo>
                                  <a:pt x="1592131" y="2659992"/>
                                </a:lnTo>
                                <a:lnTo>
                                  <a:pt x="1595173" y="2625896"/>
                                </a:lnTo>
                                <a:close/>
                                <a:moveTo>
                                  <a:pt x="1363952" y="2622582"/>
                                </a:moveTo>
                                <a:lnTo>
                                  <a:pt x="1365251" y="2630744"/>
                                </a:lnTo>
                                <a:lnTo>
                                  <a:pt x="1364818" y="2635509"/>
                                </a:lnTo>
                                <a:lnTo>
                                  <a:pt x="1364168" y="2639138"/>
                                </a:lnTo>
                                <a:lnTo>
                                  <a:pt x="1363736" y="2642312"/>
                                </a:lnTo>
                                <a:lnTo>
                                  <a:pt x="1363086" y="2644578"/>
                                </a:lnTo>
                                <a:lnTo>
                                  <a:pt x="1362220" y="2646393"/>
                                </a:lnTo>
                                <a:lnTo>
                                  <a:pt x="1361787" y="2647528"/>
                                </a:lnTo>
                                <a:lnTo>
                                  <a:pt x="1360921" y="2649116"/>
                                </a:lnTo>
                                <a:lnTo>
                                  <a:pt x="1341744" y="2666753"/>
                                </a:lnTo>
                                <a:lnTo>
                                  <a:pt x="1341872" y="2666353"/>
                                </a:lnTo>
                                <a:lnTo>
                                  <a:pt x="1343603" y="2662043"/>
                                </a:lnTo>
                                <a:lnTo>
                                  <a:pt x="1345984" y="2655014"/>
                                </a:lnTo>
                                <a:lnTo>
                                  <a:pt x="1349448" y="2646621"/>
                                </a:lnTo>
                                <a:lnTo>
                                  <a:pt x="1353344" y="2638231"/>
                                </a:lnTo>
                                <a:lnTo>
                                  <a:pt x="1355076" y="2634374"/>
                                </a:lnTo>
                                <a:lnTo>
                                  <a:pt x="1357025" y="2630519"/>
                                </a:lnTo>
                                <a:lnTo>
                                  <a:pt x="1358757" y="2627346"/>
                                </a:lnTo>
                                <a:lnTo>
                                  <a:pt x="1360705" y="2625076"/>
                                </a:lnTo>
                                <a:lnTo>
                                  <a:pt x="1362437" y="2623262"/>
                                </a:lnTo>
                                <a:lnTo>
                                  <a:pt x="1363303" y="2622808"/>
                                </a:lnTo>
                                <a:lnTo>
                                  <a:pt x="1363952" y="2622582"/>
                                </a:lnTo>
                                <a:close/>
                                <a:moveTo>
                                  <a:pt x="5293435" y="2598805"/>
                                </a:moveTo>
                                <a:lnTo>
                                  <a:pt x="5297822" y="2606212"/>
                                </a:lnTo>
                                <a:lnTo>
                                  <a:pt x="5299075" y="2610150"/>
                                </a:lnTo>
                                <a:lnTo>
                                  <a:pt x="5296360" y="2615241"/>
                                </a:lnTo>
                                <a:lnTo>
                                  <a:pt x="5292808" y="2632144"/>
                                </a:lnTo>
                                <a:lnTo>
                                  <a:pt x="5292182" y="2627976"/>
                                </a:lnTo>
                                <a:lnTo>
                                  <a:pt x="5291346" y="2623810"/>
                                </a:lnTo>
                                <a:lnTo>
                                  <a:pt x="5291137" y="2619643"/>
                                </a:lnTo>
                                <a:lnTo>
                                  <a:pt x="5291137" y="2615706"/>
                                </a:lnTo>
                                <a:lnTo>
                                  <a:pt x="5291346" y="2611305"/>
                                </a:lnTo>
                                <a:lnTo>
                                  <a:pt x="5291764" y="2607137"/>
                                </a:lnTo>
                                <a:lnTo>
                                  <a:pt x="5292600" y="2602972"/>
                                </a:lnTo>
                                <a:lnTo>
                                  <a:pt x="5293435" y="2598805"/>
                                </a:lnTo>
                                <a:close/>
                                <a:moveTo>
                                  <a:pt x="6579730" y="2597530"/>
                                </a:moveTo>
                                <a:lnTo>
                                  <a:pt x="6582457" y="2597757"/>
                                </a:lnTo>
                                <a:lnTo>
                                  <a:pt x="6584047" y="2598210"/>
                                </a:lnTo>
                                <a:lnTo>
                                  <a:pt x="6585183" y="2598438"/>
                                </a:lnTo>
                                <a:lnTo>
                                  <a:pt x="6586546" y="2599119"/>
                                </a:lnTo>
                                <a:lnTo>
                                  <a:pt x="6587455" y="2599572"/>
                                </a:lnTo>
                                <a:lnTo>
                                  <a:pt x="6588363" y="2600479"/>
                                </a:lnTo>
                                <a:lnTo>
                                  <a:pt x="6589272" y="2601614"/>
                                </a:lnTo>
                                <a:lnTo>
                                  <a:pt x="6590181" y="2602752"/>
                                </a:lnTo>
                                <a:lnTo>
                                  <a:pt x="6590862" y="2604113"/>
                                </a:lnTo>
                                <a:lnTo>
                                  <a:pt x="6591544" y="2605702"/>
                                </a:lnTo>
                                <a:lnTo>
                                  <a:pt x="6591998" y="2607516"/>
                                </a:lnTo>
                                <a:lnTo>
                                  <a:pt x="6592907" y="2611829"/>
                                </a:lnTo>
                                <a:lnTo>
                                  <a:pt x="6593816" y="2617049"/>
                                </a:lnTo>
                                <a:lnTo>
                                  <a:pt x="6594043" y="2623177"/>
                                </a:lnTo>
                                <a:lnTo>
                                  <a:pt x="6593588" y="2644515"/>
                                </a:lnTo>
                                <a:lnTo>
                                  <a:pt x="6592225" y="2644059"/>
                                </a:lnTo>
                                <a:lnTo>
                                  <a:pt x="6591317" y="2642925"/>
                                </a:lnTo>
                                <a:lnTo>
                                  <a:pt x="6590181" y="2641337"/>
                                </a:lnTo>
                                <a:lnTo>
                                  <a:pt x="6589045" y="2639521"/>
                                </a:lnTo>
                                <a:lnTo>
                                  <a:pt x="6587455" y="2635435"/>
                                </a:lnTo>
                                <a:lnTo>
                                  <a:pt x="6585864" y="2631349"/>
                                </a:lnTo>
                                <a:lnTo>
                                  <a:pt x="6584956" y="2628171"/>
                                </a:lnTo>
                                <a:lnTo>
                                  <a:pt x="6587455" y="2637930"/>
                                </a:lnTo>
                                <a:lnTo>
                                  <a:pt x="6590408" y="2644059"/>
                                </a:lnTo>
                                <a:lnTo>
                                  <a:pt x="6591317" y="2647012"/>
                                </a:lnTo>
                                <a:lnTo>
                                  <a:pt x="6591771" y="2649737"/>
                                </a:lnTo>
                                <a:lnTo>
                                  <a:pt x="6591998" y="2651780"/>
                                </a:lnTo>
                                <a:lnTo>
                                  <a:pt x="6591998" y="2652914"/>
                                </a:lnTo>
                                <a:lnTo>
                                  <a:pt x="6591771" y="2653596"/>
                                </a:lnTo>
                                <a:lnTo>
                                  <a:pt x="6591317" y="2654277"/>
                                </a:lnTo>
                                <a:lnTo>
                                  <a:pt x="6590635" y="2654729"/>
                                </a:lnTo>
                                <a:lnTo>
                                  <a:pt x="6589954" y="2654957"/>
                                </a:lnTo>
                                <a:lnTo>
                                  <a:pt x="6588818" y="2655185"/>
                                </a:lnTo>
                                <a:lnTo>
                                  <a:pt x="6587455" y="2666989"/>
                                </a:lnTo>
                                <a:lnTo>
                                  <a:pt x="6585864" y="2665401"/>
                                </a:lnTo>
                                <a:lnTo>
                                  <a:pt x="6588363" y="2697410"/>
                                </a:lnTo>
                                <a:lnTo>
                                  <a:pt x="6585410" y="2692871"/>
                                </a:lnTo>
                                <a:lnTo>
                                  <a:pt x="6580866" y="2671076"/>
                                </a:lnTo>
                                <a:lnTo>
                                  <a:pt x="6581942" y="2681207"/>
                                </a:lnTo>
                                <a:lnTo>
                                  <a:pt x="6581775" y="2680158"/>
                                </a:lnTo>
                                <a:lnTo>
                                  <a:pt x="6582457" y="2686063"/>
                                </a:lnTo>
                                <a:lnTo>
                                  <a:pt x="6581942" y="2681207"/>
                                </a:lnTo>
                                <a:lnTo>
                                  <a:pt x="6584047" y="2694459"/>
                                </a:lnTo>
                                <a:lnTo>
                                  <a:pt x="6577686" y="2672892"/>
                                </a:lnTo>
                                <a:lnTo>
                                  <a:pt x="6577459" y="2673120"/>
                                </a:lnTo>
                                <a:lnTo>
                                  <a:pt x="6579958" y="2697868"/>
                                </a:lnTo>
                                <a:lnTo>
                                  <a:pt x="6572461" y="2666082"/>
                                </a:lnTo>
                                <a:lnTo>
                                  <a:pt x="6574051" y="2692871"/>
                                </a:lnTo>
                                <a:lnTo>
                                  <a:pt x="6570870" y="2688104"/>
                                </a:lnTo>
                                <a:lnTo>
                                  <a:pt x="6571552" y="2686743"/>
                                </a:lnTo>
                                <a:lnTo>
                                  <a:pt x="6571217" y="2682383"/>
                                </a:lnTo>
                                <a:lnTo>
                                  <a:pt x="6571325" y="2681521"/>
                                </a:lnTo>
                                <a:lnTo>
                                  <a:pt x="6571552" y="2679703"/>
                                </a:lnTo>
                                <a:lnTo>
                                  <a:pt x="6571552" y="2677886"/>
                                </a:lnTo>
                                <a:lnTo>
                                  <a:pt x="6571325" y="2676073"/>
                                </a:lnTo>
                                <a:lnTo>
                                  <a:pt x="6570870" y="2674030"/>
                                </a:lnTo>
                                <a:lnTo>
                                  <a:pt x="6570416" y="2671986"/>
                                </a:lnTo>
                                <a:lnTo>
                                  <a:pt x="6571217" y="2682383"/>
                                </a:lnTo>
                                <a:lnTo>
                                  <a:pt x="6571097" y="2683336"/>
                                </a:lnTo>
                                <a:lnTo>
                                  <a:pt x="6570643" y="2684925"/>
                                </a:lnTo>
                                <a:lnTo>
                                  <a:pt x="6569734" y="2686743"/>
                                </a:lnTo>
                                <a:lnTo>
                                  <a:pt x="6569507" y="2682656"/>
                                </a:lnTo>
                                <a:lnTo>
                                  <a:pt x="6568371" y="2676979"/>
                                </a:lnTo>
                                <a:lnTo>
                                  <a:pt x="6567235" y="2670851"/>
                                </a:lnTo>
                                <a:lnTo>
                                  <a:pt x="6565645" y="2664493"/>
                                </a:lnTo>
                                <a:lnTo>
                                  <a:pt x="6564321" y="2658960"/>
                                </a:lnTo>
                                <a:lnTo>
                                  <a:pt x="6564282" y="2658590"/>
                                </a:lnTo>
                                <a:lnTo>
                                  <a:pt x="6563373" y="2654504"/>
                                </a:lnTo>
                                <a:lnTo>
                                  <a:pt x="6562010" y="2650645"/>
                                </a:lnTo>
                                <a:lnTo>
                                  <a:pt x="6563146" y="2654052"/>
                                </a:lnTo>
                                <a:lnTo>
                                  <a:pt x="6564321" y="2658960"/>
                                </a:lnTo>
                                <a:lnTo>
                                  <a:pt x="6564736" y="2662902"/>
                                </a:lnTo>
                                <a:lnTo>
                                  <a:pt x="6565191" y="2666989"/>
                                </a:lnTo>
                                <a:lnTo>
                                  <a:pt x="6565191" y="2671076"/>
                                </a:lnTo>
                                <a:lnTo>
                                  <a:pt x="6565191" y="2675163"/>
                                </a:lnTo>
                                <a:lnTo>
                                  <a:pt x="6564509" y="2679477"/>
                                </a:lnTo>
                                <a:lnTo>
                                  <a:pt x="6563828" y="2683564"/>
                                </a:lnTo>
                                <a:lnTo>
                                  <a:pt x="6546789" y="2604793"/>
                                </a:lnTo>
                                <a:lnTo>
                                  <a:pt x="6558148" y="2602071"/>
                                </a:lnTo>
                                <a:lnTo>
                                  <a:pt x="6568144" y="2599572"/>
                                </a:lnTo>
                                <a:lnTo>
                                  <a:pt x="6572233" y="2598664"/>
                                </a:lnTo>
                                <a:lnTo>
                                  <a:pt x="6576323" y="2598210"/>
                                </a:lnTo>
                                <a:lnTo>
                                  <a:pt x="6579730" y="2597530"/>
                                </a:lnTo>
                                <a:close/>
                                <a:moveTo>
                                  <a:pt x="1383042" y="2595595"/>
                                </a:moveTo>
                                <a:lnTo>
                                  <a:pt x="1385888" y="2601084"/>
                                </a:lnTo>
                                <a:lnTo>
                                  <a:pt x="1377129" y="2610965"/>
                                </a:lnTo>
                                <a:lnTo>
                                  <a:pt x="1370779" y="2616232"/>
                                </a:lnTo>
                                <a:lnTo>
                                  <a:pt x="1366838" y="2614916"/>
                                </a:lnTo>
                                <a:lnTo>
                                  <a:pt x="1383042" y="2595595"/>
                                </a:lnTo>
                                <a:close/>
                                <a:moveTo>
                                  <a:pt x="6622555" y="2589871"/>
                                </a:moveTo>
                                <a:lnTo>
                                  <a:pt x="6626846" y="2590097"/>
                                </a:lnTo>
                                <a:lnTo>
                                  <a:pt x="6631138" y="2590778"/>
                                </a:lnTo>
                                <a:lnTo>
                                  <a:pt x="6634751" y="2592140"/>
                                </a:lnTo>
                                <a:lnTo>
                                  <a:pt x="6638139" y="2593727"/>
                                </a:lnTo>
                                <a:lnTo>
                                  <a:pt x="6641301" y="2595541"/>
                                </a:lnTo>
                                <a:lnTo>
                                  <a:pt x="6644237" y="2597806"/>
                                </a:lnTo>
                                <a:lnTo>
                                  <a:pt x="6646495" y="2600527"/>
                                </a:lnTo>
                                <a:lnTo>
                                  <a:pt x="6648980" y="2603473"/>
                                </a:lnTo>
                                <a:lnTo>
                                  <a:pt x="6649373" y="2604025"/>
                                </a:lnTo>
                                <a:lnTo>
                                  <a:pt x="6649657" y="2605739"/>
                                </a:lnTo>
                                <a:lnTo>
                                  <a:pt x="6650109" y="2608233"/>
                                </a:lnTo>
                                <a:lnTo>
                                  <a:pt x="6651690" y="2613899"/>
                                </a:lnTo>
                                <a:lnTo>
                                  <a:pt x="6653723" y="2620018"/>
                                </a:lnTo>
                                <a:lnTo>
                                  <a:pt x="6656207" y="2626819"/>
                                </a:lnTo>
                                <a:lnTo>
                                  <a:pt x="6658917" y="2634071"/>
                                </a:lnTo>
                                <a:lnTo>
                                  <a:pt x="6661627" y="2642008"/>
                                </a:lnTo>
                                <a:lnTo>
                                  <a:pt x="6662404" y="2644477"/>
                                </a:lnTo>
                                <a:lnTo>
                                  <a:pt x="6663208" y="2650394"/>
                                </a:lnTo>
                                <a:lnTo>
                                  <a:pt x="6664789" y="2660600"/>
                                </a:lnTo>
                                <a:lnTo>
                                  <a:pt x="6667499" y="2681686"/>
                                </a:lnTo>
                                <a:lnTo>
                                  <a:pt x="6669080" y="2691887"/>
                                </a:lnTo>
                                <a:lnTo>
                                  <a:pt x="6671113" y="2701863"/>
                                </a:lnTo>
                                <a:lnTo>
                                  <a:pt x="6677663" y="2732016"/>
                                </a:lnTo>
                                <a:lnTo>
                                  <a:pt x="6683761" y="2762164"/>
                                </a:lnTo>
                                <a:lnTo>
                                  <a:pt x="6689859" y="2792318"/>
                                </a:lnTo>
                                <a:lnTo>
                                  <a:pt x="6691181" y="2799428"/>
                                </a:lnTo>
                                <a:lnTo>
                                  <a:pt x="6688729" y="2788916"/>
                                </a:lnTo>
                                <a:lnTo>
                                  <a:pt x="6688278" y="2787104"/>
                                </a:lnTo>
                                <a:lnTo>
                                  <a:pt x="6688278" y="2787329"/>
                                </a:lnTo>
                                <a:lnTo>
                                  <a:pt x="6688278" y="2787783"/>
                                </a:lnTo>
                                <a:lnTo>
                                  <a:pt x="6688955" y="2793223"/>
                                </a:lnTo>
                                <a:lnTo>
                                  <a:pt x="6690310" y="2802518"/>
                                </a:lnTo>
                                <a:lnTo>
                                  <a:pt x="6692343" y="2812492"/>
                                </a:lnTo>
                                <a:lnTo>
                                  <a:pt x="6693021" y="2816801"/>
                                </a:lnTo>
                                <a:lnTo>
                                  <a:pt x="6693924" y="2820201"/>
                                </a:lnTo>
                                <a:lnTo>
                                  <a:pt x="6694827" y="2822239"/>
                                </a:lnTo>
                                <a:lnTo>
                                  <a:pt x="6695279" y="2822693"/>
                                </a:lnTo>
                                <a:lnTo>
                                  <a:pt x="6695505" y="2822693"/>
                                </a:lnTo>
                                <a:lnTo>
                                  <a:pt x="6694827" y="2823372"/>
                                </a:lnTo>
                                <a:lnTo>
                                  <a:pt x="6694150" y="2824280"/>
                                </a:lnTo>
                                <a:lnTo>
                                  <a:pt x="6693472" y="2827000"/>
                                </a:lnTo>
                                <a:lnTo>
                                  <a:pt x="6692795" y="2830172"/>
                                </a:lnTo>
                                <a:lnTo>
                                  <a:pt x="6692343" y="2834027"/>
                                </a:lnTo>
                                <a:lnTo>
                                  <a:pt x="6692117" y="2838559"/>
                                </a:lnTo>
                                <a:lnTo>
                                  <a:pt x="6692117" y="2843544"/>
                                </a:lnTo>
                                <a:lnTo>
                                  <a:pt x="6692343" y="2849213"/>
                                </a:lnTo>
                                <a:lnTo>
                                  <a:pt x="6692569" y="2855328"/>
                                </a:lnTo>
                                <a:lnTo>
                                  <a:pt x="6693472" y="2868475"/>
                                </a:lnTo>
                                <a:lnTo>
                                  <a:pt x="6695279" y="2883208"/>
                                </a:lnTo>
                                <a:lnTo>
                                  <a:pt x="6696178" y="2890750"/>
                                </a:lnTo>
                                <a:lnTo>
                                  <a:pt x="6695731" y="2889090"/>
                                </a:lnTo>
                                <a:lnTo>
                                  <a:pt x="6692795" y="2878220"/>
                                </a:lnTo>
                                <a:lnTo>
                                  <a:pt x="6689633" y="2867568"/>
                                </a:lnTo>
                                <a:lnTo>
                                  <a:pt x="6686245" y="2857142"/>
                                </a:lnTo>
                                <a:lnTo>
                                  <a:pt x="6682857" y="2846486"/>
                                </a:lnTo>
                                <a:lnTo>
                                  <a:pt x="6675630" y="2825412"/>
                                </a:lnTo>
                                <a:lnTo>
                                  <a:pt x="6669187" y="2807188"/>
                                </a:lnTo>
                                <a:lnTo>
                                  <a:pt x="6669694" y="2810229"/>
                                </a:lnTo>
                                <a:lnTo>
                                  <a:pt x="6671966" y="2823394"/>
                                </a:lnTo>
                                <a:lnTo>
                                  <a:pt x="6674011" y="2835875"/>
                                </a:lnTo>
                                <a:lnTo>
                                  <a:pt x="6675374" y="2841327"/>
                                </a:lnTo>
                                <a:lnTo>
                                  <a:pt x="6676283" y="2845631"/>
                                </a:lnTo>
                                <a:lnTo>
                                  <a:pt x="6677537" y="2850645"/>
                                </a:lnTo>
                                <a:lnTo>
                                  <a:pt x="6673556" y="2840186"/>
                                </a:lnTo>
                                <a:lnTo>
                                  <a:pt x="6667195" y="2823847"/>
                                </a:lnTo>
                                <a:lnTo>
                                  <a:pt x="6664919" y="2817472"/>
                                </a:lnTo>
                                <a:lnTo>
                                  <a:pt x="6664696" y="2811592"/>
                                </a:lnTo>
                                <a:lnTo>
                                  <a:pt x="6664696" y="2802512"/>
                                </a:lnTo>
                                <a:lnTo>
                                  <a:pt x="6664923" y="2796381"/>
                                </a:lnTo>
                                <a:lnTo>
                                  <a:pt x="6665009" y="2795092"/>
                                </a:lnTo>
                                <a:lnTo>
                                  <a:pt x="6660950" y="2783249"/>
                                </a:lnTo>
                                <a:lnTo>
                                  <a:pt x="6654174" y="2762164"/>
                                </a:lnTo>
                                <a:lnTo>
                                  <a:pt x="6651012" y="2751736"/>
                                </a:lnTo>
                                <a:lnTo>
                                  <a:pt x="6647851" y="2741081"/>
                                </a:lnTo>
                                <a:lnTo>
                                  <a:pt x="6645140" y="2730653"/>
                                </a:lnTo>
                                <a:lnTo>
                                  <a:pt x="6642656" y="2719774"/>
                                </a:lnTo>
                                <a:lnTo>
                                  <a:pt x="6644011" y="2715919"/>
                                </a:lnTo>
                                <a:lnTo>
                                  <a:pt x="6643875" y="2715375"/>
                                </a:lnTo>
                                <a:lnTo>
                                  <a:pt x="6642660" y="2713755"/>
                                </a:lnTo>
                                <a:lnTo>
                                  <a:pt x="6641978" y="2718525"/>
                                </a:lnTo>
                                <a:lnTo>
                                  <a:pt x="6641751" y="2723741"/>
                                </a:lnTo>
                                <a:lnTo>
                                  <a:pt x="6641751" y="2729191"/>
                                </a:lnTo>
                                <a:lnTo>
                                  <a:pt x="6642205" y="2735092"/>
                                </a:lnTo>
                                <a:lnTo>
                                  <a:pt x="6642887" y="2741449"/>
                                </a:lnTo>
                                <a:lnTo>
                                  <a:pt x="6644250" y="2748031"/>
                                </a:lnTo>
                                <a:lnTo>
                                  <a:pt x="6645208" y="2753779"/>
                                </a:lnTo>
                                <a:lnTo>
                                  <a:pt x="6644250" y="2751437"/>
                                </a:lnTo>
                                <a:lnTo>
                                  <a:pt x="6640161" y="2738270"/>
                                </a:lnTo>
                                <a:lnTo>
                                  <a:pt x="6636071" y="2723741"/>
                                </a:lnTo>
                                <a:lnTo>
                                  <a:pt x="6627211" y="2692871"/>
                                </a:lnTo>
                                <a:lnTo>
                                  <a:pt x="6618351" y="2663130"/>
                                </a:lnTo>
                                <a:lnTo>
                                  <a:pt x="6614489" y="2650190"/>
                                </a:lnTo>
                                <a:lnTo>
                                  <a:pt x="6613476" y="2647272"/>
                                </a:lnTo>
                                <a:lnTo>
                                  <a:pt x="6613037" y="2652785"/>
                                </a:lnTo>
                                <a:lnTo>
                                  <a:pt x="6610350" y="2640082"/>
                                </a:lnTo>
                                <a:lnTo>
                                  <a:pt x="6612593" y="2644731"/>
                                </a:lnTo>
                                <a:lnTo>
                                  <a:pt x="6610627" y="2639067"/>
                                </a:lnTo>
                                <a:lnTo>
                                  <a:pt x="6608355" y="2639067"/>
                                </a:lnTo>
                                <a:lnTo>
                                  <a:pt x="6602903" y="2628171"/>
                                </a:lnTo>
                                <a:lnTo>
                                  <a:pt x="6598132" y="2617504"/>
                                </a:lnTo>
                                <a:lnTo>
                                  <a:pt x="6593588" y="2606608"/>
                                </a:lnTo>
                                <a:lnTo>
                                  <a:pt x="6589272" y="2595487"/>
                                </a:lnTo>
                                <a:lnTo>
                                  <a:pt x="6607219" y="2591857"/>
                                </a:lnTo>
                                <a:lnTo>
                                  <a:pt x="6608173" y="2593481"/>
                                </a:lnTo>
                                <a:lnTo>
                                  <a:pt x="6607197" y="2591459"/>
                                </a:lnTo>
                                <a:lnTo>
                                  <a:pt x="6612618" y="2590551"/>
                                </a:lnTo>
                                <a:lnTo>
                                  <a:pt x="6617812" y="2590097"/>
                                </a:lnTo>
                                <a:lnTo>
                                  <a:pt x="6622555" y="2589871"/>
                                </a:lnTo>
                                <a:close/>
                                <a:moveTo>
                                  <a:pt x="6695739" y="2566893"/>
                                </a:moveTo>
                                <a:lnTo>
                                  <a:pt x="6697097" y="2570737"/>
                                </a:lnTo>
                                <a:lnTo>
                                  <a:pt x="6699133" y="2576392"/>
                                </a:lnTo>
                                <a:lnTo>
                                  <a:pt x="6701657" y="2583538"/>
                                </a:lnTo>
                                <a:lnTo>
                                  <a:pt x="6701042" y="2576892"/>
                                </a:lnTo>
                                <a:lnTo>
                                  <a:pt x="6700139" y="2567364"/>
                                </a:lnTo>
                                <a:lnTo>
                                  <a:pt x="6701268" y="2570769"/>
                                </a:lnTo>
                                <a:lnTo>
                                  <a:pt x="6702622" y="2575305"/>
                                </a:lnTo>
                                <a:lnTo>
                                  <a:pt x="6704654" y="2580296"/>
                                </a:lnTo>
                                <a:lnTo>
                                  <a:pt x="6706686" y="2585967"/>
                                </a:lnTo>
                                <a:lnTo>
                                  <a:pt x="6712104" y="2598443"/>
                                </a:lnTo>
                                <a:lnTo>
                                  <a:pt x="6717747" y="2610693"/>
                                </a:lnTo>
                                <a:lnTo>
                                  <a:pt x="6722714" y="2621581"/>
                                </a:lnTo>
                                <a:lnTo>
                                  <a:pt x="6726100" y="2629977"/>
                                </a:lnTo>
                                <a:lnTo>
                                  <a:pt x="6727003" y="2632473"/>
                                </a:lnTo>
                                <a:lnTo>
                                  <a:pt x="6727454" y="2633833"/>
                                </a:lnTo>
                                <a:lnTo>
                                  <a:pt x="6727229" y="2634059"/>
                                </a:lnTo>
                                <a:lnTo>
                                  <a:pt x="6727003" y="2633833"/>
                                </a:lnTo>
                                <a:lnTo>
                                  <a:pt x="6725874" y="2632245"/>
                                </a:lnTo>
                                <a:lnTo>
                                  <a:pt x="6727454" y="2641091"/>
                                </a:lnTo>
                                <a:lnTo>
                                  <a:pt x="6729712" y="2650168"/>
                                </a:lnTo>
                                <a:lnTo>
                                  <a:pt x="6734453" y="2668773"/>
                                </a:lnTo>
                                <a:lnTo>
                                  <a:pt x="6739419" y="2688058"/>
                                </a:lnTo>
                                <a:lnTo>
                                  <a:pt x="6744837" y="2707114"/>
                                </a:lnTo>
                                <a:lnTo>
                                  <a:pt x="6750029" y="2725717"/>
                                </a:lnTo>
                                <a:lnTo>
                                  <a:pt x="6754995" y="2743869"/>
                                </a:lnTo>
                                <a:lnTo>
                                  <a:pt x="6756801" y="2752034"/>
                                </a:lnTo>
                                <a:lnTo>
                                  <a:pt x="6758833" y="2760204"/>
                                </a:lnTo>
                                <a:lnTo>
                                  <a:pt x="6760413" y="2767916"/>
                                </a:lnTo>
                                <a:lnTo>
                                  <a:pt x="6761768" y="2775176"/>
                                </a:lnTo>
                                <a:lnTo>
                                  <a:pt x="6765154" y="2791283"/>
                                </a:lnTo>
                                <a:lnTo>
                                  <a:pt x="6764251" y="2788108"/>
                                </a:lnTo>
                                <a:lnTo>
                                  <a:pt x="6769217" y="2810795"/>
                                </a:lnTo>
                                <a:lnTo>
                                  <a:pt x="6772829" y="2829169"/>
                                </a:lnTo>
                                <a:lnTo>
                                  <a:pt x="6776441" y="2848904"/>
                                </a:lnTo>
                                <a:lnTo>
                                  <a:pt x="6777119" y="2852531"/>
                                </a:lnTo>
                                <a:lnTo>
                                  <a:pt x="6775538" y="2845950"/>
                                </a:lnTo>
                                <a:lnTo>
                                  <a:pt x="6780956" y="2878389"/>
                                </a:lnTo>
                                <a:lnTo>
                                  <a:pt x="6783665" y="2894705"/>
                                </a:lnTo>
                                <a:lnTo>
                                  <a:pt x="6783891" y="2895843"/>
                                </a:lnTo>
                                <a:lnTo>
                                  <a:pt x="6783665" y="2895160"/>
                                </a:lnTo>
                                <a:lnTo>
                                  <a:pt x="6782311" y="2887458"/>
                                </a:lnTo>
                                <a:lnTo>
                                  <a:pt x="6784342" y="2903795"/>
                                </a:lnTo>
                                <a:lnTo>
                                  <a:pt x="6784568" y="2903795"/>
                                </a:lnTo>
                                <a:lnTo>
                                  <a:pt x="6785020" y="2904244"/>
                                </a:lnTo>
                                <a:lnTo>
                                  <a:pt x="6786148" y="2910145"/>
                                </a:lnTo>
                                <a:lnTo>
                                  <a:pt x="6786826" y="2916274"/>
                                </a:lnTo>
                                <a:lnTo>
                                  <a:pt x="6788406" y="2928058"/>
                                </a:lnTo>
                                <a:lnTo>
                                  <a:pt x="6789083" y="2940309"/>
                                </a:lnTo>
                                <a:lnTo>
                                  <a:pt x="6789760" y="2952331"/>
                                </a:lnTo>
                                <a:lnTo>
                                  <a:pt x="6789986" y="2964578"/>
                                </a:lnTo>
                                <a:lnTo>
                                  <a:pt x="6789986" y="2976604"/>
                                </a:lnTo>
                                <a:lnTo>
                                  <a:pt x="6790438" y="3001109"/>
                                </a:lnTo>
                                <a:lnTo>
                                  <a:pt x="6787051" y="2986135"/>
                                </a:lnTo>
                                <a:lnTo>
                                  <a:pt x="6787637" y="2993985"/>
                                </a:lnTo>
                                <a:lnTo>
                                  <a:pt x="6787833" y="2995695"/>
                                </a:lnTo>
                                <a:lnTo>
                                  <a:pt x="6788151" y="3000459"/>
                                </a:lnTo>
                                <a:lnTo>
                                  <a:pt x="6787350" y="2992443"/>
                                </a:lnTo>
                                <a:lnTo>
                                  <a:pt x="6787242" y="2991664"/>
                                </a:lnTo>
                                <a:lnTo>
                                  <a:pt x="6787277" y="2991806"/>
                                </a:lnTo>
                                <a:lnTo>
                                  <a:pt x="6786826" y="2988629"/>
                                </a:lnTo>
                                <a:lnTo>
                                  <a:pt x="6787242" y="2991664"/>
                                </a:lnTo>
                                <a:lnTo>
                                  <a:pt x="6785245" y="2983412"/>
                                </a:lnTo>
                                <a:lnTo>
                                  <a:pt x="6785923" y="2990445"/>
                                </a:lnTo>
                                <a:lnTo>
                                  <a:pt x="6786826" y="2996798"/>
                                </a:lnTo>
                                <a:lnTo>
                                  <a:pt x="6787954" y="3010184"/>
                                </a:lnTo>
                                <a:lnTo>
                                  <a:pt x="6789309" y="3023566"/>
                                </a:lnTo>
                                <a:lnTo>
                                  <a:pt x="6790212" y="3030372"/>
                                </a:lnTo>
                                <a:lnTo>
                                  <a:pt x="6791115" y="3037183"/>
                                </a:lnTo>
                                <a:lnTo>
                                  <a:pt x="6785245" y="3013585"/>
                                </a:lnTo>
                                <a:lnTo>
                                  <a:pt x="6786826" y="3020617"/>
                                </a:lnTo>
                                <a:lnTo>
                                  <a:pt x="6788406" y="3026517"/>
                                </a:lnTo>
                                <a:lnTo>
                                  <a:pt x="6789760" y="3033095"/>
                                </a:lnTo>
                                <a:lnTo>
                                  <a:pt x="6791115" y="3039902"/>
                                </a:lnTo>
                                <a:lnTo>
                                  <a:pt x="6792244" y="3046709"/>
                                </a:lnTo>
                                <a:lnTo>
                                  <a:pt x="6792469" y="3049658"/>
                                </a:lnTo>
                                <a:lnTo>
                                  <a:pt x="6792695" y="3052605"/>
                                </a:lnTo>
                                <a:lnTo>
                                  <a:pt x="6792469" y="3054869"/>
                                </a:lnTo>
                                <a:lnTo>
                                  <a:pt x="6792375" y="3055726"/>
                                </a:lnTo>
                                <a:lnTo>
                                  <a:pt x="6792913" y="3057610"/>
                                </a:lnTo>
                                <a:lnTo>
                                  <a:pt x="6792669" y="3057610"/>
                                </a:lnTo>
                                <a:lnTo>
                                  <a:pt x="6792315" y="3056269"/>
                                </a:lnTo>
                                <a:lnTo>
                                  <a:pt x="6792244" y="3056912"/>
                                </a:lnTo>
                                <a:lnTo>
                                  <a:pt x="6785471" y="3029467"/>
                                </a:lnTo>
                                <a:lnTo>
                                  <a:pt x="6787503" y="3040131"/>
                                </a:lnTo>
                                <a:lnTo>
                                  <a:pt x="6789986" y="3052148"/>
                                </a:lnTo>
                                <a:lnTo>
                                  <a:pt x="6792244" y="3064400"/>
                                </a:lnTo>
                                <a:lnTo>
                                  <a:pt x="6792921" y="3070967"/>
                                </a:lnTo>
                                <a:lnTo>
                                  <a:pt x="6793598" y="3077325"/>
                                </a:lnTo>
                                <a:lnTo>
                                  <a:pt x="6794275" y="3083673"/>
                                </a:lnTo>
                                <a:lnTo>
                                  <a:pt x="6794501" y="3090255"/>
                                </a:lnTo>
                                <a:lnTo>
                                  <a:pt x="6794501" y="3096605"/>
                                </a:lnTo>
                                <a:lnTo>
                                  <a:pt x="6794050" y="3102729"/>
                                </a:lnTo>
                                <a:lnTo>
                                  <a:pt x="6793598" y="3108856"/>
                                </a:lnTo>
                                <a:lnTo>
                                  <a:pt x="6792469" y="3114529"/>
                                </a:lnTo>
                                <a:lnTo>
                                  <a:pt x="6790889" y="3120429"/>
                                </a:lnTo>
                                <a:lnTo>
                                  <a:pt x="6789083" y="3125874"/>
                                </a:lnTo>
                                <a:lnTo>
                                  <a:pt x="6787954" y="3109537"/>
                                </a:lnTo>
                                <a:lnTo>
                                  <a:pt x="6787503" y="3112259"/>
                                </a:lnTo>
                                <a:lnTo>
                                  <a:pt x="6783891" y="3075066"/>
                                </a:lnTo>
                                <a:lnTo>
                                  <a:pt x="6782311" y="3055782"/>
                                </a:lnTo>
                                <a:lnTo>
                                  <a:pt x="6781182" y="3038771"/>
                                </a:lnTo>
                                <a:lnTo>
                                  <a:pt x="6778699" y="3021753"/>
                                </a:lnTo>
                                <a:lnTo>
                                  <a:pt x="6775990" y="3002471"/>
                                </a:lnTo>
                                <a:lnTo>
                                  <a:pt x="6775087" y="2992942"/>
                                </a:lnTo>
                                <a:lnTo>
                                  <a:pt x="6774410" y="2984547"/>
                                </a:lnTo>
                                <a:lnTo>
                                  <a:pt x="6773958" y="2977284"/>
                                </a:lnTo>
                                <a:lnTo>
                                  <a:pt x="6774184" y="2974108"/>
                                </a:lnTo>
                                <a:lnTo>
                                  <a:pt x="6774184" y="2972040"/>
                                </a:lnTo>
                                <a:lnTo>
                                  <a:pt x="6774036" y="2972495"/>
                                </a:lnTo>
                                <a:lnTo>
                                  <a:pt x="6774036" y="2968636"/>
                                </a:lnTo>
                                <a:lnTo>
                                  <a:pt x="6773808" y="2968408"/>
                                </a:lnTo>
                                <a:lnTo>
                                  <a:pt x="6773808" y="2969543"/>
                                </a:lnTo>
                                <a:lnTo>
                                  <a:pt x="6773579" y="2979304"/>
                                </a:lnTo>
                                <a:lnTo>
                                  <a:pt x="6773351" y="2986567"/>
                                </a:lnTo>
                                <a:lnTo>
                                  <a:pt x="6773123" y="2993831"/>
                                </a:lnTo>
                                <a:lnTo>
                                  <a:pt x="6772437" y="2999507"/>
                                </a:lnTo>
                                <a:lnTo>
                                  <a:pt x="6771981" y="3001777"/>
                                </a:lnTo>
                                <a:lnTo>
                                  <a:pt x="6771524" y="3003592"/>
                                </a:lnTo>
                                <a:lnTo>
                                  <a:pt x="6765129" y="2990653"/>
                                </a:lnTo>
                                <a:lnTo>
                                  <a:pt x="6765358" y="3000641"/>
                                </a:lnTo>
                                <a:lnTo>
                                  <a:pt x="6761932" y="2981120"/>
                                </a:lnTo>
                                <a:lnTo>
                                  <a:pt x="6759648" y="2967954"/>
                                </a:lnTo>
                                <a:lnTo>
                                  <a:pt x="6758506" y="2963413"/>
                                </a:lnTo>
                                <a:lnTo>
                                  <a:pt x="6757821" y="2960918"/>
                                </a:lnTo>
                                <a:lnTo>
                                  <a:pt x="6757593" y="2965231"/>
                                </a:lnTo>
                                <a:lnTo>
                                  <a:pt x="6757821" y="2969769"/>
                                </a:lnTo>
                                <a:lnTo>
                                  <a:pt x="6758050" y="2974082"/>
                                </a:lnTo>
                                <a:lnTo>
                                  <a:pt x="6758963" y="2978396"/>
                                </a:lnTo>
                                <a:lnTo>
                                  <a:pt x="6758050" y="2977260"/>
                                </a:lnTo>
                                <a:lnTo>
                                  <a:pt x="6757364" y="2978396"/>
                                </a:lnTo>
                                <a:lnTo>
                                  <a:pt x="6746859" y="2925970"/>
                                </a:lnTo>
                                <a:lnTo>
                                  <a:pt x="6744804" y="2918712"/>
                                </a:lnTo>
                                <a:lnTo>
                                  <a:pt x="6741835" y="2906446"/>
                                </a:lnTo>
                                <a:lnTo>
                                  <a:pt x="6734087" y="2876276"/>
                                </a:lnTo>
                                <a:lnTo>
                                  <a:pt x="6736384" y="2885923"/>
                                </a:lnTo>
                                <a:lnTo>
                                  <a:pt x="6739772" y="2901121"/>
                                </a:lnTo>
                                <a:lnTo>
                                  <a:pt x="6743159" y="2916532"/>
                                </a:lnTo>
                                <a:lnTo>
                                  <a:pt x="6746321" y="2931710"/>
                                </a:lnTo>
                                <a:lnTo>
                                  <a:pt x="6736610" y="2896346"/>
                                </a:lnTo>
                                <a:lnTo>
                                  <a:pt x="6738191" y="2905644"/>
                                </a:lnTo>
                                <a:lnTo>
                                  <a:pt x="6730512" y="2883428"/>
                                </a:lnTo>
                                <a:lnTo>
                                  <a:pt x="6730738" y="2887511"/>
                                </a:lnTo>
                                <a:lnTo>
                                  <a:pt x="6729608" y="2885241"/>
                                </a:lnTo>
                                <a:lnTo>
                                  <a:pt x="6728705" y="2883208"/>
                                </a:lnTo>
                                <a:lnTo>
                                  <a:pt x="6727124" y="2879128"/>
                                </a:lnTo>
                                <a:lnTo>
                                  <a:pt x="6726221" y="2875955"/>
                                </a:lnTo>
                                <a:lnTo>
                                  <a:pt x="6725769" y="2874821"/>
                                </a:lnTo>
                                <a:lnTo>
                                  <a:pt x="6725317" y="2874594"/>
                                </a:lnTo>
                                <a:lnTo>
                                  <a:pt x="6721478" y="2867115"/>
                                </a:lnTo>
                                <a:lnTo>
                                  <a:pt x="6719445" y="2873231"/>
                                </a:lnTo>
                                <a:lnTo>
                                  <a:pt x="6714702" y="2870512"/>
                                </a:lnTo>
                                <a:lnTo>
                                  <a:pt x="6713347" y="2871419"/>
                                </a:lnTo>
                                <a:lnTo>
                                  <a:pt x="6712895" y="2870288"/>
                                </a:lnTo>
                                <a:lnTo>
                                  <a:pt x="6712218" y="2868251"/>
                                </a:lnTo>
                                <a:lnTo>
                                  <a:pt x="6710411" y="2862135"/>
                                </a:lnTo>
                                <a:lnTo>
                                  <a:pt x="6708604" y="2853743"/>
                                </a:lnTo>
                                <a:lnTo>
                                  <a:pt x="6706572" y="2844449"/>
                                </a:lnTo>
                                <a:lnTo>
                                  <a:pt x="6701603" y="2820654"/>
                                </a:lnTo>
                                <a:lnTo>
                                  <a:pt x="6700022" y="2819521"/>
                                </a:lnTo>
                                <a:lnTo>
                                  <a:pt x="6692569" y="2779395"/>
                                </a:lnTo>
                                <a:lnTo>
                                  <a:pt x="6684438" y="2739496"/>
                                </a:lnTo>
                                <a:lnTo>
                                  <a:pt x="6675630" y="2699596"/>
                                </a:lnTo>
                                <a:lnTo>
                                  <a:pt x="6666596" y="2660148"/>
                                </a:lnTo>
                                <a:lnTo>
                                  <a:pt x="6664338" y="2650618"/>
                                </a:lnTo>
                                <a:lnTo>
                                  <a:pt x="6662404" y="2644477"/>
                                </a:lnTo>
                                <a:lnTo>
                                  <a:pt x="6661853" y="2640419"/>
                                </a:lnTo>
                                <a:lnTo>
                                  <a:pt x="6659821" y="2630897"/>
                                </a:lnTo>
                                <a:lnTo>
                                  <a:pt x="6658917" y="2626366"/>
                                </a:lnTo>
                                <a:lnTo>
                                  <a:pt x="6657788" y="2621831"/>
                                </a:lnTo>
                                <a:lnTo>
                                  <a:pt x="6656207" y="2617753"/>
                                </a:lnTo>
                                <a:lnTo>
                                  <a:pt x="6654852" y="2613673"/>
                                </a:lnTo>
                                <a:lnTo>
                                  <a:pt x="6653045" y="2610046"/>
                                </a:lnTo>
                                <a:lnTo>
                                  <a:pt x="6651238" y="2606647"/>
                                </a:lnTo>
                                <a:lnTo>
                                  <a:pt x="6649373" y="2604025"/>
                                </a:lnTo>
                                <a:lnTo>
                                  <a:pt x="6649206" y="2603021"/>
                                </a:lnTo>
                                <a:lnTo>
                                  <a:pt x="6649206" y="2600527"/>
                                </a:lnTo>
                                <a:lnTo>
                                  <a:pt x="6649206" y="2598034"/>
                                </a:lnTo>
                                <a:lnTo>
                                  <a:pt x="6649657" y="2595993"/>
                                </a:lnTo>
                                <a:lnTo>
                                  <a:pt x="6650109" y="2593727"/>
                                </a:lnTo>
                                <a:lnTo>
                                  <a:pt x="6651238" y="2591459"/>
                                </a:lnTo>
                                <a:lnTo>
                                  <a:pt x="6652142" y="2589418"/>
                                </a:lnTo>
                                <a:lnTo>
                                  <a:pt x="6653497" y="2587378"/>
                                </a:lnTo>
                                <a:lnTo>
                                  <a:pt x="6655529" y="2585563"/>
                                </a:lnTo>
                                <a:lnTo>
                                  <a:pt x="6657788" y="2583526"/>
                                </a:lnTo>
                                <a:lnTo>
                                  <a:pt x="6660046" y="2581935"/>
                                </a:lnTo>
                                <a:lnTo>
                                  <a:pt x="6662982" y="2579896"/>
                                </a:lnTo>
                                <a:lnTo>
                                  <a:pt x="6666370" y="2578307"/>
                                </a:lnTo>
                                <a:lnTo>
                                  <a:pt x="6669984" y="2576267"/>
                                </a:lnTo>
                                <a:lnTo>
                                  <a:pt x="6674501" y="2574454"/>
                                </a:lnTo>
                                <a:lnTo>
                                  <a:pt x="6679018" y="2572864"/>
                                </a:lnTo>
                                <a:lnTo>
                                  <a:pt x="6683987" y="2571052"/>
                                </a:lnTo>
                                <a:lnTo>
                                  <a:pt x="6688066" y="2584566"/>
                                </a:lnTo>
                                <a:lnTo>
                                  <a:pt x="6688273" y="2582498"/>
                                </a:lnTo>
                                <a:lnTo>
                                  <a:pt x="6688725" y="2580236"/>
                                </a:lnTo>
                                <a:lnTo>
                                  <a:pt x="6689178" y="2578200"/>
                                </a:lnTo>
                                <a:lnTo>
                                  <a:pt x="6689856" y="2575938"/>
                                </a:lnTo>
                                <a:lnTo>
                                  <a:pt x="6690988" y="2574129"/>
                                </a:lnTo>
                                <a:lnTo>
                                  <a:pt x="6691893" y="2572095"/>
                                </a:lnTo>
                                <a:lnTo>
                                  <a:pt x="6693024" y="2570286"/>
                                </a:lnTo>
                                <a:lnTo>
                                  <a:pt x="6694382" y="2568702"/>
                                </a:lnTo>
                                <a:lnTo>
                                  <a:pt x="6695739" y="2566893"/>
                                </a:lnTo>
                                <a:close/>
                                <a:moveTo>
                                  <a:pt x="1654011" y="2550423"/>
                                </a:moveTo>
                                <a:lnTo>
                                  <a:pt x="1649584" y="2551690"/>
                                </a:lnTo>
                                <a:lnTo>
                                  <a:pt x="1645509" y="2552828"/>
                                </a:lnTo>
                                <a:lnTo>
                                  <a:pt x="1641435" y="2554650"/>
                                </a:lnTo>
                                <a:lnTo>
                                  <a:pt x="1637587" y="2556239"/>
                                </a:lnTo>
                                <a:lnTo>
                                  <a:pt x="1633740" y="2558513"/>
                                </a:lnTo>
                                <a:lnTo>
                                  <a:pt x="1630344" y="2560785"/>
                                </a:lnTo>
                                <a:lnTo>
                                  <a:pt x="1626949" y="2563285"/>
                                </a:lnTo>
                                <a:lnTo>
                                  <a:pt x="1623780" y="2566014"/>
                                </a:lnTo>
                                <a:lnTo>
                                  <a:pt x="1620838" y="2568970"/>
                                </a:lnTo>
                                <a:lnTo>
                                  <a:pt x="1618122" y="2572154"/>
                                </a:lnTo>
                                <a:lnTo>
                                  <a:pt x="1615406" y="2575564"/>
                                </a:lnTo>
                                <a:lnTo>
                                  <a:pt x="1612916" y="2578975"/>
                                </a:lnTo>
                                <a:lnTo>
                                  <a:pt x="1610653" y="2582388"/>
                                </a:lnTo>
                                <a:lnTo>
                                  <a:pt x="1608389" y="2586252"/>
                                </a:lnTo>
                                <a:lnTo>
                                  <a:pt x="1607493" y="2588051"/>
                                </a:lnTo>
                                <a:lnTo>
                                  <a:pt x="1610507" y="2584474"/>
                                </a:lnTo>
                                <a:lnTo>
                                  <a:pt x="1614817" y="2579939"/>
                                </a:lnTo>
                                <a:lnTo>
                                  <a:pt x="1619127" y="2575858"/>
                                </a:lnTo>
                                <a:lnTo>
                                  <a:pt x="1624118" y="2571776"/>
                                </a:lnTo>
                                <a:lnTo>
                                  <a:pt x="1628656" y="2568147"/>
                                </a:lnTo>
                                <a:lnTo>
                                  <a:pt x="1638411" y="2560892"/>
                                </a:lnTo>
                                <a:lnTo>
                                  <a:pt x="1647485" y="2554767"/>
                                </a:lnTo>
                                <a:lnTo>
                                  <a:pt x="1654011" y="2550423"/>
                                </a:lnTo>
                                <a:close/>
                                <a:moveTo>
                                  <a:pt x="1659211" y="2547439"/>
                                </a:moveTo>
                                <a:lnTo>
                                  <a:pt x="1657506" y="2548509"/>
                                </a:lnTo>
                                <a:lnTo>
                                  <a:pt x="1656324" y="2549370"/>
                                </a:lnTo>
                                <a:lnTo>
                                  <a:pt x="1657694" y="2548876"/>
                                </a:lnTo>
                                <a:lnTo>
                                  <a:pt x="1659211" y="2547439"/>
                                </a:lnTo>
                                <a:close/>
                                <a:moveTo>
                                  <a:pt x="5115176" y="2539126"/>
                                </a:moveTo>
                                <a:lnTo>
                                  <a:pt x="5116517" y="2542551"/>
                                </a:lnTo>
                                <a:lnTo>
                                  <a:pt x="5117934" y="2548022"/>
                                </a:lnTo>
                                <a:lnTo>
                                  <a:pt x="5117873" y="2546780"/>
                                </a:lnTo>
                                <a:lnTo>
                                  <a:pt x="5117420" y="2544741"/>
                                </a:lnTo>
                                <a:lnTo>
                                  <a:pt x="5116966" y="2542701"/>
                                </a:lnTo>
                                <a:lnTo>
                                  <a:pt x="5115176" y="2539126"/>
                                </a:lnTo>
                                <a:close/>
                                <a:moveTo>
                                  <a:pt x="6580321" y="2530932"/>
                                </a:moveTo>
                                <a:lnTo>
                                  <a:pt x="6580124" y="2531079"/>
                                </a:lnTo>
                                <a:lnTo>
                                  <a:pt x="6580412" y="2531963"/>
                                </a:lnTo>
                                <a:lnTo>
                                  <a:pt x="6580321" y="2530932"/>
                                </a:lnTo>
                                <a:close/>
                                <a:moveTo>
                                  <a:pt x="6645198" y="2528046"/>
                                </a:moveTo>
                                <a:lnTo>
                                  <a:pt x="6646721" y="2530932"/>
                                </a:lnTo>
                                <a:lnTo>
                                  <a:pt x="6647998" y="2532215"/>
                                </a:lnTo>
                                <a:lnTo>
                                  <a:pt x="6645198" y="2528046"/>
                                </a:lnTo>
                                <a:close/>
                                <a:moveTo>
                                  <a:pt x="1701814" y="2527095"/>
                                </a:moveTo>
                                <a:lnTo>
                                  <a:pt x="1695757" y="2532591"/>
                                </a:lnTo>
                                <a:lnTo>
                                  <a:pt x="1694509" y="2533771"/>
                                </a:lnTo>
                                <a:lnTo>
                                  <a:pt x="1696261" y="2533906"/>
                                </a:lnTo>
                                <a:lnTo>
                                  <a:pt x="1701479" y="2527556"/>
                                </a:lnTo>
                                <a:lnTo>
                                  <a:pt x="1701814" y="2527095"/>
                                </a:lnTo>
                                <a:close/>
                                <a:moveTo>
                                  <a:pt x="6569507" y="2513554"/>
                                </a:moveTo>
                                <a:lnTo>
                                  <a:pt x="6571552" y="2518773"/>
                                </a:lnTo>
                                <a:lnTo>
                                  <a:pt x="6572461" y="2521269"/>
                                </a:lnTo>
                                <a:lnTo>
                                  <a:pt x="6573824" y="2523764"/>
                                </a:lnTo>
                                <a:lnTo>
                                  <a:pt x="6574960" y="2525807"/>
                                </a:lnTo>
                                <a:lnTo>
                                  <a:pt x="6575040" y="2525898"/>
                                </a:lnTo>
                                <a:lnTo>
                                  <a:pt x="6574223" y="2523906"/>
                                </a:lnTo>
                                <a:lnTo>
                                  <a:pt x="6572868" y="2520054"/>
                                </a:lnTo>
                                <a:lnTo>
                                  <a:pt x="6571316" y="2515189"/>
                                </a:lnTo>
                                <a:lnTo>
                                  <a:pt x="6570610" y="2514548"/>
                                </a:lnTo>
                                <a:lnTo>
                                  <a:pt x="6570610" y="2515293"/>
                                </a:lnTo>
                                <a:lnTo>
                                  <a:pt x="6570536" y="2514484"/>
                                </a:lnTo>
                                <a:lnTo>
                                  <a:pt x="6569507" y="2513554"/>
                                </a:lnTo>
                                <a:close/>
                                <a:moveTo>
                                  <a:pt x="6659406" y="2511981"/>
                                </a:moveTo>
                                <a:lnTo>
                                  <a:pt x="6669290" y="2534630"/>
                                </a:lnTo>
                                <a:lnTo>
                                  <a:pt x="6668588" y="2532743"/>
                                </a:lnTo>
                                <a:lnTo>
                                  <a:pt x="6664515" y="2521210"/>
                                </a:lnTo>
                                <a:lnTo>
                                  <a:pt x="6663383" y="2518720"/>
                                </a:lnTo>
                                <a:lnTo>
                                  <a:pt x="6662478" y="2516460"/>
                                </a:lnTo>
                                <a:lnTo>
                                  <a:pt x="6661347" y="2514424"/>
                                </a:lnTo>
                                <a:lnTo>
                                  <a:pt x="6659763" y="2512389"/>
                                </a:lnTo>
                                <a:lnTo>
                                  <a:pt x="6659406" y="2511981"/>
                                </a:lnTo>
                                <a:close/>
                                <a:moveTo>
                                  <a:pt x="6497864" y="2509906"/>
                                </a:moveTo>
                                <a:lnTo>
                                  <a:pt x="6502400" y="2516329"/>
                                </a:lnTo>
                                <a:lnTo>
                                  <a:pt x="6501493" y="2519432"/>
                                </a:lnTo>
                                <a:lnTo>
                                  <a:pt x="6496050" y="2512788"/>
                                </a:lnTo>
                                <a:lnTo>
                                  <a:pt x="6497864" y="2509906"/>
                                </a:lnTo>
                                <a:close/>
                                <a:moveTo>
                                  <a:pt x="6650707" y="2507458"/>
                                </a:moveTo>
                                <a:lnTo>
                                  <a:pt x="6650939" y="2510579"/>
                                </a:lnTo>
                                <a:lnTo>
                                  <a:pt x="6652070" y="2517589"/>
                                </a:lnTo>
                                <a:lnTo>
                                  <a:pt x="6652523" y="2520983"/>
                                </a:lnTo>
                                <a:lnTo>
                                  <a:pt x="6652749" y="2524600"/>
                                </a:lnTo>
                                <a:lnTo>
                                  <a:pt x="6652975" y="2528220"/>
                                </a:lnTo>
                                <a:lnTo>
                                  <a:pt x="6652749" y="2531611"/>
                                </a:lnTo>
                                <a:lnTo>
                                  <a:pt x="6652523" y="2534778"/>
                                </a:lnTo>
                                <a:lnTo>
                                  <a:pt x="6651918" y="2537599"/>
                                </a:lnTo>
                                <a:lnTo>
                                  <a:pt x="6652368" y="2538411"/>
                                </a:lnTo>
                                <a:lnTo>
                                  <a:pt x="6653271" y="2539319"/>
                                </a:lnTo>
                                <a:lnTo>
                                  <a:pt x="6653723" y="2534334"/>
                                </a:lnTo>
                                <a:lnTo>
                                  <a:pt x="6654626" y="2530480"/>
                                </a:lnTo>
                                <a:lnTo>
                                  <a:pt x="6651916" y="2514388"/>
                                </a:lnTo>
                                <a:lnTo>
                                  <a:pt x="6650707" y="2507458"/>
                                </a:lnTo>
                                <a:close/>
                                <a:moveTo>
                                  <a:pt x="6650486" y="2504472"/>
                                </a:moveTo>
                                <a:lnTo>
                                  <a:pt x="6650561" y="2505488"/>
                                </a:lnTo>
                                <a:lnTo>
                                  <a:pt x="6659267" y="2511821"/>
                                </a:lnTo>
                                <a:lnTo>
                                  <a:pt x="6658179" y="2510579"/>
                                </a:lnTo>
                                <a:lnTo>
                                  <a:pt x="6655917" y="2508317"/>
                                </a:lnTo>
                                <a:lnTo>
                                  <a:pt x="6653654" y="2506284"/>
                                </a:lnTo>
                                <a:lnTo>
                                  <a:pt x="6650486" y="2504472"/>
                                </a:lnTo>
                                <a:close/>
                                <a:moveTo>
                                  <a:pt x="4906881" y="2475012"/>
                                </a:moveTo>
                                <a:lnTo>
                                  <a:pt x="4908177" y="2476144"/>
                                </a:lnTo>
                                <a:lnTo>
                                  <a:pt x="4913164" y="2480454"/>
                                </a:lnTo>
                                <a:lnTo>
                                  <a:pt x="4918605" y="2484534"/>
                                </a:lnTo>
                                <a:lnTo>
                                  <a:pt x="4924273" y="2488614"/>
                                </a:lnTo>
                                <a:lnTo>
                                  <a:pt x="4929714" y="2492238"/>
                                </a:lnTo>
                                <a:lnTo>
                                  <a:pt x="4935381" y="2495865"/>
                                </a:lnTo>
                                <a:lnTo>
                                  <a:pt x="4941275" y="2499266"/>
                                </a:lnTo>
                                <a:lnTo>
                                  <a:pt x="4946943" y="2502438"/>
                                </a:lnTo>
                                <a:lnTo>
                                  <a:pt x="4952837" y="2505385"/>
                                </a:lnTo>
                                <a:lnTo>
                                  <a:pt x="4958958" y="2508106"/>
                                </a:lnTo>
                                <a:lnTo>
                                  <a:pt x="4965079" y="2510597"/>
                                </a:lnTo>
                                <a:lnTo>
                                  <a:pt x="4971427" y="2512638"/>
                                </a:lnTo>
                                <a:lnTo>
                                  <a:pt x="4977548" y="2514678"/>
                                </a:lnTo>
                                <a:lnTo>
                                  <a:pt x="4983895" y="2516260"/>
                                </a:lnTo>
                                <a:lnTo>
                                  <a:pt x="4990243" y="2517623"/>
                                </a:lnTo>
                                <a:lnTo>
                                  <a:pt x="4996818" y="2518757"/>
                                </a:lnTo>
                                <a:lnTo>
                                  <a:pt x="5003392" y="2519434"/>
                                </a:lnTo>
                                <a:lnTo>
                                  <a:pt x="5009966" y="2519662"/>
                                </a:lnTo>
                                <a:lnTo>
                                  <a:pt x="5016767" y="2519662"/>
                                </a:lnTo>
                                <a:lnTo>
                                  <a:pt x="5023342" y="2519434"/>
                                </a:lnTo>
                                <a:lnTo>
                                  <a:pt x="5030143" y="2518982"/>
                                </a:lnTo>
                                <a:lnTo>
                                  <a:pt x="5036944" y="2517849"/>
                                </a:lnTo>
                                <a:lnTo>
                                  <a:pt x="5043745" y="2516716"/>
                                </a:lnTo>
                                <a:lnTo>
                                  <a:pt x="5050546" y="2514903"/>
                                </a:lnTo>
                                <a:lnTo>
                                  <a:pt x="5057574" y="2512638"/>
                                </a:lnTo>
                                <a:lnTo>
                                  <a:pt x="5062788" y="2511275"/>
                                </a:lnTo>
                                <a:lnTo>
                                  <a:pt x="5067776" y="2510141"/>
                                </a:lnTo>
                                <a:lnTo>
                                  <a:pt x="5072763" y="2509463"/>
                                </a:lnTo>
                                <a:lnTo>
                                  <a:pt x="5077524" y="2509463"/>
                                </a:lnTo>
                                <a:lnTo>
                                  <a:pt x="5082285" y="2510141"/>
                                </a:lnTo>
                                <a:lnTo>
                                  <a:pt x="5084295" y="2510546"/>
                                </a:lnTo>
                                <a:lnTo>
                                  <a:pt x="5084082" y="2510332"/>
                                </a:lnTo>
                                <a:lnTo>
                                  <a:pt x="5081815" y="2507166"/>
                                </a:lnTo>
                                <a:lnTo>
                                  <a:pt x="5080000" y="2503768"/>
                                </a:lnTo>
                                <a:lnTo>
                                  <a:pt x="5079093" y="2501734"/>
                                </a:lnTo>
                                <a:lnTo>
                                  <a:pt x="5078845" y="2500616"/>
                                </a:lnTo>
                                <a:lnTo>
                                  <a:pt x="5071781" y="2508098"/>
                                </a:lnTo>
                                <a:lnTo>
                                  <a:pt x="5038567" y="2508327"/>
                                </a:lnTo>
                                <a:lnTo>
                                  <a:pt x="5023553" y="2508327"/>
                                </a:lnTo>
                                <a:lnTo>
                                  <a:pt x="5009448" y="2508327"/>
                                </a:lnTo>
                                <a:lnTo>
                                  <a:pt x="4996026" y="2507872"/>
                                </a:lnTo>
                                <a:lnTo>
                                  <a:pt x="4989656" y="2507419"/>
                                </a:lnTo>
                                <a:lnTo>
                                  <a:pt x="4983286" y="2506738"/>
                                </a:lnTo>
                                <a:lnTo>
                                  <a:pt x="4976917" y="2506062"/>
                                </a:lnTo>
                                <a:lnTo>
                                  <a:pt x="4971229" y="2504924"/>
                                </a:lnTo>
                                <a:lnTo>
                                  <a:pt x="4965087" y="2503793"/>
                                </a:lnTo>
                                <a:lnTo>
                                  <a:pt x="4959172" y="2502658"/>
                                </a:lnTo>
                                <a:lnTo>
                                  <a:pt x="4953485" y="2500843"/>
                                </a:lnTo>
                                <a:lnTo>
                                  <a:pt x="4948025" y="2499258"/>
                                </a:lnTo>
                                <a:lnTo>
                                  <a:pt x="4942338" y="2496989"/>
                                </a:lnTo>
                                <a:lnTo>
                                  <a:pt x="4936650" y="2494492"/>
                                </a:lnTo>
                                <a:lnTo>
                                  <a:pt x="4931418" y="2491547"/>
                                </a:lnTo>
                                <a:lnTo>
                                  <a:pt x="4925731" y="2488603"/>
                                </a:lnTo>
                                <a:lnTo>
                                  <a:pt x="4920499" y="2485191"/>
                                </a:lnTo>
                                <a:lnTo>
                                  <a:pt x="4915039" y="2481344"/>
                                </a:lnTo>
                                <a:lnTo>
                                  <a:pt x="4909579" y="2477263"/>
                                </a:lnTo>
                                <a:lnTo>
                                  <a:pt x="4906881" y="2475012"/>
                                </a:lnTo>
                                <a:close/>
                                <a:moveTo>
                                  <a:pt x="6486525" y="2468638"/>
                                </a:moveTo>
                                <a:lnTo>
                                  <a:pt x="6490076" y="2472578"/>
                                </a:lnTo>
                                <a:lnTo>
                                  <a:pt x="6494463" y="2479588"/>
                                </a:lnTo>
                                <a:lnTo>
                                  <a:pt x="6491330" y="2481335"/>
                                </a:lnTo>
                                <a:lnTo>
                                  <a:pt x="6486525" y="2468638"/>
                                </a:lnTo>
                                <a:close/>
                                <a:moveTo>
                                  <a:pt x="3894020" y="2457513"/>
                                </a:moveTo>
                                <a:lnTo>
                                  <a:pt x="3901284" y="2466131"/>
                                </a:lnTo>
                                <a:lnTo>
                                  <a:pt x="3908321" y="2474522"/>
                                </a:lnTo>
                                <a:lnTo>
                                  <a:pt x="3922395" y="2491551"/>
                                </a:lnTo>
                                <a:lnTo>
                                  <a:pt x="3936243" y="2508570"/>
                                </a:lnTo>
                                <a:lnTo>
                                  <a:pt x="3943280" y="2516965"/>
                                </a:lnTo>
                                <a:lnTo>
                                  <a:pt x="3950544" y="2525135"/>
                                </a:lnTo>
                                <a:lnTo>
                                  <a:pt x="3957808" y="2533075"/>
                                </a:lnTo>
                                <a:lnTo>
                                  <a:pt x="3965526" y="2541017"/>
                                </a:lnTo>
                                <a:lnTo>
                                  <a:pt x="3973471" y="2548512"/>
                                </a:lnTo>
                                <a:lnTo>
                                  <a:pt x="3981416" y="2555546"/>
                                </a:lnTo>
                                <a:lnTo>
                                  <a:pt x="3990042" y="2562579"/>
                                </a:lnTo>
                                <a:lnTo>
                                  <a:pt x="3998895" y="2568936"/>
                                </a:lnTo>
                                <a:lnTo>
                                  <a:pt x="4003435" y="2572112"/>
                                </a:lnTo>
                                <a:lnTo>
                                  <a:pt x="4008202" y="2575062"/>
                                </a:lnTo>
                                <a:lnTo>
                                  <a:pt x="4013196" y="2578011"/>
                                </a:lnTo>
                                <a:lnTo>
                                  <a:pt x="4017963" y="2580508"/>
                                </a:lnTo>
                                <a:lnTo>
                                  <a:pt x="4016828" y="2580508"/>
                                </a:lnTo>
                                <a:lnTo>
                                  <a:pt x="4000030" y="2580056"/>
                                </a:lnTo>
                                <a:lnTo>
                                  <a:pt x="4000257" y="2583461"/>
                                </a:lnTo>
                                <a:lnTo>
                                  <a:pt x="4000257" y="2587090"/>
                                </a:lnTo>
                                <a:lnTo>
                                  <a:pt x="4000711" y="2590497"/>
                                </a:lnTo>
                                <a:lnTo>
                                  <a:pt x="4001165" y="2594128"/>
                                </a:lnTo>
                                <a:lnTo>
                                  <a:pt x="4001846" y="2597531"/>
                                </a:lnTo>
                                <a:lnTo>
                                  <a:pt x="4002754" y="2600710"/>
                                </a:lnTo>
                                <a:lnTo>
                                  <a:pt x="4003662" y="2604113"/>
                                </a:lnTo>
                                <a:lnTo>
                                  <a:pt x="4004570" y="2607291"/>
                                </a:lnTo>
                                <a:lnTo>
                                  <a:pt x="4007294" y="2613645"/>
                                </a:lnTo>
                                <a:lnTo>
                                  <a:pt x="4010245" y="2619775"/>
                                </a:lnTo>
                                <a:lnTo>
                                  <a:pt x="4013877" y="2625902"/>
                                </a:lnTo>
                                <a:lnTo>
                                  <a:pt x="4017643" y="2630923"/>
                                </a:lnTo>
                                <a:lnTo>
                                  <a:pt x="4018927" y="2628925"/>
                                </a:lnTo>
                                <a:lnTo>
                                  <a:pt x="4029136" y="2641853"/>
                                </a:lnTo>
                                <a:lnTo>
                                  <a:pt x="4059991" y="2654783"/>
                                </a:lnTo>
                                <a:lnTo>
                                  <a:pt x="4088803" y="2674292"/>
                                </a:lnTo>
                                <a:lnTo>
                                  <a:pt x="4094475" y="2677696"/>
                                </a:lnTo>
                                <a:lnTo>
                                  <a:pt x="4099240" y="2681325"/>
                                </a:lnTo>
                                <a:lnTo>
                                  <a:pt x="4101735" y="2683366"/>
                                </a:lnTo>
                                <a:lnTo>
                                  <a:pt x="4104004" y="2685634"/>
                                </a:lnTo>
                                <a:lnTo>
                                  <a:pt x="4105819" y="2687449"/>
                                </a:lnTo>
                                <a:lnTo>
                                  <a:pt x="4107861" y="2689718"/>
                                </a:lnTo>
                                <a:lnTo>
                                  <a:pt x="4109449" y="2692214"/>
                                </a:lnTo>
                                <a:lnTo>
                                  <a:pt x="4111037" y="2694481"/>
                                </a:lnTo>
                                <a:lnTo>
                                  <a:pt x="4112398" y="2696976"/>
                                </a:lnTo>
                                <a:lnTo>
                                  <a:pt x="4113986" y="2699696"/>
                                </a:lnTo>
                                <a:lnTo>
                                  <a:pt x="4114894" y="2702645"/>
                                </a:lnTo>
                                <a:lnTo>
                                  <a:pt x="4116028" y="2705821"/>
                                </a:lnTo>
                                <a:lnTo>
                                  <a:pt x="4116935" y="2708996"/>
                                </a:lnTo>
                                <a:lnTo>
                                  <a:pt x="4117616" y="2712625"/>
                                </a:lnTo>
                                <a:lnTo>
                                  <a:pt x="4131001" y="2724420"/>
                                </a:lnTo>
                                <a:lnTo>
                                  <a:pt x="4144614" y="2740525"/>
                                </a:lnTo>
                                <a:lnTo>
                                  <a:pt x="4135312" y="2738939"/>
                                </a:lnTo>
                                <a:lnTo>
                                  <a:pt x="4165713" y="2840781"/>
                                </a:lnTo>
                                <a:lnTo>
                                  <a:pt x="4167074" y="2845090"/>
                                </a:lnTo>
                                <a:lnTo>
                                  <a:pt x="4168889" y="2848946"/>
                                </a:lnTo>
                                <a:lnTo>
                                  <a:pt x="4170704" y="2852802"/>
                                </a:lnTo>
                                <a:lnTo>
                                  <a:pt x="4172973" y="2856432"/>
                                </a:lnTo>
                                <a:lnTo>
                                  <a:pt x="4175241" y="2859831"/>
                                </a:lnTo>
                                <a:lnTo>
                                  <a:pt x="4177283" y="2863235"/>
                                </a:lnTo>
                                <a:lnTo>
                                  <a:pt x="4180006" y="2866411"/>
                                </a:lnTo>
                                <a:lnTo>
                                  <a:pt x="4182728" y="2869359"/>
                                </a:lnTo>
                                <a:lnTo>
                                  <a:pt x="4185450" y="2872081"/>
                                </a:lnTo>
                                <a:lnTo>
                                  <a:pt x="4188400" y="2874804"/>
                                </a:lnTo>
                                <a:lnTo>
                                  <a:pt x="4191349" y="2877073"/>
                                </a:lnTo>
                                <a:lnTo>
                                  <a:pt x="4194298" y="2879569"/>
                                </a:lnTo>
                                <a:lnTo>
                                  <a:pt x="4200651" y="2883876"/>
                                </a:lnTo>
                                <a:lnTo>
                                  <a:pt x="4207457" y="2888185"/>
                                </a:lnTo>
                                <a:lnTo>
                                  <a:pt x="4214490" y="2892041"/>
                                </a:lnTo>
                                <a:lnTo>
                                  <a:pt x="4221977" y="2895668"/>
                                </a:lnTo>
                                <a:lnTo>
                                  <a:pt x="4236496" y="2902923"/>
                                </a:lnTo>
                                <a:lnTo>
                                  <a:pt x="4243983" y="2906779"/>
                                </a:lnTo>
                                <a:lnTo>
                                  <a:pt x="4251243" y="2910638"/>
                                </a:lnTo>
                                <a:lnTo>
                                  <a:pt x="4258276" y="2914724"/>
                                </a:lnTo>
                                <a:lnTo>
                                  <a:pt x="4265309" y="2919262"/>
                                </a:lnTo>
                                <a:lnTo>
                                  <a:pt x="4251016" y="2946475"/>
                                </a:lnTo>
                                <a:lnTo>
                                  <a:pt x="4174561" y="2957135"/>
                                </a:lnTo>
                                <a:lnTo>
                                  <a:pt x="4097651" y="2967794"/>
                                </a:lnTo>
                                <a:lnTo>
                                  <a:pt x="4086535" y="2969609"/>
                                </a:lnTo>
                                <a:lnTo>
                                  <a:pt x="4075645" y="2971876"/>
                                </a:lnTo>
                                <a:lnTo>
                                  <a:pt x="4065209" y="2974373"/>
                                </a:lnTo>
                                <a:lnTo>
                                  <a:pt x="4055000" y="2976868"/>
                                </a:lnTo>
                                <a:lnTo>
                                  <a:pt x="4045244" y="2979363"/>
                                </a:lnTo>
                                <a:lnTo>
                                  <a:pt x="4036169" y="2981178"/>
                                </a:lnTo>
                                <a:lnTo>
                                  <a:pt x="4027548" y="2982314"/>
                                </a:lnTo>
                                <a:lnTo>
                                  <a:pt x="4023465" y="2982993"/>
                                </a:lnTo>
                                <a:lnTo>
                                  <a:pt x="4019381" y="2983220"/>
                                </a:lnTo>
                                <a:lnTo>
                                  <a:pt x="4015524" y="2983220"/>
                                </a:lnTo>
                                <a:lnTo>
                                  <a:pt x="4011667" y="2982993"/>
                                </a:lnTo>
                                <a:lnTo>
                                  <a:pt x="4008037" y="2982314"/>
                                </a:lnTo>
                                <a:lnTo>
                                  <a:pt x="4004634" y="2981405"/>
                                </a:lnTo>
                                <a:lnTo>
                                  <a:pt x="4001458" y="2980497"/>
                                </a:lnTo>
                                <a:lnTo>
                                  <a:pt x="3998282" y="2978682"/>
                                </a:lnTo>
                                <a:lnTo>
                                  <a:pt x="3995560" y="2977096"/>
                                </a:lnTo>
                                <a:lnTo>
                                  <a:pt x="3992837" y="2974599"/>
                                </a:lnTo>
                                <a:lnTo>
                                  <a:pt x="3990115" y="2971876"/>
                                </a:lnTo>
                                <a:lnTo>
                                  <a:pt x="3987846" y="2968702"/>
                                </a:lnTo>
                                <a:lnTo>
                                  <a:pt x="3985804" y="2965073"/>
                                </a:lnTo>
                                <a:lnTo>
                                  <a:pt x="3983762" y="2961217"/>
                                </a:lnTo>
                                <a:lnTo>
                                  <a:pt x="3981947" y="2956681"/>
                                </a:lnTo>
                                <a:lnTo>
                                  <a:pt x="3980359" y="2951237"/>
                                </a:lnTo>
                                <a:lnTo>
                                  <a:pt x="3978998" y="2945795"/>
                                </a:lnTo>
                                <a:lnTo>
                                  <a:pt x="3977637" y="2939443"/>
                                </a:lnTo>
                                <a:lnTo>
                                  <a:pt x="3975595" y="2925383"/>
                                </a:lnTo>
                                <a:lnTo>
                                  <a:pt x="3973099" y="2911320"/>
                                </a:lnTo>
                                <a:lnTo>
                                  <a:pt x="3967654" y="2883194"/>
                                </a:lnTo>
                                <a:lnTo>
                                  <a:pt x="3962436" y="2854843"/>
                                </a:lnTo>
                                <a:lnTo>
                                  <a:pt x="3956991" y="2826265"/>
                                </a:lnTo>
                                <a:lnTo>
                                  <a:pt x="3954723" y="2811975"/>
                                </a:lnTo>
                                <a:lnTo>
                                  <a:pt x="3952454" y="2797912"/>
                                </a:lnTo>
                                <a:lnTo>
                                  <a:pt x="3950185" y="2783621"/>
                                </a:lnTo>
                                <a:lnTo>
                                  <a:pt x="3948370" y="2769333"/>
                                </a:lnTo>
                                <a:lnTo>
                                  <a:pt x="3946555" y="2755041"/>
                                </a:lnTo>
                                <a:lnTo>
                                  <a:pt x="3945194" y="2740978"/>
                                </a:lnTo>
                                <a:lnTo>
                                  <a:pt x="3944060" y="2727141"/>
                                </a:lnTo>
                                <a:lnTo>
                                  <a:pt x="3943482" y="2715197"/>
                                </a:lnTo>
                                <a:lnTo>
                                  <a:pt x="3941691" y="2722147"/>
                                </a:lnTo>
                                <a:lnTo>
                                  <a:pt x="3930113" y="2655865"/>
                                </a:lnTo>
                                <a:lnTo>
                                  <a:pt x="3918309" y="2589813"/>
                                </a:lnTo>
                                <a:lnTo>
                                  <a:pt x="3906051" y="2523773"/>
                                </a:lnTo>
                                <a:lnTo>
                                  <a:pt x="3894020" y="2457513"/>
                                </a:lnTo>
                                <a:close/>
                                <a:moveTo>
                                  <a:pt x="1818030" y="2450691"/>
                                </a:moveTo>
                                <a:lnTo>
                                  <a:pt x="1817983" y="2450731"/>
                                </a:lnTo>
                                <a:lnTo>
                                  <a:pt x="1815040" y="2452775"/>
                                </a:lnTo>
                                <a:lnTo>
                                  <a:pt x="1811645" y="2454371"/>
                                </a:lnTo>
                                <a:lnTo>
                                  <a:pt x="1808250" y="2455735"/>
                                </a:lnTo>
                                <a:lnTo>
                                  <a:pt x="1802818" y="2460053"/>
                                </a:lnTo>
                                <a:lnTo>
                                  <a:pt x="1797159" y="2464145"/>
                                </a:lnTo>
                                <a:lnTo>
                                  <a:pt x="1791953" y="2468698"/>
                                </a:lnTo>
                                <a:lnTo>
                                  <a:pt x="1786521" y="2473699"/>
                                </a:lnTo>
                                <a:lnTo>
                                  <a:pt x="1775883" y="2483478"/>
                                </a:lnTo>
                                <a:lnTo>
                                  <a:pt x="1770451" y="2488255"/>
                                </a:lnTo>
                                <a:lnTo>
                                  <a:pt x="1765018" y="2493029"/>
                                </a:lnTo>
                                <a:lnTo>
                                  <a:pt x="1759586" y="2497800"/>
                                </a:lnTo>
                                <a:lnTo>
                                  <a:pt x="1757969" y="2498928"/>
                                </a:lnTo>
                                <a:lnTo>
                                  <a:pt x="1764773" y="2494450"/>
                                </a:lnTo>
                                <a:lnTo>
                                  <a:pt x="1774528" y="2487872"/>
                                </a:lnTo>
                                <a:lnTo>
                                  <a:pt x="1784057" y="2481071"/>
                                </a:lnTo>
                                <a:lnTo>
                                  <a:pt x="1793358" y="2473810"/>
                                </a:lnTo>
                                <a:lnTo>
                                  <a:pt x="1801979" y="2466325"/>
                                </a:lnTo>
                                <a:lnTo>
                                  <a:pt x="1810146" y="2458616"/>
                                </a:lnTo>
                                <a:lnTo>
                                  <a:pt x="1817405" y="2451359"/>
                                </a:lnTo>
                                <a:lnTo>
                                  <a:pt x="1818030" y="2450691"/>
                                </a:lnTo>
                                <a:close/>
                                <a:moveTo>
                                  <a:pt x="6598542" y="2445767"/>
                                </a:moveTo>
                                <a:lnTo>
                                  <a:pt x="6598615" y="2445938"/>
                                </a:lnTo>
                                <a:lnTo>
                                  <a:pt x="6598824" y="2445938"/>
                                </a:lnTo>
                                <a:lnTo>
                                  <a:pt x="6598542" y="2445767"/>
                                </a:lnTo>
                                <a:close/>
                                <a:moveTo>
                                  <a:pt x="6472237" y="2444819"/>
                                </a:moveTo>
                                <a:lnTo>
                                  <a:pt x="6476809" y="2455222"/>
                                </a:lnTo>
                                <a:lnTo>
                                  <a:pt x="6477000" y="2455937"/>
                                </a:lnTo>
                                <a:lnTo>
                                  <a:pt x="6472237" y="2444819"/>
                                </a:lnTo>
                                <a:close/>
                                <a:moveTo>
                                  <a:pt x="6557239" y="2440926"/>
                                </a:moveTo>
                                <a:lnTo>
                                  <a:pt x="6557694" y="2445919"/>
                                </a:lnTo>
                                <a:lnTo>
                                  <a:pt x="6558375" y="2450679"/>
                                </a:lnTo>
                                <a:lnTo>
                                  <a:pt x="6560193" y="2460215"/>
                                </a:lnTo>
                                <a:lnTo>
                                  <a:pt x="6562237" y="2469980"/>
                                </a:lnTo>
                                <a:lnTo>
                                  <a:pt x="6564736" y="2479282"/>
                                </a:lnTo>
                                <a:lnTo>
                                  <a:pt x="6564994" y="2480285"/>
                                </a:lnTo>
                                <a:lnTo>
                                  <a:pt x="6561350" y="2457732"/>
                                </a:lnTo>
                                <a:lnTo>
                                  <a:pt x="6559317" y="2447517"/>
                                </a:lnTo>
                                <a:lnTo>
                                  <a:pt x="6558040" y="2441111"/>
                                </a:lnTo>
                                <a:lnTo>
                                  <a:pt x="6557239" y="2440926"/>
                                </a:lnTo>
                                <a:close/>
                                <a:moveTo>
                                  <a:pt x="6457950" y="2440057"/>
                                </a:moveTo>
                                <a:lnTo>
                                  <a:pt x="6465888" y="2454341"/>
                                </a:lnTo>
                                <a:lnTo>
                                  <a:pt x="6465434" y="2453699"/>
                                </a:lnTo>
                                <a:lnTo>
                                  <a:pt x="6457950" y="2440057"/>
                                </a:lnTo>
                                <a:close/>
                                <a:moveTo>
                                  <a:pt x="6601613" y="2438654"/>
                                </a:moveTo>
                                <a:lnTo>
                                  <a:pt x="6601613" y="2438879"/>
                                </a:lnTo>
                                <a:lnTo>
                                  <a:pt x="6601577" y="2438761"/>
                                </a:lnTo>
                                <a:lnTo>
                                  <a:pt x="6601578" y="2438760"/>
                                </a:lnTo>
                                <a:lnTo>
                                  <a:pt x="6601613" y="2438654"/>
                                </a:lnTo>
                                <a:close/>
                                <a:moveTo>
                                  <a:pt x="6567838" y="2435463"/>
                                </a:moveTo>
                                <a:lnTo>
                                  <a:pt x="6566781" y="2435705"/>
                                </a:lnTo>
                                <a:lnTo>
                                  <a:pt x="6564736" y="2442511"/>
                                </a:lnTo>
                                <a:lnTo>
                                  <a:pt x="6564055" y="2442511"/>
                                </a:lnTo>
                                <a:lnTo>
                                  <a:pt x="6560982" y="2441799"/>
                                </a:lnTo>
                                <a:lnTo>
                                  <a:pt x="6564963" y="2443218"/>
                                </a:lnTo>
                                <a:lnTo>
                                  <a:pt x="6565189" y="2443218"/>
                                </a:lnTo>
                                <a:lnTo>
                                  <a:pt x="6567838" y="2435463"/>
                                </a:lnTo>
                                <a:close/>
                                <a:moveTo>
                                  <a:pt x="6569650" y="2435046"/>
                                </a:moveTo>
                                <a:lnTo>
                                  <a:pt x="6568014" y="2435421"/>
                                </a:lnTo>
                                <a:lnTo>
                                  <a:pt x="6569029" y="2436644"/>
                                </a:lnTo>
                                <a:lnTo>
                                  <a:pt x="6569932" y="2436415"/>
                                </a:lnTo>
                                <a:lnTo>
                                  <a:pt x="6569650" y="2435046"/>
                                </a:lnTo>
                                <a:close/>
                                <a:moveTo>
                                  <a:pt x="6632611" y="2424405"/>
                                </a:moveTo>
                                <a:lnTo>
                                  <a:pt x="6631254" y="2425310"/>
                                </a:lnTo>
                                <a:lnTo>
                                  <a:pt x="6633064" y="2431869"/>
                                </a:lnTo>
                                <a:lnTo>
                                  <a:pt x="6635327" y="2438429"/>
                                </a:lnTo>
                                <a:lnTo>
                                  <a:pt x="6637816" y="2444761"/>
                                </a:lnTo>
                                <a:lnTo>
                                  <a:pt x="6640757" y="2450867"/>
                                </a:lnTo>
                                <a:lnTo>
                                  <a:pt x="6643698" y="2456976"/>
                                </a:lnTo>
                                <a:lnTo>
                                  <a:pt x="6646866" y="2462852"/>
                                </a:lnTo>
                                <a:lnTo>
                                  <a:pt x="6653654" y="2474394"/>
                                </a:lnTo>
                                <a:lnTo>
                                  <a:pt x="6660442" y="2485928"/>
                                </a:lnTo>
                                <a:lnTo>
                                  <a:pt x="6663836" y="2491807"/>
                                </a:lnTo>
                                <a:lnTo>
                                  <a:pt x="6666574" y="2497083"/>
                                </a:lnTo>
                                <a:lnTo>
                                  <a:pt x="6664020" y="2490928"/>
                                </a:lnTo>
                                <a:lnTo>
                                  <a:pt x="6661311" y="2485473"/>
                                </a:lnTo>
                                <a:lnTo>
                                  <a:pt x="6658602" y="2480268"/>
                                </a:lnTo>
                                <a:lnTo>
                                  <a:pt x="6655667" y="2475043"/>
                                </a:lnTo>
                                <a:lnTo>
                                  <a:pt x="6652733" y="2470061"/>
                                </a:lnTo>
                                <a:lnTo>
                                  <a:pt x="6649346" y="2464841"/>
                                </a:lnTo>
                                <a:lnTo>
                                  <a:pt x="6645960" y="2460075"/>
                                </a:lnTo>
                                <a:lnTo>
                                  <a:pt x="6634899" y="2433540"/>
                                </a:lnTo>
                                <a:lnTo>
                                  <a:pt x="6631738" y="2425826"/>
                                </a:lnTo>
                                <a:lnTo>
                                  <a:pt x="6631512" y="2425372"/>
                                </a:lnTo>
                                <a:lnTo>
                                  <a:pt x="6632785" y="2424518"/>
                                </a:lnTo>
                                <a:lnTo>
                                  <a:pt x="6632611" y="2424405"/>
                                </a:lnTo>
                                <a:close/>
                                <a:moveTo>
                                  <a:pt x="4982918" y="2422606"/>
                                </a:moveTo>
                                <a:lnTo>
                                  <a:pt x="4989512" y="2424193"/>
                                </a:lnTo>
                                <a:lnTo>
                                  <a:pt x="4989512" y="2424456"/>
                                </a:lnTo>
                                <a:lnTo>
                                  <a:pt x="4976812" y="2428960"/>
                                </a:lnTo>
                                <a:lnTo>
                                  <a:pt x="4982918" y="2422606"/>
                                </a:lnTo>
                                <a:close/>
                                <a:moveTo>
                                  <a:pt x="2489946" y="2416784"/>
                                </a:moveTo>
                                <a:lnTo>
                                  <a:pt x="2490280" y="2417788"/>
                                </a:lnTo>
                                <a:lnTo>
                                  <a:pt x="2491414" y="2421193"/>
                                </a:lnTo>
                                <a:lnTo>
                                  <a:pt x="2493456" y="2429587"/>
                                </a:lnTo>
                                <a:lnTo>
                                  <a:pt x="2495044" y="2438430"/>
                                </a:lnTo>
                                <a:lnTo>
                                  <a:pt x="2496859" y="2448636"/>
                                </a:lnTo>
                                <a:lnTo>
                                  <a:pt x="2497993" y="2459975"/>
                                </a:lnTo>
                                <a:lnTo>
                                  <a:pt x="2499582" y="2471773"/>
                                </a:lnTo>
                                <a:lnTo>
                                  <a:pt x="2500489" y="2484242"/>
                                </a:lnTo>
                                <a:lnTo>
                                  <a:pt x="2502758" y="2511229"/>
                                </a:lnTo>
                                <a:lnTo>
                                  <a:pt x="2504799" y="2539348"/>
                                </a:lnTo>
                                <a:lnTo>
                                  <a:pt x="2507068" y="2568601"/>
                                </a:lnTo>
                                <a:lnTo>
                                  <a:pt x="2508202" y="2583115"/>
                                </a:lnTo>
                                <a:lnTo>
                                  <a:pt x="2509790" y="2597855"/>
                                </a:lnTo>
                                <a:lnTo>
                                  <a:pt x="2511152" y="2611914"/>
                                </a:lnTo>
                                <a:lnTo>
                                  <a:pt x="2512579" y="2621746"/>
                                </a:lnTo>
                                <a:lnTo>
                                  <a:pt x="2514153" y="2616598"/>
                                </a:lnTo>
                                <a:lnTo>
                                  <a:pt x="2515514" y="2612518"/>
                                </a:lnTo>
                                <a:lnTo>
                                  <a:pt x="2516648" y="2608440"/>
                                </a:lnTo>
                                <a:lnTo>
                                  <a:pt x="2517556" y="2603904"/>
                                </a:lnTo>
                                <a:lnTo>
                                  <a:pt x="2518009" y="2599371"/>
                                </a:lnTo>
                                <a:lnTo>
                                  <a:pt x="2518690" y="2594609"/>
                                </a:lnTo>
                                <a:lnTo>
                                  <a:pt x="2518463" y="2589166"/>
                                </a:lnTo>
                                <a:lnTo>
                                  <a:pt x="2517782" y="2583267"/>
                                </a:lnTo>
                                <a:lnTo>
                                  <a:pt x="2516875" y="2576918"/>
                                </a:lnTo>
                                <a:lnTo>
                                  <a:pt x="2515741" y="2570795"/>
                                </a:lnTo>
                                <a:lnTo>
                                  <a:pt x="2514607" y="2564443"/>
                                </a:lnTo>
                                <a:lnTo>
                                  <a:pt x="2513019" y="2551747"/>
                                </a:lnTo>
                                <a:lnTo>
                                  <a:pt x="2511885" y="2538826"/>
                                </a:lnTo>
                                <a:lnTo>
                                  <a:pt x="2510750" y="2525907"/>
                                </a:lnTo>
                                <a:lnTo>
                                  <a:pt x="2509162" y="2500517"/>
                                </a:lnTo>
                                <a:lnTo>
                                  <a:pt x="2507801" y="2487596"/>
                                </a:lnTo>
                                <a:lnTo>
                                  <a:pt x="2506214" y="2474666"/>
                                </a:lnTo>
                                <a:lnTo>
                                  <a:pt x="2505306" y="2466286"/>
                                </a:lnTo>
                                <a:lnTo>
                                  <a:pt x="2503491" y="2457451"/>
                                </a:lnTo>
                                <a:lnTo>
                                  <a:pt x="2501677" y="2449281"/>
                                </a:lnTo>
                                <a:lnTo>
                                  <a:pt x="2499181" y="2440891"/>
                                </a:lnTo>
                                <a:lnTo>
                                  <a:pt x="2496459" y="2432733"/>
                                </a:lnTo>
                                <a:lnTo>
                                  <a:pt x="2493284" y="2424566"/>
                                </a:lnTo>
                                <a:lnTo>
                                  <a:pt x="2489946" y="2416784"/>
                                </a:lnTo>
                                <a:close/>
                                <a:moveTo>
                                  <a:pt x="6566996" y="2414044"/>
                                </a:moveTo>
                                <a:lnTo>
                                  <a:pt x="6566554" y="2414365"/>
                                </a:lnTo>
                                <a:lnTo>
                                  <a:pt x="6566327" y="2414365"/>
                                </a:lnTo>
                                <a:lnTo>
                                  <a:pt x="6565872" y="2414597"/>
                                </a:lnTo>
                                <a:lnTo>
                                  <a:pt x="6565645" y="2414597"/>
                                </a:lnTo>
                                <a:lnTo>
                                  <a:pt x="6565418" y="2414597"/>
                                </a:lnTo>
                                <a:lnTo>
                                  <a:pt x="6565418" y="2414825"/>
                                </a:lnTo>
                                <a:lnTo>
                                  <a:pt x="6564736" y="2415962"/>
                                </a:lnTo>
                                <a:lnTo>
                                  <a:pt x="6569324" y="2433466"/>
                                </a:lnTo>
                                <a:lnTo>
                                  <a:pt x="6565641" y="2415565"/>
                                </a:lnTo>
                                <a:lnTo>
                                  <a:pt x="6565867" y="2415565"/>
                                </a:lnTo>
                                <a:lnTo>
                                  <a:pt x="6565867" y="2415338"/>
                                </a:lnTo>
                                <a:lnTo>
                                  <a:pt x="6566093" y="2415338"/>
                                </a:lnTo>
                                <a:lnTo>
                                  <a:pt x="6566318" y="2415338"/>
                                </a:lnTo>
                                <a:lnTo>
                                  <a:pt x="6566770" y="2415109"/>
                                </a:lnTo>
                                <a:lnTo>
                                  <a:pt x="6566996" y="2415109"/>
                                </a:lnTo>
                                <a:lnTo>
                                  <a:pt x="6566996" y="2414044"/>
                                </a:lnTo>
                                <a:close/>
                                <a:moveTo>
                                  <a:pt x="1836296" y="2406414"/>
                                </a:moveTo>
                                <a:lnTo>
                                  <a:pt x="1836090" y="2407293"/>
                                </a:lnTo>
                                <a:lnTo>
                                  <a:pt x="1835411" y="2411613"/>
                                </a:lnTo>
                                <a:lnTo>
                                  <a:pt x="1834506" y="2420936"/>
                                </a:lnTo>
                                <a:lnTo>
                                  <a:pt x="1833600" y="2425946"/>
                                </a:lnTo>
                                <a:lnTo>
                                  <a:pt x="1832469" y="2430722"/>
                                </a:lnTo>
                                <a:lnTo>
                                  <a:pt x="1831815" y="2432530"/>
                                </a:lnTo>
                                <a:lnTo>
                                  <a:pt x="1832605" y="2430947"/>
                                </a:lnTo>
                                <a:lnTo>
                                  <a:pt x="1834193" y="2427998"/>
                                </a:lnTo>
                                <a:lnTo>
                                  <a:pt x="1835101" y="2425274"/>
                                </a:lnTo>
                                <a:lnTo>
                                  <a:pt x="1835781" y="2422552"/>
                                </a:lnTo>
                                <a:lnTo>
                                  <a:pt x="1835781" y="2420055"/>
                                </a:lnTo>
                                <a:lnTo>
                                  <a:pt x="1837596" y="2413477"/>
                                </a:lnTo>
                                <a:lnTo>
                                  <a:pt x="1838730" y="2409850"/>
                                </a:lnTo>
                                <a:lnTo>
                                  <a:pt x="1836296" y="2406414"/>
                                </a:lnTo>
                                <a:close/>
                                <a:moveTo>
                                  <a:pt x="6566983" y="2403065"/>
                                </a:moveTo>
                                <a:lnTo>
                                  <a:pt x="6566996" y="2403125"/>
                                </a:lnTo>
                                <a:lnTo>
                                  <a:pt x="6566996" y="2403083"/>
                                </a:lnTo>
                                <a:lnTo>
                                  <a:pt x="6566983" y="2403065"/>
                                </a:lnTo>
                                <a:close/>
                                <a:moveTo>
                                  <a:pt x="6574688" y="2395448"/>
                                </a:moveTo>
                                <a:lnTo>
                                  <a:pt x="6574688" y="2400391"/>
                                </a:lnTo>
                                <a:lnTo>
                                  <a:pt x="6575352" y="2401724"/>
                                </a:lnTo>
                                <a:lnTo>
                                  <a:pt x="6575352" y="2396935"/>
                                </a:lnTo>
                                <a:lnTo>
                                  <a:pt x="6574688" y="2395448"/>
                                </a:lnTo>
                                <a:close/>
                                <a:moveTo>
                                  <a:pt x="6569507" y="2393708"/>
                                </a:moveTo>
                                <a:lnTo>
                                  <a:pt x="6566327" y="2400063"/>
                                </a:lnTo>
                                <a:lnTo>
                                  <a:pt x="6566428" y="2400526"/>
                                </a:lnTo>
                                <a:lnTo>
                                  <a:pt x="6569932" y="2394468"/>
                                </a:lnTo>
                                <a:lnTo>
                                  <a:pt x="6570305" y="2394320"/>
                                </a:lnTo>
                                <a:lnTo>
                                  <a:pt x="6569507" y="2393708"/>
                                </a:lnTo>
                                <a:close/>
                                <a:moveTo>
                                  <a:pt x="2502793" y="2393690"/>
                                </a:moveTo>
                                <a:lnTo>
                                  <a:pt x="2502652" y="2393792"/>
                                </a:lnTo>
                                <a:lnTo>
                                  <a:pt x="2498357" y="2396512"/>
                                </a:lnTo>
                                <a:lnTo>
                                  <a:pt x="2494106" y="2398754"/>
                                </a:lnTo>
                                <a:lnTo>
                                  <a:pt x="2494137" y="2398964"/>
                                </a:lnTo>
                                <a:lnTo>
                                  <a:pt x="2487931" y="2407236"/>
                                </a:lnTo>
                                <a:lnTo>
                                  <a:pt x="2495098" y="2400976"/>
                                </a:lnTo>
                                <a:lnTo>
                                  <a:pt x="2502793" y="2393690"/>
                                </a:lnTo>
                                <a:close/>
                                <a:moveTo>
                                  <a:pt x="1268324" y="2392429"/>
                                </a:moveTo>
                                <a:lnTo>
                                  <a:pt x="1272954" y="2394122"/>
                                </a:lnTo>
                                <a:lnTo>
                                  <a:pt x="1278246" y="2392851"/>
                                </a:lnTo>
                                <a:lnTo>
                                  <a:pt x="1279348" y="2393066"/>
                                </a:lnTo>
                                <a:lnTo>
                                  <a:pt x="1281112" y="2398782"/>
                                </a:lnTo>
                                <a:lnTo>
                                  <a:pt x="1265238" y="2397301"/>
                                </a:lnTo>
                                <a:lnTo>
                                  <a:pt x="1268324" y="2392429"/>
                                </a:lnTo>
                                <a:close/>
                                <a:moveTo>
                                  <a:pt x="6627943" y="2390039"/>
                                </a:moveTo>
                                <a:lnTo>
                                  <a:pt x="6628086" y="2390469"/>
                                </a:lnTo>
                                <a:lnTo>
                                  <a:pt x="6629670" y="2396127"/>
                                </a:lnTo>
                                <a:lnTo>
                                  <a:pt x="6632385" y="2406753"/>
                                </a:lnTo>
                                <a:lnTo>
                                  <a:pt x="6634422" y="2417158"/>
                                </a:lnTo>
                                <a:lnTo>
                                  <a:pt x="6635986" y="2426553"/>
                                </a:lnTo>
                                <a:lnTo>
                                  <a:pt x="6636253" y="2426733"/>
                                </a:lnTo>
                                <a:lnTo>
                                  <a:pt x="6635350" y="2412657"/>
                                </a:lnTo>
                                <a:lnTo>
                                  <a:pt x="6629029" y="2391562"/>
                                </a:lnTo>
                                <a:lnTo>
                                  <a:pt x="6627943" y="2390039"/>
                                </a:lnTo>
                                <a:close/>
                                <a:moveTo>
                                  <a:pt x="6570608" y="2384089"/>
                                </a:moveTo>
                                <a:lnTo>
                                  <a:pt x="6571097" y="2387807"/>
                                </a:lnTo>
                                <a:lnTo>
                                  <a:pt x="6572461" y="2395979"/>
                                </a:lnTo>
                                <a:lnTo>
                                  <a:pt x="6572262" y="2395824"/>
                                </a:lnTo>
                                <a:lnTo>
                                  <a:pt x="6572868" y="2396737"/>
                                </a:lnTo>
                                <a:lnTo>
                                  <a:pt x="6573320" y="2397645"/>
                                </a:lnTo>
                                <a:lnTo>
                                  <a:pt x="6573612" y="2398230"/>
                                </a:lnTo>
                                <a:lnTo>
                                  <a:pt x="6570608" y="2384089"/>
                                </a:lnTo>
                                <a:close/>
                                <a:moveTo>
                                  <a:pt x="6664293" y="2382885"/>
                                </a:moveTo>
                                <a:lnTo>
                                  <a:pt x="6674072" y="2411122"/>
                                </a:lnTo>
                                <a:lnTo>
                                  <a:pt x="6674961" y="2414062"/>
                                </a:lnTo>
                                <a:lnTo>
                                  <a:pt x="6674072" y="2410445"/>
                                </a:lnTo>
                                <a:lnTo>
                                  <a:pt x="6675850" y="2417454"/>
                                </a:lnTo>
                                <a:lnTo>
                                  <a:pt x="6684296" y="2449308"/>
                                </a:lnTo>
                                <a:lnTo>
                                  <a:pt x="6692741" y="2482066"/>
                                </a:lnTo>
                                <a:lnTo>
                                  <a:pt x="6694964" y="2490425"/>
                                </a:lnTo>
                                <a:lnTo>
                                  <a:pt x="6694964" y="2491103"/>
                                </a:lnTo>
                                <a:lnTo>
                                  <a:pt x="6694297" y="2488846"/>
                                </a:lnTo>
                                <a:lnTo>
                                  <a:pt x="6693186" y="2486356"/>
                                </a:lnTo>
                                <a:lnTo>
                                  <a:pt x="6696075" y="2498780"/>
                                </a:lnTo>
                                <a:lnTo>
                                  <a:pt x="6693852" y="2495394"/>
                                </a:lnTo>
                                <a:lnTo>
                                  <a:pt x="6691852" y="2491779"/>
                                </a:lnTo>
                                <a:lnTo>
                                  <a:pt x="6689852" y="2488165"/>
                                </a:lnTo>
                                <a:lnTo>
                                  <a:pt x="6688074" y="2484548"/>
                                </a:lnTo>
                                <a:lnTo>
                                  <a:pt x="6684740" y="2477098"/>
                                </a:lnTo>
                                <a:lnTo>
                                  <a:pt x="6681851" y="2469422"/>
                                </a:lnTo>
                                <a:lnTo>
                                  <a:pt x="6679184" y="2461280"/>
                                </a:lnTo>
                                <a:lnTo>
                                  <a:pt x="6676739" y="2453371"/>
                                </a:lnTo>
                                <a:lnTo>
                                  <a:pt x="6672294" y="2436887"/>
                                </a:lnTo>
                                <a:lnTo>
                                  <a:pt x="6671627" y="2434625"/>
                                </a:lnTo>
                                <a:lnTo>
                                  <a:pt x="6667182" y="2409762"/>
                                </a:lnTo>
                                <a:lnTo>
                                  <a:pt x="6662959" y="2397120"/>
                                </a:lnTo>
                                <a:lnTo>
                                  <a:pt x="6665404" y="2400958"/>
                                </a:lnTo>
                                <a:lnTo>
                                  <a:pt x="6663182" y="2395088"/>
                                </a:lnTo>
                                <a:lnTo>
                                  <a:pt x="6662737" y="2391469"/>
                                </a:lnTo>
                                <a:lnTo>
                                  <a:pt x="6663404" y="2391021"/>
                                </a:lnTo>
                                <a:lnTo>
                                  <a:pt x="6666071" y="2396895"/>
                                </a:lnTo>
                                <a:lnTo>
                                  <a:pt x="6664515" y="2388535"/>
                                </a:lnTo>
                                <a:lnTo>
                                  <a:pt x="6665849" y="2390793"/>
                                </a:lnTo>
                                <a:lnTo>
                                  <a:pt x="6665404" y="2389666"/>
                                </a:lnTo>
                                <a:lnTo>
                                  <a:pt x="6667627" y="2393956"/>
                                </a:lnTo>
                                <a:lnTo>
                                  <a:pt x="6664293" y="2382885"/>
                                </a:lnTo>
                                <a:close/>
                                <a:moveTo>
                                  <a:pt x="6607937" y="2365793"/>
                                </a:moveTo>
                                <a:lnTo>
                                  <a:pt x="6607940" y="2365806"/>
                                </a:lnTo>
                                <a:lnTo>
                                  <a:pt x="6607949" y="2365816"/>
                                </a:lnTo>
                                <a:lnTo>
                                  <a:pt x="6607937" y="2365793"/>
                                </a:lnTo>
                                <a:close/>
                                <a:moveTo>
                                  <a:pt x="4775329" y="2364615"/>
                                </a:moveTo>
                                <a:lnTo>
                                  <a:pt x="4775556" y="2364615"/>
                                </a:lnTo>
                                <a:lnTo>
                                  <a:pt x="4775556" y="2365073"/>
                                </a:lnTo>
                                <a:lnTo>
                                  <a:pt x="4775329" y="2364841"/>
                                </a:lnTo>
                                <a:lnTo>
                                  <a:pt x="4775329" y="2364615"/>
                                </a:lnTo>
                                <a:close/>
                                <a:moveTo>
                                  <a:pt x="6568126" y="2363328"/>
                                </a:moveTo>
                                <a:lnTo>
                                  <a:pt x="6567827" y="2364076"/>
                                </a:lnTo>
                                <a:lnTo>
                                  <a:pt x="6567944" y="2364907"/>
                                </a:lnTo>
                                <a:lnTo>
                                  <a:pt x="6568126" y="2363328"/>
                                </a:lnTo>
                                <a:close/>
                                <a:moveTo>
                                  <a:pt x="2527305" y="2363009"/>
                                </a:moveTo>
                                <a:lnTo>
                                  <a:pt x="2526385" y="2365929"/>
                                </a:lnTo>
                                <a:lnTo>
                                  <a:pt x="2525061" y="2368911"/>
                                </a:lnTo>
                                <a:lnTo>
                                  <a:pt x="2527537" y="2364709"/>
                                </a:lnTo>
                                <a:lnTo>
                                  <a:pt x="2527305" y="2363009"/>
                                </a:lnTo>
                                <a:close/>
                                <a:moveTo>
                                  <a:pt x="6418237" y="2361232"/>
                                </a:moveTo>
                                <a:lnTo>
                                  <a:pt x="6416192" y="2362371"/>
                                </a:lnTo>
                                <a:lnTo>
                                  <a:pt x="6417101" y="2367147"/>
                                </a:lnTo>
                                <a:lnTo>
                                  <a:pt x="6417730" y="2369216"/>
                                </a:lnTo>
                                <a:lnTo>
                                  <a:pt x="6418204" y="2368741"/>
                                </a:lnTo>
                                <a:lnTo>
                                  <a:pt x="6419340" y="2368062"/>
                                </a:lnTo>
                                <a:lnTo>
                                  <a:pt x="6420931" y="2367379"/>
                                </a:lnTo>
                                <a:lnTo>
                                  <a:pt x="6422748" y="2367151"/>
                                </a:lnTo>
                                <a:lnTo>
                                  <a:pt x="6425194" y="2366930"/>
                                </a:lnTo>
                                <a:lnTo>
                                  <a:pt x="6418237" y="2361232"/>
                                </a:lnTo>
                                <a:close/>
                                <a:moveTo>
                                  <a:pt x="1948141" y="2355898"/>
                                </a:moveTo>
                                <a:lnTo>
                                  <a:pt x="1948130" y="2355899"/>
                                </a:lnTo>
                                <a:lnTo>
                                  <a:pt x="1946319" y="2356353"/>
                                </a:lnTo>
                                <a:lnTo>
                                  <a:pt x="1942698" y="2356808"/>
                                </a:lnTo>
                                <a:lnTo>
                                  <a:pt x="1938850" y="2357037"/>
                                </a:lnTo>
                                <a:lnTo>
                                  <a:pt x="1934549" y="2357037"/>
                                </a:lnTo>
                                <a:lnTo>
                                  <a:pt x="1925043" y="2356808"/>
                                </a:lnTo>
                                <a:lnTo>
                                  <a:pt x="1919384" y="2356808"/>
                                </a:lnTo>
                                <a:lnTo>
                                  <a:pt x="1913726" y="2356808"/>
                                </a:lnTo>
                                <a:lnTo>
                                  <a:pt x="1906935" y="2357718"/>
                                </a:lnTo>
                                <a:lnTo>
                                  <a:pt x="1899919" y="2358627"/>
                                </a:lnTo>
                                <a:lnTo>
                                  <a:pt x="1895845" y="2359538"/>
                                </a:lnTo>
                                <a:lnTo>
                                  <a:pt x="1892450" y="2360673"/>
                                </a:lnTo>
                                <a:lnTo>
                                  <a:pt x="1889054" y="2362494"/>
                                </a:lnTo>
                                <a:lnTo>
                                  <a:pt x="1885659" y="2364540"/>
                                </a:lnTo>
                                <a:lnTo>
                                  <a:pt x="1882490" y="2366587"/>
                                </a:lnTo>
                                <a:lnTo>
                                  <a:pt x="1879548" y="2369089"/>
                                </a:lnTo>
                                <a:lnTo>
                                  <a:pt x="1873486" y="2373873"/>
                                </a:lnTo>
                                <a:lnTo>
                                  <a:pt x="1877751" y="2372655"/>
                                </a:lnTo>
                                <a:lnTo>
                                  <a:pt x="1887052" y="2369935"/>
                                </a:lnTo>
                                <a:lnTo>
                                  <a:pt x="1896127" y="2367892"/>
                                </a:lnTo>
                                <a:lnTo>
                                  <a:pt x="1905655" y="2366077"/>
                                </a:lnTo>
                                <a:lnTo>
                                  <a:pt x="1914956" y="2364034"/>
                                </a:lnTo>
                                <a:lnTo>
                                  <a:pt x="1923577" y="2362450"/>
                                </a:lnTo>
                                <a:lnTo>
                                  <a:pt x="1932198" y="2360635"/>
                                </a:lnTo>
                                <a:lnTo>
                                  <a:pt x="1939911" y="2358820"/>
                                </a:lnTo>
                                <a:lnTo>
                                  <a:pt x="1943314" y="2357913"/>
                                </a:lnTo>
                                <a:lnTo>
                                  <a:pt x="1946717" y="2356554"/>
                                </a:lnTo>
                                <a:lnTo>
                                  <a:pt x="1948141" y="2355898"/>
                                </a:lnTo>
                                <a:close/>
                                <a:moveTo>
                                  <a:pt x="6605773" y="2349635"/>
                                </a:moveTo>
                                <a:lnTo>
                                  <a:pt x="6605326" y="2349825"/>
                                </a:lnTo>
                                <a:lnTo>
                                  <a:pt x="6605484" y="2350791"/>
                                </a:lnTo>
                                <a:lnTo>
                                  <a:pt x="6605773" y="2349635"/>
                                </a:lnTo>
                                <a:close/>
                                <a:moveTo>
                                  <a:pt x="1957801" y="2349299"/>
                                </a:moveTo>
                                <a:lnTo>
                                  <a:pt x="1957410" y="2349760"/>
                                </a:lnTo>
                                <a:lnTo>
                                  <a:pt x="1955826" y="2351351"/>
                                </a:lnTo>
                                <a:lnTo>
                                  <a:pt x="1954468" y="2352487"/>
                                </a:lnTo>
                                <a:lnTo>
                                  <a:pt x="1953853" y="2352929"/>
                                </a:lnTo>
                                <a:lnTo>
                                  <a:pt x="1955111" y="2352243"/>
                                </a:lnTo>
                                <a:lnTo>
                                  <a:pt x="1957153" y="2350429"/>
                                </a:lnTo>
                                <a:lnTo>
                                  <a:pt x="1957801" y="2349299"/>
                                </a:lnTo>
                                <a:close/>
                                <a:moveTo>
                                  <a:pt x="6606906" y="2349146"/>
                                </a:moveTo>
                                <a:lnTo>
                                  <a:pt x="6606276" y="2349417"/>
                                </a:lnTo>
                                <a:lnTo>
                                  <a:pt x="6607639" y="2350690"/>
                                </a:lnTo>
                                <a:lnTo>
                                  <a:pt x="6606906" y="2349146"/>
                                </a:lnTo>
                                <a:close/>
                                <a:moveTo>
                                  <a:pt x="6630988" y="2347974"/>
                                </a:moveTo>
                                <a:lnTo>
                                  <a:pt x="6633483" y="2351749"/>
                                </a:lnTo>
                                <a:lnTo>
                                  <a:pt x="6634163" y="2354329"/>
                                </a:lnTo>
                                <a:lnTo>
                                  <a:pt x="6630988" y="2347974"/>
                                </a:lnTo>
                                <a:close/>
                                <a:moveTo>
                                  <a:pt x="6400800" y="2346411"/>
                                </a:moveTo>
                                <a:lnTo>
                                  <a:pt x="6407150" y="2356150"/>
                                </a:lnTo>
                                <a:lnTo>
                                  <a:pt x="6406740" y="2360693"/>
                                </a:lnTo>
                                <a:lnTo>
                                  <a:pt x="6400800" y="2346411"/>
                                </a:lnTo>
                                <a:close/>
                                <a:moveTo>
                                  <a:pt x="6593825" y="2345719"/>
                                </a:moveTo>
                                <a:lnTo>
                                  <a:pt x="6597088" y="2352245"/>
                                </a:lnTo>
                                <a:lnTo>
                                  <a:pt x="6600934" y="2359256"/>
                                </a:lnTo>
                                <a:lnTo>
                                  <a:pt x="6601248" y="2359100"/>
                                </a:lnTo>
                                <a:lnTo>
                                  <a:pt x="6593825" y="2345719"/>
                                </a:lnTo>
                                <a:close/>
                                <a:moveTo>
                                  <a:pt x="6627813" y="2343211"/>
                                </a:moveTo>
                                <a:lnTo>
                                  <a:pt x="6630194" y="2346457"/>
                                </a:lnTo>
                                <a:lnTo>
                                  <a:pt x="6630194" y="2346677"/>
                                </a:lnTo>
                                <a:lnTo>
                                  <a:pt x="6630988" y="2347974"/>
                                </a:lnTo>
                                <a:lnTo>
                                  <a:pt x="6627813" y="2343211"/>
                                </a:lnTo>
                                <a:close/>
                                <a:moveTo>
                                  <a:pt x="6396037" y="2335293"/>
                                </a:moveTo>
                                <a:lnTo>
                                  <a:pt x="6397851" y="2339562"/>
                                </a:lnTo>
                                <a:lnTo>
                                  <a:pt x="6399212" y="2344825"/>
                                </a:lnTo>
                                <a:lnTo>
                                  <a:pt x="6396037" y="2335293"/>
                                </a:lnTo>
                                <a:close/>
                                <a:moveTo>
                                  <a:pt x="6630988" y="2335270"/>
                                </a:moveTo>
                                <a:lnTo>
                                  <a:pt x="6632576" y="2343213"/>
                                </a:lnTo>
                                <a:lnTo>
                                  <a:pt x="6630988" y="2335697"/>
                                </a:lnTo>
                                <a:lnTo>
                                  <a:pt x="6630988" y="2335270"/>
                                </a:lnTo>
                                <a:close/>
                                <a:moveTo>
                                  <a:pt x="6365253" y="2333659"/>
                                </a:moveTo>
                                <a:lnTo>
                                  <a:pt x="6365346" y="2333784"/>
                                </a:lnTo>
                                <a:lnTo>
                                  <a:pt x="6365875" y="2336875"/>
                                </a:lnTo>
                                <a:lnTo>
                                  <a:pt x="6365253" y="2333659"/>
                                </a:lnTo>
                                <a:close/>
                                <a:moveTo>
                                  <a:pt x="4814401" y="2332042"/>
                                </a:moveTo>
                                <a:lnTo>
                                  <a:pt x="4820222" y="2333218"/>
                                </a:lnTo>
                                <a:lnTo>
                                  <a:pt x="4836054" y="2342390"/>
                                </a:lnTo>
                                <a:lnTo>
                                  <a:pt x="4841875" y="2349681"/>
                                </a:lnTo>
                                <a:lnTo>
                                  <a:pt x="4839780" y="2349917"/>
                                </a:lnTo>
                                <a:lnTo>
                                  <a:pt x="4836287" y="2349917"/>
                                </a:lnTo>
                                <a:lnTo>
                                  <a:pt x="4826974" y="2349446"/>
                                </a:lnTo>
                                <a:lnTo>
                                  <a:pt x="4821619" y="2349446"/>
                                </a:lnTo>
                                <a:lnTo>
                                  <a:pt x="4816496" y="2349681"/>
                                </a:lnTo>
                                <a:lnTo>
                                  <a:pt x="4811840" y="2350151"/>
                                </a:lnTo>
                                <a:lnTo>
                                  <a:pt x="4809977" y="2350622"/>
                                </a:lnTo>
                                <a:lnTo>
                                  <a:pt x="4808114" y="2351093"/>
                                </a:lnTo>
                                <a:lnTo>
                                  <a:pt x="4807183" y="2347800"/>
                                </a:lnTo>
                                <a:lnTo>
                                  <a:pt x="4806950" y="2345213"/>
                                </a:lnTo>
                                <a:lnTo>
                                  <a:pt x="4807183" y="2342390"/>
                                </a:lnTo>
                                <a:lnTo>
                                  <a:pt x="4807649" y="2339802"/>
                                </a:lnTo>
                                <a:lnTo>
                                  <a:pt x="4808580" y="2337451"/>
                                </a:lnTo>
                                <a:lnTo>
                                  <a:pt x="4810210" y="2335334"/>
                                </a:lnTo>
                                <a:lnTo>
                                  <a:pt x="4811840" y="2333452"/>
                                </a:lnTo>
                                <a:lnTo>
                                  <a:pt x="4814401" y="2332042"/>
                                </a:lnTo>
                                <a:close/>
                                <a:moveTo>
                                  <a:pt x="4778479" y="2330451"/>
                                </a:moveTo>
                                <a:lnTo>
                                  <a:pt x="4788083" y="2345666"/>
                                </a:lnTo>
                                <a:lnTo>
                                  <a:pt x="4789488" y="2354265"/>
                                </a:lnTo>
                                <a:lnTo>
                                  <a:pt x="4789020" y="2353383"/>
                                </a:lnTo>
                                <a:lnTo>
                                  <a:pt x="4780822" y="2345666"/>
                                </a:lnTo>
                                <a:lnTo>
                                  <a:pt x="4780119" y="2343240"/>
                                </a:lnTo>
                                <a:lnTo>
                                  <a:pt x="4775200" y="2333318"/>
                                </a:lnTo>
                                <a:lnTo>
                                  <a:pt x="4778479" y="2330451"/>
                                </a:lnTo>
                                <a:close/>
                                <a:moveTo>
                                  <a:pt x="6554077" y="2328522"/>
                                </a:moveTo>
                                <a:lnTo>
                                  <a:pt x="6554033" y="2328554"/>
                                </a:lnTo>
                                <a:lnTo>
                                  <a:pt x="6554059" y="2328572"/>
                                </a:lnTo>
                                <a:lnTo>
                                  <a:pt x="6554077" y="2328522"/>
                                </a:lnTo>
                                <a:close/>
                                <a:moveTo>
                                  <a:pt x="6362700" y="2327357"/>
                                </a:moveTo>
                                <a:lnTo>
                                  <a:pt x="6364817" y="2331406"/>
                                </a:lnTo>
                                <a:lnTo>
                                  <a:pt x="6365253" y="2333659"/>
                                </a:lnTo>
                                <a:lnTo>
                                  <a:pt x="6364817" y="2333070"/>
                                </a:lnTo>
                                <a:lnTo>
                                  <a:pt x="6362700" y="2327357"/>
                                </a:lnTo>
                                <a:close/>
                                <a:moveTo>
                                  <a:pt x="6337346" y="2320044"/>
                                </a:moveTo>
                                <a:lnTo>
                                  <a:pt x="6337346" y="2320273"/>
                                </a:lnTo>
                                <a:lnTo>
                                  <a:pt x="6340981" y="2331652"/>
                                </a:lnTo>
                                <a:lnTo>
                                  <a:pt x="6337346" y="2320044"/>
                                </a:lnTo>
                                <a:close/>
                                <a:moveTo>
                                  <a:pt x="6409418" y="2318979"/>
                                </a:moveTo>
                                <a:lnTo>
                                  <a:pt x="6409469" y="2321113"/>
                                </a:lnTo>
                                <a:lnTo>
                                  <a:pt x="6409799" y="2321309"/>
                                </a:lnTo>
                                <a:lnTo>
                                  <a:pt x="6411389" y="2322214"/>
                                </a:lnTo>
                                <a:lnTo>
                                  <a:pt x="6412130" y="2322745"/>
                                </a:lnTo>
                                <a:lnTo>
                                  <a:pt x="6409418" y="2318979"/>
                                </a:lnTo>
                                <a:close/>
                                <a:moveTo>
                                  <a:pt x="5658304" y="2314674"/>
                                </a:moveTo>
                                <a:lnTo>
                                  <a:pt x="5656262" y="2314900"/>
                                </a:lnTo>
                                <a:lnTo>
                                  <a:pt x="5655355" y="2315127"/>
                                </a:lnTo>
                                <a:lnTo>
                                  <a:pt x="5658304" y="2314674"/>
                                </a:lnTo>
                                <a:close/>
                                <a:moveTo>
                                  <a:pt x="6554787" y="2311268"/>
                                </a:moveTo>
                                <a:lnTo>
                                  <a:pt x="6554110" y="2328433"/>
                                </a:lnTo>
                                <a:lnTo>
                                  <a:pt x="6554968" y="2326074"/>
                                </a:lnTo>
                                <a:lnTo>
                                  <a:pt x="6555389" y="2312393"/>
                                </a:lnTo>
                                <a:lnTo>
                                  <a:pt x="6554787" y="2311268"/>
                                </a:lnTo>
                                <a:close/>
                                <a:moveTo>
                                  <a:pt x="6357937" y="2309897"/>
                                </a:moveTo>
                                <a:lnTo>
                                  <a:pt x="6360379" y="2314712"/>
                                </a:lnTo>
                                <a:lnTo>
                                  <a:pt x="6361112" y="2316251"/>
                                </a:lnTo>
                                <a:lnTo>
                                  <a:pt x="6358181" y="2311213"/>
                                </a:lnTo>
                                <a:lnTo>
                                  <a:pt x="6357937" y="2309897"/>
                                </a:lnTo>
                                <a:close/>
                                <a:moveTo>
                                  <a:pt x="6573679" y="2306962"/>
                                </a:moveTo>
                                <a:lnTo>
                                  <a:pt x="6574462" y="2308367"/>
                                </a:lnTo>
                                <a:lnTo>
                                  <a:pt x="6574914" y="2308822"/>
                                </a:lnTo>
                                <a:lnTo>
                                  <a:pt x="6575025" y="2308822"/>
                                </a:lnTo>
                                <a:lnTo>
                                  <a:pt x="6573679" y="2306962"/>
                                </a:lnTo>
                                <a:close/>
                                <a:moveTo>
                                  <a:pt x="4741111" y="2303071"/>
                                </a:moveTo>
                                <a:lnTo>
                                  <a:pt x="4750023" y="2308111"/>
                                </a:lnTo>
                                <a:lnTo>
                                  <a:pt x="4749800" y="2308111"/>
                                </a:lnTo>
                                <a:lnTo>
                                  <a:pt x="4741334" y="2303529"/>
                                </a:lnTo>
                                <a:lnTo>
                                  <a:pt x="4741111" y="2303071"/>
                                </a:lnTo>
                                <a:close/>
                                <a:moveTo>
                                  <a:pt x="4740888" y="2302956"/>
                                </a:moveTo>
                                <a:lnTo>
                                  <a:pt x="4741111" y="2303071"/>
                                </a:lnTo>
                                <a:lnTo>
                                  <a:pt x="4740888" y="2303071"/>
                                </a:lnTo>
                                <a:lnTo>
                                  <a:pt x="4740888" y="2302956"/>
                                </a:lnTo>
                                <a:close/>
                                <a:moveTo>
                                  <a:pt x="4740665" y="2302841"/>
                                </a:moveTo>
                                <a:lnTo>
                                  <a:pt x="4740888" y="2302841"/>
                                </a:lnTo>
                                <a:lnTo>
                                  <a:pt x="4740888" y="2302956"/>
                                </a:lnTo>
                                <a:lnTo>
                                  <a:pt x="4740665" y="2302841"/>
                                </a:lnTo>
                                <a:close/>
                                <a:moveTo>
                                  <a:pt x="6574850" y="2302426"/>
                                </a:moveTo>
                                <a:lnTo>
                                  <a:pt x="6574850" y="2303329"/>
                                </a:lnTo>
                                <a:lnTo>
                                  <a:pt x="6575153" y="2305002"/>
                                </a:lnTo>
                                <a:lnTo>
                                  <a:pt x="6576950" y="2308594"/>
                                </a:lnTo>
                                <a:lnTo>
                                  <a:pt x="6580118" y="2315833"/>
                                </a:lnTo>
                                <a:lnTo>
                                  <a:pt x="6583189" y="2322379"/>
                                </a:lnTo>
                                <a:lnTo>
                                  <a:pt x="6580042" y="2313312"/>
                                </a:lnTo>
                                <a:lnTo>
                                  <a:pt x="6577333" y="2306737"/>
                                </a:lnTo>
                                <a:lnTo>
                                  <a:pt x="6575979" y="2304467"/>
                                </a:lnTo>
                                <a:lnTo>
                                  <a:pt x="6575302" y="2302876"/>
                                </a:lnTo>
                                <a:lnTo>
                                  <a:pt x="6575076" y="2302426"/>
                                </a:lnTo>
                                <a:lnTo>
                                  <a:pt x="6574850" y="2302426"/>
                                </a:lnTo>
                                <a:close/>
                                <a:moveTo>
                                  <a:pt x="6364287" y="2301963"/>
                                </a:moveTo>
                                <a:lnTo>
                                  <a:pt x="6373812" y="2320186"/>
                                </a:lnTo>
                                <a:lnTo>
                                  <a:pt x="6373812" y="2328943"/>
                                </a:lnTo>
                                <a:lnTo>
                                  <a:pt x="6364287" y="2301963"/>
                                </a:lnTo>
                                <a:close/>
                                <a:moveTo>
                                  <a:pt x="5053315" y="2299481"/>
                                </a:moveTo>
                                <a:lnTo>
                                  <a:pt x="5054491" y="2303777"/>
                                </a:lnTo>
                                <a:lnTo>
                                  <a:pt x="5056311" y="2307629"/>
                                </a:lnTo>
                                <a:lnTo>
                                  <a:pt x="5057904" y="2311942"/>
                                </a:lnTo>
                                <a:lnTo>
                                  <a:pt x="5060179" y="2316022"/>
                                </a:lnTo>
                                <a:lnTo>
                                  <a:pt x="5062226" y="2319647"/>
                                </a:lnTo>
                                <a:lnTo>
                                  <a:pt x="5063591" y="2321234"/>
                                </a:lnTo>
                                <a:lnTo>
                                  <a:pt x="5064729" y="2322364"/>
                                </a:lnTo>
                                <a:lnTo>
                                  <a:pt x="5065639" y="2323045"/>
                                </a:lnTo>
                                <a:lnTo>
                                  <a:pt x="5067004" y="2323726"/>
                                </a:lnTo>
                                <a:lnTo>
                                  <a:pt x="5067049" y="2323748"/>
                                </a:lnTo>
                                <a:lnTo>
                                  <a:pt x="5060465" y="2312778"/>
                                </a:lnTo>
                                <a:lnTo>
                                  <a:pt x="5054292" y="2299557"/>
                                </a:lnTo>
                                <a:lnTo>
                                  <a:pt x="5053315" y="2299481"/>
                                </a:lnTo>
                                <a:close/>
                                <a:moveTo>
                                  <a:pt x="6617380" y="2297663"/>
                                </a:moveTo>
                                <a:lnTo>
                                  <a:pt x="6617441" y="2298394"/>
                                </a:lnTo>
                                <a:lnTo>
                                  <a:pt x="6618853" y="2301029"/>
                                </a:lnTo>
                                <a:lnTo>
                                  <a:pt x="6617380" y="2297663"/>
                                </a:lnTo>
                                <a:close/>
                                <a:moveTo>
                                  <a:pt x="6370637" y="2295613"/>
                                </a:moveTo>
                                <a:lnTo>
                                  <a:pt x="6378121" y="2308119"/>
                                </a:lnTo>
                                <a:lnTo>
                                  <a:pt x="6378575" y="2311486"/>
                                </a:lnTo>
                                <a:lnTo>
                                  <a:pt x="6370637" y="2295613"/>
                                </a:lnTo>
                                <a:close/>
                                <a:moveTo>
                                  <a:pt x="3306911" y="2291406"/>
                                </a:moveTo>
                                <a:lnTo>
                                  <a:pt x="3306961" y="2292397"/>
                                </a:lnTo>
                                <a:lnTo>
                                  <a:pt x="3307188" y="2294441"/>
                                </a:lnTo>
                                <a:lnTo>
                                  <a:pt x="3307352" y="2294934"/>
                                </a:lnTo>
                                <a:lnTo>
                                  <a:pt x="3306911" y="2291406"/>
                                </a:lnTo>
                                <a:close/>
                                <a:moveTo>
                                  <a:pt x="6350000" y="2289262"/>
                                </a:moveTo>
                                <a:lnTo>
                                  <a:pt x="6350470" y="2289724"/>
                                </a:lnTo>
                                <a:lnTo>
                                  <a:pt x="6354704" y="2296666"/>
                                </a:lnTo>
                                <a:lnTo>
                                  <a:pt x="6361994" y="2306384"/>
                                </a:lnTo>
                                <a:lnTo>
                                  <a:pt x="6365287" y="2314017"/>
                                </a:lnTo>
                                <a:lnTo>
                                  <a:pt x="6369050" y="2335293"/>
                                </a:lnTo>
                                <a:lnTo>
                                  <a:pt x="6366933" y="2329745"/>
                                </a:lnTo>
                                <a:lnTo>
                                  <a:pt x="6366698" y="2333675"/>
                                </a:lnTo>
                                <a:lnTo>
                                  <a:pt x="6366463" y="2333213"/>
                                </a:lnTo>
                                <a:lnTo>
                                  <a:pt x="6361289" y="2314941"/>
                                </a:lnTo>
                                <a:lnTo>
                                  <a:pt x="6354939" y="2303603"/>
                                </a:lnTo>
                                <a:lnTo>
                                  <a:pt x="6350000" y="2295742"/>
                                </a:lnTo>
                                <a:lnTo>
                                  <a:pt x="6350000" y="2289262"/>
                                </a:lnTo>
                                <a:close/>
                                <a:moveTo>
                                  <a:pt x="2458186" y="2289196"/>
                                </a:moveTo>
                                <a:lnTo>
                                  <a:pt x="2460334" y="2291235"/>
                                </a:lnTo>
                                <a:lnTo>
                                  <a:pt x="2464418" y="2295321"/>
                                </a:lnTo>
                                <a:lnTo>
                                  <a:pt x="2466417" y="2297321"/>
                                </a:lnTo>
                                <a:lnTo>
                                  <a:pt x="2466260" y="2297075"/>
                                </a:lnTo>
                                <a:lnTo>
                                  <a:pt x="2464452" y="2295034"/>
                                </a:lnTo>
                                <a:lnTo>
                                  <a:pt x="2462643" y="2292995"/>
                                </a:lnTo>
                                <a:lnTo>
                                  <a:pt x="2460383" y="2290956"/>
                                </a:lnTo>
                                <a:lnTo>
                                  <a:pt x="2458186" y="2289196"/>
                                </a:lnTo>
                                <a:close/>
                                <a:moveTo>
                                  <a:pt x="6637644" y="2289124"/>
                                </a:moveTo>
                                <a:lnTo>
                                  <a:pt x="6637850" y="2289328"/>
                                </a:lnTo>
                                <a:lnTo>
                                  <a:pt x="6638294" y="2290893"/>
                                </a:lnTo>
                                <a:lnTo>
                                  <a:pt x="6637644" y="2289124"/>
                                </a:lnTo>
                                <a:close/>
                                <a:moveTo>
                                  <a:pt x="6634162" y="2287641"/>
                                </a:moveTo>
                                <a:lnTo>
                                  <a:pt x="6634451" y="2288084"/>
                                </a:lnTo>
                                <a:lnTo>
                                  <a:pt x="6637337" y="2293993"/>
                                </a:lnTo>
                                <a:lnTo>
                                  <a:pt x="6634162" y="2287641"/>
                                </a:lnTo>
                                <a:close/>
                                <a:moveTo>
                                  <a:pt x="4942854" y="2286084"/>
                                </a:moveTo>
                                <a:lnTo>
                                  <a:pt x="4944510" y="2287769"/>
                                </a:lnTo>
                                <a:lnTo>
                                  <a:pt x="4945062" y="2289254"/>
                                </a:lnTo>
                                <a:lnTo>
                                  <a:pt x="4938712" y="2289042"/>
                                </a:lnTo>
                                <a:lnTo>
                                  <a:pt x="4942854" y="2286084"/>
                                </a:lnTo>
                                <a:close/>
                                <a:moveTo>
                                  <a:pt x="6519266" y="2284662"/>
                                </a:moveTo>
                                <a:lnTo>
                                  <a:pt x="6523389" y="2296126"/>
                                </a:lnTo>
                                <a:lnTo>
                                  <a:pt x="6524071" y="2295668"/>
                                </a:lnTo>
                                <a:lnTo>
                                  <a:pt x="6524980" y="2295218"/>
                                </a:lnTo>
                                <a:lnTo>
                                  <a:pt x="6525856" y="2295106"/>
                                </a:lnTo>
                                <a:lnTo>
                                  <a:pt x="6524852" y="2293806"/>
                                </a:lnTo>
                                <a:lnTo>
                                  <a:pt x="6522357" y="2289724"/>
                                </a:lnTo>
                                <a:lnTo>
                                  <a:pt x="6519863" y="2285641"/>
                                </a:lnTo>
                                <a:lnTo>
                                  <a:pt x="6519266" y="2284662"/>
                                </a:lnTo>
                                <a:close/>
                                <a:moveTo>
                                  <a:pt x="6345237" y="2284505"/>
                                </a:moveTo>
                                <a:lnTo>
                                  <a:pt x="6348412" y="2288436"/>
                                </a:lnTo>
                                <a:lnTo>
                                  <a:pt x="6348200" y="2288436"/>
                                </a:lnTo>
                                <a:lnTo>
                                  <a:pt x="6347989" y="2295618"/>
                                </a:lnTo>
                                <a:lnTo>
                                  <a:pt x="6345237" y="2284505"/>
                                </a:lnTo>
                                <a:close/>
                                <a:moveTo>
                                  <a:pt x="6634521" y="2280627"/>
                                </a:moveTo>
                                <a:lnTo>
                                  <a:pt x="6636443" y="2285856"/>
                                </a:lnTo>
                                <a:lnTo>
                                  <a:pt x="6638104" y="2289178"/>
                                </a:lnTo>
                                <a:lnTo>
                                  <a:pt x="6638084" y="2289163"/>
                                </a:lnTo>
                                <a:lnTo>
                                  <a:pt x="6636464" y="2285911"/>
                                </a:lnTo>
                                <a:lnTo>
                                  <a:pt x="6637644" y="2289124"/>
                                </a:lnTo>
                                <a:lnTo>
                                  <a:pt x="6637628" y="2289109"/>
                                </a:lnTo>
                                <a:lnTo>
                                  <a:pt x="6636440" y="2285864"/>
                                </a:lnTo>
                                <a:lnTo>
                                  <a:pt x="6635761" y="2284505"/>
                                </a:lnTo>
                                <a:lnTo>
                                  <a:pt x="6637338" y="2289231"/>
                                </a:lnTo>
                                <a:lnTo>
                                  <a:pt x="6636103" y="2285754"/>
                                </a:lnTo>
                                <a:lnTo>
                                  <a:pt x="6635757" y="2284493"/>
                                </a:lnTo>
                                <a:lnTo>
                                  <a:pt x="6634162" y="2281299"/>
                                </a:lnTo>
                                <a:lnTo>
                                  <a:pt x="6635750" y="2284471"/>
                                </a:lnTo>
                                <a:lnTo>
                                  <a:pt x="6636419" y="2285806"/>
                                </a:lnTo>
                                <a:lnTo>
                                  <a:pt x="6634521" y="2280627"/>
                                </a:lnTo>
                                <a:close/>
                                <a:moveTo>
                                  <a:pt x="1945866" y="2278196"/>
                                </a:moveTo>
                                <a:lnTo>
                                  <a:pt x="1945866" y="2282680"/>
                                </a:lnTo>
                                <a:lnTo>
                                  <a:pt x="1946093" y="2287682"/>
                                </a:lnTo>
                                <a:lnTo>
                                  <a:pt x="1946998" y="2292227"/>
                                </a:lnTo>
                                <a:lnTo>
                                  <a:pt x="1947677" y="2297009"/>
                                </a:lnTo>
                                <a:lnTo>
                                  <a:pt x="1948583" y="2301557"/>
                                </a:lnTo>
                                <a:lnTo>
                                  <a:pt x="1950393" y="2305875"/>
                                </a:lnTo>
                                <a:lnTo>
                                  <a:pt x="1951978" y="2309972"/>
                                </a:lnTo>
                                <a:lnTo>
                                  <a:pt x="1954468" y="2314287"/>
                                </a:lnTo>
                                <a:lnTo>
                                  <a:pt x="1957184" y="2318378"/>
                                </a:lnTo>
                                <a:lnTo>
                                  <a:pt x="1960126" y="2322015"/>
                                </a:lnTo>
                                <a:lnTo>
                                  <a:pt x="1964200" y="2325652"/>
                                </a:lnTo>
                                <a:lnTo>
                                  <a:pt x="1968501" y="2329065"/>
                                </a:lnTo>
                                <a:lnTo>
                                  <a:pt x="1967953" y="2331632"/>
                                </a:lnTo>
                                <a:lnTo>
                                  <a:pt x="1969403" y="2329109"/>
                                </a:lnTo>
                                <a:lnTo>
                                  <a:pt x="1966227" y="2325935"/>
                                </a:lnTo>
                                <a:lnTo>
                                  <a:pt x="1963278" y="2322759"/>
                                </a:lnTo>
                                <a:lnTo>
                                  <a:pt x="1960556" y="2319361"/>
                                </a:lnTo>
                                <a:lnTo>
                                  <a:pt x="1958287" y="2315956"/>
                                </a:lnTo>
                                <a:lnTo>
                                  <a:pt x="1956245" y="2312558"/>
                                </a:lnTo>
                                <a:lnTo>
                                  <a:pt x="1954204" y="2309159"/>
                                </a:lnTo>
                                <a:lnTo>
                                  <a:pt x="1952616" y="2305529"/>
                                </a:lnTo>
                                <a:lnTo>
                                  <a:pt x="1951254" y="2302126"/>
                                </a:lnTo>
                                <a:lnTo>
                                  <a:pt x="1949893" y="2298497"/>
                                </a:lnTo>
                                <a:lnTo>
                                  <a:pt x="1948759" y="2294868"/>
                                </a:lnTo>
                                <a:lnTo>
                                  <a:pt x="1947851" y="2291235"/>
                                </a:lnTo>
                                <a:lnTo>
                                  <a:pt x="1946944" y="2287610"/>
                                </a:lnTo>
                                <a:lnTo>
                                  <a:pt x="1946037" y="2280126"/>
                                </a:lnTo>
                                <a:lnTo>
                                  <a:pt x="1945866" y="2278196"/>
                                </a:lnTo>
                                <a:close/>
                                <a:moveTo>
                                  <a:pt x="2573825" y="2276031"/>
                                </a:moveTo>
                                <a:lnTo>
                                  <a:pt x="2566846" y="2280314"/>
                                </a:lnTo>
                                <a:lnTo>
                                  <a:pt x="2559839" y="2284842"/>
                                </a:lnTo>
                                <a:lnTo>
                                  <a:pt x="2556448" y="2287333"/>
                                </a:lnTo>
                                <a:lnTo>
                                  <a:pt x="2553058" y="2290049"/>
                                </a:lnTo>
                                <a:lnTo>
                                  <a:pt x="2549893" y="2292995"/>
                                </a:lnTo>
                                <a:lnTo>
                                  <a:pt x="2547181" y="2296393"/>
                                </a:lnTo>
                                <a:lnTo>
                                  <a:pt x="2544468" y="2300016"/>
                                </a:lnTo>
                                <a:lnTo>
                                  <a:pt x="2542434" y="2304545"/>
                                </a:lnTo>
                                <a:lnTo>
                                  <a:pt x="2526385" y="2314965"/>
                                </a:lnTo>
                                <a:lnTo>
                                  <a:pt x="2526611" y="2338292"/>
                                </a:lnTo>
                                <a:lnTo>
                                  <a:pt x="2527290" y="2340563"/>
                                </a:lnTo>
                                <a:lnTo>
                                  <a:pt x="2527968" y="2343050"/>
                                </a:lnTo>
                                <a:lnTo>
                                  <a:pt x="2528103" y="2343793"/>
                                </a:lnTo>
                                <a:lnTo>
                                  <a:pt x="2528898" y="2341149"/>
                                </a:lnTo>
                                <a:lnTo>
                                  <a:pt x="2530259" y="2336372"/>
                                </a:lnTo>
                                <a:lnTo>
                                  <a:pt x="2532073" y="2332070"/>
                                </a:lnTo>
                                <a:lnTo>
                                  <a:pt x="2534115" y="2327761"/>
                                </a:lnTo>
                                <a:lnTo>
                                  <a:pt x="2536610" y="2323229"/>
                                </a:lnTo>
                                <a:lnTo>
                                  <a:pt x="2539105" y="2318919"/>
                                </a:lnTo>
                                <a:lnTo>
                                  <a:pt x="2542054" y="2314835"/>
                                </a:lnTo>
                                <a:lnTo>
                                  <a:pt x="2544776" y="2310534"/>
                                </a:lnTo>
                                <a:lnTo>
                                  <a:pt x="2551128" y="2302377"/>
                                </a:lnTo>
                                <a:lnTo>
                                  <a:pt x="2557706" y="2294670"/>
                                </a:lnTo>
                                <a:lnTo>
                                  <a:pt x="2570636" y="2279710"/>
                                </a:lnTo>
                                <a:lnTo>
                                  <a:pt x="2573825" y="2276031"/>
                                </a:lnTo>
                                <a:close/>
                                <a:moveTo>
                                  <a:pt x="4899449" y="2274977"/>
                                </a:moveTo>
                                <a:lnTo>
                                  <a:pt x="4905375" y="2275834"/>
                                </a:lnTo>
                                <a:lnTo>
                                  <a:pt x="4901354" y="2278149"/>
                                </a:lnTo>
                                <a:lnTo>
                                  <a:pt x="4895850" y="2276420"/>
                                </a:lnTo>
                                <a:lnTo>
                                  <a:pt x="4899449" y="2274977"/>
                                </a:lnTo>
                                <a:close/>
                                <a:moveTo>
                                  <a:pt x="6400270" y="2274915"/>
                                </a:moveTo>
                                <a:lnTo>
                                  <a:pt x="6401707" y="2278383"/>
                                </a:lnTo>
                                <a:lnTo>
                                  <a:pt x="6404655" y="2285867"/>
                                </a:lnTo>
                                <a:lnTo>
                                  <a:pt x="6407603" y="2293124"/>
                                </a:lnTo>
                                <a:lnTo>
                                  <a:pt x="6409871" y="2300837"/>
                                </a:lnTo>
                                <a:lnTo>
                                  <a:pt x="6411005" y="2304467"/>
                                </a:lnTo>
                                <a:lnTo>
                                  <a:pt x="6411913" y="2308324"/>
                                </a:lnTo>
                                <a:lnTo>
                                  <a:pt x="6412593" y="2312179"/>
                                </a:lnTo>
                                <a:lnTo>
                                  <a:pt x="6413047" y="2316033"/>
                                </a:lnTo>
                                <a:lnTo>
                                  <a:pt x="6413273" y="2320111"/>
                                </a:lnTo>
                                <a:lnTo>
                                  <a:pt x="6413458" y="2323804"/>
                                </a:lnTo>
                                <a:lnTo>
                                  <a:pt x="6417523" y="2327663"/>
                                </a:lnTo>
                                <a:lnTo>
                                  <a:pt x="6416841" y="2323348"/>
                                </a:lnTo>
                                <a:lnTo>
                                  <a:pt x="6416160" y="2319268"/>
                                </a:lnTo>
                                <a:lnTo>
                                  <a:pt x="6415478" y="2315188"/>
                                </a:lnTo>
                                <a:lnTo>
                                  <a:pt x="6414342" y="2311102"/>
                                </a:lnTo>
                                <a:lnTo>
                                  <a:pt x="6411843" y="2302480"/>
                                </a:lnTo>
                                <a:lnTo>
                                  <a:pt x="6408663" y="2294306"/>
                                </a:lnTo>
                                <a:lnTo>
                                  <a:pt x="6405255" y="2285913"/>
                                </a:lnTo>
                                <a:lnTo>
                                  <a:pt x="6401620" y="2277972"/>
                                </a:lnTo>
                                <a:lnTo>
                                  <a:pt x="6400270" y="2274915"/>
                                </a:lnTo>
                                <a:close/>
                                <a:moveTo>
                                  <a:pt x="4706613" y="2271790"/>
                                </a:moveTo>
                                <a:lnTo>
                                  <a:pt x="4711701" y="2273833"/>
                                </a:lnTo>
                                <a:lnTo>
                                  <a:pt x="4711498" y="2273833"/>
                                </a:lnTo>
                                <a:lnTo>
                                  <a:pt x="4703763" y="2274966"/>
                                </a:lnTo>
                                <a:lnTo>
                                  <a:pt x="4706613" y="2271790"/>
                                </a:lnTo>
                                <a:close/>
                                <a:moveTo>
                                  <a:pt x="6366111" y="2266432"/>
                                </a:moveTo>
                                <a:lnTo>
                                  <a:pt x="6363908" y="2269368"/>
                                </a:lnTo>
                                <a:lnTo>
                                  <a:pt x="6368021" y="2274082"/>
                                </a:lnTo>
                                <a:lnTo>
                                  <a:pt x="6366111" y="2266432"/>
                                </a:lnTo>
                                <a:close/>
                                <a:moveTo>
                                  <a:pt x="6329362" y="2255924"/>
                                </a:moveTo>
                                <a:lnTo>
                                  <a:pt x="6331311" y="2255924"/>
                                </a:lnTo>
                                <a:lnTo>
                                  <a:pt x="6334125" y="2259111"/>
                                </a:lnTo>
                                <a:lnTo>
                                  <a:pt x="6329362" y="2255924"/>
                                </a:lnTo>
                                <a:close/>
                                <a:moveTo>
                                  <a:pt x="6626340" y="2255240"/>
                                </a:moveTo>
                                <a:lnTo>
                                  <a:pt x="6627420" y="2258074"/>
                                </a:lnTo>
                                <a:lnTo>
                                  <a:pt x="6626365" y="2255284"/>
                                </a:lnTo>
                                <a:lnTo>
                                  <a:pt x="6626340" y="2255240"/>
                                </a:lnTo>
                                <a:close/>
                                <a:moveTo>
                                  <a:pt x="6567357" y="2254186"/>
                                </a:moveTo>
                                <a:lnTo>
                                  <a:pt x="6569207" y="2257291"/>
                                </a:lnTo>
                                <a:lnTo>
                                  <a:pt x="6569207" y="2257110"/>
                                </a:lnTo>
                                <a:lnTo>
                                  <a:pt x="6569075" y="2256848"/>
                                </a:lnTo>
                                <a:lnTo>
                                  <a:pt x="6567941" y="2255033"/>
                                </a:lnTo>
                                <a:lnTo>
                                  <a:pt x="6567357" y="2254186"/>
                                </a:lnTo>
                                <a:close/>
                                <a:moveTo>
                                  <a:pt x="6625703" y="2253569"/>
                                </a:moveTo>
                                <a:lnTo>
                                  <a:pt x="6625758" y="2253727"/>
                                </a:lnTo>
                                <a:lnTo>
                                  <a:pt x="6625867" y="2254050"/>
                                </a:lnTo>
                                <a:lnTo>
                                  <a:pt x="6625703" y="2253569"/>
                                </a:lnTo>
                                <a:close/>
                                <a:moveTo>
                                  <a:pt x="6625645" y="2253374"/>
                                </a:moveTo>
                                <a:lnTo>
                                  <a:pt x="6625867" y="2253963"/>
                                </a:lnTo>
                                <a:lnTo>
                                  <a:pt x="6625867" y="2253995"/>
                                </a:lnTo>
                                <a:lnTo>
                                  <a:pt x="6625758" y="2253727"/>
                                </a:lnTo>
                                <a:lnTo>
                                  <a:pt x="6625645" y="2253374"/>
                                </a:lnTo>
                                <a:close/>
                                <a:moveTo>
                                  <a:pt x="6625201" y="2252254"/>
                                </a:moveTo>
                                <a:lnTo>
                                  <a:pt x="6625355" y="2252569"/>
                                </a:lnTo>
                                <a:lnTo>
                                  <a:pt x="6625703" y="2253569"/>
                                </a:lnTo>
                                <a:lnTo>
                                  <a:pt x="6625201" y="2252254"/>
                                </a:lnTo>
                                <a:close/>
                                <a:moveTo>
                                  <a:pt x="6347642" y="2252024"/>
                                </a:moveTo>
                                <a:lnTo>
                                  <a:pt x="6348025" y="2253117"/>
                                </a:lnTo>
                                <a:lnTo>
                                  <a:pt x="6350070" y="2256774"/>
                                </a:lnTo>
                                <a:lnTo>
                                  <a:pt x="6352115" y="2260436"/>
                                </a:lnTo>
                                <a:lnTo>
                                  <a:pt x="6354615" y="2264075"/>
                                </a:lnTo>
                                <a:lnTo>
                                  <a:pt x="6357569" y="2267931"/>
                                </a:lnTo>
                                <a:lnTo>
                                  <a:pt x="6357250" y="2267039"/>
                                </a:lnTo>
                                <a:lnTo>
                                  <a:pt x="6351814" y="2259114"/>
                                </a:lnTo>
                                <a:lnTo>
                                  <a:pt x="6347642" y="2252024"/>
                                </a:lnTo>
                                <a:close/>
                                <a:moveTo>
                                  <a:pt x="6623596" y="2247485"/>
                                </a:moveTo>
                                <a:lnTo>
                                  <a:pt x="6623700" y="2248001"/>
                                </a:lnTo>
                                <a:lnTo>
                                  <a:pt x="6624637" y="2250726"/>
                                </a:lnTo>
                                <a:lnTo>
                                  <a:pt x="6623841" y="2248701"/>
                                </a:lnTo>
                                <a:lnTo>
                                  <a:pt x="6623858" y="2248784"/>
                                </a:lnTo>
                                <a:lnTo>
                                  <a:pt x="6625867" y="2254050"/>
                                </a:lnTo>
                                <a:lnTo>
                                  <a:pt x="6625867" y="2253995"/>
                                </a:lnTo>
                                <a:lnTo>
                                  <a:pt x="6626274" y="2255076"/>
                                </a:lnTo>
                                <a:lnTo>
                                  <a:pt x="6626299" y="2255102"/>
                                </a:lnTo>
                                <a:lnTo>
                                  <a:pt x="6625867" y="2253963"/>
                                </a:lnTo>
                                <a:lnTo>
                                  <a:pt x="6625867" y="2253823"/>
                                </a:lnTo>
                                <a:lnTo>
                                  <a:pt x="6625867" y="2253593"/>
                                </a:lnTo>
                                <a:lnTo>
                                  <a:pt x="6625355" y="2252569"/>
                                </a:lnTo>
                                <a:lnTo>
                                  <a:pt x="6623596" y="2247485"/>
                                </a:lnTo>
                                <a:close/>
                                <a:moveTo>
                                  <a:pt x="6623095" y="2246803"/>
                                </a:moveTo>
                                <a:lnTo>
                                  <a:pt x="6623849" y="2248775"/>
                                </a:lnTo>
                                <a:lnTo>
                                  <a:pt x="6623827" y="2248667"/>
                                </a:lnTo>
                                <a:lnTo>
                                  <a:pt x="6623095" y="2246803"/>
                                </a:lnTo>
                                <a:close/>
                                <a:moveTo>
                                  <a:pt x="6549345" y="2246645"/>
                                </a:moveTo>
                                <a:lnTo>
                                  <a:pt x="6549532" y="2248713"/>
                                </a:lnTo>
                                <a:lnTo>
                                  <a:pt x="6549567" y="2248620"/>
                                </a:lnTo>
                                <a:lnTo>
                                  <a:pt x="6550057" y="2247629"/>
                                </a:lnTo>
                                <a:lnTo>
                                  <a:pt x="6549345" y="2246645"/>
                                </a:lnTo>
                                <a:close/>
                                <a:moveTo>
                                  <a:pt x="6557736" y="2246418"/>
                                </a:moveTo>
                                <a:lnTo>
                                  <a:pt x="6558870" y="2259794"/>
                                </a:lnTo>
                                <a:lnTo>
                                  <a:pt x="6556877" y="2257044"/>
                                </a:lnTo>
                                <a:lnTo>
                                  <a:pt x="6559048" y="2260247"/>
                                </a:lnTo>
                                <a:lnTo>
                                  <a:pt x="6560628" y="2259799"/>
                                </a:lnTo>
                                <a:lnTo>
                                  <a:pt x="6559319" y="2248462"/>
                                </a:lnTo>
                                <a:lnTo>
                                  <a:pt x="6557736" y="2246418"/>
                                </a:lnTo>
                                <a:close/>
                                <a:moveTo>
                                  <a:pt x="5034051" y="2244754"/>
                                </a:moveTo>
                                <a:lnTo>
                                  <a:pt x="5040312" y="2246640"/>
                                </a:lnTo>
                                <a:lnTo>
                                  <a:pt x="5037993" y="2247345"/>
                                </a:lnTo>
                                <a:lnTo>
                                  <a:pt x="5034051" y="2255642"/>
                                </a:lnTo>
                                <a:lnTo>
                                  <a:pt x="5030805" y="2262256"/>
                                </a:lnTo>
                                <a:lnTo>
                                  <a:pt x="5019907" y="2265553"/>
                                </a:lnTo>
                                <a:lnTo>
                                  <a:pt x="5008313" y="2274977"/>
                                </a:lnTo>
                                <a:lnTo>
                                  <a:pt x="4999037" y="2271678"/>
                                </a:lnTo>
                                <a:lnTo>
                                  <a:pt x="5009472" y="2267669"/>
                                </a:lnTo>
                                <a:lnTo>
                                  <a:pt x="5019211" y="2251371"/>
                                </a:lnTo>
                                <a:lnTo>
                                  <a:pt x="5034051" y="2244754"/>
                                </a:lnTo>
                                <a:close/>
                                <a:moveTo>
                                  <a:pt x="6560457" y="2244152"/>
                                </a:moveTo>
                                <a:lnTo>
                                  <a:pt x="6563041" y="2252978"/>
                                </a:lnTo>
                                <a:lnTo>
                                  <a:pt x="6563563" y="2253873"/>
                                </a:lnTo>
                                <a:lnTo>
                                  <a:pt x="6561611" y="2245831"/>
                                </a:lnTo>
                                <a:lnTo>
                                  <a:pt x="6560457" y="2244152"/>
                                </a:lnTo>
                                <a:close/>
                                <a:moveTo>
                                  <a:pt x="6621882" y="2244042"/>
                                </a:moveTo>
                                <a:lnTo>
                                  <a:pt x="6621973" y="2244343"/>
                                </a:lnTo>
                                <a:lnTo>
                                  <a:pt x="6622244" y="2245089"/>
                                </a:lnTo>
                                <a:lnTo>
                                  <a:pt x="6622055" y="2244541"/>
                                </a:lnTo>
                                <a:lnTo>
                                  <a:pt x="6622500" y="2245790"/>
                                </a:lnTo>
                                <a:lnTo>
                                  <a:pt x="6622551" y="2245926"/>
                                </a:lnTo>
                                <a:lnTo>
                                  <a:pt x="6624098" y="2250002"/>
                                </a:lnTo>
                                <a:lnTo>
                                  <a:pt x="6621882" y="2244042"/>
                                </a:lnTo>
                                <a:close/>
                                <a:moveTo>
                                  <a:pt x="6331211" y="2243299"/>
                                </a:moveTo>
                                <a:lnTo>
                                  <a:pt x="6332347" y="2245581"/>
                                </a:lnTo>
                                <a:lnTo>
                                  <a:pt x="6332119" y="2244892"/>
                                </a:lnTo>
                                <a:lnTo>
                                  <a:pt x="6332119" y="2244668"/>
                                </a:lnTo>
                                <a:lnTo>
                                  <a:pt x="6331211" y="2243299"/>
                                </a:lnTo>
                                <a:close/>
                                <a:moveTo>
                                  <a:pt x="5686198" y="2243245"/>
                                </a:moveTo>
                                <a:lnTo>
                                  <a:pt x="5688920" y="2246645"/>
                                </a:lnTo>
                                <a:lnTo>
                                  <a:pt x="5687332" y="2244606"/>
                                </a:lnTo>
                                <a:lnTo>
                                  <a:pt x="5686198" y="2243245"/>
                                </a:lnTo>
                                <a:close/>
                                <a:moveTo>
                                  <a:pt x="6620848" y="2241256"/>
                                </a:moveTo>
                                <a:lnTo>
                                  <a:pt x="6621906" y="2244159"/>
                                </a:lnTo>
                                <a:lnTo>
                                  <a:pt x="6621801" y="2243819"/>
                                </a:lnTo>
                                <a:lnTo>
                                  <a:pt x="6620848" y="2241256"/>
                                </a:lnTo>
                                <a:close/>
                                <a:moveTo>
                                  <a:pt x="2409630" y="2241194"/>
                                </a:moveTo>
                                <a:lnTo>
                                  <a:pt x="2412693" y="2244974"/>
                                </a:lnTo>
                                <a:lnTo>
                                  <a:pt x="2417004" y="2249959"/>
                                </a:lnTo>
                                <a:lnTo>
                                  <a:pt x="2421768" y="2254494"/>
                                </a:lnTo>
                                <a:lnTo>
                                  <a:pt x="2427879" y="2260607"/>
                                </a:lnTo>
                                <a:lnTo>
                                  <a:pt x="2421279" y="2247868"/>
                                </a:lnTo>
                                <a:lnTo>
                                  <a:pt x="2409630" y="2241194"/>
                                </a:lnTo>
                                <a:close/>
                                <a:moveTo>
                                  <a:pt x="6565332" y="2240748"/>
                                </a:moveTo>
                                <a:lnTo>
                                  <a:pt x="6565673" y="2242564"/>
                                </a:lnTo>
                                <a:lnTo>
                                  <a:pt x="6567941" y="2251633"/>
                                </a:lnTo>
                                <a:lnTo>
                                  <a:pt x="6568633" y="2253860"/>
                                </a:lnTo>
                                <a:lnTo>
                                  <a:pt x="6565332" y="2240748"/>
                                </a:lnTo>
                                <a:close/>
                                <a:moveTo>
                                  <a:pt x="6389956" y="2238157"/>
                                </a:moveTo>
                                <a:lnTo>
                                  <a:pt x="6391275" y="2242113"/>
                                </a:lnTo>
                                <a:lnTo>
                                  <a:pt x="6393089" y="2248913"/>
                                </a:lnTo>
                                <a:lnTo>
                                  <a:pt x="6393997" y="2252313"/>
                                </a:lnTo>
                                <a:lnTo>
                                  <a:pt x="6394450" y="2255713"/>
                                </a:lnTo>
                                <a:lnTo>
                                  <a:pt x="6394903" y="2259114"/>
                                </a:lnTo>
                                <a:lnTo>
                                  <a:pt x="6395130" y="2262514"/>
                                </a:lnTo>
                                <a:lnTo>
                                  <a:pt x="6395152" y="2262569"/>
                                </a:lnTo>
                                <a:lnTo>
                                  <a:pt x="6397985" y="2262772"/>
                                </a:lnTo>
                                <a:lnTo>
                                  <a:pt x="6394577" y="2250241"/>
                                </a:lnTo>
                                <a:lnTo>
                                  <a:pt x="6393669" y="2247282"/>
                                </a:lnTo>
                                <a:lnTo>
                                  <a:pt x="6389956" y="2238157"/>
                                </a:lnTo>
                                <a:close/>
                                <a:moveTo>
                                  <a:pt x="2587705" y="2236210"/>
                                </a:moveTo>
                                <a:lnTo>
                                  <a:pt x="2587415" y="2240860"/>
                                </a:lnTo>
                                <a:lnTo>
                                  <a:pt x="2587503" y="2241170"/>
                                </a:lnTo>
                                <a:lnTo>
                                  <a:pt x="2587705" y="2236210"/>
                                </a:lnTo>
                                <a:close/>
                                <a:moveTo>
                                  <a:pt x="6617154" y="2231683"/>
                                </a:moveTo>
                                <a:lnTo>
                                  <a:pt x="6617162" y="2231705"/>
                                </a:lnTo>
                                <a:lnTo>
                                  <a:pt x="6619875" y="2238610"/>
                                </a:lnTo>
                                <a:lnTo>
                                  <a:pt x="6619875" y="2238586"/>
                                </a:lnTo>
                                <a:lnTo>
                                  <a:pt x="6617607" y="2232363"/>
                                </a:lnTo>
                                <a:lnTo>
                                  <a:pt x="6617154" y="2231683"/>
                                </a:lnTo>
                                <a:close/>
                                <a:moveTo>
                                  <a:pt x="6354989" y="2231456"/>
                                </a:moveTo>
                                <a:lnTo>
                                  <a:pt x="6355669" y="2236217"/>
                                </a:lnTo>
                                <a:lnTo>
                                  <a:pt x="6356350" y="2240752"/>
                                </a:lnTo>
                                <a:lnTo>
                                  <a:pt x="6357711" y="2245060"/>
                                </a:lnTo>
                                <a:lnTo>
                                  <a:pt x="6358845" y="2249141"/>
                                </a:lnTo>
                                <a:lnTo>
                                  <a:pt x="6360659" y="2253674"/>
                                </a:lnTo>
                                <a:lnTo>
                                  <a:pt x="6362473" y="2257528"/>
                                </a:lnTo>
                                <a:lnTo>
                                  <a:pt x="6364514" y="2261382"/>
                                </a:lnTo>
                                <a:lnTo>
                                  <a:pt x="6365062" y="2262227"/>
                                </a:lnTo>
                                <a:lnTo>
                                  <a:pt x="6364158" y="2258605"/>
                                </a:lnTo>
                                <a:lnTo>
                                  <a:pt x="6356521" y="2232477"/>
                                </a:lnTo>
                                <a:lnTo>
                                  <a:pt x="6354989" y="2231456"/>
                                </a:lnTo>
                                <a:close/>
                                <a:moveTo>
                                  <a:pt x="6575368" y="2223717"/>
                                </a:moveTo>
                                <a:lnTo>
                                  <a:pt x="6575528" y="2223926"/>
                                </a:lnTo>
                                <a:lnTo>
                                  <a:pt x="6578462" y="2226646"/>
                                </a:lnTo>
                                <a:lnTo>
                                  <a:pt x="6580952" y="2228522"/>
                                </a:lnTo>
                                <a:lnTo>
                                  <a:pt x="6580414" y="2227600"/>
                                </a:lnTo>
                                <a:lnTo>
                                  <a:pt x="6577466" y="2225332"/>
                                </a:lnTo>
                                <a:lnTo>
                                  <a:pt x="6575368" y="2223717"/>
                                </a:lnTo>
                                <a:close/>
                                <a:moveTo>
                                  <a:pt x="6484750" y="2218577"/>
                                </a:moveTo>
                                <a:lnTo>
                                  <a:pt x="6487949" y="2224383"/>
                                </a:lnTo>
                                <a:lnTo>
                                  <a:pt x="6490675" y="2228472"/>
                                </a:lnTo>
                                <a:lnTo>
                                  <a:pt x="6493174" y="2232328"/>
                                </a:lnTo>
                                <a:lnTo>
                                  <a:pt x="6495900" y="2236179"/>
                                </a:lnTo>
                                <a:lnTo>
                                  <a:pt x="6499081" y="2239802"/>
                                </a:lnTo>
                                <a:lnTo>
                                  <a:pt x="6502489" y="2243198"/>
                                </a:lnTo>
                                <a:lnTo>
                                  <a:pt x="6506578" y="2246592"/>
                                </a:lnTo>
                                <a:lnTo>
                                  <a:pt x="6505896" y="2247512"/>
                                </a:lnTo>
                                <a:lnTo>
                                  <a:pt x="6507571" y="2252166"/>
                                </a:lnTo>
                                <a:lnTo>
                                  <a:pt x="6506936" y="2246872"/>
                                </a:lnTo>
                                <a:lnTo>
                                  <a:pt x="6506936" y="2246418"/>
                                </a:lnTo>
                                <a:lnTo>
                                  <a:pt x="6484750" y="2218577"/>
                                </a:lnTo>
                                <a:close/>
                                <a:moveTo>
                                  <a:pt x="6611587" y="2215050"/>
                                </a:moveTo>
                                <a:lnTo>
                                  <a:pt x="6613525" y="2220710"/>
                                </a:lnTo>
                                <a:lnTo>
                                  <a:pt x="6613525" y="2220947"/>
                                </a:lnTo>
                                <a:lnTo>
                                  <a:pt x="6613752" y="2221476"/>
                                </a:lnTo>
                                <a:lnTo>
                                  <a:pt x="6615596" y="2225692"/>
                                </a:lnTo>
                                <a:lnTo>
                                  <a:pt x="6618338" y="2232969"/>
                                </a:lnTo>
                                <a:lnTo>
                                  <a:pt x="6619421" y="2236217"/>
                                </a:lnTo>
                                <a:lnTo>
                                  <a:pt x="6619913" y="2237532"/>
                                </a:lnTo>
                                <a:lnTo>
                                  <a:pt x="6619371" y="2235709"/>
                                </a:lnTo>
                                <a:lnTo>
                                  <a:pt x="6618338" y="2232969"/>
                                </a:lnTo>
                                <a:lnTo>
                                  <a:pt x="6616927" y="2228734"/>
                                </a:lnTo>
                                <a:lnTo>
                                  <a:pt x="6615596" y="2225692"/>
                                </a:lnTo>
                                <a:lnTo>
                                  <a:pt x="6611587" y="2215050"/>
                                </a:lnTo>
                                <a:close/>
                                <a:moveTo>
                                  <a:pt x="4011954" y="2213717"/>
                                </a:moveTo>
                                <a:lnTo>
                                  <a:pt x="4011577" y="2213755"/>
                                </a:lnTo>
                                <a:lnTo>
                                  <a:pt x="4007477" y="2214440"/>
                                </a:lnTo>
                                <a:lnTo>
                                  <a:pt x="4003832" y="2215352"/>
                                </a:lnTo>
                                <a:lnTo>
                                  <a:pt x="4000187" y="2216483"/>
                                </a:lnTo>
                                <a:lnTo>
                                  <a:pt x="3996542" y="2217851"/>
                                </a:lnTo>
                                <a:lnTo>
                                  <a:pt x="3993353" y="2219441"/>
                                </a:lnTo>
                                <a:lnTo>
                                  <a:pt x="3990164" y="2221035"/>
                                </a:lnTo>
                                <a:lnTo>
                                  <a:pt x="3987202" y="2223091"/>
                                </a:lnTo>
                                <a:lnTo>
                                  <a:pt x="3984241" y="2225133"/>
                                </a:lnTo>
                                <a:lnTo>
                                  <a:pt x="3981735" y="2227636"/>
                                </a:lnTo>
                                <a:lnTo>
                                  <a:pt x="3979001" y="2230358"/>
                                </a:lnTo>
                                <a:lnTo>
                                  <a:pt x="3976723" y="2233312"/>
                                </a:lnTo>
                                <a:lnTo>
                                  <a:pt x="3974218" y="2236492"/>
                                </a:lnTo>
                                <a:lnTo>
                                  <a:pt x="3972395" y="2239446"/>
                                </a:lnTo>
                                <a:lnTo>
                                  <a:pt x="3970117" y="2243299"/>
                                </a:lnTo>
                                <a:lnTo>
                                  <a:pt x="3968522" y="2246944"/>
                                </a:lnTo>
                                <a:lnTo>
                                  <a:pt x="3966700" y="2250143"/>
                                </a:lnTo>
                                <a:lnTo>
                                  <a:pt x="3965333" y="2252881"/>
                                </a:lnTo>
                                <a:lnTo>
                                  <a:pt x="3963417" y="2255453"/>
                                </a:lnTo>
                                <a:lnTo>
                                  <a:pt x="3965546" y="2254227"/>
                                </a:lnTo>
                                <a:lnTo>
                                  <a:pt x="3972121" y="2249669"/>
                                </a:lnTo>
                                <a:lnTo>
                                  <a:pt x="3978468" y="2244443"/>
                                </a:lnTo>
                                <a:lnTo>
                                  <a:pt x="3984589" y="2239026"/>
                                </a:lnTo>
                                <a:lnTo>
                                  <a:pt x="3991164" y="2233139"/>
                                </a:lnTo>
                                <a:lnTo>
                                  <a:pt x="4004539" y="2220453"/>
                                </a:lnTo>
                                <a:lnTo>
                                  <a:pt x="4011954" y="2213717"/>
                                </a:lnTo>
                                <a:close/>
                                <a:moveTo>
                                  <a:pt x="6481352" y="2212597"/>
                                </a:moveTo>
                                <a:lnTo>
                                  <a:pt x="6482951" y="2215311"/>
                                </a:lnTo>
                                <a:lnTo>
                                  <a:pt x="6484593" y="2218293"/>
                                </a:lnTo>
                                <a:lnTo>
                                  <a:pt x="6483123" y="2215353"/>
                                </a:lnTo>
                                <a:lnTo>
                                  <a:pt x="6481352" y="2212597"/>
                                </a:lnTo>
                                <a:close/>
                                <a:moveTo>
                                  <a:pt x="3844307" y="2206724"/>
                                </a:moveTo>
                                <a:lnTo>
                                  <a:pt x="3854295" y="2221242"/>
                                </a:lnTo>
                                <a:lnTo>
                                  <a:pt x="3859289" y="2229185"/>
                                </a:lnTo>
                                <a:lnTo>
                                  <a:pt x="3864283" y="2236894"/>
                                </a:lnTo>
                                <a:lnTo>
                                  <a:pt x="3868823" y="2244589"/>
                                </a:lnTo>
                                <a:lnTo>
                                  <a:pt x="3872682" y="2252328"/>
                                </a:lnTo>
                                <a:lnTo>
                                  <a:pt x="3874498" y="2256208"/>
                                </a:lnTo>
                                <a:lnTo>
                                  <a:pt x="3876087" y="2259849"/>
                                </a:lnTo>
                                <a:lnTo>
                                  <a:pt x="3877449" y="2263479"/>
                                </a:lnTo>
                                <a:lnTo>
                                  <a:pt x="3878357" y="2266879"/>
                                </a:lnTo>
                                <a:lnTo>
                                  <a:pt x="3874044" y="2326101"/>
                                </a:lnTo>
                                <a:lnTo>
                                  <a:pt x="3875406" y="2338121"/>
                                </a:lnTo>
                                <a:lnTo>
                                  <a:pt x="3875860" y="2341532"/>
                                </a:lnTo>
                                <a:lnTo>
                                  <a:pt x="3873817" y="2352880"/>
                                </a:lnTo>
                                <a:lnTo>
                                  <a:pt x="3859289" y="2279589"/>
                                </a:lnTo>
                                <a:lnTo>
                                  <a:pt x="3851798" y="2243229"/>
                                </a:lnTo>
                                <a:lnTo>
                                  <a:pt x="3844307" y="2206724"/>
                                </a:lnTo>
                                <a:close/>
                                <a:moveTo>
                                  <a:pt x="6379609" y="2205981"/>
                                </a:moveTo>
                                <a:lnTo>
                                  <a:pt x="6376307" y="2208095"/>
                                </a:lnTo>
                                <a:lnTo>
                                  <a:pt x="6382884" y="2221703"/>
                                </a:lnTo>
                                <a:lnTo>
                                  <a:pt x="6385842" y="2228042"/>
                                </a:lnTo>
                                <a:lnTo>
                                  <a:pt x="6384354" y="2224383"/>
                                </a:lnTo>
                                <a:lnTo>
                                  <a:pt x="6380265" y="2213272"/>
                                </a:lnTo>
                                <a:lnTo>
                                  <a:pt x="6378902" y="2209414"/>
                                </a:lnTo>
                                <a:lnTo>
                                  <a:pt x="6378675" y="2208048"/>
                                </a:lnTo>
                                <a:lnTo>
                                  <a:pt x="6378448" y="2207143"/>
                                </a:lnTo>
                                <a:lnTo>
                                  <a:pt x="6379609" y="2205981"/>
                                </a:lnTo>
                                <a:close/>
                                <a:moveTo>
                                  <a:pt x="6562045" y="2205149"/>
                                </a:moveTo>
                                <a:lnTo>
                                  <a:pt x="6562952" y="2209909"/>
                                </a:lnTo>
                                <a:lnTo>
                                  <a:pt x="6564086" y="2215125"/>
                                </a:lnTo>
                                <a:lnTo>
                                  <a:pt x="6566580" y="2226239"/>
                                </a:lnTo>
                                <a:lnTo>
                                  <a:pt x="6567261" y="2231002"/>
                                </a:lnTo>
                                <a:lnTo>
                                  <a:pt x="6567261" y="2233045"/>
                                </a:lnTo>
                                <a:lnTo>
                                  <a:pt x="6567261" y="2234630"/>
                                </a:lnTo>
                                <a:lnTo>
                                  <a:pt x="6567034" y="2235764"/>
                                </a:lnTo>
                                <a:lnTo>
                                  <a:pt x="6566807" y="2236898"/>
                                </a:lnTo>
                                <a:lnTo>
                                  <a:pt x="6566353" y="2237126"/>
                                </a:lnTo>
                                <a:lnTo>
                                  <a:pt x="6565900" y="2237126"/>
                                </a:lnTo>
                                <a:lnTo>
                                  <a:pt x="6564766" y="2236898"/>
                                </a:lnTo>
                                <a:lnTo>
                                  <a:pt x="6564766" y="2237806"/>
                                </a:lnTo>
                                <a:lnTo>
                                  <a:pt x="6564777" y="2237861"/>
                                </a:lnTo>
                                <a:lnTo>
                                  <a:pt x="6564917" y="2237300"/>
                                </a:lnTo>
                                <a:lnTo>
                                  <a:pt x="6567175" y="2242271"/>
                                </a:lnTo>
                                <a:lnTo>
                                  <a:pt x="6568755" y="2242725"/>
                                </a:lnTo>
                                <a:lnTo>
                                  <a:pt x="6568981" y="2240697"/>
                                </a:lnTo>
                                <a:lnTo>
                                  <a:pt x="6569207" y="2238205"/>
                                </a:lnTo>
                                <a:lnTo>
                                  <a:pt x="6569207" y="2235717"/>
                                </a:lnTo>
                                <a:lnTo>
                                  <a:pt x="6568981" y="2232770"/>
                                </a:lnTo>
                                <a:lnTo>
                                  <a:pt x="6568304" y="2227102"/>
                                </a:lnTo>
                                <a:lnTo>
                                  <a:pt x="6567175" y="2221205"/>
                                </a:lnTo>
                                <a:lnTo>
                                  <a:pt x="6565595" y="2215310"/>
                                </a:lnTo>
                                <a:lnTo>
                                  <a:pt x="6564240" y="2210093"/>
                                </a:lnTo>
                                <a:lnTo>
                                  <a:pt x="6563658" y="2208337"/>
                                </a:lnTo>
                                <a:lnTo>
                                  <a:pt x="6563405" y="2207869"/>
                                </a:lnTo>
                                <a:lnTo>
                                  <a:pt x="6562045" y="2205149"/>
                                </a:lnTo>
                                <a:close/>
                                <a:moveTo>
                                  <a:pt x="6381977" y="2204466"/>
                                </a:moveTo>
                                <a:lnTo>
                                  <a:pt x="6381351" y="2204867"/>
                                </a:lnTo>
                                <a:lnTo>
                                  <a:pt x="6394123" y="2211910"/>
                                </a:lnTo>
                                <a:lnTo>
                                  <a:pt x="6394063" y="2211717"/>
                                </a:lnTo>
                                <a:lnTo>
                                  <a:pt x="6381977" y="2204466"/>
                                </a:lnTo>
                                <a:close/>
                                <a:moveTo>
                                  <a:pt x="4590057" y="2202994"/>
                                </a:moveTo>
                                <a:lnTo>
                                  <a:pt x="4588285" y="2203675"/>
                                </a:lnTo>
                                <a:lnTo>
                                  <a:pt x="4588225" y="2203697"/>
                                </a:lnTo>
                                <a:lnTo>
                                  <a:pt x="4589241" y="2203895"/>
                                </a:lnTo>
                                <a:lnTo>
                                  <a:pt x="4589866" y="2203278"/>
                                </a:lnTo>
                                <a:lnTo>
                                  <a:pt x="4590057" y="2202994"/>
                                </a:lnTo>
                                <a:close/>
                                <a:moveTo>
                                  <a:pt x="6605814" y="2201292"/>
                                </a:moveTo>
                                <a:lnTo>
                                  <a:pt x="6613071" y="2219889"/>
                                </a:lnTo>
                                <a:lnTo>
                                  <a:pt x="6613504" y="2220898"/>
                                </a:lnTo>
                                <a:lnTo>
                                  <a:pt x="6611302" y="2214294"/>
                                </a:lnTo>
                                <a:lnTo>
                                  <a:pt x="6607855" y="2205149"/>
                                </a:lnTo>
                                <a:lnTo>
                                  <a:pt x="6609216" y="2209228"/>
                                </a:lnTo>
                                <a:lnTo>
                                  <a:pt x="6605814" y="2201292"/>
                                </a:lnTo>
                                <a:close/>
                                <a:moveTo>
                                  <a:pt x="6339391" y="2199097"/>
                                </a:moveTo>
                                <a:lnTo>
                                  <a:pt x="6339391" y="2200785"/>
                                </a:lnTo>
                                <a:lnTo>
                                  <a:pt x="6338482" y="2201694"/>
                                </a:lnTo>
                                <a:lnTo>
                                  <a:pt x="6337346" y="2203061"/>
                                </a:lnTo>
                                <a:lnTo>
                                  <a:pt x="6335755" y="2202380"/>
                                </a:lnTo>
                                <a:lnTo>
                                  <a:pt x="6332119" y="2208066"/>
                                </a:lnTo>
                                <a:lnTo>
                                  <a:pt x="6335301" y="2216259"/>
                                </a:lnTo>
                                <a:lnTo>
                                  <a:pt x="6337004" y="2221534"/>
                                </a:lnTo>
                                <a:lnTo>
                                  <a:pt x="6336847" y="2220116"/>
                                </a:lnTo>
                                <a:lnTo>
                                  <a:pt x="6336847" y="2216033"/>
                                </a:lnTo>
                                <a:lnTo>
                                  <a:pt x="6336847" y="2211496"/>
                                </a:lnTo>
                                <a:lnTo>
                                  <a:pt x="6337527" y="2206961"/>
                                </a:lnTo>
                                <a:lnTo>
                                  <a:pt x="6338207" y="2202426"/>
                                </a:lnTo>
                                <a:lnTo>
                                  <a:pt x="6341155" y="2201746"/>
                                </a:lnTo>
                                <a:lnTo>
                                  <a:pt x="6339391" y="2199097"/>
                                </a:lnTo>
                                <a:close/>
                                <a:moveTo>
                                  <a:pt x="4018946" y="2191223"/>
                                </a:moveTo>
                                <a:lnTo>
                                  <a:pt x="4018411" y="2192821"/>
                                </a:lnTo>
                                <a:lnTo>
                                  <a:pt x="4018183" y="2194865"/>
                                </a:lnTo>
                                <a:lnTo>
                                  <a:pt x="4017956" y="2197372"/>
                                </a:lnTo>
                                <a:lnTo>
                                  <a:pt x="4018183" y="2200099"/>
                                </a:lnTo>
                                <a:lnTo>
                                  <a:pt x="4018867" y="2202832"/>
                                </a:lnTo>
                                <a:lnTo>
                                  <a:pt x="4019723" y="2205387"/>
                                </a:lnTo>
                                <a:lnTo>
                                  <a:pt x="4018946" y="2191223"/>
                                </a:lnTo>
                                <a:close/>
                                <a:moveTo>
                                  <a:pt x="6468066" y="2182518"/>
                                </a:moveTo>
                                <a:lnTo>
                                  <a:pt x="6469547" y="2188314"/>
                                </a:lnTo>
                                <a:lnTo>
                                  <a:pt x="6470002" y="2191034"/>
                                </a:lnTo>
                                <a:lnTo>
                                  <a:pt x="6480679" y="2211455"/>
                                </a:lnTo>
                                <a:lnTo>
                                  <a:pt x="6480987" y="2211977"/>
                                </a:lnTo>
                                <a:lnTo>
                                  <a:pt x="6469743" y="2188366"/>
                                </a:lnTo>
                                <a:lnTo>
                                  <a:pt x="6468609" y="2182697"/>
                                </a:lnTo>
                                <a:lnTo>
                                  <a:pt x="6468066" y="2182518"/>
                                </a:lnTo>
                                <a:close/>
                                <a:moveTo>
                                  <a:pt x="4523312" y="2180883"/>
                                </a:moveTo>
                                <a:lnTo>
                                  <a:pt x="4532232" y="2195134"/>
                                </a:lnTo>
                                <a:lnTo>
                                  <a:pt x="4531088" y="2195134"/>
                                </a:lnTo>
                                <a:lnTo>
                                  <a:pt x="4514850" y="2194683"/>
                                </a:lnTo>
                                <a:lnTo>
                                  <a:pt x="4523084" y="2181336"/>
                                </a:lnTo>
                                <a:lnTo>
                                  <a:pt x="4523312" y="2180883"/>
                                </a:lnTo>
                                <a:close/>
                                <a:moveTo>
                                  <a:pt x="1036955" y="2179717"/>
                                </a:moveTo>
                                <a:lnTo>
                                  <a:pt x="1039813" y="2184483"/>
                                </a:lnTo>
                                <a:lnTo>
                                  <a:pt x="1035050" y="2180197"/>
                                </a:lnTo>
                                <a:lnTo>
                                  <a:pt x="1036955" y="2179717"/>
                                </a:lnTo>
                                <a:close/>
                                <a:moveTo>
                                  <a:pt x="2554060" y="2179710"/>
                                </a:moveTo>
                                <a:lnTo>
                                  <a:pt x="2554287" y="2179933"/>
                                </a:lnTo>
                                <a:lnTo>
                                  <a:pt x="2554287" y="2179710"/>
                                </a:lnTo>
                                <a:lnTo>
                                  <a:pt x="2562225" y="2182881"/>
                                </a:lnTo>
                                <a:lnTo>
                                  <a:pt x="2554968" y="2193993"/>
                                </a:lnTo>
                                <a:lnTo>
                                  <a:pt x="2551339" y="2191050"/>
                                </a:lnTo>
                                <a:lnTo>
                                  <a:pt x="2546350" y="2186058"/>
                                </a:lnTo>
                                <a:lnTo>
                                  <a:pt x="2553607" y="2179933"/>
                                </a:lnTo>
                                <a:lnTo>
                                  <a:pt x="2553834" y="2179933"/>
                                </a:lnTo>
                                <a:lnTo>
                                  <a:pt x="2554060" y="2179933"/>
                                </a:lnTo>
                                <a:lnTo>
                                  <a:pt x="2554060" y="2179710"/>
                                </a:lnTo>
                                <a:close/>
                                <a:moveTo>
                                  <a:pt x="4040999" y="2179635"/>
                                </a:moveTo>
                                <a:lnTo>
                                  <a:pt x="4037547" y="2179851"/>
                                </a:lnTo>
                                <a:lnTo>
                                  <a:pt x="4034357" y="2180309"/>
                                </a:lnTo>
                                <a:lnTo>
                                  <a:pt x="4031396" y="2180990"/>
                                </a:lnTo>
                                <a:lnTo>
                                  <a:pt x="4028662" y="2182126"/>
                                </a:lnTo>
                                <a:lnTo>
                                  <a:pt x="4026612" y="2183036"/>
                                </a:lnTo>
                                <a:lnTo>
                                  <a:pt x="4024334" y="2184176"/>
                                </a:lnTo>
                                <a:lnTo>
                                  <a:pt x="4022739" y="2185537"/>
                                </a:lnTo>
                                <a:lnTo>
                                  <a:pt x="4021145" y="2187138"/>
                                </a:lnTo>
                                <a:lnTo>
                                  <a:pt x="4020427" y="2188285"/>
                                </a:lnTo>
                                <a:lnTo>
                                  <a:pt x="4041038" y="2179660"/>
                                </a:lnTo>
                                <a:lnTo>
                                  <a:pt x="4040999" y="2179635"/>
                                </a:lnTo>
                                <a:close/>
                                <a:moveTo>
                                  <a:pt x="6239353" y="2178650"/>
                                </a:moveTo>
                                <a:lnTo>
                                  <a:pt x="6240009" y="2181110"/>
                                </a:lnTo>
                                <a:lnTo>
                                  <a:pt x="6241369" y="2184512"/>
                                </a:lnTo>
                                <a:lnTo>
                                  <a:pt x="6243411" y="2188139"/>
                                </a:lnTo>
                                <a:lnTo>
                                  <a:pt x="6245905" y="2191768"/>
                                </a:lnTo>
                                <a:lnTo>
                                  <a:pt x="6248173" y="2195171"/>
                                </a:lnTo>
                                <a:lnTo>
                                  <a:pt x="6250895" y="2199023"/>
                                </a:lnTo>
                                <a:lnTo>
                                  <a:pt x="6253843" y="2202652"/>
                                </a:lnTo>
                                <a:lnTo>
                                  <a:pt x="6259966" y="2209682"/>
                                </a:lnTo>
                                <a:lnTo>
                                  <a:pt x="6265863" y="2216033"/>
                                </a:lnTo>
                                <a:lnTo>
                                  <a:pt x="6276068" y="2226917"/>
                                </a:lnTo>
                                <a:lnTo>
                                  <a:pt x="6276975" y="2231228"/>
                                </a:lnTo>
                                <a:lnTo>
                                  <a:pt x="6278109" y="2235764"/>
                                </a:lnTo>
                                <a:lnTo>
                                  <a:pt x="6279696" y="2240298"/>
                                </a:lnTo>
                                <a:lnTo>
                                  <a:pt x="6281284" y="2244833"/>
                                </a:lnTo>
                                <a:lnTo>
                                  <a:pt x="6283325" y="2249141"/>
                                </a:lnTo>
                                <a:lnTo>
                                  <a:pt x="6285366" y="2253674"/>
                                </a:lnTo>
                                <a:lnTo>
                                  <a:pt x="6287861" y="2258209"/>
                                </a:lnTo>
                                <a:lnTo>
                                  <a:pt x="6290355" y="2262514"/>
                                </a:lnTo>
                                <a:lnTo>
                                  <a:pt x="6295571" y="2271355"/>
                                </a:lnTo>
                                <a:lnTo>
                                  <a:pt x="6301468" y="2280197"/>
                                </a:lnTo>
                                <a:lnTo>
                                  <a:pt x="6307830" y="2289372"/>
                                </a:lnTo>
                                <a:lnTo>
                                  <a:pt x="6305534" y="2284776"/>
                                </a:lnTo>
                                <a:lnTo>
                                  <a:pt x="6303489" y="2279321"/>
                                </a:lnTo>
                                <a:lnTo>
                                  <a:pt x="6291219" y="2260436"/>
                                </a:lnTo>
                                <a:lnTo>
                                  <a:pt x="6283266" y="2248775"/>
                                </a:lnTo>
                                <a:lnTo>
                                  <a:pt x="6276222" y="2227178"/>
                                </a:lnTo>
                                <a:lnTo>
                                  <a:pt x="6272359" y="2217396"/>
                                </a:lnTo>
                                <a:lnTo>
                                  <a:pt x="6270314" y="2213755"/>
                                </a:lnTo>
                                <a:lnTo>
                                  <a:pt x="6268042" y="2210567"/>
                                </a:lnTo>
                                <a:lnTo>
                                  <a:pt x="6265770" y="2207837"/>
                                </a:lnTo>
                                <a:lnTo>
                                  <a:pt x="6263498" y="2205330"/>
                                </a:lnTo>
                                <a:lnTo>
                                  <a:pt x="6260998" y="2203285"/>
                                </a:lnTo>
                                <a:lnTo>
                                  <a:pt x="6258726" y="2201245"/>
                                </a:lnTo>
                                <a:lnTo>
                                  <a:pt x="6253500" y="2197376"/>
                                </a:lnTo>
                                <a:lnTo>
                                  <a:pt x="6251228" y="2195550"/>
                                </a:lnTo>
                                <a:lnTo>
                                  <a:pt x="6248955" y="2193276"/>
                                </a:lnTo>
                                <a:lnTo>
                                  <a:pt x="6246683" y="2191004"/>
                                </a:lnTo>
                                <a:lnTo>
                                  <a:pt x="6244411" y="2188276"/>
                                </a:lnTo>
                                <a:lnTo>
                                  <a:pt x="6242593" y="2185311"/>
                                </a:lnTo>
                                <a:lnTo>
                                  <a:pt x="6240548" y="2181901"/>
                                </a:lnTo>
                                <a:lnTo>
                                  <a:pt x="6239353" y="2178650"/>
                                </a:lnTo>
                                <a:close/>
                                <a:moveTo>
                                  <a:pt x="3695250" y="2173159"/>
                                </a:moveTo>
                                <a:lnTo>
                                  <a:pt x="3695621" y="2173366"/>
                                </a:lnTo>
                                <a:lnTo>
                                  <a:pt x="3697437" y="2174725"/>
                                </a:lnTo>
                                <a:lnTo>
                                  <a:pt x="3699480" y="2176771"/>
                                </a:lnTo>
                                <a:lnTo>
                                  <a:pt x="3696075" y="2173821"/>
                                </a:lnTo>
                                <a:lnTo>
                                  <a:pt x="3695250" y="2173159"/>
                                </a:lnTo>
                                <a:close/>
                                <a:moveTo>
                                  <a:pt x="6333245" y="2158354"/>
                                </a:moveTo>
                                <a:lnTo>
                                  <a:pt x="6330302" y="2159824"/>
                                </a:lnTo>
                                <a:lnTo>
                                  <a:pt x="6330074" y="2159824"/>
                                </a:lnTo>
                                <a:lnTo>
                                  <a:pt x="6331211" y="2162101"/>
                                </a:lnTo>
                                <a:lnTo>
                                  <a:pt x="6331831" y="2163350"/>
                                </a:lnTo>
                                <a:lnTo>
                                  <a:pt x="6331857" y="2163195"/>
                                </a:lnTo>
                                <a:lnTo>
                                  <a:pt x="6332537" y="2160474"/>
                                </a:lnTo>
                                <a:lnTo>
                                  <a:pt x="6333245" y="2158354"/>
                                </a:lnTo>
                                <a:close/>
                                <a:moveTo>
                                  <a:pt x="3881721" y="2157421"/>
                                </a:moveTo>
                                <a:lnTo>
                                  <a:pt x="3881755" y="2157655"/>
                                </a:lnTo>
                                <a:lnTo>
                                  <a:pt x="3882698" y="2157421"/>
                                </a:lnTo>
                                <a:lnTo>
                                  <a:pt x="3881721" y="2157421"/>
                                </a:lnTo>
                                <a:close/>
                                <a:moveTo>
                                  <a:pt x="1787525" y="2152652"/>
                                </a:moveTo>
                                <a:lnTo>
                                  <a:pt x="1787298" y="2153446"/>
                                </a:lnTo>
                                <a:lnTo>
                                  <a:pt x="1786164" y="2154239"/>
                                </a:lnTo>
                                <a:lnTo>
                                  <a:pt x="1785937" y="2154239"/>
                                </a:lnTo>
                                <a:lnTo>
                                  <a:pt x="1784350" y="2154239"/>
                                </a:lnTo>
                                <a:lnTo>
                                  <a:pt x="1787525" y="2152652"/>
                                </a:lnTo>
                                <a:close/>
                                <a:moveTo>
                                  <a:pt x="6245575" y="2151427"/>
                                </a:moveTo>
                                <a:lnTo>
                                  <a:pt x="6245225" y="2156848"/>
                                </a:lnTo>
                                <a:lnTo>
                                  <a:pt x="6239329" y="2159795"/>
                                </a:lnTo>
                                <a:lnTo>
                                  <a:pt x="6238227" y="2174113"/>
                                </a:lnTo>
                                <a:lnTo>
                                  <a:pt x="6241684" y="2177574"/>
                                </a:lnTo>
                                <a:lnTo>
                                  <a:pt x="6239639" y="2163011"/>
                                </a:lnTo>
                                <a:lnTo>
                                  <a:pt x="6249183" y="2155960"/>
                                </a:lnTo>
                                <a:lnTo>
                                  <a:pt x="6245575" y="2151427"/>
                                </a:lnTo>
                                <a:close/>
                                <a:moveTo>
                                  <a:pt x="2003660" y="2142471"/>
                                </a:moveTo>
                                <a:lnTo>
                                  <a:pt x="2001618" y="2174447"/>
                                </a:lnTo>
                                <a:lnTo>
                                  <a:pt x="2000030" y="2206877"/>
                                </a:lnTo>
                                <a:lnTo>
                                  <a:pt x="1998215" y="2239531"/>
                                </a:lnTo>
                                <a:lnTo>
                                  <a:pt x="1996854" y="2271963"/>
                                </a:lnTo>
                                <a:lnTo>
                                  <a:pt x="1995493" y="2304848"/>
                                </a:lnTo>
                                <a:lnTo>
                                  <a:pt x="1994131" y="2337955"/>
                                </a:lnTo>
                                <a:lnTo>
                                  <a:pt x="1993224" y="2370840"/>
                                </a:lnTo>
                                <a:lnTo>
                                  <a:pt x="1992317" y="2404180"/>
                                </a:lnTo>
                                <a:lnTo>
                                  <a:pt x="1991409" y="2437525"/>
                                </a:lnTo>
                                <a:lnTo>
                                  <a:pt x="1990728" y="2471093"/>
                                </a:lnTo>
                                <a:lnTo>
                                  <a:pt x="1990275" y="2504654"/>
                                </a:lnTo>
                                <a:lnTo>
                                  <a:pt x="1990048" y="2538441"/>
                                </a:lnTo>
                                <a:lnTo>
                                  <a:pt x="1989821" y="2572456"/>
                                </a:lnTo>
                                <a:lnTo>
                                  <a:pt x="1989821" y="2606472"/>
                                </a:lnTo>
                                <a:lnTo>
                                  <a:pt x="1989821" y="2640713"/>
                                </a:lnTo>
                                <a:lnTo>
                                  <a:pt x="1990275" y="2674964"/>
                                </a:lnTo>
                                <a:lnTo>
                                  <a:pt x="1990502" y="2709435"/>
                                </a:lnTo>
                                <a:lnTo>
                                  <a:pt x="1991182" y="2743907"/>
                                </a:lnTo>
                                <a:lnTo>
                                  <a:pt x="1992090" y="2778606"/>
                                </a:lnTo>
                                <a:lnTo>
                                  <a:pt x="1992997" y="2813308"/>
                                </a:lnTo>
                                <a:lnTo>
                                  <a:pt x="1993905" y="2848232"/>
                                </a:lnTo>
                                <a:lnTo>
                                  <a:pt x="1995266" y="2883154"/>
                                </a:lnTo>
                                <a:lnTo>
                                  <a:pt x="1996400" y="2918085"/>
                                </a:lnTo>
                                <a:lnTo>
                                  <a:pt x="1997988" y="2953458"/>
                                </a:lnTo>
                                <a:lnTo>
                                  <a:pt x="1999576" y="2988611"/>
                                </a:lnTo>
                                <a:lnTo>
                                  <a:pt x="2001391" y="3024214"/>
                                </a:lnTo>
                                <a:lnTo>
                                  <a:pt x="2003433" y="3059596"/>
                                </a:lnTo>
                                <a:lnTo>
                                  <a:pt x="2005701" y="3095425"/>
                                </a:lnTo>
                                <a:lnTo>
                                  <a:pt x="2007970" y="3130805"/>
                                </a:lnTo>
                                <a:lnTo>
                                  <a:pt x="2010466" y="3166863"/>
                                </a:lnTo>
                                <a:lnTo>
                                  <a:pt x="2012961" y="3202694"/>
                                </a:lnTo>
                                <a:lnTo>
                                  <a:pt x="2015910" y="3238527"/>
                                </a:lnTo>
                                <a:lnTo>
                                  <a:pt x="2014322" y="3221065"/>
                                </a:lnTo>
                                <a:lnTo>
                                  <a:pt x="2012961" y="3204735"/>
                                </a:lnTo>
                                <a:lnTo>
                                  <a:pt x="2011146" y="3189769"/>
                                </a:lnTo>
                                <a:lnTo>
                                  <a:pt x="2009785" y="3175252"/>
                                </a:lnTo>
                                <a:lnTo>
                                  <a:pt x="2007970" y="3162328"/>
                                </a:lnTo>
                                <a:lnTo>
                                  <a:pt x="2006382" y="3150080"/>
                                </a:lnTo>
                                <a:lnTo>
                                  <a:pt x="2004567" y="3139197"/>
                                </a:lnTo>
                                <a:lnTo>
                                  <a:pt x="2002979" y="3128991"/>
                                </a:lnTo>
                                <a:lnTo>
                                  <a:pt x="2001164" y="3119466"/>
                                </a:lnTo>
                                <a:lnTo>
                                  <a:pt x="1999576" y="3111075"/>
                                </a:lnTo>
                                <a:lnTo>
                                  <a:pt x="1997761" y="3103589"/>
                                </a:lnTo>
                                <a:lnTo>
                                  <a:pt x="1996173" y="3097012"/>
                                </a:lnTo>
                                <a:lnTo>
                                  <a:pt x="1994358" y="3091346"/>
                                </a:lnTo>
                                <a:lnTo>
                                  <a:pt x="1992543" y="3086129"/>
                                </a:lnTo>
                                <a:lnTo>
                                  <a:pt x="1990728" y="3081820"/>
                                </a:lnTo>
                                <a:lnTo>
                                  <a:pt x="1989140" y="3078419"/>
                                </a:lnTo>
                                <a:lnTo>
                                  <a:pt x="1987326" y="3075468"/>
                                </a:lnTo>
                                <a:lnTo>
                                  <a:pt x="1985964" y="3073202"/>
                                </a:lnTo>
                                <a:lnTo>
                                  <a:pt x="1984149" y="3071841"/>
                                </a:lnTo>
                                <a:lnTo>
                                  <a:pt x="1982561" y="3070934"/>
                                </a:lnTo>
                                <a:lnTo>
                                  <a:pt x="1980973" y="3070478"/>
                                </a:lnTo>
                                <a:lnTo>
                                  <a:pt x="1979612" y="3070934"/>
                                </a:lnTo>
                                <a:lnTo>
                                  <a:pt x="1977797" y="3071614"/>
                                </a:lnTo>
                                <a:lnTo>
                                  <a:pt x="1976663" y="3072974"/>
                                </a:lnTo>
                                <a:lnTo>
                                  <a:pt x="1975302" y="3074789"/>
                                </a:lnTo>
                                <a:lnTo>
                                  <a:pt x="1973941" y="3077055"/>
                                </a:lnTo>
                                <a:lnTo>
                                  <a:pt x="1972806" y="3079778"/>
                                </a:lnTo>
                                <a:lnTo>
                                  <a:pt x="1971672" y="3082951"/>
                                </a:lnTo>
                                <a:lnTo>
                                  <a:pt x="1970311" y="3086356"/>
                                </a:lnTo>
                                <a:lnTo>
                                  <a:pt x="1969403" y="3090211"/>
                                </a:lnTo>
                                <a:lnTo>
                                  <a:pt x="1968496" y="3094746"/>
                                </a:lnTo>
                                <a:lnTo>
                                  <a:pt x="1967589" y="3099055"/>
                                </a:lnTo>
                                <a:lnTo>
                                  <a:pt x="1966227" y="3108807"/>
                                </a:lnTo>
                                <a:lnTo>
                                  <a:pt x="1965320" y="3119466"/>
                                </a:lnTo>
                                <a:lnTo>
                                  <a:pt x="1964866" y="3130805"/>
                                </a:lnTo>
                                <a:lnTo>
                                  <a:pt x="1964866" y="3142600"/>
                                </a:lnTo>
                                <a:lnTo>
                                  <a:pt x="1965320" y="3154389"/>
                                </a:lnTo>
                                <a:lnTo>
                                  <a:pt x="1965774" y="3160513"/>
                                </a:lnTo>
                                <a:lnTo>
                                  <a:pt x="1966227" y="3166636"/>
                                </a:lnTo>
                                <a:lnTo>
                                  <a:pt x="1966908" y="3172530"/>
                                </a:lnTo>
                                <a:lnTo>
                                  <a:pt x="1967815" y="3178203"/>
                                </a:lnTo>
                                <a:lnTo>
                                  <a:pt x="1969177" y="3184098"/>
                                </a:lnTo>
                                <a:lnTo>
                                  <a:pt x="1970311" y="3189769"/>
                                </a:lnTo>
                                <a:lnTo>
                                  <a:pt x="1971672" y="3194984"/>
                                </a:lnTo>
                                <a:lnTo>
                                  <a:pt x="1973260" y="3200426"/>
                                </a:lnTo>
                                <a:lnTo>
                                  <a:pt x="1975075" y="3205187"/>
                                </a:lnTo>
                                <a:lnTo>
                                  <a:pt x="1976890" y="3210178"/>
                                </a:lnTo>
                                <a:lnTo>
                                  <a:pt x="1979158" y="3214712"/>
                                </a:lnTo>
                                <a:lnTo>
                                  <a:pt x="1981200" y="3218797"/>
                                </a:lnTo>
                                <a:lnTo>
                                  <a:pt x="1983696" y="3222652"/>
                                </a:lnTo>
                                <a:lnTo>
                                  <a:pt x="1986418" y="3226055"/>
                                </a:lnTo>
                                <a:lnTo>
                                  <a:pt x="1989367" y="3229228"/>
                                </a:lnTo>
                                <a:lnTo>
                                  <a:pt x="1992543" y="3232176"/>
                                </a:lnTo>
                                <a:lnTo>
                                  <a:pt x="1995946" y="3234444"/>
                                </a:lnTo>
                                <a:lnTo>
                                  <a:pt x="1999349" y="3236484"/>
                                </a:lnTo>
                                <a:lnTo>
                                  <a:pt x="2003206" y="3237848"/>
                                </a:lnTo>
                                <a:lnTo>
                                  <a:pt x="2007063" y="3238527"/>
                                </a:lnTo>
                                <a:lnTo>
                                  <a:pt x="2011373" y="3238755"/>
                                </a:lnTo>
                                <a:lnTo>
                                  <a:pt x="2015910" y="3238527"/>
                                </a:lnTo>
                                <a:lnTo>
                                  <a:pt x="1892497" y="3253720"/>
                                </a:lnTo>
                                <a:lnTo>
                                  <a:pt x="1769537" y="3268233"/>
                                </a:lnTo>
                                <a:lnTo>
                                  <a:pt x="1763185" y="3268686"/>
                                </a:lnTo>
                                <a:lnTo>
                                  <a:pt x="1757514" y="3268462"/>
                                </a:lnTo>
                                <a:lnTo>
                                  <a:pt x="1754791" y="3268233"/>
                                </a:lnTo>
                                <a:lnTo>
                                  <a:pt x="1752523" y="3268009"/>
                                </a:lnTo>
                                <a:lnTo>
                                  <a:pt x="1750027" y="3267326"/>
                                </a:lnTo>
                                <a:lnTo>
                                  <a:pt x="1747532" y="3266645"/>
                                </a:lnTo>
                                <a:lnTo>
                                  <a:pt x="1745490" y="3265966"/>
                                </a:lnTo>
                                <a:lnTo>
                                  <a:pt x="1743221" y="3265057"/>
                                </a:lnTo>
                                <a:lnTo>
                                  <a:pt x="1741180" y="3264153"/>
                                </a:lnTo>
                                <a:lnTo>
                                  <a:pt x="1739365" y="3262790"/>
                                </a:lnTo>
                                <a:lnTo>
                                  <a:pt x="1735735" y="3260297"/>
                                </a:lnTo>
                                <a:lnTo>
                                  <a:pt x="1732559" y="3257348"/>
                                </a:lnTo>
                                <a:lnTo>
                                  <a:pt x="1729610" y="3253947"/>
                                </a:lnTo>
                                <a:lnTo>
                                  <a:pt x="1727114" y="3250093"/>
                                </a:lnTo>
                                <a:lnTo>
                                  <a:pt x="1726693" y="3249202"/>
                                </a:lnTo>
                                <a:lnTo>
                                  <a:pt x="1729391" y="3272706"/>
                                </a:lnTo>
                                <a:lnTo>
                                  <a:pt x="1605550" y="3287225"/>
                                </a:lnTo>
                                <a:lnTo>
                                  <a:pt x="1481936" y="3301295"/>
                                </a:lnTo>
                                <a:lnTo>
                                  <a:pt x="1358095" y="3315358"/>
                                </a:lnTo>
                                <a:lnTo>
                                  <a:pt x="1234481" y="3329195"/>
                                </a:lnTo>
                                <a:lnTo>
                                  <a:pt x="1234936" y="3322161"/>
                                </a:lnTo>
                                <a:lnTo>
                                  <a:pt x="1235163" y="3315132"/>
                                </a:lnTo>
                                <a:lnTo>
                                  <a:pt x="1235390" y="3307875"/>
                                </a:lnTo>
                                <a:lnTo>
                                  <a:pt x="1235163" y="3300383"/>
                                </a:lnTo>
                                <a:lnTo>
                                  <a:pt x="1234936" y="3293121"/>
                                </a:lnTo>
                                <a:lnTo>
                                  <a:pt x="1234481" y="3285866"/>
                                </a:lnTo>
                                <a:lnTo>
                                  <a:pt x="1233572" y="3278601"/>
                                </a:lnTo>
                                <a:lnTo>
                                  <a:pt x="1232663" y="3271346"/>
                                </a:lnTo>
                                <a:lnTo>
                                  <a:pt x="1231527" y="3264086"/>
                                </a:lnTo>
                                <a:lnTo>
                                  <a:pt x="1229936" y="3257048"/>
                                </a:lnTo>
                                <a:lnTo>
                                  <a:pt x="1228118" y="3250014"/>
                                </a:lnTo>
                                <a:lnTo>
                                  <a:pt x="1225619" y="3243206"/>
                                </a:lnTo>
                                <a:lnTo>
                                  <a:pt x="1223120" y="3236401"/>
                                </a:lnTo>
                                <a:lnTo>
                                  <a:pt x="1219939" y="3230046"/>
                                </a:lnTo>
                                <a:lnTo>
                                  <a:pt x="1216530" y="3223699"/>
                                </a:lnTo>
                                <a:lnTo>
                                  <a:pt x="1212666" y="3217570"/>
                                </a:lnTo>
                                <a:lnTo>
                                  <a:pt x="1221756" y="3207585"/>
                                </a:lnTo>
                                <a:lnTo>
                                  <a:pt x="1215620" y="3213711"/>
                                </a:lnTo>
                                <a:lnTo>
                                  <a:pt x="1218802" y="3203953"/>
                                </a:lnTo>
                                <a:lnTo>
                                  <a:pt x="1220393" y="3198281"/>
                                </a:lnTo>
                                <a:lnTo>
                                  <a:pt x="1221983" y="3192610"/>
                                </a:lnTo>
                                <a:lnTo>
                                  <a:pt x="1223120" y="3186483"/>
                                </a:lnTo>
                                <a:lnTo>
                                  <a:pt x="1224482" y="3180133"/>
                                </a:lnTo>
                                <a:lnTo>
                                  <a:pt x="1225392" y="3174003"/>
                                </a:lnTo>
                                <a:lnTo>
                                  <a:pt x="1225847" y="3168100"/>
                                </a:lnTo>
                                <a:lnTo>
                                  <a:pt x="1226074" y="3162878"/>
                                </a:lnTo>
                                <a:lnTo>
                                  <a:pt x="1225847" y="3157666"/>
                                </a:lnTo>
                                <a:lnTo>
                                  <a:pt x="1225619" y="3155400"/>
                                </a:lnTo>
                                <a:lnTo>
                                  <a:pt x="1225392" y="3153123"/>
                                </a:lnTo>
                                <a:lnTo>
                                  <a:pt x="1224710" y="3151082"/>
                                </a:lnTo>
                                <a:lnTo>
                                  <a:pt x="1224255" y="3149267"/>
                                </a:lnTo>
                                <a:lnTo>
                                  <a:pt x="1223120" y="3147454"/>
                                </a:lnTo>
                                <a:lnTo>
                                  <a:pt x="1222210" y="3146323"/>
                                </a:lnTo>
                                <a:lnTo>
                                  <a:pt x="1221074" y="3145184"/>
                                </a:lnTo>
                                <a:lnTo>
                                  <a:pt x="1219711" y="3144051"/>
                                </a:lnTo>
                                <a:lnTo>
                                  <a:pt x="1218347" y="3143369"/>
                                </a:lnTo>
                                <a:lnTo>
                                  <a:pt x="1216530" y="3143144"/>
                                </a:lnTo>
                                <a:lnTo>
                                  <a:pt x="1214713" y="3143144"/>
                                </a:lnTo>
                                <a:lnTo>
                                  <a:pt x="1212666" y="3143369"/>
                                </a:lnTo>
                                <a:lnTo>
                                  <a:pt x="1198578" y="3112735"/>
                                </a:lnTo>
                                <a:lnTo>
                                  <a:pt x="1194943" y="3112510"/>
                                </a:lnTo>
                                <a:lnTo>
                                  <a:pt x="1191982" y="3126738"/>
                                </a:lnTo>
                                <a:lnTo>
                                  <a:pt x="1191982" y="3128830"/>
                                </a:lnTo>
                                <a:lnTo>
                                  <a:pt x="1192209" y="3133820"/>
                                </a:lnTo>
                                <a:lnTo>
                                  <a:pt x="1191140" y="3130152"/>
                                </a:lnTo>
                                <a:lnTo>
                                  <a:pt x="1190625" y="3130666"/>
                                </a:lnTo>
                                <a:lnTo>
                                  <a:pt x="1190625" y="3128385"/>
                                </a:lnTo>
                                <a:lnTo>
                                  <a:pt x="1190623" y="3128380"/>
                                </a:lnTo>
                                <a:lnTo>
                                  <a:pt x="1189717" y="3122938"/>
                                </a:lnTo>
                                <a:lnTo>
                                  <a:pt x="1189264" y="3117269"/>
                                </a:lnTo>
                                <a:lnTo>
                                  <a:pt x="1189037" y="3111145"/>
                                </a:lnTo>
                                <a:lnTo>
                                  <a:pt x="1189264" y="3105251"/>
                                </a:lnTo>
                                <a:lnTo>
                                  <a:pt x="1189717" y="3099129"/>
                                </a:lnTo>
                                <a:lnTo>
                                  <a:pt x="1190623" y="3092785"/>
                                </a:lnTo>
                                <a:lnTo>
                                  <a:pt x="1191755" y="3086214"/>
                                </a:lnTo>
                                <a:lnTo>
                                  <a:pt x="1193115" y="3079634"/>
                                </a:lnTo>
                                <a:lnTo>
                                  <a:pt x="1194927" y="3073066"/>
                                </a:lnTo>
                                <a:lnTo>
                                  <a:pt x="1196739" y="3066264"/>
                                </a:lnTo>
                                <a:lnTo>
                                  <a:pt x="1199004" y="3059467"/>
                                </a:lnTo>
                                <a:lnTo>
                                  <a:pt x="1201043" y="3052667"/>
                                </a:lnTo>
                                <a:lnTo>
                                  <a:pt x="1203762" y="3045870"/>
                                </a:lnTo>
                                <a:lnTo>
                                  <a:pt x="1209198" y="3032041"/>
                                </a:lnTo>
                                <a:lnTo>
                                  <a:pt x="1214861" y="3018209"/>
                                </a:lnTo>
                                <a:lnTo>
                                  <a:pt x="1220978" y="3004839"/>
                                </a:lnTo>
                                <a:lnTo>
                                  <a:pt x="1227322" y="2991459"/>
                                </a:lnTo>
                                <a:lnTo>
                                  <a:pt x="1233437" y="2978761"/>
                                </a:lnTo>
                                <a:lnTo>
                                  <a:pt x="1244990" y="2954957"/>
                                </a:lnTo>
                                <a:lnTo>
                                  <a:pt x="1249974" y="2944309"/>
                                </a:lnTo>
                                <a:lnTo>
                                  <a:pt x="1254052" y="2934334"/>
                                </a:lnTo>
                                <a:lnTo>
                                  <a:pt x="1246349" y="2945213"/>
                                </a:lnTo>
                                <a:lnTo>
                                  <a:pt x="1250880" y="2935015"/>
                                </a:lnTo>
                                <a:lnTo>
                                  <a:pt x="1255411" y="2925039"/>
                                </a:lnTo>
                                <a:lnTo>
                                  <a:pt x="1265378" y="2905318"/>
                                </a:lnTo>
                                <a:lnTo>
                                  <a:pt x="1275345" y="2886055"/>
                                </a:lnTo>
                                <a:lnTo>
                                  <a:pt x="1285313" y="2866791"/>
                                </a:lnTo>
                                <a:lnTo>
                                  <a:pt x="1295507" y="2847300"/>
                                </a:lnTo>
                                <a:lnTo>
                                  <a:pt x="1305248" y="2827582"/>
                                </a:lnTo>
                                <a:lnTo>
                                  <a:pt x="1310231" y="2817380"/>
                                </a:lnTo>
                                <a:lnTo>
                                  <a:pt x="1314762" y="2807182"/>
                                </a:lnTo>
                                <a:lnTo>
                                  <a:pt x="1319066" y="2796752"/>
                                </a:lnTo>
                                <a:lnTo>
                                  <a:pt x="1323596" y="2786096"/>
                                </a:lnTo>
                                <a:lnTo>
                                  <a:pt x="1327674" y="2779069"/>
                                </a:lnTo>
                                <a:lnTo>
                                  <a:pt x="1331752" y="2772720"/>
                                </a:lnTo>
                                <a:lnTo>
                                  <a:pt x="1335829" y="2766599"/>
                                </a:lnTo>
                                <a:lnTo>
                                  <a:pt x="1340586" y="2760932"/>
                                </a:lnTo>
                                <a:lnTo>
                                  <a:pt x="1345117" y="2755264"/>
                                </a:lnTo>
                                <a:lnTo>
                                  <a:pt x="1349648" y="2749824"/>
                                </a:lnTo>
                                <a:lnTo>
                                  <a:pt x="1358709" y="2738941"/>
                                </a:lnTo>
                                <a:lnTo>
                                  <a:pt x="1363239" y="2733728"/>
                                </a:lnTo>
                                <a:lnTo>
                                  <a:pt x="1367770" y="2727832"/>
                                </a:lnTo>
                                <a:lnTo>
                                  <a:pt x="1371848" y="2721939"/>
                                </a:lnTo>
                                <a:lnTo>
                                  <a:pt x="1375925" y="2715592"/>
                                </a:lnTo>
                                <a:lnTo>
                                  <a:pt x="1379550" y="2709015"/>
                                </a:lnTo>
                                <a:lnTo>
                                  <a:pt x="1383174" y="2701989"/>
                                </a:lnTo>
                                <a:lnTo>
                                  <a:pt x="1386346" y="2694281"/>
                                </a:lnTo>
                                <a:lnTo>
                                  <a:pt x="1387705" y="2690201"/>
                                </a:lnTo>
                                <a:lnTo>
                                  <a:pt x="1389064" y="2685892"/>
                                </a:lnTo>
                                <a:lnTo>
                                  <a:pt x="1389209" y="2685881"/>
                                </a:lnTo>
                                <a:lnTo>
                                  <a:pt x="1391553" y="2682670"/>
                                </a:lnTo>
                                <a:lnTo>
                                  <a:pt x="1394043" y="2679714"/>
                                </a:lnTo>
                                <a:lnTo>
                                  <a:pt x="1396533" y="2676757"/>
                                </a:lnTo>
                                <a:lnTo>
                                  <a:pt x="1399249" y="2673801"/>
                                </a:lnTo>
                                <a:lnTo>
                                  <a:pt x="1402191" y="2671071"/>
                                </a:lnTo>
                                <a:lnTo>
                                  <a:pt x="1405360" y="2668342"/>
                                </a:lnTo>
                                <a:lnTo>
                                  <a:pt x="1408302" y="2665841"/>
                                </a:lnTo>
                                <a:lnTo>
                                  <a:pt x="1411697" y="2663566"/>
                                </a:lnTo>
                                <a:lnTo>
                                  <a:pt x="1418262" y="2658791"/>
                                </a:lnTo>
                                <a:lnTo>
                                  <a:pt x="1425278" y="2654697"/>
                                </a:lnTo>
                                <a:lnTo>
                                  <a:pt x="1432521" y="2650602"/>
                                </a:lnTo>
                                <a:lnTo>
                                  <a:pt x="1439764" y="2646738"/>
                                </a:lnTo>
                                <a:lnTo>
                                  <a:pt x="1454703" y="2639006"/>
                                </a:lnTo>
                                <a:lnTo>
                                  <a:pt x="1461945" y="2634684"/>
                                </a:lnTo>
                                <a:lnTo>
                                  <a:pt x="1468962" y="2630591"/>
                                </a:lnTo>
                                <a:lnTo>
                                  <a:pt x="1475752" y="2626043"/>
                                </a:lnTo>
                                <a:lnTo>
                                  <a:pt x="1479147" y="2623542"/>
                                </a:lnTo>
                                <a:lnTo>
                                  <a:pt x="1482317" y="2620814"/>
                                </a:lnTo>
                                <a:lnTo>
                                  <a:pt x="1485485" y="2618086"/>
                                </a:lnTo>
                                <a:lnTo>
                                  <a:pt x="1488428" y="2615358"/>
                                </a:lnTo>
                                <a:lnTo>
                                  <a:pt x="1491144" y="2612400"/>
                                </a:lnTo>
                                <a:lnTo>
                                  <a:pt x="1494086" y="2609217"/>
                                </a:lnTo>
                                <a:lnTo>
                                  <a:pt x="1499292" y="2603987"/>
                                </a:lnTo>
                                <a:lnTo>
                                  <a:pt x="1504045" y="2598758"/>
                                </a:lnTo>
                                <a:lnTo>
                                  <a:pt x="1508798" y="2593754"/>
                                </a:lnTo>
                                <a:lnTo>
                                  <a:pt x="1512872" y="2588754"/>
                                </a:lnTo>
                                <a:lnTo>
                                  <a:pt x="1516947" y="2583749"/>
                                </a:lnTo>
                                <a:lnTo>
                                  <a:pt x="1520568" y="2579203"/>
                                </a:lnTo>
                                <a:lnTo>
                                  <a:pt x="1523963" y="2574201"/>
                                </a:lnTo>
                                <a:lnTo>
                                  <a:pt x="1527132" y="2569653"/>
                                </a:lnTo>
                                <a:lnTo>
                                  <a:pt x="1530074" y="2565104"/>
                                </a:lnTo>
                                <a:lnTo>
                                  <a:pt x="1533017" y="2560331"/>
                                </a:lnTo>
                                <a:lnTo>
                                  <a:pt x="1535280" y="2555782"/>
                                </a:lnTo>
                                <a:lnTo>
                                  <a:pt x="1537770" y="2551235"/>
                                </a:lnTo>
                                <a:lnTo>
                                  <a:pt x="1539807" y="2546460"/>
                                </a:lnTo>
                                <a:lnTo>
                                  <a:pt x="1541844" y="2541911"/>
                                </a:lnTo>
                                <a:lnTo>
                                  <a:pt x="1545239" y="2532591"/>
                                </a:lnTo>
                                <a:lnTo>
                                  <a:pt x="1548182" y="2523268"/>
                                </a:lnTo>
                                <a:lnTo>
                                  <a:pt x="1550898" y="2513719"/>
                                </a:lnTo>
                                <a:lnTo>
                                  <a:pt x="1553388" y="2503716"/>
                                </a:lnTo>
                                <a:lnTo>
                                  <a:pt x="1555425" y="2492802"/>
                                </a:lnTo>
                                <a:lnTo>
                                  <a:pt x="1559725" y="2470291"/>
                                </a:lnTo>
                                <a:lnTo>
                                  <a:pt x="1564252" y="2444819"/>
                                </a:lnTo>
                                <a:lnTo>
                                  <a:pt x="1565384" y="2439816"/>
                                </a:lnTo>
                                <a:lnTo>
                                  <a:pt x="1566968" y="2434360"/>
                                </a:lnTo>
                                <a:lnTo>
                                  <a:pt x="1568553" y="2429129"/>
                                </a:lnTo>
                                <a:lnTo>
                                  <a:pt x="1570590" y="2423668"/>
                                </a:lnTo>
                                <a:lnTo>
                                  <a:pt x="1572853" y="2417977"/>
                                </a:lnTo>
                                <a:lnTo>
                                  <a:pt x="1575117" y="2412522"/>
                                </a:lnTo>
                                <a:lnTo>
                                  <a:pt x="1577833" y="2406610"/>
                                </a:lnTo>
                                <a:lnTo>
                                  <a:pt x="1580549" y="2400926"/>
                                </a:lnTo>
                                <a:lnTo>
                                  <a:pt x="1583491" y="2395470"/>
                                </a:lnTo>
                                <a:lnTo>
                                  <a:pt x="1586434" y="2390010"/>
                                </a:lnTo>
                                <a:lnTo>
                                  <a:pt x="1592545" y="2379320"/>
                                </a:lnTo>
                                <a:lnTo>
                                  <a:pt x="1595940" y="2374318"/>
                                </a:lnTo>
                                <a:lnTo>
                                  <a:pt x="1599109" y="2369543"/>
                                </a:lnTo>
                                <a:lnTo>
                                  <a:pt x="1602504" y="2364995"/>
                                </a:lnTo>
                                <a:lnTo>
                                  <a:pt x="1605673" y="2360673"/>
                                </a:lnTo>
                                <a:lnTo>
                                  <a:pt x="1611332" y="2353851"/>
                                </a:lnTo>
                                <a:lnTo>
                                  <a:pt x="1616990" y="2347258"/>
                                </a:lnTo>
                                <a:lnTo>
                                  <a:pt x="1622422" y="2341344"/>
                                </a:lnTo>
                                <a:lnTo>
                                  <a:pt x="1628081" y="2335204"/>
                                </a:lnTo>
                                <a:lnTo>
                                  <a:pt x="1633740" y="2329521"/>
                                </a:lnTo>
                                <a:lnTo>
                                  <a:pt x="1639172" y="2324290"/>
                                </a:lnTo>
                                <a:lnTo>
                                  <a:pt x="1650489" y="2314060"/>
                                </a:lnTo>
                                <a:lnTo>
                                  <a:pt x="1661580" y="2304282"/>
                                </a:lnTo>
                                <a:lnTo>
                                  <a:pt x="1672444" y="2294959"/>
                                </a:lnTo>
                                <a:lnTo>
                                  <a:pt x="1683309" y="2285864"/>
                                </a:lnTo>
                                <a:lnTo>
                                  <a:pt x="1693720" y="2276773"/>
                                </a:lnTo>
                                <a:lnTo>
                                  <a:pt x="1703906" y="2267443"/>
                                </a:lnTo>
                                <a:lnTo>
                                  <a:pt x="1709112" y="2262439"/>
                                </a:lnTo>
                                <a:lnTo>
                                  <a:pt x="1713865" y="2257658"/>
                                </a:lnTo>
                                <a:lnTo>
                                  <a:pt x="1718844" y="2252656"/>
                                </a:lnTo>
                                <a:lnTo>
                                  <a:pt x="1723598" y="2247194"/>
                                </a:lnTo>
                                <a:lnTo>
                                  <a:pt x="1728351" y="2241516"/>
                                </a:lnTo>
                                <a:lnTo>
                                  <a:pt x="1732878" y="2236063"/>
                                </a:lnTo>
                                <a:lnTo>
                                  <a:pt x="1737178" y="2229926"/>
                                </a:lnTo>
                                <a:lnTo>
                                  <a:pt x="1741705" y="2223557"/>
                                </a:lnTo>
                                <a:lnTo>
                                  <a:pt x="1746006" y="2216965"/>
                                </a:lnTo>
                                <a:lnTo>
                                  <a:pt x="1749853" y="2209916"/>
                                </a:lnTo>
                                <a:lnTo>
                                  <a:pt x="1753928" y="2202639"/>
                                </a:lnTo>
                                <a:lnTo>
                                  <a:pt x="1757549" y="2194677"/>
                                </a:lnTo>
                                <a:lnTo>
                                  <a:pt x="1761623" y="2186721"/>
                                </a:lnTo>
                                <a:lnTo>
                                  <a:pt x="1765018" y="2178080"/>
                                </a:lnTo>
                                <a:lnTo>
                                  <a:pt x="1765474" y="2178614"/>
                                </a:lnTo>
                                <a:lnTo>
                                  <a:pt x="1773325" y="2166542"/>
                                </a:lnTo>
                                <a:lnTo>
                                  <a:pt x="1773555" y="2166542"/>
                                </a:lnTo>
                                <a:lnTo>
                                  <a:pt x="1786625" y="2162428"/>
                                </a:lnTo>
                                <a:lnTo>
                                  <a:pt x="1792816" y="2159001"/>
                                </a:lnTo>
                                <a:lnTo>
                                  <a:pt x="1797173" y="2165628"/>
                                </a:lnTo>
                                <a:lnTo>
                                  <a:pt x="1806575" y="2183679"/>
                                </a:lnTo>
                                <a:lnTo>
                                  <a:pt x="1804740" y="2184594"/>
                                </a:lnTo>
                                <a:lnTo>
                                  <a:pt x="1803594" y="2185051"/>
                                </a:lnTo>
                                <a:lnTo>
                                  <a:pt x="1800154" y="2186651"/>
                                </a:lnTo>
                                <a:lnTo>
                                  <a:pt x="1795568" y="2187793"/>
                                </a:lnTo>
                                <a:lnTo>
                                  <a:pt x="1793046" y="2188250"/>
                                </a:lnTo>
                                <a:lnTo>
                                  <a:pt x="1790065" y="2188708"/>
                                </a:lnTo>
                                <a:lnTo>
                                  <a:pt x="1786854" y="2189165"/>
                                </a:lnTo>
                                <a:lnTo>
                                  <a:pt x="1783644" y="2188708"/>
                                </a:lnTo>
                                <a:lnTo>
                                  <a:pt x="1780953" y="2188324"/>
                                </a:lnTo>
                                <a:lnTo>
                                  <a:pt x="1782673" y="2188995"/>
                                </a:lnTo>
                                <a:lnTo>
                                  <a:pt x="1786974" y="2189904"/>
                                </a:lnTo>
                                <a:lnTo>
                                  <a:pt x="1791953" y="2190587"/>
                                </a:lnTo>
                                <a:lnTo>
                                  <a:pt x="1796706" y="2191041"/>
                                </a:lnTo>
                                <a:lnTo>
                                  <a:pt x="1801686" y="2191267"/>
                                </a:lnTo>
                                <a:lnTo>
                                  <a:pt x="1806892" y="2191267"/>
                                </a:lnTo>
                                <a:lnTo>
                                  <a:pt x="1812324" y="2191041"/>
                                </a:lnTo>
                                <a:lnTo>
                                  <a:pt x="1817530" y="2190587"/>
                                </a:lnTo>
                                <a:lnTo>
                                  <a:pt x="1828621" y="2189451"/>
                                </a:lnTo>
                                <a:lnTo>
                                  <a:pt x="1839712" y="2187860"/>
                                </a:lnTo>
                                <a:lnTo>
                                  <a:pt x="1860988" y="2184221"/>
                                </a:lnTo>
                                <a:lnTo>
                                  <a:pt x="1870494" y="2182858"/>
                                </a:lnTo>
                                <a:lnTo>
                                  <a:pt x="1879548" y="2181719"/>
                                </a:lnTo>
                                <a:lnTo>
                                  <a:pt x="1883396" y="2181494"/>
                                </a:lnTo>
                                <a:lnTo>
                                  <a:pt x="1887017" y="2181494"/>
                                </a:lnTo>
                                <a:lnTo>
                                  <a:pt x="1890412" y="2181494"/>
                                </a:lnTo>
                                <a:lnTo>
                                  <a:pt x="1893355" y="2181719"/>
                                </a:lnTo>
                                <a:lnTo>
                                  <a:pt x="1895845" y="2182403"/>
                                </a:lnTo>
                                <a:lnTo>
                                  <a:pt x="1897882" y="2183084"/>
                                </a:lnTo>
                                <a:lnTo>
                                  <a:pt x="1899466" y="2184221"/>
                                </a:lnTo>
                                <a:lnTo>
                                  <a:pt x="1900372" y="2185133"/>
                                </a:lnTo>
                                <a:lnTo>
                                  <a:pt x="1900824" y="2186042"/>
                                </a:lnTo>
                                <a:lnTo>
                                  <a:pt x="1903540" y="2184902"/>
                                </a:lnTo>
                                <a:lnTo>
                                  <a:pt x="1928212" y="2187177"/>
                                </a:lnTo>
                                <a:lnTo>
                                  <a:pt x="1932060" y="2190587"/>
                                </a:lnTo>
                                <a:lnTo>
                                  <a:pt x="1935681" y="2194226"/>
                                </a:lnTo>
                                <a:lnTo>
                                  <a:pt x="1938624" y="2197860"/>
                                </a:lnTo>
                                <a:lnTo>
                                  <a:pt x="1941113" y="2201956"/>
                                </a:lnTo>
                                <a:lnTo>
                                  <a:pt x="1943150" y="2206048"/>
                                </a:lnTo>
                                <a:lnTo>
                                  <a:pt x="1944735" y="2210369"/>
                                </a:lnTo>
                                <a:lnTo>
                                  <a:pt x="1945866" y="2214690"/>
                                </a:lnTo>
                                <a:lnTo>
                                  <a:pt x="1946111" y="2215672"/>
                                </a:lnTo>
                                <a:lnTo>
                                  <a:pt x="1946037" y="2213455"/>
                                </a:lnTo>
                                <a:lnTo>
                                  <a:pt x="1946037" y="2211188"/>
                                </a:lnTo>
                                <a:lnTo>
                                  <a:pt x="1945810" y="2209372"/>
                                </a:lnTo>
                                <a:lnTo>
                                  <a:pt x="1945583" y="2207331"/>
                                </a:lnTo>
                                <a:lnTo>
                                  <a:pt x="1944902" y="2205290"/>
                                </a:lnTo>
                                <a:lnTo>
                                  <a:pt x="1943314" y="2201434"/>
                                </a:lnTo>
                                <a:lnTo>
                                  <a:pt x="1941726" y="2198030"/>
                                </a:lnTo>
                                <a:lnTo>
                                  <a:pt x="1939458" y="2194860"/>
                                </a:lnTo>
                                <a:lnTo>
                                  <a:pt x="1937416" y="2191684"/>
                                </a:lnTo>
                                <a:lnTo>
                                  <a:pt x="1935601" y="2189189"/>
                                </a:lnTo>
                                <a:lnTo>
                                  <a:pt x="1934013" y="2186466"/>
                                </a:lnTo>
                                <a:lnTo>
                                  <a:pt x="1938550" y="2184880"/>
                                </a:lnTo>
                                <a:lnTo>
                                  <a:pt x="1943087" y="2183067"/>
                                </a:lnTo>
                                <a:lnTo>
                                  <a:pt x="1947851" y="2180799"/>
                                </a:lnTo>
                                <a:lnTo>
                                  <a:pt x="1952389" y="2178530"/>
                                </a:lnTo>
                                <a:lnTo>
                                  <a:pt x="1956926" y="2175583"/>
                                </a:lnTo>
                                <a:lnTo>
                                  <a:pt x="1961690" y="2172635"/>
                                </a:lnTo>
                                <a:lnTo>
                                  <a:pt x="1970765" y="2166286"/>
                                </a:lnTo>
                                <a:lnTo>
                                  <a:pt x="1979612" y="2159706"/>
                                </a:lnTo>
                                <a:lnTo>
                                  <a:pt x="1988460" y="2153130"/>
                                </a:lnTo>
                                <a:lnTo>
                                  <a:pt x="1996400" y="2147235"/>
                                </a:lnTo>
                                <a:lnTo>
                                  <a:pt x="2000030" y="2144738"/>
                                </a:lnTo>
                                <a:lnTo>
                                  <a:pt x="2003660" y="2142471"/>
                                </a:lnTo>
                                <a:close/>
                                <a:moveTo>
                                  <a:pt x="6235776" y="2139120"/>
                                </a:moveTo>
                                <a:lnTo>
                                  <a:pt x="6235482" y="2139203"/>
                                </a:lnTo>
                                <a:lnTo>
                                  <a:pt x="6235927" y="2139387"/>
                                </a:lnTo>
                                <a:lnTo>
                                  <a:pt x="6236004" y="2139406"/>
                                </a:lnTo>
                                <a:lnTo>
                                  <a:pt x="6235776" y="2139120"/>
                                </a:lnTo>
                                <a:close/>
                                <a:moveTo>
                                  <a:pt x="4538865" y="2133613"/>
                                </a:moveTo>
                                <a:lnTo>
                                  <a:pt x="4539093" y="2133613"/>
                                </a:lnTo>
                                <a:lnTo>
                                  <a:pt x="4538636" y="2133839"/>
                                </a:lnTo>
                                <a:lnTo>
                                  <a:pt x="4524913" y="2145599"/>
                                </a:lnTo>
                                <a:lnTo>
                                  <a:pt x="4538865" y="2133613"/>
                                </a:lnTo>
                                <a:close/>
                                <a:moveTo>
                                  <a:pt x="1031294" y="2132099"/>
                                </a:moveTo>
                                <a:lnTo>
                                  <a:pt x="1052513" y="2133197"/>
                                </a:lnTo>
                                <a:lnTo>
                                  <a:pt x="1052041" y="2134291"/>
                                </a:lnTo>
                                <a:lnTo>
                                  <a:pt x="1028701" y="2136864"/>
                                </a:lnTo>
                                <a:lnTo>
                                  <a:pt x="1031294" y="2132099"/>
                                </a:lnTo>
                                <a:close/>
                                <a:moveTo>
                                  <a:pt x="4545659" y="2131646"/>
                                </a:moveTo>
                                <a:lnTo>
                                  <a:pt x="4545218" y="2131681"/>
                                </a:lnTo>
                                <a:lnTo>
                                  <a:pt x="4543884" y="2132166"/>
                                </a:lnTo>
                                <a:lnTo>
                                  <a:pt x="4545659" y="2131646"/>
                                </a:lnTo>
                                <a:close/>
                                <a:moveTo>
                                  <a:pt x="4564037" y="2131021"/>
                                </a:moveTo>
                                <a:lnTo>
                                  <a:pt x="4564063" y="2131100"/>
                                </a:lnTo>
                                <a:lnTo>
                                  <a:pt x="4556993" y="2132645"/>
                                </a:lnTo>
                                <a:lnTo>
                                  <a:pt x="4543267" y="2133179"/>
                                </a:lnTo>
                                <a:lnTo>
                                  <a:pt x="4540250" y="2133613"/>
                                </a:lnTo>
                                <a:lnTo>
                                  <a:pt x="4542249" y="2133220"/>
                                </a:lnTo>
                                <a:lnTo>
                                  <a:pt x="4539980" y="2133307"/>
                                </a:lnTo>
                                <a:lnTo>
                                  <a:pt x="4542070" y="2132695"/>
                                </a:lnTo>
                                <a:lnTo>
                                  <a:pt x="4540000" y="2133039"/>
                                </a:lnTo>
                                <a:lnTo>
                                  <a:pt x="4537278" y="2133945"/>
                                </a:lnTo>
                                <a:lnTo>
                                  <a:pt x="4534782" y="2134853"/>
                                </a:lnTo>
                                <a:lnTo>
                                  <a:pt x="4532740" y="2136218"/>
                                </a:lnTo>
                                <a:lnTo>
                                  <a:pt x="4530471" y="2137577"/>
                                </a:lnTo>
                                <a:lnTo>
                                  <a:pt x="4528429" y="2139384"/>
                                </a:lnTo>
                                <a:lnTo>
                                  <a:pt x="4526841" y="2141200"/>
                                </a:lnTo>
                                <a:lnTo>
                                  <a:pt x="4525253" y="2143465"/>
                                </a:lnTo>
                                <a:lnTo>
                                  <a:pt x="4523892" y="2145959"/>
                                </a:lnTo>
                                <a:lnTo>
                                  <a:pt x="4522984" y="2148448"/>
                                </a:lnTo>
                                <a:lnTo>
                                  <a:pt x="4521850" y="2151404"/>
                                </a:lnTo>
                                <a:lnTo>
                                  <a:pt x="4521169" y="2154800"/>
                                </a:lnTo>
                                <a:lnTo>
                                  <a:pt x="4520942" y="2158426"/>
                                </a:lnTo>
                                <a:lnTo>
                                  <a:pt x="4520716" y="2162730"/>
                                </a:lnTo>
                                <a:lnTo>
                                  <a:pt x="4520942" y="2166816"/>
                                </a:lnTo>
                                <a:lnTo>
                                  <a:pt x="4521169" y="2170895"/>
                                </a:lnTo>
                                <a:lnTo>
                                  <a:pt x="4520942" y="2174520"/>
                                </a:lnTo>
                                <a:lnTo>
                                  <a:pt x="4520262" y="2177915"/>
                                </a:lnTo>
                                <a:lnTo>
                                  <a:pt x="4519354" y="2181091"/>
                                </a:lnTo>
                                <a:lnTo>
                                  <a:pt x="4517766" y="2184036"/>
                                </a:lnTo>
                                <a:lnTo>
                                  <a:pt x="4516178" y="2186755"/>
                                </a:lnTo>
                                <a:lnTo>
                                  <a:pt x="4514136" y="2188799"/>
                                </a:lnTo>
                                <a:lnTo>
                                  <a:pt x="4511867" y="2191063"/>
                                </a:lnTo>
                                <a:lnTo>
                                  <a:pt x="4509599" y="2192872"/>
                                </a:lnTo>
                                <a:lnTo>
                                  <a:pt x="4506649" y="2194460"/>
                                </a:lnTo>
                                <a:lnTo>
                                  <a:pt x="4503700" y="2195817"/>
                                </a:lnTo>
                                <a:lnTo>
                                  <a:pt x="4500523" y="2197179"/>
                                </a:lnTo>
                                <a:lnTo>
                                  <a:pt x="4499493" y="2197525"/>
                                </a:lnTo>
                                <a:lnTo>
                                  <a:pt x="4506686" y="2197338"/>
                                </a:lnTo>
                                <a:lnTo>
                                  <a:pt x="4524369" y="2197338"/>
                                </a:lnTo>
                                <a:lnTo>
                                  <a:pt x="4533437" y="2197563"/>
                                </a:lnTo>
                                <a:lnTo>
                                  <a:pt x="4535263" y="2197655"/>
                                </a:lnTo>
                                <a:lnTo>
                                  <a:pt x="4534604" y="2197022"/>
                                </a:lnTo>
                                <a:lnTo>
                                  <a:pt x="4532312" y="2194818"/>
                                </a:lnTo>
                                <a:lnTo>
                                  <a:pt x="4532954" y="2194750"/>
                                </a:lnTo>
                                <a:lnTo>
                                  <a:pt x="4524375" y="2180548"/>
                                </a:lnTo>
                                <a:lnTo>
                                  <a:pt x="4525046" y="2171620"/>
                                </a:lnTo>
                                <a:lnTo>
                                  <a:pt x="4525046" y="2163334"/>
                                </a:lnTo>
                                <a:lnTo>
                                  <a:pt x="4524293" y="2179649"/>
                                </a:lnTo>
                                <a:lnTo>
                                  <a:pt x="4522526" y="2173691"/>
                                </a:lnTo>
                                <a:lnTo>
                                  <a:pt x="4521642" y="2171262"/>
                                </a:lnTo>
                                <a:lnTo>
                                  <a:pt x="4521421" y="2169276"/>
                                </a:lnTo>
                                <a:lnTo>
                                  <a:pt x="4521200" y="2167291"/>
                                </a:lnTo>
                                <a:lnTo>
                                  <a:pt x="4521200" y="2165745"/>
                                </a:lnTo>
                                <a:lnTo>
                                  <a:pt x="4521421" y="2164201"/>
                                </a:lnTo>
                                <a:lnTo>
                                  <a:pt x="4521642" y="2162654"/>
                                </a:lnTo>
                                <a:lnTo>
                                  <a:pt x="4522747" y="2159566"/>
                                </a:lnTo>
                                <a:lnTo>
                                  <a:pt x="4523631" y="2156035"/>
                                </a:lnTo>
                                <a:lnTo>
                                  <a:pt x="4524735" y="2151180"/>
                                </a:lnTo>
                                <a:lnTo>
                                  <a:pt x="4525046" y="2149319"/>
                                </a:lnTo>
                                <a:lnTo>
                                  <a:pt x="4525046" y="2148722"/>
                                </a:lnTo>
                                <a:lnTo>
                                  <a:pt x="4525166" y="2148600"/>
                                </a:lnTo>
                                <a:lnTo>
                                  <a:pt x="4525177" y="2148532"/>
                                </a:lnTo>
                                <a:lnTo>
                                  <a:pt x="4525840" y="2145222"/>
                                </a:lnTo>
                                <a:lnTo>
                                  <a:pt x="4525840" y="2146105"/>
                                </a:lnTo>
                                <a:lnTo>
                                  <a:pt x="4525753" y="2147997"/>
                                </a:lnTo>
                                <a:lnTo>
                                  <a:pt x="4526610" y="2147121"/>
                                </a:lnTo>
                                <a:lnTo>
                                  <a:pt x="4528174" y="2145746"/>
                                </a:lnTo>
                                <a:lnTo>
                                  <a:pt x="4529962" y="2144144"/>
                                </a:lnTo>
                                <a:lnTo>
                                  <a:pt x="4531749" y="2142771"/>
                                </a:lnTo>
                                <a:lnTo>
                                  <a:pt x="4535995" y="2140252"/>
                                </a:lnTo>
                                <a:lnTo>
                                  <a:pt x="4540688" y="2138191"/>
                                </a:lnTo>
                                <a:lnTo>
                                  <a:pt x="4545381" y="2136359"/>
                                </a:lnTo>
                                <a:lnTo>
                                  <a:pt x="4550520" y="2134986"/>
                                </a:lnTo>
                                <a:lnTo>
                                  <a:pt x="4555883" y="2133841"/>
                                </a:lnTo>
                                <a:lnTo>
                                  <a:pt x="4560799" y="2133613"/>
                                </a:lnTo>
                                <a:lnTo>
                                  <a:pt x="4561380" y="2133613"/>
                                </a:lnTo>
                                <a:lnTo>
                                  <a:pt x="4561709" y="2132932"/>
                                </a:lnTo>
                                <a:lnTo>
                                  <a:pt x="4563023" y="2132251"/>
                                </a:lnTo>
                                <a:lnTo>
                                  <a:pt x="4564555" y="2131118"/>
                                </a:lnTo>
                                <a:lnTo>
                                  <a:pt x="4564529" y="2131038"/>
                                </a:lnTo>
                                <a:lnTo>
                                  <a:pt x="4564037" y="2131021"/>
                                </a:lnTo>
                                <a:close/>
                                <a:moveTo>
                                  <a:pt x="6256659" y="2127510"/>
                                </a:moveTo>
                                <a:lnTo>
                                  <a:pt x="6260771" y="2133883"/>
                                </a:lnTo>
                                <a:lnTo>
                                  <a:pt x="6262134" y="2136845"/>
                                </a:lnTo>
                                <a:lnTo>
                                  <a:pt x="6263498" y="2139570"/>
                                </a:lnTo>
                                <a:lnTo>
                                  <a:pt x="6264861" y="2141852"/>
                                </a:lnTo>
                                <a:lnTo>
                                  <a:pt x="6266679" y="2143439"/>
                                </a:lnTo>
                                <a:lnTo>
                                  <a:pt x="6268269" y="2145260"/>
                                </a:lnTo>
                                <a:lnTo>
                                  <a:pt x="6270314" y="2146398"/>
                                </a:lnTo>
                                <a:lnTo>
                                  <a:pt x="6272359" y="2147533"/>
                                </a:lnTo>
                                <a:lnTo>
                                  <a:pt x="6274404" y="2148442"/>
                                </a:lnTo>
                                <a:lnTo>
                                  <a:pt x="6276677" y="2149124"/>
                                </a:lnTo>
                                <a:lnTo>
                                  <a:pt x="6278949" y="2149581"/>
                                </a:lnTo>
                                <a:lnTo>
                                  <a:pt x="6280994" y="2150038"/>
                                </a:lnTo>
                                <a:lnTo>
                                  <a:pt x="6283493" y="2150268"/>
                                </a:lnTo>
                                <a:lnTo>
                                  <a:pt x="6288265" y="2150268"/>
                                </a:lnTo>
                                <a:lnTo>
                                  <a:pt x="6293491" y="2150038"/>
                                </a:lnTo>
                                <a:lnTo>
                                  <a:pt x="6303944" y="2149581"/>
                                </a:lnTo>
                                <a:lnTo>
                                  <a:pt x="6309397" y="2149355"/>
                                </a:lnTo>
                                <a:lnTo>
                                  <a:pt x="6314396" y="2149810"/>
                                </a:lnTo>
                                <a:lnTo>
                                  <a:pt x="6317123" y="2150038"/>
                                </a:lnTo>
                                <a:lnTo>
                                  <a:pt x="6319622" y="2150492"/>
                                </a:lnTo>
                                <a:lnTo>
                                  <a:pt x="6321894" y="2151410"/>
                                </a:lnTo>
                                <a:lnTo>
                                  <a:pt x="6324394" y="2152325"/>
                                </a:lnTo>
                                <a:lnTo>
                                  <a:pt x="6326893" y="2153236"/>
                                </a:lnTo>
                                <a:lnTo>
                                  <a:pt x="6328938" y="2154820"/>
                                </a:lnTo>
                                <a:lnTo>
                                  <a:pt x="6331211" y="2156188"/>
                                </a:lnTo>
                                <a:lnTo>
                                  <a:pt x="6333330" y="2158097"/>
                                </a:lnTo>
                                <a:lnTo>
                                  <a:pt x="6333445" y="2157753"/>
                                </a:lnTo>
                                <a:lnTo>
                                  <a:pt x="6330950" y="2154579"/>
                                </a:lnTo>
                                <a:lnTo>
                                  <a:pt x="6328455" y="2152311"/>
                                </a:lnTo>
                                <a:lnTo>
                                  <a:pt x="6325734" y="2149818"/>
                                </a:lnTo>
                                <a:lnTo>
                                  <a:pt x="6323239" y="2147776"/>
                                </a:lnTo>
                                <a:lnTo>
                                  <a:pt x="6320291" y="2146415"/>
                                </a:lnTo>
                                <a:lnTo>
                                  <a:pt x="6317116" y="2145055"/>
                                </a:lnTo>
                                <a:lnTo>
                                  <a:pt x="6314168" y="2143694"/>
                                </a:lnTo>
                                <a:lnTo>
                                  <a:pt x="6310993" y="2142788"/>
                                </a:lnTo>
                                <a:lnTo>
                                  <a:pt x="6307818" y="2142107"/>
                                </a:lnTo>
                                <a:lnTo>
                                  <a:pt x="6304416" y="2141200"/>
                                </a:lnTo>
                                <a:lnTo>
                                  <a:pt x="6297839" y="2140066"/>
                                </a:lnTo>
                                <a:lnTo>
                                  <a:pt x="6291036" y="2139161"/>
                                </a:lnTo>
                                <a:lnTo>
                                  <a:pt x="6284232" y="2138252"/>
                                </a:lnTo>
                                <a:lnTo>
                                  <a:pt x="6277429" y="2136893"/>
                                </a:lnTo>
                                <a:lnTo>
                                  <a:pt x="6274027" y="2135983"/>
                                </a:lnTo>
                                <a:lnTo>
                                  <a:pt x="6270625" y="2135078"/>
                                </a:lnTo>
                                <a:lnTo>
                                  <a:pt x="6267450" y="2133719"/>
                                </a:lnTo>
                                <a:lnTo>
                                  <a:pt x="6264048" y="2132358"/>
                                </a:lnTo>
                                <a:lnTo>
                                  <a:pt x="6260873" y="2130317"/>
                                </a:lnTo>
                                <a:lnTo>
                                  <a:pt x="6257925" y="2128504"/>
                                </a:lnTo>
                                <a:lnTo>
                                  <a:pt x="6256659" y="2127510"/>
                                </a:lnTo>
                                <a:close/>
                                <a:moveTo>
                                  <a:pt x="3980797" y="2125018"/>
                                </a:moveTo>
                                <a:lnTo>
                                  <a:pt x="3973990" y="2127286"/>
                                </a:lnTo>
                                <a:lnTo>
                                  <a:pt x="3965105" y="2130243"/>
                                </a:lnTo>
                                <a:lnTo>
                                  <a:pt x="3965403" y="2130451"/>
                                </a:lnTo>
                                <a:lnTo>
                                  <a:pt x="3980797" y="2125018"/>
                                </a:lnTo>
                                <a:close/>
                                <a:moveTo>
                                  <a:pt x="5251677" y="2116252"/>
                                </a:moveTo>
                                <a:lnTo>
                                  <a:pt x="5252811" y="2116707"/>
                                </a:lnTo>
                                <a:lnTo>
                                  <a:pt x="5253491" y="2116931"/>
                                </a:lnTo>
                                <a:lnTo>
                                  <a:pt x="5251677" y="2116252"/>
                                </a:lnTo>
                                <a:close/>
                                <a:moveTo>
                                  <a:pt x="3875335" y="2116221"/>
                                </a:moveTo>
                                <a:lnTo>
                                  <a:pt x="3875782" y="2118319"/>
                                </a:lnTo>
                                <a:lnTo>
                                  <a:pt x="3877360" y="2125500"/>
                                </a:lnTo>
                                <a:lnTo>
                                  <a:pt x="3877877" y="2129782"/>
                                </a:lnTo>
                                <a:lnTo>
                                  <a:pt x="3877848" y="2129075"/>
                                </a:lnTo>
                                <a:lnTo>
                                  <a:pt x="3877166" y="2123856"/>
                                </a:lnTo>
                                <a:lnTo>
                                  <a:pt x="3876027" y="2118865"/>
                                </a:lnTo>
                                <a:lnTo>
                                  <a:pt x="3875659" y="2117456"/>
                                </a:lnTo>
                                <a:lnTo>
                                  <a:pt x="3875335" y="2116221"/>
                                </a:lnTo>
                                <a:close/>
                                <a:moveTo>
                                  <a:pt x="2428676" y="2113329"/>
                                </a:moveTo>
                                <a:lnTo>
                                  <a:pt x="2428574" y="2114344"/>
                                </a:lnTo>
                                <a:lnTo>
                                  <a:pt x="2427893" y="2118432"/>
                                </a:lnTo>
                                <a:lnTo>
                                  <a:pt x="2426532" y="2122743"/>
                                </a:lnTo>
                                <a:lnTo>
                                  <a:pt x="2425397" y="2126828"/>
                                </a:lnTo>
                                <a:lnTo>
                                  <a:pt x="2423809" y="2130909"/>
                                </a:lnTo>
                                <a:lnTo>
                                  <a:pt x="2421994" y="2135217"/>
                                </a:lnTo>
                                <a:lnTo>
                                  <a:pt x="2418365" y="2143607"/>
                                </a:lnTo>
                                <a:lnTo>
                                  <a:pt x="2413827" y="2151996"/>
                                </a:lnTo>
                                <a:lnTo>
                                  <a:pt x="2409517" y="2160160"/>
                                </a:lnTo>
                                <a:lnTo>
                                  <a:pt x="2405434" y="2168101"/>
                                </a:lnTo>
                                <a:lnTo>
                                  <a:pt x="2401577" y="2176491"/>
                                </a:lnTo>
                                <a:lnTo>
                                  <a:pt x="2401165" y="2177314"/>
                                </a:lnTo>
                                <a:lnTo>
                                  <a:pt x="2401840" y="2176782"/>
                                </a:lnTo>
                                <a:lnTo>
                                  <a:pt x="2404552" y="2174289"/>
                                </a:lnTo>
                                <a:lnTo>
                                  <a:pt x="2407039" y="2171573"/>
                                </a:lnTo>
                                <a:lnTo>
                                  <a:pt x="2409525" y="2168857"/>
                                </a:lnTo>
                                <a:lnTo>
                                  <a:pt x="2412012" y="2166364"/>
                                </a:lnTo>
                                <a:lnTo>
                                  <a:pt x="2414046" y="2163646"/>
                                </a:lnTo>
                                <a:lnTo>
                                  <a:pt x="2416080" y="2160698"/>
                                </a:lnTo>
                                <a:lnTo>
                                  <a:pt x="2417888" y="2157756"/>
                                </a:lnTo>
                                <a:lnTo>
                                  <a:pt x="2419471" y="2154591"/>
                                </a:lnTo>
                                <a:lnTo>
                                  <a:pt x="2420827" y="2151642"/>
                                </a:lnTo>
                                <a:lnTo>
                                  <a:pt x="2422183" y="2148462"/>
                                </a:lnTo>
                                <a:lnTo>
                                  <a:pt x="2423313" y="2145521"/>
                                </a:lnTo>
                                <a:lnTo>
                                  <a:pt x="2425348" y="2138954"/>
                                </a:lnTo>
                                <a:lnTo>
                                  <a:pt x="2426704" y="2132385"/>
                                </a:lnTo>
                                <a:lnTo>
                                  <a:pt x="2427608" y="2125592"/>
                                </a:lnTo>
                                <a:lnTo>
                                  <a:pt x="2428512" y="2118565"/>
                                </a:lnTo>
                                <a:lnTo>
                                  <a:pt x="2428676" y="2113329"/>
                                </a:lnTo>
                                <a:close/>
                                <a:moveTo>
                                  <a:pt x="1765775" y="2105162"/>
                                </a:moveTo>
                                <a:lnTo>
                                  <a:pt x="1760557" y="2108773"/>
                                </a:lnTo>
                                <a:lnTo>
                                  <a:pt x="1766002" y="2105162"/>
                                </a:lnTo>
                                <a:lnTo>
                                  <a:pt x="1765775" y="2105162"/>
                                </a:lnTo>
                                <a:close/>
                                <a:moveTo>
                                  <a:pt x="959583" y="2103526"/>
                                </a:moveTo>
                                <a:lnTo>
                                  <a:pt x="968375" y="2110956"/>
                                </a:lnTo>
                                <a:lnTo>
                                  <a:pt x="968155" y="2110956"/>
                                </a:lnTo>
                                <a:lnTo>
                                  <a:pt x="961561" y="2113044"/>
                                </a:lnTo>
                                <a:lnTo>
                                  <a:pt x="954087" y="2108864"/>
                                </a:lnTo>
                                <a:lnTo>
                                  <a:pt x="959583" y="2103526"/>
                                </a:lnTo>
                                <a:close/>
                                <a:moveTo>
                                  <a:pt x="3839347" y="2102666"/>
                                </a:moveTo>
                                <a:lnTo>
                                  <a:pt x="3838654" y="2104216"/>
                                </a:lnTo>
                                <a:lnTo>
                                  <a:pt x="3838196" y="2106255"/>
                                </a:lnTo>
                                <a:lnTo>
                                  <a:pt x="3837968" y="2108525"/>
                                </a:lnTo>
                                <a:lnTo>
                                  <a:pt x="3837739" y="2110796"/>
                                </a:lnTo>
                                <a:lnTo>
                                  <a:pt x="3837739" y="2112834"/>
                                </a:lnTo>
                                <a:lnTo>
                                  <a:pt x="3837739" y="2115103"/>
                                </a:lnTo>
                                <a:lnTo>
                                  <a:pt x="3837968" y="2117604"/>
                                </a:lnTo>
                                <a:lnTo>
                                  <a:pt x="3838425" y="2119651"/>
                                </a:lnTo>
                                <a:lnTo>
                                  <a:pt x="3839797" y="2124648"/>
                                </a:lnTo>
                                <a:lnTo>
                                  <a:pt x="3841626" y="2129189"/>
                                </a:lnTo>
                                <a:lnTo>
                                  <a:pt x="3844141" y="2133954"/>
                                </a:lnTo>
                                <a:lnTo>
                                  <a:pt x="3847343" y="2138947"/>
                                </a:lnTo>
                                <a:lnTo>
                                  <a:pt x="3847343" y="2141445"/>
                                </a:lnTo>
                                <a:lnTo>
                                  <a:pt x="3847571" y="2143943"/>
                                </a:lnTo>
                                <a:lnTo>
                                  <a:pt x="3848257" y="2146893"/>
                                </a:lnTo>
                                <a:lnTo>
                                  <a:pt x="3848486" y="2148483"/>
                                </a:lnTo>
                                <a:lnTo>
                                  <a:pt x="3848844" y="2148927"/>
                                </a:lnTo>
                                <a:lnTo>
                                  <a:pt x="3848678" y="2148081"/>
                                </a:lnTo>
                                <a:lnTo>
                                  <a:pt x="3849127" y="2145571"/>
                                </a:lnTo>
                                <a:lnTo>
                                  <a:pt x="3849800" y="2143060"/>
                                </a:lnTo>
                                <a:lnTo>
                                  <a:pt x="3860584" y="2152012"/>
                                </a:lnTo>
                                <a:lnTo>
                                  <a:pt x="3861291" y="2151661"/>
                                </a:lnTo>
                                <a:lnTo>
                                  <a:pt x="3862093" y="2151867"/>
                                </a:lnTo>
                                <a:lnTo>
                                  <a:pt x="3862663" y="2151280"/>
                                </a:lnTo>
                                <a:lnTo>
                                  <a:pt x="3877903" y="2141955"/>
                                </a:lnTo>
                                <a:lnTo>
                                  <a:pt x="3878349" y="2141344"/>
                                </a:lnTo>
                                <a:lnTo>
                                  <a:pt x="3878304" y="2141091"/>
                                </a:lnTo>
                                <a:lnTo>
                                  <a:pt x="3878129" y="2136208"/>
                                </a:lnTo>
                                <a:lnTo>
                                  <a:pt x="3878037" y="2136939"/>
                                </a:lnTo>
                                <a:lnTo>
                                  <a:pt x="3877360" y="2138511"/>
                                </a:lnTo>
                                <a:lnTo>
                                  <a:pt x="3876684" y="2139856"/>
                                </a:lnTo>
                                <a:lnTo>
                                  <a:pt x="3875557" y="2141426"/>
                                </a:lnTo>
                                <a:lnTo>
                                  <a:pt x="3874204" y="2142548"/>
                                </a:lnTo>
                                <a:lnTo>
                                  <a:pt x="3872401" y="2143893"/>
                                </a:lnTo>
                                <a:lnTo>
                                  <a:pt x="3867892" y="2146809"/>
                                </a:lnTo>
                                <a:lnTo>
                                  <a:pt x="3861805" y="2150398"/>
                                </a:lnTo>
                                <a:lnTo>
                                  <a:pt x="3861129" y="2151071"/>
                                </a:lnTo>
                                <a:lnTo>
                                  <a:pt x="3850792" y="2143050"/>
                                </a:lnTo>
                                <a:lnTo>
                                  <a:pt x="3850746" y="2143133"/>
                                </a:lnTo>
                                <a:lnTo>
                                  <a:pt x="3850695" y="2142974"/>
                                </a:lnTo>
                                <a:lnTo>
                                  <a:pt x="3849856" y="2142324"/>
                                </a:lnTo>
                                <a:lnTo>
                                  <a:pt x="3850252" y="2141578"/>
                                </a:lnTo>
                                <a:lnTo>
                                  <a:pt x="3845823" y="2127628"/>
                                </a:lnTo>
                                <a:lnTo>
                                  <a:pt x="3850275" y="2129039"/>
                                </a:lnTo>
                                <a:lnTo>
                                  <a:pt x="3857503" y="2127954"/>
                                </a:lnTo>
                                <a:lnTo>
                                  <a:pt x="3857972" y="2127071"/>
                                </a:lnTo>
                                <a:lnTo>
                                  <a:pt x="3858198" y="2126845"/>
                                </a:lnTo>
                                <a:lnTo>
                                  <a:pt x="3857972" y="2126845"/>
                                </a:lnTo>
                                <a:lnTo>
                                  <a:pt x="3846475" y="2127744"/>
                                </a:lnTo>
                                <a:lnTo>
                                  <a:pt x="3845354" y="2126148"/>
                                </a:lnTo>
                                <a:lnTo>
                                  <a:pt x="3845823" y="2127628"/>
                                </a:lnTo>
                                <a:lnTo>
                                  <a:pt x="3845336" y="2127472"/>
                                </a:lnTo>
                                <a:lnTo>
                                  <a:pt x="3841809" y="2120534"/>
                                </a:lnTo>
                                <a:lnTo>
                                  <a:pt x="3841598" y="2119157"/>
                                </a:lnTo>
                                <a:lnTo>
                                  <a:pt x="3841515" y="2118992"/>
                                </a:lnTo>
                                <a:lnTo>
                                  <a:pt x="3840839" y="2116524"/>
                                </a:lnTo>
                                <a:lnTo>
                                  <a:pt x="3840388" y="2114280"/>
                                </a:lnTo>
                                <a:lnTo>
                                  <a:pt x="3840162" y="2112037"/>
                                </a:lnTo>
                                <a:lnTo>
                                  <a:pt x="3840162" y="2109793"/>
                                </a:lnTo>
                                <a:lnTo>
                                  <a:pt x="3840162" y="2109571"/>
                                </a:lnTo>
                                <a:lnTo>
                                  <a:pt x="3840162" y="2108229"/>
                                </a:lnTo>
                                <a:lnTo>
                                  <a:pt x="3839698" y="2109040"/>
                                </a:lnTo>
                                <a:lnTo>
                                  <a:pt x="3838575" y="2107215"/>
                                </a:lnTo>
                                <a:lnTo>
                                  <a:pt x="3839347" y="2102666"/>
                                </a:lnTo>
                                <a:close/>
                                <a:moveTo>
                                  <a:pt x="950976" y="2100352"/>
                                </a:moveTo>
                                <a:lnTo>
                                  <a:pt x="952501" y="2104029"/>
                                </a:lnTo>
                                <a:lnTo>
                                  <a:pt x="947738" y="2105113"/>
                                </a:lnTo>
                                <a:lnTo>
                                  <a:pt x="950976" y="2100352"/>
                                </a:lnTo>
                                <a:close/>
                                <a:moveTo>
                                  <a:pt x="6418423" y="2094079"/>
                                </a:moveTo>
                                <a:lnTo>
                                  <a:pt x="6417296" y="2096169"/>
                                </a:lnTo>
                                <a:lnTo>
                                  <a:pt x="6416841" y="2096169"/>
                                </a:lnTo>
                                <a:lnTo>
                                  <a:pt x="6417750" y="2098214"/>
                                </a:lnTo>
                                <a:lnTo>
                                  <a:pt x="6419795" y="2103433"/>
                                </a:lnTo>
                                <a:lnTo>
                                  <a:pt x="6420703" y="2105927"/>
                                </a:lnTo>
                                <a:lnTo>
                                  <a:pt x="6421385" y="2108194"/>
                                </a:lnTo>
                                <a:lnTo>
                                  <a:pt x="6421839" y="2110236"/>
                                </a:lnTo>
                                <a:lnTo>
                                  <a:pt x="6422066" y="2112505"/>
                                </a:lnTo>
                                <a:lnTo>
                                  <a:pt x="6421839" y="2114776"/>
                                </a:lnTo>
                                <a:lnTo>
                                  <a:pt x="6421385" y="2116818"/>
                                </a:lnTo>
                                <a:lnTo>
                                  <a:pt x="6429563" y="2137697"/>
                                </a:lnTo>
                                <a:lnTo>
                                  <a:pt x="6430018" y="2140425"/>
                                </a:lnTo>
                                <a:lnTo>
                                  <a:pt x="6430926" y="2143371"/>
                                </a:lnTo>
                                <a:lnTo>
                                  <a:pt x="6433198" y="2150405"/>
                                </a:lnTo>
                                <a:lnTo>
                                  <a:pt x="6436152" y="2158350"/>
                                </a:lnTo>
                                <a:lnTo>
                                  <a:pt x="6439559" y="2166528"/>
                                </a:lnTo>
                                <a:lnTo>
                                  <a:pt x="6446602" y="2182182"/>
                                </a:lnTo>
                                <a:lnTo>
                                  <a:pt x="6452054" y="2193976"/>
                                </a:lnTo>
                                <a:lnTo>
                                  <a:pt x="6452509" y="2194885"/>
                                </a:lnTo>
                                <a:lnTo>
                                  <a:pt x="6455235" y="2196932"/>
                                </a:lnTo>
                                <a:lnTo>
                                  <a:pt x="6457353" y="2181491"/>
                                </a:lnTo>
                                <a:lnTo>
                                  <a:pt x="6457043" y="2181565"/>
                                </a:lnTo>
                                <a:lnTo>
                                  <a:pt x="6452280" y="2194037"/>
                                </a:lnTo>
                                <a:lnTo>
                                  <a:pt x="6451827" y="2192222"/>
                                </a:lnTo>
                                <a:lnTo>
                                  <a:pt x="6450466" y="2187233"/>
                                </a:lnTo>
                                <a:lnTo>
                                  <a:pt x="6449332" y="2183150"/>
                                </a:lnTo>
                                <a:lnTo>
                                  <a:pt x="6448198" y="2179069"/>
                                </a:lnTo>
                                <a:lnTo>
                                  <a:pt x="6445250" y="2170452"/>
                                </a:lnTo>
                                <a:lnTo>
                                  <a:pt x="6441621" y="2162063"/>
                                </a:lnTo>
                                <a:lnTo>
                                  <a:pt x="6437993" y="2153671"/>
                                </a:lnTo>
                                <a:lnTo>
                                  <a:pt x="6429829" y="2136667"/>
                                </a:lnTo>
                                <a:lnTo>
                                  <a:pt x="6426200" y="2128504"/>
                                </a:lnTo>
                                <a:lnTo>
                                  <a:pt x="6422798" y="2120108"/>
                                </a:lnTo>
                                <a:lnTo>
                                  <a:pt x="6423705" y="2118974"/>
                                </a:lnTo>
                                <a:lnTo>
                                  <a:pt x="6423025" y="2113984"/>
                                </a:lnTo>
                                <a:lnTo>
                                  <a:pt x="6422118" y="2109450"/>
                                </a:lnTo>
                                <a:lnTo>
                                  <a:pt x="6419850" y="2100155"/>
                                </a:lnTo>
                                <a:lnTo>
                                  <a:pt x="6418716" y="2095618"/>
                                </a:lnTo>
                                <a:lnTo>
                                  <a:pt x="6418423" y="2094079"/>
                                </a:lnTo>
                                <a:close/>
                                <a:moveTo>
                                  <a:pt x="6205582" y="2093540"/>
                                </a:moveTo>
                                <a:lnTo>
                                  <a:pt x="6205311" y="2095166"/>
                                </a:lnTo>
                                <a:lnTo>
                                  <a:pt x="6204857" y="2099020"/>
                                </a:lnTo>
                                <a:lnTo>
                                  <a:pt x="6204857" y="2102876"/>
                                </a:lnTo>
                                <a:lnTo>
                                  <a:pt x="6205311" y="2106729"/>
                                </a:lnTo>
                                <a:lnTo>
                                  <a:pt x="6206218" y="2110356"/>
                                </a:lnTo>
                                <a:lnTo>
                                  <a:pt x="6207352" y="2113984"/>
                                </a:lnTo>
                                <a:lnTo>
                                  <a:pt x="6209166" y="2117386"/>
                                </a:lnTo>
                                <a:lnTo>
                                  <a:pt x="6210980" y="2120563"/>
                                </a:lnTo>
                                <a:lnTo>
                                  <a:pt x="6211828" y="2121750"/>
                                </a:lnTo>
                                <a:lnTo>
                                  <a:pt x="6211236" y="2120225"/>
                                </a:lnTo>
                                <a:lnTo>
                                  <a:pt x="6209418" y="2116129"/>
                                </a:lnTo>
                                <a:lnTo>
                                  <a:pt x="6208282" y="2112033"/>
                                </a:lnTo>
                                <a:lnTo>
                                  <a:pt x="6207146" y="2107937"/>
                                </a:lnTo>
                                <a:lnTo>
                                  <a:pt x="6206464" y="2104073"/>
                                </a:lnTo>
                                <a:lnTo>
                                  <a:pt x="6206010" y="2099976"/>
                                </a:lnTo>
                                <a:lnTo>
                                  <a:pt x="6205783" y="2096335"/>
                                </a:lnTo>
                                <a:lnTo>
                                  <a:pt x="6205582" y="2093540"/>
                                </a:lnTo>
                                <a:close/>
                                <a:moveTo>
                                  <a:pt x="6221060" y="2092717"/>
                                </a:moveTo>
                                <a:lnTo>
                                  <a:pt x="6224869" y="2096790"/>
                                </a:lnTo>
                                <a:lnTo>
                                  <a:pt x="6239866" y="2108395"/>
                                </a:lnTo>
                                <a:lnTo>
                                  <a:pt x="6241684" y="2109301"/>
                                </a:lnTo>
                                <a:lnTo>
                                  <a:pt x="6240673" y="2106716"/>
                                </a:lnTo>
                                <a:lnTo>
                                  <a:pt x="6239102" y="2103102"/>
                                </a:lnTo>
                                <a:lnTo>
                                  <a:pt x="6236834" y="2097886"/>
                                </a:lnTo>
                                <a:lnTo>
                                  <a:pt x="6241143" y="2108090"/>
                                </a:lnTo>
                                <a:lnTo>
                                  <a:pt x="6240009" y="2107636"/>
                                </a:lnTo>
                                <a:lnTo>
                                  <a:pt x="6237968" y="2106276"/>
                                </a:lnTo>
                                <a:lnTo>
                                  <a:pt x="6232979" y="2102650"/>
                                </a:lnTo>
                                <a:lnTo>
                                  <a:pt x="6227309" y="2098114"/>
                                </a:lnTo>
                                <a:lnTo>
                                  <a:pt x="6221866" y="2093353"/>
                                </a:lnTo>
                                <a:lnTo>
                                  <a:pt x="6221060" y="2092717"/>
                                </a:lnTo>
                                <a:close/>
                                <a:moveTo>
                                  <a:pt x="968375" y="2092427"/>
                                </a:moveTo>
                                <a:lnTo>
                                  <a:pt x="977900" y="2101939"/>
                                </a:lnTo>
                                <a:lnTo>
                                  <a:pt x="977693" y="2101939"/>
                                </a:lnTo>
                                <a:lnTo>
                                  <a:pt x="968375" y="2092427"/>
                                </a:lnTo>
                                <a:close/>
                                <a:moveTo>
                                  <a:pt x="6205776" y="2090655"/>
                                </a:moveTo>
                                <a:lnTo>
                                  <a:pt x="6205782" y="2090668"/>
                                </a:lnTo>
                                <a:lnTo>
                                  <a:pt x="6205783" y="2090661"/>
                                </a:lnTo>
                                <a:lnTo>
                                  <a:pt x="6205776" y="2090655"/>
                                </a:lnTo>
                                <a:close/>
                                <a:moveTo>
                                  <a:pt x="6215516" y="2088364"/>
                                </a:moveTo>
                                <a:lnTo>
                                  <a:pt x="6215289" y="2088591"/>
                                </a:lnTo>
                                <a:lnTo>
                                  <a:pt x="6215289" y="2088817"/>
                                </a:lnTo>
                                <a:lnTo>
                                  <a:pt x="6216196" y="2089725"/>
                                </a:lnTo>
                                <a:lnTo>
                                  <a:pt x="6220732" y="2095166"/>
                                </a:lnTo>
                                <a:lnTo>
                                  <a:pt x="6220011" y="2095268"/>
                                </a:lnTo>
                                <a:lnTo>
                                  <a:pt x="6221688" y="2096106"/>
                                </a:lnTo>
                                <a:lnTo>
                                  <a:pt x="6215729" y="2088506"/>
                                </a:lnTo>
                                <a:lnTo>
                                  <a:pt x="6215516" y="2088364"/>
                                </a:lnTo>
                                <a:close/>
                                <a:moveTo>
                                  <a:pt x="1003056" y="2084491"/>
                                </a:moveTo>
                                <a:lnTo>
                                  <a:pt x="1006475" y="2090613"/>
                                </a:lnTo>
                                <a:lnTo>
                                  <a:pt x="996950" y="2090840"/>
                                </a:lnTo>
                                <a:lnTo>
                                  <a:pt x="1003056" y="2084491"/>
                                </a:lnTo>
                                <a:close/>
                                <a:moveTo>
                                  <a:pt x="3905785" y="2082699"/>
                                </a:moveTo>
                                <a:lnTo>
                                  <a:pt x="3903409" y="2082813"/>
                                </a:lnTo>
                                <a:lnTo>
                                  <a:pt x="3904935" y="2083489"/>
                                </a:lnTo>
                                <a:lnTo>
                                  <a:pt x="3909033" y="2085984"/>
                                </a:lnTo>
                                <a:lnTo>
                                  <a:pt x="3912675" y="2088705"/>
                                </a:lnTo>
                                <a:lnTo>
                                  <a:pt x="3916316" y="2091880"/>
                                </a:lnTo>
                                <a:lnTo>
                                  <a:pt x="3919276" y="2095508"/>
                                </a:lnTo>
                                <a:lnTo>
                                  <a:pt x="3921076" y="2098048"/>
                                </a:lnTo>
                                <a:lnTo>
                                  <a:pt x="3919773" y="2095876"/>
                                </a:lnTo>
                                <a:lnTo>
                                  <a:pt x="3917722" y="2092711"/>
                                </a:lnTo>
                                <a:lnTo>
                                  <a:pt x="3915217" y="2089754"/>
                                </a:lnTo>
                                <a:lnTo>
                                  <a:pt x="3912255" y="2087250"/>
                                </a:lnTo>
                                <a:lnTo>
                                  <a:pt x="3909066" y="2084747"/>
                                </a:lnTo>
                                <a:lnTo>
                                  <a:pt x="3905785" y="2082699"/>
                                </a:lnTo>
                                <a:close/>
                                <a:moveTo>
                                  <a:pt x="6416160" y="2080737"/>
                                </a:moveTo>
                                <a:lnTo>
                                  <a:pt x="6415933" y="2080964"/>
                                </a:lnTo>
                                <a:lnTo>
                                  <a:pt x="6415705" y="2081191"/>
                                </a:lnTo>
                                <a:lnTo>
                                  <a:pt x="6416795" y="2085314"/>
                                </a:lnTo>
                                <a:lnTo>
                                  <a:pt x="6416221" y="2081108"/>
                                </a:lnTo>
                                <a:lnTo>
                                  <a:pt x="6416464" y="2080986"/>
                                </a:lnTo>
                                <a:lnTo>
                                  <a:pt x="6416387" y="2080964"/>
                                </a:lnTo>
                                <a:lnTo>
                                  <a:pt x="6416160" y="2080737"/>
                                </a:lnTo>
                                <a:close/>
                                <a:moveTo>
                                  <a:pt x="6196239" y="2079520"/>
                                </a:moveTo>
                                <a:lnTo>
                                  <a:pt x="6196517" y="2079891"/>
                                </a:lnTo>
                                <a:lnTo>
                                  <a:pt x="6196480" y="2079780"/>
                                </a:lnTo>
                                <a:lnTo>
                                  <a:pt x="6196239" y="2079520"/>
                                </a:lnTo>
                                <a:close/>
                                <a:moveTo>
                                  <a:pt x="4541611" y="2077706"/>
                                </a:moveTo>
                                <a:lnTo>
                                  <a:pt x="4541611" y="2077933"/>
                                </a:lnTo>
                                <a:lnTo>
                                  <a:pt x="4541384" y="2077933"/>
                                </a:lnTo>
                                <a:lnTo>
                                  <a:pt x="4541157" y="2077933"/>
                                </a:lnTo>
                                <a:lnTo>
                                  <a:pt x="4540113" y="2077893"/>
                                </a:lnTo>
                                <a:lnTo>
                                  <a:pt x="4541135" y="2078658"/>
                                </a:lnTo>
                                <a:lnTo>
                                  <a:pt x="4541361" y="2078658"/>
                                </a:lnTo>
                                <a:lnTo>
                                  <a:pt x="4541588" y="2078658"/>
                                </a:lnTo>
                                <a:lnTo>
                                  <a:pt x="4541815" y="2078658"/>
                                </a:lnTo>
                                <a:lnTo>
                                  <a:pt x="4541815" y="2078431"/>
                                </a:lnTo>
                                <a:lnTo>
                                  <a:pt x="4542042" y="2078658"/>
                                </a:lnTo>
                                <a:lnTo>
                                  <a:pt x="4542042" y="2078431"/>
                                </a:lnTo>
                                <a:lnTo>
                                  <a:pt x="4542322" y="2078478"/>
                                </a:lnTo>
                                <a:lnTo>
                                  <a:pt x="4541837" y="2077933"/>
                                </a:lnTo>
                                <a:lnTo>
                                  <a:pt x="4541611" y="2077706"/>
                                </a:lnTo>
                                <a:close/>
                                <a:moveTo>
                                  <a:pt x="3878333" y="2077456"/>
                                </a:moveTo>
                                <a:lnTo>
                                  <a:pt x="3878085" y="2077466"/>
                                </a:lnTo>
                                <a:lnTo>
                                  <a:pt x="3872618" y="2078148"/>
                                </a:lnTo>
                                <a:lnTo>
                                  <a:pt x="3867461" y="2079222"/>
                                </a:lnTo>
                                <a:lnTo>
                                  <a:pt x="3867464" y="2079242"/>
                                </a:lnTo>
                                <a:lnTo>
                                  <a:pt x="3864720" y="2079924"/>
                                </a:lnTo>
                                <a:lnTo>
                                  <a:pt x="3861976" y="2080832"/>
                                </a:lnTo>
                                <a:lnTo>
                                  <a:pt x="3859690" y="2081740"/>
                                </a:lnTo>
                                <a:lnTo>
                                  <a:pt x="3857403" y="2082648"/>
                                </a:lnTo>
                                <a:lnTo>
                                  <a:pt x="3855117" y="2084010"/>
                                </a:lnTo>
                                <a:lnTo>
                                  <a:pt x="3853288" y="2085144"/>
                                </a:lnTo>
                                <a:lnTo>
                                  <a:pt x="3851448" y="2086160"/>
                                </a:lnTo>
                                <a:lnTo>
                                  <a:pt x="3852943" y="2086212"/>
                                </a:lnTo>
                                <a:lnTo>
                                  <a:pt x="3852494" y="2086669"/>
                                </a:lnTo>
                                <a:lnTo>
                                  <a:pt x="3850365" y="2090392"/>
                                </a:lnTo>
                                <a:lnTo>
                                  <a:pt x="3851209" y="2090056"/>
                                </a:lnTo>
                                <a:lnTo>
                                  <a:pt x="3854140" y="2089383"/>
                                </a:lnTo>
                                <a:lnTo>
                                  <a:pt x="3857071" y="2089158"/>
                                </a:lnTo>
                                <a:lnTo>
                                  <a:pt x="3859550" y="2089383"/>
                                </a:lnTo>
                                <a:lnTo>
                                  <a:pt x="3861805" y="2089831"/>
                                </a:lnTo>
                                <a:lnTo>
                                  <a:pt x="3863834" y="2091177"/>
                                </a:lnTo>
                                <a:lnTo>
                                  <a:pt x="3865637" y="2092299"/>
                                </a:lnTo>
                                <a:lnTo>
                                  <a:pt x="3867441" y="2093869"/>
                                </a:lnTo>
                                <a:lnTo>
                                  <a:pt x="3868794" y="2096111"/>
                                </a:lnTo>
                                <a:lnTo>
                                  <a:pt x="3870074" y="2098447"/>
                                </a:lnTo>
                                <a:lnTo>
                                  <a:pt x="3869199" y="2095734"/>
                                </a:lnTo>
                                <a:lnTo>
                                  <a:pt x="3869103" y="2094996"/>
                                </a:lnTo>
                                <a:lnTo>
                                  <a:pt x="3868848" y="2094646"/>
                                </a:lnTo>
                                <a:lnTo>
                                  <a:pt x="3867522" y="2093053"/>
                                </a:lnTo>
                                <a:lnTo>
                                  <a:pt x="3865756" y="2091689"/>
                                </a:lnTo>
                                <a:lnTo>
                                  <a:pt x="3863989" y="2090324"/>
                                </a:lnTo>
                                <a:lnTo>
                                  <a:pt x="3860676" y="2088277"/>
                                </a:lnTo>
                                <a:lnTo>
                                  <a:pt x="3857804" y="2086685"/>
                                </a:lnTo>
                                <a:lnTo>
                                  <a:pt x="3856921" y="2086002"/>
                                </a:lnTo>
                                <a:lnTo>
                                  <a:pt x="3856037" y="2085320"/>
                                </a:lnTo>
                                <a:lnTo>
                                  <a:pt x="3856037" y="2084638"/>
                                </a:lnTo>
                                <a:lnTo>
                                  <a:pt x="3856921" y="2083728"/>
                                </a:lnTo>
                                <a:lnTo>
                                  <a:pt x="3858025" y="2083046"/>
                                </a:lnTo>
                                <a:lnTo>
                                  <a:pt x="3859792" y="2082136"/>
                                </a:lnTo>
                                <a:lnTo>
                                  <a:pt x="3862663" y="2081226"/>
                                </a:lnTo>
                                <a:lnTo>
                                  <a:pt x="3866418" y="2080089"/>
                                </a:lnTo>
                                <a:lnTo>
                                  <a:pt x="3867743" y="2079634"/>
                                </a:lnTo>
                                <a:lnTo>
                                  <a:pt x="3867761" y="2079744"/>
                                </a:lnTo>
                                <a:lnTo>
                                  <a:pt x="3871930" y="2078953"/>
                                </a:lnTo>
                                <a:lnTo>
                                  <a:pt x="3876938" y="2078273"/>
                                </a:lnTo>
                                <a:lnTo>
                                  <a:pt x="3879623" y="2078146"/>
                                </a:lnTo>
                                <a:lnTo>
                                  <a:pt x="3878333" y="2077456"/>
                                </a:lnTo>
                                <a:close/>
                                <a:moveTo>
                                  <a:pt x="6414245" y="2072017"/>
                                </a:moveTo>
                                <a:lnTo>
                                  <a:pt x="6417583" y="2080426"/>
                                </a:lnTo>
                                <a:lnTo>
                                  <a:pt x="6418489" y="2079974"/>
                                </a:lnTo>
                                <a:lnTo>
                                  <a:pt x="6414245" y="2072017"/>
                                </a:lnTo>
                                <a:close/>
                                <a:moveTo>
                                  <a:pt x="4070344" y="2071160"/>
                                </a:moveTo>
                                <a:lnTo>
                                  <a:pt x="4070122" y="2073598"/>
                                </a:lnTo>
                                <a:lnTo>
                                  <a:pt x="4069211" y="2075874"/>
                                </a:lnTo>
                                <a:lnTo>
                                  <a:pt x="4068072" y="2078376"/>
                                </a:lnTo>
                                <a:lnTo>
                                  <a:pt x="4066478" y="2080879"/>
                                </a:lnTo>
                                <a:lnTo>
                                  <a:pt x="4064200" y="2083154"/>
                                </a:lnTo>
                                <a:lnTo>
                                  <a:pt x="4061694" y="2085658"/>
                                </a:lnTo>
                                <a:lnTo>
                                  <a:pt x="4058960" y="2088160"/>
                                </a:lnTo>
                                <a:lnTo>
                                  <a:pt x="4055771" y="2090663"/>
                                </a:lnTo>
                                <a:lnTo>
                                  <a:pt x="4052354" y="2092939"/>
                                </a:lnTo>
                                <a:lnTo>
                                  <a:pt x="4048937" y="2095195"/>
                                </a:lnTo>
                                <a:lnTo>
                                  <a:pt x="4040964" y="2099747"/>
                                </a:lnTo>
                                <a:lnTo>
                                  <a:pt x="4032535" y="2104295"/>
                                </a:lnTo>
                                <a:lnTo>
                                  <a:pt x="4023651" y="2108390"/>
                                </a:lnTo>
                                <a:lnTo>
                                  <a:pt x="4014311" y="2112258"/>
                                </a:lnTo>
                                <a:lnTo>
                                  <a:pt x="4005426" y="2115896"/>
                                </a:lnTo>
                                <a:lnTo>
                                  <a:pt x="3996542" y="2119312"/>
                                </a:lnTo>
                                <a:lnTo>
                                  <a:pt x="3995474" y="2119732"/>
                                </a:lnTo>
                                <a:lnTo>
                                  <a:pt x="4002725" y="2117105"/>
                                </a:lnTo>
                                <a:lnTo>
                                  <a:pt x="4019501" y="2110755"/>
                                </a:lnTo>
                                <a:lnTo>
                                  <a:pt x="4034917" y="2105091"/>
                                </a:lnTo>
                                <a:lnTo>
                                  <a:pt x="4050106" y="2099881"/>
                                </a:lnTo>
                                <a:lnTo>
                                  <a:pt x="4064389" y="2095575"/>
                                </a:lnTo>
                                <a:lnTo>
                                  <a:pt x="4071416" y="2093306"/>
                                </a:lnTo>
                                <a:lnTo>
                                  <a:pt x="4078444" y="2091720"/>
                                </a:lnTo>
                                <a:lnTo>
                                  <a:pt x="4085245" y="2090133"/>
                                </a:lnTo>
                                <a:lnTo>
                                  <a:pt x="4092273" y="2089000"/>
                                </a:lnTo>
                                <a:lnTo>
                                  <a:pt x="4099301" y="2087866"/>
                                </a:lnTo>
                                <a:lnTo>
                                  <a:pt x="4106102" y="2086960"/>
                                </a:lnTo>
                                <a:lnTo>
                                  <a:pt x="4113583" y="2086507"/>
                                </a:lnTo>
                                <a:lnTo>
                                  <a:pt x="4116768" y="2086302"/>
                                </a:lnTo>
                                <a:lnTo>
                                  <a:pt x="4109159" y="2085003"/>
                                </a:lnTo>
                                <a:lnTo>
                                  <a:pt x="4100538" y="2083191"/>
                                </a:lnTo>
                                <a:lnTo>
                                  <a:pt x="4092370" y="2081377"/>
                                </a:lnTo>
                                <a:lnTo>
                                  <a:pt x="4085110" y="2079338"/>
                                </a:lnTo>
                                <a:lnTo>
                                  <a:pt x="4081934" y="2078204"/>
                                </a:lnTo>
                                <a:lnTo>
                                  <a:pt x="4078758" y="2076845"/>
                                </a:lnTo>
                                <a:lnTo>
                                  <a:pt x="4076035" y="2075485"/>
                                </a:lnTo>
                                <a:lnTo>
                                  <a:pt x="4073766" y="2073898"/>
                                </a:lnTo>
                                <a:lnTo>
                                  <a:pt x="4071725" y="2072539"/>
                                </a:lnTo>
                                <a:lnTo>
                                  <a:pt x="4070344" y="2071160"/>
                                </a:lnTo>
                                <a:close/>
                                <a:moveTo>
                                  <a:pt x="2503330" y="2065338"/>
                                </a:moveTo>
                                <a:lnTo>
                                  <a:pt x="2510789" y="2065338"/>
                                </a:lnTo>
                                <a:lnTo>
                                  <a:pt x="2518022" y="2065791"/>
                                </a:lnTo>
                                <a:lnTo>
                                  <a:pt x="2521413" y="2066244"/>
                                </a:lnTo>
                                <a:lnTo>
                                  <a:pt x="2525029" y="2066924"/>
                                </a:lnTo>
                                <a:lnTo>
                                  <a:pt x="2528420" y="2067603"/>
                                </a:lnTo>
                                <a:lnTo>
                                  <a:pt x="2531810" y="2068962"/>
                                </a:lnTo>
                                <a:lnTo>
                                  <a:pt x="2534975" y="2069868"/>
                                </a:lnTo>
                                <a:lnTo>
                                  <a:pt x="2538365" y="2071454"/>
                                </a:lnTo>
                                <a:lnTo>
                                  <a:pt x="2541530" y="2072813"/>
                                </a:lnTo>
                                <a:lnTo>
                                  <a:pt x="2544468" y="2074625"/>
                                </a:lnTo>
                                <a:lnTo>
                                  <a:pt x="2547859" y="2076211"/>
                                </a:lnTo>
                                <a:lnTo>
                                  <a:pt x="2550797" y="2077570"/>
                                </a:lnTo>
                                <a:lnTo>
                                  <a:pt x="2553510" y="2079382"/>
                                </a:lnTo>
                                <a:lnTo>
                                  <a:pt x="2555544" y="2080967"/>
                                </a:lnTo>
                                <a:lnTo>
                                  <a:pt x="2557804" y="2082780"/>
                                </a:lnTo>
                                <a:lnTo>
                                  <a:pt x="2559613" y="2084365"/>
                                </a:lnTo>
                                <a:lnTo>
                                  <a:pt x="2560743" y="2086177"/>
                                </a:lnTo>
                                <a:lnTo>
                                  <a:pt x="2561873" y="2087763"/>
                                </a:lnTo>
                                <a:lnTo>
                                  <a:pt x="2563003" y="2089802"/>
                                </a:lnTo>
                                <a:lnTo>
                                  <a:pt x="2563455" y="2091841"/>
                                </a:lnTo>
                                <a:lnTo>
                                  <a:pt x="2563907" y="2093653"/>
                                </a:lnTo>
                                <a:lnTo>
                                  <a:pt x="2563907" y="2095692"/>
                                </a:lnTo>
                                <a:lnTo>
                                  <a:pt x="2563907" y="2097503"/>
                                </a:lnTo>
                                <a:lnTo>
                                  <a:pt x="2563681" y="2099543"/>
                                </a:lnTo>
                                <a:lnTo>
                                  <a:pt x="2563229" y="2101356"/>
                                </a:lnTo>
                                <a:lnTo>
                                  <a:pt x="2562777" y="2103619"/>
                                </a:lnTo>
                                <a:lnTo>
                                  <a:pt x="2560743" y="2107697"/>
                                </a:lnTo>
                                <a:lnTo>
                                  <a:pt x="2558482" y="2111997"/>
                                </a:lnTo>
                                <a:lnTo>
                                  <a:pt x="2555544" y="2116297"/>
                                </a:lnTo>
                                <a:lnTo>
                                  <a:pt x="2552606" y="2120605"/>
                                </a:lnTo>
                                <a:lnTo>
                                  <a:pt x="2549215" y="2125366"/>
                                </a:lnTo>
                                <a:lnTo>
                                  <a:pt x="2545146" y="2129672"/>
                                </a:lnTo>
                                <a:lnTo>
                                  <a:pt x="2537687" y="2138505"/>
                                </a:lnTo>
                                <a:lnTo>
                                  <a:pt x="2533845" y="2143256"/>
                                </a:lnTo>
                                <a:lnTo>
                                  <a:pt x="2530228" y="2147557"/>
                                </a:lnTo>
                                <a:lnTo>
                                  <a:pt x="2526838" y="2152325"/>
                                </a:lnTo>
                                <a:lnTo>
                                  <a:pt x="2523899" y="2156622"/>
                                </a:lnTo>
                                <a:lnTo>
                                  <a:pt x="2521413" y="2160926"/>
                                </a:lnTo>
                                <a:lnTo>
                                  <a:pt x="2519378" y="2165234"/>
                                </a:lnTo>
                                <a:lnTo>
                                  <a:pt x="2518474" y="2167501"/>
                                </a:lnTo>
                                <a:lnTo>
                                  <a:pt x="2518022" y="2169761"/>
                                </a:lnTo>
                                <a:lnTo>
                                  <a:pt x="2517570" y="2171797"/>
                                </a:lnTo>
                                <a:lnTo>
                                  <a:pt x="2517344" y="2173837"/>
                                </a:lnTo>
                                <a:lnTo>
                                  <a:pt x="2517344" y="2176101"/>
                                </a:lnTo>
                                <a:lnTo>
                                  <a:pt x="2517570" y="2177911"/>
                                </a:lnTo>
                                <a:lnTo>
                                  <a:pt x="2518022" y="2180179"/>
                                </a:lnTo>
                                <a:lnTo>
                                  <a:pt x="2518474" y="2181988"/>
                                </a:lnTo>
                                <a:lnTo>
                                  <a:pt x="2519604" y="2184030"/>
                                </a:lnTo>
                                <a:lnTo>
                                  <a:pt x="2520735" y="2186067"/>
                                </a:lnTo>
                                <a:lnTo>
                                  <a:pt x="2522317" y="2187885"/>
                                </a:lnTo>
                                <a:lnTo>
                                  <a:pt x="2523899" y="2189922"/>
                                </a:lnTo>
                                <a:lnTo>
                                  <a:pt x="2526159" y="2191503"/>
                                </a:lnTo>
                                <a:lnTo>
                                  <a:pt x="2528194" y="2193540"/>
                                </a:lnTo>
                                <a:lnTo>
                                  <a:pt x="2531132" y="2195124"/>
                                </a:lnTo>
                                <a:lnTo>
                                  <a:pt x="2534071" y="2196941"/>
                                </a:lnTo>
                                <a:lnTo>
                                  <a:pt x="2537461" y="2198525"/>
                                </a:lnTo>
                                <a:lnTo>
                                  <a:pt x="2541078" y="2200336"/>
                                </a:lnTo>
                                <a:lnTo>
                                  <a:pt x="2545146" y="2201924"/>
                                </a:lnTo>
                                <a:lnTo>
                                  <a:pt x="2549667" y="2203506"/>
                                </a:lnTo>
                                <a:lnTo>
                                  <a:pt x="2565490" y="2195124"/>
                                </a:lnTo>
                                <a:lnTo>
                                  <a:pt x="2572723" y="2210981"/>
                                </a:lnTo>
                                <a:lnTo>
                                  <a:pt x="2570010" y="2214156"/>
                                </a:lnTo>
                                <a:lnTo>
                                  <a:pt x="2588457" y="2217759"/>
                                </a:lnTo>
                                <a:lnTo>
                                  <a:pt x="2588557" y="2215305"/>
                                </a:lnTo>
                                <a:lnTo>
                                  <a:pt x="2595362" y="2218475"/>
                                </a:lnTo>
                                <a:lnTo>
                                  <a:pt x="2602394" y="2220972"/>
                                </a:lnTo>
                                <a:lnTo>
                                  <a:pt x="2608972" y="2223240"/>
                                </a:lnTo>
                                <a:lnTo>
                                  <a:pt x="2615778" y="2224596"/>
                                </a:lnTo>
                                <a:lnTo>
                                  <a:pt x="2622356" y="2226189"/>
                                </a:lnTo>
                                <a:lnTo>
                                  <a:pt x="2628707" y="2227087"/>
                                </a:lnTo>
                                <a:lnTo>
                                  <a:pt x="2635286" y="2227544"/>
                                </a:lnTo>
                                <a:lnTo>
                                  <a:pt x="2641864" y="2227997"/>
                                </a:lnTo>
                                <a:lnTo>
                                  <a:pt x="2648443" y="2227997"/>
                                </a:lnTo>
                                <a:lnTo>
                                  <a:pt x="2655021" y="2227768"/>
                                </a:lnTo>
                                <a:lnTo>
                                  <a:pt x="2661599" y="2227544"/>
                                </a:lnTo>
                                <a:lnTo>
                                  <a:pt x="2668405" y="2227087"/>
                                </a:lnTo>
                                <a:lnTo>
                                  <a:pt x="2682469" y="2225505"/>
                                </a:lnTo>
                                <a:lnTo>
                                  <a:pt x="2696986" y="2224147"/>
                                </a:lnTo>
                                <a:lnTo>
                                  <a:pt x="2703111" y="2223469"/>
                                </a:lnTo>
                                <a:lnTo>
                                  <a:pt x="2708782" y="2223013"/>
                                </a:lnTo>
                                <a:lnTo>
                                  <a:pt x="2713999" y="2223013"/>
                                </a:lnTo>
                                <a:lnTo>
                                  <a:pt x="2719217" y="2222789"/>
                                </a:lnTo>
                                <a:lnTo>
                                  <a:pt x="2723754" y="2223013"/>
                                </a:lnTo>
                                <a:lnTo>
                                  <a:pt x="2728517" y="2223240"/>
                                </a:lnTo>
                                <a:lnTo>
                                  <a:pt x="2732600" y="2223695"/>
                                </a:lnTo>
                                <a:lnTo>
                                  <a:pt x="2736683" y="2224369"/>
                                </a:lnTo>
                                <a:lnTo>
                                  <a:pt x="2740313" y="2225053"/>
                                </a:lnTo>
                                <a:lnTo>
                                  <a:pt x="2743942" y="2226189"/>
                                </a:lnTo>
                                <a:lnTo>
                                  <a:pt x="2747345" y="2227316"/>
                                </a:lnTo>
                                <a:lnTo>
                                  <a:pt x="2750521" y="2228449"/>
                                </a:lnTo>
                                <a:lnTo>
                                  <a:pt x="2753697" y="2230028"/>
                                </a:lnTo>
                                <a:lnTo>
                                  <a:pt x="2756645" y="2231386"/>
                                </a:lnTo>
                                <a:lnTo>
                                  <a:pt x="2759368" y="2233197"/>
                                </a:lnTo>
                                <a:lnTo>
                                  <a:pt x="2762090" y="2235007"/>
                                </a:lnTo>
                                <a:lnTo>
                                  <a:pt x="2764585" y="2237044"/>
                                </a:lnTo>
                                <a:lnTo>
                                  <a:pt x="2767080" y="2239083"/>
                                </a:lnTo>
                                <a:lnTo>
                                  <a:pt x="2772071" y="2243837"/>
                                </a:lnTo>
                                <a:lnTo>
                                  <a:pt x="2776607" y="2248598"/>
                                </a:lnTo>
                                <a:lnTo>
                                  <a:pt x="2781144" y="2254293"/>
                                </a:lnTo>
                                <a:lnTo>
                                  <a:pt x="2791125" y="2266559"/>
                                </a:lnTo>
                                <a:lnTo>
                                  <a:pt x="2796569" y="2272910"/>
                                </a:lnTo>
                                <a:lnTo>
                                  <a:pt x="2802467" y="2280162"/>
                                </a:lnTo>
                                <a:lnTo>
                                  <a:pt x="2805870" y="2283331"/>
                                </a:lnTo>
                                <a:lnTo>
                                  <a:pt x="2809272" y="2286055"/>
                                </a:lnTo>
                                <a:lnTo>
                                  <a:pt x="2812675" y="2288772"/>
                                </a:lnTo>
                                <a:lnTo>
                                  <a:pt x="2816531" y="2291041"/>
                                </a:lnTo>
                                <a:lnTo>
                                  <a:pt x="2820388" y="2293079"/>
                                </a:lnTo>
                                <a:lnTo>
                                  <a:pt x="2824471" y="2294670"/>
                                </a:lnTo>
                                <a:lnTo>
                                  <a:pt x="2828554" y="2296026"/>
                                </a:lnTo>
                                <a:lnTo>
                                  <a:pt x="2833091" y="2297389"/>
                                </a:lnTo>
                                <a:lnTo>
                                  <a:pt x="2837628" y="2298295"/>
                                </a:lnTo>
                                <a:lnTo>
                                  <a:pt x="2842164" y="2298975"/>
                                </a:lnTo>
                                <a:lnTo>
                                  <a:pt x="2846928" y="2299426"/>
                                </a:lnTo>
                                <a:lnTo>
                                  <a:pt x="2851465" y="2299882"/>
                                </a:lnTo>
                                <a:lnTo>
                                  <a:pt x="2861219" y="2300563"/>
                                </a:lnTo>
                                <a:lnTo>
                                  <a:pt x="2871200" y="2300787"/>
                                </a:lnTo>
                                <a:lnTo>
                                  <a:pt x="2891162" y="2300787"/>
                                </a:lnTo>
                                <a:lnTo>
                                  <a:pt x="2901143" y="2301017"/>
                                </a:lnTo>
                                <a:lnTo>
                                  <a:pt x="2910897" y="2301467"/>
                                </a:lnTo>
                                <a:lnTo>
                                  <a:pt x="2915661" y="2302147"/>
                                </a:lnTo>
                                <a:lnTo>
                                  <a:pt x="2920197" y="2302600"/>
                                </a:lnTo>
                                <a:lnTo>
                                  <a:pt x="2924961" y="2303732"/>
                                </a:lnTo>
                                <a:lnTo>
                                  <a:pt x="2929271" y="2304874"/>
                                </a:lnTo>
                                <a:lnTo>
                                  <a:pt x="2933582" y="2306005"/>
                                </a:lnTo>
                                <a:lnTo>
                                  <a:pt x="2938118" y="2307812"/>
                                </a:lnTo>
                                <a:lnTo>
                                  <a:pt x="2942201" y="2309404"/>
                                </a:lnTo>
                                <a:lnTo>
                                  <a:pt x="2946058" y="2311665"/>
                                </a:lnTo>
                                <a:lnTo>
                                  <a:pt x="2949007" y="2313253"/>
                                </a:lnTo>
                                <a:lnTo>
                                  <a:pt x="2952182" y="2315071"/>
                                </a:lnTo>
                                <a:lnTo>
                                  <a:pt x="2955812" y="2316427"/>
                                </a:lnTo>
                                <a:lnTo>
                                  <a:pt x="2959668" y="2318014"/>
                                </a:lnTo>
                                <a:lnTo>
                                  <a:pt x="2963524" y="2319146"/>
                                </a:lnTo>
                                <a:lnTo>
                                  <a:pt x="2968061" y="2320504"/>
                                </a:lnTo>
                                <a:lnTo>
                                  <a:pt x="2972371" y="2321638"/>
                                </a:lnTo>
                                <a:lnTo>
                                  <a:pt x="2976908" y="2322546"/>
                                </a:lnTo>
                                <a:lnTo>
                                  <a:pt x="2981672" y="2323453"/>
                                </a:lnTo>
                                <a:lnTo>
                                  <a:pt x="2986435" y="2324363"/>
                                </a:lnTo>
                                <a:lnTo>
                                  <a:pt x="2991199" y="2324815"/>
                                </a:lnTo>
                                <a:lnTo>
                                  <a:pt x="2996189" y="2325268"/>
                                </a:lnTo>
                                <a:lnTo>
                                  <a:pt x="3000953" y="2325499"/>
                                </a:lnTo>
                                <a:lnTo>
                                  <a:pt x="3005717" y="2325499"/>
                                </a:lnTo>
                                <a:lnTo>
                                  <a:pt x="3010480" y="2325268"/>
                                </a:lnTo>
                                <a:lnTo>
                                  <a:pt x="3015244" y="2324815"/>
                                </a:lnTo>
                                <a:lnTo>
                                  <a:pt x="3019554" y="2324139"/>
                                </a:lnTo>
                                <a:lnTo>
                                  <a:pt x="3023864" y="2323000"/>
                                </a:lnTo>
                                <a:lnTo>
                                  <a:pt x="3027947" y="2321866"/>
                                </a:lnTo>
                                <a:lnTo>
                                  <a:pt x="3032030" y="2320504"/>
                                </a:lnTo>
                                <a:lnTo>
                                  <a:pt x="3035660" y="2318465"/>
                                </a:lnTo>
                                <a:lnTo>
                                  <a:pt x="3039062" y="2316198"/>
                                </a:lnTo>
                                <a:lnTo>
                                  <a:pt x="3042238" y="2313930"/>
                                </a:lnTo>
                                <a:lnTo>
                                  <a:pt x="3044733" y="2311213"/>
                                </a:lnTo>
                                <a:lnTo>
                                  <a:pt x="3047002" y="2308041"/>
                                </a:lnTo>
                                <a:lnTo>
                                  <a:pt x="3049043" y="2304419"/>
                                </a:lnTo>
                                <a:lnTo>
                                  <a:pt x="3050404" y="2300563"/>
                                </a:lnTo>
                                <a:lnTo>
                                  <a:pt x="3051312" y="2296257"/>
                                </a:lnTo>
                                <a:lnTo>
                                  <a:pt x="3051539" y="2291723"/>
                                </a:lnTo>
                                <a:lnTo>
                                  <a:pt x="3051539" y="2286732"/>
                                </a:lnTo>
                                <a:lnTo>
                                  <a:pt x="3050858" y="2281069"/>
                                </a:lnTo>
                                <a:lnTo>
                                  <a:pt x="3049724" y="2274946"/>
                                </a:lnTo>
                                <a:lnTo>
                                  <a:pt x="3048590" y="2270639"/>
                                </a:lnTo>
                                <a:lnTo>
                                  <a:pt x="3047682" y="2266559"/>
                                </a:lnTo>
                                <a:lnTo>
                                  <a:pt x="3047002" y="2262256"/>
                                </a:lnTo>
                                <a:lnTo>
                                  <a:pt x="3046548" y="2257936"/>
                                </a:lnTo>
                                <a:lnTo>
                                  <a:pt x="3046321" y="2253837"/>
                                </a:lnTo>
                                <a:lnTo>
                                  <a:pt x="3046094" y="2249967"/>
                                </a:lnTo>
                                <a:lnTo>
                                  <a:pt x="3046094" y="2245642"/>
                                </a:lnTo>
                                <a:lnTo>
                                  <a:pt x="3046321" y="2241798"/>
                                </a:lnTo>
                                <a:lnTo>
                                  <a:pt x="3046548" y="2237951"/>
                                </a:lnTo>
                                <a:lnTo>
                                  <a:pt x="3047002" y="2234105"/>
                                </a:lnTo>
                                <a:lnTo>
                                  <a:pt x="3047682" y="2230259"/>
                                </a:lnTo>
                                <a:lnTo>
                                  <a:pt x="3048363" y="2226635"/>
                                </a:lnTo>
                                <a:lnTo>
                                  <a:pt x="3049497" y="2223013"/>
                                </a:lnTo>
                                <a:lnTo>
                                  <a:pt x="3050631" y="2219383"/>
                                </a:lnTo>
                                <a:lnTo>
                                  <a:pt x="3051765" y="2215984"/>
                                </a:lnTo>
                                <a:lnTo>
                                  <a:pt x="3053126" y="2212581"/>
                                </a:lnTo>
                                <a:lnTo>
                                  <a:pt x="3054487" y="2209180"/>
                                </a:lnTo>
                                <a:lnTo>
                                  <a:pt x="3056302" y="2205777"/>
                                </a:lnTo>
                                <a:lnTo>
                                  <a:pt x="3057890" y="2202608"/>
                                </a:lnTo>
                                <a:lnTo>
                                  <a:pt x="3059932" y="2199437"/>
                                </a:lnTo>
                                <a:lnTo>
                                  <a:pt x="3063788" y="2193540"/>
                                </a:lnTo>
                                <a:lnTo>
                                  <a:pt x="3068325" y="2187884"/>
                                </a:lnTo>
                                <a:lnTo>
                                  <a:pt x="3073315" y="2182662"/>
                                </a:lnTo>
                                <a:lnTo>
                                  <a:pt x="3078533" y="2177674"/>
                                </a:lnTo>
                                <a:lnTo>
                                  <a:pt x="3084204" y="2173370"/>
                                </a:lnTo>
                                <a:lnTo>
                                  <a:pt x="3090101" y="2169520"/>
                                </a:lnTo>
                                <a:lnTo>
                                  <a:pt x="3096453" y="2166117"/>
                                </a:lnTo>
                                <a:lnTo>
                                  <a:pt x="3103031" y="2162937"/>
                                </a:lnTo>
                                <a:lnTo>
                                  <a:pt x="3109383" y="2160445"/>
                                </a:lnTo>
                                <a:lnTo>
                                  <a:pt x="3116642" y="2158634"/>
                                </a:lnTo>
                                <a:lnTo>
                                  <a:pt x="3123674" y="2157046"/>
                                </a:lnTo>
                                <a:lnTo>
                                  <a:pt x="3130933" y="2156139"/>
                                </a:lnTo>
                                <a:lnTo>
                                  <a:pt x="3134562" y="2155913"/>
                                </a:lnTo>
                                <a:lnTo>
                                  <a:pt x="3138418" y="2155913"/>
                                </a:lnTo>
                                <a:lnTo>
                                  <a:pt x="3142048" y="2155913"/>
                                </a:lnTo>
                                <a:lnTo>
                                  <a:pt x="3145677" y="2156139"/>
                                </a:lnTo>
                                <a:lnTo>
                                  <a:pt x="3149534" y="2156591"/>
                                </a:lnTo>
                                <a:lnTo>
                                  <a:pt x="3153163" y="2157046"/>
                                </a:lnTo>
                                <a:lnTo>
                                  <a:pt x="3157246" y="2157726"/>
                                </a:lnTo>
                                <a:lnTo>
                                  <a:pt x="3161102" y="2158634"/>
                                </a:lnTo>
                                <a:lnTo>
                                  <a:pt x="3164732" y="2159539"/>
                                </a:lnTo>
                                <a:lnTo>
                                  <a:pt x="3168588" y="2160671"/>
                                </a:lnTo>
                                <a:lnTo>
                                  <a:pt x="3172218" y="2162257"/>
                                </a:lnTo>
                                <a:lnTo>
                                  <a:pt x="3176074" y="2163624"/>
                                </a:lnTo>
                                <a:lnTo>
                                  <a:pt x="3179703" y="2165437"/>
                                </a:lnTo>
                                <a:lnTo>
                                  <a:pt x="3183333" y="2167252"/>
                                </a:lnTo>
                                <a:lnTo>
                                  <a:pt x="3187189" y="2169289"/>
                                </a:lnTo>
                                <a:lnTo>
                                  <a:pt x="3191045" y="2171326"/>
                                </a:lnTo>
                                <a:lnTo>
                                  <a:pt x="3194675" y="2173821"/>
                                </a:lnTo>
                                <a:lnTo>
                                  <a:pt x="3198304" y="2176540"/>
                                </a:lnTo>
                                <a:lnTo>
                                  <a:pt x="3201934" y="2179262"/>
                                </a:lnTo>
                                <a:lnTo>
                                  <a:pt x="3205336" y="2182210"/>
                                </a:lnTo>
                                <a:lnTo>
                                  <a:pt x="3208058" y="2184250"/>
                                </a:lnTo>
                                <a:lnTo>
                                  <a:pt x="3210781" y="2186286"/>
                                </a:lnTo>
                                <a:lnTo>
                                  <a:pt x="3213729" y="2187884"/>
                                </a:lnTo>
                                <a:lnTo>
                                  <a:pt x="3216678" y="2189465"/>
                                </a:lnTo>
                                <a:lnTo>
                                  <a:pt x="3219854" y="2190600"/>
                                </a:lnTo>
                                <a:lnTo>
                                  <a:pt x="3223030" y="2191727"/>
                                </a:lnTo>
                                <a:lnTo>
                                  <a:pt x="3226206" y="2192631"/>
                                </a:lnTo>
                                <a:lnTo>
                                  <a:pt x="3229608" y="2193540"/>
                                </a:lnTo>
                                <a:lnTo>
                                  <a:pt x="3236414" y="2194450"/>
                                </a:lnTo>
                                <a:lnTo>
                                  <a:pt x="3243446" y="2195124"/>
                                </a:lnTo>
                                <a:lnTo>
                                  <a:pt x="3250478" y="2195579"/>
                                </a:lnTo>
                                <a:lnTo>
                                  <a:pt x="3257510" y="2195804"/>
                                </a:lnTo>
                                <a:lnTo>
                                  <a:pt x="3272027" y="2196035"/>
                                </a:lnTo>
                                <a:lnTo>
                                  <a:pt x="3279060" y="2196260"/>
                                </a:lnTo>
                                <a:lnTo>
                                  <a:pt x="3286092" y="2196717"/>
                                </a:lnTo>
                                <a:lnTo>
                                  <a:pt x="3292897" y="2197852"/>
                                </a:lnTo>
                                <a:lnTo>
                                  <a:pt x="3296073" y="2198528"/>
                                </a:lnTo>
                                <a:lnTo>
                                  <a:pt x="3299248" y="2199437"/>
                                </a:lnTo>
                                <a:lnTo>
                                  <a:pt x="3302424" y="2200341"/>
                                </a:lnTo>
                                <a:lnTo>
                                  <a:pt x="3305373" y="2201477"/>
                                </a:lnTo>
                                <a:lnTo>
                                  <a:pt x="3308322" y="2203061"/>
                                </a:lnTo>
                                <a:lnTo>
                                  <a:pt x="3311044" y="2204420"/>
                                </a:lnTo>
                                <a:lnTo>
                                  <a:pt x="3311725" y="2205099"/>
                                </a:lnTo>
                                <a:lnTo>
                                  <a:pt x="3311951" y="2206235"/>
                                </a:lnTo>
                                <a:lnTo>
                                  <a:pt x="3312178" y="2207362"/>
                                </a:lnTo>
                                <a:lnTo>
                                  <a:pt x="3312632" y="2209180"/>
                                </a:lnTo>
                                <a:lnTo>
                                  <a:pt x="3312859" y="2213264"/>
                                </a:lnTo>
                                <a:lnTo>
                                  <a:pt x="3312632" y="2218248"/>
                                </a:lnTo>
                                <a:lnTo>
                                  <a:pt x="3312616" y="2218390"/>
                                </a:lnTo>
                                <a:lnTo>
                                  <a:pt x="3313349" y="2217840"/>
                                </a:lnTo>
                                <a:lnTo>
                                  <a:pt x="3314938" y="2216931"/>
                                </a:lnTo>
                                <a:lnTo>
                                  <a:pt x="3316981" y="2216478"/>
                                </a:lnTo>
                                <a:lnTo>
                                  <a:pt x="3318797" y="2216254"/>
                                </a:lnTo>
                                <a:lnTo>
                                  <a:pt x="3321067" y="2216254"/>
                                </a:lnTo>
                                <a:lnTo>
                                  <a:pt x="3323564" y="2216931"/>
                                </a:lnTo>
                                <a:lnTo>
                                  <a:pt x="3341044" y="2217385"/>
                                </a:lnTo>
                                <a:lnTo>
                                  <a:pt x="3358750" y="2217613"/>
                                </a:lnTo>
                                <a:lnTo>
                                  <a:pt x="3376910" y="2217613"/>
                                </a:lnTo>
                                <a:lnTo>
                                  <a:pt x="3394843" y="2217385"/>
                                </a:lnTo>
                                <a:lnTo>
                                  <a:pt x="3431163" y="2216931"/>
                                </a:lnTo>
                                <a:lnTo>
                                  <a:pt x="3449096" y="2216705"/>
                                </a:lnTo>
                                <a:lnTo>
                                  <a:pt x="3466803" y="2216931"/>
                                </a:lnTo>
                                <a:lnTo>
                                  <a:pt x="3471797" y="2219882"/>
                                </a:lnTo>
                                <a:lnTo>
                                  <a:pt x="3476564" y="2222378"/>
                                </a:lnTo>
                                <a:lnTo>
                                  <a:pt x="3481558" y="2224420"/>
                                </a:lnTo>
                                <a:lnTo>
                                  <a:pt x="3486098" y="2226235"/>
                                </a:lnTo>
                                <a:lnTo>
                                  <a:pt x="3490638" y="2227598"/>
                                </a:lnTo>
                                <a:lnTo>
                                  <a:pt x="3495178" y="2228504"/>
                                </a:lnTo>
                                <a:lnTo>
                                  <a:pt x="3499718" y="2229413"/>
                                </a:lnTo>
                                <a:lnTo>
                                  <a:pt x="3504031" y="2229641"/>
                                </a:lnTo>
                                <a:lnTo>
                                  <a:pt x="3508571" y="2229866"/>
                                </a:lnTo>
                                <a:lnTo>
                                  <a:pt x="3512884" y="2229641"/>
                                </a:lnTo>
                                <a:lnTo>
                                  <a:pt x="3516970" y="2229185"/>
                                </a:lnTo>
                                <a:lnTo>
                                  <a:pt x="3521283" y="2228276"/>
                                </a:lnTo>
                                <a:lnTo>
                                  <a:pt x="3525596" y="2227371"/>
                                </a:lnTo>
                                <a:lnTo>
                                  <a:pt x="3529682" y="2226461"/>
                                </a:lnTo>
                                <a:lnTo>
                                  <a:pt x="3533541" y="2225097"/>
                                </a:lnTo>
                                <a:lnTo>
                                  <a:pt x="3537627" y="2223740"/>
                                </a:lnTo>
                                <a:lnTo>
                                  <a:pt x="3545799" y="2220337"/>
                                </a:lnTo>
                                <a:lnTo>
                                  <a:pt x="3553517" y="2216705"/>
                                </a:lnTo>
                                <a:lnTo>
                                  <a:pt x="3561008" y="2212851"/>
                                </a:lnTo>
                                <a:lnTo>
                                  <a:pt x="3568499" y="2208989"/>
                                </a:lnTo>
                                <a:lnTo>
                                  <a:pt x="3575764" y="2204904"/>
                                </a:lnTo>
                                <a:lnTo>
                                  <a:pt x="3583255" y="2201050"/>
                                </a:lnTo>
                                <a:lnTo>
                                  <a:pt x="3590292" y="2197872"/>
                                </a:lnTo>
                                <a:lnTo>
                                  <a:pt x="3597329" y="2195373"/>
                                </a:lnTo>
                                <a:lnTo>
                                  <a:pt x="3593470" y="2194241"/>
                                </a:lnTo>
                                <a:lnTo>
                                  <a:pt x="3593243" y="2194241"/>
                                </a:lnTo>
                                <a:lnTo>
                                  <a:pt x="3592108" y="2194466"/>
                                </a:lnTo>
                                <a:lnTo>
                                  <a:pt x="3602777" y="2180626"/>
                                </a:lnTo>
                                <a:lnTo>
                                  <a:pt x="3626158" y="2174272"/>
                                </a:lnTo>
                                <a:lnTo>
                                  <a:pt x="3615262" y="2184485"/>
                                </a:lnTo>
                                <a:lnTo>
                                  <a:pt x="3622526" y="2181078"/>
                                </a:lnTo>
                                <a:lnTo>
                                  <a:pt x="3625931" y="2179717"/>
                                </a:lnTo>
                                <a:lnTo>
                                  <a:pt x="3628882" y="2178356"/>
                                </a:lnTo>
                                <a:lnTo>
                                  <a:pt x="3631152" y="2176543"/>
                                </a:lnTo>
                                <a:lnTo>
                                  <a:pt x="3632060" y="2175637"/>
                                </a:lnTo>
                                <a:lnTo>
                                  <a:pt x="3632741" y="2174501"/>
                                </a:lnTo>
                                <a:lnTo>
                                  <a:pt x="3633195" y="2173593"/>
                                </a:lnTo>
                                <a:lnTo>
                                  <a:pt x="3633649" y="2172684"/>
                                </a:lnTo>
                                <a:lnTo>
                                  <a:pt x="3633649" y="2171777"/>
                                </a:lnTo>
                                <a:lnTo>
                                  <a:pt x="3633649" y="2170420"/>
                                </a:lnTo>
                                <a:lnTo>
                                  <a:pt x="3685178" y="2167239"/>
                                </a:lnTo>
                                <a:lnTo>
                                  <a:pt x="3689037" y="2169058"/>
                                </a:lnTo>
                                <a:lnTo>
                                  <a:pt x="3692670" y="2171099"/>
                                </a:lnTo>
                                <a:lnTo>
                                  <a:pt x="3695250" y="2173159"/>
                                </a:lnTo>
                                <a:lnTo>
                                  <a:pt x="3693578" y="2172233"/>
                                </a:lnTo>
                                <a:lnTo>
                                  <a:pt x="3691534" y="2171099"/>
                                </a:lnTo>
                                <a:lnTo>
                                  <a:pt x="3689264" y="2170646"/>
                                </a:lnTo>
                                <a:lnTo>
                                  <a:pt x="3686994" y="2170420"/>
                                </a:lnTo>
                                <a:lnTo>
                                  <a:pt x="3684951" y="2170646"/>
                                </a:lnTo>
                                <a:lnTo>
                                  <a:pt x="3682454" y="2171099"/>
                                </a:lnTo>
                                <a:lnTo>
                                  <a:pt x="3682681" y="2175412"/>
                                </a:lnTo>
                                <a:lnTo>
                                  <a:pt x="3683135" y="2177224"/>
                                </a:lnTo>
                                <a:lnTo>
                                  <a:pt x="3683589" y="2178808"/>
                                </a:lnTo>
                                <a:lnTo>
                                  <a:pt x="3684270" y="2180172"/>
                                </a:lnTo>
                                <a:lnTo>
                                  <a:pt x="3684951" y="2181305"/>
                                </a:lnTo>
                                <a:lnTo>
                                  <a:pt x="3685632" y="2182670"/>
                                </a:lnTo>
                                <a:lnTo>
                                  <a:pt x="3686313" y="2183347"/>
                                </a:lnTo>
                                <a:lnTo>
                                  <a:pt x="3688129" y="2184713"/>
                                </a:lnTo>
                                <a:lnTo>
                                  <a:pt x="3689945" y="2185845"/>
                                </a:lnTo>
                                <a:lnTo>
                                  <a:pt x="3692215" y="2186529"/>
                                </a:lnTo>
                                <a:lnTo>
                                  <a:pt x="3694486" y="2186529"/>
                                </a:lnTo>
                                <a:lnTo>
                                  <a:pt x="3696756" y="2186529"/>
                                </a:lnTo>
                                <a:lnTo>
                                  <a:pt x="3699026" y="2186299"/>
                                </a:lnTo>
                                <a:lnTo>
                                  <a:pt x="3703339" y="2185393"/>
                                </a:lnTo>
                                <a:lnTo>
                                  <a:pt x="3706971" y="2184485"/>
                                </a:lnTo>
                                <a:lnTo>
                                  <a:pt x="3708333" y="2184256"/>
                                </a:lnTo>
                                <a:lnTo>
                                  <a:pt x="3709241" y="2184256"/>
                                </a:lnTo>
                                <a:lnTo>
                                  <a:pt x="3708106" y="2179948"/>
                                </a:lnTo>
                                <a:lnTo>
                                  <a:pt x="3704020" y="2178585"/>
                                </a:lnTo>
                                <a:lnTo>
                                  <a:pt x="3709695" y="2179269"/>
                                </a:lnTo>
                                <a:lnTo>
                                  <a:pt x="3716732" y="2179948"/>
                                </a:lnTo>
                                <a:lnTo>
                                  <a:pt x="3732849" y="2181762"/>
                                </a:lnTo>
                                <a:lnTo>
                                  <a:pt x="3748058" y="2183347"/>
                                </a:lnTo>
                                <a:lnTo>
                                  <a:pt x="3754187" y="2184256"/>
                                </a:lnTo>
                                <a:lnTo>
                                  <a:pt x="3758727" y="2185166"/>
                                </a:lnTo>
                                <a:lnTo>
                                  <a:pt x="3772347" y="2180172"/>
                                </a:lnTo>
                                <a:lnTo>
                                  <a:pt x="3785740" y="2174501"/>
                                </a:lnTo>
                                <a:lnTo>
                                  <a:pt x="3798679" y="2168605"/>
                                </a:lnTo>
                                <a:lnTo>
                                  <a:pt x="3811846" y="2162243"/>
                                </a:lnTo>
                                <a:lnTo>
                                  <a:pt x="3821834" y="2211486"/>
                                </a:lnTo>
                                <a:lnTo>
                                  <a:pt x="3831822" y="2260993"/>
                                </a:lnTo>
                                <a:lnTo>
                                  <a:pt x="3851344" y="2359685"/>
                                </a:lnTo>
                                <a:lnTo>
                                  <a:pt x="3850209" y="2359232"/>
                                </a:lnTo>
                                <a:lnTo>
                                  <a:pt x="3801176" y="2326776"/>
                                </a:lnTo>
                                <a:lnTo>
                                  <a:pt x="3743064" y="2248677"/>
                                </a:lnTo>
                                <a:lnTo>
                                  <a:pt x="3742156" y="2250733"/>
                                </a:lnTo>
                                <a:lnTo>
                                  <a:pt x="3740794" y="2252783"/>
                                </a:lnTo>
                                <a:lnTo>
                                  <a:pt x="3740113" y="2254615"/>
                                </a:lnTo>
                                <a:lnTo>
                                  <a:pt x="3739432" y="2256659"/>
                                </a:lnTo>
                                <a:lnTo>
                                  <a:pt x="3738978" y="2258478"/>
                                </a:lnTo>
                                <a:lnTo>
                                  <a:pt x="3738751" y="2260766"/>
                                </a:lnTo>
                                <a:lnTo>
                                  <a:pt x="3738524" y="2262574"/>
                                </a:lnTo>
                                <a:lnTo>
                                  <a:pt x="3738524" y="2264617"/>
                                </a:lnTo>
                                <a:lnTo>
                                  <a:pt x="3738751" y="2268700"/>
                                </a:lnTo>
                                <a:lnTo>
                                  <a:pt x="3739659" y="2272784"/>
                                </a:lnTo>
                                <a:lnTo>
                                  <a:pt x="3740794" y="2277097"/>
                                </a:lnTo>
                                <a:lnTo>
                                  <a:pt x="3742837" y="2281177"/>
                                </a:lnTo>
                                <a:lnTo>
                                  <a:pt x="3744880" y="2285261"/>
                                </a:lnTo>
                                <a:lnTo>
                                  <a:pt x="3747604" y="2289340"/>
                                </a:lnTo>
                                <a:lnTo>
                                  <a:pt x="3750555" y="2293652"/>
                                </a:lnTo>
                                <a:lnTo>
                                  <a:pt x="3753733" y="2297511"/>
                                </a:lnTo>
                                <a:lnTo>
                                  <a:pt x="3757365" y="2301594"/>
                                </a:lnTo>
                                <a:lnTo>
                                  <a:pt x="3760997" y="2305681"/>
                                </a:lnTo>
                                <a:lnTo>
                                  <a:pt x="3765083" y="2309764"/>
                                </a:lnTo>
                                <a:lnTo>
                                  <a:pt x="3769396" y="2313846"/>
                                </a:lnTo>
                                <a:lnTo>
                                  <a:pt x="3778022" y="2321784"/>
                                </a:lnTo>
                                <a:lnTo>
                                  <a:pt x="3786875" y="2329272"/>
                                </a:lnTo>
                                <a:lnTo>
                                  <a:pt x="3804354" y="2344252"/>
                                </a:lnTo>
                                <a:lnTo>
                                  <a:pt x="3812073" y="2351065"/>
                                </a:lnTo>
                                <a:lnTo>
                                  <a:pt x="3819110" y="2357191"/>
                                </a:lnTo>
                                <a:lnTo>
                                  <a:pt x="3822288" y="2360366"/>
                                </a:lnTo>
                                <a:lnTo>
                                  <a:pt x="3825012" y="2363317"/>
                                </a:lnTo>
                                <a:lnTo>
                                  <a:pt x="3827282" y="2366040"/>
                                </a:lnTo>
                                <a:lnTo>
                                  <a:pt x="3829098" y="2368763"/>
                                </a:lnTo>
                                <a:lnTo>
                                  <a:pt x="3825920" y="2367401"/>
                                </a:lnTo>
                                <a:lnTo>
                                  <a:pt x="3829779" y="2370577"/>
                                </a:lnTo>
                                <a:lnTo>
                                  <a:pt x="3833184" y="2373982"/>
                                </a:lnTo>
                                <a:lnTo>
                                  <a:pt x="3836589" y="2377615"/>
                                </a:lnTo>
                                <a:lnTo>
                                  <a:pt x="3839994" y="2381697"/>
                                </a:lnTo>
                                <a:lnTo>
                                  <a:pt x="3842945" y="2385559"/>
                                </a:lnTo>
                                <a:lnTo>
                                  <a:pt x="3846123" y="2389646"/>
                                </a:lnTo>
                                <a:lnTo>
                                  <a:pt x="3849074" y="2393724"/>
                                </a:lnTo>
                                <a:lnTo>
                                  <a:pt x="3852025" y="2398267"/>
                                </a:lnTo>
                                <a:lnTo>
                                  <a:pt x="3854749" y="2402803"/>
                                </a:lnTo>
                                <a:lnTo>
                                  <a:pt x="3857473" y="2407560"/>
                                </a:lnTo>
                                <a:lnTo>
                                  <a:pt x="3859743" y="2412336"/>
                                </a:lnTo>
                                <a:lnTo>
                                  <a:pt x="3862467" y="2417336"/>
                                </a:lnTo>
                                <a:lnTo>
                                  <a:pt x="3867234" y="2427552"/>
                                </a:lnTo>
                                <a:lnTo>
                                  <a:pt x="3871320" y="2438442"/>
                                </a:lnTo>
                                <a:lnTo>
                                  <a:pt x="3875406" y="2449787"/>
                                </a:lnTo>
                                <a:lnTo>
                                  <a:pt x="3879038" y="2461362"/>
                                </a:lnTo>
                                <a:lnTo>
                                  <a:pt x="3882443" y="2473392"/>
                                </a:lnTo>
                                <a:lnTo>
                                  <a:pt x="3885621" y="2485649"/>
                                </a:lnTo>
                                <a:lnTo>
                                  <a:pt x="3888345" y="2498128"/>
                                </a:lnTo>
                                <a:lnTo>
                                  <a:pt x="3891069" y="2511064"/>
                                </a:lnTo>
                                <a:lnTo>
                                  <a:pt x="3893339" y="2524000"/>
                                </a:lnTo>
                                <a:lnTo>
                                  <a:pt x="3895609" y="2536932"/>
                                </a:lnTo>
                                <a:lnTo>
                                  <a:pt x="3897652" y="2549872"/>
                                </a:lnTo>
                                <a:lnTo>
                                  <a:pt x="3899468" y="2563262"/>
                                </a:lnTo>
                                <a:lnTo>
                                  <a:pt x="3902646" y="2589588"/>
                                </a:lnTo>
                                <a:lnTo>
                                  <a:pt x="3905597" y="2615687"/>
                                </a:lnTo>
                                <a:lnTo>
                                  <a:pt x="3908094" y="2640881"/>
                                </a:lnTo>
                                <a:lnTo>
                                  <a:pt x="3910364" y="2665170"/>
                                </a:lnTo>
                                <a:lnTo>
                                  <a:pt x="3912861" y="2688325"/>
                                </a:lnTo>
                                <a:lnTo>
                                  <a:pt x="3915585" y="2709663"/>
                                </a:lnTo>
                                <a:lnTo>
                                  <a:pt x="3916720" y="2719650"/>
                                </a:lnTo>
                                <a:lnTo>
                                  <a:pt x="3918400" y="2728044"/>
                                </a:lnTo>
                                <a:lnTo>
                                  <a:pt x="3918423" y="2728048"/>
                                </a:lnTo>
                                <a:lnTo>
                                  <a:pt x="3918535" y="2728720"/>
                                </a:lnTo>
                                <a:lnTo>
                                  <a:pt x="3918536" y="2728726"/>
                                </a:lnTo>
                                <a:lnTo>
                                  <a:pt x="3918536" y="2728725"/>
                                </a:lnTo>
                                <a:lnTo>
                                  <a:pt x="3932716" y="2813789"/>
                                </a:lnTo>
                                <a:lnTo>
                                  <a:pt x="3946782" y="2900203"/>
                                </a:lnTo>
                                <a:lnTo>
                                  <a:pt x="3960621" y="2986849"/>
                                </a:lnTo>
                                <a:lnTo>
                                  <a:pt x="3960168" y="2984807"/>
                                </a:lnTo>
                                <a:lnTo>
                                  <a:pt x="3959714" y="2982993"/>
                                </a:lnTo>
                                <a:lnTo>
                                  <a:pt x="3958806" y="2980951"/>
                                </a:lnTo>
                                <a:lnTo>
                                  <a:pt x="3957672" y="2979363"/>
                                </a:lnTo>
                                <a:lnTo>
                                  <a:pt x="3956538" y="2977776"/>
                                </a:lnTo>
                                <a:lnTo>
                                  <a:pt x="3955403" y="2976188"/>
                                </a:lnTo>
                                <a:lnTo>
                                  <a:pt x="3953588" y="2974599"/>
                                </a:lnTo>
                                <a:lnTo>
                                  <a:pt x="3952000" y="2973464"/>
                                </a:lnTo>
                                <a:lnTo>
                                  <a:pt x="3949958" y="2971876"/>
                                </a:lnTo>
                                <a:lnTo>
                                  <a:pt x="3948144" y="2970744"/>
                                </a:lnTo>
                                <a:lnTo>
                                  <a:pt x="3943379" y="2968475"/>
                                </a:lnTo>
                                <a:lnTo>
                                  <a:pt x="3938388" y="2966660"/>
                                </a:lnTo>
                                <a:lnTo>
                                  <a:pt x="3932716" y="2965073"/>
                                </a:lnTo>
                                <a:lnTo>
                                  <a:pt x="3926364" y="2963712"/>
                                </a:lnTo>
                                <a:lnTo>
                                  <a:pt x="3919785" y="2962806"/>
                                </a:lnTo>
                                <a:lnTo>
                                  <a:pt x="3912752" y="2961898"/>
                                </a:lnTo>
                                <a:lnTo>
                                  <a:pt x="3905265" y="2961217"/>
                                </a:lnTo>
                                <a:lnTo>
                                  <a:pt x="3897551" y="2960990"/>
                                </a:lnTo>
                                <a:lnTo>
                                  <a:pt x="3889157" y="2960990"/>
                                </a:lnTo>
                                <a:lnTo>
                                  <a:pt x="3880990" y="2960990"/>
                                </a:lnTo>
                                <a:lnTo>
                                  <a:pt x="3872142" y="2961217"/>
                                </a:lnTo>
                                <a:lnTo>
                                  <a:pt x="3863521" y="2961669"/>
                                </a:lnTo>
                                <a:lnTo>
                                  <a:pt x="3854446" y="2962580"/>
                                </a:lnTo>
                                <a:lnTo>
                                  <a:pt x="3845144" y="2963485"/>
                                </a:lnTo>
                                <a:lnTo>
                                  <a:pt x="3836069" y="2964392"/>
                                </a:lnTo>
                                <a:lnTo>
                                  <a:pt x="3817693" y="2966887"/>
                                </a:lnTo>
                                <a:lnTo>
                                  <a:pt x="3799543" y="2969836"/>
                                </a:lnTo>
                                <a:lnTo>
                                  <a:pt x="3781847" y="2973239"/>
                                </a:lnTo>
                                <a:lnTo>
                                  <a:pt x="3764832" y="2976640"/>
                                </a:lnTo>
                                <a:lnTo>
                                  <a:pt x="3749405" y="2980497"/>
                                </a:lnTo>
                                <a:lnTo>
                                  <a:pt x="3735112" y="2984352"/>
                                </a:lnTo>
                                <a:lnTo>
                                  <a:pt x="3722407" y="2988210"/>
                                </a:lnTo>
                                <a:lnTo>
                                  <a:pt x="3716962" y="2990252"/>
                                </a:lnTo>
                                <a:lnTo>
                                  <a:pt x="3711971" y="2992067"/>
                                </a:lnTo>
                                <a:lnTo>
                                  <a:pt x="3707433" y="2994108"/>
                                </a:lnTo>
                                <a:lnTo>
                                  <a:pt x="3703804" y="2995697"/>
                                </a:lnTo>
                                <a:lnTo>
                                  <a:pt x="3700854" y="2997737"/>
                                </a:lnTo>
                                <a:lnTo>
                                  <a:pt x="3698586" y="2999554"/>
                                </a:lnTo>
                                <a:lnTo>
                                  <a:pt x="3696997" y="3000914"/>
                                </a:lnTo>
                                <a:lnTo>
                                  <a:pt x="3696544" y="3001595"/>
                                </a:lnTo>
                                <a:lnTo>
                                  <a:pt x="3696317" y="3002276"/>
                                </a:lnTo>
                                <a:lnTo>
                                  <a:pt x="3696090" y="3003182"/>
                                </a:lnTo>
                                <a:lnTo>
                                  <a:pt x="3696317" y="3003862"/>
                                </a:lnTo>
                                <a:lnTo>
                                  <a:pt x="3696544" y="3004545"/>
                                </a:lnTo>
                                <a:lnTo>
                                  <a:pt x="3697224" y="3004996"/>
                                </a:lnTo>
                                <a:lnTo>
                                  <a:pt x="3698132" y="3005677"/>
                                </a:lnTo>
                                <a:lnTo>
                                  <a:pt x="3699039" y="3006357"/>
                                </a:lnTo>
                                <a:lnTo>
                                  <a:pt x="3701989" y="3007264"/>
                                </a:lnTo>
                                <a:lnTo>
                                  <a:pt x="3705845" y="3007945"/>
                                </a:lnTo>
                                <a:lnTo>
                                  <a:pt x="3710610" y="3008626"/>
                                </a:lnTo>
                                <a:lnTo>
                                  <a:pt x="3716508" y="3009080"/>
                                </a:lnTo>
                                <a:lnTo>
                                  <a:pt x="3723541" y="3009306"/>
                                </a:lnTo>
                                <a:lnTo>
                                  <a:pt x="3731709" y="3009306"/>
                                </a:lnTo>
                                <a:lnTo>
                                  <a:pt x="3741010" y="3009306"/>
                                </a:lnTo>
                                <a:lnTo>
                                  <a:pt x="3751900" y="3008852"/>
                                </a:lnTo>
                                <a:lnTo>
                                  <a:pt x="3763471" y="3008397"/>
                                </a:lnTo>
                                <a:lnTo>
                                  <a:pt x="3776856" y="3007492"/>
                                </a:lnTo>
                                <a:lnTo>
                                  <a:pt x="3791149" y="3006584"/>
                                </a:lnTo>
                                <a:lnTo>
                                  <a:pt x="3807257" y="3004996"/>
                                </a:lnTo>
                                <a:lnTo>
                                  <a:pt x="3824499" y="3003410"/>
                                </a:lnTo>
                                <a:lnTo>
                                  <a:pt x="3843329" y="3001366"/>
                                </a:lnTo>
                                <a:lnTo>
                                  <a:pt x="3863748" y="2999100"/>
                                </a:lnTo>
                                <a:lnTo>
                                  <a:pt x="3908895" y="2993654"/>
                                </a:lnTo>
                                <a:lnTo>
                                  <a:pt x="3960621" y="2986849"/>
                                </a:lnTo>
                                <a:lnTo>
                                  <a:pt x="3747817" y="3015879"/>
                                </a:lnTo>
                                <a:lnTo>
                                  <a:pt x="3534785" y="3044685"/>
                                </a:lnTo>
                                <a:lnTo>
                                  <a:pt x="3321753" y="3073037"/>
                                </a:lnTo>
                                <a:lnTo>
                                  <a:pt x="3108948" y="3101162"/>
                                </a:lnTo>
                                <a:lnTo>
                                  <a:pt x="2895689" y="3128609"/>
                                </a:lnTo>
                                <a:lnTo>
                                  <a:pt x="2682657" y="3155826"/>
                                </a:lnTo>
                                <a:lnTo>
                                  <a:pt x="2469399" y="3182816"/>
                                </a:lnTo>
                                <a:lnTo>
                                  <a:pt x="2256367" y="3209126"/>
                                </a:lnTo>
                                <a:lnTo>
                                  <a:pt x="2255232" y="3198467"/>
                                </a:lnTo>
                                <a:lnTo>
                                  <a:pt x="2254669" y="3194929"/>
                                </a:lnTo>
                                <a:lnTo>
                                  <a:pt x="2253889" y="3196799"/>
                                </a:lnTo>
                                <a:lnTo>
                                  <a:pt x="2252528" y="3199295"/>
                                </a:lnTo>
                                <a:lnTo>
                                  <a:pt x="2250259" y="3201334"/>
                                </a:lnTo>
                                <a:lnTo>
                                  <a:pt x="2247991" y="3203599"/>
                                </a:lnTo>
                                <a:lnTo>
                                  <a:pt x="2245268" y="3205415"/>
                                </a:lnTo>
                                <a:lnTo>
                                  <a:pt x="2242092" y="3207228"/>
                                </a:lnTo>
                                <a:lnTo>
                                  <a:pt x="2238236" y="3208818"/>
                                </a:lnTo>
                                <a:lnTo>
                                  <a:pt x="2234152" y="3210406"/>
                                </a:lnTo>
                                <a:lnTo>
                                  <a:pt x="2229615" y="3211766"/>
                                </a:lnTo>
                                <a:lnTo>
                                  <a:pt x="2224397" y="3213126"/>
                                </a:lnTo>
                                <a:lnTo>
                                  <a:pt x="2218952" y="3214031"/>
                                </a:lnTo>
                                <a:lnTo>
                                  <a:pt x="2212600" y="3214940"/>
                                </a:lnTo>
                                <a:lnTo>
                                  <a:pt x="2037008" y="3236032"/>
                                </a:lnTo>
                                <a:lnTo>
                                  <a:pt x="2034059" y="3197933"/>
                                </a:lnTo>
                                <a:lnTo>
                                  <a:pt x="2031110" y="3159605"/>
                                </a:lnTo>
                                <a:lnTo>
                                  <a:pt x="2028615" y="3121280"/>
                                </a:lnTo>
                                <a:lnTo>
                                  <a:pt x="2026119" y="3082951"/>
                                </a:lnTo>
                                <a:lnTo>
                                  <a:pt x="2023850" y="3044854"/>
                                </a:lnTo>
                                <a:lnTo>
                                  <a:pt x="2021582" y="3006302"/>
                                </a:lnTo>
                                <a:lnTo>
                                  <a:pt x="2019994" y="2968199"/>
                                </a:lnTo>
                                <a:lnTo>
                                  <a:pt x="2017952" y="2929874"/>
                                </a:lnTo>
                                <a:lnTo>
                                  <a:pt x="2016591" y="2891321"/>
                                </a:lnTo>
                                <a:lnTo>
                                  <a:pt x="2015003" y="2853221"/>
                                </a:lnTo>
                                <a:lnTo>
                                  <a:pt x="2014095" y="2814894"/>
                                </a:lnTo>
                                <a:lnTo>
                                  <a:pt x="2013188" y="2776339"/>
                                </a:lnTo>
                                <a:lnTo>
                                  <a:pt x="2012280" y="2738010"/>
                                </a:lnTo>
                                <a:lnTo>
                                  <a:pt x="2011600" y="2699685"/>
                                </a:lnTo>
                                <a:lnTo>
                                  <a:pt x="2011146" y="2661354"/>
                                </a:lnTo>
                                <a:lnTo>
                                  <a:pt x="2011146" y="2623026"/>
                                </a:lnTo>
                                <a:lnTo>
                                  <a:pt x="2011146" y="2583567"/>
                                </a:lnTo>
                                <a:lnTo>
                                  <a:pt x="2011373" y="2544338"/>
                                </a:lnTo>
                                <a:lnTo>
                                  <a:pt x="2012054" y="2504877"/>
                                </a:lnTo>
                                <a:lnTo>
                                  <a:pt x="2012734" y="2465419"/>
                                </a:lnTo>
                                <a:lnTo>
                                  <a:pt x="2013642" y="2426184"/>
                                </a:lnTo>
                                <a:lnTo>
                                  <a:pt x="2014549" y="2386716"/>
                                </a:lnTo>
                                <a:lnTo>
                                  <a:pt x="2016137" y="2347707"/>
                                </a:lnTo>
                                <a:lnTo>
                                  <a:pt x="2017725" y="2308246"/>
                                </a:lnTo>
                                <a:lnTo>
                                  <a:pt x="2017952" y="2299856"/>
                                </a:lnTo>
                                <a:lnTo>
                                  <a:pt x="2017952" y="2289649"/>
                                </a:lnTo>
                                <a:lnTo>
                                  <a:pt x="2017271" y="2265608"/>
                                </a:lnTo>
                                <a:lnTo>
                                  <a:pt x="2017045" y="2251999"/>
                                </a:lnTo>
                                <a:lnTo>
                                  <a:pt x="2016818" y="2237720"/>
                                </a:lnTo>
                                <a:lnTo>
                                  <a:pt x="2016818" y="2223207"/>
                                </a:lnTo>
                                <a:lnTo>
                                  <a:pt x="2017271" y="2208463"/>
                                </a:lnTo>
                                <a:lnTo>
                                  <a:pt x="2017952" y="2194179"/>
                                </a:lnTo>
                                <a:lnTo>
                                  <a:pt x="2018406" y="2187148"/>
                                </a:lnTo>
                                <a:lnTo>
                                  <a:pt x="2019313" y="2180117"/>
                                </a:lnTo>
                                <a:lnTo>
                                  <a:pt x="2019994" y="2173542"/>
                                </a:lnTo>
                                <a:lnTo>
                                  <a:pt x="2020901" y="2166967"/>
                                </a:lnTo>
                                <a:lnTo>
                                  <a:pt x="2022262" y="2160840"/>
                                </a:lnTo>
                                <a:lnTo>
                                  <a:pt x="2023624" y="2154946"/>
                                </a:lnTo>
                                <a:lnTo>
                                  <a:pt x="2024985" y="2149274"/>
                                </a:lnTo>
                                <a:lnTo>
                                  <a:pt x="2026800" y="2144060"/>
                                </a:lnTo>
                                <a:lnTo>
                                  <a:pt x="2029068" y="2139296"/>
                                </a:lnTo>
                                <a:lnTo>
                                  <a:pt x="2031110" y="2134989"/>
                                </a:lnTo>
                                <a:lnTo>
                                  <a:pt x="2033606" y="2130909"/>
                                </a:lnTo>
                                <a:lnTo>
                                  <a:pt x="2036328" y="2127508"/>
                                </a:lnTo>
                                <a:lnTo>
                                  <a:pt x="2037689" y="2126148"/>
                                </a:lnTo>
                                <a:lnTo>
                                  <a:pt x="2039504" y="2125014"/>
                                </a:lnTo>
                                <a:lnTo>
                                  <a:pt x="2040865" y="2123651"/>
                                </a:lnTo>
                                <a:lnTo>
                                  <a:pt x="2042680" y="2122517"/>
                                </a:lnTo>
                                <a:lnTo>
                                  <a:pt x="2050393" y="2121608"/>
                                </a:lnTo>
                                <a:lnTo>
                                  <a:pt x="2059014" y="2120245"/>
                                </a:lnTo>
                                <a:lnTo>
                                  <a:pt x="2079205" y="2116846"/>
                                </a:lnTo>
                                <a:lnTo>
                                  <a:pt x="2102799" y="2112534"/>
                                </a:lnTo>
                                <a:lnTo>
                                  <a:pt x="2128888" y="2107772"/>
                                </a:lnTo>
                                <a:lnTo>
                                  <a:pt x="2157019" y="2102558"/>
                                </a:lnTo>
                                <a:lnTo>
                                  <a:pt x="2186511" y="2097571"/>
                                </a:lnTo>
                                <a:lnTo>
                                  <a:pt x="2216684" y="2092354"/>
                                </a:lnTo>
                                <a:lnTo>
                                  <a:pt x="2247310" y="2087592"/>
                                </a:lnTo>
                                <a:lnTo>
                                  <a:pt x="2262510" y="2085324"/>
                                </a:lnTo>
                                <a:lnTo>
                                  <a:pt x="2277483" y="2083283"/>
                                </a:lnTo>
                                <a:lnTo>
                                  <a:pt x="2292002" y="2081696"/>
                                </a:lnTo>
                                <a:lnTo>
                                  <a:pt x="2306521" y="2080108"/>
                                </a:lnTo>
                                <a:lnTo>
                                  <a:pt x="2320587" y="2078974"/>
                                </a:lnTo>
                                <a:lnTo>
                                  <a:pt x="2334199" y="2078067"/>
                                </a:lnTo>
                                <a:lnTo>
                                  <a:pt x="2347130" y="2077614"/>
                                </a:lnTo>
                                <a:lnTo>
                                  <a:pt x="2359380" y="2077387"/>
                                </a:lnTo>
                                <a:lnTo>
                                  <a:pt x="2371177" y="2077614"/>
                                </a:lnTo>
                                <a:lnTo>
                                  <a:pt x="2382067" y="2078294"/>
                                </a:lnTo>
                                <a:lnTo>
                                  <a:pt x="2392049" y="2079201"/>
                                </a:lnTo>
                                <a:lnTo>
                                  <a:pt x="2396586" y="2079881"/>
                                </a:lnTo>
                                <a:lnTo>
                                  <a:pt x="2401350" y="2081015"/>
                                </a:lnTo>
                                <a:lnTo>
                                  <a:pt x="2405434" y="2081923"/>
                                </a:lnTo>
                                <a:lnTo>
                                  <a:pt x="2409290" y="2083056"/>
                                </a:lnTo>
                                <a:lnTo>
                                  <a:pt x="2412920" y="2084417"/>
                                </a:lnTo>
                                <a:lnTo>
                                  <a:pt x="2416550" y="2085778"/>
                                </a:lnTo>
                                <a:lnTo>
                                  <a:pt x="2419499" y="2087365"/>
                                </a:lnTo>
                                <a:lnTo>
                                  <a:pt x="2422448" y="2088953"/>
                                </a:lnTo>
                                <a:lnTo>
                                  <a:pt x="2424944" y="2090993"/>
                                </a:lnTo>
                                <a:lnTo>
                                  <a:pt x="2426985" y="2092808"/>
                                </a:lnTo>
                                <a:lnTo>
                                  <a:pt x="2428237" y="2096769"/>
                                </a:lnTo>
                                <a:lnTo>
                                  <a:pt x="2427608" y="2090255"/>
                                </a:lnTo>
                                <a:lnTo>
                                  <a:pt x="2426252" y="2076437"/>
                                </a:lnTo>
                                <a:lnTo>
                                  <a:pt x="2433711" y="2075305"/>
                                </a:lnTo>
                                <a:lnTo>
                                  <a:pt x="2441396" y="2073946"/>
                                </a:lnTo>
                                <a:lnTo>
                                  <a:pt x="2456767" y="2071001"/>
                                </a:lnTo>
                                <a:lnTo>
                                  <a:pt x="2472363" y="2068509"/>
                                </a:lnTo>
                                <a:lnTo>
                                  <a:pt x="2480048" y="2067150"/>
                                </a:lnTo>
                                <a:lnTo>
                                  <a:pt x="2487959" y="2066244"/>
                                </a:lnTo>
                                <a:lnTo>
                                  <a:pt x="2495645" y="2065565"/>
                                </a:lnTo>
                                <a:lnTo>
                                  <a:pt x="2503330" y="2065338"/>
                                </a:lnTo>
                                <a:close/>
                                <a:moveTo>
                                  <a:pt x="3865142" y="2063678"/>
                                </a:moveTo>
                                <a:lnTo>
                                  <a:pt x="3867150" y="2077138"/>
                                </a:lnTo>
                                <a:lnTo>
                                  <a:pt x="3867150" y="2074736"/>
                                </a:lnTo>
                                <a:lnTo>
                                  <a:pt x="3874977" y="2075346"/>
                                </a:lnTo>
                                <a:lnTo>
                                  <a:pt x="3874673" y="2075151"/>
                                </a:lnTo>
                                <a:lnTo>
                                  <a:pt x="3871723" y="2072649"/>
                                </a:lnTo>
                                <a:lnTo>
                                  <a:pt x="3868999" y="2069692"/>
                                </a:lnTo>
                                <a:lnTo>
                                  <a:pt x="3866730" y="2066508"/>
                                </a:lnTo>
                                <a:lnTo>
                                  <a:pt x="3865142" y="2063678"/>
                                </a:lnTo>
                                <a:close/>
                                <a:moveTo>
                                  <a:pt x="6235328" y="2055793"/>
                                </a:moveTo>
                                <a:lnTo>
                                  <a:pt x="6230577" y="2059203"/>
                                </a:lnTo>
                                <a:lnTo>
                                  <a:pt x="6226430" y="2065532"/>
                                </a:lnTo>
                                <a:lnTo>
                                  <a:pt x="6226855" y="2065461"/>
                                </a:lnTo>
                                <a:lnTo>
                                  <a:pt x="6228443" y="2065234"/>
                                </a:lnTo>
                                <a:lnTo>
                                  <a:pt x="6229577" y="2064781"/>
                                </a:lnTo>
                                <a:lnTo>
                                  <a:pt x="6230711" y="2064327"/>
                                </a:lnTo>
                                <a:lnTo>
                                  <a:pt x="6232071" y="2063193"/>
                                </a:lnTo>
                                <a:lnTo>
                                  <a:pt x="6233205" y="2062286"/>
                                </a:lnTo>
                                <a:lnTo>
                                  <a:pt x="6235700" y="2059565"/>
                                </a:lnTo>
                                <a:lnTo>
                                  <a:pt x="6237527" y="2056643"/>
                                </a:lnTo>
                                <a:lnTo>
                                  <a:pt x="6235328" y="2055793"/>
                                </a:lnTo>
                                <a:close/>
                                <a:moveTo>
                                  <a:pt x="6049963" y="2053216"/>
                                </a:moveTo>
                                <a:lnTo>
                                  <a:pt x="6057673" y="2057524"/>
                                </a:lnTo>
                                <a:lnTo>
                                  <a:pt x="6058127" y="2057524"/>
                                </a:lnTo>
                                <a:lnTo>
                                  <a:pt x="6049963" y="2053216"/>
                                </a:lnTo>
                                <a:close/>
                                <a:moveTo>
                                  <a:pt x="5170941" y="2051628"/>
                                </a:moveTo>
                                <a:lnTo>
                                  <a:pt x="5194073" y="2055937"/>
                                </a:lnTo>
                                <a:lnTo>
                                  <a:pt x="5193393" y="2055710"/>
                                </a:lnTo>
                                <a:lnTo>
                                  <a:pt x="5170941" y="2051628"/>
                                </a:lnTo>
                                <a:close/>
                                <a:moveTo>
                                  <a:pt x="2426151" y="2044407"/>
                                </a:moveTo>
                                <a:lnTo>
                                  <a:pt x="2423356" y="2046772"/>
                                </a:lnTo>
                                <a:lnTo>
                                  <a:pt x="2421087" y="2048132"/>
                                </a:lnTo>
                                <a:lnTo>
                                  <a:pt x="2421987" y="2048357"/>
                                </a:lnTo>
                                <a:lnTo>
                                  <a:pt x="2426151" y="2044407"/>
                                </a:lnTo>
                                <a:close/>
                                <a:moveTo>
                                  <a:pt x="6340050" y="2042687"/>
                                </a:moveTo>
                                <a:lnTo>
                                  <a:pt x="6339114" y="2044826"/>
                                </a:lnTo>
                                <a:lnTo>
                                  <a:pt x="6338207" y="2048907"/>
                                </a:lnTo>
                                <a:lnTo>
                                  <a:pt x="6337753" y="2053216"/>
                                </a:lnTo>
                                <a:lnTo>
                                  <a:pt x="6337527" y="2057978"/>
                                </a:lnTo>
                                <a:lnTo>
                                  <a:pt x="6337753" y="2062740"/>
                                </a:lnTo>
                                <a:lnTo>
                                  <a:pt x="6338207" y="2067955"/>
                                </a:lnTo>
                                <a:lnTo>
                                  <a:pt x="6339114" y="2072944"/>
                                </a:lnTo>
                                <a:lnTo>
                                  <a:pt x="6340248" y="2078613"/>
                                </a:lnTo>
                                <a:lnTo>
                                  <a:pt x="6341609" y="2084282"/>
                                </a:lnTo>
                                <a:lnTo>
                                  <a:pt x="6343423" y="2089725"/>
                                </a:lnTo>
                                <a:lnTo>
                                  <a:pt x="6345011" y="2095846"/>
                                </a:lnTo>
                                <a:lnTo>
                                  <a:pt x="6347279" y="2101743"/>
                                </a:lnTo>
                                <a:lnTo>
                                  <a:pt x="6351587" y="2113756"/>
                                </a:lnTo>
                                <a:lnTo>
                                  <a:pt x="6356803" y="2126237"/>
                                </a:lnTo>
                                <a:lnTo>
                                  <a:pt x="6362247" y="2138706"/>
                                </a:lnTo>
                                <a:lnTo>
                                  <a:pt x="6367916" y="2150724"/>
                                </a:lnTo>
                                <a:lnTo>
                                  <a:pt x="6378802" y="2174080"/>
                                </a:lnTo>
                                <a:lnTo>
                                  <a:pt x="6383791" y="2184966"/>
                                </a:lnTo>
                                <a:lnTo>
                                  <a:pt x="6388100" y="2194944"/>
                                </a:lnTo>
                                <a:lnTo>
                                  <a:pt x="6391439" y="2203291"/>
                                </a:lnTo>
                                <a:lnTo>
                                  <a:pt x="6390943" y="2201694"/>
                                </a:lnTo>
                                <a:lnTo>
                                  <a:pt x="6387535" y="2191259"/>
                                </a:lnTo>
                                <a:lnTo>
                                  <a:pt x="6383900" y="2180593"/>
                                </a:lnTo>
                                <a:lnTo>
                                  <a:pt x="6380038" y="2170156"/>
                                </a:lnTo>
                                <a:lnTo>
                                  <a:pt x="6371859" y="2148813"/>
                                </a:lnTo>
                                <a:lnTo>
                                  <a:pt x="6363681" y="2127261"/>
                                </a:lnTo>
                                <a:lnTo>
                                  <a:pt x="6359819" y="2116589"/>
                                </a:lnTo>
                                <a:lnTo>
                                  <a:pt x="6355957" y="2105927"/>
                                </a:lnTo>
                                <a:lnTo>
                                  <a:pt x="6352322" y="2095491"/>
                                </a:lnTo>
                                <a:lnTo>
                                  <a:pt x="6349141" y="2085050"/>
                                </a:lnTo>
                                <a:lnTo>
                                  <a:pt x="6346415" y="2074610"/>
                                </a:lnTo>
                                <a:lnTo>
                                  <a:pt x="6343689" y="2064170"/>
                                </a:lnTo>
                                <a:lnTo>
                                  <a:pt x="6341644" y="2053957"/>
                                </a:lnTo>
                                <a:lnTo>
                                  <a:pt x="6340281" y="2043743"/>
                                </a:lnTo>
                                <a:lnTo>
                                  <a:pt x="6340050" y="2042687"/>
                                </a:lnTo>
                                <a:close/>
                                <a:moveTo>
                                  <a:pt x="2722562" y="2038353"/>
                                </a:moveTo>
                                <a:lnTo>
                                  <a:pt x="2732087" y="2044777"/>
                                </a:lnTo>
                                <a:lnTo>
                                  <a:pt x="2730605" y="2047878"/>
                                </a:lnTo>
                                <a:lnTo>
                                  <a:pt x="2722562" y="2038353"/>
                                </a:lnTo>
                                <a:close/>
                                <a:moveTo>
                                  <a:pt x="6187426" y="2037474"/>
                                </a:moveTo>
                                <a:lnTo>
                                  <a:pt x="6188529" y="2042104"/>
                                </a:lnTo>
                                <a:lnTo>
                                  <a:pt x="6190116" y="2046186"/>
                                </a:lnTo>
                                <a:lnTo>
                                  <a:pt x="6190796" y="2048227"/>
                                </a:lnTo>
                                <a:lnTo>
                                  <a:pt x="6192157" y="2050268"/>
                                </a:lnTo>
                                <a:lnTo>
                                  <a:pt x="6193064" y="2051855"/>
                                </a:lnTo>
                                <a:lnTo>
                                  <a:pt x="6194652" y="2053216"/>
                                </a:lnTo>
                                <a:lnTo>
                                  <a:pt x="6195786" y="2054803"/>
                                </a:lnTo>
                                <a:lnTo>
                                  <a:pt x="6197373" y="2056164"/>
                                </a:lnTo>
                                <a:lnTo>
                                  <a:pt x="6198928" y="2057135"/>
                                </a:lnTo>
                                <a:lnTo>
                                  <a:pt x="6196868" y="2054429"/>
                                </a:lnTo>
                                <a:lnTo>
                                  <a:pt x="6193927" y="2049427"/>
                                </a:lnTo>
                                <a:lnTo>
                                  <a:pt x="6190759" y="2043971"/>
                                </a:lnTo>
                                <a:lnTo>
                                  <a:pt x="6187592" y="2037832"/>
                                </a:lnTo>
                                <a:lnTo>
                                  <a:pt x="6187426" y="2037474"/>
                                </a:lnTo>
                                <a:close/>
                                <a:moveTo>
                                  <a:pt x="1673788" y="2029777"/>
                                </a:moveTo>
                                <a:lnTo>
                                  <a:pt x="1675141" y="2033181"/>
                                </a:lnTo>
                                <a:lnTo>
                                  <a:pt x="1673788" y="2030004"/>
                                </a:lnTo>
                                <a:lnTo>
                                  <a:pt x="1673788" y="2029777"/>
                                </a:lnTo>
                                <a:close/>
                                <a:moveTo>
                                  <a:pt x="2439944" y="2029123"/>
                                </a:moveTo>
                                <a:lnTo>
                                  <a:pt x="2439463" y="2029989"/>
                                </a:lnTo>
                                <a:lnTo>
                                  <a:pt x="2438329" y="2032031"/>
                                </a:lnTo>
                                <a:lnTo>
                                  <a:pt x="2436741" y="2034071"/>
                                </a:lnTo>
                                <a:lnTo>
                                  <a:pt x="2434283" y="2036692"/>
                                </a:lnTo>
                                <a:lnTo>
                                  <a:pt x="2438232" y="2032946"/>
                                </a:lnTo>
                                <a:lnTo>
                                  <a:pt x="2439944" y="2029123"/>
                                </a:lnTo>
                                <a:close/>
                                <a:moveTo>
                                  <a:pt x="2439418" y="2022377"/>
                                </a:moveTo>
                                <a:lnTo>
                                  <a:pt x="2437194" y="2023186"/>
                                </a:lnTo>
                                <a:lnTo>
                                  <a:pt x="2436559" y="2023367"/>
                                </a:lnTo>
                                <a:lnTo>
                                  <a:pt x="2437194" y="2022732"/>
                                </a:lnTo>
                                <a:lnTo>
                                  <a:pt x="2438329" y="2022506"/>
                                </a:lnTo>
                                <a:lnTo>
                                  <a:pt x="2439418" y="2022377"/>
                                </a:lnTo>
                                <a:close/>
                                <a:moveTo>
                                  <a:pt x="4037235" y="2022181"/>
                                </a:moveTo>
                                <a:lnTo>
                                  <a:pt x="4034223" y="2024429"/>
                                </a:lnTo>
                                <a:lnTo>
                                  <a:pt x="4032838" y="2025410"/>
                                </a:lnTo>
                                <a:lnTo>
                                  <a:pt x="4033902" y="2026950"/>
                                </a:lnTo>
                                <a:lnTo>
                                  <a:pt x="4039369" y="2034684"/>
                                </a:lnTo>
                                <a:lnTo>
                                  <a:pt x="4043809" y="2041431"/>
                                </a:lnTo>
                                <a:lnTo>
                                  <a:pt x="4041550" y="2036274"/>
                                </a:lnTo>
                                <a:lnTo>
                                  <a:pt x="4039281" y="2029931"/>
                                </a:lnTo>
                                <a:lnTo>
                                  <a:pt x="4037693" y="2024718"/>
                                </a:lnTo>
                                <a:lnTo>
                                  <a:pt x="4037239" y="2022227"/>
                                </a:lnTo>
                                <a:lnTo>
                                  <a:pt x="4037235" y="2022181"/>
                                </a:lnTo>
                                <a:close/>
                                <a:moveTo>
                                  <a:pt x="2442185" y="2022052"/>
                                </a:moveTo>
                                <a:lnTo>
                                  <a:pt x="2439418" y="2022377"/>
                                </a:lnTo>
                                <a:lnTo>
                                  <a:pt x="2439690" y="2022279"/>
                                </a:lnTo>
                                <a:lnTo>
                                  <a:pt x="2442185" y="2022052"/>
                                </a:lnTo>
                                <a:close/>
                                <a:moveTo>
                                  <a:pt x="2442185" y="2022052"/>
                                </a:moveTo>
                                <a:lnTo>
                                  <a:pt x="2442185" y="2022732"/>
                                </a:lnTo>
                                <a:lnTo>
                                  <a:pt x="2442094" y="2022869"/>
                                </a:lnTo>
                                <a:lnTo>
                                  <a:pt x="2442185" y="2022052"/>
                                </a:lnTo>
                                <a:close/>
                                <a:moveTo>
                                  <a:pt x="6247995" y="2016027"/>
                                </a:moveTo>
                                <a:lnTo>
                                  <a:pt x="6248676" y="2016462"/>
                                </a:lnTo>
                                <a:lnTo>
                                  <a:pt x="6251618" y="2017826"/>
                                </a:lnTo>
                                <a:lnTo>
                                  <a:pt x="6253654" y="2019190"/>
                                </a:lnTo>
                                <a:lnTo>
                                  <a:pt x="6255464" y="2021236"/>
                                </a:lnTo>
                                <a:lnTo>
                                  <a:pt x="6256821" y="2023055"/>
                                </a:lnTo>
                                <a:lnTo>
                                  <a:pt x="6257952" y="2025329"/>
                                </a:lnTo>
                                <a:lnTo>
                                  <a:pt x="6258857" y="2028057"/>
                                </a:lnTo>
                                <a:lnTo>
                                  <a:pt x="6261346" y="2034650"/>
                                </a:lnTo>
                                <a:lnTo>
                                  <a:pt x="6269038" y="2046471"/>
                                </a:lnTo>
                                <a:lnTo>
                                  <a:pt x="6259536" y="2052383"/>
                                </a:lnTo>
                                <a:lnTo>
                                  <a:pt x="6256849" y="2054568"/>
                                </a:lnTo>
                                <a:lnTo>
                                  <a:pt x="6260419" y="2051855"/>
                                </a:lnTo>
                                <a:lnTo>
                                  <a:pt x="6269945" y="2045959"/>
                                </a:lnTo>
                                <a:lnTo>
                                  <a:pt x="6262234" y="2034168"/>
                                </a:lnTo>
                                <a:lnTo>
                                  <a:pt x="6259739" y="2027592"/>
                                </a:lnTo>
                                <a:lnTo>
                                  <a:pt x="6258832" y="2024870"/>
                                </a:lnTo>
                                <a:lnTo>
                                  <a:pt x="6257698" y="2022603"/>
                                </a:lnTo>
                                <a:lnTo>
                                  <a:pt x="6256337" y="2020789"/>
                                </a:lnTo>
                                <a:lnTo>
                                  <a:pt x="6254523" y="2018748"/>
                                </a:lnTo>
                                <a:lnTo>
                                  <a:pt x="6252482" y="2017387"/>
                                </a:lnTo>
                                <a:lnTo>
                                  <a:pt x="6249534" y="2016027"/>
                                </a:lnTo>
                                <a:lnTo>
                                  <a:pt x="6247995" y="2016027"/>
                                </a:lnTo>
                                <a:close/>
                                <a:moveTo>
                                  <a:pt x="1739542" y="2015060"/>
                                </a:moveTo>
                                <a:lnTo>
                                  <a:pt x="1739197" y="2015705"/>
                                </a:lnTo>
                                <a:lnTo>
                                  <a:pt x="1737843" y="2018204"/>
                                </a:lnTo>
                                <a:lnTo>
                                  <a:pt x="1737167" y="2020704"/>
                                </a:lnTo>
                                <a:lnTo>
                                  <a:pt x="1736490" y="2022517"/>
                                </a:lnTo>
                                <a:lnTo>
                                  <a:pt x="1736264" y="2024332"/>
                                </a:lnTo>
                                <a:lnTo>
                                  <a:pt x="1736039" y="2025919"/>
                                </a:lnTo>
                                <a:lnTo>
                                  <a:pt x="1736039" y="2027281"/>
                                </a:lnTo>
                                <a:lnTo>
                                  <a:pt x="1736264" y="2028417"/>
                                </a:lnTo>
                                <a:lnTo>
                                  <a:pt x="1736716" y="2029324"/>
                                </a:lnTo>
                                <a:lnTo>
                                  <a:pt x="1737167" y="2030458"/>
                                </a:lnTo>
                                <a:lnTo>
                                  <a:pt x="1738520" y="2032046"/>
                                </a:lnTo>
                                <a:lnTo>
                                  <a:pt x="1741452" y="2034541"/>
                                </a:lnTo>
                                <a:lnTo>
                                  <a:pt x="1742805" y="2035903"/>
                                </a:lnTo>
                                <a:lnTo>
                                  <a:pt x="1743031" y="2036584"/>
                                </a:lnTo>
                                <a:lnTo>
                                  <a:pt x="1743482" y="2037718"/>
                                </a:lnTo>
                                <a:lnTo>
                                  <a:pt x="1743482" y="2038625"/>
                                </a:lnTo>
                                <a:lnTo>
                                  <a:pt x="1743482" y="2039533"/>
                                </a:lnTo>
                                <a:lnTo>
                                  <a:pt x="1743256" y="2041121"/>
                                </a:lnTo>
                                <a:lnTo>
                                  <a:pt x="1742805" y="2042483"/>
                                </a:lnTo>
                                <a:lnTo>
                                  <a:pt x="1742129" y="2044073"/>
                                </a:lnTo>
                                <a:lnTo>
                                  <a:pt x="1741001" y="2045889"/>
                                </a:lnTo>
                                <a:lnTo>
                                  <a:pt x="1737843" y="2050656"/>
                                </a:lnTo>
                                <a:lnTo>
                                  <a:pt x="1733332" y="2056103"/>
                                </a:lnTo>
                                <a:lnTo>
                                  <a:pt x="1727017" y="2063137"/>
                                </a:lnTo>
                                <a:lnTo>
                                  <a:pt x="1725664" y="2068811"/>
                                </a:lnTo>
                                <a:lnTo>
                                  <a:pt x="1723887" y="2074398"/>
                                </a:lnTo>
                                <a:lnTo>
                                  <a:pt x="1724935" y="2072389"/>
                                </a:lnTo>
                                <a:lnTo>
                                  <a:pt x="1728339" y="2066513"/>
                                </a:lnTo>
                                <a:lnTo>
                                  <a:pt x="1731969" y="2060636"/>
                                </a:lnTo>
                                <a:lnTo>
                                  <a:pt x="1735826" y="2054759"/>
                                </a:lnTo>
                                <a:lnTo>
                                  <a:pt x="1739456" y="2049335"/>
                                </a:lnTo>
                                <a:lnTo>
                                  <a:pt x="1745809" y="2040746"/>
                                </a:lnTo>
                                <a:lnTo>
                                  <a:pt x="1748985" y="2036000"/>
                                </a:lnTo>
                                <a:lnTo>
                                  <a:pt x="1746490" y="2034418"/>
                                </a:lnTo>
                                <a:lnTo>
                                  <a:pt x="1744675" y="2032384"/>
                                </a:lnTo>
                                <a:lnTo>
                                  <a:pt x="1742859" y="2030575"/>
                                </a:lnTo>
                                <a:lnTo>
                                  <a:pt x="1741725" y="2028541"/>
                                </a:lnTo>
                                <a:lnTo>
                                  <a:pt x="1740364" y="2026733"/>
                                </a:lnTo>
                                <a:lnTo>
                                  <a:pt x="1739910" y="2024473"/>
                                </a:lnTo>
                                <a:lnTo>
                                  <a:pt x="1739456" y="2022212"/>
                                </a:lnTo>
                                <a:lnTo>
                                  <a:pt x="1739229" y="2020178"/>
                                </a:lnTo>
                                <a:lnTo>
                                  <a:pt x="1739229" y="2017918"/>
                                </a:lnTo>
                                <a:lnTo>
                                  <a:pt x="1739456" y="2015658"/>
                                </a:lnTo>
                                <a:lnTo>
                                  <a:pt x="1739542" y="2015060"/>
                                </a:lnTo>
                                <a:close/>
                                <a:moveTo>
                                  <a:pt x="6152243" y="2008770"/>
                                </a:moveTo>
                                <a:lnTo>
                                  <a:pt x="6152696" y="2009224"/>
                                </a:lnTo>
                                <a:lnTo>
                                  <a:pt x="6152469" y="2008770"/>
                                </a:lnTo>
                                <a:lnTo>
                                  <a:pt x="6152243" y="2008770"/>
                                </a:lnTo>
                                <a:close/>
                                <a:moveTo>
                                  <a:pt x="6353069" y="2007061"/>
                                </a:moveTo>
                                <a:lnTo>
                                  <a:pt x="6352948" y="2007183"/>
                                </a:lnTo>
                                <a:lnTo>
                                  <a:pt x="6351814" y="2007636"/>
                                </a:lnTo>
                                <a:lnTo>
                                  <a:pt x="6350680" y="2007863"/>
                                </a:lnTo>
                                <a:lnTo>
                                  <a:pt x="6349828" y="2007863"/>
                                </a:lnTo>
                                <a:lnTo>
                                  <a:pt x="6357547" y="2014239"/>
                                </a:lnTo>
                                <a:lnTo>
                                  <a:pt x="6356411" y="2011969"/>
                                </a:lnTo>
                                <a:lnTo>
                                  <a:pt x="6353069" y="2007061"/>
                                </a:lnTo>
                                <a:close/>
                                <a:moveTo>
                                  <a:pt x="2602057" y="2006708"/>
                                </a:moveTo>
                                <a:lnTo>
                                  <a:pt x="2605088" y="2008214"/>
                                </a:lnTo>
                                <a:lnTo>
                                  <a:pt x="2604005" y="2011477"/>
                                </a:lnTo>
                                <a:lnTo>
                                  <a:pt x="2600325" y="2006959"/>
                                </a:lnTo>
                                <a:lnTo>
                                  <a:pt x="2602057" y="2006708"/>
                                </a:lnTo>
                                <a:close/>
                                <a:moveTo>
                                  <a:pt x="6342516" y="2005595"/>
                                </a:moveTo>
                                <a:lnTo>
                                  <a:pt x="6342277" y="2007933"/>
                                </a:lnTo>
                                <a:lnTo>
                                  <a:pt x="6342780" y="2007430"/>
                                </a:lnTo>
                                <a:lnTo>
                                  <a:pt x="6343681" y="2006231"/>
                                </a:lnTo>
                                <a:lnTo>
                                  <a:pt x="6342516" y="2005595"/>
                                </a:lnTo>
                                <a:close/>
                                <a:moveTo>
                                  <a:pt x="3198674" y="1997108"/>
                                </a:moveTo>
                                <a:lnTo>
                                  <a:pt x="3199819" y="1997108"/>
                                </a:lnTo>
                                <a:lnTo>
                                  <a:pt x="3201650" y="1997334"/>
                                </a:lnTo>
                                <a:lnTo>
                                  <a:pt x="3205084" y="1997783"/>
                                </a:lnTo>
                                <a:lnTo>
                                  <a:pt x="3209662" y="1998234"/>
                                </a:lnTo>
                                <a:lnTo>
                                  <a:pt x="3212180" y="1998459"/>
                                </a:lnTo>
                                <a:lnTo>
                                  <a:pt x="3214927" y="1998234"/>
                                </a:lnTo>
                                <a:lnTo>
                                  <a:pt x="3217903" y="1998009"/>
                                </a:lnTo>
                                <a:lnTo>
                                  <a:pt x="3221337" y="1997334"/>
                                </a:lnTo>
                                <a:lnTo>
                                  <a:pt x="3216530" y="2001160"/>
                                </a:lnTo>
                                <a:lnTo>
                                  <a:pt x="3231638" y="2007688"/>
                                </a:lnTo>
                                <a:lnTo>
                                  <a:pt x="3235530" y="2006787"/>
                                </a:lnTo>
                                <a:lnTo>
                                  <a:pt x="3239421" y="2005887"/>
                                </a:lnTo>
                                <a:lnTo>
                                  <a:pt x="3243313" y="2005437"/>
                                </a:lnTo>
                                <a:lnTo>
                                  <a:pt x="3247205" y="2004987"/>
                                </a:lnTo>
                                <a:lnTo>
                                  <a:pt x="3255217" y="2004762"/>
                                </a:lnTo>
                                <a:lnTo>
                                  <a:pt x="3263000" y="2004762"/>
                                </a:lnTo>
                                <a:lnTo>
                                  <a:pt x="3270783" y="2004762"/>
                                </a:lnTo>
                                <a:lnTo>
                                  <a:pt x="3278338" y="2004537"/>
                                </a:lnTo>
                                <a:lnTo>
                                  <a:pt x="3282458" y="2004311"/>
                                </a:lnTo>
                                <a:lnTo>
                                  <a:pt x="3286121" y="2003861"/>
                                </a:lnTo>
                                <a:lnTo>
                                  <a:pt x="3290012" y="2003186"/>
                                </a:lnTo>
                                <a:lnTo>
                                  <a:pt x="3293675" y="2002061"/>
                                </a:lnTo>
                                <a:lnTo>
                                  <a:pt x="3301687" y="2000710"/>
                                </a:lnTo>
                                <a:lnTo>
                                  <a:pt x="3305121" y="2005887"/>
                                </a:lnTo>
                                <a:lnTo>
                                  <a:pt x="3306952" y="2009489"/>
                                </a:lnTo>
                                <a:lnTo>
                                  <a:pt x="3309699" y="2008138"/>
                                </a:lnTo>
                                <a:lnTo>
                                  <a:pt x="3313591" y="2006562"/>
                                </a:lnTo>
                                <a:lnTo>
                                  <a:pt x="3318169" y="2004537"/>
                                </a:lnTo>
                                <a:lnTo>
                                  <a:pt x="3323206" y="2003411"/>
                                </a:lnTo>
                                <a:lnTo>
                                  <a:pt x="3325495" y="2002736"/>
                                </a:lnTo>
                                <a:lnTo>
                                  <a:pt x="3327784" y="2002511"/>
                                </a:lnTo>
                                <a:lnTo>
                                  <a:pt x="3329615" y="2002511"/>
                                </a:lnTo>
                                <a:lnTo>
                                  <a:pt x="3331676" y="2003186"/>
                                </a:lnTo>
                                <a:lnTo>
                                  <a:pt x="3333049" y="2003861"/>
                                </a:lnTo>
                                <a:lnTo>
                                  <a:pt x="3333965" y="2004311"/>
                                </a:lnTo>
                                <a:lnTo>
                                  <a:pt x="3334423" y="2004762"/>
                                </a:lnTo>
                                <a:lnTo>
                                  <a:pt x="3334651" y="2005437"/>
                                </a:lnTo>
                                <a:lnTo>
                                  <a:pt x="3335109" y="2006562"/>
                                </a:lnTo>
                                <a:lnTo>
                                  <a:pt x="3335109" y="2007463"/>
                                </a:lnTo>
                                <a:lnTo>
                                  <a:pt x="3335109" y="2008588"/>
                                </a:lnTo>
                                <a:lnTo>
                                  <a:pt x="3333507" y="2010614"/>
                                </a:lnTo>
                                <a:lnTo>
                                  <a:pt x="3331447" y="2012414"/>
                                </a:lnTo>
                                <a:lnTo>
                                  <a:pt x="3329386" y="2014215"/>
                                </a:lnTo>
                                <a:lnTo>
                                  <a:pt x="3327555" y="2015566"/>
                                </a:lnTo>
                                <a:lnTo>
                                  <a:pt x="3325266" y="2016916"/>
                                </a:lnTo>
                                <a:lnTo>
                                  <a:pt x="3322748" y="2018042"/>
                                </a:lnTo>
                                <a:lnTo>
                                  <a:pt x="3320687" y="2018942"/>
                                </a:lnTo>
                                <a:lnTo>
                                  <a:pt x="3318169" y="2020068"/>
                                </a:lnTo>
                                <a:lnTo>
                                  <a:pt x="3315422" y="2020518"/>
                                </a:lnTo>
                                <a:lnTo>
                                  <a:pt x="3312675" y="2020968"/>
                                </a:lnTo>
                                <a:lnTo>
                                  <a:pt x="3310157" y="2021193"/>
                                </a:lnTo>
                                <a:lnTo>
                                  <a:pt x="3307181" y="2021418"/>
                                </a:lnTo>
                                <a:lnTo>
                                  <a:pt x="3304205" y="2021418"/>
                                </a:lnTo>
                                <a:lnTo>
                                  <a:pt x="3301229" y="2021193"/>
                                </a:lnTo>
                                <a:lnTo>
                                  <a:pt x="3298025" y="2020743"/>
                                </a:lnTo>
                                <a:lnTo>
                                  <a:pt x="3294820" y="2020293"/>
                                </a:lnTo>
                                <a:lnTo>
                                  <a:pt x="3270554" y="2027271"/>
                                </a:lnTo>
                                <a:lnTo>
                                  <a:pt x="3268723" y="2026370"/>
                                </a:lnTo>
                                <a:lnTo>
                                  <a:pt x="3266434" y="2025920"/>
                                </a:lnTo>
                                <a:lnTo>
                                  <a:pt x="3261398" y="2025020"/>
                                </a:lnTo>
                                <a:lnTo>
                                  <a:pt x="3255904" y="2024344"/>
                                </a:lnTo>
                                <a:lnTo>
                                  <a:pt x="3249494" y="2023894"/>
                                </a:lnTo>
                                <a:lnTo>
                                  <a:pt x="3235988" y="2022994"/>
                                </a:lnTo>
                                <a:lnTo>
                                  <a:pt x="3222253" y="2022094"/>
                                </a:lnTo>
                                <a:lnTo>
                                  <a:pt x="3215614" y="2021643"/>
                                </a:lnTo>
                                <a:lnTo>
                                  <a:pt x="3209433" y="2020743"/>
                                </a:lnTo>
                                <a:lnTo>
                                  <a:pt x="3203939" y="2019392"/>
                                </a:lnTo>
                                <a:lnTo>
                                  <a:pt x="3201192" y="2018717"/>
                                </a:lnTo>
                                <a:lnTo>
                                  <a:pt x="3198903" y="2018042"/>
                                </a:lnTo>
                                <a:lnTo>
                                  <a:pt x="3196614" y="2017142"/>
                                </a:lnTo>
                                <a:lnTo>
                                  <a:pt x="3194782" y="2016016"/>
                                </a:lnTo>
                                <a:lnTo>
                                  <a:pt x="3193180" y="2014891"/>
                                </a:lnTo>
                                <a:lnTo>
                                  <a:pt x="3191806" y="2013765"/>
                                </a:lnTo>
                                <a:lnTo>
                                  <a:pt x="3190891" y="2012190"/>
                                </a:lnTo>
                                <a:lnTo>
                                  <a:pt x="3189746" y="2010614"/>
                                </a:lnTo>
                                <a:lnTo>
                                  <a:pt x="3189517" y="2008813"/>
                                </a:lnTo>
                                <a:lnTo>
                                  <a:pt x="3189288" y="2007237"/>
                                </a:lnTo>
                                <a:lnTo>
                                  <a:pt x="3189517" y="2002736"/>
                                </a:lnTo>
                                <a:lnTo>
                                  <a:pt x="3195240" y="2004987"/>
                                </a:lnTo>
                                <a:lnTo>
                                  <a:pt x="3195240" y="2002286"/>
                                </a:lnTo>
                                <a:lnTo>
                                  <a:pt x="3195469" y="2000485"/>
                                </a:lnTo>
                                <a:lnTo>
                                  <a:pt x="3195927" y="1998909"/>
                                </a:lnTo>
                                <a:lnTo>
                                  <a:pt x="3196614" y="1998009"/>
                                </a:lnTo>
                                <a:lnTo>
                                  <a:pt x="3197758" y="1997559"/>
                                </a:lnTo>
                                <a:lnTo>
                                  <a:pt x="3198674" y="1997108"/>
                                </a:lnTo>
                                <a:close/>
                                <a:moveTo>
                                  <a:pt x="5661932" y="1995845"/>
                                </a:moveTo>
                                <a:lnTo>
                                  <a:pt x="5662159" y="1997205"/>
                                </a:lnTo>
                                <a:lnTo>
                                  <a:pt x="5662159" y="1996752"/>
                                </a:lnTo>
                                <a:lnTo>
                                  <a:pt x="5661932" y="1995845"/>
                                </a:lnTo>
                                <a:close/>
                                <a:moveTo>
                                  <a:pt x="2492254" y="1993985"/>
                                </a:moveTo>
                                <a:lnTo>
                                  <a:pt x="2500165" y="1995343"/>
                                </a:lnTo>
                                <a:lnTo>
                                  <a:pt x="2498131" y="2003271"/>
                                </a:lnTo>
                                <a:lnTo>
                                  <a:pt x="2501522" y="1996250"/>
                                </a:lnTo>
                                <a:lnTo>
                                  <a:pt x="2505364" y="1996476"/>
                                </a:lnTo>
                                <a:lnTo>
                                  <a:pt x="2508303" y="1996703"/>
                                </a:lnTo>
                                <a:lnTo>
                                  <a:pt x="2511015" y="1997382"/>
                                </a:lnTo>
                                <a:lnTo>
                                  <a:pt x="2512371" y="1997835"/>
                                </a:lnTo>
                                <a:lnTo>
                                  <a:pt x="2513275" y="1998288"/>
                                </a:lnTo>
                                <a:lnTo>
                                  <a:pt x="2514180" y="1998968"/>
                                </a:lnTo>
                                <a:lnTo>
                                  <a:pt x="2514858" y="1999648"/>
                                </a:lnTo>
                                <a:lnTo>
                                  <a:pt x="2515762" y="2000780"/>
                                </a:lnTo>
                                <a:lnTo>
                                  <a:pt x="2516214" y="2001913"/>
                                </a:lnTo>
                                <a:lnTo>
                                  <a:pt x="2516666" y="2003045"/>
                                </a:lnTo>
                                <a:lnTo>
                                  <a:pt x="2516892" y="2004857"/>
                                </a:lnTo>
                                <a:lnTo>
                                  <a:pt x="2516892" y="2006443"/>
                                </a:lnTo>
                                <a:lnTo>
                                  <a:pt x="2516892" y="2008708"/>
                                </a:lnTo>
                                <a:lnTo>
                                  <a:pt x="2522317" y="2013466"/>
                                </a:lnTo>
                                <a:lnTo>
                                  <a:pt x="2522543" y="2014824"/>
                                </a:lnTo>
                                <a:lnTo>
                                  <a:pt x="2520282" y="2020713"/>
                                </a:lnTo>
                                <a:lnTo>
                                  <a:pt x="2528646" y="2021846"/>
                                </a:lnTo>
                                <a:lnTo>
                                  <a:pt x="2549215" y="2004178"/>
                                </a:lnTo>
                                <a:lnTo>
                                  <a:pt x="2559613" y="2009614"/>
                                </a:lnTo>
                                <a:lnTo>
                                  <a:pt x="2546503" y="2029321"/>
                                </a:lnTo>
                                <a:lnTo>
                                  <a:pt x="2534071" y="2043139"/>
                                </a:lnTo>
                                <a:lnTo>
                                  <a:pt x="2520735" y="2045178"/>
                                </a:lnTo>
                                <a:lnTo>
                                  <a:pt x="2506494" y="2047216"/>
                                </a:lnTo>
                                <a:lnTo>
                                  <a:pt x="2492254" y="2049255"/>
                                </a:lnTo>
                                <a:lnTo>
                                  <a:pt x="2477562" y="2051294"/>
                                </a:lnTo>
                                <a:lnTo>
                                  <a:pt x="2470329" y="2051973"/>
                                </a:lnTo>
                                <a:lnTo>
                                  <a:pt x="2463322" y="2052426"/>
                                </a:lnTo>
                                <a:lnTo>
                                  <a:pt x="2456314" y="2052879"/>
                                </a:lnTo>
                                <a:lnTo>
                                  <a:pt x="2449533" y="2052879"/>
                                </a:lnTo>
                                <a:lnTo>
                                  <a:pt x="2442978" y="2052653"/>
                                </a:lnTo>
                                <a:lnTo>
                                  <a:pt x="2436649" y="2052199"/>
                                </a:lnTo>
                                <a:lnTo>
                                  <a:pt x="2430546" y="2051294"/>
                                </a:lnTo>
                                <a:lnTo>
                                  <a:pt x="2425422" y="2050061"/>
                                </a:lnTo>
                                <a:lnTo>
                                  <a:pt x="2429254" y="2055616"/>
                                </a:lnTo>
                                <a:lnTo>
                                  <a:pt x="2249352" y="2077840"/>
                                </a:lnTo>
                                <a:lnTo>
                                  <a:pt x="2069223" y="2099611"/>
                                </a:lnTo>
                                <a:lnTo>
                                  <a:pt x="2074214" y="2097115"/>
                                </a:lnTo>
                                <a:lnTo>
                                  <a:pt x="2079205" y="2095074"/>
                                </a:lnTo>
                                <a:lnTo>
                                  <a:pt x="2084423" y="2092808"/>
                                </a:lnTo>
                                <a:lnTo>
                                  <a:pt x="2089414" y="2090767"/>
                                </a:lnTo>
                                <a:lnTo>
                                  <a:pt x="2100076" y="2086912"/>
                                </a:lnTo>
                                <a:lnTo>
                                  <a:pt x="2110739" y="2083510"/>
                                </a:lnTo>
                                <a:lnTo>
                                  <a:pt x="2121628" y="2080789"/>
                                </a:lnTo>
                                <a:lnTo>
                                  <a:pt x="2132518" y="2078294"/>
                                </a:lnTo>
                                <a:lnTo>
                                  <a:pt x="2143407" y="2076253"/>
                                </a:lnTo>
                                <a:lnTo>
                                  <a:pt x="2154523" y="2074666"/>
                                </a:lnTo>
                                <a:lnTo>
                                  <a:pt x="2161102" y="2072852"/>
                                </a:lnTo>
                                <a:lnTo>
                                  <a:pt x="2167228" y="2071037"/>
                                </a:lnTo>
                                <a:lnTo>
                                  <a:pt x="2179478" y="2067182"/>
                                </a:lnTo>
                                <a:lnTo>
                                  <a:pt x="2203299" y="2058791"/>
                                </a:lnTo>
                                <a:lnTo>
                                  <a:pt x="2215323" y="2054936"/>
                                </a:lnTo>
                                <a:lnTo>
                                  <a:pt x="2221675" y="2053121"/>
                                </a:lnTo>
                                <a:lnTo>
                                  <a:pt x="2227573" y="2051534"/>
                                </a:lnTo>
                                <a:lnTo>
                                  <a:pt x="2234152" y="2050173"/>
                                </a:lnTo>
                                <a:lnTo>
                                  <a:pt x="2240731" y="2048813"/>
                                </a:lnTo>
                                <a:lnTo>
                                  <a:pt x="2247310" y="2047906"/>
                                </a:lnTo>
                                <a:lnTo>
                                  <a:pt x="2254343" y="2047225"/>
                                </a:lnTo>
                                <a:lnTo>
                                  <a:pt x="2260015" y="2046998"/>
                                </a:lnTo>
                                <a:lnTo>
                                  <a:pt x="2264779" y="2046998"/>
                                </a:lnTo>
                                <a:lnTo>
                                  <a:pt x="2269543" y="2047452"/>
                                </a:lnTo>
                                <a:lnTo>
                                  <a:pt x="2274080" y="2047906"/>
                                </a:lnTo>
                                <a:lnTo>
                                  <a:pt x="2282474" y="2049039"/>
                                </a:lnTo>
                                <a:lnTo>
                                  <a:pt x="2286557" y="2049719"/>
                                </a:lnTo>
                                <a:lnTo>
                                  <a:pt x="2290414" y="2050173"/>
                                </a:lnTo>
                                <a:lnTo>
                                  <a:pt x="2294271" y="2050400"/>
                                </a:lnTo>
                                <a:lnTo>
                                  <a:pt x="2298354" y="2050400"/>
                                </a:lnTo>
                                <a:lnTo>
                                  <a:pt x="2302438" y="2049493"/>
                                </a:lnTo>
                                <a:lnTo>
                                  <a:pt x="2306975" y="2048586"/>
                                </a:lnTo>
                                <a:lnTo>
                                  <a:pt x="2311512" y="2047225"/>
                                </a:lnTo>
                                <a:lnTo>
                                  <a:pt x="2316503" y="2044730"/>
                                </a:lnTo>
                                <a:lnTo>
                                  <a:pt x="2321494" y="2041782"/>
                                </a:lnTo>
                                <a:lnTo>
                                  <a:pt x="2327166" y="2038154"/>
                                </a:lnTo>
                                <a:lnTo>
                                  <a:pt x="2330342" y="2029989"/>
                                </a:lnTo>
                                <a:lnTo>
                                  <a:pt x="2330796" y="2029309"/>
                                </a:lnTo>
                                <a:lnTo>
                                  <a:pt x="2331249" y="2028856"/>
                                </a:lnTo>
                                <a:lnTo>
                                  <a:pt x="2332611" y="2028175"/>
                                </a:lnTo>
                                <a:lnTo>
                                  <a:pt x="2334879" y="2027495"/>
                                </a:lnTo>
                                <a:lnTo>
                                  <a:pt x="2337828" y="2027041"/>
                                </a:lnTo>
                                <a:lnTo>
                                  <a:pt x="2344407" y="2026134"/>
                                </a:lnTo>
                                <a:lnTo>
                                  <a:pt x="2352121" y="2025681"/>
                                </a:lnTo>
                                <a:lnTo>
                                  <a:pt x="2360515" y="2025227"/>
                                </a:lnTo>
                                <a:lnTo>
                                  <a:pt x="2368455" y="2024547"/>
                                </a:lnTo>
                                <a:lnTo>
                                  <a:pt x="2372085" y="2023866"/>
                                </a:lnTo>
                                <a:lnTo>
                                  <a:pt x="2375261" y="2023186"/>
                                </a:lnTo>
                                <a:lnTo>
                                  <a:pt x="2378210" y="2022052"/>
                                </a:lnTo>
                                <a:lnTo>
                                  <a:pt x="2380705" y="2020919"/>
                                </a:lnTo>
                                <a:lnTo>
                                  <a:pt x="2402257" y="2024093"/>
                                </a:lnTo>
                                <a:lnTo>
                                  <a:pt x="2402938" y="2024093"/>
                                </a:lnTo>
                                <a:lnTo>
                                  <a:pt x="2402031" y="2028856"/>
                                </a:lnTo>
                                <a:lnTo>
                                  <a:pt x="2404753" y="2029989"/>
                                </a:lnTo>
                                <a:lnTo>
                                  <a:pt x="2407475" y="2030670"/>
                                </a:lnTo>
                                <a:lnTo>
                                  <a:pt x="2409971" y="2030897"/>
                                </a:lnTo>
                                <a:lnTo>
                                  <a:pt x="2412693" y="2030897"/>
                                </a:lnTo>
                                <a:lnTo>
                                  <a:pt x="2415415" y="2030670"/>
                                </a:lnTo>
                                <a:lnTo>
                                  <a:pt x="2417911" y="2030217"/>
                                </a:lnTo>
                                <a:lnTo>
                                  <a:pt x="2420180" y="2029309"/>
                                </a:lnTo>
                                <a:lnTo>
                                  <a:pt x="2422675" y="2028629"/>
                                </a:lnTo>
                                <a:lnTo>
                                  <a:pt x="2427439" y="2026815"/>
                                </a:lnTo>
                                <a:lnTo>
                                  <a:pt x="2432430" y="2024547"/>
                                </a:lnTo>
                                <a:lnTo>
                                  <a:pt x="2436559" y="2023367"/>
                                </a:lnTo>
                                <a:lnTo>
                                  <a:pt x="2436514" y="2023413"/>
                                </a:lnTo>
                                <a:lnTo>
                                  <a:pt x="2436287" y="2023639"/>
                                </a:lnTo>
                                <a:lnTo>
                                  <a:pt x="2436287" y="2023866"/>
                                </a:lnTo>
                                <a:lnTo>
                                  <a:pt x="2436514" y="2024093"/>
                                </a:lnTo>
                                <a:lnTo>
                                  <a:pt x="2436967" y="2024320"/>
                                </a:lnTo>
                                <a:lnTo>
                                  <a:pt x="2438555" y="2024320"/>
                                </a:lnTo>
                                <a:lnTo>
                                  <a:pt x="2440144" y="2024093"/>
                                </a:lnTo>
                                <a:lnTo>
                                  <a:pt x="2440824" y="2023866"/>
                                </a:lnTo>
                                <a:lnTo>
                                  <a:pt x="2441732" y="2023413"/>
                                </a:lnTo>
                                <a:lnTo>
                                  <a:pt x="2442094" y="2022869"/>
                                </a:lnTo>
                                <a:lnTo>
                                  <a:pt x="2441958" y="2024093"/>
                                </a:lnTo>
                                <a:lnTo>
                                  <a:pt x="2441656" y="2025302"/>
                                </a:lnTo>
                                <a:lnTo>
                                  <a:pt x="2443204" y="2021846"/>
                                </a:lnTo>
                                <a:lnTo>
                                  <a:pt x="2452698" y="2017768"/>
                                </a:lnTo>
                                <a:lnTo>
                                  <a:pt x="2463774" y="2007802"/>
                                </a:lnTo>
                                <a:lnTo>
                                  <a:pt x="2492254" y="1993985"/>
                                </a:lnTo>
                                <a:close/>
                                <a:moveTo>
                                  <a:pt x="6077177" y="1993804"/>
                                </a:moveTo>
                                <a:lnTo>
                                  <a:pt x="6078537" y="1995391"/>
                                </a:lnTo>
                                <a:lnTo>
                                  <a:pt x="6077403" y="1994031"/>
                                </a:lnTo>
                                <a:lnTo>
                                  <a:pt x="6077177" y="1993804"/>
                                </a:lnTo>
                                <a:close/>
                                <a:moveTo>
                                  <a:pt x="6209619" y="1987681"/>
                                </a:moveTo>
                                <a:lnTo>
                                  <a:pt x="6207078" y="1988044"/>
                                </a:lnTo>
                                <a:lnTo>
                                  <a:pt x="6210216" y="1988044"/>
                                </a:lnTo>
                                <a:lnTo>
                                  <a:pt x="6214967" y="1991455"/>
                                </a:lnTo>
                                <a:lnTo>
                                  <a:pt x="6215419" y="1991455"/>
                                </a:lnTo>
                                <a:lnTo>
                                  <a:pt x="6215612" y="1990677"/>
                                </a:lnTo>
                                <a:lnTo>
                                  <a:pt x="6209619" y="1987681"/>
                                </a:lnTo>
                                <a:close/>
                                <a:moveTo>
                                  <a:pt x="6217784" y="1984733"/>
                                </a:moveTo>
                                <a:lnTo>
                                  <a:pt x="6217668" y="1985276"/>
                                </a:lnTo>
                                <a:lnTo>
                                  <a:pt x="6222659" y="1986680"/>
                                </a:lnTo>
                                <a:lnTo>
                                  <a:pt x="6234423" y="2000094"/>
                                </a:lnTo>
                                <a:lnTo>
                                  <a:pt x="6235555" y="2002367"/>
                                </a:lnTo>
                                <a:lnTo>
                                  <a:pt x="6236686" y="2004868"/>
                                </a:lnTo>
                                <a:lnTo>
                                  <a:pt x="6237342" y="2005691"/>
                                </a:lnTo>
                                <a:lnTo>
                                  <a:pt x="6236607" y="2003782"/>
                                </a:lnTo>
                                <a:lnTo>
                                  <a:pt x="6235700" y="2001287"/>
                                </a:lnTo>
                                <a:lnTo>
                                  <a:pt x="6235246" y="1999700"/>
                                </a:lnTo>
                                <a:lnTo>
                                  <a:pt x="6224361" y="1986547"/>
                                </a:lnTo>
                                <a:lnTo>
                                  <a:pt x="6217784" y="1984733"/>
                                </a:lnTo>
                                <a:close/>
                                <a:moveTo>
                                  <a:pt x="6184900" y="1976116"/>
                                </a:moveTo>
                                <a:lnTo>
                                  <a:pt x="6184691" y="1976634"/>
                                </a:lnTo>
                                <a:lnTo>
                                  <a:pt x="6194605" y="1983497"/>
                                </a:lnTo>
                                <a:lnTo>
                                  <a:pt x="6197546" y="1988044"/>
                                </a:lnTo>
                                <a:lnTo>
                                  <a:pt x="6199415" y="1988044"/>
                                </a:lnTo>
                                <a:lnTo>
                                  <a:pt x="6195332" y="1983146"/>
                                </a:lnTo>
                                <a:lnTo>
                                  <a:pt x="6185127" y="1976116"/>
                                </a:lnTo>
                                <a:lnTo>
                                  <a:pt x="6184900" y="1976116"/>
                                </a:lnTo>
                                <a:close/>
                                <a:moveTo>
                                  <a:pt x="6022748" y="1970221"/>
                                </a:moveTo>
                                <a:lnTo>
                                  <a:pt x="6023202" y="1970674"/>
                                </a:lnTo>
                                <a:lnTo>
                                  <a:pt x="6023655" y="1970901"/>
                                </a:lnTo>
                                <a:lnTo>
                                  <a:pt x="6022748" y="1970221"/>
                                </a:lnTo>
                                <a:close/>
                                <a:moveTo>
                                  <a:pt x="2115457" y="1963782"/>
                                </a:moveTo>
                                <a:lnTo>
                                  <a:pt x="2119313" y="1965211"/>
                                </a:lnTo>
                                <a:lnTo>
                                  <a:pt x="2114550" y="1968546"/>
                                </a:lnTo>
                                <a:lnTo>
                                  <a:pt x="2115457" y="1963782"/>
                                </a:lnTo>
                                <a:close/>
                                <a:moveTo>
                                  <a:pt x="3375025" y="1962181"/>
                                </a:moveTo>
                                <a:lnTo>
                                  <a:pt x="3378200" y="1974317"/>
                                </a:lnTo>
                                <a:lnTo>
                                  <a:pt x="3376386" y="1985994"/>
                                </a:lnTo>
                                <a:lnTo>
                                  <a:pt x="3375025" y="1962181"/>
                                </a:lnTo>
                                <a:close/>
                                <a:moveTo>
                                  <a:pt x="3151294" y="1960598"/>
                                </a:moveTo>
                                <a:lnTo>
                                  <a:pt x="3152775" y="1963420"/>
                                </a:lnTo>
                                <a:lnTo>
                                  <a:pt x="3149600" y="1963773"/>
                                </a:lnTo>
                                <a:lnTo>
                                  <a:pt x="3151294" y="1960598"/>
                                </a:lnTo>
                                <a:close/>
                                <a:moveTo>
                                  <a:pt x="5369379" y="1954347"/>
                                </a:moveTo>
                                <a:lnTo>
                                  <a:pt x="5368925" y="1955027"/>
                                </a:lnTo>
                                <a:lnTo>
                                  <a:pt x="5368347" y="1956616"/>
                                </a:lnTo>
                                <a:lnTo>
                                  <a:pt x="5368245" y="1956841"/>
                                </a:lnTo>
                                <a:lnTo>
                                  <a:pt x="5368019" y="1957517"/>
                                </a:lnTo>
                                <a:lnTo>
                                  <a:pt x="5368018" y="1957522"/>
                                </a:lnTo>
                                <a:lnTo>
                                  <a:pt x="5368017" y="1957523"/>
                                </a:lnTo>
                                <a:lnTo>
                                  <a:pt x="5367337" y="1959563"/>
                                </a:lnTo>
                                <a:lnTo>
                                  <a:pt x="5366884" y="1962057"/>
                                </a:lnTo>
                                <a:lnTo>
                                  <a:pt x="5367111" y="1964552"/>
                                </a:lnTo>
                                <a:lnTo>
                                  <a:pt x="5367564" y="1967273"/>
                                </a:lnTo>
                                <a:lnTo>
                                  <a:pt x="5368471" y="1969994"/>
                                </a:lnTo>
                                <a:lnTo>
                                  <a:pt x="5369214" y="1971355"/>
                                </a:lnTo>
                                <a:lnTo>
                                  <a:pt x="5369832" y="1972715"/>
                                </a:lnTo>
                                <a:lnTo>
                                  <a:pt x="5371646" y="1974982"/>
                                </a:lnTo>
                                <a:lnTo>
                                  <a:pt x="5369832" y="1972488"/>
                                </a:lnTo>
                                <a:lnTo>
                                  <a:pt x="5369214" y="1971355"/>
                                </a:lnTo>
                                <a:lnTo>
                                  <a:pt x="5368698" y="1970221"/>
                                </a:lnTo>
                                <a:lnTo>
                                  <a:pt x="5367791" y="1967726"/>
                                </a:lnTo>
                                <a:lnTo>
                                  <a:pt x="5367337" y="1965005"/>
                                </a:lnTo>
                                <a:lnTo>
                                  <a:pt x="5367337" y="1962737"/>
                                </a:lnTo>
                                <a:lnTo>
                                  <a:pt x="5367337" y="1960243"/>
                                </a:lnTo>
                                <a:lnTo>
                                  <a:pt x="5368017" y="1957523"/>
                                </a:lnTo>
                                <a:lnTo>
                                  <a:pt x="5368019" y="1957517"/>
                                </a:lnTo>
                                <a:lnTo>
                                  <a:pt x="5368347" y="1956616"/>
                                </a:lnTo>
                                <a:lnTo>
                                  <a:pt x="5369379" y="1954347"/>
                                </a:lnTo>
                                <a:close/>
                                <a:moveTo>
                                  <a:pt x="3407910" y="1947909"/>
                                </a:moveTo>
                                <a:lnTo>
                                  <a:pt x="3407683" y="1949033"/>
                                </a:lnTo>
                                <a:lnTo>
                                  <a:pt x="3398838" y="1949483"/>
                                </a:lnTo>
                                <a:lnTo>
                                  <a:pt x="3407910" y="1947909"/>
                                </a:lnTo>
                                <a:close/>
                                <a:moveTo>
                                  <a:pt x="5371646" y="1943236"/>
                                </a:moveTo>
                                <a:lnTo>
                                  <a:pt x="5370966" y="1950719"/>
                                </a:lnTo>
                                <a:lnTo>
                                  <a:pt x="5371646" y="1943689"/>
                                </a:lnTo>
                                <a:lnTo>
                                  <a:pt x="5371646" y="1943236"/>
                                </a:lnTo>
                                <a:close/>
                                <a:moveTo>
                                  <a:pt x="2120869" y="1943145"/>
                                </a:moveTo>
                                <a:lnTo>
                                  <a:pt x="2125663" y="1946222"/>
                                </a:lnTo>
                                <a:lnTo>
                                  <a:pt x="2119997" y="1952157"/>
                                </a:lnTo>
                                <a:lnTo>
                                  <a:pt x="2114986" y="1957433"/>
                                </a:lnTo>
                                <a:lnTo>
                                  <a:pt x="2114550" y="1945563"/>
                                </a:lnTo>
                                <a:lnTo>
                                  <a:pt x="2120869" y="1943145"/>
                                </a:lnTo>
                                <a:close/>
                                <a:moveTo>
                                  <a:pt x="6329363" y="1939381"/>
                                </a:moveTo>
                                <a:lnTo>
                                  <a:pt x="6328909" y="1939608"/>
                                </a:lnTo>
                                <a:lnTo>
                                  <a:pt x="6328455" y="1940288"/>
                                </a:lnTo>
                                <a:lnTo>
                                  <a:pt x="6328355" y="1940888"/>
                                </a:lnTo>
                                <a:lnTo>
                                  <a:pt x="6332103" y="1944791"/>
                                </a:lnTo>
                                <a:lnTo>
                                  <a:pt x="6346680" y="1960585"/>
                                </a:lnTo>
                                <a:lnTo>
                                  <a:pt x="6346598" y="1960470"/>
                                </a:lnTo>
                                <a:lnTo>
                                  <a:pt x="6341382" y="1953894"/>
                                </a:lnTo>
                                <a:lnTo>
                                  <a:pt x="6337300" y="1947998"/>
                                </a:lnTo>
                                <a:lnTo>
                                  <a:pt x="6334125" y="1943462"/>
                                </a:lnTo>
                                <a:lnTo>
                                  <a:pt x="6331630" y="1940515"/>
                                </a:lnTo>
                                <a:lnTo>
                                  <a:pt x="6330723" y="1939608"/>
                                </a:lnTo>
                                <a:lnTo>
                                  <a:pt x="6329816" y="1939381"/>
                                </a:lnTo>
                                <a:lnTo>
                                  <a:pt x="6329363" y="1939381"/>
                                </a:lnTo>
                                <a:close/>
                                <a:moveTo>
                                  <a:pt x="3730434" y="1935172"/>
                                </a:moveTo>
                                <a:lnTo>
                                  <a:pt x="3731565" y="1938861"/>
                                </a:lnTo>
                                <a:lnTo>
                                  <a:pt x="3732017" y="1942089"/>
                                </a:lnTo>
                                <a:lnTo>
                                  <a:pt x="3732469" y="1944855"/>
                                </a:lnTo>
                                <a:lnTo>
                                  <a:pt x="3732922" y="1947622"/>
                                </a:lnTo>
                                <a:lnTo>
                                  <a:pt x="3733374" y="1949005"/>
                                </a:lnTo>
                                <a:lnTo>
                                  <a:pt x="3734053" y="1950158"/>
                                </a:lnTo>
                                <a:lnTo>
                                  <a:pt x="3735183" y="1951541"/>
                                </a:lnTo>
                                <a:lnTo>
                                  <a:pt x="3736088" y="1952924"/>
                                </a:lnTo>
                                <a:lnTo>
                                  <a:pt x="3737445" y="1954308"/>
                                </a:lnTo>
                                <a:lnTo>
                                  <a:pt x="3739028" y="1955922"/>
                                </a:lnTo>
                                <a:lnTo>
                                  <a:pt x="3743325" y="1959380"/>
                                </a:lnTo>
                                <a:lnTo>
                                  <a:pt x="3741290" y="1959841"/>
                                </a:lnTo>
                                <a:lnTo>
                                  <a:pt x="3733374" y="1961224"/>
                                </a:lnTo>
                                <a:lnTo>
                                  <a:pt x="3729077" y="1961916"/>
                                </a:lnTo>
                                <a:lnTo>
                                  <a:pt x="3727041" y="1962838"/>
                                </a:lnTo>
                                <a:lnTo>
                                  <a:pt x="3725911" y="1963530"/>
                                </a:lnTo>
                                <a:lnTo>
                                  <a:pt x="3716864" y="1974827"/>
                                </a:lnTo>
                                <a:lnTo>
                                  <a:pt x="3698771" y="1982896"/>
                                </a:lnTo>
                                <a:lnTo>
                                  <a:pt x="3695831" y="1990504"/>
                                </a:lnTo>
                                <a:lnTo>
                                  <a:pt x="3692212" y="1990735"/>
                                </a:lnTo>
                                <a:lnTo>
                                  <a:pt x="3688820" y="1990735"/>
                                </a:lnTo>
                                <a:lnTo>
                                  <a:pt x="3685427" y="1990735"/>
                                </a:lnTo>
                                <a:lnTo>
                                  <a:pt x="3682261" y="1990274"/>
                                </a:lnTo>
                                <a:lnTo>
                                  <a:pt x="3679321" y="1989582"/>
                                </a:lnTo>
                                <a:lnTo>
                                  <a:pt x="3676381" y="1988660"/>
                                </a:lnTo>
                                <a:lnTo>
                                  <a:pt x="3673667" y="1987738"/>
                                </a:lnTo>
                                <a:lnTo>
                                  <a:pt x="3671405" y="1986124"/>
                                </a:lnTo>
                                <a:lnTo>
                                  <a:pt x="3669143" y="1984510"/>
                                </a:lnTo>
                                <a:lnTo>
                                  <a:pt x="3667108" y="1982435"/>
                                </a:lnTo>
                                <a:lnTo>
                                  <a:pt x="3666380" y="1981481"/>
                                </a:lnTo>
                                <a:lnTo>
                                  <a:pt x="3667274" y="1984385"/>
                                </a:lnTo>
                                <a:lnTo>
                                  <a:pt x="3666596" y="1983934"/>
                                </a:lnTo>
                                <a:lnTo>
                                  <a:pt x="3651237" y="1971998"/>
                                </a:lnTo>
                                <a:lnTo>
                                  <a:pt x="3648075" y="1967268"/>
                                </a:lnTo>
                                <a:lnTo>
                                  <a:pt x="3660046" y="1965242"/>
                                </a:lnTo>
                                <a:lnTo>
                                  <a:pt x="3660789" y="1964797"/>
                                </a:lnTo>
                                <a:lnTo>
                                  <a:pt x="3660775" y="1964683"/>
                                </a:lnTo>
                                <a:lnTo>
                                  <a:pt x="3668465" y="1959841"/>
                                </a:lnTo>
                                <a:lnTo>
                                  <a:pt x="3676607" y="1957536"/>
                                </a:lnTo>
                                <a:lnTo>
                                  <a:pt x="3679095" y="1952694"/>
                                </a:lnTo>
                                <a:lnTo>
                                  <a:pt x="3680678" y="1947853"/>
                                </a:lnTo>
                                <a:lnTo>
                                  <a:pt x="3686784" y="1947391"/>
                                </a:lnTo>
                                <a:lnTo>
                                  <a:pt x="3693343" y="1946700"/>
                                </a:lnTo>
                                <a:lnTo>
                                  <a:pt x="3699902" y="1946008"/>
                                </a:lnTo>
                                <a:lnTo>
                                  <a:pt x="3706460" y="1944625"/>
                                </a:lnTo>
                                <a:lnTo>
                                  <a:pt x="3713019" y="1943011"/>
                                </a:lnTo>
                                <a:lnTo>
                                  <a:pt x="3719126" y="1940936"/>
                                </a:lnTo>
                                <a:lnTo>
                                  <a:pt x="3722292" y="1939783"/>
                                </a:lnTo>
                                <a:lnTo>
                                  <a:pt x="3725232" y="1938169"/>
                                </a:lnTo>
                                <a:lnTo>
                                  <a:pt x="3727720" y="1936786"/>
                                </a:lnTo>
                                <a:lnTo>
                                  <a:pt x="3730434" y="1935172"/>
                                </a:lnTo>
                                <a:close/>
                                <a:moveTo>
                                  <a:pt x="3244729" y="1933609"/>
                                </a:moveTo>
                                <a:lnTo>
                                  <a:pt x="3249613" y="1936784"/>
                                </a:lnTo>
                                <a:lnTo>
                                  <a:pt x="3243263" y="1933926"/>
                                </a:lnTo>
                                <a:lnTo>
                                  <a:pt x="3244729" y="1933609"/>
                                </a:lnTo>
                                <a:close/>
                                <a:moveTo>
                                  <a:pt x="3227388" y="1930434"/>
                                </a:moveTo>
                                <a:lnTo>
                                  <a:pt x="3227388" y="1931427"/>
                                </a:lnTo>
                                <a:lnTo>
                                  <a:pt x="3225497" y="1934403"/>
                                </a:lnTo>
                                <a:lnTo>
                                  <a:pt x="3216748" y="1936785"/>
                                </a:lnTo>
                                <a:lnTo>
                                  <a:pt x="3216275" y="1932419"/>
                                </a:lnTo>
                                <a:lnTo>
                                  <a:pt x="3227388" y="1930434"/>
                                </a:lnTo>
                                <a:close/>
                                <a:moveTo>
                                  <a:pt x="5406571" y="1926682"/>
                                </a:moveTo>
                                <a:lnTo>
                                  <a:pt x="5391830" y="1936206"/>
                                </a:lnTo>
                                <a:lnTo>
                                  <a:pt x="5406798" y="1926682"/>
                                </a:lnTo>
                                <a:lnTo>
                                  <a:pt x="5406571" y="1926682"/>
                                </a:lnTo>
                                <a:close/>
                                <a:moveTo>
                                  <a:pt x="4350345" y="1926123"/>
                                </a:moveTo>
                                <a:lnTo>
                                  <a:pt x="4350104" y="1933829"/>
                                </a:lnTo>
                                <a:lnTo>
                                  <a:pt x="4371430" y="1946747"/>
                                </a:lnTo>
                                <a:lnTo>
                                  <a:pt x="4377556" y="1949691"/>
                                </a:lnTo>
                                <a:lnTo>
                                  <a:pt x="4383001" y="1952411"/>
                                </a:lnTo>
                                <a:lnTo>
                                  <a:pt x="4387992" y="1955358"/>
                                </a:lnTo>
                                <a:lnTo>
                                  <a:pt x="4390261" y="1957172"/>
                                </a:lnTo>
                                <a:lnTo>
                                  <a:pt x="4392530" y="1958532"/>
                                </a:lnTo>
                                <a:lnTo>
                                  <a:pt x="4394572" y="1960345"/>
                                </a:lnTo>
                                <a:lnTo>
                                  <a:pt x="4396387" y="1962159"/>
                                </a:lnTo>
                                <a:lnTo>
                                  <a:pt x="4397975" y="1964200"/>
                                </a:lnTo>
                                <a:lnTo>
                                  <a:pt x="4399336" y="1966239"/>
                                </a:lnTo>
                                <a:lnTo>
                                  <a:pt x="4400470" y="1968734"/>
                                </a:lnTo>
                                <a:lnTo>
                                  <a:pt x="4401832" y="1971224"/>
                                </a:lnTo>
                                <a:lnTo>
                                  <a:pt x="4402512" y="1974170"/>
                                </a:lnTo>
                                <a:lnTo>
                                  <a:pt x="4402966" y="1977118"/>
                                </a:lnTo>
                                <a:lnTo>
                                  <a:pt x="4408411" y="1980744"/>
                                </a:lnTo>
                                <a:lnTo>
                                  <a:pt x="4413856" y="1983917"/>
                                </a:lnTo>
                                <a:lnTo>
                                  <a:pt x="4419755" y="1986863"/>
                                </a:lnTo>
                                <a:lnTo>
                                  <a:pt x="4425654" y="1989130"/>
                                </a:lnTo>
                                <a:lnTo>
                                  <a:pt x="4431553" y="1991396"/>
                                </a:lnTo>
                                <a:lnTo>
                                  <a:pt x="4437905" y="1993210"/>
                                </a:lnTo>
                                <a:lnTo>
                                  <a:pt x="4449930" y="1996609"/>
                                </a:lnTo>
                                <a:lnTo>
                                  <a:pt x="4462635" y="2000462"/>
                                </a:lnTo>
                                <a:lnTo>
                                  <a:pt x="4468761" y="2002275"/>
                                </a:lnTo>
                                <a:lnTo>
                                  <a:pt x="4474659" y="2004313"/>
                                </a:lnTo>
                                <a:lnTo>
                                  <a:pt x="4480558" y="2006578"/>
                                </a:lnTo>
                                <a:lnTo>
                                  <a:pt x="4482977" y="2007601"/>
                                </a:lnTo>
                                <a:lnTo>
                                  <a:pt x="4482420" y="2007183"/>
                                </a:lnTo>
                                <a:lnTo>
                                  <a:pt x="4479471" y="2004915"/>
                                </a:lnTo>
                                <a:lnTo>
                                  <a:pt x="4476070" y="2003101"/>
                                </a:lnTo>
                                <a:lnTo>
                                  <a:pt x="4472668" y="2001287"/>
                                </a:lnTo>
                                <a:lnTo>
                                  <a:pt x="4469039" y="1999700"/>
                                </a:lnTo>
                                <a:lnTo>
                                  <a:pt x="4464957" y="1998112"/>
                                </a:lnTo>
                                <a:lnTo>
                                  <a:pt x="4460421" y="1996979"/>
                                </a:lnTo>
                                <a:lnTo>
                                  <a:pt x="4455886" y="1995618"/>
                                </a:lnTo>
                                <a:lnTo>
                                  <a:pt x="4449309" y="1994257"/>
                                </a:lnTo>
                                <a:lnTo>
                                  <a:pt x="4443412" y="1992897"/>
                                </a:lnTo>
                                <a:lnTo>
                                  <a:pt x="4438423" y="1991310"/>
                                </a:lnTo>
                                <a:lnTo>
                                  <a:pt x="4433661" y="1989949"/>
                                </a:lnTo>
                                <a:lnTo>
                                  <a:pt x="4429805" y="1988135"/>
                                </a:lnTo>
                                <a:lnTo>
                                  <a:pt x="4426403" y="1986547"/>
                                </a:lnTo>
                                <a:lnTo>
                                  <a:pt x="4423455" y="1984506"/>
                                </a:lnTo>
                                <a:lnTo>
                                  <a:pt x="4420507" y="1982693"/>
                                </a:lnTo>
                                <a:lnTo>
                                  <a:pt x="4418239" y="1980425"/>
                                </a:lnTo>
                                <a:lnTo>
                                  <a:pt x="4415744" y="1977931"/>
                                </a:lnTo>
                                <a:lnTo>
                                  <a:pt x="4413250" y="1975436"/>
                                </a:lnTo>
                                <a:lnTo>
                                  <a:pt x="4411209" y="1972715"/>
                                </a:lnTo>
                                <a:lnTo>
                                  <a:pt x="4405766" y="1965912"/>
                                </a:lnTo>
                                <a:lnTo>
                                  <a:pt x="4399416" y="1957522"/>
                                </a:lnTo>
                                <a:lnTo>
                                  <a:pt x="4397828" y="1955935"/>
                                </a:lnTo>
                                <a:lnTo>
                                  <a:pt x="4395787" y="1953894"/>
                                </a:lnTo>
                                <a:lnTo>
                                  <a:pt x="4393519" y="1952306"/>
                                </a:lnTo>
                                <a:lnTo>
                                  <a:pt x="4391252" y="1950266"/>
                                </a:lnTo>
                                <a:lnTo>
                                  <a:pt x="4386036" y="1946864"/>
                                </a:lnTo>
                                <a:lnTo>
                                  <a:pt x="4380593" y="1943689"/>
                                </a:lnTo>
                                <a:lnTo>
                                  <a:pt x="4368346" y="1937340"/>
                                </a:lnTo>
                                <a:lnTo>
                                  <a:pt x="4362450" y="1933939"/>
                                </a:lnTo>
                                <a:lnTo>
                                  <a:pt x="4357007" y="1930764"/>
                                </a:lnTo>
                                <a:lnTo>
                                  <a:pt x="4351791" y="1927136"/>
                                </a:lnTo>
                                <a:lnTo>
                                  <a:pt x="4350345" y="1926123"/>
                                </a:lnTo>
                                <a:close/>
                                <a:moveTo>
                                  <a:pt x="3267193" y="1925672"/>
                                </a:moveTo>
                                <a:lnTo>
                                  <a:pt x="3270250" y="1927928"/>
                                </a:lnTo>
                                <a:lnTo>
                                  <a:pt x="3269780" y="1930434"/>
                                </a:lnTo>
                                <a:lnTo>
                                  <a:pt x="3263900" y="1926925"/>
                                </a:lnTo>
                                <a:lnTo>
                                  <a:pt x="3267193" y="1925672"/>
                                </a:lnTo>
                                <a:close/>
                                <a:moveTo>
                                  <a:pt x="3416754" y="1922496"/>
                                </a:moveTo>
                                <a:lnTo>
                                  <a:pt x="3417208" y="1922496"/>
                                </a:lnTo>
                                <a:lnTo>
                                  <a:pt x="3417888" y="1925644"/>
                                </a:lnTo>
                                <a:lnTo>
                                  <a:pt x="3417888" y="1927443"/>
                                </a:lnTo>
                                <a:lnTo>
                                  <a:pt x="3403828" y="1929242"/>
                                </a:lnTo>
                                <a:lnTo>
                                  <a:pt x="3416754" y="1922496"/>
                                </a:lnTo>
                                <a:close/>
                                <a:moveTo>
                                  <a:pt x="3759200" y="1919297"/>
                                </a:moveTo>
                                <a:lnTo>
                                  <a:pt x="3758297" y="1919748"/>
                                </a:lnTo>
                                <a:lnTo>
                                  <a:pt x="3737291" y="1941819"/>
                                </a:lnTo>
                                <a:lnTo>
                                  <a:pt x="3730741" y="1935738"/>
                                </a:lnTo>
                                <a:lnTo>
                                  <a:pt x="3747681" y="1923351"/>
                                </a:lnTo>
                                <a:lnTo>
                                  <a:pt x="3758071" y="1919523"/>
                                </a:lnTo>
                                <a:lnTo>
                                  <a:pt x="3759200" y="1919297"/>
                                </a:lnTo>
                                <a:close/>
                                <a:moveTo>
                                  <a:pt x="3230563" y="1916148"/>
                                </a:moveTo>
                                <a:lnTo>
                                  <a:pt x="3236913" y="1917401"/>
                                </a:lnTo>
                                <a:lnTo>
                                  <a:pt x="3234532" y="1920911"/>
                                </a:lnTo>
                                <a:lnTo>
                                  <a:pt x="3230563" y="1916148"/>
                                </a:lnTo>
                                <a:close/>
                                <a:moveTo>
                                  <a:pt x="5399087" y="1915571"/>
                                </a:moveTo>
                                <a:lnTo>
                                  <a:pt x="5393191" y="1918745"/>
                                </a:lnTo>
                                <a:lnTo>
                                  <a:pt x="5398861" y="1915798"/>
                                </a:lnTo>
                                <a:lnTo>
                                  <a:pt x="5399087" y="1915571"/>
                                </a:lnTo>
                                <a:close/>
                                <a:moveTo>
                                  <a:pt x="1778496" y="1913242"/>
                                </a:moveTo>
                                <a:lnTo>
                                  <a:pt x="1774156" y="1921293"/>
                                </a:lnTo>
                                <a:lnTo>
                                  <a:pt x="1773091" y="1926176"/>
                                </a:lnTo>
                                <a:lnTo>
                                  <a:pt x="1778496" y="1913242"/>
                                </a:lnTo>
                                <a:close/>
                                <a:moveTo>
                                  <a:pt x="3302001" y="1911384"/>
                                </a:moveTo>
                                <a:lnTo>
                                  <a:pt x="3290888" y="1920908"/>
                                </a:lnTo>
                                <a:lnTo>
                                  <a:pt x="3301384" y="1911622"/>
                                </a:lnTo>
                                <a:lnTo>
                                  <a:pt x="3302001" y="1911384"/>
                                </a:lnTo>
                                <a:close/>
                                <a:moveTo>
                                  <a:pt x="3360719" y="1907960"/>
                                </a:moveTo>
                                <a:lnTo>
                                  <a:pt x="3351213" y="1917737"/>
                                </a:lnTo>
                                <a:lnTo>
                                  <a:pt x="3353859" y="1912748"/>
                                </a:lnTo>
                                <a:lnTo>
                                  <a:pt x="3360719" y="1907960"/>
                                </a:lnTo>
                                <a:close/>
                                <a:moveTo>
                                  <a:pt x="2771568" y="1905121"/>
                                </a:moveTo>
                                <a:lnTo>
                                  <a:pt x="2774950" y="1905348"/>
                                </a:lnTo>
                                <a:lnTo>
                                  <a:pt x="2772695" y="1908063"/>
                                </a:lnTo>
                                <a:lnTo>
                                  <a:pt x="2768186" y="1915755"/>
                                </a:lnTo>
                                <a:lnTo>
                                  <a:pt x="2763903" y="1922993"/>
                                </a:lnTo>
                                <a:lnTo>
                                  <a:pt x="2760521" y="1930232"/>
                                </a:lnTo>
                                <a:lnTo>
                                  <a:pt x="2757591" y="1936566"/>
                                </a:lnTo>
                                <a:lnTo>
                                  <a:pt x="2755336" y="1942448"/>
                                </a:lnTo>
                                <a:lnTo>
                                  <a:pt x="2753533" y="1946745"/>
                                </a:lnTo>
                                <a:lnTo>
                                  <a:pt x="2752180" y="1951267"/>
                                </a:lnTo>
                                <a:lnTo>
                                  <a:pt x="2751729" y="1954438"/>
                                </a:lnTo>
                                <a:lnTo>
                                  <a:pt x="2762550" y="1976604"/>
                                </a:lnTo>
                                <a:lnTo>
                                  <a:pt x="2761874" y="1979998"/>
                                </a:lnTo>
                                <a:lnTo>
                                  <a:pt x="2760972" y="1983165"/>
                                </a:lnTo>
                                <a:lnTo>
                                  <a:pt x="2759845" y="1986105"/>
                                </a:lnTo>
                                <a:lnTo>
                                  <a:pt x="2758718" y="1988367"/>
                                </a:lnTo>
                                <a:lnTo>
                                  <a:pt x="2757140" y="1990629"/>
                                </a:lnTo>
                                <a:lnTo>
                                  <a:pt x="2755562" y="1992214"/>
                                </a:lnTo>
                                <a:lnTo>
                                  <a:pt x="2753758" y="1994022"/>
                                </a:lnTo>
                                <a:lnTo>
                                  <a:pt x="2751729" y="1995153"/>
                                </a:lnTo>
                                <a:lnTo>
                                  <a:pt x="2749475" y="1996284"/>
                                </a:lnTo>
                                <a:lnTo>
                                  <a:pt x="2746995" y="1996737"/>
                                </a:lnTo>
                                <a:lnTo>
                                  <a:pt x="2744289" y="1997188"/>
                                </a:lnTo>
                                <a:lnTo>
                                  <a:pt x="2741584" y="1997188"/>
                                </a:lnTo>
                                <a:lnTo>
                                  <a:pt x="2738653" y="1996962"/>
                                </a:lnTo>
                                <a:lnTo>
                                  <a:pt x="2735272" y="1996737"/>
                                </a:lnTo>
                                <a:lnTo>
                                  <a:pt x="2731890" y="1995832"/>
                                </a:lnTo>
                                <a:lnTo>
                                  <a:pt x="2728508" y="1994928"/>
                                </a:lnTo>
                                <a:lnTo>
                                  <a:pt x="2714080" y="1981130"/>
                                </a:lnTo>
                                <a:lnTo>
                                  <a:pt x="2693790" y="1977284"/>
                                </a:lnTo>
                                <a:lnTo>
                                  <a:pt x="2677558" y="1973888"/>
                                </a:lnTo>
                                <a:lnTo>
                                  <a:pt x="2656817" y="1963260"/>
                                </a:lnTo>
                                <a:lnTo>
                                  <a:pt x="2652985" y="1963260"/>
                                </a:lnTo>
                                <a:lnTo>
                                  <a:pt x="2647574" y="1963032"/>
                                </a:lnTo>
                                <a:lnTo>
                                  <a:pt x="2644192" y="1962806"/>
                                </a:lnTo>
                                <a:lnTo>
                                  <a:pt x="2641036" y="1961901"/>
                                </a:lnTo>
                                <a:lnTo>
                                  <a:pt x="2637654" y="1961449"/>
                                </a:lnTo>
                                <a:lnTo>
                                  <a:pt x="2634498" y="1960543"/>
                                </a:lnTo>
                                <a:lnTo>
                                  <a:pt x="2631342" y="1959412"/>
                                </a:lnTo>
                                <a:lnTo>
                                  <a:pt x="2628637" y="1958056"/>
                                </a:lnTo>
                                <a:lnTo>
                                  <a:pt x="2626157" y="1956698"/>
                                </a:lnTo>
                                <a:lnTo>
                                  <a:pt x="2624353" y="1954888"/>
                                </a:lnTo>
                                <a:lnTo>
                                  <a:pt x="2623902" y="1953986"/>
                                </a:lnTo>
                                <a:lnTo>
                                  <a:pt x="2623001" y="1952851"/>
                                </a:lnTo>
                                <a:lnTo>
                                  <a:pt x="2622775" y="1951718"/>
                                </a:lnTo>
                                <a:lnTo>
                                  <a:pt x="2622550" y="1950584"/>
                                </a:lnTo>
                                <a:lnTo>
                                  <a:pt x="2622775" y="1949458"/>
                                </a:lnTo>
                                <a:lnTo>
                                  <a:pt x="2623001" y="1948103"/>
                                </a:lnTo>
                                <a:lnTo>
                                  <a:pt x="2623452" y="1946745"/>
                                </a:lnTo>
                                <a:lnTo>
                                  <a:pt x="2624353" y="1945162"/>
                                </a:lnTo>
                                <a:lnTo>
                                  <a:pt x="2636076" y="1929553"/>
                                </a:lnTo>
                                <a:lnTo>
                                  <a:pt x="2643065" y="1933852"/>
                                </a:lnTo>
                                <a:lnTo>
                                  <a:pt x="2663581" y="1924350"/>
                                </a:lnTo>
                                <a:lnTo>
                                  <a:pt x="2667864" y="1926160"/>
                                </a:lnTo>
                                <a:lnTo>
                                  <a:pt x="2671922" y="1927518"/>
                                </a:lnTo>
                                <a:lnTo>
                                  <a:pt x="2675980" y="1928876"/>
                                </a:lnTo>
                                <a:lnTo>
                                  <a:pt x="2680038" y="1929781"/>
                                </a:lnTo>
                                <a:lnTo>
                                  <a:pt x="2684321" y="1930459"/>
                                </a:lnTo>
                                <a:lnTo>
                                  <a:pt x="2688605" y="1930684"/>
                                </a:lnTo>
                                <a:lnTo>
                                  <a:pt x="2692663" y="1930912"/>
                                </a:lnTo>
                                <a:lnTo>
                                  <a:pt x="2696946" y="1930912"/>
                                </a:lnTo>
                                <a:lnTo>
                                  <a:pt x="2701230" y="1930459"/>
                                </a:lnTo>
                                <a:lnTo>
                                  <a:pt x="2705288" y="1929781"/>
                                </a:lnTo>
                                <a:lnTo>
                                  <a:pt x="2709346" y="1928876"/>
                                </a:lnTo>
                                <a:lnTo>
                                  <a:pt x="2713404" y="1927518"/>
                                </a:lnTo>
                                <a:lnTo>
                                  <a:pt x="2717462" y="1926160"/>
                                </a:lnTo>
                                <a:lnTo>
                                  <a:pt x="2721520" y="1924124"/>
                                </a:lnTo>
                                <a:lnTo>
                                  <a:pt x="2725352" y="1922088"/>
                                </a:lnTo>
                                <a:lnTo>
                                  <a:pt x="2729185" y="1919600"/>
                                </a:lnTo>
                                <a:lnTo>
                                  <a:pt x="2740006" y="1914397"/>
                                </a:lnTo>
                                <a:lnTo>
                                  <a:pt x="2740231" y="1914397"/>
                                </a:lnTo>
                                <a:lnTo>
                                  <a:pt x="2742711" y="1914171"/>
                                </a:lnTo>
                                <a:lnTo>
                                  <a:pt x="2744966" y="1914171"/>
                                </a:lnTo>
                                <a:lnTo>
                                  <a:pt x="2746995" y="1913718"/>
                                </a:lnTo>
                                <a:lnTo>
                                  <a:pt x="2749024" y="1913266"/>
                                </a:lnTo>
                                <a:lnTo>
                                  <a:pt x="2752631" y="1912135"/>
                                </a:lnTo>
                                <a:lnTo>
                                  <a:pt x="2756238" y="1910551"/>
                                </a:lnTo>
                                <a:lnTo>
                                  <a:pt x="2759620" y="1908967"/>
                                </a:lnTo>
                                <a:lnTo>
                                  <a:pt x="2763227" y="1907384"/>
                                </a:lnTo>
                                <a:lnTo>
                                  <a:pt x="2767059" y="1906027"/>
                                </a:lnTo>
                                <a:lnTo>
                                  <a:pt x="2771568" y="1905121"/>
                                </a:lnTo>
                                <a:close/>
                                <a:moveTo>
                                  <a:pt x="3257550" y="1905035"/>
                                </a:moveTo>
                                <a:lnTo>
                                  <a:pt x="3259138" y="1909448"/>
                                </a:lnTo>
                                <a:lnTo>
                                  <a:pt x="3257683" y="1914559"/>
                                </a:lnTo>
                                <a:lnTo>
                                  <a:pt x="3257550" y="1905035"/>
                                </a:lnTo>
                                <a:close/>
                                <a:moveTo>
                                  <a:pt x="3367088" y="1903450"/>
                                </a:moveTo>
                                <a:lnTo>
                                  <a:pt x="3366206" y="1904130"/>
                                </a:lnTo>
                                <a:lnTo>
                                  <a:pt x="3360719" y="1907960"/>
                                </a:lnTo>
                                <a:lnTo>
                                  <a:pt x="3364663" y="1903903"/>
                                </a:lnTo>
                                <a:lnTo>
                                  <a:pt x="3365104" y="1903677"/>
                                </a:lnTo>
                                <a:lnTo>
                                  <a:pt x="3367088" y="1903450"/>
                                </a:lnTo>
                                <a:close/>
                                <a:moveTo>
                                  <a:pt x="5085896" y="1902872"/>
                                </a:moveTo>
                                <a:lnTo>
                                  <a:pt x="5087030" y="1904006"/>
                                </a:lnTo>
                                <a:lnTo>
                                  <a:pt x="5086804" y="1903552"/>
                                </a:lnTo>
                                <a:lnTo>
                                  <a:pt x="5085896" y="1902872"/>
                                </a:lnTo>
                                <a:close/>
                                <a:moveTo>
                                  <a:pt x="3272977" y="1900272"/>
                                </a:moveTo>
                                <a:lnTo>
                                  <a:pt x="3276601" y="1904121"/>
                                </a:lnTo>
                                <a:lnTo>
                                  <a:pt x="3271286" y="1916147"/>
                                </a:lnTo>
                                <a:lnTo>
                                  <a:pt x="3265488" y="1907728"/>
                                </a:lnTo>
                                <a:lnTo>
                                  <a:pt x="3272977" y="1900272"/>
                                </a:lnTo>
                                <a:close/>
                                <a:moveTo>
                                  <a:pt x="3346450" y="1900271"/>
                                </a:moveTo>
                                <a:lnTo>
                                  <a:pt x="3351213" y="1900271"/>
                                </a:lnTo>
                                <a:lnTo>
                                  <a:pt x="3347720" y="1905034"/>
                                </a:lnTo>
                                <a:lnTo>
                                  <a:pt x="3346450" y="1900271"/>
                                </a:lnTo>
                                <a:close/>
                                <a:moveTo>
                                  <a:pt x="5410880" y="1899924"/>
                                </a:moveTo>
                                <a:lnTo>
                                  <a:pt x="5417684" y="1900604"/>
                                </a:lnTo>
                                <a:lnTo>
                                  <a:pt x="5417911" y="1900604"/>
                                </a:lnTo>
                                <a:lnTo>
                                  <a:pt x="5410880" y="1899924"/>
                                </a:lnTo>
                                <a:close/>
                                <a:moveTo>
                                  <a:pt x="4346184" y="1898407"/>
                                </a:moveTo>
                                <a:lnTo>
                                  <a:pt x="4346020" y="1898469"/>
                                </a:lnTo>
                                <a:lnTo>
                                  <a:pt x="4343524" y="1898922"/>
                                </a:lnTo>
                                <a:lnTo>
                                  <a:pt x="4340348" y="1898922"/>
                                </a:lnTo>
                                <a:lnTo>
                                  <a:pt x="4342631" y="1903484"/>
                                </a:lnTo>
                                <a:lnTo>
                                  <a:pt x="4343853" y="1901738"/>
                                </a:lnTo>
                                <a:lnTo>
                                  <a:pt x="4345668" y="1899017"/>
                                </a:lnTo>
                                <a:lnTo>
                                  <a:pt x="4346184" y="1898407"/>
                                </a:lnTo>
                                <a:close/>
                                <a:moveTo>
                                  <a:pt x="3026083" y="1893924"/>
                                </a:moveTo>
                                <a:lnTo>
                                  <a:pt x="3028388" y="1894160"/>
                                </a:lnTo>
                                <a:lnTo>
                                  <a:pt x="3030231" y="1894630"/>
                                </a:lnTo>
                                <a:lnTo>
                                  <a:pt x="3031844" y="1895806"/>
                                </a:lnTo>
                                <a:lnTo>
                                  <a:pt x="3033227" y="1896982"/>
                                </a:lnTo>
                                <a:lnTo>
                                  <a:pt x="3034379" y="1898863"/>
                                </a:lnTo>
                                <a:lnTo>
                                  <a:pt x="3035301" y="1900744"/>
                                </a:lnTo>
                                <a:lnTo>
                                  <a:pt x="3033227" y="1906624"/>
                                </a:lnTo>
                                <a:lnTo>
                                  <a:pt x="3021013" y="1894630"/>
                                </a:lnTo>
                                <a:lnTo>
                                  <a:pt x="3023779" y="1894160"/>
                                </a:lnTo>
                                <a:lnTo>
                                  <a:pt x="3026083" y="1893924"/>
                                </a:lnTo>
                                <a:close/>
                                <a:moveTo>
                                  <a:pt x="1783699" y="1887556"/>
                                </a:moveTo>
                                <a:lnTo>
                                  <a:pt x="1782281" y="1899687"/>
                                </a:lnTo>
                                <a:lnTo>
                                  <a:pt x="1782565" y="1898354"/>
                                </a:lnTo>
                                <a:lnTo>
                                  <a:pt x="1783473" y="1892025"/>
                                </a:lnTo>
                                <a:lnTo>
                                  <a:pt x="1783699" y="1889087"/>
                                </a:lnTo>
                                <a:lnTo>
                                  <a:pt x="1783699" y="1887556"/>
                                </a:lnTo>
                                <a:close/>
                                <a:moveTo>
                                  <a:pt x="2202000" y="1885997"/>
                                </a:moveTo>
                                <a:lnTo>
                                  <a:pt x="2200397" y="1896674"/>
                                </a:lnTo>
                                <a:lnTo>
                                  <a:pt x="2209785" y="1896229"/>
                                </a:lnTo>
                                <a:lnTo>
                                  <a:pt x="2211388" y="1900011"/>
                                </a:lnTo>
                                <a:lnTo>
                                  <a:pt x="2202229" y="1914914"/>
                                </a:lnTo>
                                <a:lnTo>
                                  <a:pt x="2195589" y="1920697"/>
                                </a:lnTo>
                                <a:lnTo>
                                  <a:pt x="2191468" y="1920920"/>
                                </a:lnTo>
                                <a:lnTo>
                                  <a:pt x="2181393" y="1919364"/>
                                </a:lnTo>
                                <a:lnTo>
                                  <a:pt x="2178417" y="1917139"/>
                                </a:lnTo>
                                <a:lnTo>
                                  <a:pt x="2175440" y="1911800"/>
                                </a:lnTo>
                                <a:lnTo>
                                  <a:pt x="2169945" y="1913135"/>
                                </a:lnTo>
                                <a:lnTo>
                                  <a:pt x="2163763" y="1915136"/>
                                </a:lnTo>
                                <a:lnTo>
                                  <a:pt x="2172463" y="1901790"/>
                                </a:lnTo>
                                <a:lnTo>
                                  <a:pt x="2202000" y="1885997"/>
                                </a:lnTo>
                                <a:close/>
                                <a:moveTo>
                                  <a:pt x="3259138" y="1884397"/>
                                </a:moveTo>
                                <a:lnTo>
                                  <a:pt x="3263901" y="1884831"/>
                                </a:lnTo>
                                <a:lnTo>
                                  <a:pt x="3260392" y="1889161"/>
                                </a:lnTo>
                                <a:lnTo>
                                  <a:pt x="3259138" y="1884397"/>
                                </a:lnTo>
                                <a:close/>
                                <a:moveTo>
                                  <a:pt x="3163492" y="1881225"/>
                                </a:moveTo>
                                <a:lnTo>
                                  <a:pt x="3165476" y="1882812"/>
                                </a:lnTo>
                                <a:lnTo>
                                  <a:pt x="3164484" y="1887574"/>
                                </a:lnTo>
                                <a:lnTo>
                                  <a:pt x="3160713" y="1882547"/>
                                </a:lnTo>
                                <a:lnTo>
                                  <a:pt x="3163492" y="1881225"/>
                                </a:lnTo>
                                <a:close/>
                                <a:moveTo>
                                  <a:pt x="3209290" y="1881224"/>
                                </a:moveTo>
                                <a:lnTo>
                                  <a:pt x="3209714" y="1882934"/>
                                </a:lnTo>
                                <a:lnTo>
                                  <a:pt x="3209925" y="1883178"/>
                                </a:lnTo>
                                <a:lnTo>
                                  <a:pt x="3206750" y="1890749"/>
                                </a:lnTo>
                                <a:lnTo>
                                  <a:pt x="3209290" y="1881224"/>
                                </a:lnTo>
                                <a:close/>
                                <a:moveTo>
                                  <a:pt x="4110609" y="1880870"/>
                                </a:moveTo>
                                <a:lnTo>
                                  <a:pt x="4110707" y="1881364"/>
                                </a:lnTo>
                                <a:lnTo>
                                  <a:pt x="4113204" y="1894557"/>
                                </a:lnTo>
                                <a:lnTo>
                                  <a:pt x="4115473" y="1908431"/>
                                </a:lnTo>
                                <a:lnTo>
                                  <a:pt x="4118401" y="1921519"/>
                                </a:lnTo>
                                <a:lnTo>
                                  <a:pt x="4118461" y="1921135"/>
                                </a:lnTo>
                                <a:lnTo>
                                  <a:pt x="4117100" y="1913655"/>
                                </a:lnTo>
                                <a:lnTo>
                                  <a:pt x="4115512" y="1905042"/>
                                </a:lnTo>
                                <a:lnTo>
                                  <a:pt x="4113924" y="1896202"/>
                                </a:lnTo>
                                <a:lnTo>
                                  <a:pt x="4111882" y="1886682"/>
                                </a:lnTo>
                                <a:lnTo>
                                  <a:pt x="4110974" y="1882149"/>
                                </a:lnTo>
                                <a:lnTo>
                                  <a:pt x="4110609" y="1880870"/>
                                </a:lnTo>
                                <a:close/>
                                <a:moveTo>
                                  <a:pt x="6462032" y="1878382"/>
                                </a:moveTo>
                                <a:lnTo>
                                  <a:pt x="6467248" y="1888359"/>
                                </a:lnTo>
                                <a:lnTo>
                                  <a:pt x="6486071" y="1923054"/>
                                </a:lnTo>
                                <a:lnTo>
                                  <a:pt x="6464683" y="1883683"/>
                                </a:lnTo>
                                <a:lnTo>
                                  <a:pt x="6462032" y="1878382"/>
                                </a:lnTo>
                                <a:close/>
                                <a:moveTo>
                                  <a:pt x="2236334" y="1876471"/>
                                </a:moveTo>
                                <a:lnTo>
                                  <a:pt x="2249488" y="1887353"/>
                                </a:lnTo>
                                <a:lnTo>
                                  <a:pt x="2249488" y="1887584"/>
                                </a:lnTo>
                                <a:lnTo>
                                  <a:pt x="2227263" y="1881101"/>
                                </a:lnTo>
                                <a:lnTo>
                                  <a:pt x="2236334" y="1876471"/>
                                </a:lnTo>
                                <a:close/>
                                <a:moveTo>
                                  <a:pt x="3243263" y="1876461"/>
                                </a:moveTo>
                                <a:lnTo>
                                  <a:pt x="3243706" y="1876461"/>
                                </a:lnTo>
                                <a:lnTo>
                                  <a:pt x="3244371" y="1876461"/>
                                </a:lnTo>
                                <a:lnTo>
                                  <a:pt x="3246807" y="1877166"/>
                                </a:lnTo>
                                <a:lnTo>
                                  <a:pt x="3249466" y="1878812"/>
                                </a:lnTo>
                                <a:lnTo>
                                  <a:pt x="3250573" y="1879518"/>
                                </a:lnTo>
                                <a:lnTo>
                                  <a:pt x="3251681" y="1880458"/>
                                </a:lnTo>
                                <a:lnTo>
                                  <a:pt x="3252345" y="1881869"/>
                                </a:lnTo>
                                <a:lnTo>
                                  <a:pt x="3252788" y="1882810"/>
                                </a:lnTo>
                                <a:lnTo>
                                  <a:pt x="3252567" y="1882810"/>
                                </a:lnTo>
                                <a:lnTo>
                                  <a:pt x="3246586" y="1879518"/>
                                </a:lnTo>
                                <a:lnTo>
                                  <a:pt x="3245035" y="1878577"/>
                                </a:lnTo>
                                <a:lnTo>
                                  <a:pt x="3243706" y="1877401"/>
                                </a:lnTo>
                                <a:lnTo>
                                  <a:pt x="3243263" y="1876930"/>
                                </a:lnTo>
                                <a:lnTo>
                                  <a:pt x="3243263" y="1876461"/>
                                </a:lnTo>
                                <a:close/>
                                <a:moveTo>
                                  <a:pt x="4351186" y="1869575"/>
                                </a:moveTo>
                                <a:lnTo>
                                  <a:pt x="4348515" y="1869909"/>
                                </a:lnTo>
                                <a:lnTo>
                                  <a:pt x="4347381" y="1872629"/>
                                </a:lnTo>
                                <a:lnTo>
                                  <a:pt x="4347128" y="1873642"/>
                                </a:lnTo>
                                <a:lnTo>
                                  <a:pt x="4347709" y="1872712"/>
                                </a:lnTo>
                                <a:lnTo>
                                  <a:pt x="4349069" y="1871352"/>
                                </a:lnTo>
                                <a:lnTo>
                                  <a:pt x="4350884" y="1869764"/>
                                </a:lnTo>
                                <a:lnTo>
                                  <a:pt x="4351186" y="1869575"/>
                                </a:lnTo>
                                <a:close/>
                                <a:moveTo>
                                  <a:pt x="3308351" y="1868522"/>
                                </a:moveTo>
                                <a:lnTo>
                                  <a:pt x="3308105" y="1868950"/>
                                </a:lnTo>
                                <a:lnTo>
                                  <a:pt x="3290888" y="1879635"/>
                                </a:lnTo>
                                <a:lnTo>
                                  <a:pt x="3293840" y="1873651"/>
                                </a:lnTo>
                                <a:lnTo>
                                  <a:pt x="3308351" y="1868522"/>
                                </a:lnTo>
                                <a:close/>
                                <a:moveTo>
                                  <a:pt x="3011806" y="1865350"/>
                                </a:moveTo>
                                <a:lnTo>
                                  <a:pt x="3013139" y="1866223"/>
                                </a:lnTo>
                                <a:lnTo>
                                  <a:pt x="3016695" y="1873208"/>
                                </a:lnTo>
                                <a:lnTo>
                                  <a:pt x="3025363" y="1879321"/>
                                </a:lnTo>
                                <a:lnTo>
                                  <a:pt x="3027363" y="1882594"/>
                                </a:lnTo>
                                <a:lnTo>
                                  <a:pt x="3026919" y="1882813"/>
                                </a:lnTo>
                                <a:lnTo>
                                  <a:pt x="3011139" y="1878884"/>
                                </a:lnTo>
                                <a:lnTo>
                                  <a:pt x="3006694" y="1882158"/>
                                </a:lnTo>
                                <a:lnTo>
                                  <a:pt x="3005138" y="1876920"/>
                                </a:lnTo>
                                <a:lnTo>
                                  <a:pt x="3012472" y="1869498"/>
                                </a:lnTo>
                                <a:lnTo>
                                  <a:pt x="3011806" y="1865350"/>
                                </a:lnTo>
                                <a:close/>
                                <a:moveTo>
                                  <a:pt x="3016250" y="1863762"/>
                                </a:moveTo>
                                <a:lnTo>
                                  <a:pt x="3022600" y="1871700"/>
                                </a:lnTo>
                                <a:lnTo>
                                  <a:pt x="3022373" y="1871485"/>
                                </a:lnTo>
                                <a:lnTo>
                                  <a:pt x="3016250" y="1863762"/>
                                </a:lnTo>
                                <a:close/>
                                <a:moveTo>
                                  <a:pt x="3226701" y="1862174"/>
                                </a:moveTo>
                                <a:lnTo>
                                  <a:pt x="3232708" y="1867243"/>
                                </a:lnTo>
                                <a:lnTo>
                                  <a:pt x="3238500" y="1873696"/>
                                </a:lnTo>
                                <a:lnTo>
                                  <a:pt x="3237213" y="1875078"/>
                                </a:lnTo>
                                <a:lnTo>
                                  <a:pt x="3236355" y="1875770"/>
                                </a:lnTo>
                                <a:lnTo>
                                  <a:pt x="3235711" y="1876231"/>
                                </a:lnTo>
                                <a:lnTo>
                                  <a:pt x="3234853" y="1876461"/>
                                </a:lnTo>
                                <a:lnTo>
                                  <a:pt x="3233781" y="1876461"/>
                                </a:lnTo>
                                <a:lnTo>
                                  <a:pt x="3232923" y="1876000"/>
                                </a:lnTo>
                                <a:lnTo>
                                  <a:pt x="3231421" y="1874387"/>
                                </a:lnTo>
                                <a:lnTo>
                                  <a:pt x="3227345" y="1870239"/>
                                </a:lnTo>
                                <a:lnTo>
                                  <a:pt x="3225200" y="1868396"/>
                                </a:lnTo>
                                <a:lnTo>
                                  <a:pt x="3223698" y="1867243"/>
                                </a:lnTo>
                                <a:lnTo>
                                  <a:pt x="3222625" y="1866552"/>
                                </a:lnTo>
                                <a:lnTo>
                                  <a:pt x="3226701" y="1862174"/>
                                </a:lnTo>
                                <a:close/>
                                <a:moveTo>
                                  <a:pt x="3340101" y="1858997"/>
                                </a:moveTo>
                                <a:lnTo>
                                  <a:pt x="3339667" y="1860251"/>
                                </a:lnTo>
                                <a:lnTo>
                                  <a:pt x="3331629" y="1866935"/>
                                </a:lnTo>
                                <a:lnTo>
                                  <a:pt x="3325546" y="1865682"/>
                                </a:lnTo>
                                <a:lnTo>
                                  <a:pt x="3319463" y="1862757"/>
                                </a:lnTo>
                                <a:lnTo>
                                  <a:pt x="3325329" y="1859624"/>
                                </a:lnTo>
                                <a:lnTo>
                                  <a:pt x="3340101" y="1858997"/>
                                </a:lnTo>
                                <a:close/>
                                <a:moveTo>
                                  <a:pt x="434975" y="1855842"/>
                                </a:moveTo>
                                <a:lnTo>
                                  <a:pt x="434798" y="1856265"/>
                                </a:lnTo>
                                <a:lnTo>
                                  <a:pt x="431977" y="1859016"/>
                                </a:lnTo>
                                <a:lnTo>
                                  <a:pt x="431800" y="1859016"/>
                                </a:lnTo>
                                <a:lnTo>
                                  <a:pt x="431800" y="1857112"/>
                                </a:lnTo>
                                <a:lnTo>
                                  <a:pt x="434975" y="1855842"/>
                                </a:lnTo>
                                <a:close/>
                                <a:moveTo>
                                  <a:pt x="368914" y="1852635"/>
                                </a:moveTo>
                                <a:lnTo>
                                  <a:pt x="364835" y="1858758"/>
                                </a:lnTo>
                                <a:lnTo>
                                  <a:pt x="367703" y="1853443"/>
                                </a:lnTo>
                                <a:lnTo>
                                  <a:pt x="368914" y="1852635"/>
                                </a:lnTo>
                                <a:close/>
                                <a:moveTo>
                                  <a:pt x="370953" y="1847419"/>
                                </a:moveTo>
                                <a:lnTo>
                                  <a:pt x="367703" y="1853443"/>
                                </a:lnTo>
                                <a:lnTo>
                                  <a:pt x="367554" y="1853542"/>
                                </a:lnTo>
                                <a:lnTo>
                                  <a:pt x="367517" y="1853542"/>
                                </a:lnTo>
                                <a:lnTo>
                                  <a:pt x="370953" y="1847419"/>
                                </a:lnTo>
                                <a:close/>
                                <a:moveTo>
                                  <a:pt x="3016123" y="1843125"/>
                                </a:moveTo>
                                <a:lnTo>
                                  <a:pt x="3019425" y="1849356"/>
                                </a:lnTo>
                                <a:lnTo>
                                  <a:pt x="3013075" y="1855826"/>
                                </a:lnTo>
                                <a:lnTo>
                                  <a:pt x="3016123" y="1843125"/>
                                </a:lnTo>
                                <a:close/>
                                <a:moveTo>
                                  <a:pt x="3847705" y="1842456"/>
                                </a:moveTo>
                                <a:lnTo>
                                  <a:pt x="3844925" y="1843335"/>
                                </a:lnTo>
                                <a:lnTo>
                                  <a:pt x="3841750" y="1845152"/>
                                </a:lnTo>
                                <a:lnTo>
                                  <a:pt x="3839936" y="1846515"/>
                                </a:lnTo>
                                <a:lnTo>
                                  <a:pt x="3839255" y="1847423"/>
                                </a:lnTo>
                                <a:lnTo>
                                  <a:pt x="3838348" y="1848331"/>
                                </a:lnTo>
                                <a:lnTo>
                                  <a:pt x="3838121" y="1849012"/>
                                </a:lnTo>
                                <a:lnTo>
                                  <a:pt x="3838121" y="1849921"/>
                                </a:lnTo>
                                <a:lnTo>
                                  <a:pt x="3838121" y="1850601"/>
                                </a:lnTo>
                                <a:lnTo>
                                  <a:pt x="3838348" y="1851510"/>
                                </a:lnTo>
                                <a:lnTo>
                                  <a:pt x="3839482" y="1853100"/>
                                </a:lnTo>
                                <a:lnTo>
                                  <a:pt x="3840843" y="1854689"/>
                                </a:lnTo>
                                <a:lnTo>
                                  <a:pt x="3842884" y="1856051"/>
                                </a:lnTo>
                                <a:lnTo>
                                  <a:pt x="3845152" y="1857414"/>
                                </a:lnTo>
                                <a:lnTo>
                                  <a:pt x="3850595" y="1860366"/>
                                </a:lnTo>
                                <a:lnTo>
                                  <a:pt x="3851099" y="1860599"/>
                                </a:lnTo>
                                <a:lnTo>
                                  <a:pt x="3847705" y="1842456"/>
                                </a:lnTo>
                                <a:close/>
                                <a:moveTo>
                                  <a:pt x="3850595" y="1841746"/>
                                </a:moveTo>
                                <a:lnTo>
                                  <a:pt x="3849234" y="1841973"/>
                                </a:lnTo>
                                <a:lnTo>
                                  <a:pt x="3848079" y="1842338"/>
                                </a:lnTo>
                                <a:lnTo>
                                  <a:pt x="3875354" y="1848612"/>
                                </a:lnTo>
                                <a:lnTo>
                                  <a:pt x="3878304" y="1848384"/>
                                </a:lnTo>
                                <a:lnTo>
                                  <a:pt x="3881255" y="1847701"/>
                                </a:lnTo>
                                <a:lnTo>
                                  <a:pt x="3884659" y="1846792"/>
                                </a:lnTo>
                                <a:lnTo>
                                  <a:pt x="3888064" y="1845654"/>
                                </a:lnTo>
                                <a:lnTo>
                                  <a:pt x="3892792" y="1843730"/>
                                </a:lnTo>
                                <a:lnTo>
                                  <a:pt x="3888921" y="1844016"/>
                                </a:lnTo>
                                <a:lnTo>
                                  <a:pt x="3883025" y="1844471"/>
                                </a:lnTo>
                                <a:lnTo>
                                  <a:pt x="3877129" y="1844471"/>
                                </a:lnTo>
                                <a:lnTo>
                                  <a:pt x="3871459" y="1844016"/>
                                </a:lnTo>
                                <a:lnTo>
                                  <a:pt x="3866016" y="1843790"/>
                                </a:lnTo>
                                <a:lnTo>
                                  <a:pt x="3860573" y="1843335"/>
                                </a:lnTo>
                                <a:lnTo>
                                  <a:pt x="3855357" y="1842654"/>
                                </a:lnTo>
                                <a:lnTo>
                                  <a:pt x="3850595" y="1841746"/>
                                </a:lnTo>
                                <a:close/>
                                <a:moveTo>
                                  <a:pt x="1749461" y="1841706"/>
                                </a:moveTo>
                                <a:lnTo>
                                  <a:pt x="1744703" y="1842799"/>
                                </a:lnTo>
                                <a:lnTo>
                                  <a:pt x="1745737" y="1843216"/>
                                </a:lnTo>
                                <a:lnTo>
                                  <a:pt x="1749461" y="1841706"/>
                                </a:lnTo>
                                <a:close/>
                                <a:moveTo>
                                  <a:pt x="1806429" y="1841473"/>
                                </a:moveTo>
                                <a:lnTo>
                                  <a:pt x="1806409" y="1841627"/>
                                </a:lnTo>
                                <a:lnTo>
                                  <a:pt x="1816531" y="1845090"/>
                                </a:lnTo>
                                <a:lnTo>
                                  <a:pt x="1816825" y="1844787"/>
                                </a:lnTo>
                                <a:lnTo>
                                  <a:pt x="1806429" y="1841473"/>
                                </a:lnTo>
                                <a:close/>
                                <a:moveTo>
                                  <a:pt x="381000" y="1836760"/>
                                </a:moveTo>
                                <a:lnTo>
                                  <a:pt x="380788" y="1837355"/>
                                </a:lnTo>
                                <a:lnTo>
                                  <a:pt x="378883" y="1840134"/>
                                </a:lnTo>
                                <a:lnTo>
                                  <a:pt x="377825" y="1841522"/>
                                </a:lnTo>
                                <a:lnTo>
                                  <a:pt x="381000" y="1836760"/>
                                </a:lnTo>
                                <a:close/>
                                <a:moveTo>
                                  <a:pt x="1781528" y="1834343"/>
                                </a:moveTo>
                                <a:lnTo>
                                  <a:pt x="1769220" y="1837170"/>
                                </a:lnTo>
                                <a:lnTo>
                                  <a:pt x="1777314" y="1837769"/>
                                </a:lnTo>
                                <a:lnTo>
                                  <a:pt x="1781528" y="1834343"/>
                                </a:lnTo>
                                <a:close/>
                                <a:moveTo>
                                  <a:pt x="1747964" y="1832685"/>
                                </a:moveTo>
                                <a:lnTo>
                                  <a:pt x="1746865" y="1834137"/>
                                </a:lnTo>
                                <a:lnTo>
                                  <a:pt x="1745512" y="1835953"/>
                                </a:lnTo>
                                <a:lnTo>
                                  <a:pt x="1743933" y="1837769"/>
                                </a:lnTo>
                                <a:lnTo>
                                  <a:pt x="1743256" y="1839357"/>
                                </a:lnTo>
                                <a:lnTo>
                                  <a:pt x="1743256" y="1840039"/>
                                </a:lnTo>
                                <a:lnTo>
                                  <a:pt x="1743256" y="1840946"/>
                                </a:lnTo>
                                <a:lnTo>
                                  <a:pt x="1743288" y="1841042"/>
                                </a:lnTo>
                                <a:lnTo>
                                  <a:pt x="1747964" y="1832685"/>
                                </a:lnTo>
                                <a:close/>
                                <a:moveTo>
                                  <a:pt x="4346580" y="1831401"/>
                                </a:moveTo>
                                <a:lnTo>
                                  <a:pt x="4338306" y="1842482"/>
                                </a:lnTo>
                                <a:lnTo>
                                  <a:pt x="4338760" y="1844068"/>
                                </a:lnTo>
                                <a:lnTo>
                                  <a:pt x="4339440" y="1845882"/>
                                </a:lnTo>
                                <a:lnTo>
                                  <a:pt x="4341482" y="1849282"/>
                                </a:lnTo>
                                <a:lnTo>
                                  <a:pt x="4344205" y="1852909"/>
                                </a:lnTo>
                                <a:lnTo>
                                  <a:pt x="4347154" y="1856535"/>
                                </a:lnTo>
                                <a:lnTo>
                                  <a:pt x="4350104" y="1859935"/>
                                </a:lnTo>
                                <a:lnTo>
                                  <a:pt x="4352372" y="1863109"/>
                                </a:lnTo>
                                <a:lnTo>
                                  <a:pt x="4354641" y="1866282"/>
                                </a:lnTo>
                                <a:lnTo>
                                  <a:pt x="4355106" y="1867212"/>
                                </a:lnTo>
                                <a:lnTo>
                                  <a:pt x="4357687" y="1866136"/>
                                </a:lnTo>
                                <a:lnTo>
                                  <a:pt x="4354512" y="1859333"/>
                                </a:lnTo>
                                <a:lnTo>
                                  <a:pt x="4352018" y="1853664"/>
                                </a:lnTo>
                                <a:lnTo>
                                  <a:pt x="4350203" y="1849356"/>
                                </a:lnTo>
                                <a:lnTo>
                                  <a:pt x="4348843" y="1845501"/>
                                </a:lnTo>
                                <a:lnTo>
                                  <a:pt x="4348162" y="1841872"/>
                                </a:lnTo>
                                <a:lnTo>
                                  <a:pt x="4347482" y="1838017"/>
                                </a:lnTo>
                                <a:lnTo>
                                  <a:pt x="4346580" y="1831401"/>
                                </a:lnTo>
                                <a:close/>
                                <a:moveTo>
                                  <a:pt x="1805935" y="1828739"/>
                                </a:moveTo>
                                <a:lnTo>
                                  <a:pt x="1796168" y="1830982"/>
                                </a:lnTo>
                                <a:lnTo>
                                  <a:pt x="1805908" y="1829467"/>
                                </a:lnTo>
                                <a:lnTo>
                                  <a:pt x="1805935" y="1828739"/>
                                </a:lnTo>
                                <a:close/>
                                <a:moveTo>
                                  <a:pt x="386768" y="1828254"/>
                                </a:moveTo>
                                <a:lnTo>
                                  <a:pt x="386362" y="1828822"/>
                                </a:lnTo>
                                <a:lnTo>
                                  <a:pt x="385057" y="1831247"/>
                                </a:lnTo>
                                <a:lnTo>
                                  <a:pt x="386768" y="1828254"/>
                                </a:lnTo>
                                <a:close/>
                                <a:moveTo>
                                  <a:pt x="1746263" y="1825123"/>
                                </a:moveTo>
                                <a:lnTo>
                                  <a:pt x="1738506" y="1829600"/>
                                </a:lnTo>
                                <a:lnTo>
                                  <a:pt x="1738520" y="1829598"/>
                                </a:lnTo>
                                <a:lnTo>
                                  <a:pt x="1741001" y="1829144"/>
                                </a:lnTo>
                                <a:lnTo>
                                  <a:pt x="1743482" y="1828917"/>
                                </a:lnTo>
                                <a:lnTo>
                                  <a:pt x="1745737" y="1828917"/>
                                </a:lnTo>
                                <a:lnTo>
                                  <a:pt x="1746468" y="1829009"/>
                                </a:lnTo>
                                <a:lnTo>
                                  <a:pt x="1746263" y="1825123"/>
                                </a:lnTo>
                                <a:close/>
                                <a:moveTo>
                                  <a:pt x="4296228" y="1824865"/>
                                </a:moveTo>
                                <a:lnTo>
                                  <a:pt x="4296909" y="1824865"/>
                                </a:lnTo>
                                <a:lnTo>
                                  <a:pt x="4296228" y="1825092"/>
                                </a:lnTo>
                                <a:lnTo>
                                  <a:pt x="4296228" y="1824865"/>
                                </a:lnTo>
                                <a:close/>
                                <a:moveTo>
                                  <a:pt x="5031241" y="1823504"/>
                                </a:moveTo>
                                <a:lnTo>
                                  <a:pt x="5033962" y="1829854"/>
                                </a:lnTo>
                                <a:lnTo>
                                  <a:pt x="5032829" y="1826225"/>
                                </a:lnTo>
                                <a:lnTo>
                                  <a:pt x="5031241" y="1823504"/>
                                </a:lnTo>
                                <a:close/>
                                <a:moveTo>
                                  <a:pt x="3278642" y="1820898"/>
                                </a:moveTo>
                                <a:lnTo>
                                  <a:pt x="3289301" y="1833598"/>
                                </a:lnTo>
                                <a:lnTo>
                                  <a:pt x="3284539" y="1844711"/>
                                </a:lnTo>
                                <a:lnTo>
                                  <a:pt x="3278642" y="1835412"/>
                                </a:lnTo>
                                <a:lnTo>
                                  <a:pt x="3271838" y="1826114"/>
                                </a:lnTo>
                                <a:lnTo>
                                  <a:pt x="3278642" y="1820898"/>
                                </a:lnTo>
                                <a:close/>
                                <a:moveTo>
                                  <a:pt x="2984073" y="1817570"/>
                                </a:moveTo>
                                <a:lnTo>
                                  <a:pt x="2984501" y="1817726"/>
                                </a:lnTo>
                                <a:lnTo>
                                  <a:pt x="2984270" y="1817726"/>
                                </a:lnTo>
                                <a:lnTo>
                                  <a:pt x="2984073" y="1817570"/>
                                </a:lnTo>
                                <a:close/>
                                <a:moveTo>
                                  <a:pt x="3198813" y="1812961"/>
                                </a:moveTo>
                                <a:lnTo>
                                  <a:pt x="3211513" y="1821600"/>
                                </a:lnTo>
                                <a:lnTo>
                                  <a:pt x="3206721" y="1822486"/>
                                </a:lnTo>
                                <a:lnTo>
                                  <a:pt x="3198813" y="1812961"/>
                                </a:lnTo>
                                <a:close/>
                                <a:moveTo>
                                  <a:pt x="2972906" y="1808770"/>
                                </a:moveTo>
                                <a:lnTo>
                                  <a:pt x="2984073" y="1817570"/>
                                </a:lnTo>
                                <a:lnTo>
                                  <a:pt x="2976178" y="1814705"/>
                                </a:lnTo>
                                <a:lnTo>
                                  <a:pt x="2974098" y="1813080"/>
                                </a:lnTo>
                                <a:lnTo>
                                  <a:pt x="2972906" y="1808770"/>
                                </a:lnTo>
                                <a:close/>
                                <a:moveTo>
                                  <a:pt x="3158490" y="1808200"/>
                                </a:moveTo>
                                <a:lnTo>
                                  <a:pt x="3162300" y="1809986"/>
                                </a:lnTo>
                                <a:lnTo>
                                  <a:pt x="3162046" y="1811375"/>
                                </a:lnTo>
                                <a:lnTo>
                                  <a:pt x="3155950" y="1808795"/>
                                </a:lnTo>
                                <a:lnTo>
                                  <a:pt x="3158490" y="1808200"/>
                                </a:lnTo>
                                <a:close/>
                                <a:moveTo>
                                  <a:pt x="2980192" y="1803046"/>
                                </a:moveTo>
                                <a:lnTo>
                                  <a:pt x="2981552" y="1803502"/>
                                </a:lnTo>
                                <a:lnTo>
                                  <a:pt x="2980192" y="1803274"/>
                                </a:lnTo>
                                <a:lnTo>
                                  <a:pt x="2980192" y="1803046"/>
                                </a:lnTo>
                                <a:close/>
                                <a:moveTo>
                                  <a:pt x="5732689" y="1801962"/>
                                </a:moveTo>
                                <a:lnTo>
                                  <a:pt x="5732235" y="1802642"/>
                                </a:lnTo>
                                <a:lnTo>
                                  <a:pt x="5732309" y="1802720"/>
                                </a:lnTo>
                                <a:lnTo>
                                  <a:pt x="5732235" y="1802869"/>
                                </a:lnTo>
                                <a:lnTo>
                                  <a:pt x="5736545" y="1807177"/>
                                </a:lnTo>
                                <a:lnTo>
                                  <a:pt x="5732309" y="1802720"/>
                                </a:lnTo>
                                <a:lnTo>
                                  <a:pt x="5732689" y="1801962"/>
                                </a:lnTo>
                                <a:close/>
                                <a:moveTo>
                                  <a:pt x="2963694" y="1798676"/>
                                </a:moveTo>
                                <a:lnTo>
                                  <a:pt x="2971786" y="1804484"/>
                                </a:lnTo>
                                <a:lnTo>
                                  <a:pt x="2971786" y="1804716"/>
                                </a:lnTo>
                                <a:lnTo>
                                  <a:pt x="2972906" y="1808770"/>
                                </a:lnTo>
                                <a:lnTo>
                                  <a:pt x="2960688" y="1799140"/>
                                </a:lnTo>
                                <a:lnTo>
                                  <a:pt x="2963694" y="1798676"/>
                                </a:lnTo>
                                <a:close/>
                                <a:moveTo>
                                  <a:pt x="2991461" y="1795602"/>
                                </a:moveTo>
                                <a:lnTo>
                                  <a:pt x="2991304" y="1795995"/>
                                </a:lnTo>
                                <a:lnTo>
                                  <a:pt x="2991855" y="1796942"/>
                                </a:lnTo>
                                <a:lnTo>
                                  <a:pt x="2991461" y="1795602"/>
                                </a:lnTo>
                                <a:close/>
                                <a:moveTo>
                                  <a:pt x="2992302" y="1784986"/>
                                </a:moveTo>
                                <a:lnTo>
                                  <a:pt x="2991758" y="1785532"/>
                                </a:lnTo>
                                <a:lnTo>
                                  <a:pt x="2994365" y="1790761"/>
                                </a:lnTo>
                                <a:lnTo>
                                  <a:pt x="2992302" y="1784986"/>
                                </a:lnTo>
                                <a:close/>
                                <a:moveTo>
                                  <a:pt x="2473552" y="1784469"/>
                                </a:moveTo>
                                <a:lnTo>
                                  <a:pt x="2486479" y="1789005"/>
                                </a:lnTo>
                                <a:lnTo>
                                  <a:pt x="2490561" y="1793994"/>
                                </a:lnTo>
                                <a:lnTo>
                                  <a:pt x="2486025" y="1798077"/>
                                </a:lnTo>
                                <a:lnTo>
                                  <a:pt x="2490107" y="1801252"/>
                                </a:lnTo>
                                <a:lnTo>
                                  <a:pt x="2491922" y="1802613"/>
                                </a:lnTo>
                                <a:lnTo>
                                  <a:pt x="2493282" y="1803973"/>
                                </a:lnTo>
                                <a:lnTo>
                                  <a:pt x="2494190" y="1805335"/>
                                </a:lnTo>
                                <a:lnTo>
                                  <a:pt x="2495323" y="1806922"/>
                                </a:lnTo>
                                <a:lnTo>
                                  <a:pt x="2496004" y="1808056"/>
                                </a:lnTo>
                                <a:lnTo>
                                  <a:pt x="2496457" y="1809416"/>
                                </a:lnTo>
                                <a:lnTo>
                                  <a:pt x="2497138" y="1812592"/>
                                </a:lnTo>
                                <a:lnTo>
                                  <a:pt x="2497138" y="1815767"/>
                                </a:lnTo>
                                <a:lnTo>
                                  <a:pt x="2497138" y="1823931"/>
                                </a:lnTo>
                                <a:lnTo>
                                  <a:pt x="2490334" y="1835498"/>
                                </a:lnTo>
                                <a:lnTo>
                                  <a:pt x="2492148" y="1839580"/>
                                </a:lnTo>
                                <a:lnTo>
                                  <a:pt x="2494190" y="1849786"/>
                                </a:lnTo>
                                <a:lnTo>
                                  <a:pt x="2489200" y="1888340"/>
                                </a:lnTo>
                                <a:lnTo>
                                  <a:pt x="2481716" y="1894690"/>
                                </a:lnTo>
                                <a:lnTo>
                                  <a:pt x="2465161" y="1892649"/>
                                </a:lnTo>
                                <a:lnTo>
                                  <a:pt x="2456543" y="1909885"/>
                                </a:lnTo>
                                <a:lnTo>
                                  <a:pt x="2438627" y="1904668"/>
                                </a:lnTo>
                                <a:lnTo>
                                  <a:pt x="2434771" y="1909658"/>
                                </a:lnTo>
                                <a:lnTo>
                                  <a:pt x="2431143" y="1905575"/>
                                </a:lnTo>
                                <a:lnTo>
                                  <a:pt x="2435678" y="1901720"/>
                                </a:lnTo>
                                <a:lnTo>
                                  <a:pt x="2435678" y="1900360"/>
                                </a:lnTo>
                                <a:lnTo>
                                  <a:pt x="2433864" y="1889020"/>
                                </a:lnTo>
                                <a:lnTo>
                                  <a:pt x="2435678" y="1867248"/>
                                </a:lnTo>
                                <a:lnTo>
                                  <a:pt x="2440441" y="1869970"/>
                                </a:lnTo>
                                <a:lnTo>
                                  <a:pt x="2439534" y="1859764"/>
                                </a:lnTo>
                                <a:lnTo>
                                  <a:pt x="2436132" y="1850920"/>
                                </a:lnTo>
                                <a:lnTo>
                                  <a:pt x="2438173" y="1842755"/>
                                </a:lnTo>
                                <a:lnTo>
                                  <a:pt x="2432730" y="1829374"/>
                                </a:lnTo>
                                <a:lnTo>
                                  <a:pt x="2425700" y="1819622"/>
                                </a:lnTo>
                                <a:lnTo>
                                  <a:pt x="2428421" y="1815993"/>
                                </a:lnTo>
                                <a:lnTo>
                                  <a:pt x="2432730" y="1811458"/>
                                </a:lnTo>
                                <a:lnTo>
                                  <a:pt x="2438173" y="1806468"/>
                                </a:lnTo>
                                <a:lnTo>
                                  <a:pt x="2444070" y="1800798"/>
                                </a:lnTo>
                                <a:lnTo>
                                  <a:pt x="2447471" y="1798077"/>
                                </a:lnTo>
                                <a:lnTo>
                                  <a:pt x="2451327" y="1795582"/>
                                </a:lnTo>
                                <a:lnTo>
                                  <a:pt x="2454955" y="1793088"/>
                                </a:lnTo>
                                <a:lnTo>
                                  <a:pt x="2458584" y="1790819"/>
                                </a:lnTo>
                                <a:lnTo>
                                  <a:pt x="2462213" y="1788552"/>
                                </a:lnTo>
                                <a:lnTo>
                                  <a:pt x="2466068" y="1786964"/>
                                </a:lnTo>
                                <a:lnTo>
                                  <a:pt x="2469923" y="1785376"/>
                                </a:lnTo>
                                <a:lnTo>
                                  <a:pt x="2473552" y="1784469"/>
                                </a:lnTo>
                                <a:close/>
                                <a:moveTo>
                                  <a:pt x="3282064" y="1782798"/>
                                </a:moveTo>
                                <a:lnTo>
                                  <a:pt x="3305176" y="1795725"/>
                                </a:lnTo>
                                <a:lnTo>
                                  <a:pt x="3304709" y="1795725"/>
                                </a:lnTo>
                                <a:lnTo>
                                  <a:pt x="3296071" y="1800260"/>
                                </a:lnTo>
                                <a:lnTo>
                                  <a:pt x="3279029" y="1796405"/>
                                </a:lnTo>
                                <a:lnTo>
                                  <a:pt x="3283698" y="1792776"/>
                                </a:lnTo>
                                <a:lnTo>
                                  <a:pt x="3270624" y="1794818"/>
                                </a:lnTo>
                                <a:lnTo>
                                  <a:pt x="3265488" y="1789374"/>
                                </a:lnTo>
                                <a:lnTo>
                                  <a:pt x="3282064" y="1782798"/>
                                </a:lnTo>
                                <a:close/>
                                <a:moveTo>
                                  <a:pt x="4110735" y="1779392"/>
                                </a:moveTo>
                                <a:lnTo>
                                  <a:pt x="4098018" y="1782479"/>
                                </a:lnTo>
                                <a:lnTo>
                                  <a:pt x="4083730" y="1786112"/>
                                </a:lnTo>
                                <a:lnTo>
                                  <a:pt x="4070577" y="1789973"/>
                                </a:lnTo>
                                <a:lnTo>
                                  <a:pt x="4059011" y="1793606"/>
                                </a:lnTo>
                                <a:lnTo>
                                  <a:pt x="4049032" y="1797012"/>
                                </a:lnTo>
                                <a:lnTo>
                                  <a:pt x="4041322" y="1799737"/>
                                </a:lnTo>
                                <a:lnTo>
                                  <a:pt x="4038600" y="1801326"/>
                                </a:lnTo>
                                <a:lnTo>
                                  <a:pt x="4036332" y="1802235"/>
                                </a:lnTo>
                                <a:lnTo>
                                  <a:pt x="4027488" y="1806777"/>
                                </a:lnTo>
                                <a:lnTo>
                                  <a:pt x="4017963" y="1811544"/>
                                </a:lnTo>
                                <a:lnTo>
                                  <a:pt x="4007077" y="1816086"/>
                                </a:lnTo>
                                <a:lnTo>
                                  <a:pt x="3995964" y="1820401"/>
                                </a:lnTo>
                                <a:lnTo>
                                  <a:pt x="3984172" y="1824715"/>
                                </a:lnTo>
                                <a:lnTo>
                                  <a:pt x="3971698" y="1828576"/>
                                </a:lnTo>
                                <a:lnTo>
                                  <a:pt x="3958998" y="1832209"/>
                                </a:lnTo>
                                <a:lnTo>
                                  <a:pt x="3955899" y="1832971"/>
                                </a:lnTo>
                                <a:lnTo>
                                  <a:pt x="3956604" y="1833144"/>
                                </a:lnTo>
                                <a:lnTo>
                                  <a:pt x="3993371" y="1827231"/>
                                </a:lnTo>
                                <a:lnTo>
                                  <a:pt x="4007215" y="1822682"/>
                                </a:lnTo>
                                <a:lnTo>
                                  <a:pt x="4022421" y="1817906"/>
                                </a:lnTo>
                                <a:lnTo>
                                  <a:pt x="4038308" y="1812219"/>
                                </a:lnTo>
                                <a:lnTo>
                                  <a:pt x="4054649" y="1806077"/>
                                </a:lnTo>
                                <a:lnTo>
                                  <a:pt x="4070763" y="1799936"/>
                                </a:lnTo>
                                <a:lnTo>
                                  <a:pt x="4078479" y="1796525"/>
                                </a:lnTo>
                                <a:lnTo>
                                  <a:pt x="4086196" y="1793113"/>
                                </a:lnTo>
                                <a:lnTo>
                                  <a:pt x="4093232" y="1789246"/>
                                </a:lnTo>
                                <a:lnTo>
                                  <a:pt x="4100267" y="1785835"/>
                                </a:lnTo>
                                <a:lnTo>
                                  <a:pt x="4106622" y="1782196"/>
                                </a:lnTo>
                                <a:lnTo>
                                  <a:pt x="4110735" y="1779392"/>
                                </a:lnTo>
                                <a:close/>
                                <a:moveTo>
                                  <a:pt x="4145387" y="1772471"/>
                                </a:moveTo>
                                <a:lnTo>
                                  <a:pt x="4143375" y="1772715"/>
                                </a:lnTo>
                                <a:lnTo>
                                  <a:pt x="4128181" y="1775667"/>
                                </a:lnTo>
                                <a:lnTo>
                                  <a:pt x="4115858" y="1778245"/>
                                </a:lnTo>
                                <a:lnTo>
                                  <a:pt x="4116608" y="1778328"/>
                                </a:lnTo>
                                <a:lnTo>
                                  <a:pt x="4118197" y="1778784"/>
                                </a:lnTo>
                                <a:lnTo>
                                  <a:pt x="4119558" y="1779693"/>
                                </a:lnTo>
                                <a:lnTo>
                                  <a:pt x="4120920" y="1780376"/>
                                </a:lnTo>
                                <a:lnTo>
                                  <a:pt x="4122055" y="1781513"/>
                                </a:lnTo>
                                <a:lnTo>
                                  <a:pt x="4122963" y="1782651"/>
                                </a:lnTo>
                                <a:lnTo>
                                  <a:pt x="4123871" y="1784014"/>
                                </a:lnTo>
                                <a:lnTo>
                                  <a:pt x="4125005" y="1786744"/>
                                </a:lnTo>
                                <a:lnTo>
                                  <a:pt x="4125459" y="1788791"/>
                                </a:lnTo>
                                <a:lnTo>
                                  <a:pt x="4125683" y="1790025"/>
                                </a:lnTo>
                                <a:lnTo>
                                  <a:pt x="4134116" y="1782188"/>
                                </a:lnTo>
                                <a:lnTo>
                                  <a:pt x="4142510" y="1774934"/>
                                </a:lnTo>
                                <a:lnTo>
                                  <a:pt x="4145387" y="1772471"/>
                                </a:lnTo>
                                <a:close/>
                                <a:moveTo>
                                  <a:pt x="4229660" y="1772141"/>
                                </a:moveTo>
                                <a:lnTo>
                                  <a:pt x="4217662" y="1778874"/>
                                </a:lnTo>
                                <a:lnTo>
                                  <a:pt x="4218288" y="1779694"/>
                                </a:lnTo>
                                <a:lnTo>
                                  <a:pt x="4218968" y="1780148"/>
                                </a:lnTo>
                                <a:lnTo>
                                  <a:pt x="4231469" y="1773444"/>
                                </a:lnTo>
                                <a:lnTo>
                                  <a:pt x="4229660" y="1772141"/>
                                </a:lnTo>
                                <a:close/>
                                <a:moveTo>
                                  <a:pt x="5404984" y="1770894"/>
                                </a:moveTo>
                                <a:lnTo>
                                  <a:pt x="5411969" y="1771530"/>
                                </a:lnTo>
                                <a:lnTo>
                                  <a:pt x="5412241" y="1771575"/>
                                </a:lnTo>
                                <a:lnTo>
                                  <a:pt x="5412468" y="1771575"/>
                                </a:lnTo>
                                <a:lnTo>
                                  <a:pt x="5411969" y="1771530"/>
                                </a:lnTo>
                                <a:lnTo>
                                  <a:pt x="5408159" y="1770894"/>
                                </a:lnTo>
                                <a:lnTo>
                                  <a:pt x="5404984" y="1770894"/>
                                </a:lnTo>
                                <a:close/>
                                <a:moveTo>
                                  <a:pt x="474398" y="1770118"/>
                                </a:moveTo>
                                <a:lnTo>
                                  <a:pt x="474662" y="1771622"/>
                                </a:lnTo>
                                <a:lnTo>
                                  <a:pt x="471487" y="1774881"/>
                                </a:lnTo>
                                <a:lnTo>
                                  <a:pt x="474398" y="1770118"/>
                                </a:lnTo>
                                <a:close/>
                                <a:moveTo>
                                  <a:pt x="4184650" y="1768627"/>
                                </a:moveTo>
                                <a:lnTo>
                                  <a:pt x="4178527" y="1768855"/>
                                </a:lnTo>
                                <a:lnTo>
                                  <a:pt x="4171950" y="1769081"/>
                                </a:lnTo>
                                <a:lnTo>
                                  <a:pt x="4165147" y="1769990"/>
                                </a:lnTo>
                                <a:lnTo>
                                  <a:pt x="4164496" y="1770052"/>
                                </a:lnTo>
                                <a:lnTo>
                                  <a:pt x="4166559" y="1770175"/>
                                </a:lnTo>
                                <a:lnTo>
                                  <a:pt x="4173820" y="1770854"/>
                                </a:lnTo>
                                <a:lnTo>
                                  <a:pt x="4180172" y="1771308"/>
                                </a:lnTo>
                                <a:lnTo>
                                  <a:pt x="4183348" y="1771534"/>
                                </a:lnTo>
                                <a:lnTo>
                                  <a:pt x="4186525" y="1771534"/>
                                </a:lnTo>
                                <a:lnTo>
                                  <a:pt x="4189474" y="1771308"/>
                                </a:lnTo>
                                <a:lnTo>
                                  <a:pt x="4192650" y="1770854"/>
                                </a:lnTo>
                                <a:lnTo>
                                  <a:pt x="4196054" y="1769948"/>
                                </a:lnTo>
                                <a:lnTo>
                                  <a:pt x="4197698" y="1769434"/>
                                </a:lnTo>
                                <a:lnTo>
                                  <a:pt x="4195763" y="1769081"/>
                                </a:lnTo>
                                <a:lnTo>
                                  <a:pt x="4190547" y="1768855"/>
                                </a:lnTo>
                                <a:lnTo>
                                  <a:pt x="4184650" y="1768627"/>
                                </a:lnTo>
                                <a:close/>
                                <a:moveTo>
                                  <a:pt x="2944132" y="1766425"/>
                                </a:moveTo>
                                <a:lnTo>
                                  <a:pt x="2945040" y="1766425"/>
                                </a:lnTo>
                                <a:lnTo>
                                  <a:pt x="2945493" y="1766880"/>
                                </a:lnTo>
                                <a:lnTo>
                                  <a:pt x="2946050" y="1767229"/>
                                </a:lnTo>
                                <a:lnTo>
                                  <a:pt x="2946174" y="1772794"/>
                                </a:lnTo>
                                <a:lnTo>
                                  <a:pt x="2944359" y="1769154"/>
                                </a:lnTo>
                                <a:lnTo>
                                  <a:pt x="2944132" y="1768017"/>
                                </a:lnTo>
                                <a:lnTo>
                                  <a:pt x="2943906" y="1767334"/>
                                </a:lnTo>
                                <a:lnTo>
                                  <a:pt x="2943906" y="1766880"/>
                                </a:lnTo>
                                <a:lnTo>
                                  <a:pt x="2944132" y="1766425"/>
                                </a:lnTo>
                                <a:close/>
                                <a:moveTo>
                                  <a:pt x="5023304" y="1765906"/>
                                </a:moveTo>
                                <a:lnTo>
                                  <a:pt x="5029880" y="1777924"/>
                                </a:lnTo>
                                <a:lnTo>
                                  <a:pt x="5027839" y="1772028"/>
                                </a:lnTo>
                                <a:lnTo>
                                  <a:pt x="5023304" y="1765906"/>
                                </a:lnTo>
                                <a:close/>
                                <a:moveTo>
                                  <a:pt x="2109179" y="1758026"/>
                                </a:moveTo>
                                <a:lnTo>
                                  <a:pt x="2108604" y="1759802"/>
                                </a:lnTo>
                                <a:lnTo>
                                  <a:pt x="2107697" y="1762966"/>
                                </a:lnTo>
                                <a:lnTo>
                                  <a:pt x="2107243" y="1766130"/>
                                </a:lnTo>
                                <a:lnTo>
                                  <a:pt x="2106789" y="1768842"/>
                                </a:lnTo>
                                <a:lnTo>
                                  <a:pt x="2106789" y="1771555"/>
                                </a:lnTo>
                                <a:lnTo>
                                  <a:pt x="2106562" y="1773816"/>
                                </a:lnTo>
                                <a:lnTo>
                                  <a:pt x="2106789" y="1775850"/>
                                </a:lnTo>
                                <a:lnTo>
                                  <a:pt x="2107243" y="1777884"/>
                                </a:lnTo>
                                <a:lnTo>
                                  <a:pt x="2107697" y="1779466"/>
                                </a:lnTo>
                                <a:lnTo>
                                  <a:pt x="2108377" y="1781274"/>
                                </a:lnTo>
                                <a:lnTo>
                                  <a:pt x="2109285" y="1782404"/>
                                </a:lnTo>
                                <a:lnTo>
                                  <a:pt x="2110192" y="1783534"/>
                                </a:lnTo>
                                <a:lnTo>
                                  <a:pt x="2111327" y="1784891"/>
                                </a:lnTo>
                                <a:lnTo>
                                  <a:pt x="2112688" y="1785569"/>
                                </a:lnTo>
                                <a:lnTo>
                                  <a:pt x="2114050" y="1786247"/>
                                </a:lnTo>
                                <a:lnTo>
                                  <a:pt x="2115411" y="1786925"/>
                                </a:lnTo>
                                <a:lnTo>
                                  <a:pt x="2117226" y="1787603"/>
                                </a:lnTo>
                                <a:lnTo>
                                  <a:pt x="2120856" y="1788055"/>
                                </a:lnTo>
                                <a:lnTo>
                                  <a:pt x="2121321" y="1788055"/>
                                </a:lnTo>
                                <a:lnTo>
                                  <a:pt x="2120837" y="1787820"/>
                                </a:lnTo>
                                <a:lnTo>
                                  <a:pt x="2118080" y="1786031"/>
                                </a:lnTo>
                                <a:lnTo>
                                  <a:pt x="2116012" y="1784019"/>
                                </a:lnTo>
                                <a:lnTo>
                                  <a:pt x="2113714" y="1781783"/>
                                </a:lnTo>
                                <a:lnTo>
                                  <a:pt x="2111876" y="1779100"/>
                                </a:lnTo>
                                <a:lnTo>
                                  <a:pt x="2110497" y="1776193"/>
                                </a:lnTo>
                                <a:lnTo>
                                  <a:pt x="2109349" y="1773063"/>
                                </a:lnTo>
                                <a:lnTo>
                                  <a:pt x="2108430" y="1769709"/>
                                </a:lnTo>
                                <a:lnTo>
                                  <a:pt x="2108200" y="1766131"/>
                                </a:lnTo>
                                <a:lnTo>
                                  <a:pt x="2108200" y="1762330"/>
                                </a:lnTo>
                                <a:lnTo>
                                  <a:pt x="2109119" y="1758306"/>
                                </a:lnTo>
                                <a:lnTo>
                                  <a:pt x="2109179" y="1758026"/>
                                </a:lnTo>
                                <a:close/>
                                <a:moveTo>
                                  <a:pt x="3016376" y="1753828"/>
                                </a:moveTo>
                                <a:lnTo>
                                  <a:pt x="3012849" y="1758009"/>
                                </a:lnTo>
                                <a:lnTo>
                                  <a:pt x="3010127" y="1763679"/>
                                </a:lnTo>
                                <a:lnTo>
                                  <a:pt x="3016376" y="1753828"/>
                                </a:lnTo>
                                <a:close/>
                                <a:moveTo>
                                  <a:pt x="3235325" y="1751049"/>
                                </a:moveTo>
                                <a:lnTo>
                                  <a:pt x="3234884" y="1751698"/>
                                </a:lnTo>
                                <a:lnTo>
                                  <a:pt x="3233561" y="1760358"/>
                                </a:lnTo>
                                <a:lnTo>
                                  <a:pt x="3225403" y="1760358"/>
                                </a:lnTo>
                                <a:lnTo>
                                  <a:pt x="3219450" y="1760573"/>
                                </a:lnTo>
                                <a:lnTo>
                                  <a:pt x="3219450" y="1753430"/>
                                </a:lnTo>
                                <a:lnTo>
                                  <a:pt x="3235325" y="1751049"/>
                                </a:lnTo>
                                <a:close/>
                                <a:moveTo>
                                  <a:pt x="5423807" y="1743456"/>
                                </a:moveTo>
                                <a:lnTo>
                                  <a:pt x="5428570" y="1746404"/>
                                </a:lnTo>
                                <a:lnTo>
                                  <a:pt x="5428116" y="1745723"/>
                                </a:lnTo>
                                <a:lnTo>
                                  <a:pt x="5423807" y="1743456"/>
                                </a:lnTo>
                                <a:close/>
                                <a:moveTo>
                                  <a:pt x="2620962" y="1738995"/>
                                </a:moveTo>
                                <a:lnTo>
                                  <a:pt x="2620848" y="1739033"/>
                                </a:lnTo>
                                <a:lnTo>
                                  <a:pt x="2620963" y="1739584"/>
                                </a:lnTo>
                                <a:lnTo>
                                  <a:pt x="2620433" y="1739902"/>
                                </a:lnTo>
                                <a:lnTo>
                                  <a:pt x="2619942" y="1739902"/>
                                </a:lnTo>
                                <a:lnTo>
                                  <a:pt x="2619829" y="1740129"/>
                                </a:lnTo>
                                <a:lnTo>
                                  <a:pt x="2620736" y="1740129"/>
                                </a:lnTo>
                                <a:lnTo>
                                  <a:pt x="2621189" y="1739902"/>
                                </a:lnTo>
                                <a:lnTo>
                                  <a:pt x="2620962" y="1738995"/>
                                </a:lnTo>
                                <a:close/>
                                <a:moveTo>
                                  <a:pt x="5014686" y="1738920"/>
                                </a:moveTo>
                                <a:lnTo>
                                  <a:pt x="5016273" y="1741415"/>
                                </a:lnTo>
                                <a:lnTo>
                                  <a:pt x="5016727" y="1740735"/>
                                </a:lnTo>
                                <a:lnTo>
                                  <a:pt x="5016273" y="1740735"/>
                                </a:lnTo>
                                <a:lnTo>
                                  <a:pt x="5014686" y="1738920"/>
                                </a:lnTo>
                                <a:close/>
                                <a:moveTo>
                                  <a:pt x="5418591" y="1738694"/>
                                </a:moveTo>
                                <a:lnTo>
                                  <a:pt x="5419045" y="1739601"/>
                                </a:lnTo>
                                <a:lnTo>
                                  <a:pt x="5419498" y="1740054"/>
                                </a:lnTo>
                                <a:lnTo>
                                  <a:pt x="5418591" y="1738694"/>
                                </a:lnTo>
                                <a:close/>
                                <a:moveTo>
                                  <a:pt x="3254790" y="1735176"/>
                                </a:moveTo>
                                <a:lnTo>
                                  <a:pt x="3259138" y="1737964"/>
                                </a:lnTo>
                                <a:lnTo>
                                  <a:pt x="3249613" y="1744701"/>
                                </a:lnTo>
                                <a:lnTo>
                                  <a:pt x="3254790" y="1735176"/>
                                </a:lnTo>
                                <a:close/>
                                <a:moveTo>
                                  <a:pt x="3011211" y="1731408"/>
                                </a:moveTo>
                                <a:lnTo>
                                  <a:pt x="3007444" y="1731948"/>
                                </a:lnTo>
                                <a:lnTo>
                                  <a:pt x="3009901" y="1733898"/>
                                </a:lnTo>
                                <a:lnTo>
                                  <a:pt x="3014890" y="1738219"/>
                                </a:lnTo>
                                <a:lnTo>
                                  <a:pt x="3016741" y="1740076"/>
                                </a:lnTo>
                                <a:lnTo>
                                  <a:pt x="3016674" y="1739876"/>
                                </a:lnTo>
                                <a:lnTo>
                                  <a:pt x="3013955" y="1733758"/>
                                </a:lnTo>
                                <a:lnTo>
                                  <a:pt x="3016262" y="1733354"/>
                                </a:lnTo>
                                <a:lnTo>
                                  <a:pt x="3011211" y="1731408"/>
                                </a:lnTo>
                                <a:close/>
                                <a:moveTo>
                                  <a:pt x="2488584" y="1730940"/>
                                </a:moveTo>
                                <a:lnTo>
                                  <a:pt x="2488359" y="1733675"/>
                                </a:lnTo>
                                <a:lnTo>
                                  <a:pt x="2488481" y="1731562"/>
                                </a:lnTo>
                                <a:lnTo>
                                  <a:pt x="2488584" y="1730940"/>
                                </a:lnTo>
                                <a:close/>
                                <a:moveTo>
                                  <a:pt x="5090659" y="1729850"/>
                                </a:moveTo>
                                <a:lnTo>
                                  <a:pt x="5091793" y="1734158"/>
                                </a:lnTo>
                                <a:lnTo>
                                  <a:pt x="5092020" y="1733932"/>
                                </a:lnTo>
                                <a:lnTo>
                                  <a:pt x="5090659" y="1729850"/>
                                </a:lnTo>
                                <a:close/>
                                <a:moveTo>
                                  <a:pt x="5418591" y="1728036"/>
                                </a:moveTo>
                                <a:lnTo>
                                  <a:pt x="5418364" y="1729396"/>
                                </a:lnTo>
                                <a:lnTo>
                                  <a:pt x="5418364" y="1729850"/>
                                </a:lnTo>
                                <a:lnTo>
                                  <a:pt x="5418591" y="1728036"/>
                                </a:lnTo>
                                <a:close/>
                                <a:moveTo>
                                  <a:pt x="2164609" y="1724910"/>
                                </a:moveTo>
                                <a:lnTo>
                                  <a:pt x="2166266" y="1725671"/>
                                </a:lnTo>
                                <a:lnTo>
                                  <a:pt x="2168802" y="1727277"/>
                                </a:lnTo>
                                <a:lnTo>
                                  <a:pt x="2171338" y="1729342"/>
                                </a:lnTo>
                                <a:lnTo>
                                  <a:pt x="2173413" y="1731406"/>
                                </a:lnTo>
                                <a:lnTo>
                                  <a:pt x="2175488" y="1733930"/>
                                </a:lnTo>
                                <a:lnTo>
                                  <a:pt x="2177102" y="1736912"/>
                                </a:lnTo>
                                <a:lnTo>
                                  <a:pt x="2178485" y="1739895"/>
                                </a:lnTo>
                                <a:lnTo>
                                  <a:pt x="2178621" y="1740573"/>
                                </a:lnTo>
                                <a:lnTo>
                                  <a:pt x="2178277" y="1738679"/>
                                </a:lnTo>
                                <a:lnTo>
                                  <a:pt x="2177823" y="1736867"/>
                                </a:lnTo>
                                <a:lnTo>
                                  <a:pt x="2177369" y="1734827"/>
                                </a:lnTo>
                                <a:lnTo>
                                  <a:pt x="2176462" y="1733240"/>
                                </a:lnTo>
                                <a:lnTo>
                                  <a:pt x="2175782" y="1731653"/>
                                </a:lnTo>
                                <a:lnTo>
                                  <a:pt x="2174875" y="1730294"/>
                                </a:lnTo>
                                <a:lnTo>
                                  <a:pt x="2173968" y="1729161"/>
                                </a:lnTo>
                                <a:lnTo>
                                  <a:pt x="2172607" y="1728027"/>
                                </a:lnTo>
                                <a:lnTo>
                                  <a:pt x="2171700" y="1727120"/>
                                </a:lnTo>
                                <a:lnTo>
                                  <a:pt x="2170112" y="1726441"/>
                                </a:lnTo>
                                <a:lnTo>
                                  <a:pt x="2168752" y="1725987"/>
                                </a:lnTo>
                                <a:lnTo>
                                  <a:pt x="2167391" y="1725307"/>
                                </a:lnTo>
                                <a:lnTo>
                                  <a:pt x="2164609" y="1724910"/>
                                </a:lnTo>
                                <a:close/>
                                <a:moveTo>
                                  <a:pt x="3236687" y="1724060"/>
                                </a:moveTo>
                                <a:lnTo>
                                  <a:pt x="3241223" y="1724060"/>
                                </a:lnTo>
                                <a:lnTo>
                                  <a:pt x="3241676" y="1728823"/>
                                </a:lnTo>
                                <a:lnTo>
                                  <a:pt x="3233738" y="1724562"/>
                                </a:lnTo>
                                <a:lnTo>
                                  <a:pt x="3236687" y="1724060"/>
                                </a:lnTo>
                                <a:close/>
                                <a:moveTo>
                                  <a:pt x="478629" y="1723145"/>
                                </a:moveTo>
                                <a:lnTo>
                                  <a:pt x="478530" y="1723367"/>
                                </a:lnTo>
                                <a:lnTo>
                                  <a:pt x="478415" y="1723478"/>
                                </a:lnTo>
                                <a:lnTo>
                                  <a:pt x="478629" y="1723145"/>
                                </a:lnTo>
                                <a:close/>
                                <a:moveTo>
                                  <a:pt x="2992677" y="1719321"/>
                                </a:moveTo>
                                <a:lnTo>
                                  <a:pt x="2992892" y="1720477"/>
                                </a:lnTo>
                                <a:lnTo>
                                  <a:pt x="2993799" y="1721160"/>
                                </a:lnTo>
                                <a:lnTo>
                                  <a:pt x="2995274" y="1722217"/>
                                </a:lnTo>
                                <a:lnTo>
                                  <a:pt x="2992677" y="1719321"/>
                                </a:lnTo>
                                <a:close/>
                                <a:moveTo>
                                  <a:pt x="483263" y="1718811"/>
                                </a:moveTo>
                                <a:lnTo>
                                  <a:pt x="483263" y="1722812"/>
                                </a:lnTo>
                                <a:lnTo>
                                  <a:pt x="488343" y="1725923"/>
                                </a:lnTo>
                                <a:lnTo>
                                  <a:pt x="494578" y="1724367"/>
                                </a:lnTo>
                                <a:lnTo>
                                  <a:pt x="493654" y="1725256"/>
                                </a:lnTo>
                                <a:lnTo>
                                  <a:pt x="487651" y="1729701"/>
                                </a:lnTo>
                                <a:lnTo>
                                  <a:pt x="479338" y="1738369"/>
                                </a:lnTo>
                                <a:lnTo>
                                  <a:pt x="479800" y="1739035"/>
                                </a:lnTo>
                                <a:lnTo>
                                  <a:pt x="471719" y="1749481"/>
                                </a:lnTo>
                                <a:lnTo>
                                  <a:pt x="471487" y="1749259"/>
                                </a:lnTo>
                                <a:lnTo>
                                  <a:pt x="472642" y="1744147"/>
                                </a:lnTo>
                                <a:lnTo>
                                  <a:pt x="472180" y="1744147"/>
                                </a:lnTo>
                                <a:lnTo>
                                  <a:pt x="479569" y="1731924"/>
                                </a:lnTo>
                                <a:lnTo>
                                  <a:pt x="472873" y="1738591"/>
                                </a:lnTo>
                                <a:lnTo>
                                  <a:pt x="476798" y="1727256"/>
                                </a:lnTo>
                                <a:lnTo>
                                  <a:pt x="478530" y="1723367"/>
                                </a:lnTo>
                                <a:lnTo>
                                  <a:pt x="483263" y="1718811"/>
                                </a:lnTo>
                                <a:close/>
                                <a:moveTo>
                                  <a:pt x="3189791" y="1716124"/>
                                </a:moveTo>
                                <a:lnTo>
                                  <a:pt x="3197225" y="1721125"/>
                                </a:lnTo>
                                <a:lnTo>
                                  <a:pt x="3187700" y="1725649"/>
                                </a:lnTo>
                                <a:lnTo>
                                  <a:pt x="3189791" y="1716124"/>
                                </a:lnTo>
                                <a:close/>
                                <a:moveTo>
                                  <a:pt x="3088481" y="1706498"/>
                                </a:moveTo>
                                <a:lnTo>
                                  <a:pt x="3084773" y="1707372"/>
                                </a:lnTo>
                                <a:lnTo>
                                  <a:pt x="3076625" y="1709186"/>
                                </a:lnTo>
                                <a:lnTo>
                                  <a:pt x="3071872" y="1710093"/>
                                </a:lnTo>
                                <a:lnTo>
                                  <a:pt x="3069608" y="1710773"/>
                                </a:lnTo>
                                <a:lnTo>
                                  <a:pt x="3067118" y="1711680"/>
                                </a:lnTo>
                                <a:lnTo>
                                  <a:pt x="3066213" y="1712360"/>
                                </a:lnTo>
                                <a:lnTo>
                                  <a:pt x="3054443" y="1720070"/>
                                </a:lnTo>
                                <a:lnTo>
                                  <a:pt x="3032940" y="1730048"/>
                                </a:lnTo>
                                <a:lnTo>
                                  <a:pt x="3032488" y="1730275"/>
                                </a:lnTo>
                                <a:lnTo>
                                  <a:pt x="3027272" y="1731427"/>
                                </a:lnTo>
                                <a:lnTo>
                                  <a:pt x="3032084" y="1730585"/>
                                </a:lnTo>
                                <a:lnTo>
                                  <a:pt x="3032310" y="1730358"/>
                                </a:lnTo>
                                <a:lnTo>
                                  <a:pt x="3054065" y="1720387"/>
                                </a:lnTo>
                                <a:lnTo>
                                  <a:pt x="3065849" y="1712683"/>
                                </a:lnTo>
                                <a:lnTo>
                                  <a:pt x="3083298" y="1710190"/>
                                </a:lnTo>
                                <a:lnTo>
                                  <a:pt x="3088481" y="1706498"/>
                                </a:lnTo>
                                <a:close/>
                                <a:moveTo>
                                  <a:pt x="2986524" y="1703321"/>
                                </a:moveTo>
                                <a:lnTo>
                                  <a:pt x="2986315" y="1703645"/>
                                </a:lnTo>
                                <a:lnTo>
                                  <a:pt x="2987477" y="1705365"/>
                                </a:lnTo>
                                <a:lnTo>
                                  <a:pt x="2986524" y="1703321"/>
                                </a:lnTo>
                                <a:close/>
                                <a:moveTo>
                                  <a:pt x="3101233" y="1697047"/>
                                </a:moveTo>
                                <a:lnTo>
                                  <a:pt x="3100617" y="1698075"/>
                                </a:lnTo>
                                <a:lnTo>
                                  <a:pt x="3100391" y="1698075"/>
                                </a:lnTo>
                                <a:lnTo>
                                  <a:pt x="3100164" y="1698075"/>
                                </a:lnTo>
                                <a:lnTo>
                                  <a:pt x="3099867" y="1698405"/>
                                </a:lnTo>
                                <a:lnTo>
                                  <a:pt x="3100067" y="1698405"/>
                                </a:lnTo>
                                <a:lnTo>
                                  <a:pt x="3100294" y="1698405"/>
                                </a:lnTo>
                                <a:lnTo>
                                  <a:pt x="3100521" y="1698405"/>
                                </a:lnTo>
                                <a:lnTo>
                                  <a:pt x="3101450" y="1698273"/>
                                </a:lnTo>
                                <a:lnTo>
                                  <a:pt x="3101233" y="1697047"/>
                                </a:lnTo>
                                <a:close/>
                                <a:moveTo>
                                  <a:pt x="5599566" y="1696288"/>
                                </a:moveTo>
                                <a:lnTo>
                                  <a:pt x="5598432" y="1697195"/>
                                </a:lnTo>
                                <a:lnTo>
                                  <a:pt x="5599566" y="1696742"/>
                                </a:lnTo>
                                <a:lnTo>
                                  <a:pt x="5599566" y="1696288"/>
                                </a:lnTo>
                                <a:close/>
                                <a:moveTo>
                                  <a:pt x="2527073" y="1692400"/>
                                </a:moveTo>
                                <a:lnTo>
                                  <a:pt x="2527300" y="1696710"/>
                                </a:lnTo>
                                <a:lnTo>
                                  <a:pt x="2527073" y="1700338"/>
                                </a:lnTo>
                                <a:lnTo>
                                  <a:pt x="2513012" y="1698750"/>
                                </a:lnTo>
                                <a:lnTo>
                                  <a:pt x="2527073" y="1692400"/>
                                </a:lnTo>
                                <a:close/>
                                <a:moveTo>
                                  <a:pt x="5650820" y="1690846"/>
                                </a:moveTo>
                                <a:lnTo>
                                  <a:pt x="5651273" y="1691073"/>
                                </a:lnTo>
                                <a:lnTo>
                                  <a:pt x="5651954" y="1691300"/>
                                </a:lnTo>
                                <a:lnTo>
                                  <a:pt x="5650820" y="1690846"/>
                                </a:lnTo>
                                <a:close/>
                                <a:moveTo>
                                  <a:pt x="2483864" y="1690820"/>
                                </a:moveTo>
                                <a:lnTo>
                                  <a:pt x="2486336" y="1691049"/>
                                </a:lnTo>
                                <a:lnTo>
                                  <a:pt x="2488584" y="1691733"/>
                                </a:lnTo>
                                <a:lnTo>
                                  <a:pt x="2490157" y="1692416"/>
                                </a:lnTo>
                                <a:lnTo>
                                  <a:pt x="2491954" y="1693329"/>
                                </a:lnTo>
                                <a:lnTo>
                                  <a:pt x="2493078" y="1694697"/>
                                </a:lnTo>
                                <a:lnTo>
                                  <a:pt x="2493977" y="1696520"/>
                                </a:lnTo>
                                <a:lnTo>
                                  <a:pt x="2494876" y="1698572"/>
                                </a:lnTo>
                                <a:lnTo>
                                  <a:pt x="2495325" y="1700851"/>
                                </a:lnTo>
                                <a:lnTo>
                                  <a:pt x="2495550" y="1703358"/>
                                </a:lnTo>
                                <a:lnTo>
                                  <a:pt x="2495325" y="1706550"/>
                                </a:lnTo>
                                <a:lnTo>
                                  <a:pt x="2494876" y="1709741"/>
                                </a:lnTo>
                                <a:lnTo>
                                  <a:pt x="2493977" y="1713388"/>
                                </a:lnTo>
                                <a:lnTo>
                                  <a:pt x="2493078" y="1717263"/>
                                </a:lnTo>
                                <a:lnTo>
                                  <a:pt x="2491954" y="1721366"/>
                                </a:lnTo>
                                <a:lnTo>
                                  <a:pt x="2490381" y="1726153"/>
                                </a:lnTo>
                                <a:lnTo>
                                  <a:pt x="2488584" y="1730940"/>
                                </a:lnTo>
                                <a:lnTo>
                                  <a:pt x="2489033" y="1726610"/>
                                </a:lnTo>
                                <a:lnTo>
                                  <a:pt x="2488584" y="1729801"/>
                                </a:lnTo>
                                <a:lnTo>
                                  <a:pt x="2488481" y="1731562"/>
                                </a:lnTo>
                                <a:lnTo>
                                  <a:pt x="2487909" y="1735043"/>
                                </a:lnTo>
                                <a:lnTo>
                                  <a:pt x="2486561" y="1740058"/>
                                </a:lnTo>
                                <a:lnTo>
                                  <a:pt x="2484988" y="1745073"/>
                                </a:lnTo>
                                <a:lnTo>
                                  <a:pt x="2482741" y="1751000"/>
                                </a:lnTo>
                                <a:lnTo>
                                  <a:pt x="2480044" y="1757155"/>
                                </a:lnTo>
                                <a:lnTo>
                                  <a:pt x="2477123" y="1763766"/>
                                </a:lnTo>
                                <a:lnTo>
                                  <a:pt x="2470381" y="1778129"/>
                                </a:lnTo>
                                <a:lnTo>
                                  <a:pt x="2455101" y="1768781"/>
                                </a:lnTo>
                                <a:lnTo>
                                  <a:pt x="2458022" y="1763310"/>
                                </a:lnTo>
                                <a:lnTo>
                                  <a:pt x="2449033" y="1761030"/>
                                </a:lnTo>
                                <a:lnTo>
                                  <a:pt x="2454427" y="1751455"/>
                                </a:lnTo>
                                <a:lnTo>
                                  <a:pt x="2449258" y="1745757"/>
                                </a:lnTo>
                                <a:lnTo>
                                  <a:pt x="2451056" y="1743022"/>
                                </a:lnTo>
                                <a:lnTo>
                                  <a:pt x="2447685" y="1734588"/>
                                </a:lnTo>
                                <a:lnTo>
                                  <a:pt x="2449708" y="1733675"/>
                                </a:lnTo>
                                <a:lnTo>
                                  <a:pt x="2446337" y="1727293"/>
                                </a:lnTo>
                                <a:lnTo>
                                  <a:pt x="2452179" y="1717947"/>
                                </a:lnTo>
                                <a:lnTo>
                                  <a:pt x="2474651" y="1705866"/>
                                </a:lnTo>
                                <a:lnTo>
                                  <a:pt x="2483864" y="1691049"/>
                                </a:lnTo>
                                <a:lnTo>
                                  <a:pt x="2483864" y="1690820"/>
                                </a:lnTo>
                                <a:close/>
                                <a:moveTo>
                                  <a:pt x="587858" y="1688780"/>
                                </a:moveTo>
                                <a:lnTo>
                                  <a:pt x="584131" y="1696404"/>
                                </a:lnTo>
                                <a:lnTo>
                                  <a:pt x="582267" y="1699992"/>
                                </a:lnTo>
                                <a:lnTo>
                                  <a:pt x="581646" y="1700216"/>
                                </a:lnTo>
                                <a:lnTo>
                                  <a:pt x="581439" y="1700216"/>
                                </a:lnTo>
                                <a:lnTo>
                                  <a:pt x="581025" y="1699992"/>
                                </a:lnTo>
                                <a:lnTo>
                                  <a:pt x="587651" y="1689005"/>
                                </a:lnTo>
                                <a:lnTo>
                                  <a:pt x="587858" y="1688780"/>
                                </a:lnTo>
                                <a:close/>
                                <a:moveTo>
                                  <a:pt x="4171058" y="1684164"/>
                                </a:moveTo>
                                <a:lnTo>
                                  <a:pt x="4172404" y="1685980"/>
                                </a:lnTo>
                                <a:lnTo>
                                  <a:pt x="4177620" y="1692791"/>
                                </a:lnTo>
                                <a:lnTo>
                                  <a:pt x="4183063" y="1699376"/>
                                </a:lnTo>
                                <a:lnTo>
                                  <a:pt x="4189186" y="1705961"/>
                                </a:lnTo>
                                <a:lnTo>
                                  <a:pt x="4192361" y="1709139"/>
                                </a:lnTo>
                                <a:lnTo>
                                  <a:pt x="4195763" y="1712091"/>
                                </a:lnTo>
                                <a:lnTo>
                                  <a:pt x="4195309" y="1713907"/>
                                </a:lnTo>
                                <a:lnTo>
                                  <a:pt x="4195082" y="1715951"/>
                                </a:lnTo>
                                <a:lnTo>
                                  <a:pt x="4194856" y="1717767"/>
                                </a:lnTo>
                                <a:lnTo>
                                  <a:pt x="4195082" y="1719811"/>
                                </a:lnTo>
                                <a:lnTo>
                                  <a:pt x="4195309" y="1721627"/>
                                </a:lnTo>
                                <a:lnTo>
                                  <a:pt x="4195763" y="1723671"/>
                                </a:lnTo>
                                <a:lnTo>
                                  <a:pt x="4196443" y="1725487"/>
                                </a:lnTo>
                                <a:lnTo>
                                  <a:pt x="4197350" y="1727530"/>
                                </a:lnTo>
                                <a:lnTo>
                                  <a:pt x="4199391" y="1731618"/>
                                </a:lnTo>
                                <a:lnTo>
                                  <a:pt x="4201127" y="1734302"/>
                                </a:lnTo>
                                <a:lnTo>
                                  <a:pt x="4200978" y="1733932"/>
                                </a:lnTo>
                                <a:lnTo>
                                  <a:pt x="4200071" y="1730530"/>
                                </a:lnTo>
                                <a:lnTo>
                                  <a:pt x="4199164" y="1727128"/>
                                </a:lnTo>
                                <a:lnTo>
                                  <a:pt x="4198257" y="1723500"/>
                                </a:lnTo>
                                <a:lnTo>
                                  <a:pt x="4197577" y="1719645"/>
                                </a:lnTo>
                                <a:lnTo>
                                  <a:pt x="4196896" y="1716017"/>
                                </a:lnTo>
                                <a:lnTo>
                                  <a:pt x="4196669" y="1711935"/>
                                </a:lnTo>
                                <a:lnTo>
                                  <a:pt x="4197577" y="1709894"/>
                                </a:lnTo>
                                <a:lnTo>
                                  <a:pt x="4194855" y="1707853"/>
                                </a:lnTo>
                                <a:lnTo>
                                  <a:pt x="4191907" y="1705813"/>
                                </a:lnTo>
                                <a:lnTo>
                                  <a:pt x="4188732" y="1703092"/>
                                </a:lnTo>
                                <a:lnTo>
                                  <a:pt x="4185557" y="1700143"/>
                                </a:lnTo>
                                <a:lnTo>
                                  <a:pt x="4182155" y="1696742"/>
                                </a:lnTo>
                                <a:lnTo>
                                  <a:pt x="4178980" y="1693341"/>
                                </a:lnTo>
                                <a:lnTo>
                                  <a:pt x="4172403" y="1685857"/>
                                </a:lnTo>
                                <a:lnTo>
                                  <a:pt x="4171058" y="1684164"/>
                                </a:lnTo>
                                <a:close/>
                                <a:moveTo>
                                  <a:pt x="5600700" y="1677467"/>
                                </a:moveTo>
                                <a:lnTo>
                                  <a:pt x="5601154" y="1678827"/>
                                </a:lnTo>
                                <a:lnTo>
                                  <a:pt x="5602061" y="1681549"/>
                                </a:lnTo>
                                <a:lnTo>
                                  <a:pt x="5601380" y="1679054"/>
                                </a:lnTo>
                                <a:lnTo>
                                  <a:pt x="5600700" y="1677467"/>
                                </a:lnTo>
                                <a:close/>
                                <a:moveTo>
                                  <a:pt x="5303384" y="1673612"/>
                                </a:moveTo>
                                <a:lnTo>
                                  <a:pt x="5306559" y="1673612"/>
                                </a:lnTo>
                                <a:lnTo>
                                  <a:pt x="5309734" y="1673612"/>
                                </a:lnTo>
                                <a:lnTo>
                                  <a:pt x="5312909" y="1674066"/>
                                </a:lnTo>
                                <a:lnTo>
                                  <a:pt x="5315630" y="1674746"/>
                                </a:lnTo>
                                <a:lnTo>
                                  <a:pt x="5318805" y="1675879"/>
                                </a:lnTo>
                                <a:lnTo>
                                  <a:pt x="5321754" y="1676787"/>
                                </a:lnTo>
                                <a:lnTo>
                                  <a:pt x="5324702" y="1678147"/>
                                </a:lnTo>
                                <a:lnTo>
                                  <a:pt x="5327877" y="1679735"/>
                                </a:lnTo>
                                <a:lnTo>
                                  <a:pt x="5330825" y="1681322"/>
                                </a:lnTo>
                                <a:lnTo>
                                  <a:pt x="5333773" y="1683590"/>
                                </a:lnTo>
                                <a:lnTo>
                                  <a:pt x="5336495" y="1685857"/>
                                </a:lnTo>
                                <a:lnTo>
                                  <a:pt x="5339216" y="1687898"/>
                                </a:lnTo>
                                <a:lnTo>
                                  <a:pt x="5342164" y="1690619"/>
                                </a:lnTo>
                                <a:lnTo>
                                  <a:pt x="5347607" y="1696288"/>
                                </a:lnTo>
                                <a:lnTo>
                                  <a:pt x="5353050" y="1702638"/>
                                </a:lnTo>
                                <a:lnTo>
                                  <a:pt x="5358266" y="1709441"/>
                                </a:lnTo>
                                <a:lnTo>
                                  <a:pt x="5363709" y="1716697"/>
                                </a:lnTo>
                                <a:lnTo>
                                  <a:pt x="5368698" y="1724634"/>
                                </a:lnTo>
                                <a:lnTo>
                                  <a:pt x="5373687" y="1733025"/>
                                </a:lnTo>
                                <a:lnTo>
                                  <a:pt x="5378450" y="1741642"/>
                                </a:lnTo>
                                <a:lnTo>
                                  <a:pt x="5382986" y="1750712"/>
                                </a:lnTo>
                                <a:lnTo>
                                  <a:pt x="5387748" y="1760010"/>
                                </a:lnTo>
                                <a:lnTo>
                                  <a:pt x="5392057" y="1769307"/>
                                </a:lnTo>
                                <a:lnTo>
                                  <a:pt x="5396366" y="1779058"/>
                                </a:lnTo>
                                <a:lnTo>
                                  <a:pt x="5404757" y="1798560"/>
                                </a:lnTo>
                                <a:lnTo>
                                  <a:pt x="5412695" y="1818289"/>
                                </a:lnTo>
                                <a:lnTo>
                                  <a:pt x="5419952" y="1837337"/>
                                </a:lnTo>
                                <a:lnTo>
                                  <a:pt x="5432879" y="1872032"/>
                                </a:lnTo>
                                <a:lnTo>
                                  <a:pt x="5438775" y="1886772"/>
                                </a:lnTo>
                                <a:lnTo>
                                  <a:pt x="5443764" y="1899470"/>
                                </a:lnTo>
                                <a:lnTo>
                                  <a:pt x="5441950" y="1903552"/>
                                </a:lnTo>
                                <a:lnTo>
                                  <a:pt x="5443311" y="1901511"/>
                                </a:lnTo>
                                <a:lnTo>
                                  <a:pt x="5443764" y="1899470"/>
                                </a:lnTo>
                                <a:lnTo>
                                  <a:pt x="5454877" y="1923508"/>
                                </a:lnTo>
                                <a:lnTo>
                                  <a:pt x="5466670" y="1949585"/>
                                </a:lnTo>
                                <a:lnTo>
                                  <a:pt x="5492977" y="2004915"/>
                                </a:lnTo>
                                <a:lnTo>
                                  <a:pt x="5506811" y="2034168"/>
                                </a:lnTo>
                                <a:lnTo>
                                  <a:pt x="5520418" y="2064100"/>
                                </a:lnTo>
                                <a:lnTo>
                                  <a:pt x="5534025" y="2094713"/>
                                </a:lnTo>
                                <a:lnTo>
                                  <a:pt x="5540829" y="2109902"/>
                                </a:lnTo>
                                <a:lnTo>
                                  <a:pt x="5547405" y="2125327"/>
                                </a:lnTo>
                                <a:lnTo>
                                  <a:pt x="5553755" y="2140520"/>
                                </a:lnTo>
                                <a:lnTo>
                                  <a:pt x="5559879" y="2155939"/>
                                </a:lnTo>
                                <a:lnTo>
                                  <a:pt x="5565548" y="2171132"/>
                                </a:lnTo>
                                <a:lnTo>
                                  <a:pt x="5571218" y="2186553"/>
                                </a:lnTo>
                                <a:lnTo>
                                  <a:pt x="5576661" y="2201520"/>
                                </a:lnTo>
                                <a:lnTo>
                                  <a:pt x="5581650" y="2216714"/>
                                </a:lnTo>
                                <a:lnTo>
                                  <a:pt x="5586412" y="2231456"/>
                                </a:lnTo>
                                <a:lnTo>
                                  <a:pt x="5590495" y="2246418"/>
                                </a:lnTo>
                                <a:lnTo>
                                  <a:pt x="5594123" y="2260701"/>
                                </a:lnTo>
                                <a:lnTo>
                                  <a:pt x="5597525" y="2274982"/>
                                </a:lnTo>
                                <a:lnTo>
                                  <a:pt x="5600473" y="2288815"/>
                                </a:lnTo>
                                <a:lnTo>
                                  <a:pt x="5602514" y="2302426"/>
                                </a:lnTo>
                                <a:lnTo>
                                  <a:pt x="5604329" y="2315807"/>
                                </a:lnTo>
                                <a:lnTo>
                                  <a:pt x="5605462" y="2328955"/>
                                </a:lnTo>
                                <a:lnTo>
                                  <a:pt x="5605689" y="2335306"/>
                                </a:lnTo>
                                <a:lnTo>
                                  <a:pt x="5605916" y="2341654"/>
                                </a:lnTo>
                                <a:lnTo>
                                  <a:pt x="5605916" y="2347777"/>
                                </a:lnTo>
                                <a:lnTo>
                                  <a:pt x="5605689" y="2353674"/>
                                </a:lnTo>
                                <a:lnTo>
                                  <a:pt x="5596618" y="2346189"/>
                                </a:lnTo>
                                <a:lnTo>
                                  <a:pt x="5594577" y="2339160"/>
                                </a:lnTo>
                                <a:lnTo>
                                  <a:pt x="5591629" y="2338025"/>
                                </a:lnTo>
                                <a:lnTo>
                                  <a:pt x="5588454" y="2336439"/>
                                </a:lnTo>
                                <a:lnTo>
                                  <a:pt x="5585505" y="2334624"/>
                                </a:lnTo>
                                <a:lnTo>
                                  <a:pt x="5582330" y="2332583"/>
                                </a:lnTo>
                                <a:lnTo>
                                  <a:pt x="5579155" y="2330089"/>
                                </a:lnTo>
                                <a:lnTo>
                                  <a:pt x="5576434" y="2327595"/>
                                </a:lnTo>
                                <a:lnTo>
                                  <a:pt x="5570084" y="2321698"/>
                                </a:lnTo>
                                <a:lnTo>
                                  <a:pt x="5563961" y="2315127"/>
                                </a:lnTo>
                                <a:lnTo>
                                  <a:pt x="5558064" y="2308324"/>
                                </a:lnTo>
                                <a:lnTo>
                                  <a:pt x="5546498" y="2294259"/>
                                </a:lnTo>
                                <a:lnTo>
                                  <a:pt x="5540602" y="2287454"/>
                                </a:lnTo>
                                <a:lnTo>
                                  <a:pt x="5535159" y="2281105"/>
                                </a:lnTo>
                                <a:lnTo>
                                  <a:pt x="5530170" y="2275210"/>
                                </a:lnTo>
                                <a:lnTo>
                                  <a:pt x="5525180" y="2270448"/>
                                </a:lnTo>
                                <a:lnTo>
                                  <a:pt x="5522912" y="2268409"/>
                                </a:lnTo>
                                <a:lnTo>
                                  <a:pt x="5520645" y="2266821"/>
                                </a:lnTo>
                                <a:lnTo>
                                  <a:pt x="5518377" y="2265235"/>
                                </a:lnTo>
                                <a:lnTo>
                                  <a:pt x="5516562" y="2264101"/>
                                </a:lnTo>
                                <a:lnTo>
                                  <a:pt x="5514521" y="2263648"/>
                                </a:lnTo>
                                <a:lnTo>
                                  <a:pt x="5512707" y="2263195"/>
                                </a:lnTo>
                                <a:lnTo>
                                  <a:pt x="5510893" y="2263422"/>
                                </a:lnTo>
                                <a:lnTo>
                                  <a:pt x="5509305" y="2264101"/>
                                </a:lnTo>
                                <a:lnTo>
                                  <a:pt x="5516336" y="2265690"/>
                                </a:lnTo>
                                <a:lnTo>
                                  <a:pt x="5512934" y="2265690"/>
                                </a:lnTo>
                                <a:lnTo>
                                  <a:pt x="5509305" y="2265916"/>
                                </a:lnTo>
                                <a:lnTo>
                                  <a:pt x="5505904" y="2266595"/>
                                </a:lnTo>
                                <a:lnTo>
                                  <a:pt x="5502502" y="2267275"/>
                                </a:lnTo>
                                <a:lnTo>
                                  <a:pt x="5495471" y="2268863"/>
                                </a:lnTo>
                                <a:lnTo>
                                  <a:pt x="5488895" y="2270901"/>
                                </a:lnTo>
                                <a:lnTo>
                                  <a:pt x="5482091" y="2273624"/>
                                </a:lnTo>
                                <a:lnTo>
                                  <a:pt x="5475741" y="2276116"/>
                                </a:lnTo>
                                <a:lnTo>
                                  <a:pt x="5463041" y="2281559"/>
                                </a:lnTo>
                                <a:lnTo>
                                  <a:pt x="5457145" y="2284279"/>
                                </a:lnTo>
                                <a:lnTo>
                                  <a:pt x="5451475" y="2286320"/>
                                </a:lnTo>
                                <a:lnTo>
                                  <a:pt x="5445805" y="2288361"/>
                                </a:lnTo>
                                <a:lnTo>
                                  <a:pt x="5440362" y="2289497"/>
                                </a:lnTo>
                                <a:lnTo>
                                  <a:pt x="5437868" y="2290176"/>
                                </a:lnTo>
                                <a:lnTo>
                                  <a:pt x="5435373" y="2290403"/>
                                </a:lnTo>
                                <a:lnTo>
                                  <a:pt x="5432879" y="2290403"/>
                                </a:lnTo>
                                <a:lnTo>
                                  <a:pt x="5430384" y="2290176"/>
                                </a:lnTo>
                                <a:lnTo>
                                  <a:pt x="5428343" y="2289724"/>
                                </a:lnTo>
                                <a:lnTo>
                                  <a:pt x="5426075" y="2289042"/>
                                </a:lnTo>
                                <a:lnTo>
                                  <a:pt x="5423807" y="2288134"/>
                                </a:lnTo>
                                <a:lnTo>
                                  <a:pt x="5421766" y="2287000"/>
                                </a:lnTo>
                                <a:lnTo>
                                  <a:pt x="5417230" y="2287454"/>
                                </a:lnTo>
                                <a:lnTo>
                                  <a:pt x="5412921" y="2287454"/>
                                </a:lnTo>
                                <a:lnTo>
                                  <a:pt x="5409293" y="2287680"/>
                                </a:lnTo>
                                <a:lnTo>
                                  <a:pt x="5407932" y="2287909"/>
                                </a:lnTo>
                                <a:lnTo>
                                  <a:pt x="5406118" y="2288361"/>
                                </a:lnTo>
                                <a:lnTo>
                                  <a:pt x="5404984" y="2288815"/>
                                </a:lnTo>
                                <a:lnTo>
                                  <a:pt x="5403623" y="2289497"/>
                                </a:lnTo>
                                <a:lnTo>
                                  <a:pt x="5402716" y="2290403"/>
                                </a:lnTo>
                                <a:lnTo>
                                  <a:pt x="5402036" y="2291537"/>
                                </a:lnTo>
                                <a:lnTo>
                                  <a:pt x="5401355" y="2292672"/>
                                </a:lnTo>
                                <a:lnTo>
                                  <a:pt x="5400902" y="2294486"/>
                                </a:lnTo>
                                <a:lnTo>
                                  <a:pt x="5400675" y="2296301"/>
                                </a:lnTo>
                                <a:lnTo>
                                  <a:pt x="5400675" y="2298796"/>
                                </a:lnTo>
                                <a:lnTo>
                                  <a:pt x="5397273" y="2298569"/>
                                </a:lnTo>
                                <a:lnTo>
                                  <a:pt x="5393871" y="2298796"/>
                                </a:lnTo>
                                <a:lnTo>
                                  <a:pt x="5386387" y="2299249"/>
                                </a:lnTo>
                                <a:lnTo>
                                  <a:pt x="5379130" y="2300384"/>
                                </a:lnTo>
                                <a:lnTo>
                                  <a:pt x="5371873" y="2301746"/>
                                </a:lnTo>
                                <a:lnTo>
                                  <a:pt x="5365070" y="2303105"/>
                                </a:lnTo>
                                <a:lnTo>
                                  <a:pt x="5358720" y="2304920"/>
                                </a:lnTo>
                                <a:lnTo>
                                  <a:pt x="5348287" y="2307417"/>
                                </a:lnTo>
                                <a:lnTo>
                                  <a:pt x="5346020" y="2308777"/>
                                </a:lnTo>
                                <a:lnTo>
                                  <a:pt x="5343979" y="2310136"/>
                                </a:lnTo>
                                <a:lnTo>
                                  <a:pt x="5341711" y="2311268"/>
                                </a:lnTo>
                                <a:lnTo>
                                  <a:pt x="5339216" y="2312179"/>
                                </a:lnTo>
                                <a:lnTo>
                                  <a:pt x="5334680" y="2313538"/>
                                </a:lnTo>
                                <a:lnTo>
                                  <a:pt x="5330145" y="2314674"/>
                                </a:lnTo>
                                <a:lnTo>
                                  <a:pt x="5321300" y="2316257"/>
                                </a:lnTo>
                                <a:lnTo>
                                  <a:pt x="5317445" y="2316939"/>
                                </a:lnTo>
                                <a:lnTo>
                                  <a:pt x="5314043" y="2318298"/>
                                </a:lnTo>
                                <a:lnTo>
                                  <a:pt x="5307693" y="2317842"/>
                                </a:lnTo>
                                <a:lnTo>
                                  <a:pt x="5300889" y="2316939"/>
                                </a:lnTo>
                                <a:lnTo>
                                  <a:pt x="5286148" y="2315127"/>
                                </a:lnTo>
                                <a:lnTo>
                                  <a:pt x="5273221" y="2313084"/>
                                </a:lnTo>
                                <a:lnTo>
                                  <a:pt x="5268459" y="2312401"/>
                                </a:lnTo>
                                <a:lnTo>
                                  <a:pt x="5265737" y="2312179"/>
                                </a:lnTo>
                                <a:lnTo>
                                  <a:pt x="5257573" y="2313084"/>
                                </a:lnTo>
                                <a:lnTo>
                                  <a:pt x="5249862" y="2313992"/>
                                </a:lnTo>
                                <a:lnTo>
                                  <a:pt x="5241925" y="2314216"/>
                                </a:lnTo>
                                <a:lnTo>
                                  <a:pt x="5233761" y="2314443"/>
                                </a:lnTo>
                                <a:lnTo>
                                  <a:pt x="5225823" y="2314674"/>
                                </a:lnTo>
                                <a:lnTo>
                                  <a:pt x="5217886" y="2314443"/>
                                </a:lnTo>
                                <a:lnTo>
                                  <a:pt x="5202011" y="2313992"/>
                                </a:lnTo>
                                <a:lnTo>
                                  <a:pt x="5170487" y="2312632"/>
                                </a:lnTo>
                                <a:lnTo>
                                  <a:pt x="5155293" y="2312401"/>
                                </a:lnTo>
                                <a:lnTo>
                                  <a:pt x="5147582" y="2312401"/>
                                </a:lnTo>
                                <a:lnTo>
                                  <a:pt x="5139871" y="2312632"/>
                                </a:lnTo>
                                <a:lnTo>
                                  <a:pt x="5135789" y="2309002"/>
                                </a:lnTo>
                                <a:lnTo>
                                  <a:pt x="5129666" y="2302879"/>
                                </a:lnTo>
                                <a:lnTo>
                                  <a:pt x="5112657" y="2286774"/>
                                </a:lnTo>
                                <a:lnTo>
                                  <a:pt x="5102679" y="2277251"/>
                                </a:lnTo>
                                <a:lnTo>
                                  <a:pt x="5091793" y="2267502"/>
                                </a:lnTo>
                                <a:lnTo>
                                  <a:pt x="5086123" y="2262741"/>
                                </a:lnTo>
                                <a:lnTo>
                                  <a:pt x="5080454" y="2258209"/>
                                </a:lnTo>
                                <a:lnTo>
                                  <a:pt x="5074784" y="2253674"/>
                                </a:lnTo>
                                <a:lnTo>
                                  <a:pt x="5068887" y="2249594"/>
                                </a:lnTo>
                                <a:lnTo>
                                  <a:pt x="5063445" y="2245287"/>
                                </a:lnTo>
                                <a:lnTo>
                                  <a:pt x="5057775" y="2241886"/>
                                </a:lnTo>
                                <a:lnTo>
                                  <a:pt x="5052105" y="2238711"/>
                                </a:lnTo>
                                <a:lnTo>
                                  <a:pt x="5046889" y="2236217"/>
                                </a:lnTo>
                                <a:lnTo>
                                  <a:pt x="5041673" y="2233951"/>
                                </a:lnTo>
                                <a:lnTo>
                                  <a:pt x="5036911" y="2232137"/>
                                </a:lnTo>
                                <a:lnTo>
                                  <a:pt x="5034416" y="2231682"/>
                                </a:lnTo>
                                <a:lnTo>
                                  <a:pt x="5031921" y="2231456"/>
                                </a:lnTo>
                                <a:lnTo>
                                  <a:pt x="5029880" y="2231228"/>
                                </a:lnTo>
                                <a:lnTo>
                                  <a:pt x="5027839" y="2231228"/>
                                </a:lnTo>
                                <a:lnTo>
                                  <a:pt x="5025798" y="2231228"/>
                                </a:lnTo>
                                <a:lnTo>
                                  <a:pt x="5023757" y="2231682"/>
                                </a:lnTo>
                                <a:lnTo>
                                  <a:pt x="5021716" y="2232137"/>
                                </a:lnTo>
                                <a:lnTo>
                                  <a:pt x="5020129" y="2233271"/>
                                </a:lnTo>
                                <a:lnTo>
                                  <a:pt x="5018314" y="2234176"/>
                                </a:lnTo>
                                <a:lnTo>
                                  <a:pt x="5016954" y="2235310"/>
                                </a:lnTo>
                                <a:lnTo>
                                  <a:pt x="5015593" y="2236898"/>
                                </a:lnTo>
                                <a:lnTo>
                                  <a:pt x="5014232" y="2238487"/>
                                </a:lnTo>
                                <a:lnTo>
                                  <a:pt x="5013098" y="2240752"/>
                                </a:lnTo>
                                <a:lnTo>
                                  <a:pt x="5011737" y="2243018"/>
                                </a:lnTo>
                                <a:lnTo>
                                  <a:pt x="5010830" y="2245287"/>
                                </a:lnTo>
                                <a:lnTo>
                                  <a:pt x="5010150" y="2248232"/>
                                </a:lnTo>
                                <a:lnTo>
                                  <a:pt x="5009696" y="2251179"/>
                                </a:lnTo>
                                <a:lnTo>
                                  <a:pt x="5009016" y="2254579"/>
                                </a:lnTo>
                                <a:lnTo>
                                  <a:pt x="5008789" y="2258209"/>
                                </a:lnTo>
                                <a:lnTo>
                                  <a:pt x="5008336" y="2262062"/>
                                </a:lnTo>
                                <a:lnTo>
                                  <a:pt x="5002666" y="2263648"/>
                                </a:lnTo>
                                <a:lnTo>
                                  <a:pt x="4996996" y="2265009"/>
                                </a:lnTo>
                                <a:lnTo>
                                  <a:pt x="4991554" y="2266821"/>
                                </a:lnTo>
                                <a:lnTo>
                                  <a:pt x="4986564" y="2268409"/>
                                </a:lnTo>
                                <a:lnTo>
                                  <a:pt x="4976586" y="2272263"/>
                                </a:lnTo>
                                <a:lnTo>
                                  <a:pt x="4971823" y="2274301"/>
                                </a:lnTo>
                                <a:lnTo>
                                  <a:pt x="4966834" y="2275663"/>
                                </a:lnTo>
                                <a:lnTo>
                                  <a:pt x="4962071" y="2277478"/>
                                </a:lnTo>
                                <a:lnTo>
                                  <a:pt x="4956855" y="2278383"/>
                                </a:lnTo>
                                <a:lnTo>
                                  <a:pt x="4951639" y="2279290"/>
                                </a:lnTo>
                                <a:lnTo>
                                  <a:pt x="4945970" y="2279744"/>
                                </a:lnTo>
                                <a:lnTo>
                                  <a:pt x="4940073" y="2279744"/>
                                </a:lnTo>
                                <a:lnTo>
                                  <a:pt x="4933950" y="2279290"/>
                                </a:lnTo>
                                <a:lnTo>
                                  <a:pt x="4927146" y="2278156"/>
                                </a:lnTo>
                                <a:lnTo>
                                  <a:pt x="4920116" y="2276344"/>
                                </a:lnTo>
                                <a:lnTo>
                                  <a:pt x="4906962" y="2271810"/>
                                </a:lnTo>
                                <a:lnTo>
                                  <a:pt x="4894262" y="2267275"/>
                                </a:lnTo>
                                <a:lnTo>
                                  <a:pt x="4881789" y="2262062"/>
                                </a:lnTo>
                                <a:lnTo>
                                  <a:pt x="4869770" y="2257075"/>
                                </a:lnTo>
                                <a:lnTo>
                                  <a:pt x="4857977" y="2251633"/>
                                </a:lnTo>
                                <a:lnTo>
                                  <a:pt x="4846637" y="2245740"/>
                                </a:lnTo>
                                <a:lnTo>
                                  <a:pt x="4835071" y="2240072"/>
                                </a:lnTo>
                                <a:lnTo>
                                  <a:pt x="4824186" y="2233951"/>
                                </a:lnTo>
                                <a:lnTo>
                                  <a:pt x="4813300" y="2227600"/>
                                </a:lnTo>
                                <a:lnTo>
                                  <a:pt x="4802641" y="2221023"/>
                                </a:lnTo>
                                <a:lnTo>
                                  <a:pt x="4791755" y="2214218"/>
                                </a:lnTo>
                                <a:lnTo>
                                  <a:pt x="4781323" y="2207415"/>
                                </a:lnTo>
                                <a:lnTo>
                                  <a:pt x="4770664" y="2200156"/>
                                </a:lnTo>
                                <a:lnTo>
                                  <a:pt x="4760232" y="2192903"/>
                                </a:lnTo>
                                <a:lnTo>
                                  <a:pt x="4750027" y="2184966"/>
                                </a:lnTo>
                                <a:lnTo>
                                  <a:pt x="4739368" y="2177255"/>
                                </a:lnTo>
                                <a:lnTo>
                                  <a:pt x="4732337" y="2171586"/>
                                </a:lnTo>
                                <a:lnTo>
                                  <a:pt x="4733698" y="2163195"/>
                                </a:lnTo>
                                <a:lnTo>
                                  <a:pt x="4718730" y="2160474"/>
                                </a:lnTo>
                                <a:lnTo>
                                  <a:pt x="4718503" y="2157980"/>
                                </a:lnTo>
                                <a:lnTo>
                                  <a:pt x="4717823" y="2155712"/>
                                </a:lnTo>
                                <a:lnTo>
                                  <a:pt x="4717143" y="2153219"/>
                                </a:lnTo>
                                <a:lnTo>
                                  <a:pt x="4716462" y="2150950"/>
                                </a:lnTo>
                                <a:lnTo>
                                  <a:pt x="4715555" y="2148683"/>
                                </a:lnTo>
                                <a:lnTo>
                                  <a:pt x="4714195" y="2146415"/>
                                </a:lnTo>
                                <a:lnTo>
                                  <a:pt x="4711700" y="2142107"/>
                                </a:lnTo>
                                <a:lnTo>
                                  <a:pt x="4708525" y="2137801"/>
                                </a:lnTo>
                                <a:lnTo>
                                  <a:pt x="4704896" y="2133719"/>
                                </a:lnTo>
                                <a:lnTo>
                                  <a:pt x="4700587" y="2130091"/>
                                </a:lnTo>
                                <a:lnTo>
                                  <a:pt x="4696278" y="2126461"/>
                                </a:lnTo>
                                <a:lnTo>
                                  <a:pt x="4691970" y="2123060"/>
                                </a:lnTo>
                                <a:lnTo>
                                  <a:pt x="4686980" y="2120108"/>
                                </a:lnTo>
                                <a:lnTo>
                                  <a:pt x="4682445" y="2117161"/>
                                </a:lnTo>
                                <a:lnTo>
                                  <a:pt x="4677682" y="2114892"/>
                                </a:lnTo>
                                <a:lnTo>
                                  <a:pt x="4672920" y="2112622"/>
                                </a:lnTo>
                                <a:lnTo>
                                  <a:pt x="4668384" y="2110583"/>
                                </a:lnTo>
                                <a:lnTo>
                                  <a:pt x="4663848" y="2108995"/>
                                </a:lnTo>
                                <a:lnTo>
                                  <a:pt x="4659993" y="2107863"/>
                                </a:lnTo>
                                <a:lnTo>
                                  <a:pt x="4650695" y="2118520"/>
                                </a:lnTo>
                                <a:lnTo>
                                  <a:pt x="4607081" y="2104585"/>
                                </a:lnTo>
                                <a:lnTo>
                                  <a:pt x="4607029" y="2104318"/>
                                </a:lnTo>
                                <a:lnTo>
                                  <a:pt x="4619171" y="2099020"/>
                                </a:lnTo>
                                <a:lnTo>
                                  <a:pt x="4604884" y="2098793"/>
                                </a:lnTo>
                                <a:lnTo>
                                  <a:pt x="4606925" y="2103783"/>
                                </a:lnTo>
                                <a:lnTo>
                                  <a:pt x="4607029" y="2104318"/>
                                </a:lnTo>
                                <a:lnTo>
                                  <a:pt x="4606698" y="2104463"/>
                                </a:lnTo>
                                <a:lnTo>
                                  <a:pt x="4607081" y="2104585"/>
                                </a:lnTo>
                                <a:lnTo>
                                  <a:pt x="4611007" y="2124873"/>
                                </a:lnTo>
                                <a:lnTo>
                                  <a:pt x="4597627" y="2130998"/>
                                </a:lnTo>
                                <a:lnTo>
                                  <a:pt x="4593998" y="2129412"/>
                                </a:lnTo>
                                <a:lnTo>
                                  <a:pt x="4592159" y="2128437"/>
                                </a:lnTo>
                                <a:lnTo>
                                  <a:pt x="4593770" y="2129646"/>
                                </a:lnTo>
                                <a:lnTo>
                                  <a:pt x="4595358" y="2130778"/>
                                </a:lnTo>
                                <a:lnTo>
                                  <a:pt x="4597400" y="2131681"/>
                                </a:lnTo>
                                <a:lnTo>
                                  <a:pt x="4597173" y="2131681"/>
                                </a:lnTo>
                                <a:lnTo>
                                  <a:pt x="4596946" y="2131681"/>
                                </a:lnTo>
                                <a:lnTo>
                                  <a:pt x="4593997" y="2132135"/>
                                </a:lnTo>
                                <a:lnTo>
                                  <a:pt x="4588325" y="2132135"/>
                                </a:lnTo>
                                <a:lnTo>
                                  <a:pt x="4582199" y="2132135"/>
                                </a:lnTo>
                                <a:lnTo>
                                  <a:pt x="4569948" y="2131229"/>
                                </a:lnTo>
                                <a:lnTo>
                                  <a:pt x="4566095" y="2131094"/>
                                </a:lnTo>
                                <a:lnTo>
                                  <a:pt x="4578350" y="2135653"/>
                                </a:lnTo>
                                <a:lnTo>
                                  <a:pt x="4578350" y="2136106"/>
                                </a:lnTo>
                                <a:lnTo>
                                  <a:pt x="4578217" y="2139213"/>
                                </a:lnTo>
                                <a:lnTo>
                                  <a:pt x="4578605" y="2139510"/>
                                </a:lnTo>
                                <a:lnTo>
                                  <a:pt x="4578771" y="2135636"/>
                                </a:lnTo>
                                <a:lnTo>
                                  <a:pt x="4578577" y="2135485"/>
                                </a:lnTo>
                                <a:lnTo>
                                  <a:pt x="4578350" y="2133613"/>
                                </a:lnTo>
                                <a:lnTo>
                                  <a:pt x="4592638" y="2146311"/>
                                </a:lnTo>
                                <a:lnTo>
                                  <a:pt x="4591958" y="2145895"/>
                                </a:lnTo>
                                <a:lnTo>
                                  <a:pt x="4581766" y="2137967"/>
                                </a:lnTo>
                                <a:lnTo>
                                  <a:pt x="4592638" y="2148077"/>
                                </a:lnTo>
                                <a:lnTo>
                                  <a:pt x="4583592" y="2152364"/>
                                </a:lnTo>
                                <a:lnTo>
                                  <a:pt x="4583592" y="2153529"/>
                                </a:lnTo>
                                <a:lnTo>
                                  <a:pt x="4583592" y="2156736"/>
                                </a:lnTo>
                                <a:lnTo>
                                  <a:pt x="4581581" y="2156280"/>
                                </a:lnTo>
                                <a:lnTo>
                                  <a:pt x="4580240" y="2156049"/>
                                </a:lnTo>
                                <a:lnTo>
                                  <a:pt x="4578453" y="2155820"/>
                                </a:lnTo>
                                <a:lnTo>
                                  <a:pt x="4577112" y="2156049"/>
                                </a:lnTo>
                                <a:lnTo>
                                  <a:pt x="4575995" y="2156280"/>
                                </a:lnTo>
                                <a:lnTo>
                                  <a:pt x="4574430" y="2156508"/>
                                </a:lnTo>
                                <a:lnTo>
                                  <a:pt x="4573313" y="2157195"/>
                                </a:lnTo>
                                <a:lnTo>
                                  <a:pt x="4572419" y="2157880"/>
                                </a:lnTo>
                                <a:lnTo>
                                  <a:pt x="4571302" y="2159026"/>
                                </a:lnTo>
                                <a:lnTo>
                                  <a:pt x="4570408" y="2159942"/>
                                </a:lnTo>
                                <a:lnTo>
                                  <a:pt x="4569738" y="2161086"/>
                                </a:lnTo>
                                <a:lnTo>
                                  <a:pt x="4569067" y="2162690"/>
                                </a:lnTo>
                                <a:lnTo>
                                  <a:pt x="4567950" y="2166124"/>
                                </a:lnTo>
                                <a:lnTo>
                                  <a:pt x="4567280" y="2170246"/>
                                </a:lnTo>
                                <a:lnTo>
                                  <a:pt x="4587168" y="2172535"/>
                                </a:lnTo>
                                <a:lnTo>
                                  <a:pt x="4600575" y="2189479"/>
                                </a:lnTo>
                                <a:lnTo>
                                  <a:pt x="4600012" y="2190633"/>
                                </a:lnTo>
                                <a:lnTo>
                                  <a:pt x="4601302" y="2189706"/>
                                </a:lnTo>
                                <a:lnTo>
                                  <a:pt x="4622800" y="2214587"/>
                                </a:lnTo>
                                <a:lnTo>
                                  <a:pt x="4621825" y="2214699"/>
                                </a:lnTo>
                                <a:lnTo>
                                  <a:pt x="4622985" y="2215239"/>
                                </a:lnTo>
                                <a:lnTo>
                                  <a:pt x="4629332" y="2218635"/>
                                </a:lnTo>
                                <a:lnTo>
                                  <a:pt x="4632279" y="2220453"/>
                                </a:lnTo>
                                <a:lnTo>
                                  <a:pt x="4635226" y="2222264"/>
                                </a:lnTo>
                                <a:lnTo>
                                  <a:pt x="4637947" y="2224533"/>
                                </a:lnTo>
                                <a:lnTo>
                                  <a:pt x="4640667" y="2226798"/>
                                </a:lnTo>
                                <a:lnTo>
                                  <a:pt x="4642934" y="2228839"/>
                                </a:lnTo>
                                <a:lnTo>
                                  <a:pt x="4645201" y="2231330"/>
                                </a:lnTo>
                                <a:lnTo>
                                  <a:pt x="4647468" y="2233819"/>
                                </a:lnTo>
                                <a:lnTo>
                                  <a:pt x="4649282" y="2236533"/>
                                </a:lnTo>
                                <a:lnTo>
                                  <a:pt x="4651322" y="2239026"/>
                                </a:lnTo>
                                <a:lnTo>
                                  <a:pt x="4652909" y="2241973"/>
                                </a:lnTo>
                                <a:lnTo>
                                  <a:pt x="4654496" y="2244900"/>
                                </a:lnTo>
                                <a:lnTo>
                                  <a:pt x="4655630" y="2248070"/>
                                </a:lnTo>
                                <a:lnTo>
                                  <a:pt x="4656763" y="2251257"/>
                                </a:lnTo>
                                <a:lnTo>
                                  <a:pt x="4657897" y="2254692"/>
                                </a:lnTo>
                                <a:lnTo>
                                  <a:pt x="4661297" y="2257636"/>
                                </a:lnTo>
                                <a:lnTo>
                                  <a:pt x="4664925" y="2260377"/>
                                </a:lnTo>
                                <a:lnTo>
                                  <a:pt x="4672859" y="2266033"/>
                                </a:lnTo>
                                <a:lnTo>
                                  <a:pt x="4681927" y="2271924"/>
                                </a:lnTo>
                                <a:lnTo>
                                  <a:pt x="4691222" y="2277592"/>
                                </a:lnTo>
                                <a:lnTo>
                                  <a:pt x="4700970" y="2282802"/>
                                </a:lnTo>
                                <a:lnTo>
                                  <a:pt x="4710265" y="2288241"/>
                                </a:lnTo>
                                <a:lnTo>
                                  <a:pt x="4727721" y="2297530"/>
                                </a:lnTo>
                                <a:lnTo>
                                  <a:pt x="4725908" y="2302517"/>
                                </a:lnTo>
                                <a:lnTo>
                                  <a:pt x="4725454" y="2305013"/>
                                </a:lnTo>
                                <a:lnTo>
                                  <a:pt x="4724774" y="2307500"/>
                                </a:lnTo>
                                <a:lnTo>
                                  <a:pt x="4724321" y="2309542"/>
                                </a:lnTo>
                                <a:lnTo>
                                  <a:pt x="4724094" y="2311805"/>
                                </a:lnTo>
                                <a:lnTo>
                                  <a:pt x="4724094" y="2314078"/>
                                </a:lnTo>
                                <a:lnTo>
                                  <a:pt x="4724321" y="2315889"/>
                                </a:lnTo>
                                <a:lnTo>
                                  <a:pt x="4724534" y="2316954"/>
                                </a:lnTo>
                                <a:lnTo>
                                  <a:pt x="4724623" y="2315669"/>
                                </a:lnTo>
                                <a:lnTo>
                                  <a:pt x="4724623" y="2312461"/>
                                </a:lnTo>
                                <a:lnTo>
                                  <a:pt x="4725291" y="2309485"/>
                                </a:lnTo>
                                <a:lnTo>
                                  <a:pt x="4725737" y="2306277"/>
                                </a:lnTo>
                                <a:lnTo>
                                  <a:pt x="4726406" y="2303071"/>
                                </a:lnTo>
                                <a:lnTo>
                                  <a:pt x="4727297" y="2300093"/>
                                </a:lnTo>
                                <a:lnTo>
                                  <a:pt x="4728188" y="2297114"/>
                                </a:lnTo>
                                <a:lnTo>
                                  <a:pt x="4737769" y="2301696"/>
                                </a:lnTo>
                                <a:lnTo>
                                  <a:pt x="4740888" y="2303071"/>
                                </a:lnTo>
                                <a:lnTo>
                                  <a:pt x="4744230" y="2310632"/>
                                </a:lnTo>
                                <a:lnTo>
                                  <a:pt x="4755816" y="2321854"/>
                                </a:lnTo>
                                <a:lnTo>
                                  <a:pt x="4760272" y="2331476"/>
                                </a:lnTo>
                                <a:lnTo>
                                  <a:pt x="4752920" y="2337202"/>
                                </a:lnTo>
                                <a:lnTo>
                                  <a:pt x="4755816" y="2345219"/>
                                </a:lnTo>
                                <a:lnTo>
                                  <a:pt x="4760272" y="2346366"/>
                                </a:lnTo>
                                <a:lnTo>
                                  <a:pt x="4775200" y="2364920"/>
                                </a:lnTo>
                                <a:lnTo>
                                  <a:pt x="4774977" y="2364920"/>
                                </a:lnTo>
                                <a:lnTo>
                                  <a:pt x="4774977" y="2365150"/>
                                </a:lnTo>
                                <a:lnTo>
                                  <a:pt x="4771173" y="2362915"/>
                                </a:lnTo>
                                <a:lnTo>
                                  <a:pt x="4772382" y="2363937"/>
                                </a:lnTo>
                                <a:lnTo>
                                  <a:pt x="4776916" y="2368242"/>
                                </a:lnTo>
                                <a:lnTo>
                                  <a:pt x="4780543" y="2371868"/>
                                </a:lnTo>
                                <a:lnTo>
                                  <a:pt x="4783037" y="2375266"/>
                                </a:lnTo>
                                <a:lnTo>
                                  <a:pt x="4784624" y="2378217"/>
                                </a:lnTo>
                                <a:lnTo>
                                  <a:pt x="4785757" y="2380706"/>
                                </a:lnTo>
                                <a:lnTo>
                                  <a:pt x="4786437" y="2383427"/>
                                </a:lnTo>
                                <a:lnTo>
                                  <a:pt x="4787117" y="2389098"/>
                                </a:lnTo>
                                <a:lnTo>
                                  <a:pt x="4787798" y="2392038"/>
                                </a:lnTo>
                                <a:lnTo>
                                  <a:pt x="4788931" y="2395442"/>
                                </a:lnTo>
                                <a:lnTo>
                                  <a:pt x="4790518" y="2399297"/>
                                </a:lnTo>
                                <a:lnTo>
                                  <a:pt x="4793012" y="2403828"/>
                                </a:lnTo>
                                <a:lnTo>
                                  <a:pt x="4796412" y="2409031"/>
                                </a:lnTo>
                                <a:lnTo>
                                  <a:pt x="4800720" y="2414942"/>
                                </a:lnTo>
                                <a:lnTo>
                                  <a:pt x="4802760" y="2417209"/>
                                </a:lnTo>
                                <a:lnTo>
                                  <a:pt x="4804574" y="2419251"/>
                                </a:lnTo>
                                <a:lnTo>
                                  <a:pt x="4806614" y="2420834"/>
                                </a:lnTo>
                                <a:lnTo>
                                  <a:pt x="4808427" y="2422423"/>
                                </a:lnTo>
                                <a:lnTo>
                                  <a:pt x="4810468" y="2423785"/>
                                </a:lnTo>
                                <a:lnTo>
                                  <a:pt x="4812735" y="2424693"/>
                                </a:lnTo>
                                <a:lnTo>
                                  <a:pt x="4814548" y="2425826"/>
                                </a:lnTo>
                                <a:lnTo>
                                  <a:pt x="4816815" y="2426508"/>
                                </a:lnTo>
                                <a:lnTo>
                                  <a:pt x="4820643" y="2427357"/>
                                </a:lnTo>
                                <a:lnTo>
                                  <a:pt x="4818422" y="2425996"/>
                                </a:lnTo>
                                <a:lnTo>
                                  <a:pt x="4815483" y="2423746"/>
                                </a:lnTo>
                                <a:lnTo>
                                  <a:pt x="4812318" y="2421270"/>
                                </a:lnTo>
                                <a:lnTo>
                                  <a:pt x="4809832" y="2418795"/>
                                </a:lnTo>
                                <a:lnTo>
                                  <a:pt x="4807119" y="2416094"/>
                                </a:lnTo>
                                <a:lnTo>
                                  <a:pt x="4804407" y="2413169"/>
                                </a:lnTo>
                                <a:lnTo>
                                  <a:pt x="4801920" y="2410017"/>
                                </a:lnTo>
                                <a:lnTo>
                                  <a:pt x="4799660" y="2406865"/>
                                </a:lnTo>
                                <a:lnTo>
                                  <a:pt x="4797399" y="2403715"/>
                                </a:lnTo>
                                <a:lnTo>
                                  <a:pt x="4795591" y="2400339"/>
                                </a:lnTo>
                                <a:lnTo>
                                  <a:pt x="4794008" y="2397188"/>
                                </a:lnTo>
                                <a:lnTo>
                                  <a:pt x="4792652" y="2393812"/>
                                </a:lnTo>
                                <a:lnTo>
                                  <a:pt x="4791296" y="2390437"/>
                                </a:lnTo>
                                <a:lnTo>
                                  <a:pt x="4790391" y="2387061"/>
                                </a:lnTo>
                                <a:lnTo>
                                  <a:pt x="4789713" y="2383910"/>
                                </a:lnTo>
                                <a:lnTo>
                                  <a:pt x="4789487" y="2380759"/>
                                </a:lnTo>
                                <a:lnTo>
                                  <a:pt x="4789487" y="2377609"/>
                                </a:lnTo>
                                <a:lnTo>
                                  <a:pt x="4789713" y="2374908"/>
                                </a:lnTo>
                                <a:lnTo>
                                  <a:pt x="4794008" y="2380759"/>
                                </a:lnTo>
                                <a:lnTo>
                                  <a:pt x="4798303" y="2387061"/>
                                </a:lnTo>
                                <a:lnTo>
                                  <a:pt x="4803276" y="2393136"/>
                                </a:lnTo>
                                <a:lnTo>
                                  <a:pt x="4808023" y="2399214"/>
                                </a:lnTo>
                                <a:lnTo>
                                  <a:pt x="4813449" y="2404841"/>
                                </a:lnTo>
                                <a:lnTo>
                                  <a:pt x="4818648" y="2410242"/>
                                </a:lnTo>
                                <a:lnTo>
                                  <a:pt x="4824525" y="2415194"/>
                                </a:lnTo>
                                <a:lnTo>
                                  <a:pt x="4827690" y="2417444"/>
                                </a:lnTo>
                                <a:lnTo>
                                  <a:pt x="4830629" y="2419694"/>
                                </a:lnTo>
                                <a:lnTo>
                                  <a:pt x="4841027" y="2421720"/>
                                </a:lnTo>
                                <a:lnTo>
                                  <a:pt x="4851878" y="2423521"/>
                                </a:lnTo>
                                <a:lnTo>
                                  <a:pt x="4859337" y="2419244"/>
                                </a:lnTo>
                                <a:lnTo>
                                  <a:pt x="4859337" y="2419694"/>
                                </a:lnTo>
                                <a:lnTo>
                                  <a:pt x="4857529" y="2423070"/>
                                </a:lnTo>
                                <a:lnTo>
                                  <a:pt x="4855268" y="2425996"/>
                                </a:lnTo>
                                <a:lnTo>
                                  <a:pt x="4853234" y="2428472"/>
                                </a:lnTo>
                                <a:lnTo>
                                  <a:pt x="4851560" y="2429685"/>
                                </a:lnTo>
                                <a:lnTo>
                                  <a:pt x="4853088" y="2430133"/>
                                </a:lnTo>
                                <a:lnTo>
                                  <a:pt x="4854902" y="2430814"/>
                                </a:lnTo>
                                <a:lnTo>
                                  <a:pt x="4856715" y="2431721"/>
                                </a:lnTo>
                                <a:lnTo>
                                  <a:pt x="4858302" y="2432856"/>
                                </a:lnTo>
                                <a:lnTo>
                                  <a:pt x="4860116" y="2434214"/>
                                </a:lnTo>
                                <a:lnTo>
                                  <a:pt x="4861703" y="2435798"/>
                                </a:lnTo>
                                <a:lnTo>
                                  <a:pt x="4863516" y="2437383"/>
                                </a:lnTo>
                                <a:lnTo>
                                  <a:pt x="4870771" y="2436252"/>
                                </a:lnTo>
                                <a:lnTo>
                                  <a:pt x="4874851" y="2441463"/>
                                </a:lnTo>
                                <a:lnTo>
                                  <a:pt x="4879159" y="2446901"/>
                                </a:lnTo>
                                <a:lnTo>
                                  <a:pt x="4880395" y="2448261"/>
                                </a:lnTo>
                                <a:lnTo>
                                  <a:pt x="4876365" y="2443240"/>
                                </a:lnTo>
                                <a:lnTo>
                                  <a:pt x="4870450" y="2435759"/>
                                </a:lnTo>
                                <a:lnTo>
                                  <a:pt x="4872270" y="2434397"/>
                                </a:lnTo>
                                <a:lnTo>
                                  <a:pt x="4874545" y="2439614"/>
                                </a:lnTo>
                                <a:lnTo>
                                  <a:pt x="4878185" y="2433947"/>
                                </a:lnTo>
                                <a:lnTo>
                                  <a:pt x="4884782" y="2447772"/>
                                </a:lnTo>
                                <a:lnTo>
                                  <a:pt x="4894564" y="2451400"/>
                                </a:lnTo>
                                <a:lnTo>
                                  <a:pt x="4917314" y="2442337"/>
                                </a:lnTo>
                                <a:lnTo>
                                  <a:pt x="4921409" y="2440517"/>
                                </a:lnTo>
                                <a:lnTo>
                                  <a:pt x="4925276" y="2438934"/>
                                </a:lnTo>
                                <a:lnTo>
                                  <a:pt x="4928916" y="2437573"/>
                                </a:lnTo>
                                <a:lnTo>
                                  <a:pt x="4932783" y="2436667"/>
                                </a:lnTo>
                                <a:lnTo>
                                  <a:pt x="4936423" y="2435759"/>
                                </a:lnTo>
                                <a:lnTo>
                                  <a:pt x="4940063" y="2435078"/>
                                </a:lnTo>
                                <a:lnTo>
                                  <a:pt x="4947798" y="2433947"/>
                                </a:lnTo>
                                <a:lnTo>
                                  <a:pt x="4955532" y="2433266"/>
                                </a:lnTo>
                                <a:lnTo>
                                  <a:pt x="4963267" y="2432810"/>
                                </a:lnTo>
                                <a:lnTo>
                                  <a:pt x="4971912" y="2432359"/>
                                </a:lnTo>
                                <a:lnTo>
                                  <a:pt x="4981011" y="2431678"/>
                                </a:lnTo>
                                <a:lnTo>
                                  <a:pt x="5000576" y="2423283"/>
                                </a:lnTo>
                                <a:lnTo>
                                  <a:pt x="4993751" y="2416932"/>
                                </a:lnTo>
                                <a:lnTo>
                                  <a:pt x="4998756" y="2417839"/>
                                </a:lnTo>
                                <a:lnTo>
                                  <a:pt x="5009903" y="2413754"/>
                                </a:lnTo>
                                <a:lnTo>
                                  <a:pt x="5011950" y="2409203"/>
                                </a:lnTo>
                                <a:lnTo>
                                  <a:pt x="5016728" y="2382899"/>
                                </a:lnTo>
                                <a:lnTo>
                                  <a:pt x="5025600" y="2366362"/>
                                </a:lnTo>
                                <a:lnTo>
                                  <a:pt x="5035837" y="2335069"/>
                                </a:lnTo>
                                <a:lnTo>
                                  <a:pt x="5049942" y="2313074"/>
                                </a:lnTo>
                                <a:lnTo>
                                  <a:pt x="5050852" y="2298784"/>
                                </a:lnTo>
                                <a:lnTo>
                                  <a:pt x="5051484" y="2298784"/>
                                </a:lnTo>
                                <a:lnTo>
                                  <a:pt x="5052748" y="2287246"/>
                                </a:lnTo>
                                <a:lnTo>
                                  <a:pt x="5058922" y="2284064"/>
                                </a:lnTo>
                                <a:lnTo>
                                  <a:pt x="5057599" y="2279733"/>
                                </a:lnTo>
                                <a:lnTo>
                                  <a:pt x="5066859" y="2290663"/>
                                </a:lnTo>
                                <a:lnTo>
                                  <a:pt x="5063111" y="2292718"/>
                                </a:lnTo>
                                <a:lnTo>
                                  <a:pt x="5067257" y="2323842"/>
                                </a:lnTo>
                                <a:lnTo>
                                  <a:pt x="5075421" y="2327586"/>
                                </a:lnTo>
                                <a:lnTo>
                                  <a:pt x="5076786" y="2328943"/>
                                </a:lnTo>
                                <a:lnTo>
                                  <a:pt x="5089525" y="2359107"/>
                                </a:lnTo>
                                <a:lnTo>
                                  <a:pt x="5089070" y="2362959"/>
                                </a:lnTo>
                                <a:lnTo>
                                  <a:pt x="5078606" y="2376100"/>
                                </a:lnTo>
                                <a:lnTo>
                                  <a:pt x="5070416" y="2364090"/>
                                </a:lnTo>
                                <a:lnTo>
                                  <a:pt x="5066321" y="2370441"/>
                                </a:lnTo>
                                <a:lnTo>
                                  <a:pt x="5071844" y="2381899"/>
                                </a:lnTo>
                                <a:lnTo>
                                  <a:pt x="5071609" y="2380378"/>
                                </a:lnTo>
                                <a:lnTo>
                                  <a:pt x="5071609" y="2377893"/>
                                </a:lnTo>
                                <a:lnTo>
                                  <a:pt x="5071609" y="2376983"/>
                                </a:lnTo>
                                <a:lnTo>
                                  <a:pt x="5071836" y="2376305"/>
                                </a:lnTo>
                                <a:lnTo>
                                  <a:pt x="5072290" y="2375847"/>
                                </a:lnTo>
                                <a:lnTo>
                                  <a:pt x="5073197" y="2375396"/>
                                </a:lnTo>
                                <a:lnTo>
                                  <a:pt x="5073877" y="2375396"/>
                                </a:lnTo>
                                <a:lnTo>
                                  <a:pt x="5074784" y="2375396"/>
                                </a:lnTo>
                                <a:lnTo>
                                  <a:pt x="5076145" y="2375847"/>
                                </a:lnTo>
                                <a:lnTo>
                                  <a:pt x="5077506" y="2376305"/>
                                </a:lnTo>
                                <a:lnTo>
                                  <a:pt x="5079773" y="2376756"/>
                                </a:lnTo>
                                <a:lnTo>
                                  <a:pt x="5089752" y="2363851"/>
                                </a:lnTo>
                                <a:lnTo>
                                  <a:pt x="5095195" y="2367475"/>
                                </a:lnTo>
                                <a:lnTo>
                                  <a:pt x="5100411" y="2371548"/>
                                </a:lnTo>
                                <a:lnTo>
                                  <a:pt x="5105173" y="2375847"/>
                                </a:lnTo>
                                <a:lnTo>
                                  <a:pt x="5109482" y="2380150"/>
                                </a:lnTo>
                                <a:lnTo>
                                  <a:pt x="5117873" y="2388986"/>
                                </a:lnTo>
                                <a:lnTo>
                                  <a:pt x="5121729" y="2393285"/>
                                </a:lnTo>
                                <a:lnTo>
                                  <a:pt x="5125811" y="2397362"/>
                                </a:lnTo>
                                <a:lnTo>
                                  <a:pt x="5130120" y="2401204"/>
                                </a:lnTo>
                                <a:lnTo>
                                  <a:pt x="5134429" y="2405050"/>
                                </a:lnTo>
                                <a:lnTo>
                                  <a:pt x="5138965" y="2408437"/>
                                </a:lnTo>
                                <a:lnTo>
                                  <a:pt x="5141459" y="2410025"/>
                                </a:lnTo>
                                <a:lnTo>
                                  <a:pt x="5144181" y="2411388"/>
                                </a:lnTo>
                                <a:lnTo>
                                  <a:pt x="5146675" y="2412981"/>
                                </a:lnTo>
                                <a:lnTo>
                                  <a:pt x="5149623" y="2414119"/>
                                </a:lnTo>
                                <a:lnTo>
                                  <a:pt x="5152572" y="2415030"/>
                                </a:lnTo>
                                <a:lnTo>
                                  <a:pt x="5155747" y="2416158"/>
                                </a:lnTo>
                                <a:lnTo>
                                  <a:pt x="5159148" y="2416836"/>
                                </a:lnTo>
                                <a:lnTo>
                                  <a:pt x="5162550" y="2417512"/>
                                </a:lnTo>
                                <a:lnTo>
                                  <a:pt x="5166406" y="2417964"/>
                                </a:lnTo>
                                <a:lnTo>
                                  <a:pt x="5170261" y="2418416"/>
                                </a:lnTo>
                                <a:lnTo>
                                  <a:pt x="5178198" y="2418642"/>
                                </a:lnTo>
                                <a:lnTo>
                                  <a:pt x="5186136" y="2418871"/>
                                </a:lnTo>
                                <a:lnTo>
                                  <a:pt x="5194300" y="2419551"/>
                                </a:lnTo>
                                <a:lnTo>
                                  <a:pt x="5202238" y="2420230"/>
                                </a:lnTo>
                                <a:lnTo>
                                  <a:pt x="5206093" y="2420909"/>
                                </a:lnTo>
                                <a:lnTo>
                                  <a:pt x="5209948" y="2421586"/>
                                </a:lnTo>
                                <a:lnTo>
                                  <a:pt x="5213577" y="2422724"/>
                                </a:lnTo>
                                <a:lnTo>
                                  <a:pt x="5217432" y="2423853"/>
                                </a:lnTo>
                                <a:lnTo>
                                  <a:pt x="5221061" y="2425439"/>
                                </a:lnTo>
                                <a:lnTo>
                                  <a:pt x="5224690" y="2427250"/>
                                </a:lnTo>
                                <a:lnTo>
                                  <a:pt x="5228091" y="2429520"/>
                                </a:lnTo>
                                <a:lnTo>
                                  <a:pt x="5231040" y="2432006"/>
                                </a:lnTo>
                                <a:lnTo>
                                  <a:pt x="5305425" y="2496298"/>
                                </a:lnTo>
                                <a:lnTo>
                                  <a:pt x="5300209" y="2541345"/>
                                </a:lnTo>
                                <a:lnTo>
                                  <a:pt x="5299302" y="2546552"/>
                                </a:lnTo>
                                <a:lnTo>
                                  <a:pt x="5297715" y="2551759"/>
                                </a:lnTo>
                                <a:lnTo>
                                  <a:pt x="5296354" y="2556289"/>
                                </a:lnTo>
                                <a:lnTo>
                                  <a:pt x="5294540" y="2561044"/>
                                </a:lnTo>
                                <a:lnTo>
                                  <a:pt x="5291138" y="2569644"/>
                                </a:lnTo>
                                <a:lnTo>
                                  <a:pt x="5287736" y="2578246"/>
                                </a:lnTo>
                                <a:lnTo>
                                  <a:pt x="5286148" y="2582548"/>
                                </a:lnTo>
                                <a:lnTo>
                                  <a:pt x="5284561" y="2586850"/>
                                </a:lnTo>
                                <a:lnTo>
                                  <a:pt x="5283427" y="2591604"/>
                                </a:lnTo>
                                <a:lnTo>
                                  <a:pt x="5282293" y="2596361"/>
                                </a:lnTo>
                                <a:lnTo>
                                  <a:pt x="5281386" y="2601342"/>
                                </a:lnTo>
                                <a:lnTo>
                                  <a:pt x="5280932" y="2606320"/>
                                </a:lnTo>
                                <a:lnTo>
                                  <a:pt x="5280706" y="2611981"/>
                                </a:lnTo>
                                <a:lnTo>
                                  <a:pt x="5280932" y="2617867"/>
                                </a:lnTo>
                                <a:lnTo>
                                  <a:pt x="5280025" y="2618999"/>
                                </a:lnTo>
                                <a:lnTo>
                                  <a:pt x="5279118" y="2619906"/>
                                </a:lnTo>
                                <a:lnTo>
                                  <a:pt x="5277757" y="2620585"/>
                                </a:lnTo>
                                <a:lnTo>
                                  <a:pt x="5276850" y="2621036"/>
                                </a:lnTo>
                                <a:lnTo>
                                  <a:pt x="5275716" y="2621718"/>
                                </a:lnTo>
                                <a:lnTo>
                                  <a:pt x="5274356" y="2621941"/>
                                </a:lnTo>
                                <a:lnTo>
                                  <a:pt x="5271634" y="2621941"/>
                                </a:lnTo>
                                <a:lnTo>
                                  <a:pt x="5269140" y="2621941"/>
                                </a:lnTo>
                                <a:lnTo>
                                  <a:pt x="5266418" y="2621718"/>
                                </a:lnTo>
                                <a:lnTo>
                                  <a:pt x="5263923" y="2621262"/>
                                </a:lnTo>
                                <a:lnTo>
                                  <a:pt x="5261429" y="2621718"/>
                                </a:lnTo>
                                <a:lnTo>
                                  <a:pt x="5260295" y="2621941"/>
                                </a:lnTo>
                                <a:lnTo>
                                  <a:pt x="5259161" y="2622395"/>
                                </a:lnTo>
                                <a:lnTo>
                                  <a:pt x="5258027" y="2622848"/>
                                </a:lnTo>
                                <a:lnTo>
                                  <a:pt x="5257120" y="2623528"/>
                                </a:lnTo>
                                <a:lnTo>
                                  <a:pt x="5256440" y="2624432"/>
                                </a:lnTo>
                                <a:lnTo>
                                  <a:pt x="5255759" y="2625564"/>
                                </a:lnTo>
                                <a:lnTo>
                                  <a:pt x="5254852" y="2626924"/>
                                </a:lnTo>
                                <a:lnTo>
                                  <a:pt x="5254398" y="2628736"/>
                                </a:lnTo>
                                <a:lnTo>
                                  <a:pt x="5253945" y="2630774"/>
                                </a:lnTo>
                                <a:lnTo>
                                  <a:pt x="5253718" y="2633036"/>
                                </a:lnTo>
                                <a:lnTo>
                                  <a:pt x="5253718" y="2635754"/>
                                </a:lnTo>
                                <a:lnTo>
                                  <a:pt x="5253718" y="2638922"/>
                                </a:lnTo>
                                <a:lnTo>
                                  <a:pt x="5254172" y="2646170"/>
                                </a:lnTo>
                                <a:lnTo>
                                  <a:pt x="5255532" y="2655454"/>
                                </a:lnTo>
                                <a:lnTo>
                                  <a:pt x="5256440" y="2660436"/>
                                </a:lnTo>
                                <a:lnTo>
                                  <a:pt x="5257800" y="2664965"/>
                                </a:lnTo>
                                <a:lnTo>
                                  <a:pt x="5259388" y="2669492"/>
                                </a:lnTo>
                                <a:lnTo>
                                  <a:pt x="5260748" y="2673570"/>
                                </a:lnTo>
                                <a:lnTo>
                                  <a:pt x="5264150" y="2680814"/>
                                </a:lnTo>
                                <a:lnTo>
                                  <a:pt x="5267098" y="2687383"/>
                                </a:lnTo>
                                <a:lnTo>
                                  <a:pt x="5268232" y="2690554"/>
                                </a:lnTo>
                                <a:lnTo>
                                  <a:pt x="5269366" y="2693496"/>
                                </a:lnTo>
                                <a:lnTo>
                                  <a:pt x="5270047" y="2696665"/>
                                </a:lnTo>
                                <a:lnTo>
                                  <a:pt x="5270273" y="2699835"/>
                                </a:lnTo>
                                <a:lnTo>
                                  <a:pt x="5270047" y="2702777"/>
                                </a:lnTo>
                                <a:lnTo>
                                  <a:pt x="5269366" y="2706173"/>
                                </a:lnTo>
                                <a:lnTo>
                                  <a:pt x="5268006" y="2709345"/>
                                </a:lnTo>
                                <a:lnTo>
                                  <a:pt x="5266191" y="2712968"/>
                                </a:lnTo>
                                <a:lnTo>
                                  <a:pt x="5261429" y="2714102"/>
                                </a:lnTo>
                                <a:lnTo>
                                  <a:pt x="5257347" y="2715460"/>
                                </a:lnTo>
                                <a:lnTo>
                                  <a:pt x="5253491" y="2717272"/>
                                </a:lnTo>
                                <a:lnTo>
                                  <a:pt x="5250316" y="2719082"/>
                                </a:lnTo>
                                <a:lnTo>
                                  <a:pt x="5247368" y="2721121"/>
                                </a:lnTo>
                                <a:lnTo>
                                  <a:pt x="5244647" y="2723385"/>
                                </a:lnTo>
                                <a:lnTo>
                                  <a:pt x="5242606" y="2725645"/>
                                </a:lnTo>
                                <a:lnTo>
                                  <a:pt x="5240565" y="2728137"/>
                                </a:lnTo>
                                <a:lnTo>
                                  <a:pt x="5238977" y="2730629"/>
                                </a:lnTo>
                                <a:lnTo>
                                  <a:pt x="5237390" y="2733346"/>
                                </a:lnTo>
                                <a:lnTo>
                                  <a:pt x="5236256" y="2736063"/>
                                </a:lnTo>
                                <a:lnTo>
                                  <a:pt x="5235122" y="2739007"/>
                                </a:lnTo>
                                <a:lnTo>
                                  <a:pt x="5233307" y="2744894"/>
                                </a:lnTo>
                                <a:lnTo>
                                  <a:pt x="5231947" y="2750781"/>
                                </a:lnTo>
                                <a:lnTo>
                                  <a:pt x="5230359" y="2756894"/>
                                </a:lnTo>
                                <a:lnTo>
                                  <a:pt x="5228998" y="2762554"/>
                                </a:lnTo>
                                <a:lnTo>
                                  <a:pt x="5228091" y="2765497"/>
                                </a:lnTo>
                                <a:lnTo>
                                  <a:pt x="5226957" y="2768443"/>
                                </a:lnTo>
                                <a:lnTo>
                                  <a:pt x="5225823" y="2771158"/>
                                </a:lnTo>
                                <a:lnTo>
                                  <a:pt x="5224690" y="2773876"/>
                                </a:lnTo>
                                <a:lnTo>
                                  <a:pt x="5222875" y="2776139"/>
                                </a:lnTo>
                                <a:lnTo>
                                  <a:pt x="5221061" y="2778630"/>
                                </a:lnTo>
                                <a:lnTo>
                                  <a:pt x="5219020" y="2781122"/>
                                </a:lnTo>
                                <a:lnTo>
                                  <a:pt x="5216752" y="2782932"/>
                                </a:lnTo>
                                <a:lnTo>
                                  <a:pt x="5214031" y="2784970"/>
                                </a:lnTo>
                                <a:lnTo>
                                  <a:pt x="5210856" y="2786555"/>
                                </a:lnTo>
                                <a:lnTo>
                                  <a:pt x="5207454" y="2788368"/>
                                </a:lnTo>
                                <a:lnTo>
                                  <a:pt x="5203598" y="2789497"/>
                                </a:lnTo>
                                <a:lnTo>
                                  <a:pt x="5198156" y="2791085"/>
                                </a:lnTo>
                                <a:lnTo>
                                  <a:pt x="5192713" y="2792669"/>
                                </a:lnTo>
                                <a:lnTo>
                                  <a:pt x="5187043" y="2794708"/>
                                </a:lnTo>
                                <a:lnTo>
                                  <a:pt x="5181600" y="2796519"/>
                                </a:lnTo>
                                <a:lnTo>
                                  <a:pt x="5169807" y="2801501"/>
                                </a:lnTo>
                                <a:lnTo>
                                  <a:pt x="5158241" y="2806481"/>
                                </a:lnTo>
                                <a:lnTo>
                                  <a:pt x="5146448" y="2811689"/>
                                </a:lnTo>
                                <a:lnTo>
                                  <a:pt x="5134656" y="2816666"/>
                                </a:lnTo>
                                <a:lnTo>
                                  <a:pt x="5122636" y="2821424"/>
                                </a:lnTo>
                                <a:lnTo>
                                  <a:pt x="5116740" y="2823463"/>
                                </a:lnTo>
                                <a:lnTo>
                                  <a:pt x="5110843" y="2825271"/>
                                </a:lnTo>
                                <a:lnTo>
                                  <a:pt x="5104947" y="2826855"/>
                                </a:lnTo>
                                <a:lnTo>
                                  <a:pt x="5099050" y="2828443"/>
                                </a:lnTo>
                                <a:lnTo>
                                  <a:pt x="5093381" y="2829346"/>
                                </a:lnTo>
                                <a:lnTo>
                                  <a:pt x="5087484" y="2830026"/>
                                </a:lnTo>
                                <a:lnTo>
                                  <a:pt x="5081588" y="2830252"/>
                                </a:lnTo>
                                <a:lnTo>
                                  <a:pt x="5076145" y="2830252"/>
                                </a:lnTo>
                                <a:lnTo>
                                  <a:pt x="5070475" y="2829573"/>
                                </a:lnTo>
                                <a:lnTo>
                                  <a:pt x="5064806" y="2828668"/>
                                </a:lnTo>
                                <a:lnTo>
                                  <a:pt x="5059363" y="2827083"/>
                                </a:lnTo>
                                <a:lnTo>
                                  <a:pt x="5053920" y="2825045"/>
                                </a:lnTo>
                                <a:lnTo>
                                  <a:pt x="5051198" y="2823688"/>
                                </a:lnTo>
                                <a:lnTo>
                                  <a:pt x="5048704" y="2822331"/>
                                </a:lnTo>
                                <a:lnTo>
                                  <a:pt x="5046209" y="2820744"/>
                                </a:lnTo>
                                <a:lnTo>
                                  <a:pt x="5043488" y="2818932"/>
                                </a:lnTo>
                                <a:lnTo>
                                  <a:pt x="5040993" y="2816892"/>
                                </a:lnTo>
                                <a:lnTo>
                                  <a:pt x="5038498" y="2815084"/>
                                </a:lnTo>
                                <a:lnTo>
                                  <a:pt x="5036004" y="2812595"/>
                                </a:lnTo>
                                <a:lnTo>
                                  <a:pt x="5033509" y="2810104"/>
                                </a:lnTo>
                                <a:lnTo>
                                  <a:pt x="5031015" y="2807839"/>
                                </a:lnTo>
                                <a:lnTo>
                                  <a:pt x="5028747" y="2804896"/>
                                </a:lnTo>
                                <a:lnTo>
                                  <a:pt x="5023984" y="2798783"/>
                                </a:lnTo>
                                <a:lnTo>
                                  <a:pt x="5014686" y="2785877"/>
                                </a:lnTo>
                                <a:lnTo>
                                  <a:pt x="5005615" y="2773198"/>
                                </a:lnTo>
                                <a:lnTo>
                                  <a:pt x="4996543" y="2760291"/>
                                </a:lnTo>
                                <a:lnTo>
                                  <a:pt x="4992461" y="2753952"/>
                                </a:lnTo>
                                <a:lnTo>
                                  <a:pt x="4987925" y="2747159"/>
                                </a:lnTo>
                                <a:lnTo>
                                  <a:pt x="5011284" y="2737194"/>
                                </a:lnTo>
                                <a:lnTo>
                                  <a:pt x="5019002" y="2733599"/>
                                </a:lnTo>
                                <a:lnTo>
                                  <a:pt x="5009059" y="2737057"/>
                                </a:lnTo>
                                <a:lnTo>
                                  <a:pt x="4998404" y="2740683"/>
                                </a:lnTo>
                                <a:lnTo>
                                  <a:pt x="4976414" y="2747484"/>
                                </a:lnTo>
                                <a:lnTo>
                                  <a:pt x="4954424" y="2754286"/>
                                </a:lnTo>
                                <a:lnTo>
                                  <a:pt x="4931981" y="2761086"/>
                                </a:lnTo>
                                <a:lnTo>
                                  <a:pt x="4921099" y="2764714"/>
                                </a:lnTo>
                                <a:lnTo>
                                  <a:pt x="4909990" y="2768568"/>
                                </a:lnTo>
                                <a:lnTo>
                                  <a:pt x="4899335" y="2772423"/>
                                </a:lnTo>
                                <a:lnTo>
                                  <a:pt x="4888680" y="2776276"/>
                                </a:lnTo>
                                <a:lnTo>
                                  <a:pt x="4878479" y="2780809"/>
                                </a:lnTo>
                                <a:lnTo>
                                  <a:pt x="4868277" y="2785345"/>
                                </a:lnTo>
                                <a:lnTo>
                                  <a:pt x="4858529" y="2790334"/>
                                </a:lnTo>
                                <a:lnTo>
                                  <a:pt x="4849234" y="2795319"/>
                                </a:lnTo>
                                <a:lnTo>
                                  <a:pt x="4840393" y="2800987"/>
                                </a:lnTo>
                                <a:lnTo>
                                  <a:pt x="4836085" y="2803482"/>
                                </a:lnTo>
                                <a:lnTo>
                                  <a:pt x="4834338" y="2804767"/>
                                </a:lnTo>
                                <a:lnTo>
                                  <a:pt x="4835525" y="2804026"/>
                                </a:lnTo>
                                <a:lnTo>
                                  <a:pt x="4841648" y="2800627"/>
                                </a:lnTo>
                                <a:lnTo>
                                  <a:pt x="4848225" y="2797683"/>
                                </a:lnTo>
                                <a:lnTo>
                                  <a:pt x="4855028" y="2794963"/>
                                </a:lnTo>
                                <a:lnTo>
                                  <a:pt x="4888366" y="2783861"/>
                                </a:lnTo>
                                <a:lnTo>
                                  <a:pt x="4921930" y="2772531"/>
                                </a:lnTo>
                                <a:lnTo>
                                  <a:pt x="4938485" y="2766638"/>
                                </a:lnTo>
                                <a:lnTo>
                                  <a:pt x="4955041" y="2760521"/>
                                </a:lnTo>
                                <a:lnTo>
                                  <a:pt x="4971596" y="2754629"/>
                                </a:lnTo>
                                <a:lnTo>
                                  <a:pt x="4987698" y="2748060"/>
                                </a:lnTo>
                                <a:lnTo>
                                  <a:pt x="4994728" y="2758935"/>
                                </a:lnTo>
                                <a:lnTo>
                                  <a:pt x="5001985" y="2769813"/>
                                </a:lnTo>
                                <a:lnTo>
                                  <a:pt x="5009243" y="2780234"/>
                                </a:lnTo>
                                <a:lnTo>
                                  <a:pt x="5016727" y="2790883"/>
                                </a:lnTo>
                                <a:lnTo>
                                  <a:pt x="5032148" y="2811956"/>
                                </a:lnTo>
                                <a:lnTo>
                                  <a:pt x="5047116" y="2832799"/>
                                </a:lnTo>
                                <a:lnTo>
                                  <a:pt x="4915580" y="2852280"/>
                                </a:lnTo>
                                <a:lnTo>
                                  <a:pt x="4784044" y="2871308"/>
                                </a:lnTo>
                                <a:lnTo>
                                  <a:pt x="4791755" y="2870174"/>
                                </a:lnTo>
                                <a:lnTo>
                                  <a:pt x="4799012" y="2868595"/>
                                </a:lnTo>
                                <a:lnTo>
                                  <a:pt x="4805135" y="2867462"/>
                                </a:lnTo>
                                <a:lnTo>
                                  <a:pt x="4810352" y="2866099"/>
                                </a:lnTo>
                                <a:lnTo>
                                  <a:pt x="4814887" y="2864516"/>
                                </a:lnTo>
                                <a:lnTo>
                                  <a:pt x="4818516" y="2863162"/>
                                </a:lnTo>
                                <a:lnTo>
                                  <a:pt x="4821464" y="2861572"/>
                                </a:lnTo>
                                <a:lnTo>
                                  <a:pt x="4823732" y="2860208"/>
                                </a:lnTo>
                                <a:lnTo>
                                  <a:pt x="4825319" y="2858844"/>
                                </a:lnTo>
                                <a:lnTo>
                                  <a:pt x="4826453" y="2857487"/>
                                </a:lnTo>
                                <a:lnTo>
                                  <a:pt x="4826907" y="2856128"/>
                                </a:lnTo>
                                <a:lnTo>
                                  <a:pt x="4826907" y="2854999"/>
                                </a:lnTo>
                                <a:lnTo>
                                  <a:pt x="4826453" y="2853866"/>
                                </a:lnTo>
                                <a:lnTo>
                                  <a:pt x="4825319" y="2852961"/>
                                </a:lnTo>
                                <a:lnTo>
                                  <a:pt x="4824185" y="2852054"/>
                                </a:lnTo>
                                <a:lnTo>
                                  <a:pt x="4822598" y="2851151"/>
                                </a:lnTo>
                                <a:lnTo>
                                  <a:pt x="4820557" y="2850696"/>
                                </a:lnTo>
                                <a:lnTo>
                                  <a:pt x="4818289" y="2850243"/>
                                </a:lnTo>
                                <a:lnTo>
                                  <a:pt x="4816021" y="2850243"/>
                                </a:lnTo>
                                <a:lnTo>
                                  <a:pt x="4813300" y="2850243"/>
                                </a:lnTo>
                                <a:lnTo>
                                  <a:pt x="4810578" y="2850243"/>
                                </a:lnTo>
                                <a:lnTo>
                                  <a:pt x="4807630" y="2850696"/>
                                </a:lnTo>
                                <a:lnTo>
                                  <a:pt x="4804909" y="2851377"/>
                                </a:lnTo>
                                <a:lnTo>
                                  <a:pt x="4802187" y="2852505"/>
                                </a:lnTo>
                                <a:lnTo>
                                  <a:pt x="4799239" y="2853641"/>
                                </a:lnTo>
                                <a:lnTo>
                                  <a:pt x="4796518" y="2854999"/>
                                </a:lnTo>
                                <a:lnTo>
                                  <a:pt x="4793796" y="2857034"/>
                                </a:lnTo>
                                <a:lnTo>
                                  <a:pt x="4791302" y="2859295"/>
                                </a:lnTo>
                                <a:lnTo>
                                  <a:pt x="4789260" y="2861572"/>
                                </a:lnTo>
                                <a:lnTo>
                                  <a:pt x="4786993" y="2864516"/>
                                </a:lnTo>
                                <a:lnTo>
                                  <a:pt x="4785405" y="2867685"/>
                                </a:lnTo>
                                <a:lnTo>
                                  <a:pt x="4784044" y="2871308"/>
                                </a:lnTo>
                                <a:lnTo>
                                  <a:pt x="4786312" y="2864516"/>
                                </a:lnTo>
                                <a:lnTo>
                                  <a:pt x="4789034" y="2857944"/>
                                </a:lnTo>
                                <a:lnTo>
                                  <a:pt x="4790028" y="2855417"/>
                                </a:lnTo>
                                <a:lnTo>
                                  <a:pt x="4789838" y="2855836"/>
                                </a:lnTo>
                                <a:lnTo>
                                  <a:pt x="4787571" y="2860368"/>
                                </a:lnTo>
                                <a:lnTo>
                                  <a:pt x="4785984" y="2865361"/>
                                </a:lnTo>
                                <a:lnTo>
                                  <a:pt x="4784170" y="2870346"/>
                                </a:lnTo>
                                <a:lnTo>
                                  <a:pt x="4717520" y="2880098"/>
                                </a:lnTo>
                                <a:lnTo>
                                  <a:pt x="4651096" y="2889605"/>
                                </a:lnTo>
                                <a:lnTo>
                                  <a:pt x="4584672" y="2898907"/>
                                </a:lnTo>
                                <a:lnTo>
                                  <a:pt x="4518021" y="2907290"/>
                                </a:lnTo>
                                <a:lnTo>
                                  <a:pt x="4509633" y="2908196"/>
                                </a:lnTo>
                                <a:lnTo>
                                  <a:pt x="4501472" y="2908646"/>
                                </a:lnTo>
                                <a:lnTo>
                                  <a:pt x="4494217" y="2908646"/>
                                </a:lnTo>
                                <a:lnTo>
                                  <a:pt x="4487189" y="2907969"/>
                                </a:lnTo>
                                <a:lnTo>
                                  <a:pt x="4480842" y="2907290"/>
                                </a:lnTo>
                                <a:lnTo>
                                  <a:pt x="4474948" y="2905928"/>
                                </a:lnTo>
                                <a:lnTo>
                                  <a:pt x="4469280" y="2904116"/>
                                </a:lnTo>
                                <a:lnTo>
                                  <a:pt x="4463839" y="2902306"/>
                                </a:lnTo>
                                <a:lnTo>
                                  <a:pt x="4459078" y="2899817"/>
                                </a:lnTo>
                                <a:lnTo>
                                  <a:pt x="4454544" y="2897087"/>
                                </a:lnTo>
                                <a:lnTo>
                                  <a:pt x="4450010" y="2894129"/>
                                </a:lnTo>
                                <a:lnTo>
                                  <a:pt x="4445930" y="2890963"/>
                                </a:lnTo>
                                <a:lnTo>
                                  <a:pt x="4442076" y="2887566"/>
                                </a:lnTo>
                                <a:lnTo>
                                  <a:pt x="4438448" y="2883715"/>
                                </a:lnTo>
                                <a:lnTo>
                                  <a:pt x="4434821" y="2879867"/>
                                </a:lnTo>
                                <a:lnTo>
                                  <a:pt x="4431421" y="2875783"/>
                                </a:lnTo>
                                <a:lnTo>
                                  <a:pt x="4428247" y="2871475"/>
                                </a:lnTo>
                                <a:lnTo>
                                  <a:pt x="4425073" y="2866718"/>
                                </a:lnTo>
                                <a:lnTo>
                                  <a:pt x="4418499" y="2857423"/>
                                </a:lnTo>
                                <a:lnTo>
                                  <a:pt x="4412151" y="2847682"/>
                                </a:lnTo>
                                <a:lnTo>
                                  <a:pt x="4405350" y="2837705"/>
                                </a:lnTo>
                                <a:lnTo>
                                  <a:pt x="4398095" y="2827509"/>
                                </a:lnTo>
                                <a:lnTo>
                                  <a:pt x="4394241" y="2822296"/>
                                </a:lnTo>
                                <a:lnTo>
                                  <a:pt x="4389934" y="2817309"/>
                                </a:lnTo>
                                <a:lnTo>
                                  <a:pt x="4385627" y="2812096"/>
                                </a:lnTo>
                                <a:lnTo>
                                  <a:pt x="4381093" y="2807335"/>
                                </a:lnTo>
                                <a:lnTo>
                                  <a:pt x="4375878" y="2802347"/>
                                </a:lnTo>
                                <a:lnTo>
                                  <a:pt x="4370664" y="2797586"/>
                                </a:lnTo>
                                <a:lnTo>
                                  <a:pt x="4363636" y="2791919"/>
                                </a:lnTo>
                                <a:lnTo>
                                  <a:pt x="4356609" y="2786930"/>
                                </a:lnTo>
                                <a:lnTo>
                                  <a:pt x="4349127" y="2781944"/>
                                </a:lnTo>
                                <a:lnTo>
                                  <a:pt x="4341646" y="2777863"/>
                                </a:lnTo>
                                <a:lnTo>
                                  <a:pt x="4334392" y="2773782"/>
                                </a:lnTo>
                                <a:lnTo>
                                  <a:pt x="4326911" y="2769702"/>
                                </a:lnTo>
                                <a:lnTo>
                                  <a:pt x="4311948" y="2762219"/>
                                </a:lnTo>
                                <a:lnTo>
                                  <a:pt x="4304467" y="2758366"/>
                                </a:lnTo>
                                <a:lnTo>
                                  <a:pt x="4297212" y="2754286"/>
                                </a:lnTo>
                                <a:lnTo>
                                  <a:pt x="4289958" y="2749980"/>
                                </a:lnTo>
                                <a:lnTo>
                                  <a:pt x="4282930" y="2745219"/>
                                </a:lnTo>
                                <a:lnTo>
                                  <a:pt x="4275902" y="2740232"/>
                                </a:lnTo>
                                <a:lnTo>
                                  <a:pt x="4269101" y="2734564"/>
                                </a:lnTo>
                                <a:lnTo>
                                  <a:pt x="4265701" y="2731616"/>
                                </a:lnTo>
                                <a:lnTo>
                                  <a:pt x="4262300" y="2728439"/>
                                </a:lnTo>
                                <a:lnTo>
                                  <a:pt x="4259126" y="2725043"/>
                                </a:lnTo>
                                <a:lnTo>
                                  <a:pt x="4255953" y="2721417"/>
                                </a:lnTo>
                                <a:lnTo>
                                  <a:pt x="4253912" y="2719376"/>
                                </a:lnTo>
                                <a:lnTo>
                                  <a:pt x="4252099" y="2716882"/>
                                </a:lnTo>
                                <a:lnTo>
                                  <a:pt x="4248698" y="2710985"/>
                                </a:lnTo>
                                <a:lnTo>
                                  <a:pt x="4245071" y="2704414"/>
                                </a:lnTo>
                                <a:lnTo>
                                  <a:pt x="4241670" y="2697158"/>
                                </a:lnTo>
                                <a:lnTo>
                                  <a:pt x="4238043" y="2689450"/>
                                </a:lnTo>
                                <a:lnTo>
                                  <a:pt x="4235096" y="2681287"/>
                                </a:lnTo>
                                <a:lnTo>
                                  <a:pt x="4232149" y="2673127"/>
                                </a:lnTo>
                                <a:lnTo>
                                  <a:pt x="4229428" y="2664738"/>
                                </a:lnTo>
                                <a:lnTo>
                                  <a:pt x="4226708" y="2656802"/>
                                </a:lnTo>
                                <a:lnTo>
                                  <a:pt x="4224214" y="2649094"/>
                                </a:lnTo>
                                <a:lnTo>
                                  <a:pt x="4220587" y="2634812"/>
                                </a:lnTo>
                                <a:lnTo>
                                  <a:pt x="4218320" y="2623704"/>
                                </a:lnTo>
                                <a:lnTo>
                                  <a:pt x="4217413" y="2619624"/>
                                </a:lnTo>
                                <a:lnTo>
                                  <a:pt x="4217186" y="2616903"/>
                                </a:lnTo>
                                <a:lnTo>
                                  <a:pt x="4209478" y="2610104"/>
                                </a:lnTo>
                                <a:lnTo>
                                  <a:pt x="4201544" y="2603529"/>
                                </a:lnTo>
                                <a:lnTo>
                                  <a:pt x="4192929" y="2596729"/>
                                </a:lnTo>
                                <a:lnTo>
                                  <a:pt x="4184314" y="2590155"/>
                                </a:lnTo>
                                <a:lnTo>
                                  <a:pt x="4166178" y="2577460"/>
                                </a:lnTo>
                                <a:lnTo>
                                  <a:pt x="4148269" y="2564313"/>
                                </a:lnTo>
                                <a:lnTo>
                                  <a:pt x="4139201" y="2557740"/>
                                </a:lnTo>
                                <a:lnTo>
                                  <a:pt x="4130586" y="2551170"/>
                                </a:lnTo>
                                <a:lnTo>
                                  <a:pt x="4122198" y="2544594"/>
                                </a:lnTo>
                                <a:lnTo>
                                  <a:pt x="4114263" y="2537793"/>
                                </a:lnTo>
                                <a:lnTo>
                                  <a:pt x="4107009" y="2530993"/>
                                </a:lnTo>
                                <a:lnTo>
                                  <a:pt x="4100208" y="2523969"/>
                                </a:lnTo>
                                <a:lnTo>
                                  <a:pt x="4096807" y="2520343"/>
                                </a:lnTo>
                                <a:lnTo>
                                  <a:pt x="4093860" y="2516716"/>
                                </a:lnTo>
                                <a:lnTo>
                                  <a:pt x="4090913" y="2512861"/>
                                </a:lnTo>
                                <a:lnTo>
                                  <a:pt x="4088192" y="2509237"/>
                                </a:lnTo>
                                <a:lnTo>
                                  <a:pt x="4088419" y="2507422"/>
                                </a:lnTo>
                                <a:lnTo>
                                  <a:pt x="4088192" y="2504929"/>
                                </a:lnTo>
                                <a:lnTo>
                                  <a:pt x="4087739" y="2502438"/>
                                </a:lnTo>
                                <a:lnTo>
                                  <a:pt x="4087286" y="2500169"/>
                                </a:lnTo>
                                <a:lnTo>
                                  <a:pt x="4086379" y="2497450"/>
                                </a:lnTo>
                                <a:lnTo>
                                  <a:pt x="4085245" y="2494729"/>
                                </a:lnTo>
                                <a:lnTo>
                                  <a:pt x="4082525" y="2488614"/>
                                </a:lnTo>
                                <a:lnTo>
                                  <a:pt x="4079124" y="2482491"/>
                                </a:lnTo>
                                <a:lnTo>
                                  <a:pt x="4075044" y="2475690"/>
                                </a:lnTo>
                                <a:lnTo>
                                  <a:pt x="4070283" y="2468893"/>
                                </a:lnTo>
                                <a:lnTo>
                                  <a:pt x="4064842" y="2461863"/>
                                </a:lnTo>
                                <a:lnTo>
                                  <a:pt x="4058948" y="2454378"/>
                                </a:lnTo>
                                <a:lnTo>
                                  <a:pt x="4052600" y="2446901"/>
                                </a:lnTo>
                                <a:lnTo>
                                  <a:pt x="4045799" y="2439425"/>
                                </a:lnTo>
                                <a:lnTo>
                                  <a:pt x="4038318" y="2431721"/>
                                </a:lnTo>
                                <a:lnTo>
                                  <a:pt x="4030837" y="2424013"/>
                                </a:lnTo>
                                <a:lnTo>
                                  <a:pt x="4022902" y="2416530"/>
                                </a:lnTo>
                                <a:lnTo>
                                  <a:pt x="4014514" y="2409031"/>
                                </a:lnTo>
                                <a:lnTo>
                                  <a:pt x="4006353" y="2401788"/>
                                </a:lnTo>
                                <a:lnTo>
                                  <a:pt x="3997738" y="2394534"/>
                                </a:lnTo>
                                <a:lnTo>
                                  <a:pt x="3989350" y="2387514"/>
                                </a:lnTo>
                                <a:lnTo>
                                  <a:pt x="3980509" y="2380933"/>
                                </a:lnTo>
                                <a:lnTo>
                                  <a:pt x="3972121" y="2375045"/>
                                </a:lnTo>
                                <a:lnTo>
                                  <a:pt x="3963506" y="2368920"/>
                                </a:lnTo>
                                <a:lnTo>
                                  <a:pt x="3955118" y="2363483"/>
                                </a:lnTo>
                                <a:lnTo>
                                  <a:pt x="3946730" y="2358725"/>
                                </a:lnTo>
                                <a:lnTo>
                                  <a:pt x="3938795" y="2354416"/>
                                </a:lnTo>
                                <a:lnTo>
                                  <a:pt x="3931087" y="2350567"/>
                                </a:lnTo>
                                <a:lnTo>
                                  <a:pt x="3923379" y="2347394"/>
                                </a:lnTo>
                                <a:lnTo>
                                  <a:pt x="3916125" y="2345125"/>
                                </a:lnTo>
                                <a:lnTo>
                                  <a:pt x="3912724" y="2343990"/>
                                </a:lnTo>
                                <a:lnTo>
                                  <a:pt x="3909551" y="2343310"/>
                                </a:lnTo>
                                <a:lnTo>
                                  <a:pt x="3906377" y="2342630"/>
                                </a:lnTo>
                                <a:lnTo>
                                  <a:pt x="3903203" y="2342406"/>
                                </a:lnTo>
                                <a:lnTo>
                                  <a:pt x="3900256" y="2342176"/>
                                </a:lnTo>
                                <a:lnTo>
                                  <a:pt x="3897762" y="2342406"/>
                                </a:lnTo>
                                <a:lnTo>
                                  <a:pt x="3895042" y="2342630"/>
                                </a:lnTo>
                                <a:lnTo>
                                  <a:pt x="3892321" y="2343082"/>
                                </a:lnTo>
                                <a:lnTo>
                                  <a:pt x="3890054" y="2343763"/>
                                </a:lnTo>
                                <a:lnTo>
                                  <a:pt x="3888014" y="2344897"/>
                                </a:lnTo>
                                <a:lnTo>
                                  <a:pt x="3886200" y="2333558"/>
                                </a:lnTo>
                                <a:lnTo>
                                  <a:pt x="3885067" y="2322684"/>
                                </a:lnTo>
                                <a:lnTo>
                                  <a:pt x="3884613" y="2317473"/>
                                </a:lnTo>
                                <a:lnTo>
                                  <a:pt x="3884613" y="2312040"/>
                                </a:lnTo>
                                <a:lnTo>
                                  <a:pt x="3884613" y="2306826"/>
                                </a:lnTo>
                                <a:lnTo>
                                  <a:pt x="3884840" y="2301837"/>
                                </a:lnTo>
                                <a:lnTo>
                                  <a:pt x="3885293" y="2297077"/>
                                </a:lnTo>
                                <a:lnTo>
                                  <a:pt x="3885973" y="2292089"/>
                                </a:lnTo>
                                <a:lnTo>
                                  <a:pt x="3887334" y="2287780"/>
                                </a:lnTo>
                                <a:lnTo>
                                  <a:pt x="3888694" y="2283481"/>
                                </a:lnTo>
                                <a:lnTo>
                                  <a:pt x="3890508" y="2279182"/>
                                </a:lnTo>
                                <a:lnTo>
                                  <a:pt x="3892548" y="2275324"/>
                                </a:lnTo>
                                <a:lnTo>
                                  <a:pt x="3895268" y="2271699"/>
                                </a:lnTo>
                                <a:lnTo>
                                  <a:pt x="3897673" y="2269114"/>
                                </a:lnTo>
                                <a:lnTo>
                                  <a:pt x="3897448" y="2269075"/>
                                </a:lnTo>
                                <a:lnTo>
                                  <a:pt x="3885830" y="2267709"/>
                                </a:lnTo>
                                <a:lnTo>
                                  <a:pt x="3885374" y="2261572"/>
                                </a:lnTo>
                                <a:lnTo>
                                  <a:pt x="3885374" y="2254955"/>
                                </a:lnTo>
                                <a:lnTo>
                                  <a:pt x="3885374" y="2241268"/>
                                </a:lnTo>
                                <a:lnTo>
                                  <a:pt x="3886058" y="2211935"/>
                                </a:lnTo>
                                <a:lnTo>
                                  <a:pt x="3885830" y="2197372"/>
                                </a:lnTo>
                                <a:lnTo>
                                  <a:pt x="3885830" y="2190094"/>
                                </a:lnTo>
                                <a:lnTo>
                                  <a:pt x="3885374" y="2183036"/>
                                </a:lnTo>
                                <a:lnTo>
                                  <a:pt x="3884691" y="2176437"/>
                                </a:lnTo>
                                <a:lnTo>
                                  <a:pt x="3884008" y="2169845"/>
                                </a:lnTo>
                                <a:lnTo>
                                  <a:pt x="3882655" y="2163761"/>
                                </a:lnTo>
                                <a:lnTo>
                                  <a:pt x="3884385" y="2175497"/>
                                </a:lnTo>
                                <a:lnTo>
                                  <a:pt x="3883699" y="2180039"/>
                                </a:lnTo>
                                <a:lnTo>
                                  <a:pt x="3883470" y="2184351"/>
                                </a:lnTo>
                                <a:lnTo>
                                  <a:pt x="3882784" y="2192978"/>
                                </a:lnTo>
                                <a:lnTo>
                                  <a:pt x="3883013" y="2201149"/>
                                </a:lnTo>
                                <a:lnTo>
                                  <a:pt x="3883470" y="2209546"/>
                                </a:lnTo>
                                <a:lnTo>
                                  <a:pt x="3884385" y="2226348"/>
                                </a:lnTo>
                                <a:lnTo>
                                  <a:pt x="3884613" y="2234976"/>
                                </a:lnTo>
                                <a:lnTo>
                                  <a:pt x="3884613" y="2244279"/>
                                </a:lnTo>
                                <a:lnTo>
                                  <a:pt x="3880497" y="2260621"/>
                                </a:lnTo>
                                <a:lnTo>
                                  <a:pt x="3873409" y="2249494"/>
                                </a:lnTo>
                                <a:lnTo>
                                  <a:pt x="3866778" y="2238379"/>
                                </a:lnTo>
                                <a:lnTo>
                                  <a:pt x="3860833" y="2227713"/>
                                </a:lnTo>
                                <a:lnTo>
                                  <a:pt x="3855803" y="2217268"/>
                                </a:lnTo>
                                <a:lnTo>
                                  <a:pt x="3851230" y="2207052"/>
                                </a:lnTo>
                                <a:lnTo>
                                  <a:pt x="3847343" y="2196606"/>
                                </a:lnTo>
                                <a:lnTo>
                                  <a:pt x="3844141" y="2186396"/>
                                </a:lnTo>
                                <a:lnTo>
                                  <a:pt x="3841169" y="2175952"/>
                                </a:lnTo>
                                <a:lnTo>
                                  <a:pt x="3838654" y="2165512"/>
                                </a:lnTo>
                                <a:lnTo>
                                  <a:pt x="3836596" y="2154840"/>
                                </a:lnTo>
                                <a:lnTo>
                                  <a:pt x="3834767" y="2143715"/>
                                </a:lnTo>
                                <a:lnTo>
                                  <a:pt x="3833395" y="2132593"/>
                                </a:lnTo>
                                <a:lnTo>
                                  <a:pt x="3832023" y="2121239"/>
                                </a:lnTo>
                                <a:lnTo>
                                  <a:pt x="3830879" y="2108977"/>
                                </a:lnTo>
                                <a:lnTo>
                                  <a:pt x="3829279" y="2083329"/>
                                </a:lnTo>
                                <a:lnTo>
                                  <a:pt x="3829050" y="2078108"/>
                                </a:lnTo>
                                <a:lnTo>
                                  <a:pt x="3832709" y="2067438"/>
                                </a:lnTo>
                                <a:lnTo>
                                  <a:pt x="3830422" y="2055860"/>
                                </a:lnTo>
                                <a:lnTo>
                                  <a:pt x="3847006" y="2054525"/>
                                </a:lnTo>
                                <a:lnTo>
                                  <a:pt x="3830866" y="2055610"/>
                                </a:lnTo>
                                <a:lnTo>
                                  <a:pt x="3830637" y="2055833"/>
                                </a:lnTo>
                                <a:lnTo>
                                  <a:pt x="3836121" y="2040593"/>
                                </a:lnTo>
                                <a:lnTo>
                                  <a:pt x="3836350" y="2039473"/>
                                </a:lnTo>
                                <a:lnTo>
                                  <a:pt x="3852958" y="2043435"/>
                                </a:lnTo>
                                <a:lnTo>
                                  <a:pt x="3853138" y="2041546"/>
                                </a:lnTo>
                                <a:lnTo>
                                  <a:pt x="3855520" y="2043147"/>
                                </a:lnTo>
                                <a:lnTo>
                                  <a:pt x="3856260" y="2043147"/>
                                </a:lnTo>
                                <a:lnTo>
                                  <a:pt x="3857139" y="2043292"/>
                                </a:lnTo>
                                <a:lnTo>
                                  <a:pt x="3857280" y="2042412"/>
                                </a:lnTo>
                                <a:lnTo>
                                  <a:pt x="3857645" y="2042848"/>
                                </a:lnTo>
                                <a:lnTo>
                                  <a:pt x="3864202" y="2032293"/>
                                </a:lnTo>
                                <a:lnTo>
                                  <a:pt x="3868965" y="2026539"/>
                                </a:lnTo>
                                <a:lnTo>
                                  <a:pt x="3869191" y="2021475"/>
                                </a:lnTo>
                                <a:lnTo>
                                  <a:pt x="3869645" y="2018483"/>
                                </a:lnTo>
                                <a:lnTo>
                                  <a:pt x="3870325" y="2015491"/>
                                </a:lnTo>
                                <a:lnTo>
                                  <a:pt x="3871006" y="2014110"/>
                                </a:lnTo>
                                <a:lnTo>
                                  <a:pt x="3871135" y="2013652"/>
                                </a:lnTo>
                                <a:lnTo>
                                  <a:pt x="3868737" y="2015653"/>
                                </a:lnTo>
                                <a:lnTo>
                                  <a:pt x="3871144" y="2013617"/>
                                </a:lnTo>
                                <a:lnTo>
                                  <a:pt x="3871459" y="2012499"/>
                                </a:lnTo>
                                <a:lnTo>
                                  <a:pt x="3872140" y="2011348"/>
                                </a:lnTo>
                                <a:lnTo>
                                  <a:pt x="3873047" y="2010197"/>
                                </a:lnTo>
                                <a:lnTo>
                                  <a:pt x="3874408" y="2008817"/>
                                </a:lnTo>
                                <a:lnTo>
                                  <a:pt x="3875768" y="2008125"/>
                                </a:lnTo>
                                <a:lnTo>
                                  <a:pt x="3877129" y="2007206"/>
                                </a:lnTo>
                                <a:lnTo>
                                  <a:pt x="3878943" y="2006745"/>
                                </a:lnTo>
                                <a:lnTo>
                                  <a:pt x="3879322" y="2006702"/>
                                </a:lnTo>
                                <a:lnTo>
                                  <a:pt x="3881016" y="2005270"/>
                                </a:lnTo>
                                <a:lnTo>
                                  <a:pt x="3881462" y="2005034"/>
                                </a:lnTo>
                                <a:lnTo>
                                  <a:pt x="3879484" y="2006684"/>
                                </a:lnTo>
                                <a:lnTo>
                                  <a:pt x="3887108" y="2005825"/>
                                </a:lnTo>
                                <a:lnTo>
                                  <a:pt x="3887108" y="1993396"/>
                                </a:lnTo>
                                <a:lnTo>
                                  <a:pt x="3890116" y="1986005"/>
                                </a:lnTo>
                                <a:lnTo>
                                  <a:pt x="3888744" y="1983943"/>
                                </a:lnTo>
                                <a:lnTo>
                                  <a:pt x="3886929" y="1981215"/>
                                </a:lnTo>
                                <a:lnTo>
                                  <a:pt x="3884886" y="1978713"/>
                                </a:lnTo>
                                <a:lnTo>
                                  <a:pt x="3882390" y="1976666"/>
                                </a:lnTo>
                                <a:lnTo>
                                  <a:pt x="3881495" y="1975768"/>
                                </a:lnTo>
                                <a:lnTo>
                                  <a:pt x="3873927" y="1970075"/>
                                </a:lnTo>
                                <a:lnTo>
                                  <a:pt x="3873961" y="1970085"/>
                                </a:lnTo>
                                <a:lnTo>
                                  <a:pt x="3873848" y="1970015"/>
                                </a:lnTo>
                                <a:lnTo>
                                  <a:pt x="3873927" y="1970075"/>
                                </a:lnTo>
                                <a:lnTo>
                                  <a:pt x="3872910" y="1969773"/>
                                </a:lnTo>
                                <a:lnTo>
                                  <a:pt x="3873816" y="1969995"/>
                                </a:lnTo>
                                <a:lnTo>
                                  <a:pt x="3871972" y="1968859"/>
                                </a:lnTo>
                                <a:lnTo>
                                  <a:pt x="3871996" y="1969101"/>
                                </a:lnTo>
                                <a:lnTo>
                                  <a:pt x="3850974" y="1965963"/>
                                </a:lnTo>
                                <a:lnTo>
                                  <a:pt x="3850060" y="1964618"/>
                                </a:lnTo>
                                <a:lnTo>
                                  <a:pt x="3862171" y="1964170"/>
                                </a:lnTo>
                                <a:lnTo>
                                  <a:pt x="3869254" y="1960585"/>
                                </a:lnTo>
                                <a:lnTo>
                                  <a:pt x="3870606" y="1961616"/>
                                </a:lnTo>
                                <a:lnTo>
                                  <a:pt x="3870361" y="1960061"/>
                                </a:lnTo>
                                <a:lnTo>
                                  <a:pt x="3865368" y="1960744"/>
                                </a:lnTo>
                                <a:lnTo>
                                  <a:pt x="3861056" y="1961427"/>
                                </a:lnTo>
                                <a:lnTo>
                                  <a:pt x="3857198" y="1962109"/>
                                </a:lnTo>
                                <a:lnTo>
                                  <a:pt x="3853793" y="1962336"/>
                                </a:lnTo>
                                <a:lnTo>
                                  <a:pt x="3852205" y="1962336"/>
                                </a:lnTo>
                                <a:lnTo>
                                  <a:pt x="3850843" y="1962109"/>
                                </a:lnTo>
                                <a:lnTo>
                                  <a:pt x="3849481" y="1961882"/>
                                </a:lnTo>
                                <a:lnTo>
                                  <a:pt x="3847892" y="1961199"/>
                                </a:lnTo>
                                <a:lnTo>
                                  <a:pt x="3846758" y="1960516"/>
                                </a:lnTo>
                                <a:lnTo>
                                  <a:pt x="3845169" y="1959379"/>
                                </a:lnTo>
                                <a:lnTo>
                                  <a:pt x="3844034" y="1958015"/>
                                </a:lnTo>
                                <a:lnTo>
                                  <a:pt x="3842899" y="1956423"/>
                                </a:lnTo>
                                <a:lnTo>
                                  <a:pt x="3841765" y="1954376"/>
                                </a:lnTo>
                                <a:lnTo>
                                  <a:pt x="3835410" y="1926854"/>
                                </a:lnTo>
                                <a:lnTo>
                                  <a:pt x="3826105" y="1917074"/>
                                </a:lnTo>
                                <a:lnTo>
                                  <a:pt x="3824970" y="1913890"/>
                                </a:lnTo>
                                <a:lnTo>
                                  <a:pt x="3822700" y="1896377"/>
                                </a:lnTo>
                                <a:lnTo>
                                  <a:pt x="3823481" y="1895594"/>
                                </a:lnTo>
                                <a:lnTo>
                                  <a:pt x="3823380" y="1895563"/>
                                </a:lnTo>
                                <a:lnTo>
                                  <a:pt x="3823607" y="1891476"/>
                                </a:lnTo>
                                <a:lnTo>
                                  <a:pt x="3844018" y="1888978"/>
                                </a:lnTo>
                                <a:lnTo>
                                  <a:pt x="3844018" y="1889204"/>
                                </a:lnTo>
                                <a:lnTo>
                                  <a:pt x="3841977" y="1891247"/>
                                </a:lnTo>
                                <a:lnTo>
                                  <a:pt x="3837063" y="1898833"/>
                                </a:lnTo>
                                <a:lnTo>
                                  <a:pt x="3837225" y="1898878"/>
                                </a:lnTo>
                                <a:lnTo>
                                  <a:pt x="3844488" y="1888643"/>
                                </a:lnTo>
                                <a:lnTo>
                                  <a:pt x="3854020" y="1886823"/>
                                </a:lnTo>
                                <a:lnTo>
                                  <a:pt x="3866957" y="1884321"/>
                                </a:lnTo>
                                <a:lnTo>
                                  <a:pt x="3900773" y="1877952"/>
                                </a:lnTo>
                                <a:lnTo>
                                  <a:pt x="3920745" y="1873858"/>
                                </a:lnTo>
                                <a:lnTo>
                                  <a:pt x="3941852" y="1869992"/>
                                </a:lnTo>
                                <a:lnTo>
                                  <a:pt x="3963867" y="1866125"/>
                                </a:lnTo>
                                <a:lnTo>
                                  <a:pt x="3986108" y="1862714"/>
                                </a:lnTo>
                                <a:lnTo>
                                  <a:pt x="4007896" y="1859529"/>
                                </a:lnTo>
                                <a:lnTo>
                                  <a:pt x="4018790" y="1858392"/>
                                </a:lnTo>
                                <a:lnTo>
                                  <a:pt x="4029003" y="1857027"/>
                                </a:lnTo>
                                <a:lnTo>
                                  <a:pt x="4039216" y="1856345"/>
                                </a:lnTo>
                                <a:lnTo>
                                  <a:pt x="4048521" y="1855663"/>
                                </a:lnTo>
                                <a:lnTo>
                                  <a:pt x="4057826" y="1855208"/>
                                </a:lnTo>
                                <a:lnTo>
                                  <a:pt x="4066451" y="1855208"/>
                                </a:lnTo>
                                <a:lnTo>
                                  <a:pt x="4074394" y="1855435"/>
                                </a:lnTo>
                                <a:lnTo>
                                  <a:pt x="4081657" y="1855890"/>
                                </a:lnTo>
                                <a:lnTo>
                                  <a:pt x="4088239" y="1856800"/>
                                </a:lnTo>
                                <a:lnTo>
                                  <a:pt x="4094139" y="1858165"/>
                                </a:lnTo>
                                <a:lnTo>
                                  <a:pt x="4096863" y="1858847"/>
                                </a:lnTo>
                                <a:lnTo>
                                  <a:pt x="4098905" y="1859757"/>
                                </a:lnTo>
                                <a:lnTo>
                                  <a:pt x="4101175" y="1860894"/>
                                </a:lnTo>
                                <a:lnTo>
                                  <a:pt x="4103218" y="1862031"/>
                                </a:lnTo>
                                <a:lnTo>
                                  <a:pt x="4104375" y="1862998"/>
                                </a:lnTo>
                                <a:lnTo>
                                  <a:pt x="4103034" y="1860615"/>
                                </a:lnTo>
                                <a:lnTo>
                                  <a:pt x="4100992" y="1856989"/>
                                </a:lnTo>
                                <a:lnTo>
                                  <a:pt x="4098723" y="1853815"/>
                                </a:lnTo>
                                <a:lnTo>
                                  <a:pt x="4201045" y="1839309"/>
                                </a:lnTo>
                                <a:lnTo>
                                  <a:pt x="4303594" y="1824802"/>
                                </a:lnTo>
                                <a:lnTo>
                                  <a:pt x="4309039" y="1826615"/>
                                </a:lnTo>
                                <a:lnTo>
                                  <a:pt x="4314711" y="1828428"/>
                                </a:lnTo>
                                <a:lnTo>
                                  <a:pt x="4320609" y="1829562"/>
                                </a:lnTo>
                                <a:lnTo>
                                  <a:pt x="4326054" y="1830016"/>
                                </a:lnTo>
                                <a:lnTo>
                                  <a:pt x="4331726" y="1830242"/>
                                </a:lnTo>
                                <a:lnTo>
                                  <a:pt x="4337625" y="1830016"/>
                                </a:lnTo>
                                <a:lnTo>
                                  <a:pt x="4343297" y="1829336"/>
                                </a:lnTo>
                                <a:lnTo>
                                  <a:pt x="4346218" y="1828752"/>
                                </a:lnTo>
                                <a:lnTo>
                                  <a:pt x="4346121" y="1828040"/>
                                </a:lnTo>
                                <a:lnTo>
                                  <a:pt x="4303486" y="1823958"/>
                                </a:lnTo>
                                <a:lnTo>
                                  <a:pt x="4477884" y="1798560"/>
                                </a:lnTo>
                                <a:lnTo>
                                  <a:pt x="4652282" y="1773162"/>
                                </a:lnTo>
                                <a:lnTo>
                                  <a:pt x="4826680" y="1747311"/>
                                </a:lnTo>
                                <a:lnTo>
                                  <a:pt x="5000852" y="1720779"/>
                                </a:lnTo>
                                <a:lnTo>
                                  <a:pt x="5150757" y="1697649"/>
                                </a:lnTo>
                                <a:lnTo>
                                  <a:pt x="5300209" y="1674066"/>
                                </a:lnTo>
                                <a:lnTo>
                                  <a:pt x="5303384" y="1673612"/>
                                </a:lnTo>
                                <a:close/>
                                <a:moveTo>
                                  <a:pt x="530672" y="1673067"/>
                                </a:moveTo>
                                <a:lnTo>
                                  <a:pt x="523269" y="1683296"/>
                                </a:lnTo>
                                <a:lnTo>
                                  <a:pt x="520700" y="1684394"/>
                                </a:lnTo>
                                <a:lnTo>
                                  <a:pt x="523697" y="1680222"/>
                                </a:lnTo>
                                <a:lnTo>
                                  <a:pt x="530672" y="1673067"/>
                                </a:lnTo>
                                <a:close/>
                                <a:moveTo>
                                  <a:pt x="3095507" y="1673018"/>
                                </a:moveTo>
                                <a:lnTo>
                                  <a:pt x="3099417" y="1686794"/>
                                </a:lnTo>
                                <a:lnTo>
                                  <a:pt x="3097213" y="1674346"/>
                                </a:lnTo>
                                <a:lnTo>
                                  <a:pt x="3095507" y="1673018"/>
                                </a:lnTo>
                                <a:close/>
                                <a:moveTo>
                                  <a:pt x="3004281" y="1668986"/>
                                </a:moveTo>
                                <a:lnTo>
                                  <a:pt x="3003731" y="1669089"/>
                                </a:lnTo>
                                <a:lnTo>
                                  <a:pt x="2993809" y="1680698"/>
                                </a:lnTo>
                                <a:lnTo>
                                  <a:pt x="2992681" y="1683153"/>
                                </a:lnTo>
                                <a:lnTo>
                                  <a:pt x="2991554" y="1684493"/>
                                </a:lnTo>
                                <a:lnTo>
                                  <a:pt x="2990652" y="1685609"/>
                                </a:lnTo>
                                <a:lnTo>
                                  <a:pt x="2990216" y="1685896"/>
                                </a:lnTo>
                                <a:lnTo>
                                  <a:pt x="2990423" y="1687397"/>
                                </a:lnTo>
                                <a:lnTo>
                                  <a:pt x="2990614" y="1686735"/>
                                </a:lnTo>
                                <a:lnTo>
                                  <a:pt x="2990614" y="1686508"/>
                                </a:lnTo>
                                <a:lnTo>
                                  <a:pt x="2995594" y="1679252"/>
                                </a:lnTo>
                                <a:lnTo>
                                  <a:pt x="3004281" y="1668986"/>
                                </a:lnTo>
                                <a:close/>
                                <a:moveTo>
                                  <a:pt x="5387975" y="1668850"/>
                                </a:moveTo>
                                <a:lnTo>
                                  <a:pt x="5397727" y="1676560"/>
                                </a:lnTo>
                                <a:lnTo>
                                  <a:pt x="5397954" y="1676560"/>
                                </a:lnTo>
                                <a:lnTo>
                                  <a:pt x="5387975" y="1668850"/>
                                </a:lnTo>
                                <a:close/>
                                <a:moveTo>
                                  <a:pt x="4272992" y="1667654"/>
                                </a:moveTo>
                                <a:lnTo>
                                  <a:pt x="4265885" y="1669599"/>
                                </a:lnTo>
                                <a:lnTo>
                                  <a:pt x="4268561" y="1669757"/>
                                </a:lnTo>
                                <a:lnTo>
                                  <a:pt x="4269921" y="1669303"/>
                                </a:lnTo>
                                <a:lnTo>
                                  <a:pt x="4271736" y="1668396"/>
                                </a:lnTo>
                                <a:lnTo>
                                  <a:pt x="4272992" y="1667654"/>
                                </a:lnTo>
                                <a:close/>
                                <a:moveTo>
                                  <a:pt x="3013202" y="1667303"/>
                                </a:moveTo>
                                <a:lnTo>
                                  <a:pt x="3005283" y="1668796"/>
                                </a:lnTo>
                                <a:lnTo>
                                  <a:pt x="3020266" y="1668396"/>
                                </a:lnTo>
                                <a:lnTo>
                                  <a:pt x="3013202" y="1667303"/>
                                </a:lnTo>
                                <a:close/>
                                <a:moveTo>
                                  <a:pt x="537663" y="1665896"/>
                                </a:moveTo>
                                <a:lnTo>
                                  <a:pt x="530672" y="1673067"/>
                                </a:lnTo>
                                <a:lnTo>
                                  <a:pt x="533757" y="1668805"/>
                                </a:lnTo>
                                <a:lnTo>
                                  <a:pt x="528406" y="1674733"/>
                                </a:lnTo>
                                <a:lnTo>
                                  <a:pt x="533971" y="1668365"/>
                                </a:lnTo>
                                <a:lnTo>
                                  <a:pt x="537663" y="1665896"/>
                                </a:lnTo>
                                <a:close/>
                                <a:moveTo>
                                  <a:pt x="539750" y="1663755"/>
                                </a:moveTo>
                                <a:lnTo>
                                  <a:pt x="538894" y="1665073"/>
                                </a:lnTo>
                                <a:lnTo>
                                  <a:pt x="537663" y="1665896"/>
                                </a:lnTo>
                                <a:lnTo>
                                  <a:pt x="539750" y="1663755"/>
                                </a:lnTo>
                                <a:close/>
                                <a:moveTo>
                                  <a:pt x="3251378" y="1663598"/>
                                </a:moveTo>
                                <a:lnTo>
                                  <a:pt x="3249613" y="1664566"/>
                                </a:lnTo>
                                <a:lnTo>
                                  <a:pt x="3250520" y="1668433"/>
                                </a:lnTo>
                                <a:lnTo>
                                  <a:pt x="3251200" y="1671844"/>
                                </a:lnTo>
                                <a:lnTo>
                                  <a:pt x="3251200" y="1672727"/>
                                </a:lnTo>
                                <a:lnTo>
                                  <a:pt x="3251897" y="1670984"/>
                                </a:lnTo>
                                <a:lnTo>
                                  <a:pt x="3252124" y="1668718"/>
                                </a:lnTo>
                                <a:lnTo>
                                  <a:pt x="3251897" y="1665545"/>
                                </a:lnTo>
                                <a:lnTo>
                                  <a:pt x="3251378" y="1663598"/>
                                </a:lnTo>
                                <a:close/>
                                <a:moveTo>
                                  <a:pt x="2932306" y="1663284"/>
                                </a:moveTo>
                                <a:lnTo>
                                  <a:pt x="2932035" y="1663760"/>
                                </a:lnTo>
                                <a:lnTo>
                                  <a:pt x="2931125" y="1666050"/>
                                </a:lnTo>
                                <a:lnTo>
                                  <a:pt x="2930442" y="1668111"/>
                                </a:lnTo>
                                <a:lnTo>
                                  <a:pt x="2929759" y="1670402"/>
                                </a:lnTo>
                                <a:lnTo>
                                  <a:pt x="2929557" y="1672642"/>
                                </a:lnTo>
                                <a:lnTo>
                                  <a:pt x="2930121" y="1669965"/>
                                </a:lnTo>
                                <a:lnTo>
                                  <a:pt x="2931305" y="1665709"/>
                                </a:lnTo>
                                <a:lnTo>
                                  <a:pt x="2932306" y="1663284"/>
                                </a:lnTo>
                                <a:close/>
                                <a:moveTo>
                                  <a:pt x="2637247" y="1662545"/>
                                </a:moveTo>
                                <a:lnTo>
                                  <a:pt x="2635250" y="1663442"/>
                                </a:lnTo>
                                <a:lnTo>
                                  <a:pt x="2633435" y="1664358"/>
                                </a:lnTo>
                                <a:lnTo>
                                  <a:pt x="2629353" y="1665732"/>
                                </a:lnTo>
                                <a:lnTo>
                                  <a:pt x="2625271" y="1666420"/>
                                </a:lnTo>
                                <a:lnTo>
                                  <a:pt x="2623039" y="1666685"/>
                                </a:lnTo>
                                <a:lnTo>
                                  <a:pt x="2623471" y="1666713"/>
                                </a:lnTo>
                                <a:lnTo>
                                  <a:pt x="2626870" y="1666487"/>
                                </a:lnTo>
                                <a:lnTo>
                                  <a:pt x="2630268" y="1665808"/>
                                </a:lnTo>
                                <a:lnTo>
                                  <a:pt x="2633667" y="1664449"/>
                                </a:lnTo>
                                <a:lnTo>
                                  <a:pt x="2636840" y="1662865"/>
                                </a:lnTo>
                                <a:lnTo>
                                  <a:pt x="2637247" y="1662545"/>
                                </a:lnTo>
                                <a:close/>
                                <a:moveTo>
                                  <a:pt x="2400167" y="1662114"/>
                                </a:moveTo>
                                <a:lnTo>
                                  <a:pt x="2400300" y="1662379"/>
                                </a:lnTo>
                                <a:lnTo>
                                  <a:pt x="2398712" y="1663702"/>
                                </a:lnTo>
                                <a:lnTo>
                                  <a:pt x="2400167" y="1662114"/>
                                </a:lnTo>
                                <a:close/>
                                <a:moveTo>
                                  <a:pt x="2051957" y="1662070"/>
                                </a:moveTo>
                                <a:lnTo>
                                  <a:pt x="2046514" y="1702190"/>
                                </a:lnTo>
                                <a:lnTo>
                                  <a:pt x="2041071" y="1742759"/>
                                </a:lnTo>
                                <a:lnTo>
                                  <a:pt x="2031546" y="1743666"/>
                                </a:lnTo>
                                <a:lnTo>
                                  <a:pt x="2028144" y="1743213"/>
                                </a:lnTo>
                                <a:lnTo>
                                  <a:pt x="2028581" y="1740760"/>
                                </a:lnTo>
                                <a:lnTo>
                                  <a:pt x="2027605" y="1744206"/>
                                </a:lnTo>
                                <a:lnTo>
                                  <a:pt x="2029193" y="1745562"/>
                                </a:lnTo>
                                <a:lnTo>
                                  <a:pt x="2040538" y="1743528"/>
                                </a:lnTo>
                                <a:lnTo>
                                  <a:pt x="2036227" y="1778110"/>
                                </a:lnTo>
                                <a:lnTo>
                                  <a:pt x="2032143" y="1812918"/>
                                </a:lnTo>
                                <a:lnTo>
                                  <a:pt x="2028286" y="1848178"/>
                                </a:lnTo>
                                <a:lnTo>
                                  <a:pt x="2024428" y="1883210"/>
                                </a:lnTo>
                                <a:lnTo>
                                  <a:pt x="2020798" y="1918922"/>
                                </a:lnTo>
                                <a:lnTo>
                                  <a:pt x="2017395" y="1954407"/>
                                </a:lnTo>
                                <a:lnTo>
                                  <a:pt x="2014218" y="1990570"/>
                                </a:lnTo>
                                <a:lnTo>
                                  <a:pt x="2011269" y="2026733"/>
                                </a:lnTo>
                                <a:lnTo>
                                  <a:pt x="2010815" y="2031932"/>
                                </a:lnTo>
                                <a:lnTo>
                                  <a:pt x="2010361" y="2036903"/>
                                </a:lnTo>
                                <a:lnTo>
                                  <a:pt x="2005143" y="2040068"/>
                                </a:lnTo>
                                <a:lnTo>
                                  <a:pt x="1999698" y="2043459"/>
                                </a:lnTo>
                                <a:lnTo>
                                  <a:pt x="1989714" y="2050466"/>
                                </a:lnTo>
                                <a:lnTo>
                                  <a:pt x="1979958" y="2057472"/>
                                </a:lnTo>
                                <a:lnTo>
                                  <a:pt x="1970429" y="2064478"/>
                                </a:lnTo>
                                <a:lnTo>
                                  <a:pt x="1961353" y="2071485"/>
                                </a:lnTo>
                                <a:lnTo>
                                  <a:pt x="1952051" y="2078039"/>
                                </a:lnTo>
                                <a:lnTo>
                                  <a:pt x="1947740" y="2080978"/>
                                </a:lnTo>
                                <a:lnTo>
                                  <a:pt x="1943202" y="2083690"/>
                                </a:lnTo>
                                <a:lnTo>
                                  <a:pt x="1938664" y="2086177"/>
                                </a:lnTo>
                                <a:lnTo>
                                  <a:pt x="1934354" y="2088663"/>
                                </a:lnTo>
                                <a:lnTo>
                                  <a:pt x="1918471" y="2097477"/>
                                </a:lnTo>
                                <a:lnTo>
                                  <a:pt x="1909396" y="2098608"/>
                                </a:lnTo>
                                <a:lnTo>
                                  <a:pt x="1900774" y="2099736"/>
                                </a:lnTo>
                                <a:lnTo>
                                  <a:pt x="1883077" y="2101998"/>
                                </a:lnTo>
                                <a:lnTo>
                                  <a:pt x="1864926" y="2104031"/>
                                </a:lnTo>
                                <a:lnTo>
                                  <a:pt x="1847228" y="2105838"/>
                                </a:lnTo>
                                <a:lnTo>
                                  <a:pt x="1824993" y="2120982"/>
                                </a:lnTo>
                                <a:lnTo>
                                  <a:pt x="1823405" y="2118493"/>
                                </a:lnTo>
                                <a:lnTo>
                                  <a:pt x="1821363" y="2116231"/>
                                </a:lnTo>
                                <a:lnTo>
                                  <a:pt x="1819548" y="2114425"/>
                                </a:lnTo>
                                <a:lnTo>
                                  <a:pt x="1817279" y="2112618"/>
                                </a:lnTo>
                                <a:lnTo>
                                  <a:pt x="1815464" y="2111487"/>
                                </a:lnTo>
                                <a:lnTo>
                                  <a:pt x="1813195" y="2110131"/>
                                </a:lnTo>
                                <a:lnTo>
                                  <a:pt x="1810699" y="2109452"/>
                                </a:lnTo>
                                <a:lnTo>
                                  <a:pt x="1808657" y="2108999"/>
                                </a:lnTo>
                                <a:lnTo>
                                  <a:pt x="1806388" y="2108550"/>
                                </a:lnTo>
                                <a:lnTo>
                                  <a:pt x="1803893" y="2108320"/>
                                </a:lnTo>
                                <a:lnTo>
                                  <a:pt x="1801851" y="2108550"/>
                                </a:lnTo>
                                <a:lnTo>
                                  <a:pt x="1799355" y="2108550"/>
                                </a:lnTo>
                                <a:lnTo>
                                  <a:pt x="1796859" y="2108999"/>
                                </a:lnTo>
                                <a:lnTo>
                                  <a:pt x="1794590" y="2109680"/>
                                </a:lnTo>
                                <a:lnTo>
                                  <a:pt x="1790052" y="2111262"/>
                                </a:lnTo>
                                <a:lnTo>
                                  <a:pt x="1785515" y="2113294"/>
                                </a:lnTo>
                                <a:lnTo>
                                  <a:pt x="1781431" y="2115777"/>
                                </a:lnTo>
                                <a:lnTo>
                                  <a:pt x="1777120" y="2118721"/>
                                </a:lnTo>
                                <a:lnTo>
                                  <a:pt x="1773263" y="2121661"/>
                                </a:lnTo>
                                <a:lnTo>
                                  <a:pt x="1769859" y="2124828"/>
                                </a:lnTo>
                                <a:lnTo>
                                  <a:pt x="1766910" y="2127993"/>
                                </a:lnTo>
                                <a:lnTo>
                                  <a:pt x="1764187" y="2131156"/>
                                </a:lnTo>
                                <a:lnTo>
                                  <a:pt x="1762372" y="2133639"/>
                                </a:lnTo>
                                <a:lnTo>
                                  <a:pt x="1761237" y="2128670"/>
                                </a:lnTo>
                                <a:lnTo>
                                  <a:pt x="1764641" y="2126409"/>
                                </a:lnTo>
                                <a:lnTo>
                                  <a:pt x="1762145" y="2120756"/>
                                </a:lnTo>
                                <a:lnTo>
                                  <a:pt x="1759649" y="2115100"/>
                                </a:lnTo>
                                <a:lnTo>
                                  <a:pt x="1756927" y="2109680"/>
                                </a:lnTo>
                                <a:lnTo>
                                  <a:pt x="1753977" y="2104482"/>
                                </a:lnTo>
                                <a:lnTo>
                                  <a:pt x="1751027" y="2099512"/>
                                </a:lnTo>
                                <a:lnTo>
                                  <a:pt x="1747170" y="2095217"/>
                                </a:lnTo>
                                <a:lnTo>
                                  <a:pt x="1745355" y="2093183"/>
                                </a:lnTo>
                                <a:lnTo>
                                  <a:pt x="1743313" y="2091375"/>
                                </a:lnTo>
                                <a:lnTo>
                                  <a:pt x="1741271" y="2089341"/>
                                </a:lnTo>
                                <a:lnTo>
                                  <a:pt x="1738775" y="2087758"/>
                                </a:lnTo>
                                <a:lnTo>
                                  <a:pt x="1735826" y="2091149"/>
                                </a:lnTo>
                                <a:lnTo>
                                  <a:pt x="1731969" y="2092505"/>
                                </a:lnTo>
                                <a:lnTo>
                                  <a:pt x="1728792" y="2093861"/>
                                </a:lnTo>
                                <a:lnTo>
                                  <a:pt x="1726070" y="2094313"/>
                                </a:lnTo>
                                <a:lnTo>
                                  <a:pt x="1723574" y="2094313"/>
                                </a:lnTo>
                                <a:lnTo>
                                  <a:pt x="1721986" y="2094088"/>
                                </a:lnTo>
                                <a:lnTo>
                                  <a:pt x="1720624" y="2093183"/>
                                </a:lnTo>
                                <a:lnTo>
                                  <a:pt x="1719490" y="2092279"/>
                                </a:lnTo>
                                <a:lnTo>
                                  <a:pt x="1719036" y="2091149"/>
                                </a:lnTo>
                                <a:lnTo>
                                  <a:pt x="1718809" y="2089341"/>
                                </a:lnTo>
                                <a:lnTo>
                                  <a:pt x="1718809" y="2087758"/>
                                </a:lnTo>
                                <a:lnTo>
                                  <a:pt x="1719131" y="2086157"/>
                                </a:lnTo>
                                <a:lnTo>
                                  <a:pt x="1717093" y="2089915"/>
                                </a:lnTo>
                                <a:lnTo>
                                  <a:pt x="1713935" y="2094896"/>
                                </a:lnTo>
                                <a:lnTo>
                                  <a:pt x="1710778" y="2099433"/>
                                </a:lnTo>
                                <a:lnTo>
                                  <a:pt x="1706943" y="2103743"/>
                                </a:lnTo>
                                <a:lnTo>
                                  <a:pt x="1700177" y="2103966"/>
                                </a:lnTo>
                                <a:lnTo>
                                  <a:pt x="1693411" y="2104426"/>
                                </a:lnTo>
                                <a:lnTo>
                                  <a:pt x="1686870" y="2105105"/>
                                </a:lnTo>
                                <a:lnTo>
                                  <a:pt x="1680103" y="2106237"/>
                                </a:lnTo>
                                <a:lnTo>
                                  <a:pt x="1673563" y="2107377"/>
                                </a:lnTo>
                                <a:lnTo>
                                  <a:pt x="1667022" y="2108963"/>
                                </a:lnTo>
                                <a:lnTo>
                                  <a:pt x="1660481" y="2110778"/>
                                </a:lnTo>
                                <a:lnTo>
                                  <a:pt x="1654391" y="2113044"/>
                                </a:lnTo>
                                <a:lnTo>
                                  <a:pt x="1658902" y="2098980"/>
                                </a:lnTo>
                                <a:lnTo>
                                  <a:pt x="1660481" y="2095350"/>
                                </a:lnTo>
                                <a:lnTo>
                                  <a:pt x="1662285" y="2091730"/>
                                </a:lnTo>
                                <a:lnTo>
                                  <a:pt x="1663864" y="2087419"/>
                                </a:lnTo>
                                <a:lnTo>
                                  <a:pt x="1665443" y="2083334"/>
                                </a:lnTo>
                                <a:lnTo>
                                  <a:pt x="1668149" y="2074938"/>
                                </a:lnTo>
                                <a:lnTo>
                                  <a:pt x="1670405" y="2066087"/>
                                </a:lnTo>
                                <a:lnTo>
                                  <a:pt x="1672435" y="2057464"/>
                                </a:lnTo>
                                <a:lnTo>
                                  <a:pt x="1674014" y="2048837"/>
                                </a:lnTo>
                                <a:lnTo>
                                  <a:pt x="1675592" y="2040895"/>
                                </a:lnTo>
                                <a:lnTo>
                                  <a:pt x="1676720" y="2033181"/>
                                </a:lnTo>
                                <a:lnTo>
                                  <a:pt x="1680555" y="2023878"/>
                                </a:lnTo>
                                <a:lnTo>
                                  <a:pt x="1678299" y="2025919"/>
                                </a:lnTo>
                                <a:lnTo>
                                  <a:pt x="1675818" y="2027736"/>
                                </a:lnTo>
                                <a:lnTo>
                                  <a:pt x="1673337" y="2029324"/>
                                </a:lnTo>
                                <a:lnTo>
                                  <a:pt x="1670630" y="2030912"/>
                                </a:lnTo>
                                <a:lnTo>
                                  <a:pt x="1667924" y="2032046"/>
                                </a:lnTo>
                                <a:lnTo>
                                  <a:pt x="1665217" y="2032954"/>
                                </a:lnTo>
                                <a:lnTo>
                                  <a:pt x="1662060" y="2034088"/>
                                </a:lnTo>
                                <a:lnTo>
                                  <a:pt x="1659128" y="2034769"/>
                                </a:lnTo>
                                <a:lnTo>
                                  <a:pt x="1664090" y="2020476"/>
                                </a:lnTo>
                                <a:lnTo>
                                  <a:pt x="1667924" y="2021611"/>
                                </a:lnTo>
                                <a:lnTo>
                                  <a:pt x="1675141" y="2003445"/>
                                </a:lnTo>
                                <a:lnTo>
                                  <a:pt x="1658902" y="2020704"/>
                                </a:lnTo>
                                <a:lnTo>
                                  <a:pt x="1652587" y="2014115"/>
                                </a:lnTo>
                                <a:lnTo>
                                  <a:pt x="1664992" y="1986427"/>
                                </a:lnTo>
                                <a:lnTo>
                                  <a:pt x="1664541" y="1981661"/>
                                </a:lnTo>
                                <a:lnTo>
                                  <a:pt x="1666796" y="1980526"/>
                                </a:lnTo>
                                <a:lnTo>
                                  <a:pt x="1669052" y="1979164"/>
                                </a:lnTo>
                                <a:lnTo>
                                  <a:pt x="1671307" y="1977576"/>
                                </a:lnTo>
                                <a:lnTo>
                                  <a:pt x="1673337" y="1975533"/>
                                </a:lnTo>
                                <a:lnTo>
                                  <a:pt x="1675592" y="1973489"/>
                                </a:lnTo>
                                <a:lnTo>
                                  <a:pt x="1677622" y="1971221"/>
                                </a:lnTo>
                                <a:lnTo>
                                  <a:pt x="1679652" y="1968500"/>
                                </a:lnTo>
                                <a:lnTo>
                                  <a:pt x="1681908" y="1965776"/>
                                </a:lnTo>
                                <a:lnTo>
                                  <a:pt x="1685517" y="1960100"/>
                                </a:lnTo>
                                <a:lnTo>
                                  <a:pt x="1689125" y="1953747"/>
                                </a:lnTo>
                                <a:lnTo>
                                  <a:pt x="1692508" y="1947392"/>
                                </a:lnTo>
                                <a:lnTo>
                                  <a:pt x="1695666" y="1940810"/>
                                </a:lnTo>
                                <a:lnTo>
                                  <a:pt x="1698373" y="1934229"/>
                                </a:lnTo>
                                <a:lnTo>
                                  <a:pt x="1700628" y="1928101"/>
                                </a:lnTo>
                                <a:lnTo>
                                  <a:pt x="1702884" y="1922427"/>
                                </a:lnTo>
                                <a:lnTo>
                                  <a:pt x="1704462" y="1917207"/>
                                </a:lnTo>
                                <a:lnTo>
                                  <a:pt x="1706943" y="1909491"/>
                                </a:lnTo>
                                <a:lnTo>
                                  <a:pt x="1707395" y="1906994"/>
                                </a:lnTo>
                                <a:lnTo>
                                  <a:pt x="1707620" y="1906086"/>
                                </a:lnTo>
                                <a:lnTo>
                                  <a:pt x="1708748" y="1901319"/>
                                </a:lnTo>
                                <a:lnTo>
                                  <a:pt x="1709876" y="1894738"/>
                                </a:lnTo>
                                <a:lnTo>
                                  <a:pt x="1712357" y="1877488"/>
                                </a:lnTo>
                                <a:lnTo>
                                  <a:pt x="1714386" y="1860692"/>
                                </a:lnTo>
                                <a:lnTo>
                                  <a:pt x="1715514" y="1851160"/>
                                </a:lnTo>
                                <a:lnTo>
                                  <a:pt x="1715740" y="1849344"/>
                                </a:lnTo>
                                <a:lnTo>
                                  <a:pt x="1715965" y="1847755"/>
                                </a:lnTo>
                                <a:lnTo>
                                  <a:pt x="1716867" y="1844577"/>
                                </a:lnTo>
                                <a:lnTo>
                                  <a:pt x="1718446" y="1841854"/>
                                </a:lnTo>
                                <a:lnTo>
                                  <a:pt x="1719120" y="1840788"/>
                                </a:lnTo>
                                <a:lnTo>
                                  <a:pt x="1717675" y="1841623"/>
                                </a:lnTo>
                                <a:lnTo>
                                  <a:pt x="1717902" y="1839362"/>
                                </a:lnTo>
                                <a:lnTo>
                                  <a:pt x="1718582" y="1836876"/>
                                </a:lnTo>
                                <a:lnTo>
                                  <a:pt x="1719717" y="1834390"/>
                                </a:lnTo>
                                <a:lnTo>
                                  <a:pt x="1721532" y="1831451"/>
                                </a:lnTo>
                                <a:lnTo>
                                  <a:pt x="1724935" y="1826027"/>
                                </a:lnTo>
                                <a:lnTo>
                                  <a:pt x="1728339" y="1821507"/>
                                </a:lnTo>
                                <a:lnTo>
                                  <a:pt x="1730834" y="1818116"/>
                                </a:lnTo>
                                <a:lnTo>
                                  <a:pt x="1731288" y="1816986"/>
                                </a:lnTo>
                                <a:lnTo>
                                  <a:pt x="1731288" y="1816760"/>
                                </a:lnTo>
                                <a:lnTo>
                                  <a:pt x="1731061" y="1816534"/>
                                </a:lnTo>
                                <a:lnTo>
                                  <a:pt x="1729927" y="1816986"/>
                                </a:lnTo>
                                <a:lnTo>
                                  <a:pt x="1728339" y="1818116"/>
                                </a:lnTo>
                                <a:lnTo>
                                  <a:pt x="1721759" y="1822862"/>
                                </a:lnTo>
                                <a:lnTo>
                                  <a:pt x="1732423" y="1812465"/>
                                </a:lnTo>
                                <a:lnTo>
                                  <a:pt x="1724708" y="1813370"/>
                                </a:lnTo>
                                <a:lnTo>
                                  <a:pt x="1731969" y="1799356"/>
                                </a:lnTo>
                                <a:lnTo>
                                  <a:pt x="1720851" y="1808397"/>
                                </a:lnTo>
                                <a:lnTo>
                                  <a:pt x="1729019" y="1793027"/>
                                </a:lnTo>
                                <a:lnTo>
                                  <a:pt x="1721532" y="1795288"/>
                                </a:lnTo>
                                <a:lnTo>
                                  <a:pt x="1719490" y="1791445"/>
                                </a:lnTo>
                                <a:lnTo>
                                  <a:pt x="1717675" y="1786473"/>
                                </a:lnTo>
                                <a:lnTo>
                                  <a:pt x="1717902" y="1785117"/>
                                </a:lnTo>
                                <a:lnTo>
                                  <a:pt x="1718129" y="1783534"/>
                                </a:lnTo>
                                <a:lnTo>
                                  <a:pt x="1718809" y="1782178"/>
                                </a:lnTo>
                                <a:lnTo>
                                  <a:pt x="1719490" y="1780822"/>
                                </a:lnTo>
                                <a:lnTo>
                                  <a:pt x="1721305" y="1777884"/>
                                </a:lnTo>
                                <a:lnTo>
                                  <a:pt x="1723574" y="1775172"/>
                                </a:lnTo>
                                <a:lnTo>
                                  <a:pt x="1726297" y="1772685"/>
                                </a:lnTo>
                                <a:lnTo>
                                  <a:pt x="1729246" y="1770651"/>
                                </a:lnTo>
                                <a:lnTo>
                                  <a:pt x="1732649" y="1768391"/>
                                </a:lnTo>
                                <a:lnTo>
                                  <a:pt x="1736053" y="1766583"/>
                                </a:lnTo>
                                <a:lnTo>
                                  <a:pt x="1739683" y="1764774"/>
                                </a:lnTo>
                                <a:lnTo>
                                  <a:pt x="1743540" y="1763192"/>
                                </a:lnTo>
                                <a:lnTo>
                                  <a:pt x="1747170" y="1761836"/>
                                </a:lnTo>
                                <a:lnTo>
                                  <a:pt x="1751027" y="1760706"/>
                                </a:lnTo>
                                <a:lnTo>
                                  <a:pt x="1758061" y="1758898"/>
                                </a:lnTo>
                                <a:lnTo>
                                  <a:pt x="1763733" y="1757767"/>
                                </a:lnTo>
                                <a:lnTo>
                                  <a:pt x="1762372" y="1755959"/>
                                </a:lnTo>
                                <a:lnTo>
                                  <a:pt x="1765321" y="1754151"/>
                                </a:lnTo>
                                <a:lnTo>
                                  <a:pt x="1760784" y="1754151"/>
                                </a:lnTo>
                                <a:lnTo>
                                  <a:pt x="1778481" y="1740590"/>
                                </a:lnTo>
                                <a:lnTo>
                                  <a:pt x="1779842" y="1742172"/>
                                </a:lnTo>
                                <a:lnTo>
                                  <a:pt x="1786649" y="1737651"/>
                                </a:lnTo>
                                <a:lnTo>
                                  <a:pt x="1810472" y="1747144"/>
                                </a:lnTo>
                                <a:lnTo>
                                  <a:pt x="1814783" y="1744432"/>
                                </a:lnTo>
                                <a:lnTo>
                                  <a:pt x="1819548" y="1741720"/>
                                </a:lnTo>
                                <a:lnTo>
                                  <a:pt x="1824766" y="1739460"/>
                                </a:lnTo>
                                <a:lnTo>
                                  <a:pt x="1830212" y="1737651"/>
                                </a:lnTo>
                                <a:lnTo>
                                  <a:pt x="1836111" y="1735843"/>
                                </a:lnTo>
                                <a:lnTo>
                                  <a:pt x="1842464" y="1734487"/>
                                </a:lnTo>
                                <a:lnTo>
                                  <a:pt x="1848590" y="1732905"/>
                                </a:lnTo>
                                <a:lnTo>
                                  <a:pt x="1855396" y="1732001"/>
                                </a:lnTo>
                                <a:lnTo>
                                  <a:pt x="1862657" y="1731096"/>
                                </a:lnTo>
                                <a:lnTo>
                                  <a:pt x="1869917" y="1730419"/>
                                </a:lnTo>
                                <a:lnTo>
                                  <a:pt x="1877178" y="1729966"/>
                                </a:lnTo>
                                <a:lnTo>
                                  <a:pt x="1884665" y="1729288"/>
                                </a:lnTo>
                                <a:lnTo>
                                  <a:pt x="1900320" y="1728837"/>
                                </a:lnTo>
                                <a:lnTo>
                                  <a:pt x="1915976" y="1729062"/>
                                </a:lnTo>
                                <a:lnTo>
                                  <a:pt x="1932085" y="1729515"/>
                                </a:lnTo>
                                <a:lnTo>
                                  <a:pt x="1947967" y="1730419"/>
                                </a:lnTo>
                                <a:lnTo>
                                  <a:pt x="1963622" y="1731323"/>
                                </a:lnTo>
                                <a:lnTo>
                                  <a:pt x="1978824" y="1732227"/>
                                </a:lnTo>
                                <a:lnTo>
                                  <a:pt x="2006504" y="1734261"/>
                                </a:lnTo>
                                <a:lnTo>
                                  <a:pt x="2018983" y="1734939"/>
                                </a:lnTo>
                                <a:lnTo>
                                  <a:pt x="2029540" y="1735368"/>
                                </a:lnTo>
                                <a:lnTo>
                                  <a:pt x="2029959" y="1733014"/>
                                </a:lnTo>
                                <a:lnTo>
                                  <a:pt x="2018846" y="1731653"/>
                                </a:lnTo>
                                <a:lnTo>
                                  <a:pt x="2016578" y="1730294"/>
                                </a:lnTo>
                                <a:lnTo>
                                  <a:pt x="2019980" y="1727801"/>
                                </a:lnTo>
                                <a:lnTo>
                                  <a:pt x="2023155" y="1724854"/>
                                </a:lnTo>
                                <a:lnTo>
                                  <a:pt x="2026330" y="1721228"/>
                                </a:lnTo>
                                <a:lnTo>
                                  <a:pt x="2029278" y="1717375"/>
                                </a:lnTo>
                                <a:lnTo>
                                  <a:pt x="2031773" y="1713296"/>
                                </a:lnTo>
                                <a:lnTo>
                                  <a:pt x="2034494" y="1708535"/>
                                </a:lnTo>
                                <a:lnTo>
                                  <a:pt x="2036989" y="1704003"/>
                                </a:lnTo>
                                <a:lnTo>
                                  <a:pt x="2039484" y="1699244"/>
                                </a:lnTo>
                                <a:lnTo>
                                  <a:pt x="2041298" y="1694030"/>
                                </a:lnTo>
                                <a:lnTo>
                                  <a:pt x="2043566" y="1689271"/>
                                </a:lnTo>
                                <a:lnTo>
                                  <a:pt x="2046968" y="1679297"/>
                                </a:lnTo>
                                <a:lnTo>
                                  <a:pt x="2049916" y="1670004"/>
                                </a:lnTo>
                                <a:lnTo>
                                  <a:pt x="2051957" y="1662070"/>
                                </a:lnTo>
                                <a:close/>
                                <a:moveTo>
                                  <a:pt x="4252104" y="1661448"/>
                                </a:moveTo>
                                <a:lnTo>
                                  <a:pt x="4260746" y="1669259"/>
                                </a:lnTo>
                                <a:lnTo>
                                  <a:pt x="4261077" y="1669303"/>
                                </a:lnTo>
                                <a:lnTo>
                                  <a:pt x="4262451" y="1669389"/>
                                </a:lnTo>
                                <a:lnTo>
                                  <a:pt x="4253649" y="1662646"/>
                                </a:lnTo>
                                <a:lnTo>
                                  <a:pt x="4252104" y="1661448"/>
                                </a:lnTo>
                                <a:close/>
                                <a:moveTo>
                                  <a:pt x="4153262" y="1659111"/>
                                </a:moveTo>
                                <a:lnTo>
                                  <a:pt x="4152447" y="1659185"/>
                                </a:lnTo>
                                <a:lnTo>
                                  <a:pt x="4149952" y="1659185"/>
                                </a:lnTo>
                                <a:lnTo>
                                  <a:pt x="4153127" y="1662364"/>
                                </a:lnTo>
                                <a:lnTo>
                                  <a:pt x="4156075" y="1665543"/>
                                </a:lnTo>
                                <a:lnTo>
                                  <a:pt x="4161745" y="1672355"/>
                                </a:lnTo>
                                <a:lnTo>
                                  <a:pt x="4164922" y="1676199"/>
                                </a:lnTo>
                                <a:lnTo>
                                  <a:pt x="4161064" y="1670664"/>
                                </a:lnTo>
                                <a:lnTo>
                                  <a:pt x="4156302" y="1663861"/>
                                </a:lnTo>
                                <a:lnTo>
                                  <a:pt x="4153262" y="1659111"/>
                                </a:lnTo>
                                <a:close/>
                                <a:moveTo>
                                  <a:pt x="630238" y="1658992"/>
                                </a:moveTo>
                                <a:lnTo>
                                  <a:pt x="619125" y="1673280"/>
                                </a:lnTo>
                                <a:lnTo>
                                  <a:pt x="629765" y="1659493"/>
                                </a:lnTo>
                                <a:lnTo>
                                  <a:pt x="630238" y="1658992"/>
                                </a:lnTo>
                                <a:close/>
                                <a:moveTo>
                                  <a:pt x="2841307" y="1657469"/>
                                </a:moveTo>
                                <a:lnTo>
                                  <a:pt x="2852738" y="1660644"/>
                                </a:lnTo>
                                <a:lnTo>
                                  <a:pt x="2852078" y="1660644"/>
                                </a:lnTo>
                                <a:lnTo>
                                  <a:pt x="2838450" y="1659233"/>
                                </a:lnTo>
                                <a:lnTo>
                                  <a:pt x="2841307" y="1657469"/>
                                </a:lnTo>
                                <a:close/>
                                <a:moveTo>
                                  <a:pt x="3260570" y="1657217"/>
                                </a:moveTo>
                                <a:lnTo>
                                  <a:pt x="3260498" y="1657290"/>
                                </a:lnTo>
                                <a:lnTo>
                                  <a:pt x="3261414" y="1657840"/>
                                </a:lnTo>
                                <a:lnTo>
                                  <a:pt x="3261415" y="1657840"/>
                                </a:lnTo>
                                <a:lnTo>
                                  <a:pt x="3263681" y="1658521"/>
                                </a:lnTo>
                                <a:lnTo>
                                  <a:pt x="3265720" y="1659200"/>
                                </a:lnTo>
                                <a:lnTo>
                                  <a:pt x="3267533" y="1659880"/>
                                </a:lnTo>
                                <a:lnTo>
                                  <a:pt x="3269346" y="1661013"/>
                                </a:lnTo>
                                <a:lnTo>
                                  <a:pt x="3270479" y="1662373"/>
                                </a:lnTo>
                                <a:lnTo>
                                  <a:pt x="3271839" y="1663733"/>
                                </a:lnTo>
                                <a:lnTo>
                                  <a:pt x="3272519" y="1665319"/>
                                </a:lnTo>
                                <a:lnTo>
                                  <a:pt x="3273199" y="1667132"/>
                                </a:lnTo>
                                <a:lnTo>
                                  <a:pt x="3273425" y="1668945"/>
                                </a:lnTo>
                                <a:lnTo>
                                  <a:pt x="3273425" y="1670984"/>
                                </a:lnTo>
                                <a:lnTo>
                                  <a:pt x="3272972" y="1673250"/>
                                </a:lnTo>
                                <a:lnTo>
                                  <a:pt x="3272519" y="1675517"/>
                                </a:lnTo>
                                <a:lnTo>
                                  <a:pt x="3271612" y="1676424"/>
                                </a:lnTo>
                                <a:lnTo>
                                  <a:pt x="3270253" y="1677557"/>
                                </a:lnTo>
                                <a:lnTo>
                                  <a:pt x="3268213" y="1681409"/>
                                </a:lnTo>
                                <a:lnTo>
                                  <a:pt x="3265947" y="1686394"/>
                                </a:lnTo>
                                <a:lnTo>
                                  <a:pt x="3263454" y="1692060"/>
                                </a:lnTo>
                                <a:lnTo>
                                  <a:pt x="3259149" y="1702711"/>
                                </a:lnTo>
                                <a:lnTo>
                                  <a:pt x="3257336" y="1706790"/>
                                </a:lnTo>
                                <a:lnTo>
                                  <a:pt x="3256118" y="1709228"/>
                                </a:lnTo>
                                <a:lnTo>
                                  <a:pt x="3259381" y="1707287"/>
                                </a:lnTo>
                                <a:lnTo>
                                  <a:pt x="3262343" y="1704803"/>
                                </a:lnTo>
                                <a:lnTo>
                                  <a:pt x="3263255" y="1703674"/>
                                </a:lnTo>
                                <a:lnTo>
                                  <a:pt x="3264394" y="1702544"/>
                                </a:lnTo>
                                <a:lnTo>
                                  <a:pt x="3265534" y="1700964"/>
                                </a:lnTo>
                                <a:lnTo>
                                  <a:pt x="3266218" y="1699609"/>
                                </a:lnTo>
                                <a:lnTo>
                                  <a:pt x="3266673" y="1698028"/>
                                </a:lnTo>
                                <a:lnTo>
                                  <a:pt x="3267129" y="1696673"/>
                                </a:lnTo>
                                <a:lnTo>
                                  <a:pt x="3267357" y="1694866"/>
                                </a:lnTo>
                                <a:lnTo>
                                  <a:pt x="3267585" y="1693285"/>
                                </a:lnTo>
                                <a:lnTo>
                                  <a:pt x="3267585" y="1689897"/>
                                </a:lnTo>
                                <a:lnTo>
                                  <a:pt x="3266901" y="1686284"/>
                                </a:lnTo>
                                <a:lnTo>
                                  <a:pt x="3277157" y="1672733"/>
                                </a:lnTo>
                                <a:lnTo>
                                  <a:pt x="3270320" y="1660989"/>
                                </a:lnTo>
                                <a:lnTo>
                                  <a:pt x="3262571" y="1657827"/>
                                </a:lnTo>
                                <a:lnTo>
                                  <a:pt x="3260570" y="1657217"/>
                                </a:lnTo>
                                <a:close/>
                                <a:moveTo>
                                  <a:pt x="4162373" y="1654521"/>
                                </a:moveTo>
                                <a:lnTo>
                                  <a:pt x="4161972" y="1655325"/>
                                </a:lnTo>
                                <a:lnTo>
                                  <a:pt x="4161291" y="1656233"/>
                                </a:lnTo>
                                <a:lnTo>
                                  <a:pt x="4161100" y="1656386"/>
                                </a:lnTo>
                                <a:lnTo>
                                  <a:pt x="4162198" y="1656151"/>
                                </a:lnTo>
                                <a:lnTo>
                                  <a:pt x="4162373" y="1654521"/>
                                </a:lnTo>
                                <a:close/>
                                <a:moveTo>
                                  <a:pt x="2960433" y="1652866"/>
                                </a:moveTo>
                                <a:lnTo>
                                  <a:pt x="2955926" y="1656301"/>
                                </a:lnTo>
                                <a:lnTo>
                                  <a:pt x="2955926" y="1657168"/>
                                </a:lnTo>
                                <a:lnTo>
                                  <a:pt x="2956379" y="1656330"/>
                                </a:lnTo>
                                <a:lnTo>
                                  <a:pt x="2960461" y="1653599"/>
                                </a:lnTo>
                                <a:lnTo>
                                  <a:pt x="2960856" y="1653006"/>
                                </a:lnTo>
                                <a:lnTo>
                                  <a:pt x="2960433" y="1652866"/>
                                </a:lnTo>
                                <a:close/>
                                <a:moveTo>
                                  <a:pt x="4270912" y="1650412"/>
                                </a:moveTo>
                                <a:lnTo>
                                  <a:pt x="4270846" y="1650448"/>
                                </a:lnTo>
                                <a:lnTo>
                                  <a:pt x="4277642" y="1664837"/>
                                </a:lnTo>
                                <a:lnTo>
                                  <a:pt x="4278313" y="1664390"/>
                                </a:lnTo>
                                <a:lnTo>
                                  <a:pt x="4277860" y="1663335"/>
                                </a:lnTo>
                                <a:lnTo>
                                  <a:pt x="4275819" y="1658812"/>
                                </a:lnTo>
                                <a:lnTo>
                                  <a:pt x="4273097" y="1653835"/>
                                </a:lnTo>
                                <a:lnTo>
                                  <a:pt x="4270912" y="1650412"/>
                                </a:lnTo>
                                <a:close/>
                                <a:moveTo>
                                  <a:pt x="3031824" y="1650126"/>
                                </a:moveTo>
                                <a:lnTo>
                                  <a:pt x="3029437" y="1654578"/>
                                </a:lnTo>
                                <a:lnTo>
                                  <a:pt x="3030790" y="1659044"/>
                                </a:lnTo>
                                <a:lnTo>
                                  <a:pt x="3020643" y="1663954"/>
                                </a:lnTo>
                                <a:lnTo>
                                  <a:pt x="3020419" y="1668392"/>
                                </a:lnTo>
                                <a:lnTo>
                                  <a:pt x="3021397" y="1668366"/>
                                </a:lnTo>
                                <a:lnTo>
                                  <a:pt x="3021850" y="1663376"/>
                                </a:lnTo>
                                <a:lnTo>
                                  <a:pt x="3031809" y="1659067"/>
                                </a:lnTo>
                                <a:lnTo>
                                  <a:pt x="3037015" y="1659067"/>
                                </a:lnTo>
                                <a:lnTo>
                                  <a:pt x="3038663" y="1657642"/>
                                </a:lnTo>
                                <a:lnTo>
                                  <a:pt x="3030692" y="1652643"/>
                                </a:lnTo>
                                <a:lnTo>
                                  <a:pt x="3031819" y="1650144"/>
                                </a:lnTo>
                                <a:lnTo>
                                  <a:pt x="3031824" y="1650126"/>
                                </a:lnTo>
                                <a:close/>
                                <a:moveTo>
                                  <a:pt x="2814652" y="1649531"/>
                                </a:moveTo>
                                <a:lnTo>
                                  <a:pt x="2827338" y="1650614"/>
                                </a:lnTo>
                                <a:lnTo>
                                  <a:pt x="2826670" y="1651046"/>
                                </a:lnTo>
                                <a:lnTo>
                                  <a:pt x="2823332" y="1651913"/>
                                </a:lnTo>
                                <a:lnTo>
                                  <a:pt x="2823109" y="1651913"/>
                                </a:lnTo>
                                <a:lnTo>
                                  <a:pt x="2818658" y="1652345"/>
                                </a:lnTo>
                                <a:lnTo>
                                  <a:pt x="2813985" y="1653644"/>
                                </a:lnTo>
                                <a:lnTo>
                                  <a:pt x="2813317" y="1654294"/>
                                </a:lnTo>
                                <a:lnTo>
                                  <a:pt x="2803525" y="1654294"/>
                                </a:lnTo>
                                <a:lnTo>
                                  <a:pt x="2814652" y="1649531"/>
                                </a:lnTo>
                                <a:close/>
                                <a:moveTo>
                                  <a:pt x="522287" y="1649485"/>
                                </a:moveTo>
                                <a:lnTo>
                                  <a:pt x="515937" y="1657423"/>
                                </a:lnTo>
                                <a:lnTo>
                                  <a:pt x="521607" y="1650129"/>
                                </a:lnTo>
                                <a:lnTo>
                                  <a:pt x="522287" y="1649485"/>
                                </a:lnTo>
                                <a:close/>
                                <a:moveTo>
                                  <a:pt x="2881365" y="1648004"/>
                                </a:moveTo>
                                <a:lnTo>
                                  <a:pt x="2880922" y="1650540"/>
                                </a:lnTo>
                                <a:lnTo>
                                  <a:pt x="2880695" y="1654423"/>
                                </a:lnTo>
                                <a:lnTo>
                                  <a:pt x="2880695" y="1658078"/>
                                </a:lnTo>
                                <a:lnTo>
                                  <a:pt x="2881049" y="1661284"/>
                                </a:lnTo>
                                <a:lnTo>
                                  <a:pt x="2882401" y="1661894"/>
                                </a:lnTo>
                                <a:lnTo>
                                  <a:pt x="2882547" y="1662251"/>
                                </a:lnTo>
                                <a:lnTo>
                                  <a:pt x="2886358" y="1662521"/>
                                </a:lnTo>
                                <a:lnTo>
                                  <a:pt x="2886075" y="1662385"/>
                                </a:lnTo>
                                <a:lnTo>
                                  <a:pt x="2886105" y="1661824"/>
                                </a:lnTo>
                                <a:lnTo>
                                  <a:pt x="2885889" y="1662163"/>
                                </a:lnTo>
                                <a:lnTo>
                                  <a:pt x="2885660" y="1662163"/>
                                </a:lnTo>
                                <a:lnTo>
                                  <a:pt x="2884288" y="1659414"/>
                                </a:lnTo>
                                <a:lnTo>
                                  <a:pt x="2883143" y="1656666"/>
                                </a:lnTo>
                                <a:lnTo>
                                  <a:pt x="2881999" y="1653459"/>
                                </a:lnTo>
                                <a:lnTo>
                                  <a:pt x="2881542" y="1650481"/>
                                </a:lnTo>
                                <a:lnTo>
                                  <a:pt x="2881365" y="1648004"/>
                                </a:lnTo>
                                <a:close/>
                                <a:moveTo>
                                  <a:pt x="4353528" y="1645421"/>
                                </a:moveTo>
                                <a:lnTo>
                                  <a:pt x="4352925" y="1647534"/>
                                </a:lnTo>
                                <a:lnTo>
                                  <a:pt x="4351111" y="1652976"/>
                                </a:lnTo>
                                <a:lnTo>
                                  <a:pt x="4350302" y="1655035"/>
                                </a:lnTo>
                                <a:lnTo>
                                  <a:pt x="4355194" y="1650896"/>
                                </a:lnTo>
                                <a:lnTo>
                                  <a:pt x="4353528" y="1645421"/>
                                </a:lnTo>
                                <a:close/>
                                <a:moveTo>
                                  <a:pt x="2409696" y="1643751"/>
                                </a:moveTo>
                                <a:lnTo>
                                  <a:pt x="2409597" y="1645361"/>
                                </a:lnTo>
                                <a:lnTo>
                                  <a:pt x="2410402" y="1643857"/>
                                </a:lnTo>
                                <a:lnTo>
                                  <a:pt x="2409696" y="1643751"/>
                                </a:lnTo>
                                <a:close/>
                                <a:moveTo>
                                  <a:pt x="2397096" y="1643337"/>
                                </a:moveTo>
                                <a:lnTo>
                                  <a:pt x="2389084" y="1643772"/>
                                </a:lnTo>
                                <a:lnTo>
                                  <a:pt x="2390394" y="1644213"/>
                                </a:lnTo>
                                <a:lnTo>
                                  <a:pt x="2397096" y="1643337"/>
                                </a:lnTo>
                                <a:close/>
                                <a:moveTo>
                                  <a:pt x="2825750" y="1640006"/>
                                </a:moveTo>
                                <a:lnTo>
                                  <a:pt x="2821183" y="1641912"/>
                                </a:lnTo>
                                <a:lnTo>
                                  <a:pt x="2816388" y="1642546"/>
                                </a:lnTo>
                                <a:lnTo>
                                  <a:pt x="2811593" y="1642757"/>
                                </a:lnTo>
                                <a:lnTo>
                                  <a:pt x="2807711" y="1643181"/>
                                </a:lnTo>
                                <a:lnTo>
                                  <a:pt x="2804057" y="1643181"/>
                                </a:lnTo>
                                <a:lnTo>
                                  <a:pt x="2797664" y="1642969"/>
                                </a:lnTo>
                                <a:lnTo>
                                  <a:pt x="2792412" y="1642335"/>
                                </a:lnTo>
                                <a:lnTo>
                                  <a:pt x="2799719" y="1640429"/>
                                </a:lnTo>
                                <a:lnTo>
                                  <a:pt x="2824608" y="1640217"/>
                                </a:lnTo>
                                <a:lnTo>
                                  <a:pt x="2824836" y="1640217"/>
                                </a:lnTo>
                                <a:lnTo>
                                  <a:pt x="2825750" y="1640006"/>
                                </a:lnTo>
                                <a:close/>
                                <a:moveTo>
                                  <a:pt x="3323501" y="1637741"/>
                                </a:moveTo>
                                <a:lnTo>
                                  <a:pt x="3320574" y="1638370"/>
                                </a:lnTo>
                                <a:lnTo>
                                  <a:pt x="3322508" y="1638178"/>
                                </a:lnTo>
                                <a:lnTo>
                                  <a:pt x="3323501" y="1637741"/>
                                </a:lnTo>
                                <a:close/>
                                <a:moveTo>
                                  <a:pt x="5106761" y="1637329"/>
                                </a:moveTo>
                                <a:lnTo>
                                  <a:pt x="5105854" y="1637556"/>
                                </a:lnTo>
                                <a:lnTo>
                                  <a:pt x="5105400" y="1639824"/>
                                </a:lnTo>
                                <a:lnTo>
                                  <a:pt x="5106761" y="1637329"/>
                                </a:lnTo>
                                <a:close/>
                                <a:moveTo>
                                  <a:pt x="2961199" y="1637157"/>
                                </a:moveTo>
                                <a:lnTo>
                                  <a:pt x="2962770" y="1637950"/>
                                </a:lnTo>
                                <a:lnTo>
                                  <a:pt x="2962911" y="1637839"/>
                                </a:lnTo>
                                <a:lnTo>
                                  <a:pt x="2961199" y="1637157"/>
                                </a:lnTo>
                                <a:close/>
                                <a:moveTo>
                                  <a:pt x="4164239" y="1636932"/>
                                </a:moveTo>
                                <a:lnTo>
                                  <a:pt x="4161972" y="1639203"/>
                                </a:lnTo>
                                <a:lnTo>
                                  <a:pt x="4162879" y="1643744"/>
                                </a:lnTo>
                                <a:lnTo>
                                  <a:pt x="4163274" y="1646115"/>
                                </a:lnTo>
                                <a:lnTo>
                                  <a:pt x="4164239" y="1637102"/>
                                </a:lnTo>
                                <a:lnTo>
                                  <a:pt x="4165066" y="1637154"/>
                                </a:lnTo>
                                <a:lnTo>
                                  <a:pt x="4164239" y="1636932"/>
                                </a:lnTo>
                                <a:close/>
                                <a:moveTo>
                                  <a:pt x="4260307" y="1636660"/>
                                </a:moveTo>
                                <a:lnTo>
                                  <a:pt x="4259759" y="1637572"/>
                                </a:lnTo>
                                <a:lnTo>
                                  <a:pt x="4259532" y="1638928"/>
                                </a:lnTo>
                                <a:lnTo>
                                  <a:pt x="4259759" y="1640057"/>
                                </a:lnTo>
                                <a:lnTo>
                                  <a:pt x="4259985" y="1641412"/>
                                </a:lnTo>
                                <a:lnTo>
                                  <a:pt x="4260664" y="1642542"/>
                                </a:lnTo>
                                <a:lnTo>
                                  <a:pt x="4261795" y="1643445"/>
                                </a:lnTo>
                                <a:lnTo>
                                  <a:pt x="4262926" y="1644349"/>
                                </a:lnTo>
                                <a:lnTo>
                                  <a:pt x="4264284" y="1645478"/>
                                </a:lnTo>
                                <a:lnTo>
                                  <a:pt x="4266999" y="1646834"/>
                                </a:lnTo>
                                <a:lnTo>
                                  <a:pt x="4269365" y="1648014"/>
                                </a:lnTo>
                                <a:lnTo>
                                  <a:pt x="4264253" y="1640265"/>
                                </a:lnTo>
                                <a:lnTo>
                                  <a:pt x="4262665" y="1637550"/>
                                </a:lnTo>
                                <a:lnTo>
                                  <a:pt x="4261531" y="1636872"/>
                                </a:lnTo>
                                <a:lnTo>
                                  <a:pt x="4260307" y="1636660"/>
                                </a:lnTo>
                                <a:close/>
                                <a:moveTo>
                                  <a:pt x="2611717" y="1636329"/>
                                </a:moveTo>
                                <a:lnTo>
                                  <a:pt x="2611664" y="1636411"/>
                                </a:lnTo>
                                <a:lnTo>
                                  <a:pt x="2615292" y="1638702"/>
                                </a:lnTo>
                                <a:lnTo>
                                  <a:pt x="2616024" y="1637816"/>
                                </a:lnTo>
                                <a:lnTo>
                                  <a:pt x="2615534" y="1638302"/>
                                </a:lnTo>
                                <a:lnTo>
                                  <a:pt x="2611717" y="1636329"/>
                                </a:lnTo>
                                <a:close/>
                                <a:moveTo>
                                  <a:pt x="4189677" y="1636322"/>
                                </a:moveTo>
                                <a:lnTo>
                                  <a:pt x="4198659" y="1642163"/>
                                </a:lnTo>
                                <a:lnTo>
                                  <a:pt x="4201173" y="1640810"/>
                                </a:lnTo>
                                <a:lnTo>
                                  <a:pt x="4211918" y="1642840"/>
                                </a:lnTo>
                                <a:lnTo>
                                  <a:pt x="4223020" y="1639741"/>
                                </a:lnTo>
                                <a:lnTo>
                                  <a:pt x="4222196" y="1639154"/>
                                </a:lnTo>
                                <a:lnTo>
                                  <a:pt x="4206357" y="1641412"/>
                                </a:lnTo>
                                <a:lnTo>
                                  <a:pt x="4200926" y="1640283"/>
                                </a:lnTo>
                                <a:lnTo>
                                  <a:pt x="4200700" y="1640283"/>
                                </a:lnTo>
                                <a:lnTo>
                                  <a:pt x="4198664" y="1641412"/>
                                </a:lnTo>
                                <a:lnTo>
                                  <a:pt x="4198211" y="1641638"/>
                                </a:lnTo>
                                <a:lnTo>
                                  <a:pt x="4197985" y="1640735"/>
                                </a:lnTo>
                                <a:lnTo>
                                  <a:pt x="4197306" y="1640283"/>
                                </a:lnTo>
                                <a:lnTo>
                                  <a:pt x="4195496" y="1639154"/>
                                </a:lnTo>
                                <a:lnTo>
                                  <a:pt x="4193007" y="1638024"/>
                                </a:lnTo>
                                <a:lnTo>
                                  <a:pt x="4190065" y="1636443"/>
                                </a:lnTo>
                                <a:lnTo>
                                  <a:pt x="4189677" y="1636322"/>
                                </a:lnTo>
                                <a:close/>
                                <a:moveTo>
                                  <a:pt x="2968703" y="1635718"/>
                                </a:moveTo>
                                <a:lnTo>
                                  <a:pt x="2967079" y="1636848"/>
                                </a:lnTo>
                                <a:lnTo>
                                  <a:pt x="2967651" y="1636942"/>
                                </a:lnTo>
                                <a:lnTo>
                                  <a:pt x="2968703" y="1635718"/>
                                </a:lnTo>
                                <a:close/>
                                <a:moveTo>
                                  <a:pt x="3303134" y="1635684"/>
                                </a:moveTo>
                                <a:lnTo>
                                  <a:pt x="3302074" y="1636034"/>
                                </a:lnTo>
                                <a:lnTo>
                                  <a:pt x="3303365" y="1636372"/>
                                </a:lnTo>
                                <a:lnTo>
                                  <a:pt x="3308150" y="1637500"/>
                                </a:lnTo>
                                <a:lnTo>
                                  <a:pt x="3313164" y="1638404"/>
                                </a:lnTo>
                                <a:lnTo>
                                  <a:pt x="3313518" y="1638404"/>
                                </a:lnTo>
                                <a:lnTo>
                                  <a:pt x="3310165" y="1637731"/>
                                </a:lnTo>
                                <a:lnTo>
                                  <a:pt x="3306763" y="1636822"/>
                                </a:lnTo>
                                <a:lnTo>
                                  <a:pt x="3303134" y="1635684"/>
                                </a:lnTo>
                                <a:close/>
                                <a:moveTo>
                                  <a:pt x="665616" y="1635107"/>
                                </a:moveTo>
                                <a:lnTo>
                                  <a:pt x="657066" y="1642777"/>
                                </a:lnTo>
                                <a:lnTo>
                                  <a:pt x="657225" y="1642598"/>
                                </a:lnTo>
                                <a:lnTo>
                                  <a:pt x="661307" y="1638739"/>
                                </a:lnTo>
                                <a:lnTo>
                                  <a:pt x="665616" y="1635107"/>
                                </a:lnTo>
                                <a:close/>
                                <a:moveTo>
                                  <a:pt x="2953499" y="1633588"/>
                                </a:moveTo>
                                <a:lnTo>
                                  <a:pt x="2955925" y="1642690"/>
                                </a:lnTo>
                                <a:lnTo>
                                  <a:pt x="2955698" y="1642690"/>
                                </a:lnTo>
                                <a:lnTo>
                                  <a:pt x="2955698" y="1646354"/>
                                </a:lnTo>
                                <a:lnTo>
                                  <a:pt x="2955267" y="1655907"/>
                                </a:lnTo>
                                <a:lnTo>
                                  <a:pt x="2955873" y="1656006"/>
                                </a:lnTo>
                                <a:lnTo>
                                  <a:pt x="2956672" y="1647929"/>
                                </a:lnTo>
                                <a:lnTo>
                                  <a:pt x="2956151" y="1647211"/>
                                </a:lnTo>
                                <a:lnTo>
                                  <a:pt x="2955925" y="1643193"/>
                                </a:lnTo>
                                <a:lnTo>
                                  <a:pt x="2956376" y="1642970"/>
                                </a:lnTo>
                                <a:lnTo>
                                  <a:pt x="2956801" y="1642637"/>
                                </a:lnTo>
                                <a:lnTo>
                                  <a:pt x="2956525" y="1642798"/>
                                </a:lnTo>
                                <a:lnTo>
                                  <a:pt x="2954235" y="1634380"/>
                                </a:lnTo>
                                <a:lnTo>
                                  <a:pt x="2953873" y="1634234"/>
                                </a:lnTo>
                                <a:lnTo>
                                  <a:pt x="2953531" y="1633588"/>
                                </a:lnTo>
                                <a:lnTo>
                                  <a:pt x="2953499" y="1633588"/>
                                </a:lnTo>
                                <a:close/>
                                <a:moveTo>
                                  <a:pt x="2056493" y="1632151"/>
                                </a:moveTo>
                                <a:lnTo>
                                  <a:pt x="2052864" y="1656858"/>
                                </a:lnTo>
                                <a:lnTo>
                                  <a:pt x="2049689" y="1661617"/>
                                </a:lnTo>
                                <a:lnTo>
                                  <a:pt x="2050369" y="1656177"/>
                                </a:lnTo>
                                <a:lnTo>
                                  <a:pt x="2050596" y="1655497"/>
                                </a:lnTo>
                                <a:lnTo>
                                  <a:pt x="2056266" y="1633058"/>
                                </a:lnTo>
                                <a:lnTo>
                                  <a:pt x="2056493" y="1632151"/>
                                </a:lnTo>
                                <a:close/>
                                <a:moveTo>
                                  <a:pt x="2792394" y="1632069"/>
                                </a:moveTo>
                                <a:lnTo>
                                  <a:pt x="2792618" y="1632069"/>
                                </a:lnTo>
                                <a:lnTo>
                                  <a:pt x="2809875" y="1632387"/>
                                </a:lnTo>
                                <a:lnTo>
                                  <a:pt x="2809427" y="1633656"/>
                                </a:lnTo>
                                <a:lnTo>
                                  <a:pt x="2790825" y="1632387"/>
                                </a:lnTo>
                                <a:lnTo>
                                  <a:pt x="2792394" y="1632069"/>
                                </a:lnTo>
                                <a:close/>
                                <a:moveTo>
                                  <a:pt x="2614612" y="1631830"/>
                                </a:moveTo>
                                <a:lnTo>
                                  <a:pt x="2613488" y="1633577"/>
                                </a:lnTo>
                                <a:lnTo>
                                  <a:pt x="2614766" y="1631952"/>
                                </a:lnTo>
                                <a:lnTo>
                                  <a:pt x="2614913" y="1632033"/>
                                </a:lnTo>
                                <a:lnTo>
                                  <a:pt x="2614612" y="1631830"/>
                                </a:lnTo>
                                <a:close/>
                                <a:moveTo>
                                  <a:pt x="653370" y="1631021"/>
                                </a:moveTo>
                                <a:lnTo>
                                  <a:pt x="652450" y="1633075"/>
                                </a:lnTo>
                                <a:lnTo>
                                  <a:pt x="653370" y="1633006"/>
                                </a:lnTo>
                                <a:lnTo>
                                  <a:pt x="655980" y="1632328"/>
                                </a:lnTo>
                                <a:lnTo>
                                  <a:pt x="653370" y="1631021"/>
                                </a:lnTo>
                                <a:close/>
                                <a:moveTo>
                                  <a:pt x="4156183" y="1627423"/>
                                </a:moveTo>
                                <a:lnTo>
                                  <a:pt x="4159477" y="1628985"/>
                                </a:lnTo>
                                <a:lnTo>
                                  <a:pt x="4163786" y="1630801"/>
                                </a:lnTo>
                                <a:lnTo>
                                  <a:pt x="4167868" y="1633072"/>
                                </a:lnTo>
                                <a:lnTo>
                                  <a:pt x="4171950" y="1635570"/>
                                </a:lnTo>
                                <a:lnTo>
                                  <a:pt x="4175579" y="1638294"/>
                                </a:lnTo>
                                <a:lnTo>
                                  <a:pt x="4177100" y="1639370"/>
                                </a:lnTo>
                                <a:lnTo>
                                  <a:pt x="4178073" y="1639597"/>
                                </a:lnTo>
                                <a:lnTo>
                                  <a:pt x="4179328" y="1639943"/>
                                </a:lnTo>
                                <a:lnTo>
                                  <a:pt x="4176713" y="1637881"/>
                                </a:lnTo>
                                <a:lnTo>
                                  <a:pt x="4186837" y="1635436"/>
                                </a:lnTo>
                                <a:lnTo>
                                  <a:pt x="4186445" y="1635314"/>
                                </a:lnTo>
                                <a:lnTo>
                                  <a:pt x="4182372" y="1633959"/>
                                </a:lnTo>
                                <a:lnTo>
                                  <a:pt x="4173999" y="1631925"/>
                                </a:lnTo>
                                <a:lnTo>
                                  <a:pt x="4156183" y="1627423"/>
                                </a:lnTo>
                                <a:close/>
                                <a:moveTo>
                                  <a:pt x="3020659" y="1623829"/>
                                </a:moveTo>
                                <a:lnTo>
                                  <a:pt x="3022221" y="1629352"/>
                                </a:lnTo>
                                <a:lnTo>
                                  <a:pt x="3028084" y="1633371"/>
                                </a:lnTo>
                                <a:lnTo>
                                  <a:pt x="3032548" y="1639723"/>
                                </a:lnTo>
                                <a:lnTo>
                                  <a:pt x="3032494" y="1639234"/>
                                </a:lnTo>
                                <a:lnTo>
                                  <a:pt x="3031819" y="1637189"/>
                                </a:lnTo>
                                <a:lnTo>
                                  <a:pt x="3030692" y="1635371"/>
                                </a:lnTo>
                                <a:lnTo>
                                  <a:pt x="3029791" y="1633326"/>
                                </a:lnTo>
                                <a:lnTo>
                                  <a:pt x="3028665" y="1631508"/>
                                </a:lnTo>
                                <a:lnTo>
                                  <a:pt x="3027088" y="1629917"/>
                                </a:lnTo>
                                <a:lnTo>
                                  <a:pt x="3025511" y="1628099"/>
                                </a:lnTo>
                                <a:lnTo>
                                  <a:pt x="3021906" y="1624689"/>
                                </a:lnTo>
                                <a:lnTo>
                                  <a:pt x="3020659" y="1623829"/>
                                </a:lnTo>
                                <a:close/>
                                <a:moveTo>
                                  <a:pt x="2906283" y="1623330"/>
                                </a:moveTo>
                                <a:lnTo>
                                  <a:pt x="2906264" y="1623413"/>
                                </a:lnTo>
                                <a:lnTo>
                                  <a:pt x="2906324" y="1623453"/>
                                </a:lnTo>
                                <a:lnTo>
                                  <a:pt x="2906283" y="1623330"/>
                                </a:lnTo>
                                <a:close/>
                                <a:moveTo>
                                  <a:pt x="5212443" y="1622816"/>
                                </a:moveTo>
                                <a:lnTo>
                                  <a:pt x="5215164" y="1623950"/>
                                </a:lnTo>
                                <a:lnTo>
                                  <a:pt x="5217205" y="1625991"/>
                                </a:lnTo>
                                <a:lnTo>
                                  <a:pt x="5212443" y="1622816"/>
                                </a:lnTo>
                                <a:close/>
                                <a:moveTo>
                                  <a:pt x="2900992" y="1620017"/>
                                </a:moveTo>
                                <a:lnTo>
                                  <a:pt x="2891381" y="1637884"/>
                                </a:lnTo>
                                <a:lnTo>
                                  <a:pt x="2884516" y="1644297"/>
                                </a:lnTo>
                                <a:lnTo>
                                  <a:pt x="2886710" y="1650446"/>
                                </a:lnTo>
                                <a:lnTo>
                                  <a:pt x="2886757" y="1649561"/>
                                </a:lnTo>
                                <a:lnTo>
                                  <a:pt x="2891535" y="1637880"/>
                                </a:lnTo>
                                <a:lnTo>
                                  <a:pt x="2901065" y="1620066"/>
                                </a:lnTo>
                                <a:lnTo>
                                  <a:pt x="2900992" y="1620017"/>
                                </a:lnTo>
                                <a:close/>
                                <a:moveTo>
                                  <a:pt x="3007537" y="1619970"/>
                                </a:moveTo>
                                <a:lnTo>
                                  <a:pt x="3019278" y="1622876"/>
                                </a:lnTo>
                                <a:lnTo>
                                  <a:pt x="3017626" y="1621735"/>
                                </a:lnTo>
                                <a:lnTo>
                                  <a:pt x="3007537" y="1619970"/>
                                </a:lnTo>
                                <a:close/>
                                <a:moveTo>
                                  <a:pt x="504645" y="1619951"/>
                                </a:moveTo>
                                <a:lnTo>
                                  <a:pt x="503512" y="1620404"/>
                                </a:lnTo>
                                <a:lnTo>
                                  <a:pt x="499887" y="1626981"/>
                                </a:lnTo>
                                <a:lnTo>
                                  <a:pt x="501473" y="1625167"/>
                                </a:lnTo>
                                <a:lnTo>
                                  <a:pt x="500793" y="1630610"/>
                                </a:lnTo>
                                <a:lnTo>
                                  <a:pt x="500793" y="1630837"/>
                                </a:lnTo>
                                <a:lnTo>
                                  <a:pt x="501020" y="1629929"/>
                                </a:lnTo>
                                <a:lnTo>
                                  <a:pt x="504645" y="1619951"/>
                                </a:lnTo>
                                <a:close/>
                                <a:moveTo>
                                  <a:pt x="4316640" y="1619909"/>
                                </a:moveTo>
                                <a:lnTo>
                                  <a:pt x="4297817" y="1640265"/>
                                </a:lnTo>
                                <a:lnTo>
                                  <a:pt x="4283445" y="1660969"/>
                                </a:lnTo>
                                <a:lnTo>
                                  <a:pt x="4290332" y="1656378"/>
                                </a:lnTo>
                                <a:lnTo>
                                  <a:pt x="4298496" y="1651389"/>
                                </a:lnTo>
                                <a:lnTo>
                                  <a:pt x="4307341" y="1645946"/>
                                </a:lnTo>
                                <a:lnTo>
                                  <a:pt x="4316186" y="1640731"/>
                                </a:lnTo>
                                <a:lnTo>
                                  <a:pt x="4324803" y="1636195"/>
                                </a:lnTo>
                                <a:lnTo>
                                  <a:pt x="4328886" y="1634154"/>
                                </a:lnTo>
                                <a:lnTo>
                                  <a:pt x="4332741" y="1632567"/>
                                </a:lnTo>
                                <a:lnTo>
                                  <a:pt x="4336823" y="1631206"/>
                                </a:lnTo>
                                <a:lnTo>
                                  <a:pt x="4340225" y="1630073"/>
                                </a:lnTo>
                                <a:lnTo>
                                  <a:pt x="4343627" y="1629392"/>
                                </a:lnTo>
                                <a:lnTo>
                                  <a:pt x="4344718" y="1629308"/>
                                </a:lnTo>
                                <a:lnTo>
                                  <a:pt x="4316640" y="1619909"/>
                                </a:lnTo>
                                <a:close/>
                                <a:moveTo>
                                  <a:pt x="2980517" y="1619433"/>
                                </a:moveTo>
                                <a:lnTo>
                                  <a:pt x="2981429" y="1623019"/>
                                </a:lnTo>
                                <a:lnTo>
                                  <a:pt x="2981632" y="1621763"/>
                                </a:lnTo>
                                <a:lnTo>
                                  <a:pt x="2980517" y="1619433"/>
                                </a:lnTo>
                                <a:close/>
                                <a:moveTo>
                                  <a:pt x="3000927" y="1618813"/>
                                </a:moveTo>
                                <a:lnTo>
                                  <a:pt x="3001701" y="1619083"/>
                                </a:lnTo>
                                <a:lnTo>
                                  <a:pt x="3003956" y="1619530"/>
                                </a:lnTo>
                                <a:lnTo>
                                  <a:pt x="3005977" y="1619697"/>
                                </a:lnTo>
                                <a:lnTo>
                                  <a:pt x="3000927" y="1618813"/>
                                </a:lnTo>
                                <a:close/>
                                <a:moveTo>
                                  <a:pt x="5128986" y="1615333"/>
                                </a:moveTo>
                                <a:lnTo>
                                  <a:pt x="5132614" y="1616240"/>
                                </a:lnTo>
                                <a:lnTo>
                                  <a:pt x="5129893" y="1615333"/>
                                </a:lnTo>
                                <a:lnTo>
                                  <a:pt x="5128986" y="1615333"/>
                                </a:lnTo>
                                <a:close/>
                                <a:moveTo>
                                  <a:pt x="2736850" y="1614606"/>
                                </a:moveTo>
                                <a:lnTo>
                                  <a:pt x="2746375" y="1619369"/>
                                </a:lnTo>
                                <a:lnTo>
                                  <a:pt x="2745942" y="1619369"/>
                                </a:lnTo>
                                <a:lnTo>
                                  <a:pt x="2736850" y="1614606"/>
                                </a:lnTo>
                                <a:close/>
                                <a:moveTo>
                                  <a:pt x="2385823" y="1614013"/>
                                </a:moveTo>
                                <a:lnTo>
                                  <a:pt x="2378075" y="1630791"/>
                                </a:lnTo>
                                <a:lnTo>
                                  <a:pt x="2377714" y="1631039"/>
                                </a:lnTo>
                                <a:lnTo>
                                  <a:pt x="2378049" y="1632903"/>
                                </a:lnTo>
                                <a:lnTo>
                                  <a:pt x="2378735" y="1635442"/>
                                </a:lnTo>
                                <a:lnTo>
                                  <a:pt x="2380107" y="1637288"/>
                                </a:lnTo>
                                <a:lnTo>
                                  <a:pt x="2381478" y="1639135"/>
                                </a:lnTo>
                                <a:lnTo>
                                  <a:pt x="2383307" y="1640751"/>
                                </a:lnTo>
                                <a:lnTo>
                                  <a:pt x="2385136" y="1642135"/>
                                </a:lnTo>
                                <a:lnTo>
                                  <a:pt x="2386777" y="1642888"/>
                                </a:lnTo>
                                <a:lnTo>
                                  <a:pt x="2378075" y="1631290"/>
                                </a:lnTo>
                                <a:lnTo>
                                  <a:pt x="2381891" y="1630147"/>
                                </a:lnTo>
                                <a:lnTo>
                                  <a:pt x="2385708" y="1629462"/>
                                </a:lnTo>
                                <a:lnTo>
                                  <a:pt x="2389299" y="1629005"/>
                                </a:lnTo>
                                <a:lnTo>
                                  <a:pt x="2393116" y="1628776"/>
                                </a:lnTo>
                                <a:lnTo>
                                  <a:pt x="2396932" y="1628776"/>
                                </a:lnTo>
                                <a:lnTo>
                                  <a:pt x="2400524" y="1629233"/>
                                </a:lnTo>
                                <a:lnTo>
                                  <a:pt x="2404116" y="1630147"/>
                                </a:lnTo>
                                <a:lnTo>
                                  <a:pt x="2406208" y="1630908"/>
                                </a:lnTo>
                                <a:lnTo>
                                  <a:pt x="2405945" y="1630711"/>
                                </a:lnTo>
                                <a:lnTo>
                                  <a:pt x="2403226" y="1629352"/>
                                </a:lnTo>
                                <a:lnTo>
                                  <a:pt x="2400734" y="1628446"/>
                                </a:lnTo>
                                <a:lnTo>
                                  <a:pt x="2397561" y="1627540"/>
                                </a:lnTo>
                                <a:lnTo>
                                  <a:pt x="2394389" y="1627314"/>
                                </a:lnTo>
                                <a:lnTo>
                                  <a:pt x="2390764" y="1627540"/>
                                </a:lnTo>
                                <a:lnTo>
                                  <a:pt x="2386912" y="1628446"/>
                                </a:lnTo>
                                <a:lnTo>
                                  <a:pt x="2382607" y="1629352"/>
                                </a:lnTo>
                                <a:lnTo>
                                  <a:pt x="2378075" y="1630937"/>
                                </a:lnTo>
                                <a:lnTo>
                                  <a:pt x="2387138" y="1615766"/>
                                </a:lnTo>
                                <a:lnTo>
                                  <a:pt x="2385823" y="1614013"/>
                                </a:lnTo>
                                <a:close/>
                                <a:moveTo>
                                  <a:pt x="2989016" y="1612417"/>
                                </a:moveTo>
                                <a:lnTo>
                                  <a:pt x="2980356" y="1617222"/>
                                </a:lnTo>
                                <a:lnTo>
                                  <a:pt x="2981857" y="1616627"/>
                                </a:lnTo>
                                <a:lnTo>
                                  <a:pt x="2983661" y="1615735"/>
                                </a:lnTo>
                                <a:lnTo>
                                  <a:pt x="2985465" y="1615288"/>
                                </a:lnTo>
                                <a:lnTo>
                                  <a:pt x="2987044" y="1614842"/>
                                </a:lnTo>
                                <a:lnTo>
                                  <a:pt x="2988397" y="1614619"/>
                                </a:lnTo>
                                <a:lnTo>
                                  <a:pt x="2989750" y="1614842"/>
                                </a:lnTo>
                                <a:lnTo>
                                  <a:pt x="2990889" y="1615252"/>
                                </a:lnTo>
                                <a:lnTo>
                                  <a:pt x="2989016" y="1612417"/>
                                </a:lnTo>
                                <a:close/>
                                <a:moveTo>
                                  <a:pt x="5375035" y="1609536"/>
                                </a:moveTo>
                                <a:lnTo>
                                  <a:pt x="5374581" y="1609989"/>
                                </a:lnTo>
                                <a:lnTo>
                                  <a:pt x="5374127" y="1611802"/>
                                </a:lnTo>
                                <a:lnTo>
                                  <a:pt x="5375035" y="1609536"/>
                                </a:lnTo>
                                <a:close/>
                                <a:moveTo>
                                  <a:pt x="5507062" y="1606363"/>
                                </a:moveTo>
                                <a:lnTo>
                                  <a:pt x="5518404" y="1617467"/>
                                </a:lnTo>
                                <a:lnTo>
                                  <a:pt x="5518177" y="1616787"/>
                                </a:lnTo>
                                <a:lnTo>
                                  <a:pt x="5507062" y="1606363"/>
                                </a:lnTo>
                                <a:close/>
                                <a:moveTo>
                                  <a:pt x="674007" y="1606051"/>
                                </a:moveTo>
                                <a:lnTo>
                                  <a:pt x="673101" y="1606959"/>
                                </a:lnTo>
                                <a:lnTo>
                                  <a:pt x="673085" y="1606764"/>
                                </a:lnTo>
                                <a:lnTo>
                                  <a:pt x="674007" y="1606051"/>
                                </a:lnTo>
                                <a:close/>
                                <a:moveTo>
                                  <a:pt x="2720975" y="1605082"/>
                                </a:moveTo>
                                <a:lnTo>
                                  <a:pt x="2733675" y="1611432"/>
                                </a:lnTo>
                                <a:lnTo>
                                  <a:pt x="2732969" y="1611245"/>
                                </a:lnTo>
                                <a:lnTo>
                                  <a:pt x="2726149" y="1607883"/>
                                </a:lnTo>
                                <a:lnTo>
                                  <a:pt x="2720975" y="1605082"/>
                                </a:lnTo>
                                <a:close/>
                                <a:moveTo>
                                  <a:pt x="3087687" y="1604463"/>
                                </a:moveTo>
                                <a:lnTo>
                                  <a:pt x="3087237" y="1606053"/>
                                </a:lnTo>
                                <a:lnTo>
                                  <a:pt x="3087022" y="1606344"/>
                                </a:lnTo>
                                <a:lnTo>
                                  <a:pt x="3087687" y="1604463"/>
                                </a:lnTo>
                                <a:close/>
                                <a:moveTo>
                                  <a:pt x="5433108" y="1603191"/>
                                </a:moveTo>
                                <a:lnTo>
                                  <a:pt x="5438326" y="1604550"/>
                                </a:lnTo>
                                <a:lnTo>
                                  <a:pt x="5438553" y="1604550"/>
                                </a:lnTo>
                                <a:lnTo>
                                  <a:pt x="5438553" y="1604324"/>
                                </a:lnTo>
                                <a:lnTo>
                                  <a:pt x="5438780" y="1604324"/>
                                </a:lnTo>
                                <a:lnTo>
                                  <a:pt x="5433108" y="1603191"/>
                                </a:lnTo>
                                <a:close/>
                                <a:moveTo>
                                  <a:pt x="2925858" y="1600633"/>
                                </a:moveTo>
                                <a:lnTo>
                                  <a:pt x="2926445" y="1602113"/>
                                </a:lnTo>
                                <a:lnTo>
                                  <a:pt x="2901532" y="1611250"/>
                                </a:lnTo>
                                <a:lnTo>
                                  <a:pt x="2897908" y="1614905"/>
                                </a:lnTo>
                                <a:lnTo>
                                  <a:pt x="2894058" y="1619701"/>
                                </a:lnTo>
                                <a:lnTo>
                                  <a:pt x="2892019" y="1622671"/>
                                </a:lnTo>
                                <a:lnTo>
                                  <a:pt x="2890378" y="1625361"/>
                                </a:lnTo>
                                <a:lnTo>
                                  <a:pt x="2892754" y="1622766"/>
                                </a:lnTo>
                                <a:lnTo>
                                  <a:pt x="2895958" y="1620246"/>
                                </a:lnTo>
                                <a:lnTo>
                                  <a:pt x="2899848" y="1618185"/>
                                </a:lnTo>
                                <a:lnTo>
                                  <a:pt x="2903738" y="1616124"/>
                                </a:lnTo>
                                <a:lnTo>
                                  <a:pt x="2903951" y="1616501"/>
                                </a:lnTo>
                                <a:lnTo>
                                  <a:pt x="2903822" y="1616123"/>
                                </a:lnTo>
                                <a:lnTo>
                                  <a:pt x="2903843" y="1616134"/>
                                </a:lnTo>
                                <a:lnTo>
                                  <a:pt x="2901950" y="1611362"/>
                                </a:lnTo>
                                <a:lnTo>
                                  <a:pt x="2903450" y="1611946"/>
                                </a:lnTo>
                                <a:lnTo>
                                  <a:pt x="2903725" y="1611929"/>
                                </a:lnTo>
                                <a:lnTo>
                                  <a:pt x="2903635" y="1611963"/>
                                </a:lnTo>
                                <a:lnTo>
                                  <a:pt x="2903492" y="1611963"/>
                                </a:lnTo>
                                <a:lnTo>
                                  <a:pt x="2910663" y="1614754"/>
                                </a:lnTo>
                                <a:lnTo>
                                  <a:pt x="2909976" y="1614754"/>
                                </a:lnTo>
                                <a:lnTo>
                                  <a:pt x="2904449" y="1616432"/>
                                </a:lnTo>
                                <a:lnTo>
                                  <a:pt x="2914060" y="1621162"/>
                                </a:lnTo>
                                <a:lnTo>
                                  <a:pt x="2919976" y="1623681"/>
                                </a:lnTo>
                                <a:lnTo>
                                  <a:pt x="2926574" y="1626658"/>
                                </a:lnTo>
                                <a:lnTo>
                                  <a:pt x="2933173" y="1629178"/>
                                </a:lnTo>
                                <a:lnTo>
                                  <a:pt x="2934684" y="1629684"/>
                                </a:lnTo>
                                <a:lnTo>
                                  <a:pt x="2931432" y="1628022"/>
                                </a:lnTo>
                                <a:lnTo>
                                  <a:pt x="2925989" y="1624544"/>
                                </a:lnTo>
                                <a:lnTo>
                                  <a:pt x="2919412" y="1619906"/>
                                </a:lnTo>
                                <a:lnTo>
                                  <a:pt x="2911475" y="1614341"/>
                                </a:lnTo>
                                <a:lnTo>
                                  <a:pt x="2914877" y="1613412"/>
                                </a:lnTo>
                                <a:lnTo>
                                  <a:pt x="2918278" y="1612949"/>
                                </a:lnTo>
                                <a:lnTo>
                                  <a:pt x="2921453" y="1612949"/>
                                </a:lnTo>
                                <a:lnTo>
                                  <a:pt x="2923493" y="1612949"/>
                                </a:lnTo>
                                <a:lnTo>
                                  <a:pt x="2921883" y="1612645"/>
                                </a:lnTo>
                                <a:lnTo>
                                  <a:pt x="2918053" y="1612190"/>
                                </a:lnTo>
                                <a:lnTo>
                                  <a:pt x="2914449" y="1611736"/>
                                </a:lnTo>
                                <a:lnTo>
                                  <a:pt x="2910619" y="1611736"/>
                                </a:lnTo>
                                <a:lnTo>
                                  <a:pt x="2906789" y="1611736"/>
                                </a:lnTo>
                                <a:lnTo>
                                  <a:pt x="2903725" y="1611929"/>
                                </a:lnTo>
                                <a:lnTo>
                                  <a:pt x="2927515" y="1602872"/>
                                </a:lnTo>
                                <a:lnTo>
                                  <a:pt x="2925858" y="1600633"/>
                                </a:lnTo>
                                <a:close/>
                                <a:moveTo>
                                  <a:pt x="5259149" y="1597490"/>
                                </a:moveTo>
                                <a:lnTo>
                                  <a:pt x="5260975" y="1601954"/>
                                </a:lnTo>
                                <a:lnTo>
                                  <a:pt x="5260068" y="1600139"/>
                                </a:lnTo>
                                <a:lnTo>
                                  <a:pt x="5259841" y="1599913"/>
                                </a:lnTo>
                                <a:lnTo>
                                  <a:pt x="5259149" y="1597490"/>
                                </a:lnTo>
                                <a:close/>
                                <a:moveTo>
                                  <a:pt x="5258934" y="1596738"/>
                                </a:moveTo>
                                <a:lnTo>
                                  <a:pt x="5259149" y="1597490"/>
                                </a:lnTo>
                                <a:lnTo>
                                  <a:pt x="5258934" y="1596965"/>
                                </a:lnTo>
                                <a:lnTo>
                                  <a:pt x="5258934" y="1596738"/>
                                </a:lnTo>
                                <a:close/>
                                <a:moveTo>
                                  <a:pt x="3073211" y="1595086"/>
                                </a:moveTo>
                                <a:lnTo>
                                  <a:pt x="3073945" y="1595827"/>
                                </a:lnTo>
                                <a:lnTo>
                                  <a:pt x="3075973" y="1597646"/>
                                </a:lnTo>
                                <a:lnTo>
                                  <a:pt x="3078226" y="1599463"/>
                                </a:lnTo>
                                <a:lnTo>
                                  <a:pt x="3080478" y="1601054"/>
                                </a:lnTo>
                                <a:lnTo>
                                  <a:pt x="3082956" y="1602418"/>
                                </a:lnTo>
                                <a:lnTo>
                                  <a:pt x="3085209" y="1603554"/>
                                </a:lnTo>
                                <a:lnTo>
                                  <a:pt x="3087687" y="1604463"/>
                                </a:lnTo>
                                <a:lnTo>
                                  <a:pt x="3080704" y="1602418"/>
                                </a:lnTo>
                                <a:lnTo>
                                  <a:pt x="3075522" y="1601054"/>
                                </a:lnTo>
                                <a:lnTo>
                                  <a:pt x="3071467" y="1600599"/>
                                </a:lnTo>
                                <a:lnTo>
                                  <a:pt x="3070341" y="1600599"/>
                                </a:lnTo>
                                <a:lnTo>
                                  <a:pt x="3069215" y="1600827"/>
                                </a:lnTo>
                                <a:lnTo>
                                  <a:pt x="3068313" y="1601054"/>
                                </a:lnTo>
                                <a:lnTo>
                                  <a:pt x="3067863" y="1601736"/>
                                </a:lnTo>
                                <a:lnTo>
                                  <a:pt x="3067638" y="1602190"/>
                                </a:lnTo>
                                <a:lnTo>
                                  <a:pt x="3067638" y="1602645"/>
                                </a:lnTo>
                                <a:lnTo>
                                  <a:pt x="3067863" y="1603099"/>
                                </a:lnTo>
                                <a:lnTo>
                                  <a:pt x="3068313" y="1603781"/>
                                </a:lnTo>
                                <a:lnTo>
                                  <a:pt x="3069890" y="1605372"/>
                                </a:lnTo>
                                <a:lnTo>
                                  <a:pt x="3071693" y="1606508"/>
                                </a:lnTo>
                                <a:lnTo>
                                  <a:pt x="3074171" y="1607644"/>
                                </a:lnTo>
                                <a:lnTo>
                                  <a:pt x="3076874" y="1608781"/>
                                </a:lnTo>
                                <a:lnTo>
                                  <a:pt x="3079577" y="1609236"/>
                                </a:lnTo>
                                <a:lnTo>
                                  <a:pt x="3080929" y="1609236"/>
                                </a:lnTo>
                                <a:lnTo>
                                  <a:pt x="3082281" y="1609236"/>
                                </a:lnTo>
                                <a:lnTo>
                                  <a:pt x="3083407" y="1609008"/>
                                </a:lnTo>
                                <a:lnTo>
                                  <a:pt x="3084533" y="1608554"/>
                                </a:lnTo>
                                <a:lnTo>
                                  <a:pt x="3085660" y="1607644"/>
                                </a:lnTo>
                                <a:lnTo>
                                  <a:pt x="3086561" y="1606963"/>
                                </a:lnTo>
                                <a:lnTo>
                                  <a:pt x="3087022" y="1606344"/>
                                </a:lnTo>
                                <a:lnTo>
                                  <a:pt x="3086561" y="1607644"/>
                                </a:lnTo>
                                <a:lnTo>
                                  <a:pt x="3085209" y="1610599"/>
                                </a:lnTo>
                                <a:lnTo>
                                  <a:pt x="3084083" y="1612872"/>
                                </a:lnTo>
                                <a:lnTo>
                                  <a:pt x="3082731" y="1614690"/>
                                </a:lnTo>
                                <a:lnTo>
                                  <a:pt x="3080028" y="1618326"/>
                                </a:lnTo>
                                <a:lnTo>
                                  <a:pt x="3077550" y="1620826"/>
                                </a:lnTo>
                                <a:lnTo>
                                  <a:pt x="3075072" y="1623553"/>
                                </a:lnTo>
                                <a:lnTo>
                                  <a:pt x="3074171" y="1625372"/>
                                </a:lnTo>
                                <a:lnTo>
                                  <a:pt x="3073270" y="1626962"/>
                                </a:lnTo>
                                <a:lnTo>
                                  <a:pt x="3072368" y="1629008"/>
                                </a:lnTo>
                                <a:lnTo>
                                  <a:pt x="3071467" y="1631281"/>
                                </a:lnTo>
                                <a:lnTo>
                                  <a:pt x="3070791" y="1634234"/>
                                </a:lnTo>
                                <a:lnTo>
                                  <a:pt x="3070341" y="1637416"/>
                                </a:lnTo>
                                <a:lnTo>
                                  <a:pt x="3065278" y="1649973"/>
                                </a:lnTo>
                                <a:lnTo>
                                  <a:pt x="3066439" y="1650223"/>
                                </a:lnTo>
                                <a:lnTo>
                                  <a:pt x="3066874" y="1650541"/>
                                </a:lnTo>
                                <a:lnTo>
                                  <a:pt x="3071359" y="1637050"/>
                                </a:lnTo>
                                <a:lnTo>
                                  <a:pt x="3073173" y="1634547"/>
                                </a:lnTo>
                                <a:lnTo>
                                  <a:pt x="3075215" y="1630682"/>
                                </a:lnTo>
                                <a:lnTo>
                                  <a:pt x="3080884" y="1620675"/>
                                </a:lnTo>
                                <a:lnTo>
                                  <a:pt x="3085873" y="1610441"/>
                                </a:lnTo>
                                <a:lnTo>
                                  <a:pt x="3087915" y="1606575"/>
                                </a:lnTo>
                                <a:lnTo>
                                  <a:pt x="3089048" y="1603619"/>
                                </a:lnTo>
                                <a:lnTo>
                                  <a:pt x="3086327" y="1602937"/>
                                </a:lnTo>
                                <a:lnTo>
                                  <a:pt x="3082925" y="1601344"/>
                                </a:lnTo>
                                <a:lnTo>
                                  <a:pt x="3079297" y="1599298"/>
                                </a:lnTo>
                                <a:lnTo>
                                  <a:pt x="3075441" y="1596797"/>
                                </a:lnTo>
                                <a:lnTo>
                                  <a:pt x="3073211" y="1595086"/>
                                </a:lnTo>
                                <a:close/>
                                <a:moveTo>
                                  <a:pt x="2061041" y="1592397"/>
                                </a:moveTo>
                                <a:lnTo>
                                  <a:pt x="2062162" y="1592624"/>
                                </a:lnTo>
                                <a:lnTo>
                                  <a:pt x="2061415" y="1597160"/>
                                </a:lnTo>
                                <a:lnTo>
                                  <a:pt x="2058987" y="1593304"/>
                                </a:lnTo>
                                <a:lnTo>
                                  <a:pt x="2061041" y="1592397"/>
                                </a:lnTo>
                                <a:close/>
                                <a:moveTo>
                                  <a:pt x="5448761" y="1590954"/>
                                </a:moveTo>
                                <a:lnTo>
                                  <a:pt x="5449442" y="1591407"/>
                                </a:lnTo>
                                <a:lnTo>
                                  <a:pt x="5449215" y="1591634"/>
                                </a:lnTo>
                                <a:lnTo>
                                  <a:pt x="5451483" y="1591180"/>
                                </a:lnTo>
                                <a:lnTo>
                                  <a:pt x="5448761" y="1590954"/>
                                </a:lnTo>
                                <a:close/>
                                <a:moveTo>
                                  <a:pt x="3670300" y="1584933"/>
                                </a:moveTo>
                                <a:lnTo>
                                  <a:pt x="3683454" y="1600147"/>
                                </a:lnTo>
                                <a:lnTo>
                                  <a:pt x="3698875" y="1663045"/>
                                </a:lnTo>
                                <a:lnTo>
                                  <a:pt x="3714296" y="1727076"/>
                                </a:lnTo>
                                <a:lnTo>
                                  <a:pt x="3729491" y="1791789"/>
                                </a:lnTo>
                                <a:lnTo>
                                  <a:pt x="3744912" y="1857414"/>
                                </a:lnTo>
                                <a:lnTo>
                                  <a:pt x="3743779" y="1857414"/>
                                </a:lnTo>
                                <a:lnTo>
                                  <a:pt x="3739243" y="1859685"/>
                                </a:lnTo>
                                <a:lnTo>
                                  <a:pt x="3736975" y="1860820"/>
                                </a:lnTo>
                                <a:lnTo>
                                  <a:pt x="3735161" y="1862183"/>
                                </a:lnTo>
                                <a:lnTo>
                                  <a:pt x="3733346" y="1863545"/>
                                </a:lnTo>
                                <a:lnTo>
                                  <a:pt x="3731532" y="1865134"/>
                                </a:lnTo>
                                <a:lnTo>
                                  <a:pt x="3729945" y="1866724"/>
                                </a:lnTo>
                                <a:lnTo>
                                  <a:pt x="3728357" y="1868541"/>
                                </a:lnTo>
                                <a:lnTo>
                                  <a:pt x="3726996" y="1870357"/>
                                </a:lnTo>
                                <a:lnTo>
                                  <a:pt x="3725636" y="1872401"/>
                                </a:lnTo>
                                <a:lnTo>
                                  <a:pt x="3724502" y="1874217"/>
                                </a:lnTo>
                                <a:lnTo>
                                  <a:pt x="3723368" y="1876488"/>
                                </a:lnTo>
                                <a:lnTo>
                                  <a:pt x="3721780" y="1881030"/>
                                </a:lnTo>
                                <a:lnTo>
                                  <a:pt x="3720193" y="1886253"/>
                                </a:lnTo>
                                <a:lnTo>
                                  <a:pt x="3655786" y="1895335"/>
                                </a:lnTo>
                                <a:lnTo>
                                  <a:pt x="3648755" y="1896016"/>
                                </a:lnTo>
                                <a:lnTo>
                                  <a:pt x="3642405" y="1896243"/>
                                </a:lnTo>
                                <a:lnTo>
                                  <a:pt x="3636509" y="1896243"/>
                                </a:lnTo>
                                <a:lnTo>
                                  <a:pt x="3630839" y="1895789"/>
                                </a:lnTo>
                                <a:lnTo>
                                  <a:pt x="3625396" y="1894881"/>
                                </a:lnTo>
                                <a:lnTo>
                                  <a:pt x="3620407" y="1894200"/>
                                </a:lnTo>
                                <a:lnTo>
                                  <a:pt x="3615191" y="1893064"/>
                                </a:lnTo>
                                <a:lnTo>
                                  <a:pt x="3610428" y="1891929"/>
                                </a:lnTo>
                                <a:lnTo>
                                  <a:pt x="3600450" y="1888978"/>
                                </a:lnTo>
                                <a:lnTo>
                                  <a:pt x="3590018" y="1886253"/>
                                </a:lnTo>
                                <a:lnTo>
                                  <a:pt x="3584348" y="1884663"/>
                                </a:lnTo>
                                <a:lnTo>
                                  <a:pt x="3578452" y="1883527"/>
                                </a:lnTo>
                                <a:lnTo>
                                  <a:pt x="3572328" y="1882619"/>
                                </a:lnTo>
                                <a:lnTo>
                                  <a:pt x="3565525" y="1881711"/>
                                </a:lnTo>
                                <a:lnTo>
                                  <a:pt x="3561216" y="1881257"/>
                                </a:lnTo>
                                <a:lnTo>
                                  <a:pt x="3557814" y="1881257"/>
                                </a:lnTo>
                                <a:lnTo>
                                  <a:pt x="3554412" y="1881257"/>
                                </a:lnTo>
                                <a:lnTo>
                                  <a:pt x="3551918" y="1881711"/>
                                </a:lnTo>
                                <a:lnTo>
                                  <a:pt x="3549423" y="1881938"/>
                                </a:lnTo>
                                <a:lnTo>
                                  <a:pt x="3547155" y="1882619"/>
                                </a:lnTo>
                                <a:lnTo>
                                  <a:pt x="3545341" y="1883301"/>
                                </a:lnTo>
                                <a:lnTo>
                                  <a:pt x="3543753" y="1883982"/>
                                </a:lnTo>
                                <a:lnTo>
                                  <a:pt x="3542393" y="1885117"/>
                                </a:lnTo>
                                <a:lnTo>
                                  <a:pt x="3541032" y="1886253"/>
                                </a:lnTo>
                                <a:lnTo>
                                  <a:pt x="3540125" y="1887388"/>
                                </a:lnTo>
                                <a:lnTo>
                                  <a:pt x="3539445" y="1888750"/>
                                </a:lnTo>
                                <a:lnTo>
                                  <a:pt x="3537857" y="1891247"/>
                                </a:lnTo>
                                <a:lnTo>
                                  <a:pt x="3536723" y="1894427"/>
                                </a:lnTo>
                                <a:lnTo>
                                  <a:pt x="3535362" y="1897606"/>
                                </a:lnTo>
                                <a:lnTo>
                                  <a:pt x="3533548" y="1900785"/>
                                </a:lnTo>
                                <a:lnTo>
                                  <a:pt x="3532641" y="1902375"/>
                                </a:lnTo>
                                <a:lnTo>
                                  <a:pt x="3531507" y="1903963"/>
                                </a:lnTo>
                                <a:lnTo>
                                  <a:pt x="3529920" y="1905553"/>
                                </a:lnTo>
                                <a:lnTo>
                                  <a:pt x="3528332" y="1906916"/>
                                </a:lnTo>
                                <a:lnTo>
                                  <a:pt x="3526291" y="1908278"/>
                                </a:lnTo>
                                <a:lnTo>
                                  <a:pt x="3524023" y="1909868"/>
                                </a:lnTo>
                                <a:lnTo>
                                  <a:pt x="3521755" y="1911003"/>
                                </a:lnTo>
                                <a:lnTo>
                                  <a:pt x="3518807" y="1912365"/>
                                </a:lnTo>
                                <a:lnTo>
                                  <a:pt x="3515405" y="1913501"/>
                                </a:lnTo>
                                <a:lnTo>
                                  <a:pt x="3511777" y="1914408"/>
                                </a:lnTo>
                                <a:lnTo>
                                  <a:pt x="3507241" y="1915090"/>
                                </a:lnTo>
                                <a:lnTo>
                                  <a:pt x="3502705" y="1915998"/>
                                </a:lnTo>
                                <a:lnTo>
                                  <a:pt x="3486377" y="1918269"/>
                                </a:lnTo>
                                <a:lnTo>
                                  <a:pt x="3476625" y="1920086"/>
                                </a:lnTo>
                                <a:lnTo>
                                  <a:pt x="3471636" y="1920767"/>
                                </a:lnTo>
                                <a:lnTo>
                                  <a:pt x="3470275" y="1920994"/>
                                </a:lnTo>
                                <a:lnTo>
                                  <a:pt x="3469368" y="1920767"/>
                                </a:lnTo>
                                <a:lnTo>
                                  <a:pt x="3469141" y="1920540"/>
                                </a:lnTo>
                                <a:lnTo>
                                  <a:pt x="3468687" y="1920086"/>
                                </a:lnTo>
                                <a:lnTo>
                                  <a:pt x="3468234" y="1919178"/>
                                </a:lnTo>
                                <a:lnTo>
                                  <a:pt x="3467553" y="1918042"/>
                                </a:lnTo>
                                <a:lnTo>
                                  <a:pt x="3466193" y="1916907"/>
                                </a:lnTo>
                                <a:lnTo>
                                  <a:pt x="3464152" y="1915545"/>
                                </a:lnTo>
                                <a:lnTo>
                                  <a:pt x="3461203" y="1913501"/>
                                </a:lnTo>
                                <a:lnTo>
                                  <a:pt x="3457121" y="1911457"/>
                                </a:lnTo>
                                <a:lnTo>
                                  <a:pt x="3456441" y="1904645"/>
                                </a:lnTo>
                                <a:lnTo>
                                  <a:pt x="3447143" y="1907370"/>
                                </a:lnTo>
                                <a:lnTo>
                                  <a:pt x="3422877" y="1899422"/>
                                </a:lnTo>
                                <a:lnTo>
                                  <a:pt x="3421062" y="1902375"/>
                                </a:lnTo>
                                <a:lnTo>
                                  <a:pt x="3418568" y="1904872"/>
                                </a:lnTo>
                                <a:lnTo>
                                  <a:pt x="3415846" y="1907370"/>
                                </a:lnTo>
                                <a:lnTo>
                                  <a:pt x="3413352" y="1909641"/>
                                </a:lnTo>
                                <a:lnTo>
                                  <a:pt x="3410857" y="1911230"/>
                                </a:lnTo>
                                <a:lnTo>
                                  <a:pt x="3408816" y="1912820"/>
                                </a:lnTo>
                                <a:lnTo>
                                  <a:pt x="3407228" y="1913728"/>
                                </a:lnTo>
                                <a:lnTo>
                                  <a:pt x="3406094" y="1913955"/>
                                </a:lnTo>
                                <a:lnTo>
                                  <a:pt x="3401559" y="1911457"/>
                                </a:lnTo>
                                <a:lnTo>
                                  <a:pt x="3407002" y="1903510"/>
                                </a:lnTo>
                                <a:lnTo>
                                  <a:pt x="3371396" y="1914863"/>
                                </a:lnTo>
                                <a:lnTo>
                                  <a:pt x="3373211" y="1913273"/>
                                </a:lnTo>
                                <a:lnTo>
                                  <a:pt x="3375252" y="1911457"/>
                                </a:lnTo>
                                <a:lnTo>
                                  <a:pt x="3377519" y="1909868"/>
                                </a:lnTo>
                                <a:lnTo>
                                  <a:pt x="3380014" y="1908278"/>
                                </a:lnTo>
                                <a:lnTo>
                                  <a:pt x="3385003" y="1905326"/>
                                </a:lnTo>
                                <a:lnTo>
                                  <a:pt x="3390900" y="1902375"/>
                                </a:lnTo>
                                <a:lnTo>
                                  <a:pt x="3402012" y="1896924"/>
                                </a:lnTo>
                                <a:lnTo>
                                  <a:pt x="3407228" y="1894200"/>
                                </a:lnTo>
                                <a:lnTo>
                                  <a:pt x="3411764" y="1891476"/>
                                </a:lnTo>
                                <a:lnTo>
                                  <a:pt x="3408362" y="1891247"/>
                                </a:lnTo>
                                <a:lnTo>
                                  <a:pt x="3404961" y="1891021"/>
                                </a:lnTo>
                                <a:lnTo>
                                  <a:pt x="3401332" y="1891021"/>
                                </a:lnTo>
                                <a:lnTo>
                                  <a:pt x="3397703" y="1891021"/>
                                </a:lnTo>
                                <a:lnTo>
                                  <a:pt x="3390219" y="1891929"/>
                                </a:lnTo>
                                <a:lnTo>
                                  <a:pt x="3382509" y="1892610"/>
                                </a:lnTo>
                                <a:lnTo>
                                  <a:pt x="3368675" y="1894427"/>
                                </a:lnTo>
                                <a:lnTo>
                                  <a:pt x="3363005" y="1895335"/>
                                </a:lnTo>
                                <a:lnTo>
                                  <a:pt x="3358016" y="1895563"/>
                                </a:lnTo>
                                <a:lnTo>
                                  <a:pt x="3373437" y="1890339"/>
                                </a:lnTo>
                                <a:lnTo>
                                  <a:pt x="3365500" y="1880348"/>
                                </a:lnTo>
                                <a:lnTo>
                                  <a:pt x="3364366" y="1875808"/>
                                </a:lnTo>
                                <a:lnTo>
                                  <a:pt x="3341234" y="1865589"/>
                                </a:lnTo>
                                <a:lnTo>
                                  <a:pt x="3348037" y="1848558"/>
                                </a:lnTo>
                                <a:lnTo>
                                  <a:pt x="3319916" y="1837659"/>
                                </a:lnTo>
                                <a:lnTo>
                                  <a:pt x="3313793" y="1843108"/>
                                </a:lnTo>
                                <a:lnTo>
                                  <a:pt x="3297237" y="1834934"/>
                                </a:lnTo>
                                <a:lnTo>
                                  <a:pt x="3302453" y="1833798"/>
                                </a:lnTo>
                                <a:lnTo>
                                  <a:pt x="3296330" y="1817449"/>
                                </a:lnTo>
                                <a:lnTo>
                                  <a:pt x="3296784" y="1816994"/>
                                </a:lnTo>
                                <a:lnTo>
                                  <a:pt x="3297237" y="1816994"/>
                                </a:lnTo>
                                <a:lnTo>
                                  <a:pt x="3298598" y="1816994"/>
                                </a:lnTo>
                                <a:lnTo>
                                  <a:pt x="3300185" y="1817449"/>
                                </a:lnTo>
                                <a:lnTo>
                                  <a:pt x="3302000" y="1818130"/>
                                </a:lnTo>
                                <a:lnTo>
                                  <a:pt x="3306082" y="1820401"/>
                                </a:lnTo>
                                <a:lnTo>
                                  <a:pt x="3310164" y="1823126"/>
                                </a:lnTo>
                                <a:lnTo>
                                  <a:pt x="3313793" y="1826078"/>
                                </a:lnTo>
                                <a:lnTo>
                                  <a:pt x="3316287" y="1828349"/>
                                </a:lnTo>
                                <a:lnTo>
                                  <a:pt x="3316968" y="1829256"/>
                                </a:lnTo>
                                <a:lnTo>
                                  <a:pt x="3317015" y="1829353"/>
                                </a:lnTo>
                                <a:lnTo>
                                  <a:pt x="3316060" y="1829711"/>
                                </a:lnTo>
                                <a:lnTo>
                                  <a:pt x="3316968" y="1829938"/>
                                </a:lnTo>
                                <a:lnTo>
                                  <a:pt x="3317194" y="1829938"/>
                                </a:lnTo>
                                <a:lnTo>
                                  <a:pt x="3317194" y="1829711"/>
                                </a:lnTo>
                                <a:lnTo>
                                  <a:pt x="3317015" y="1829353"/>
                                </a:lnTo>
                                <a:lnTo>
                                  <a:pt x="3336018" y="1822217"/>
                                </a:lnTo>
                                <a:lnTo>
                                  <a:pt x="3313793" y="1812680"/>
                                </a:lnTo>
                                <a:lnTo>
                                  <a:pt x="3326493" y="1801553"/>
                                </a:lnTo>
                                <a:lnTo>
                                  <a:pt x="3315380" y="1797465"/>
                                </a:lnTo>
                                <a:lnTo>
                                  <a:pt x="3303587" y="1780208"/>
                                </a:lnTo>
                                <a:lnTo>
                                  <a:pt x="3312205" y="1768855"/>
                                </a:lnTo>
                                <a:lnTo>
                                  <a:pt x="3311071" y="1766584"/>
                                </a:lnTo>
                                <a:lnTo>
                                  <a:pt x="3291568" y="1770898"/>
                                </a:lnTo>
                                <a:lnTo>
                                  <a:pt x="3272064" y="1775213"/>
                                </a:lnTo>
                                <a:lnTo>
                                  <a:pt x="3271837" y="1768627"/>
                                </a:lnTo>
                                <a:lnTo>
                                  <a:pt x="3271837" y="1762724"/>
                                </a:lnTo>
                                <a:lnTo>
                                  <a:pt x="3272291" y="1757501"/>
                                </a:lnTo>
                                <a:lnTo>
                                  <a:pt x="3273198" y="1752505"/>
                                </a:lnTo>
                                <a:lnTo>
                                  <a:pt x="3274105" y="1748419"/>
                                </a:lnTo>
                                <a:lnTo>
                                  <a:pt x="3275693" y="1744559"/>
                                </a:lnTo>
                                <a:lnTo>
                                  <a:pt x="3277280" y="1741380"/>
                                </a:lnTo>
                                <a:lnTo>
                                  <a:pt x="3279321" y="1738428"/>
                                </a:lnTo>
                                <a:lnTo>
                                  <a:pt x="3281135" y="1735704"/>
                                </a:lnTo>
                                <a:lnTo>
                                  <a:pt x="3283630" y="1733888"/>
                                </a:lnTo>
                                <a:lnTo>
                                  <a:pt x="3286125" y="1731844"/>
                                </a:lnTo>
                                <a:lnTo>
                                  <a:pt x="3288846" y="1730482"/>
                                </a:lnTo>
                                <a:lnTo>
                                  <a:pt x="3291568" y="1728892"/>
                                </a:lnTo>
                                <a:lnTo>
                                  <a:pt x="3294062" y="1727984"/>
                                </a:lnTo>
                                <a:lnTo>
                                  <a:pt x="3297010" y="1727303"/>
                                </a:lnTo>
                                <a:lnTo>
                                  <a:pt x="3300185" y="1726622"/>
                                </a:lnTo>
                                <a:lnTo>
                                  <a:pt x="3306309" y="1725487"/>
                                </a:lnTo>
                                <a:lnTo>
                                  <a:pt x="3312432" y="1724806"/>
                                </a:lnTo>
                                <a:lnTo>
                                  <a:pt x="3318102" y="1724124"/>
                                </a:lnTo>
                                <a:lnTo>
                                  <a:pt x="3323544" y="1723217"/>
                                </a:lnTo>
                                <a:lnTo>
                                  <a:pt x="3326266" y="1722535"/>
                                </a:lnTo>
                                <a:lnTo>
                                  <a:pt x="3328760" y="1721400"/>
                                </a:lnTo>
                                <a:lnTo>
                                  <a:pt x="3330802" y="1720491"/>
                                </a:lnTo>
                                <a:lnTo>
                                  <a:pt x="3333069" y="1719356"/>
                                </a:lnTo>
                                <a:lnTo>
                                  <a:pt x="3334657" y="1717767"/>
                                </a:lnTo>
                                <a:lnTo>
                                  <a:pt x="3336471" y="1716178"/>
                                </a:lnTo>
                                <a:lnTo>
                                  <a:pt x="3337832" y="1713907"/>
                                </a:lnTo>
                                <a:lnTo>
                                  <a:pt x="3338966" y="1711409"/>
                                </a:lnTo>
                                <a:lnTo>
                                  <a:pt x="3353253" y="1709593"/>
                                </a:lnTo>
                                <a:lnTo>
                                  <a:pt x="3350305" y="1714134"/>
                                </a:lnTo>
                                <a:lnTo>
                                  <a:pt x="3408816" y="1705053"/>
                                </a:lnTo>
                                <a:lnTo>
                                  <a:pt x="3393168" y="1703463"/>
                                </a:lnTo>
                                <a:lnTo>
                                  <a:pt x="3393621" y="1702327"/>
                                </a:lnTo>
                                <a:lnTo>
                                  <a:pt x="3394528" y="1701193"/>
                                </a:lnTo>
                                <a:lnTo>
                                  <a:pt x="3396569" y="1699376"/>
                                </a:lnTo>
                                <a:lnTo>
                                  <a:pt x="3398837" y="1697559"/>
                                </a:lnTo>
                                <a:lnTo>
                                  <a:pt x="3401559" y="1695970"/>
                                </a:lnTo>
                                <a:lnTo>
                                  <a:pt x="3404734" y="1694381"/>
                                </a:lnTo>
                                <a:lnTo>
                                  <a:pt x="3408136" y="1693019"/>
                                </a:lnTo>
                                <a:lnTo>
                                  <a:pt x="3411764" y="1691656"/>
                                </a:lnTo>
                                <a:lnTo>
                                  <a:pt x="3415393" y="1690747"/>
                                </a:lnTo>
                                <a:lnTo>
                                  <a:pt x="3422423" y="1688931"/>
                                </a:lnTo>
                                <a:lnTo>
                                  <a:pt x="3429227" y="1687341"/>
                                </a:lnTo>
                                <a:lnTo>
                                  <a:pt x="3434669" y="1686433"/>
                                </a:lnTo>
                                <a:lnTo>
                                  <a:pt x="3438525" y="1685525"/>
                                </a:lnTo>
                                <a:lnTo>
                                  <a:pt x="3411084" y="1680529"/>
                                </a:lnTo>
                                <a:lnTo>
                                  <a:pt x="3397477" y="1678032"/>
                                </a:lnTo>
                                <a:lnTo>
                                  <a:pt x="3394755" y="1677577"/>
                                </a:lnTo>
                                <a:lnTo>
                                  <a:pt x="3394075" y="1677351"/>
                                </a:lnTo>
                                <a:lnTo>
                                  <a:pt x="3397023" y="1677351"/>
                                </a:lnTo>
                                <a:lnTo>
                                  <a:pt x="3399971" y="1677123"/>
                                </a:lnTo>
                                <a:lnTo>
                                  <a:pt x="3402693" y="1677123"/>
                                </a:lnTo>
                                <a:lnTo>
                                  <a:pt x="3405641" y="1676669"/>
                                </a:lnTo>
                                <a:lnTo>
                                  <a:pt x="3407002" y="1676215"/>
                                </a:lnTo>
                                <a:lnTo>
                                  <a:pt x="3407682" y="1675761"/>
                                </a:lnTo>
                                <a:lnTo>
                                  <a:pt x="3408362" y="1674853"/>
                                </a:lnTo>
                                <a:lnTo>
                                  <a:pt x="3408589" y="1674171"/>
                                </a:lnTo>
                                <a:lnTo>
                                  <a:pt x="3408589" y="1673490"/>
                                </a:lnTo>
                                <a:lnTo>
                                  <a:pt x="3408136" y="1672355"/>
                                </a:lnTo>
                                <a:lnTo>
                                  <a:pt x="3407002" y="1670992"/>
                                </a:lnTo>
                                <a:lnTo>
                                  <a:pt x="3405414" y="1669630"/>
                                </a:lnTo>
                                <a:lnTo>
                                  <a:pt x="3403146" y="1667814"/>
                                </a:lnTo>
                                <a:lnTo>
                                  <a:pt x="3400198" y="1665997"/>
                                </a:lnTo>
                                <a:lnTo>
                                  <a:pt x="3403827" y="1664181"/>
                                </a:lnTo>
                                <a:lnTo>
                                  <a:pt x="3407455" y="1662818"/>
                                </a:lnTo>
                                <a:lnTo>
                                  <a:pt x="3411084" y="1661682"/>
                                </a:lnTo>
                                <a:lnTo>
                                  <a:pt x="3414712" y="1660548"/>
                                </a:lnTo>
                                <a:lnTo>
                                  <a:pt x="3418341" y="1660094"/>
                                </a:lnTo>
                                <a:lnTo>
                                  <a:pt x="3421969" y="1659639"/>
                                </a:lnTo>
                                <a:lnTo>
                                  <a:pt x="3425598" y="1659185"/>
                                </a:lnTo>
                                <a:lnTo>
                                  <a:pt x="3429453" y="1658958"/>
                                </a:lnTo>
                                <a:lnTo>
                                  <a:pt x="3436937" y="1658958"/>
                                </a:lnTo>
                                <a:lnTo>
                                  <a:pt x="3444421" y="1659412"/>
                                </a:lnTo>
                                <a:lnTo>
                                  <a:pt x="3458936" y="1660094"/>
                                </a:lnTo>
                                <a:lnTo>
                                  <a:pt x="3466193" y="1660320"/>
                                </a:lnTo>
                                <a:lnTo>
                                  <a:pt x="3473223" y="1660094"/>
                                </a:lnTo>
                                <a:lnTo>
                                  <a:pt x="3476852" y="1659639"/>
                                </a:lnTo>
                                <a:lnTo>
                                  <a:pt x="3480253" y="1659185"/>
                                </a:lnTo>
                                <a:lnTo>
                                  <a:pt x="3483655" y="1658503"/>
                                </a:lnTo>
                                <a:lnTo>
                                  <a:pt x="3487057" y="1657596"/>
                                </a:lnTo>
                                <a:lnTo>
                                  <a:pt x="3490232" y="1656460"/>
                                </a:lnTo>
                                <a:lnTo>
                                  <a:pt x="3493634" y="1655098"/>
                                </a:lnTo>
                                <a:lnTo>
                                  <a:pt x="3496809" y="1653281"/>
                                </a:lnTo>
                                <a:lnTo>
                                  <a:pt x="3499984" y="1651464"/>
                                </a:lnTo>
                                <a:lnTo>
                                  <a:pt x="3502932" y="1648967"/>
                                </a:lnTo>
                                <a:lnTo>
                                  <a:pt x="3506107" y="1646242"/>
                                </a:lnTo>
                                <a:lnTo>
                                  <a:pt x="3509055" y="1643290"/>
                                </a:lnTo>
                                <a:lnTo>
                                  <a:pt x="3511777" y="1639884"/>
                                </a:lnTo>
                                <a:lnTo>
                                  <a:pt x="3521982" y="1633526"/>
                                </a:lnTo>
                                <a:lnTo>
                                  <a:pt x="3531961" y="1628077"/>
                                </a:lnTo>
                                <a:lnTo>
                                  <a:pt x="3541259" y="1623081"/>
                                </a:lnTo>
                                <a:lnTo>
                                  <a:pt x="3550784" y="1618540"/>
                                </a:lnTo>
                                <a:lnTo>
                                  <a:pt x="3560309" y="1614452"/>
                                </a:lnTo>
                                <a:lnTo>
                                  <a:pt x="3569607" y="1610592"/>
                                </a:lnTo>
                                <a:lnTo>
                                  <a:pt x="3579132" y="1607186"/>
                                </a:lnTo>
                                <a:lnTo>
                                  <a:pt x="3588203" y="1604234"/>
                                </a:lnTo>
                                <a:lnTo>
                                  <a:pt x="3597728" y="1601509"/>
                                </a:lnTo>
                                <a:lnTo>
                                  <a:pt x="3607253" y="1598784"/>
                                </a:lnTo>
                                <a:lnTo>
                                  <a:pt x="3617005" y="1596287"/>
                                </a:lnTo>
                                <a:lnTo>
                                  <a:pt x="3626984" y="1594016"/>
                                </a:lnTo>
                                <a:lnTo>
                                  <a:pt x="3647848" y="1589474"/>
                                </a:lnTo>
                                <a:lnTo>
                                  <a:pt x="3670300" y="1584933"/>
                                </a:lnTo>
                                <a:close/>
                                <a:moveTo>
                                  <a:pt x="2927228" y="1582047"/>
                                </a:moveTo>
                                <a:lnTo>
                                  <a:pt x="2914668" y="1585666"/>
                                </a:lnTo>
                                <a:lnTo>
                                  <a:pt x="2915631" y="1586718"/>
                                </a:lnTo>
                                <a:lnTo>
                                  <a:pt x="2919179" y="1585600"/>
                                </a:lnTo>
                                <a:lnTo>
                                  <a:pt x="2919405" y="1585600"/>
                                </a:lnTo>
                                <a:lnTo>
                                  <a:pt x="2919630" y="1585600"/>
                                </a:lnTo>
                                <a:lnTo>
                                  <a:pt x="2919630" y="1585373"/>
                                </a:lnTo>
                                <a:lnTo>
                                  <a:pt x="2919855" y="1585373"/>
                                </a:lnTo>
                                <a:lnTo>
                                  <a:pt x="2920081" y="1585373"/>
                                </a:lnTo>
                                <a:lnTo>
                                  <a:pt x="2920531" y="1585373"/>
                                </a:lnTo>
                                <a:lnTo>
                                  <a:pt x="2920756" y="1585373"/>
                                </a:lnTo>
                                <a:lnTo>
                                  <a:pt x="2928416" y="1582873"/>
                                </a:lnTo>
                                <a:lnTo>
                                  <a:pt x="2927228" y="1582047"/>
                                </a:lnTo>
                                <a:close/>
                                <a:moveTo>
                                  <a:pt x="668791" y="1581990"/>
                                </a:moveTo>
                                <a:lnTo>
                                  <a:pt x="661534" y="1589707"/>
                                </a:lnTo>
                                <a:lnTo>
                                  <a:pt x="666977" y="1585849"/>
                                </a:lnTo>
                                <a:lnTo>
                                  <a:pt x="668791" y="1581990"/>
                                </a:lnTo>
                                <a:close/>
                                <a:moveTo>
                                  <a:pt x="4183308" y="1581662"/>
                                </a:moveTo>
                                <a:lnTo>
                                  <a:pt x="4183051" y="1582005"/>
                                </a:lnTo>
                                <a:lnTo>
                                  <a:pt x="4183051" y="1582908"/>
                                </a:lnTo>
                                <a:lnTo>
                                  <a:pt x="4183277" y="1584264"/>
                                </a:lnTo>
                                <a:lnTo>
                                  <a:pt x="4183956" y="1585167"/>
                                </a:lnTo>
                                <a:lnTo>
                                  <a:pt x="4184408" y="1586297"/>
                                </a:lnTo>
                                <a:lnTo>
                                  <a:pt x="4186218" y="1588556"/>
                                </a:lnTo>
                                <a:lnTo>
                                  <a:pt x="4188707" y="1591040"/>
                                </a:lnTo>
                                <a:lnTo>
                                  <a:pt x="4191649" y="1593299"/>
                                </a:lnTo>
                                <a:lnTo>
                                  <a:pt x="4195043" y="1595784"/>
                                </a:lnTo>
                                <a:lnTo>
                                  <a:pt x="4198437" y="1598269"/>
                                </a:lnTo>
                                <a:lnTo>
                                  <a:pt x="4202284" y="1600301"/>
                                </a:lnTo>
                                <a:lnTo>
                                  <a:pt x="4209525" y="1604594"/>
                                </a:lnTo>
                                <a:lnTo>
                                  <a:pt x="4216087" y="1607756"/>
                                </a:lnTo>
                                <a:lnTo>
                                  <a:pt x="4220386" y="1609563"/>
                                </a:lnTo>
                                <a:lnTo>
                                  <a:pt x="4207262" y="1618146"/>
                                </a:lnTo>
                                <a:lnTo>
                                  <a:pt x="4213598" y="1620405"/>
                                </a:lnTo>
                                <a:lnTo>
                                  <a:pt x="4215218" y="1621019"/>
                                </a:lnTo>
                                <a:lnTo>
                                  <a:pt x="4215494" y="1620588"/>
                                </a:lnTo>
                                <a:lnTo>
                                  <a:pt x="4215624" y="1620439"/>
                                </a:lnTo>
                                <a:lnTo>
                                  <a:pt x="4215303" y="1621051"/>
                                </a:lnTo>
                                <a:lnTo>
                                  <a:pt x="4220160" y="1622890"/>
                                </a:lnTo>
                                <a:lnTo>
                                  <a:pt x="4220936" y="1623211"/>
                                </a:lnTo>
                                <a:lnTo>
                                  <a:pt x="4220936" y="1621718"/>
                                </a:lnTo>
                                <a:lnTo>
                                  <a:pt x="4220936" y="1619909"/>
                                </a:lnTo>
                                <a:lnTo>
                                  <a:pt x="4220936" y="1618552"/>
                                </a:lnTo>
                                <a:lnTo>
                                  <a:pt x="4220710" y="1617421"/>
                                </a:lnTo>
                                <a:lnTo>
                                  <a:pt x="4220256" y="1616969"/>
                                </a:lnTo>
                                <a:lnTo>
                                  <a:pt x="4219803" y="1616742"/>
                                </a:lnTo>
                                <a:lnTo>
                                  <a:pt x="4219122" y="1616969"/>
                                </a:lnTo>
                                <a:lnTo>
                                  <a:pt x="4218669" y="1617195"/>
                                </a:lnTo>
                                <a:lnTo>
                                  <a:pt x="4217081" y="1618778"/>
                                </a:lnTo>
                                <a:lnTo>
                                  <a:pt x="4215624" y="1620439"/>
                                </a:lnTo>
                                <a:lnTo>
                                  <a:pt x="4222070" y="1608148"/>
                                </a:lnTo>
                                <a:lnTo>
                                  <a:pt x="4222070" y="1607695"/>
                                </a:lnTo>
                                <a:lnTo>
                                  <a:pt x="4221390" y="1607243"/>
                                </a:lnTo>
                                <a:lnTo>
                                  <a:pt x="4219803" y="1605660"/>
                                </a:lnTo>
                                <a:lnTo>
                                  <a:pt x="4217081" y="1603624"/>
                                </a:lnTo>
                                <a:lnTo>
                                  <a:pt x="4213226" y="1600910"/>
                                </a:lnTo>
                                <a:lnTo>
                                  <a:pt x="4203701" y="1594577"/>
                                </a:lnTo>
                                <a:lnTo>
                                  <a:pt x="4192361" y="1587113"/>
                                </a:lnTo>
                                <a:lnTo>
                                  <a:pt x="4183308" y="1581662"/>
                                </a:lnTo>
                                <a:close/>
                                <a:moveTo>
                                  <a:pt x="2059781" y="1581285"/>
                                </a:moveTo>
                                <a:lnTo>
                                  <a:pt x="2063750" y="1583049"/>
                                </a:lnTo>
                                <a:lnTo>
                                  <a:pt x="2063750" y="1584459"/>
                                </a:lnTo>
                                <a:lnTo>
                                  <a:pt x="2055812" y="1583049"/>
                                </a:lnTo>
                                <a:lnTo>
                                  <a:pt x="2059781" y="1581285"/>
                                </a:lnTo>
                                <a:close/>
                                <a:moveTo>
                                  <a:pt x="2697162" y="1581269"/>
                                </a:moveTo>
                                <a:lnTo>
                                  <a:pt x="2704873" y="1587426"/>
                                </a:lnTo>
                                <a:lnTo>
                                  <a:pt x="2705100" y="1587619"/>
                                </a:lnTo>
                                <a:lnTo>
                                  <a:pt x="2697162" y="1581269"/>
                                </a:lnTo>
                                <a:close/>
                                <a:moveTo>
                                  <a:pt x="4081047" y="1579128"/>
                                </a:moveTo>
                                <a:lnTo>
                                  <a:pt x="4084184" y="1582435"/>
                                </a:lnTo>
                                <a:lnTo>
                                  <a:pt x="4088266" y="1587431"/>
                                </a:lnTo>
                                <a:lnTo>
                                  <a:pt x="4091895" y="1592200"/>
                                </a:lnTo>
                                <a:lnTo>
                                  <a:pt x="4098698" y="1601736"/>
                                </a:lnTo>
                                <a:lnTo>
                                  <a:pt x="4102100" y="1606278"/>
                                </a:lnTo>
                                <a:lnTo>
                                  <a:pt x="4105502" y="1610592"/>
                                </a:lnTo>
                                <a:lnTo>
                                  <a:pt x="4109131" y="1614679"/>
                                </a:lnTo>
                                <a:lnTo>
                                  <a:pt x="4110714" y="1616166"/>
                                </a:lnTo>
                                <a:lnTo>
                                  <a:pt x="4110416" y="1614081"/>
                                </a:lnTo>
                                <a:lnTo>
                                  <a:pt x="4104306" y="1597139"/>
                                </a:lnTo>
                                <a:lnTo>
                                  <a:pt x="4081047" y="1579128"/>
                                </a:lnTo>
                                <a:close/>
                                <a:moveTo>
                                  <a:pt x="2713037" y="1574918"/>
                                </a:moveTo>
                                <a:lnTo>
                                  <a:pt x="2735262" y="1589626"/>
                                </a:lnTo>
                                <a:lnTo>
                                  <a:pt x="2734552" y="1590093"/>
                                </a:lnTo>
                                <a:lnTo>
                                  <a:pt x="2729114" y="1590794"/>
                                </a:lnTo>
                                <a:lnTo>
                                  <a:pt x="2727932" y="1590093"/>
                                </a:lnTo>
                                <a:lnTo>
                                  <a:pt x="2725568" y="1587291"/>
                                </a:lnTo>
                                <a:lnTo>
                                  <a:pt x="2718711" y="1581455"/>
                                </a:lnTo>
                                <a:lnTo>
                                  <a:pt x="2716820" y="1580054"/>
                                </a:lnTo>
                                <a:lnTo>
                                  <a:pt x="2713037" y="1574918"/>
                                </a:lnTo>
                                <a:close/>
                                <a:moveTo>
                                  <a:pt x="2387514" y="1574468"/>
                                </a:moveTo>
                                <a:lnTo>
                                  <a:pt x="2386919" y="1576846"/>
                                </a:lnTo>
                                <a:lnTo>
                                  <a:pt x="2386012" y="1579566"/>
                                </a:lnTo>
                                <a:lnTo>
                                  <a:pt x="2385105" y="1582286"/>
                                </a:lnTo>
                                <a:lnTo>
                                  <a:pt x="2383744" y="1584779"/>
                                </a:lnTo>
                                <a:lnTo>
                                  <a:pt x="2382157" y="1587272"/>
                                </a:lnTo>
                                <a:lnTo>
                                  <a:pt x="2380569" y="1589312"/>
                                </a:lnTo>
                                <a:lnTo>
                                  <a:pt x="2378528" y="1591578"/>
                                </a:lnTo>
                                <a:lnTo>
                                  <a:pt x="2376034" y="1593392"/>
                                </a:lnTo>
                                <a:lnTo>
                                  <a:pt x="2373766" y="1594979"/>
                                </a:lnTo>
                                <a:lnTo>
                                  <a:pt x="2370818" y="1596338"/>
                                </a:lnTo>
                                <a:lnTo>
                                  <a:pt x="2383557" y="1610193"/>
                                </a:lnTo>
                                <a:lnTo>
                                  <a:pt x="2382607" y="1608294"/>
                                </a:lnTo>
                                <a:lnTo>
                                  <a:pt x="2381700" y="1606029"/>
                                </a:lnTo>
                                <a:lnTo>
                                  <a:pt x="2381020" y="1603991"/>
                                </a:lnTo>
                                <a:lnTo>
                                  <a:pt x="2380567" y="1602179"/>
                                </a:lnTo>
                                <a:lnTo>
                                  <a:pt x="2380341" y="1600142"/>
                                </a:lnTo>
                                <a:lnTo>
                                  <a:pt x="2380341" y="1598557"/>
                                </a:lnTo>
                                <a:lnTo>
                                  <a:pt x="2380567" y="1596745"/>
                                </a:lnTo>
                                <a:lnTo>
                                  <a:pt x="2380794" y="1595386"/>
                                </a:lnTo>
                                <a:lnTo>
                                  <a:pt x="2381474" y="1592442"/>
                                </a:lnTo>
                                <a:lnTo>
                                  <a:pt x="2382607" y="1589952"/>
                                </a:lnTo>
                                <a:lnTo>
                                  <a:pt x="2383966" y="1587688"/>
                                </a:lnTo>
                                <a:lnTo>
                                  <a:pt x="2385326" y="1585197"/>
                                </a:lnTo>
                                <a:lnTo>
                                  <a:pt x="2386459" y="1582706"/>
                                </a:lnTo>
                                <a:lnTo>
                                  <a:pt x="2387591" y="1580215"/>
                                </a:lnTo>
                                <a:lnTo>
                                  <a:pt x="2387818" y="1579082"/>
                                </a:lnTo>
                                <a:lnTo>
                                  <a:pt x="2387818" y="1577951"/>
                                </a:lnTo>
                                <a:lnTo>
                                  <a:pt x="2387818" y="1576365"/>
                                </a:lnTo>
                                <a:lnTo>
                                  <a:pt x="2387591" y="1575007"/>
                                </a:lnTo>
                                <a:lnTo>
                                  <a:pt x="2387514" y="1574468"/>
                                </a:lnTo>
                                <a:close/>
                                <a:moveTo>
                                  <a:pt x="2711450" y="1570157"/>
                                </a:moveTo>
                                <a:lnTo>
                                  <a:pt x="2716213" y="1571745"/>
                                </a:lnTo>
                                <a:lnTo>
                                  <a:pt x="2715962" y="1571745"/>
                                </a:lnTo>
                                <a:lnTo>
                                  <a:pt x="2711450" y="1570157"/>
                                </a:lnTo>
                                <a:close/>
                                <a:moveTo>
                                  <a:pt x="5060043" y="1567485"/>
                                </a:moveTo>
                                <a:lnTo>
                                  <a:pt x="5062084" y="1568392"/>
                                </a:lnTo>
                                <a:lnTo>
                                  <a:pt x="5063218" y="1568619"/>
                                </a:lnTo>
                                <a:lnTo>
                                  <a:pt x="5060043" y="1567485"/>
                                </a:lnTo>
                                <a:close/>
                                <a:moveTo>
                                  <a:pt x="2759258" y="1567033"/>
                                </a:moveTo>
                                <a:lnTo>
                                  <a:pt x="2759253" y="1567099"/>
                                </a:lnTo>
                                <a:lnTo>
                                  <a:pt x="2764024" y="1571869"/>
                                </a:lnTo>
                                <a:lnTo>
                                  <a:pt x="2769022" y="1576410"/>
                                </a:lnTo>
                                <a:lnTo>
                                  <a:pt x="2777877" y="1584081"/>
                                </a:lnTo>
                                <a:lnTo>
                                  <a:pt x="2773795" y="1574473"/>
                                </a:lnTo>
                                <a:lnTo>
                                  <a:pt x="2759258" y="1567033"/>
                                </a:lnTo>
                                <a:close/>
                                <a:moveTo>
                                  <a:pt x="4157916" y="1563536"/>
                                </a:moveTo>
                                <a:lnTo>
                                  <a:pt x="4157707" y="1564160"/>
                                </a:lnTo>
                                <a:lnTo>
                                  <a:pt x="4157029" y="1564612"/>
                                </a:lnTo>
                                <a:lnTo>
                                  <a:pt x="4155671" y="1565064"/>
                                </a:lnTo>
                                <a:lnTo>
                                  <a:pt x="4154087" y="1565515"/>
                                </a:lnTo>
                                <a:lnTo>
                                  <a:pt x="4155045" y="1565842"/>
                                </a:lnTo>
                                <a:lnTo>
                                  <a:pt x="4159251" y="1565400"/>
                                </a:lnTo>
                                <a:lnTo>
                                  <a:pt x="4159251" y="1564269"/>
                                </a:lnTo>
                                <a:lnTo>
                                  <a:pt x="4157916" y="1563536"/>
                                </a:lnTo>
                                <a:close/>
                                <a:moveTo>
                                  <a:pt x="3176795" y="1562330"/>
                                </a:moveTo>
                                <a:lnTo>
                                  <a:pt x="3168877" y="1564038"/>
                                </a:lnTo>
                                <a:lnTo>
                                  <a:pt x="3159805" y="1565395"/>
                                </a:lnTo>
                                <a:lnTo>
                                  <a:pt x="3150734" y="1566525"/>
                                </a:lnTo>
                                <a:lnTo>
                                  <a:pt x="3141209" y="1567656"/>
                                </a:lnTo>
                                <a:lnTo>
                                  <a:pt x="3131003" y="1568334"/>
                                </a:lnTo>
                                <a:lnTo>
                                  <a:pt x="3119891" y="1568561"/>
                                </a:lnTo>
                                <a:lnTo>
                                  <a:pt x="3108552" y="1568787"/>
                                </a:lnTo>
                                <a:lnTo>
                                  <a:pt x="3107644" y="1568787"/>
                                </a:lnTo>
                                <a:lnTo>
                                  <a:pt x="3108778" y="1568109"/>
                                </a:lnTo>
                                <a:lnTo>
                                  <a:pt x="3109005" y="1567882"/>
                                </a:lnTo>
                                <a:lnTo>
                                  <a:pt x="3108552" y="1567882"/>
                                </a:lnTo>
                                <a:lnTo>
                                  <a:pt x="3107418" y="1568109"/>
                                </a:lnTo>
                                <a:lnTo>
                                  <a:pt x="3097666" y="1569918"/>
                                </a:lnTo>
                                <a:lnTo>
                                  <a:pt x="3091316" y="1571274"/>
                                </a:lnTo>
                                <a:lnTo>
                                  <a:pt x="3087914" y="1571501"/>
                                </a:lnTo>
                                <a:lnTo>
                                  <a:pt x="3084966" y="1571727"/>
                                </a:lnTo>
                                <a:lnTo>
                                  <a:pt x="3082244" y="1571727"/>
                                </a:lnTo>
                                <a:lnTo>
                                  <a:pt x="3080926" y="1571595"/>
                                </a:lnTo>
                                <a:lnTo>
                                  <a:pt x="3081565" y="1572235"/>
                                </a:lnTo>
                                <a:lnTo>
                                  <a:pt x="3082925" y="1572918"/>
                                </a:lnTo>
                                <a:lnTo>
                                  <a:pt x="3084513" y="1573145"/>
                                </a:lnTo>
                                <a:lnTo>
                                  <a:pt x="3086327" y="1573145"/>
                                </a:lnTo>
                                <a:lnTo>
                                  <a:pt x="3088595" y="1572918"/>
                                </a:lnTo>
                                <a:lnTo>
                                  <a:pt x="3093811" y="1572007"/>
                                </a:lnTo>
                                <a:lnTo>
                                  <a:pt x="3099707" y="1570643"/>
                                </a:lnTo>
                                <a:lnTo>
                                  <a:pt x="3106511" y="1569051"/>
                                </a:lnTo>
                                <a:lnTo>
                                  <a:pt x="3107872" y="1568824"/>
                                </a:lnTo>
                                <a:lnTo>
                                  <a:pt x="3113315" y="1569279"/>
                                </a:lnTo>
                                <a:lnTo>
                                  <a:pt x="3118984" y="1569506"/>
                                </a:lnTo>
                                <a:lnTo>
                                  <a:pt x="3124200" y="1569734"/>
                                </a:lnTo>
                                <a:lnTo>
                                  <a:pt x="3129416" y="1569734"/>
                                </a:lnTo>
                                <a:lnTo>
                                  <a:pt x="3134406" y="1569506"/>
                                </a:lnTo>
                                <a:lnTo>
                                  <a:pt x="3139395" y="1569279"/>
                                </a:lnTo>
                                <a:lnTo>
                                  <a:pt x="3148920" y="1568369"/>
                                </a:lnTo>
                                <a:lnTo>
                                  <a:pt x="3158218" y="1566777"/>
                                </a:lnTo>
                                <a:lnTo>
                                  <a:pt x="3167063" y="1564958"/>
                                </a:lnTo>
                                <a:lnTo>
                                  <a:pt x="3175681" y="1562684"/>
                                </a:lnTo>
                                <a:lnTo>
                                  <a:pt x="3176795" y="1562330"/>
                                </a:lnTo>
                                <a:close/>
                                <a:moveTo>
                                  <a:pt x="4043182" y="1561401"/>
                                </a:moveTo>
                                <a:lnTo>
                                  <a:pt x="4062866" y="1567902"/>
                                </a:lnTo>
                                <a:lnTo>
                                  <a:pt x="4064907" y="1573125"/>
                                </a:lnTo>
                                <a:lnTo>
                                  <a:pt x="4069827" y="1573238"/>
                                </a:lnTo>
                                <a:lnTo>
                                  <a:pt x="4068083" y="1572850"/>
                                </a:lnTo>
                                <a:lnTo>
                                  <a:pt x="4066495" y="1572396"/>
                                </a:lnTo>
                                <a:lnTo>
                                  <a:pt x="4065135" y="1571716"/>
                                </a:lnTo>
                                <a:lnTo>
                                  <a:pt x="4064001" y="1567406"/>
                                </a:lnTo>
                                <a:lnTo>
                                  <a:pt x="4043182" y="1561401"/>
                                </a:lnTo>
                                <a:close/>
                                <a:moveTo>
                                  <a:pt x="693738" y="1558976"/>
                                </a:moveTo>
                                <a:lnTo>
                                  <a:pt x="693320" y="1559429"/>
                                </a:lnTo>
                                <a:lnTo>
                                  <a:pt x="685800" y="1565326"/>
                                </a:lnTo>
                                <a:lnTo>
                                  <a:pt x="693738" y="1558976"/>
                                </a:lnTo>
                                <a:close/>
                                <a:moveTo>
                                  <a:pt x="4039508" y="1556747"/>
                                </a:moveTo>
                                <a:lnTo>
                                  <a:pt x="4030565" y="1562206"/>
                                </a:lnTo>
                                <a:lnTo>
                                  <a:pt x="4039280" y="1560863"/>
                                </a:lnTo>
                                <a:lnTo>
                                  <a:pt x="4040414" y="1560863"/>
                                </a:lnTo>
                                <a:lnTo>
                                  <a:pt x="4040746" y="1560697"/>
                                </a:lnTo>
                                <a:lnTo>
                                  <a:pt x="4040415" y="1560603"/>
                                </a:lnTo>
                                <a:lnTo>
                                  <a:pt x="4039508" y="1556747"/>
                                </a:lnTo>
                                <a:close/>
                                <a:moveTo>
                                  <a:pt x="2693987" y="1554282"/>
                                </a:moveTo>
                                <a:lnTo>
                                  <a:pt x="2698522" y="1562594"/>
                                </a:lnTo>
                                <a:lnTo>
                                  <a:pt x="2703512" y="1579682"/>
                                </a:lnTo>
                                <a:lnTo>
                                  <a:pt x="2702831" y="1579682"/>
                                </a:lnTo>
                                <a:lnTo>
                                  <a:pt x="2696255" y="1563057"/>
                                </a:lnTo>
                                <a:lnTo>
                                  <a:pt x="2693987" y="1554282"/>
                                </a:lnTo>
                                <a:close/>
                                <a:moveTo>
                                  <a:pt x="704118" y="1552626"/>
                                </a:moveTo>
                                <a:lnTo>
                                  <a:pt x="704850" y="1553114"/>
                                </a:lnTo>
                                <a:lnTo>
                                  <a:pt x="702896" y="1557755"/>
                                </a:lnTo>
                                <a:lnTo>
                                  <a:pt x="702652" y="1557755"/>
                                </a:lnTo>
                                <a:lnTo>
                                  <a:pt x="695325" y="1562150"/>
                                </a:lnTo>
                                <a:lnTo>
                                  <a:pt x="704118" y="1552626"/>
                                </a:lnTo>
                                <a:close/>
                                <a:moveTo>
                                  <a:pt x="4167869" y="1551077"/>
                                </a:moveTo>
                                <a:lnTo>
                                  <a:pt x="4162426" y="1551530"/>
                                </a:lnTo>
                                <a:lnTo>
                                  <a:pt x="4157210" y="1552211"/>
                                </a:lnTo>
                                <a:lnTo>
                                  <a:pt x="4152220" y="1553572"/>
                                </a:lnTo>
                                <a:lnTo>
                                  <a:pt x="4147458" y="1554932"/>
                                </a:lnTo>
                                <a:lnTo>
                                  <a:pt x="4142469" y="1556520"/>
                                </a:lnTo>
                                <a:lnTo>
                                  <a:pt x="4137706" y="1558108"/>
                                </a:lnTo>
                                <a:lnTo>
                                  <a:pt x="4127728" y="1561964"/>
                                </a:lnTo>
                                <a:lnTo>
                                  <a:pt x="4117749" y="1565592"/>
                                </a:lnTo>
                                <a:lnTo>
                                  <a:pt x="4112533" y="1567406"/>
                                </a:lnTo>
                                <a:lnTo>
                                  <a:pt x="4107317" y="1568994"/>
                                </a:lnTo>
                                <a:lnTo>
                                  <a:pt x="4101874" y="1570582"/>
                                </a:lnTo>
                                <a:lnTo>
                                  <a:pt x="4096431" y="1571716"/>
                                </a:lnTo>
                                <a:lnTo>
                                  <a:pt x="4096204" y="1571716"/>
                                </a:lnTo>
                                <a:lnTo>
                                  <a:pt x="4092576" y="1571942"/>
                                </a:lnTo>
                                <a:lnTo>
                                  <a:pt x="4083278" y="1572850"/>
                                </a:lnTo>
                                <a:lnTo>
                                  <a:pt x="4077608" y="1573304"/>
                                </a:lnTo>
                                <a:lnTo>
                                  <a:pt x="4072730" y="1573304"/>
                                </a:lnTo>
                                <a:lnTo>
                                  <a:pt x="4074886" y="1573353"/>
                                </a:lnTo>
                                <a:lnTo>
                                  <a:pt x="4079738" y="1577769"/>
                                </a:lnTo>
                                <a:lnTo>
                                  <a:pt x="4077379" y="1573647"/>
                                </a:lnTo>
                                <a:lnTo>
                                  <a:pt x="4095481" y="1572518"/>
                                </a:lnTo>
                                <a:lnTo>
                                  <a:pt x="4095708" y="1572518"/>
                                </a:lnTo>
                                <a:lnTo>
                                  <a:pt x="4118788" y="1567548"/>
                                </a:lnTo>
                                <a:lnTo>
                                  <a:pt x="4142094" y="1562127"/>
                                </a:lnTo>
                                <a:lnTo>
                                  <a:pt x="4146620" y="1557384"/>
                                </a:lnTo>
                                <a:lnTo>
                                  <a:pt x="4148367" y="1558066"/>
                                </a:lnTo>
                                <a:lnTo>
                                  <a:pt x="4152447" y="1556353"/>
                                </a:lnTo>
                                <a:lnTo>
                                  <a:pt x="4156756" y="1555448"/>
                                </a:lnTo>
                                <a:lnTo>
                                  <a:pt x="4161065" y="1554543"/>
                                </a:lnTo>
                                <a:lnTo>
                                  <a:pt x="4165147" y="1554091"/>
                                </a:lnTo>
                                <a:lnTo>
                                  <a:pt x="4169003" y="1553639"/>
                                </a:lnTo>
                                <a:lnTo>
                                  <a:pt x="4172858" y="1553639"/>
                                </a:lnTo>
                                <a:lnTo>
                                  <a:pt x="4176713" y="1554091"/>
                                </a:lnTo>
                                <a:lnTo>
                                  <a:pt x="4180569" y="1554317"/>
                                </a:lnTo>
                                <a:lnTo>
                                  <a:pt x="4188733" y="1555222"/>
                                </a:lnTo>
                                <a:lnTo>
                                  <a:pt x="4197351" y="1556353"/>
                                </a:lnTo>
                                <a:lnTo>
                                  <a:pt x="4206649" y="1557484"/>
                                </a:lnTo>
                                <a:lnTo>
                                  <a:pt x="4211865" y="1557710"/>
                                </a:lnTo>
                                <a:lnTo>
                                  <a:pt x="4217308" y="1557936"/>
                                </a:lnTo>
                                <a:lnTo>
                                  <a:pt x="4218790" y="1555636"/>
                                </a:lnTo>
                                <a:lnTo>
                                  <a:pt x="4217081" y="1556294"/>
                                </a:lnTo>
                                <a:lnTo>
                                  <a:pt x="4213906" y="1556974"/>
                                </a:lnTo>
                                <a:lnTo>
                                  <a:pt x="4210278" y="1557201"/>
                                </a:lnTo>
                                <a:lnTo>
                                  <a:pt x="4206649" y="1557201"/>
                                </a:lnTo>
                                <a:lnTo>
                                  <a:pt x="4203020" y="1556974"/>
                                </a:lnTo>
                                <a:lnTo>
                                  <a:pt x="4199165" y="1556520"/>
                                </a:lnTo>
                                <a:lnTo>
                                  <a:pt x="4191908" y="1555160"/>
                                </a:lnTo>
                                <a:lnTo>
                                  <a:pt x="4185558" y="1553572"/>
                                </a:lnTo>
                                <a:lnTo>
                                  <a:pt x="4180795" y="1552211"/>
                                </a:lnTo>
                                <a:lnTo>
                                  <a:pt x="4178528" y="1551304"/>
                                </a:lnTo>
                                <a:lnTo>
                                  <a:pt x="4173085" y="1551077"/>
                                </a:lnTo>
                                <a:lnTo>
                                  <a:pt x="4167869" y="1551077"/>
                                </a:lnTo>
                                <a:close/>
                                <a:moveTo>
                                  <a:pt x="2349980" y="1550077"/>
                                </a:moveTo>
                                <a:lnTo>
                                  <a:pt x="2349963" y="1550081"/>
                                </a:lnTo>
                                <a:lnTo>
                                  <a:pt x="2349953" y="1550099"/>
                                </a:lnTo>
                                <a:lnTo>
                                  <a:pt x="2349980" y="1550077"/>
                                </a:lnTo>
                                <a:close/>
                                <a:moveTo>
                                  <a:pt x="5429933" y="1548805"/>
                                </a:moveTo>
                                <a:lnTo>
                                  <a:pt x="5436057" y="1557416"/>
                                </a:lnTo>
                                <a:lnTo>
                                  <a:pt x="5436367" y="1557880"/>
                                </a:lnTo>
                                <a:lnTo>
                                  <a:pt x="5438326" y="1561042"/>
                                </a:lnTo>
                                <a:lnTo>
                                  <a:pt x="5438780" y="1561495"/>
                                </a:lnTo>
                                <a:lnTo>
                                  <a:pt x="5436367" y="1557880"/>
                                </a:lnTo>
                                <a:lnTo>
                                  <a:pt x="5432428" y="1551524"/>
                                </a:lnTo>
                                <a:lnTo>
                                  <a:pt x="5429933" y="1548805"/>
                                </a:lnTo>
                                <a:close/>
                                <a:moveTo>
                                  <a:pt x="2038069" y="1547948"/>
                                </a:moveTo>
                                <a:lnTo>
                                  <a:pt x="2039937" y="1551123"/>
                                </a:lnTo>
                                <a:lnTo>
                                  <a:pt x="2036762" y="1548436"/>
                                </a:lnTo>
                                <a:lnTo>
                                  <a:pt x="2038069" y="1547948"/>
                                </a:lnTo>
                                <a:close/>
                                <a:moveTo>
                                  <a:pt x="594305" y="1547863"/>
                                </a:moveTo>
                                <a:lnTo>
                                  <a:pt x="595699" y="1549010"/>
                                </a:lnTo>
                                <a:lnTo>
                                  <a:pt x="596629" y="1551304"/>
                                </a:lnTo>
                                <a:lnTo>
                                  <a:pt x="598487" y="1553369"/>
                                </a:lnTo>
                                <a:lnTo>
                                  <a:pt x="598487" y="1556810"/>
                                </a:lnTo>
                                <a:lnTo>
                                  <a:pt x="594073" y="1577228"/>
                                </a:lnTo>
                                <a:lnTo>
                                  <a:pt x="588730" y="1587552"/>
                                </a:lnTo>
                                <a:lnTo>
                                  <a:pt x="579437" y="1585258"/>
                                </a:lnTo>
                                <a:lnTo>
                                  <a:pt x="580599" y="1581587"/>
                                </a:lnTo>
                                <a:lnTo>
                                  <a:pt x="582457" y="1577458"/>
                                </a:lnTo>
                                <a:lnTo>
                                  <a:pt x="586406" y="1568052"/>
                                </a:lnTo>
                                <a:lnTo>
                                  <a:pt x="588033" y="1563004"/>
                                </a:lnTo>
                                <a:lnTo>
                                  <a:pt x="589427" y="1558416"/>
                                </a:lnTo>
                                <a:lnTo>
                                  <a:pt x="589891" y="1556580"/>
                                </a:lnTo>
                                <a:lnTo>
                                  <a:pt x="590124" y="1554516"/>
                                </a:lnTo>
                                <a:lnTo>
                                  <a:pt x="590124" y="1552450"/>
                                </a:lnTo>
                                <a:lnTo>
                                  <a:pt x="589891" y="1551075"/>
                                </a:lnTo>
                                <a:lnTo>
                                  <a:pt x="594305" y="1547863"/>
                                </a:lnTo>
                                <a:close/>
                                <a:moveTo>
                                  <a:pt x="3056238" y="1546239"/>
                                </a:moveTo>
                                <a:lnTo>
                                  <a:pt x="3055698" y="1547874"/>
                                </a:lnTo>
                                <a:lnTo>
                                  <a:pt x="3055022" y="1549919"/>
                                </a:lnTo>
                                <a:lnTo>
                                  <a:pt x="3055022" y="1552192"/>
                                </a:lnTo>
                                <a:lnTo>
                                  <a:pt x="3054797" y="1554692"/>
                                </a:lnTo>
                                <a:lnTo>
                                  <a:pt x="3055022" y="1556964"/>
                                </a:lnTo>
                                <a:lnTo>
                                  <a:pt x="3055473" y="1559691"/>
                                </a:lnTo>
                                <a:lnTo>
                                  <a:pt x="3055947" y="1562443"/>
                                </a:lnTo>
                                <a:lnTo>
                                  <a:pt x="3057072" y="1560865"/>
                                </a:lnTo>
                                <a:lnTo>
                                  <a:pt x="3058432" y="1559045"/>
                                </a:lnTo>
                                <a:lnTo>
                                  <a:pt x="3060473" y="1557453"/>
                                </a:lnTo>
                                <a:lnTo>
                                  <a:pt x="3062515" y="1555861"/>
                                </a:lnTo>
                                <a:lnTo>
                                  <a:pt x="3065236" y="1554497"/>
                                </a:lnTo>
                                <a:lnTo>
                                  <a:pt x="3065690" y="1554497"/>
                                </a:lnTo>
                                <a:lnTo>
                                  <a:pt x="3078287" y="1558133"/>
                                </a:lnTo>
                                <a:lnTo>
                                  <a:pt x="3056238" y="1546239"/>
                                </a:lnTo>
                                <a:close/>
                                <a:moveTo>
                                  <a:pt x="2765535" y="1545464"/>
                                </a:moveTo>
                                <a:lnTo>
                                  <a:pt x="2778551" y="1550489"/>
                                </a:lnTo>
                                <a:lnTo>
                                  <a:pt x="2779179" y="1549908"/>
                                </a:lnTo>
                                <a:lnTo>
                                  <a:pt x="2765535" y="1545464"/>
                                </a:lnTo>
                                <a:close/>
                                <a:moveTo>
                                  <a:pt x="4274502" y="1542775"/>
                                </a:moveTo>
                                <a:lnTo>
                                  <a:pt x="4273550" y="1542994"/>
                                </a:lnTo>
                                <a:lnTo>
                                  <a:pt x="4270828" y="1543675"/>
                                </a:lnTo>
                                <a:lnTo>
                                  <a:pt x="4264932" y="1544128"/>
                                </a:lnTo>
                                <a:lnTo>
                                  <a:pt x="4259489" y="1544128"/>
                                </a:lnTo>
                                <a:lnTo>
                                  <a:pt x="4253593" y="1543902"/>
                                </a:lnTo>
                                <a:lnTo>
                                  <a:pt x="4253121" y="1543811"/>
                                </a:lnTo>
                                <a:lnTo>
                                  <a:pt x="4254274" y="1544139"/>
                                </a:lnTo>
                                <a:lnTo>
                                  <a:pt x="4259490" y="1545270"/>
                                </a:lnTo>
                                <a:lnTo>
                                  <a:pt x="4264253" y="1545723"/>
                                </a:lnTo>
                                <a:lnTo>
                                  <a:pt x="4266747" y="1545723"/>
                                </a:lnTo>
                                <a:lnTo>
                                  <a:pt x="4269469" y="1545496"/>
                                </a:lnTo>
                                <a:lnTo>
                                  <a:pt x="4271510" y="1544591"/>
                                </a:lnTo>
                                <a:lnTo>
                                  <a:pt x="4273778" y="1543234"/>
                                </a:lnTo>
                                <a:lnTo>
                                  <a:pt x="4274502" y="1542775"/>
                                </a:lnTo>
                                <a:close/>
                                <a:moveTo>
                                  <a:pt x="2383032" y="1542513"/>
                                </a:moveTo>
                                <a:lnTo>
                                  <a:pt x="2384878" y="1546020"/>
                                </a:lnTo>
                                <a:lnTo>
                                  <a:pt x="2386239" y="1551234"/>
                                </a:lnTo>
                                <a:lnTo>
                                  <a:pt x="2387600" y="1556900"/>
                                </a:lnTo>
                                <a:lnTo>
                                  <a:pt x="2388053" y="1559393"/>
                                </a:lnTo>
                                <a:lnTo>
                                  <a:pt x="2388251" y="1561962"/>
                                </a:lnTo>
                                <a:lnTo>
                                  <a:pt x="2393030" y="1560515"/>
                                </a:lnTo>
                                <a:lnTo>
                                  <a:pt x="2402773" y="1557118"/>
                                </a:lnTo>
                                <a:lnTo>
                                  <a:pt x="2413196" y="1552816"/>
                                </a:lnTo>
                                <a:lnTo>
                                  <a:pt x="2418408" y="1550779"/>
                                </a:lnTo>
                                <a:lnTo>
                                  <a:pt x="2418841" y="1550572"/>
                                </a:lnTo>
                                <a:lnTo>
                                  <a:pt x="2414154" y="1551325"/>
                                </a:lnTo>
                                <a:lnTo>
                                  <a:pt x="2402959" y="1554295"/>
                                </a:lnTo>
                                <a:lnTo>
                                  <a:pt x="2400675" y="1554295"/>
                                </a:lnTo>
                                <a:lnTo>
                                  <a:pt x="2398390" y="1553838"/>
                                </a:lnTo>
                                <a:lnTo>
                                  <a:pt x="2396334" y="1553381"/>
                                </a:lnTo>
                                <a:lnTo>
                                  <a:pt x="2394506" y="1552696"/>
                                </a:lnTo>
                                <a:lnTo>
                                  <a:pt x="2392679" y="1551783"/>
                                </a:lnTo>
                                <a:lnTo>
                                  <a:pt x="2391079" y="1550868"/>
                                </a:lnTo>
                                <a:lnTo>
                                  <a:pt x="2389480" y="1549727"/>
                                </a:lnTo>
                                <a:lnTo>
                                  <a:pt x="2388338" y="1548585"/>
                                </a:lnTo>
                                <a:lnTo>
                                  <a:pt x="2385825" y="1546073"/>
                                </a:lnTo>
                                <a:lnTo>
                                  <a:pt x="2383769" y="1543332"/>
                                </a:lnTo>
                                <a:lnTo>
                                  <a:pt x="2383032" y="1542513"/>
                                </a:lnTo>
                                <a:close/>
                                <a:moveTo>
                                  <a:pt x="2913322" y="1541964"/>
                                </a:moveTo>
                                <a:lnTo>
                                  <a:pt x="2910711" y="1542050"/>
                                </a:lnTo>
                                <a:lnTo>
                                  <a:pt x="2906967" y="1567849"/>
                                </a:lnTo>
                                <a:lnTo>
                                  <a:pt x="2908169" y="1568634"/>
                                </a:lnTo>
                                <a:lnTo>
                                  <a:pt x="2913322" y="1541964"/>
                                </a:lnTo>
                                <a:close/>
                                <a:moveTo>
                                  <a:pt x="689429" y="1539087"/>
                                </a:moveTo>
                                <a:lnTo>
                                  <a:pt x="688069" y="1540676"/>
                                </a:lnTo>
                                <a:lnTo>
                                  <a:pt x="687209" y="1541419"/>
                                </a:lnTo>
                                <a:lnTo>
                                  <a:pt x="687161" y="1541130"/>
                                </a:lnTo>
                                <a:lnTo>
                                  <a:pt x="689429" y="1539087"/>
                                </a:lnTo>
                                <a:close/>
                                <a:moveTo>
                                  <a:pt x="2803251" y="1538242"/>
                                </a:moveTo>
                                <a:lnTo>
                                  <a:pt x="2801339" y="1538773"/>
                                </a:lnTo>
                                <a:lnTo>
                                  <a:pt x="2802332" y="1538839"/>
                                </a:lnTo>
                                <a:lnTo>
                                  <a:pt x="2803251" y="1538242"/>
                                </a:lnTo>
                                <a:close/>
                                <a:moveTo>
                                  <a:pt x="3064782" y="1537806"/>
                                </a:moveTo>
                                <a:lnTo>
                                  <a:pt x="3063486" y="1538049"/>
                                </a:lnTo>
                                <a:lnTo>
                                  <a:pt x="3063899" y="1538088"/>
                                </a:lnTo>
                                <a:lnTo>
                                  <a:pt x="3064782" y="1537806"/>
                                </a:lnTo>
                                <a:close/>
                                <a:moveTo>
                                  <a:pt x="2857218" y="1536745"/>
                                </a:moveTo>
                                <a:lnTo>
                                  <a:pt x="2855128" y="1536896"/>
                                </a:lnTo>
                                <a:lnTo>
                                  <a:pt x="2848458" y="1538127"/>
                                </a:lnTo>
                                <a:lnTo>
                                  <a:pt x="2852158" y="1537697"/>
                                </a:lnTo>
                                <a:lnTo>
                                  <a:pt x="2857218" y="1536745"/>
                                </a:lnTo>
                                <a:close/>
                                <a:moveTo>
                                  <a:pt x="2873985" y="1535533"/>
                                </a:moveTo>
                                <a:lnTo>
                                  <a:pt x="2868767" y="1535911"/>
                                </a:lnTo>
                                <a:lnTo>
                                  <a:pt x="2887037" y="1540666"/>
                                </a:lnTo>
                                <a:lnTo>
                                  <a:pt x="2890142" y="1542174"/>
                                </a:lnTo>
                                <a:lnTo>
                                  <a:pt x="2889888" y="1541892"/>
                                </a:lnTo>
                                <a:lnTo>
                                  <a:pt x="2888071" y="1540303"/>
                                </a:lnTo>
                                <a:lnTo>
                                  <a:pt x="2886026" y="1538940"/>
                                </a:lnTo>
                                <a:lnTo>
                                  <a:pt x="2883981" y="1537804"/>
                                </a:lnTo>
                                <a:lnTo>
                                  <a:pt x="2881709" y="1537124"/>
                                </a:lnTo>
                                <a:lnTo>
                                  <a:pt x="2879210" y="1536216"/>
                                </a:lnTo>
                                <a:lnTo>
                                  <a:pt x="2876484" y="1535761"/>
                                </a:lnTo>
                                <a:lnTo>
                                  <a:pt x="2873985" y="1535533"/>
                                </a:lnTo>
                                <a:close/>
                                <a:moveTo>
                                  <a:pt x="2436602" y="1533250"/>
                                </a:moveTo>
                                <a:lnTo>
                                  <a:pt x="2436543" y="1533283"/>
                                </a:lnTo>
                                <a:lnTo>
                                  <a:pt x="2429550" y="1544934"/>
                                </a:lnTo>
                                <a:lnTo>
                                  <a:pt x="2431550" y="1543759"/>
                                </a:lnTo>
                                <a:lnTo>
                                  <a:pt x="2432909" y="1542400"/>
                                </a:lnTo>
                                <a:lnTo>
                                  <a:pt x="2434495" y="1541269"/>
                                </a:lnTo>
                                <a:lnTo>
                                  <a:pt x="2435628" y="1539683"/>
                                </a:lnTo>
                                <a:lnTo>
                                  <a:pt x="2436308" y="1538550"/>
                                </a:lnTo>
                                <a:lnTo>
                                  <a:pt x="2436988" y="1537419"/>
                                </a:lnTo>
                                <a:lnTo>
                                  <a:pt x="2437441" y="1536060"/>
                                </a:lnTo>
                                <a:lnTo>
                                  <a:pt x="2437441" y="1534928"/>
                                </a:lnTo>
                                <a:lnTo>
                                  <a:pt x="2436761" y="1533569"/>
                                </a:lnTo>
                                <a:lnTo>
                                  <a:pt x="2436602" y="1533250"/>
                                </a:lnTo>
                                <a:close/>
                                <a:moveTo>
                                  <a:pt x="546273" y="1532976"/>
                                </a:moveTo>
                                <a:lnTo>
                                  <a:pt x="529871" y="1558349"/>
                                </a:lnTo>
                                <a:lnTo>
                                  <a:pt x="531833" y="1555225"/>
                                </a:lnTo>
                                <a:lnTo>
                                  <a:pt x="544749" y="1535253"/>
                                </a:lnTo>
                                <a:lnTo>
                                  <a:pt x="546273" y="1532976"/>
                                </a:lnTo>
                                <a:close/>
                                <a:moveTo>
                                  <a:pt x="3273652" y="1532832"/>
                                </a:moveTo>
                                <a:lnTo>
                                  <a:pt x="3257777" y="1533510"/>
                                </a:lnTo>
                                <a:lnTo>
                                  <a:pt x="3257222" y="1533734"/>
                                </a:lnTo>
                                <a:lnTo>
                                  <a:pt x="3260725" y="1533574"/>
                                </a:lnTo>
                                <a:lnTo>
                                  <a:pt x="3266395" y="1533802"/>
                                </a:lnTo>
                                <a:lnTo>
                                  <a:pt x="3277961" y="1534711"/>
                                </a:lnTo>
                                <a:lnTo>
                                  <a:pt x="3283857" y="1535166"/>
                                </a:lnTo>
                                <a:lnTo>
                                  <a:pt x="3285365" y="1535224"/>
                                </a:lnTo>
                                <a:lnTo>
                                  <a:pt x="3284310" y="1535093"/>
                                </a:lnTo>
                                <a:lnTo>
                                  <a:pt x="3280909" y="1534640"/>
                                </a:lnTo>
                                <a:lnTo>
                                  <a:pt x="3277280" y="1533962"/>
                                </a:lnTo>
                                <a:lnTo>
                                  <a:pt x="3273652" y="1532832"/>
                                </a:lnTo>
                                <a:close/>
                                <a:moveTo>
                                  <a:pt x="2003425" y="1532073"/>
                                </a:moveTo>
                                <a:lnTo>
                                  <a:pt x="2009775" y="1535080"/>
                                </a:lnTo>
                                <a:lnTo>
                                  <a:pt x="2009775" y="1535248"/>
                                </a:lnTo>
                                <a:lnTo>
                                  <a:pt x="2003425" y="1532073"/>
                                </a:lnTo>
                                <a:close/>
                                <a:moveTo>
                                  <a:pt x="2050823" y="1530833"/>
                                </a:moveTo>
                                <a:lnTo>
                                  <a:pt x="2058534" y="1533780"/>
                                </a:lnTo>
                                <a:lnTo>
                                  <a:pt x="2058760" y="1533780"/>
                                </a:lnTo>
                                <a:lnTo>
                                  <a:pt x="2050823" y="1530833"/>
                                </a:lnTo>
                                <a:close/>
                                <a:moveTo>
                                  <a:pt x="2663991" y="1526254"/>
                                </a:moveTo>
                                <a:lnTo>
                                  <a:pt x="2664257" y="1527003"/>
                                </a:lnTo>
                                <a:lnTo>
                                  <a:pt x="2673908" y="1533359"/>
                                </a:lnTo>
                                <a:lnTo>
                                  <a:pt x="2673997" y="1533203"/>
                                </a:lnTo>
                                <a:lnTo>
                                  <a:pt x="2674223" y="1532515"/>
                                </a:lnTo>
                                <a:lnTo>
                                  <a:pt x="2674223" y="1531827"/>
                                </a:lnTo>
                                <a:lnTo>
                                  <a:pt x="2673997" y="1531368"/>
                                </a:lnTo>
                                <a:lnTo>
                                  <a:pt x="2673544" y="1530680"/>
                                </a:lnTo>
                                <a:lnTo>
                                  <a:pt x="2673091" y="1530222"/>
                                </a:lnTo>
                                <a:lnTo>
                                  <a:pt x="2672412" y="1529534"/>
                                </a:lnTo>
                                <a:lnTo>
                                  <a:pt x="2663991" y="1526254"/>
                                </a:lnTo>
                                <a:close/>
                                <a:moveTo>
                                  <a:pt x="3002963" y="1524587"/>
                                </a:moveTo>
                                <a:lnTo>
                                  <a:pt x="3001631" y="1532420"/>
                                </a:lnTo>
                                <a:lnTo>
                                  <a:pt x="3038802" y="1544692"/>
                                </a:lnTo>
                                <a:lnTo>
                                  <a:pt x="3042932" y="1538983"/>
                                </a:lnTo>
                                <a:lnTo>
                                  <a:pt x="3042103" y="1538938"/>
                                </a:lnTo>
                                <a:lnTo>
                                  <a:pt x="3034393" y="1538033"/>
                                </a:lnTo>
                                <a:lnTo>
                                  <a:pt x="3026682" y="1536902"/>
                                </a:lnTo>
                                <a:lnTo>
                                  <a:pt x="3018518" y="1535320"/>
                                </a:lnTo>
                                <a:lnTo>
                                  <a:pt x="3001962" y="1532153"/>
                                </a:lnTo>
                                <a:lnTo>
                                  <a:pt x="3005364" y="1525595"/>
                                </a:lnTo>
                                <a:lnTo>
                                  <a:pt x="3002963" y="1524587"/>
                                </a:lnTo>
                                <a:close/>
                                <a:moveTo>
                                  <a:pt x="2912362" y="1524497"/>
                                </a:moveTo>
                                <a:lnTo>
                                  <a:pt x="2905564" y="1527585"/>
                                </a:lnTo>
                                <a:lnTo>
                                  <a:pt x="2899430" y="1530083"/>
                                </a:lnTo>
                                <a:lnTo>
                                  <a:pt x="2899203" y="1530083"/>
                                </a:lnTo>
                                <a:lnTo>
                                  <a:pt x="2895989" y="1543148"/>
                                </a:lnTo>
                                <a:lnTo>
                                  <a:pt x="2899356" y="1542389"/>
                                </a:lnTo>
                                <a:lnTo>
                                  <a:pt x="2899580" y="1530601"/>
                                </a:lnTo>
                                <a:lnTo>
                                  <a:pt x="2905663" y="1528101"/>
                                </a:lnTo>
                                <a:lnTo>
                                  <a:pt x="2913097" y="1525601"/>
                                </a:lnTo>
                                <a:lnTo>
                                  <a:pt x="2913097" y="1524693"/>
                                </a:lnTo>
                                <a:lnTo>
                                  <a:pt x="2912362" y="1524497"/>
                                </a:lnTo>
                                <a:close/>
                                <a:moveTo>
                                  <a:pt x="3001842" y="1524116"/>
                                </a:moveTo>
                                <a:lnTo>
                                  <a:pt x="3001857" y="1524238"/>
                                </a:lnTo>
                                <a:lnTo>
                                  <a:pt x="3002383" y="1524343"/>
                                </a:lnTo>
                                <a:lnTo>
                                  <a:pt x="3001842" y="1524116"/>
                                </a:lnTo>
                                <a:close/>
                                <a:moveTo>
                                  <a:pt x="6141130" y="1523492"/>
                                </a:moveTo>
                                <a:lnTo>
                                  <a:pt x="6144759" y="1523719"/>
                                </a:lnTo>
                                <a:lnTo>
                                  <a:pt x="6148614" y="1524400"/>
                                </a:lnTo>
                                <a:lnTo>
                                  <a:pt x="6152696" y="1525533"/>
                                </a:lnTo>
                                <a:lnTo>
                                  <a:pt x="6156552" y="1527121"/>
                                </a:lnTo>
                                <a:lnTo>
                                  <a:pt x="6160861" y="1528935"/>
                                </a:lnTo>
                                <a:lnTo>
                                  <a:pt x="6164943" y="1531203"/>
                                </a:lnTo>
                                <a:lnTo>
                                  <a:pt x="6169025" y="1533924"/>
                                </a:lnTo>
                                <a:lnTo>
                                  <a:pt x="6173107" y="1536872"/>
                                </a:lnTo>
                                <a:lnTo>
                                  <a:pt x="6177189" y="1540273"/>
                                </a:lnTo>
                                <a:lnTo>
                                  <a:pt x="6181725" y="1543902"/>
                                </a:lnTo>
                                <a:lnTo>
                                  <a:pt x="6186034" y="1547756"/>
                                </a:lnTo>
                                <a:lnTo>
                                  <a:pt x="6190343" y="1551838"/>
                                </a:lnTo>
                                <a:lnTo>
                                  <a:pt x="6194879" y="1556374"/>
                                </a:lnTo>
                                <a:lnTo>
                                  <a:pt x="6199187" y="1561363"/>
                                </a:lnTo>
                                <a:lnTo>
                                  <a:pt x="6200676" y="1563087"/>
                                </a:lnTo>
                                <a:lnTo>
                                  <a:pt x="6212568" y="1581771"/>
                                </a:lnTo>
                                <a:lnTo>
                                  <a:pt x="6226629" y="1603768"/>
                                </a:lnTo>
                                <a:lnTo>
                                  <a:pt x="6240463" y="1626218"/>
                                </a:lnTo>
                                <a:lnTo>
                                  <a:pt x="6254296" y="1648894"/>
                                </a:lnTo>
                                <a:lnTo>
                                  <a:pt x="6267903" y="1671344"/>
                                </a:lnTo>
                                <a:lnTo>
                                  <a:pt x="6281284" y="1694021"/>
                                </a:lnTo>
                                <a:lnTo>
                                  <a:pt x="6294437" y="1716924"/>
                                </a:lnTo>
                                <a:lnTo>
                                  <a:pt x="6307591" y="1739828"/>
                                </a:lnTo>
                                <a:lnTo>
                                  <a:pt x="6320518" y="1762958"/>
                                </a:lnTo>
                                <a:lnTo>
                                  <a:pt x="6321978" y="1765591"/>
                                </a:lnTo>
                                <a:lnTo>
                                  <a:pt x="6332764" y="1787675"/>
                                </a:lnTo>
                                <a:lnTo>
                                  <a:pt x="6345691" y="1814660"/>
                                </a:lnTo>
                                <a:lnTo>
                                  <a:pt x="6357257" y="1838698"/>
                                </a:lnTo>
                                <a:lnTo>
                                  <a:pt x="6367009" y="1858880"/>
                                </a:lnTo>
                                <a:lnTo>
                                  <a:pt x="6374719" y="1874753"/>
                                </a:lnTo>
                                <a:lnTo>
                                  <a:pt x="6389007" y="1902872"/>
                                </a:lnTo>
                                <a:lnTo>
                                  <a:pt x="6402841" y="1931217"/>
                                </a:lnTo>
                                <a:lnTo>
                                  <a:pt x="6416448" y="1959789"/>
                                </a:lnTo>
                                <a:lnTo>
                                  <a:pt x="6430055" y="1988361"/>
                                </a:lnTo>
                                <a:lnTo>
                                  <a:pt x="6443209" y="2017160"/>
                                </a:lnTo>
                                <a:lnTo>
                                  <a:pt x="6456136" y="2045959"/>
                                </a:lnTo>
                                <a:lnTo>
                                  <a:pt x="6468836" y="2074985"/>
                                </a:lnTo>
                                <a:lnTo>
                                  <a:pt x="6481082" y="2104011"/>
                                </a:lnTo>
                                <a:lnTo>
                                  <a:pt x="6493329" y="2133265"/>
                                </a:lnTo>
                                <a:lnTo>
                                  <a:pt x="6504895" y="2162515"/>
                                </a:lnTo>
                                <a:lnTo>
                                  <a:pt x="6516687" y="2191768"/>
                                </a:lnTo>
                                <a:lnTo>
                                  <a:pt x="6528027" y="2221476"/>
                                </a:lnTo>
                                <a:lnTo>
                                  <a:pt x="6539139" y="2251179"/>
                                </a:lnTo>
                                <a:lnTo>
                                  <a:pt x="6549798" y="2280878"/>
                                </a:lnTo>
                                <a:lnTo>
                                  <a:pt x="6560457" y="2310816"/>
                                </a:lnTo>
                                <a:lnTo>
                                  <a:pt x="6570663" y="2340521"/>
                                </a:lnTo>
                                <a:lnTo>
                                  <a:pt x="6567487" y="2337119"/>
                                </a:lnTo>
                                <a:lnTo>
                                  <a:pt x="6564539" y="2330769"/>
                                </a:lnTo>
                                <a:lnTo>
                                  <a:pt x="6561591" y="2324194"/>
                                </a:lnTo>
                                <a:lnTo>
                                  <a:pt x="6558189" y="2317620"/>
                                </a:lnTo>
                                <a:lnTo>
                                  <a:pt x="6557412" y="2316171"/>
                                </a:lnTo>
                                <a:lnTo>
                                  <a:pt x="6559628" y="2321558"/>
                                </a:lnTo>
                                <a:lnTo>
                                  <a:pt x="6559528" y="2321257"/>
                                </a:lnTo>
                                <a:lnTo>
                                  <a:pt x="6559989" y="2322432"/>
                                </a:lnTo>
                                <a:lnTo>
                                  <a:pt x="6560647" y="2324035"/>
                                </a:lnTo>
                                <a:lnTo>
                                  <a:pt x="6560691" y="2324230"/>
                                </a:lnTo>
                                <a:lnTo>
                                  <a:pt x="6561564" y="2326459"/>
                                </a:lnTo>
                                <a:lnTo>
                                  <a:pt x="6564280" y="2332565"/>
                                </a:lnTo>
                                <a:lnTo>
                                  <a:pt x="6565411" y="2335278"/>
                                </a:lnTo>
                                <a:lnTo>
                                  <a:pt x="6566995" y="2337540"/>
                                </a:lnTo>
                                <a:lnTo>
                                  <a:pt x="6568579" y="2339805"/>
                                </a:lnTo>
                                <a:lnTo>
                                  <a:pt x="6569484" y="2340482"/>
                                </a:lnTo>
                                <a:lnTo>
                                  <a:pt x="6570389" y="2341160"/>
                                </a:lnTo>
                                <a:lnTo>
                                  <a:pt x="6578308" y="2365589"/>
                                </a:lnTo>
                                <a:lnTo>
                                  <a:pt x="6586454" y="2389792"/>
                                </a:lnTo>
                                <a:lnTo>
                                  <a:pt x="6594147" y="2414217"/>
                                </a:lnTo>
                                <a:lnTo>
                                  <a:pt x="6601577" y="2438761"/>
                                </a:lnTo>
                                <a:lnTo>
                                  <a:pt x="6599161" y="2446007"/>
                                </a:lnTo>
                                <a:lnTo>
                                  <a:pt x="6599970" y="2446612"/>
                                </a:lnTo>
                                <a:lnTo>
                                  <a:pt x="6601551" y="2438907"/>
                                </a:lnTo>
                                <a:lnTo>
                                  <a:pt x="6602229" y="2439363"/>
                                </a:lnTo>
                                <a:lnTo>
                                  <a:pt x="6611263" y="2469740"/>
                                </a:lnTo>
                                <a:lnTo>
                                  <a:pt x="6620071" y="2500105"/>
                                </a:lnTo>
                                <a:lnTo>
                                  <a:pt x="6628653" y="2530480"/>
                                </a:lnTo>
                                <a:lnTo>
                                  <a:pt x="6637236" y="2561529"/>
                                </a:lnTo>
                                <a:lnTo>
                                  <a:pt x="6635203" y="2554732"/>
                                </a:lnTo>
                                <a:lnTo>
                                  <a:pt x="6633396" y="2549744"/>
                                </a:lnTo>
                                <a:lnTo>
                                  <a:pt x="6631815" y="2546346"/>
                                </a:lnTo>
                                <a:lnTo>
                                  <a:pt x="6630686" y="2544530"/>
                                </a:lnTo>
                                <a:lnTo>
                                  <a:pt x="6630008" y="2543851"/>
                                </a:lnTo>
                                <a:lnTo>
                                  <a:pt x="6629557" y="2543851"/>
                                </a:lnTo>
                                <a:lnTo>
                                  <a:pt x="6629331" y="2543851"/>
                                </a:lnTo>
                                <a:lnTo>
                                  <a:pt x="6628879" y="2544078"/>
                                </a:lnTo>
                                <a:lnTo>
                                  <a:pt x="6628427" y="2545438"/>
                                </a:lnTo>
                                <a:lnTo>
                                  <a:pt x="6628202" y="2547026"/>
                                </a:lnTo>
                                <a:lnTo>
                                  <a:pt x="6628427" y="2549516"/>
                                </a:lnTo>
                                <a:lnTo>
                                  <a:pt x="6628653" y="2552009"/>
                                </a:lnTo>
                                <a:lnTo>
                                  <a:pt x="6629331" y="2554732"/>
                                </a:lnTo>
                                <a:lnTo>
                                  <a:pt x="6630234" y="2556996"/>
                                </a:lnTo>
                                <a:lnTo>
                                  <a:pt x="6631589" y="2559035"/>
                                </a:lnTo>
                                <a:lnTo>
                                  <a:pt x="6632267" y="2559941"/>
                                </a:lnTo>
                                <a:lnTo>
                                  <a:pt x="6632944" y="2560624"/>
                                </a:lnTo>
                                <a:lnTo>
                                  <a:pt x="6634074" y="2561074"/>
                                </a:lnTo>
                                <a:lnTo>
                                  <a:pt x="6634977" y="2561529"/>
                                </a:lnTo>
                                <a:lnTo>
                                  <a:pt x="6635880" y="2561755"/>
                                </a:lnTo>
                                <a:lnTo>
                                  <a:pt x="6637236" y="2561529"/>
                                </a:lnTo>
                                <a:lnTo>
                                  <a:pt x="6623459" y="2564930"/>
                                </a:lnTo>
                                <a:lnTo>
                                  <a:pt x="6617587" y="2566064"/>
                                </a:lnTo>
                                <a:lnTo>
                                  <a:pt x="6612166" y="2566972"/>
                                </a:lnTo>
                                <a:lnTo>
                                  <a:pt x="6607197" y="2567650"/>
                                </a:lnTo>
                                <a:lnTo>
                                  <a:pt x="6602680" y="2568106"/>
                                </a:lnTo>
                                <a:lnTo>
                                  <a:pt x="6600648" y="2567650"/>
                                </a:lnTo>
                                <a:lnTo>
                                  <a:pt x="6598615" y="2567424"/>
                                </a:lnTo>
                                <a:lnTo>
                                  <a:pt x="6597034" y="2566972"/>
                                </a:lnTo>
                                <a:lnTo>
                                  <a:pt x="6595227" y="2566518"/>
                                </a:lnTo>
                                <a:lnTo>
                                  <a:pt x="6593646" y="2565838"/>
                                </a:lnTo>
                                <a:lnTo>
                                  <a:pt x="6593240" y="2565662"/>
                                </a:lnTo>
                                <a:lnTo>
                                  <a:pt x="6595633" y="2571199"/>
                                </a:lnTo>
                                <a:lnTo>
                                  <a:pt x="6577459" y="2575057"/>
                                </a:lnTo>
                                <a:lnTo>
                                  <a:pt x="6569962" y="2576420"/>
                                </a:lnTo>
                                <a:lnTo>
                                  <a:pt x="6563373" y="2577782"/>
                                </a:lnTo>
                                <a:lnTo>
                                  <a:pt x="6557921" y="2578236"/>
                                </a:lnTo>
                                <a:lnTo>
                                  <a:pt x="6555195" y="2578236"/>
                                </a:lnTo>
                                <a:lnTo>
                                  <a:pt x="6553150" y="2578009"/>
                                </a:lnTo>
                                <a:lnTo>
                                  <a:pt x="6550878" y="2577782"/>
                                </a:lnTo>
                                <a:lnTo>
                                  <a:pt x="6548834" y="2577328"/>
                                </a:lnTo>
                                <a:lnTo>
                                  <a:pt x="6547016" y="2576647"/>
                                </a:lnTo>
                                <a:lnTo>
                                  <a:pt x="6545199" y="2575968"/>
                                </a:lnTo>
                                <a:lnTo>
                                  <a:pt x="6543609" y="2575057"/>
                                </a:lnTo>
                                <a:lnTo>
                                  <a:pt x="6541791" y="2573923"/>
                                </a:lnTo>
                                <a:lnTo>
                                  <a:pt x="6540428" y="2572560"/>
                                </a:lnTo>
                                <a:lnTo>
                                  <a:pt x="6539065" y="2571199"/>
                                </a:lnTo>
                                <a:lnTo>
                                  <a:pt x="6537702" y="2569383"/>
                                </a:lnTo>
                                <a:lnTo>
                                  <a:pt x="6536339" y="2567568"/>
                                </a:lnTo>
                                <a:lnTo>
                                  <a:pt x="6533613" y="2562802"/>
                                </a:lnTo>
                                <a:lnTo>
                                  <a:pt x="6530659" y="2557580"/>
                                </a:lnTo>
                                <a:lnTo>
                                  <a:pt x="6527706" y="2551001"/>
                                </a:lnTo>
                                <a:lnTo>
                                  <a:pt x="6520663" y="2534884"/>
                                </a:lnTo>
                                <a:lnTo>
                                  <a:pt x="6519300" y="2531026"/>
                                </a:lnTo>
                                <a:lnTo>
                                  <a:pt x="6517710" y="2526713"/>
                                </a:lnTo>
                                <a:lnTo>
                                  <a:pt x="6514984" y="2517635"/>
                                </a:lnTo>
                                <a:lnTo>
                                  <a:pt x="6512712" y="2507879"/>
                                </a:lnTo>
                                <a:lnTo>
                                  <a:pt x="6510213" y="2498802"/>
                                </a:lnTo>
                                <a:lnTo>
                                  <a:pt x="6508850" y="2494940"/>
                                </a:lnTo>
                                <a:lnTo>
                                  <a:pt x="6507487" y="2491540"/>
                                </a:lnTo>
                                <a:lnTo>
                                  <a:pt x="6506124" y="2488819"/>
                                </a:lnTo>
                                <a:lnTo>
                                  <a:pt x="6505442" y="2487906"/>
                                </a:lnTo>
                                <a:lnTo>
                                  <a:pt x="6504306" y="2486992"/>
                                </a:lnTo>
                                <a:lnTo>
                                  <a:pt x="6503625" y="2486092"/>
                                </a:lnTo>
                                <a:lnTo>
                                  <a:pt x="6502943" y="2485859"/>
                                </a:lnTo>
                                <a:lnTo>
                                  <a:pt x="6502034" y="2485635"/>
                                </a:lnTo>
                                <a:lnTo>
                                  <a:pt x="6500898" y="2485859"/>
                                </a:lnTo>
                                <a:lnTo>
                                  <a:pt x="6499990" y="2486092"/>
                                </a:lnTo>
                                <a:lnTo>
                                  <a:pt x="6499081" y="2486992"/>
                                </a:lnTo>
                                <a:lnTo>
                                  <a:pt x="6497945" y="2488135"/>
                                </a:lnTo>
                                <a:lnTo>
                                  <a:pt x="6497036" y="2489273"/>
                                </a:lnTo>
                                <a:lnTo>
                                  <a:pt x="6498854" y="2491540"/>
                                </a:lnTo>
                                <a:lnTo>
                                  <a:pt x="6500217" y="2493808"/>
                                </a:lnTo>
                                <a:lnTo>
                                  <a:pt x="6501126" y="2495853"/>
                                </a:lnTo>
                                <a:lnTo>
                                  <a:pt x="6502034" y="2498121"/>
                                </a:lnTo>
                                <a:lnTo>
                                  <a:pt x="6502489" y="2500387"/>
                                </a:lnTo>
                                <a:lnTo>
                                  <a:pt x="6502716" y="2502661"/>
                                </a:lnTo>
                                <a:lnTo>
                                  <a:pt x="6502716" y="2505152"/>
                                </a:lnTo>
                                <a:lnTo>
                                  <a:pt x="6502261" y="2507650"/>
                                </a:lnTo>
                                <a:lnTo>
                                  <a:pt x="6499762" y="2504477"/>
                                </a:lnTo>
                                <a:lnTo>
                                  <a:pt x="6497491" y="2501072"/>
                                </a:lnTo>
                                <a:lnTo>
                                  <a:pt x="6495446" y="2497213"/>
                                </a:lnTo>
                                <a:lnTo>
                                  <a:pt x="6493401" y="2493582"/>
                                </a:lnTo>
                                <a:lnTo>
                                  <a:pt x="6490221" y="2486092"/>
                                </a:lnTo>
                                <a:lnTo>
                                  <a:pt x="6487722" y="2480194"/>
                                </a:lnTo>
                                <a:lnTo>
                                  <a:pt x="6495446" y="2484272"/>
                                </a:lnTo>
                                <a:lnTo>
                                  <a:pt x="6495446" y="2481101"/>
                                </a:lnTo>
                                <a:lnTo>
                                  <a:pt x="6495219" y="2477925"/>
                                </a:lnTo>
                                <a:lnTo>
                                  <a:pt x="6494083" y="2474738"/>
                                </a:lnTo>
                                <a:lnTo>
                                  <a:pt x="6493174" y="2471570"/>
                                </a:lnTo>
                                <a:lnTo>
                                  <a:pt x="6491811" y="2468163"/>
                                </a:lnTo>
                                <a:lnTo>
                                  <a:pt x="6489766" y="2464983"/>
                                </a:lnTo>
                                <a:lnTo>
                                  <a:pt x="6487722" y="2461803"/>
                                </a:lnTo>
                                <a:lnTo>
                                  <a:pt x="6485904" y="2458859"/>
                                </a:lnTo>
                                <a:lnTo>
                                  <a:pt x="6483405" y="2455678"/>
                                </a:lnTo>
                                <a:lnTo>
                                  <a:pt x="6480906" y="2452949"/>
                                </a:lnTo>
                                <a:lnTo>
                                  <a:pt x="6475908" y="2447505"/>
                                </a:lnTo>
                                <a:lnTo>
                                  <a:pt x="6470683" y="2442969"/>
                                </a:lnTo>
                                <a:lnTo>
                                  <a:pt x="6465685" y="2439109"/>
                                </a:lnTo>
                                <a:lnTo>
                                  <a:pt x="6465458" y="2439109"/>
                                </a:lnTo>
                                <a:lnTo>
                                  <a:pt x="6463868" y="2440243"/>
                                </a:lnTo>
                                <a:lnTo>
                                  <a:pt x="6469775" y="2452720"/>
                                </a:lnTo>
                                <a:lnTo>
                                  <a:pt x="6465458" y="2446598"/>
                                </a:lnTo>
                                <a:lnTo>
                                  <a:pt x="6468639" y="2453852"/>
                                </a:lnTo>
                                <a:lnTo>
                                  <a:pt x="6467048" y="2451130"/>
                                </a:lnTo>
                                <a:lnTo>
                                  <a:pt x="6465458" y="2447279"/>
                                </a:lnTo>
                                <a:lnTo>
                                  <a:pt x="6461369" y="2437975"/>
                                </a:lnTo>
                                <a:lnTo>
                                  <a:pt x="6457280" y="2428219"/>
                                </a:lnTo>
                                <a:lnTo>
                                  <a:pt x="6455916" y="2424129"/>
                                </a:lnTo>
                                <a:lnTo>
                                  <a:pt x="6455008" y="2421179"/>
                                </a:lnTo>
                                <a:lnTo>
                                  <a:pt x="6451827" y="2410951"/>
                                </a:lnTo>
                                <a:lnTo>
                                  <a:pt x="6456144" y="2437066"/>
                                </a:lnTo>
                                <a:lnTo>
                                  <a:pt x="6443876" y="2410951"/>
                                </a:lnTo>
                                <a:lnTo>
                                  <a:pt x="6449101" y="2426628"/>
                                </a:lnTo>
                                <a:lnTo>
                                  <a:pt x="6447056" y="2422995"/>
                                </a:lnTo>
                                <a:lnTo>
                                  <a:pt x="6444785" y="2418910"/>
                                </a:lnTo>
                                <a:lnTo>
                                  <a:pt x="6441604" y="2414365"/>
                                </a:lnTo>
                                <a:lnTo>
                                  <a:pt x="6438196" y="2409811"/>
                                </a:lnTo>
                                <a:lnTo>
                                  <a:pt x="6430926" y="2399836"/>
                                </a:lnTo>
                                <a:lnTo>
                                  <a:pt x="6430065" y="2398672"/>
                                </a:lnTo>
                                <a:lnTo>
                                  <a:pt x="6430962" y="2400368"/>
                                </a:lnTo>
                                <a:lnTo>
                                  <a:pt x="6429683" y="2398157"/>
                                </a:lnTo>
                                <a:lnTo>
                                  <a:pt x="6427064" y="2394614"/>
                                </a:lnTo>
                                <a:lnTo>
                                  <a:pt x="6423657" y="2389853"/>
                                </a:lnTo>
                                <a:lnTo>
                                  <a:pt x="6420931" y="2385318"/>
                                </a:lnTo>
                                <a:lnTo>
                                  <a:pt x="6418659" y="2380769"/>
                                </a:lnTo>
                                <a:lnTo>
                                  <a:pt x="6417750" y="2378955"/>
                                </a:lnTo>
                                <a:lnTo>
                                  <a:pt x="6416841" y="2376915"/>
                                </a:lnTo>
                                <a:lnTo>
                                  <a:pt x="6416387" y="2375323"/>
                                </a:lnTo>
                                <a:lnTo>
                                  <a:pt x="6416160" y="2373508"/>
                                </a:lnTo>
                                <a:lnTo>
                                  <a:pt x="6416160" y="2372146"/>
                                </a:lnTo>
                                <a:lnTo>
                                  <a:pt x="6416387" y="2370784"/>
                                </a:lnTo>
                                <a:lnTo>
                                  <a:pt x="6416918" y="2370121"/>
                                </a:lnTo>
                                <a:lnTo>
                                  <a:pt x="6405513" y="2343723"/>
                                </a:lnTo>
                                <a:lnTo>
                                  <a:pt x="6398469" y="2328465"/>
                                </a:lnTo>
                                <a:lnTo>
                                  <a:pt x="6395515" y="2322318"/>
                                </a:lnTo>
                                <a:lnTo>
                                  <a:pt x="6392561" y="2317316"/>
                                </a:lnTo>
                                <a:lnTo>
                                  <a:pt x="6390289" y="2313900"/>
                                </a:lnTo>
                                <a:lnTo>
                                  <a:pt x="6389607" y="2313218"/>
                                </a:lnTo>
                                <a:lnTo>
                                  <a:pt x="6388698" y="2312765"/>
                                </a:lnTo>
                                <a:lnTo>
                                  <a:pt x="6388244" y="2312765"/>
                                </a:lnTo>
                                <a:lnTo>
                                  <a:pt x="6387789" y="2313443"/>
                                </a:lnTo>
                                <a:lnTo>
                                  <a:pt x="6387562" y="2314812"/>
                                </a:lnTo>
                                <a:lnTo>
                                  <a:pt x="6387562" y="2316634"/>
                                </a:lnTo>
                                <a:lnTo>
                                  <a:pt x="6381427" y="2307077"/>
                                </a:lnTo>
                                <a:lnTo>
                                  <a:pt x="6375519" y="2297748"/>
                                </a:lnTo>
                                <a:lnTo>
                                  <a:pt x="6369839" y="2287960"/>
                                </a:lnTo>
                                <a:lnTo>
                                  <a:pt x="6364840" y="2278177"/>
                                </a:lnTo>
                                <a:lnTo>
                                  <a:pt x="6365294" y="2297977"/>
                                </a:lnTo>
                                <a:lnTo>
                                  <a:pt x="6360295" y="2293879"/>
                                </a:lnTo>
                                <a:lnTo>
                                  <a:pt x="6361431" y="2299571"/>
                                </a:lnTo>
                                <a:lnTo>
                                  <a:pt x="6332574" y="2248999"/>
                                </a:lnTo>
                                <a:lnTo>
                                  <a:pt x="6331665" y="2246026"/>
                                </a:lnTo>
                                <a:lnTo>
                                  <a:pt x="6330529" y="2246720"/>
                                </a:lnTo>
                                <a:lnTo>
                                  <a:pt x="6328711" y="2241494"/>
                                </a:lnTo>
                                <a:lnTo>
                                  <a:pt x="6326666" y="2243536"/>
                                </a:lnTo>
                                <a:lnTo>
                                  <a:pt x="6332119" y="2252430"/>
                                </a:lnTo>
                                <a:lnTo>
                                  <a:pt x="6331438" y="2254261"/>
                                </a:lnTo>
                                <a:lnTo>
                                  <a:pt x="6324167" y="2251739"/>
                                </a:lnTo>
                                <a:lnTo>
                                  <a:pt x="6326439" y="2253569"/>
                                </a:lnTo>
                                <a:lnTo>
                                  <a:pt x="6328484" y="2255406"/>
                                </a:lnTo>
                                <a:lnTo>
                                  <a:pt x="6330529" y="2257694"/>
                                </a:lnTo>
                                <a:lnTo>
                                  <a:pt x="6332119" y="2259987"/>
                                </a:lnTo>
                                <a:lnTo>
                                  <a:pt x="6333937" y="2262024"/>
                                </a:lnTo>
                                <a:lnTo>
                                  <a:pt x="6335528" y="2264524"/>
                                </a:lnTo>
                                <a:lnTo>
                                  <a:pt x="6336891" y="2267026"/>
                                </a:lnTo>
                                <a:lnTo>
                                  <a:pt x="6338027" y="2269302"/>
                                </a:lnTo>
                                <a:lnTo>
                                  <a:pt x="6339163" y="2272033"/>
                                </a:lnTo>
                                <a:lnTo>
                                  <a:pt x="6340299" y="2274766"/>
                                </a:lnTo>
                                <a:lnTo>
                                  <a:pt x="6341890" y="2279997"/>
                                </a:lnTo>
                                <a:lnTo>
                                  <a:pt x="6343253" y="2285913"/>
                                </a:lnTo>
                                <a:lnTo>
                                  <a:pt x="6343935" y="2291830"/>
                                </a:lnTo>
                                <a:lnTo>
                                  <a:pt x="6344844" y="2292282"/>
                                </a:lnTo>
                                <a:lnTo>
                                  <a:pt x="6345980" y="2292969"/>
                                </a:lnTo>
                                <a:lnTo>
                                  <a:pt x="6347116" y="2294335"/>
                                </a:lnTo>
                                <a:lnTo>
                                  <a:pt x="6348025" y="2295700"/>
                                </a:lnTo>
                                <a:lnTo>
                                  <a:pt x="6350070" y="2299340"/>
                                </a:lnTo>
                                <a:lnTo>
                                  <a:pt x="6351433" y="2302753"/>
                                </a:lnTo>
                                <a:lnTo>
                                  <a:pt x="6353024" y="2306848"/>
                                </a:lnTo>
                                <a:lnTo>
                                  <a:pt x="6353024" y="2305945"/>
                                </a:lnTo>
                                <a:lnTo>
                                  <a:pt x="6352115" y="2302073"/>
                                </a:lnTo>
                                <a:lnTo>
                                  <a:pt x="6359841" y="2329602"/>
                                </a:lnTo>
                                <a:lnTo>
                                  <a:pt x="6355978" y="2319587"/>
                                </a:lnTo>
                                <a:lnTo>
                                  <a:pt x="6362567" y="2348723"/>
                                </a:lnTo>
                                <a:lnTo>
                                  <a:pt x="6358250" y="2341676"/>
                                </a:lnTo>
                                <a:lnTo>
                                  <a:pt x="6358023" y="2346451"/>
                                </a:lnTo>
                                <a:lnTo>
                                  <a:pt x="6355069" y="2325734"/>
                                </a:lnTo>
                                <a:lnTo>
                                  <a:pt x="6353933" y="2338252"/>
                                </a:lnTo>
                                <a:lnTo>
                                  <a:pt x="6352115" y="2328465"/>
                                </a:lnTo>
                                <a:lnTo>
                                  <a:pt x="6352342" y="2338482"/>
                                </a:lnTo>
                                <a:lnTo>
                                  <a:pt x="6350752" y="2335061"/>
                                </a:lnTo>
                                <a:lnTo>
                                  <a:pt x="6348934" y="2331652"/>
                                </a:lnTo>
                                <a:lnTo>
                                  <a:pt x="6347571" y="2328237"/>
                                </a:lnTo>
                                <a:lnTo>
                                  <a:pt x="6346207" y="2324599"/>
                                </a:lnTo>
                                <a:lnTo>
                                  <a:pt x="6345071" y="2320952"/>
                                </a:lnTo>
                                <a:lnTo>
                                  <a:pt x="6344162" y="2317085"/>
                                </a:lnTo>
                                <a:lnTo>
                                  <a:pt x="6342345" y="2309580"/>
                                </a:lnTo>
                                <a:lnTo>
                                  <a:pt x="6342117" y="2310941"/>
                                </a:lnTo>
                                <a:lnTo>
                                  <a:pt x="6342117" y="2312765"/>
                                </a:lnTo>
                                <a:lnTo>
                                  <a:pt x="6342799" y="2317316"/>
                                </a:lnTo>
                                <a:lnTo>
                                  <a:pt x="6344162" y="2323231"/>
                                </a:lnTo>
                                <a:lnTo>
                                  <a:pt x="6345753" y="2329602"/>
                                </a:lnTo>
                                <a:lnTo>
                                  <a:pt x="6349161" y="2341447"/>
                                </a:lnTo>
                                <a:lnTo>
                                  <a:pt x="6351433" y="2347813"/>
                                </a:lnTo>
                                <a:lnTo>
                                  <a:pt x="6347798" y="2344177"/>
                                </a:lnTo>
                                <a:lnTo>
                                  <a:pt x="6350752" y="2353730"/>
                                </a:lnTo>
                                <a:lnTo>
                                  <a:pt x="6350525" y="2353730"/>
                                </a:lnTo>
                                <a:lnTo>
                                  <a:pt x="6338305" y="2329610"/>
                                </a:lnTo>
                                <a:lnTo>
                                  <a:pt x="6337346" y="2327328"/>
                                </a:lnTo>
                                <a:lnTo>
                                  <a:pt x="6335073" y="2323231"/>
                                </a:lnTo>
                                <a:lnTo>
                                  <a:pt x="6338305" y="2329610"/>
                                </a:lnTo>
                                <a:lnTo>
                                  <a:pt x="6339163" y="2331652"/>
                                </a:lnTo>
                                <a:lnTo>
                                  <a:pt x="6341208" y="2335974"/>
                                </a:lnTo>
                                <a:lnTo>
                                  <a:pt x="6342572" y="2340312"/>
                                </a:lnTo>
                                <a:lnTo>
                                  <a:pt x="6344162" y="2344857"/>
                                </a:lnTo>
                                <a:lnTo>
                                  <a:pt x="6345298" y="2349180"/>
                                </a:lnTo>
                                <a:lnTo>
                                  <a:pt x="6346207" y="2353730"/>
                                </a:lnTo>
                                <a:lnTo>
                                  <a:pt x="6347116" y="2358507"/>
                                </a:lnTo>
                                <a:lnTo>
                                  <a:pt x="6340072" y="2343037"/>
                                </a:lnTo>
                                <a:lnTo>
                                  <a:pt x="6344162" y="2363054"/>
                                </a:lnTo>
                                <a:lnTo>
                                  <a:pt x="6341890" y="2357596"/>
                                </a:lnTo>
                                <a:lnTo>
                                  <a:pt x="6339845" y="2352366"/>
                                </a:lnTo>
                                <a:lnTo>
                                  <a:pt x="6334846" y="2341676"/>
                                </a:lnTo>
                                <a:lnTo>
                                  <a:pt x="6333530" y="2338978"/>
                                </a:lnTo>
                                <a:lnTo>
                                  <a:pt x="6333898" y="2342108"/>
                                </a:lnTo>
                                <a:lnTo>
                                  <a:pt x="6334125" y="2345962"/>
                                </a:lnTo>
                                <a:lnTo>
                                  <a:pt x="6333898" y="2349818"/>
                                </a:lnTo>
                                <a:lnTo>
                                  <a:pt x="6333445" y="2353674"/>
                                </a:lnTo>
                                <a:lnTo>
                                  <a:pt x="6332084" y="2357755"/>
                                </a:lnTo>
                                <a:lnTo>
                                  <a:pt x="6330723" y="2361384"/>
                                </a:lnTo>
                                <a:lnTo>
                                  <a:pt x="6318477" y="2335306"/>
                                </a:lnTo>
                                <a:lnTo>
                                  <a:pt x="6328682" y="2366828"/>
                                </a:lnTo>
                                <a:lnTo>
                                  <a:pt x="6321425" y="2351860"/>
                                </a:lnTo>
                                <a:lnTo>
                                  <a:pt x="6325734" y="2367508"/>
                                </a:lnTo>
                                <a:lnTo>
                                  <a:pt x="6322332" y="2365694"/>
                                </a:lnTo>
                                <a:lnTo>
                                  <a:pt x="6323693" y="2372270"/>
                                </a:lnTo>
                                <a:lnTo>
                                  <a:pt x="6310313" y="2348911"/>
                                </a:lnTo>
                                <a:lnTo>
                                  <a:pt x="6296705" y="2325327"/>
                                </a:lnTo>
                                <a:lnTo>
                                  <a:pt x="6311673" y="2435542"/>
                                </a:lnTo>
                                <a:lnTo>
                                  <a:pt x="6312807" y="2448016"/>
                                </a:lnTo>
                                <a:lnTo>
                                  <a:pt x="6313261" y="2453912"/>
                                </a:lnTo>
                                <a:lnTo>
                                  <a:pt x="6313261" y="2456634"/>
                                </a:lnTo>
                                <a:lnTo>
                                  <a:pt x="6313034" y="2459129"/>
                                </a:lnTo>
                                <a:lnTo>
                                  <a:pt x="6312807" y="2461169"/>
                                </a:lnTo>
                                <a:lnTo>
                                  <a:pt x="6312127" y="2462983"/>
                                </a:lnTo>
                                <a:lnTo>
                                  <a:pt x="6311219" y="2464572"/>
                                </a:lnTo>
                                <a:lnTo>
                                  <a:pt x="6310313" y="2465479"/>
                                </a:lnTo>
                                <a:lnTo>
                                  <a:pt x="6308725" y="2466612"/>
                                </a:lnTo>
                                <a:lnTo>
                                  <a:pt x="6307137" y="2466839"/>
                                </a:lnTo>
                                <a:lnTo>
                                  <a:pt x="6305097" y="2466839"/>
                                </a:lnTo>
                                <a:lnTo>
                                  <a:pt x="6302829" y="2466385"/>
                                </a:lnTo>
                                <a:lnTo>
                                  <a:pt x="6310539" y="2479538"/>
                                </a:lnTo>
                                <a:lnTo>
                                  <a:pt x="6301921" y="2491557"/>
                                </a:lnTo>
                                <a:lnTo>
                                  <a:pt x="6294664" y="2492238"/>
                                </a:lnTo>
                                <a:lnTo>
                                  <a:pt x="6289902" y="2485206"/>
                                </a:lnTo>
                                <a:lnTo>
                                  <a:pt x="6288768" y="2488608"/>
                                </a:lnTo>
                                <a:lnTo>
                                  <a:pt x="6287634" y="2493143"/>
                                </a:lnTo>
                                <a:lnTo>
                                  <a:pt x="6286727" y="2497678"/>
                                </a:lnTo>
                                <a:lnTo>
                                  <a:pt x="6286273" y="2501760"/>
                                </a:lnTo>
                                <a:lnTo>
                                  <a:pt x="6286046" y="2503575"/>
                                </a:lnTo>
                                <a:lnTo>
                                  <a:pt x="6286273" y="2504936"/>
                                </a:lnTo>
                                <a:lnTo>
                                  <a:pt x="6286500" y="2506068"/>
                                </a:lnTo>
                                <a:lnTo>
                                  <a:pt x="6286953" y="2506523"/>
                                </a:lnTo>
                                <a:lnTo>
                                  <a:pt x="6287180" y="2506749"/>
                                </a:lnTo>
                                <a:lnTo>
                                  <a:pt x="6287634" y="2506749"/>
                                </a:lnTo>
                                <a:lnTo>
                                  <a:pt x="6288087" y="2506523"/>
                                </a:lnTo>
                                <a:lnTo>
                                  <a:pt x="6289448" y="2505615"/>
                                </a:lnTo>
                                <a:lnTo>
                                  <a:pt x="6290809" y="2504255"/>
                                </a:lnTo>
                                <a:lnTo>
                                  <a:pt x="6292850" y="2501987"/>
                                </a:lnTo>
                                <a:lnTo>
                                  <a:pt x="6274707" y="2634863"/>
                                </a:lnTo>
                                <a:lnTo>
                                  <a:pt x="6203950" y="2647335"/>
                                </a:lnTo>
                                <a:lnTo>
                                  <a:pt x="6168571" y="2653458"/>
                                </a:lnTo>
                                <a:lnTo>
                                  <a:pt x="6132966" y="2659581"/>
                                </a:lnTo>
                                <a:lnTo>
                                  <a:pt x="6097361" y="2665477"/>
                                </a:lnTo>
                                <a:lnTo>
                                  <a:pt x="6061755" y="2670920"/>
                                </a:lnTo>
                                <a:lnTo>
                                  <a:pt x="6026377" y="2676362"/>
                                </a:lnTo>
                                <a:lnTo>
                                  <a:pt x="5990545" y="2681352"/>
                                </a:lnTo>
                                <a:lnTo>
                                  <a:pt x="5980793" y="2682712"/>
                                </a:lnTo>
                                <a:lnTo>
                                  <a:pt x="5971948" y="2683167"/>
                                </a:lnTo>
                                <a:lnTo>
                                  <a:pt x="5967866" y="2683167"/>
                                </a:lnTo>
                                <a:lnTo>
                                  <a:pt x="5964011" y="2683167"/>
                                </a:lnTo>
                                <a:lnTo>
                                  <a:pt x="5960382" y="2682939"/>
                                </a:lnTo>
                                <a:lnTo>
                                  <a:pt x="5956980" y="2682486"/>
                                </a:lnTo>
                                <a:lnTo>
                                  <a:pt x="5953579" y="2681579"/>
                                </a:lnTo>
                                <a:lnTo>
                                  <a:pt x="5950630" y="2680898"/>
                                </a:lnTo>
                                <a:lnTo>
                                  <a:pt x="5947909" y="2679992"/>
                                </a:lnTo>
                                <a:lnTo>
                                  <a:pt x="5945187" y="2679084"/>
                                </a:lnTo>
                                <a:lnTo>
                                  <a:pt x="5942466" y="2677497"/>
                                </a:lnTo>
                                <a:lnTo>
                                  <a:pt x="5940198" y="2676137"/>
                                </a:lnTo>
                                <a:lnTo>
                                  <a:pt x="5938157" y="2674549"/>
                                </a:lnTo>
                                <a:lnTo>
                                  <a:pt x="5935889" y="2672735"/>
                                </a:lnTo>
                                <a:lnTo>
                                  <a:pt x="5933848" y="2670694"/>
                                </a:lnTo>
                                <a:lnTo>
                                  <a:pt x="5932261" y="2668426"/>
                                </a:lnTo>
                                <a:lnTo>
                                  <a:pt x="5930446" y="2666385"/>
                                </a:lnTo>
                                <a:lnTo>
                                  <a:pt x="5929085" y="2663663"/>
                                </a:lnTo>
                                <a:lnTo>
                                  <a:pt x="5927725" y="2660942"/>
                                </a:lnTo>
                                <a:lnTo>
                                  <a:pt x="5926364" y="2658220"/>
                                </a:lnTo>
                                <a:lnTo>
                                  <a:pt x="5925230" y="2655272"/>
                                </a:lnTo>
                                <a:lnTo>
                                  <a:pt x="5923869" y="2652098"/>
                                </a:lnTo>
                                <a:lnTo>
                                  <a:pt x="5922055" y="2645067"/>
                                </a:lnTo>
                                <a:lnTo>
                                  <a:pt x="5920241" y="2637130"/>
                                </a:lnTo>
                                <a:lnTo>
                                  <a:pt x="5918880" y="2628740"/>
                                </a:lnTo>
                                <a:lnTo>
                                  <a:pt x="5917519" y="2619217"/>
                                </a:lnTo>
                                <a:lnTo>
                                  <a:pt x="5910263" y="2598130"/>
                                </a:lnTo>
                                <a:lnTo>
                                  <a:pt x="5906634" y="2604025"/>
                                </a:lnTo>
                                <a:lnTo>
                                  <a:pt x="5907541" y="2590420"/>
                                </a:lnTo>
                                <a:lnTo>
                                  <a:pt x="5903459" y="2588379"/>
                                </a:lnTo>
                                <a:lnTo>
                                  <a:pt x="5900284" y="2585885"/>
                                </a:lnTo>
                                <a:lnTo>
                                  <a:pt x="5897335" y="2583165"/>
                                </a:lnTo>
                                <a:lnTo>
                                  <a:pt x="5894614" y="2580216"/>
                                </a:lnTo>
                                <a:lnTo>
                                  <a:pt x="5891893" y="2577495"/>
                                </a:lnTo>
                                <a:lnTo>
                                  <a:pt x="5889625" y="2574547"/>
                                </a:lnTo>
                                <a:lnTo>
                                  <a:pt x="5887811" y="2571146"/>
                                </a:lnTo>
                                <a:lnTo>
                                  <a:pt x="5885769" y="2567972"/>
                                </a:lnTo>
                                <a:lnTo>
                                  <a:pt x="5884409" y="2564570"/>
                                </a:lnTo>
                                <a:lnTo>
                                  <a:pt x="5882821" y="2560943"/>
                                </a:lnTo>
                                <a:lnTo>
                                  <a:pt x="5881687" y="2557315"/>
                                </a:lnTo>
                                <a:lnTo>
                                  <a:pt x="5880553" y="2553460"/>
                                </a:lnTo>
                                <a:lnTo>
                                  <a:pt x="5878513" y="2545977"/>
                                </a:lnTo>
                                <a:lnTo>
                                  <a:pt x="5876698" y="2538267"/>
                                </a:lnTo>
                                <a:lnTo>
                                  <a:pt x="5874203" y="2522849"/>
                                </a:lnTo>
                                <a:lnTo>
                                  <a:pt x="5872389" y="2515366"/>
                                </a:lnTo>
                                <a:lnTo>
                                  <a:pt x="5870802" y="2508110"/>
                                </a:lnTo>
                                <a:lnTo>
                                  <a:pt x="5869668" y="2504708"/>
                                </a:lnTo>
                                <a:lnTo>
                                  <a:pt x="5868534" y="2501307"/>
                                </a:lnTo>
                                <a:lnTo>
                                  <a:pt x="5867173" y="2498132"/>
                                </a:lnTo>
                                <a:lnTo>
                                  <a:pt x="5865585" y="2494959"/>
                                </a:lnTo>
                                <a:lnTo>
                                  <a:pt x="5864225" y="2492011"/>
                                </a:lnTo>
                                <a:lnTo>
                                  <a:pt x="5862184" y="2489062"/>
                                </a:lnTo>
                                <a:lnTo>
                                  <a:pt x="5860143" y="2486568"/>
                                </a:lnTo>
                                <a:lnTo>
                                  <a:pt x="5857875" y="2484075"/>
                                </a:lnTo>
                                <a:lnTo>
                                  <a:pt x="5856061" y="2473189"/>
                                </a:lnTo>
                                <a:lnTo>
                                  <a:pt x="5855380" y="2467746"/>
                                </a:lnTo>
                                <a:lnTo>
                                  <a:pt x="5854927" y="2462757"/>
                                </a:lnTo>
                                <a:lnTo>
                                  <a:pt x="5854927" y="2457314"/>
                                </a:lnTo>
                                <a:lnTo>
                                  <a:pt x="5855153" y="2454819"/>
                                </a:lnTo>
                                <a:lnTo>
                                  <a:pt x="5855607" y="2452098"/>
                                </a:lnTo>
                                <a:lnTo>
                                  <a:pt x="5856061" y="2449830"/>
                                </a:lnTo>
                                <a:lnTo>
                                  <a:pt x="5856968" y="2447108"/>
                                </a:lnTo>
                                <a:lnTo>
                                  <a:pt x="5858102" y="2444614"/>
                                </a:lnTo>
                                <a:lnTo>
                                  <a:pt x="5859235" y="2442347"/>
                                </a:lnTo>
                                <a:lnTo>
                                  <a:pt x="5839279" y="2440759"/>
                                </a:lnTo>
                                <a:lnTo>
                                  <a:pt x="5838371" y="2431461"/>
                                </a:lnTo>
                                <a:lnTo>
                                  <a:pt x="5832248" y="2428059"/>
                                </a:lnTo>
                                <a:lnTo>
                                  <a:pt x="5832021" y="2419668"/>
                                </a:lnTo>
                                <a:lnTo>
                                  <a:pt x="5837464" y="2414453"/>
                                </a:lnTo>
                                <a:lnTo>
                                  <a:pt x="5816827" y="2413772"/>
                                </a:lnTo>
                                <a:lnTo>
                                  <a:pt x="5822950" y="2428059"/>
                                </a:lnTo>
                                <a:lnTo>
                                  <a:pt x="5818414" y="2433729"/>
                                </a:lnTo>
                                <a:lnTo>
                                  <a:pt x="5821363" y="2438264"/>
                                </a:lnTo>
                                <a:lnTo>
                                  <a:pt x="5818641" y="2444388"/>
                                </a:lnTo>
                                <a:lnTo>
                                  <a:pt x="5822269" y="2446202"/>
                                </a:lnTo>
                                <a:lnTo>
                                  <a:pt x="5825445" y="2448016"/>
                                </a:lnTo>
                                <a:lnTo>
                                  <a:pt x="5828393" y="2450284"/>
                                </a:lnTo>
                                <a:lnTo>
                                  <a:pt x="5830887" y="2453006"/>
                                </a:lnTo>
                                <a:lnTo>
                                  <a:pt x="5832702" y="2455499"/>
                                </a:lnTo>
                                <a:lnTo>
                                  <a:pt x="5834289" y="2458221"/>
                                </a:lnTo>
                                <a:lnTo>
                                  <a:pt x="5835423" y="2461169"/>
                                </a:lnTo>
                                <a:lnTo>
                                  <a:pt x="5836557" y="2464344"/>
                                </a:lnTo>
                                <a:lnTo>
                                  <a:pt x="5837011" y="2467520"/>
                                </a:lnTo>
                                <a:lnTo>
                                  <a:pt x="5837237" y="2470694"/>
                                </a:lnTo>
                                <a:lnTo>
                                  <a:pt x="5837011" y="2474096"/>
                                </a:lnTo>
                                <a:lnTo>
                                  <a:pt x="5836557" y="2477271"/>
                                </a:lnTo>
                                <a:lnTo>
                                  <a:pt x="5835650" y="2480673"/>
                                </a:lnTo>
                                <a:lnTo>
                                  <a:pt x="5834743" y="2483847"/>
                                </a:lnTo>
                                <a:lnTo>
                                  <a:pt x="5833382" y="2487020"/>
                                </a:lnTo>
                                <a:lnTo>
                                  <a:pt x="5831568" y="2490195"/>
                                </a:lnTo>
                                <a:lnTo>
                                  <a:pt x="5829980" y="2493143"/>
                                </a:lnTo>
                                <a:lnTo>
                                  <a:pt x="5827713" y="2495865"/>
                                </a:lnTo>
                                <a:lnTo>
                                  <a:pt x="5825218" y="2498587"/>
                                </a:lnTo>
                                <a:lnTo>
                                  <a:pt x="5822950" y="2501307"/>
                                </a:lnTo>
                                <a:lnTo>
                                  <a:pt x="5820002" y="2503575"/>
                                </a:lnTo>
                                <a:lnTo>
                                  <a:pt x="5817053" y="2505615"/>
                                </a:lnTo>
                                <a:lnTo>
                                  <a:pt x="5813879" y="2507657"/>
                                </a:lnTo>
                                <a:lnTo>
                                  <a:pt x="5810703" y="2509017"/>
                                </a:lnTo>
                                <a:lnTo>
                                  <a:pt x="5807075" y="2510604"/>
                                </a:lnTo>
                                <a:lnTo>
                                  <a:pt x="5803446" y="2511511"/>
                                </a:lnTo>
                                <a:lnTo>
                                  <a:pt x="5799818" y="2511964"/>
                                </a:lnTo>
                                <a:lnTo>
                                  <a:pt x="5795962" y="2512192"/>
                                </a:lnTo>
                                <a:lnTo>
                                  <a:pt x="5791880" y="2512192"/>
                                </a:lnTo>
                                <a:lnTo>
                                  <a:pt x="5787798" y="2511738"/>
                                </a:lnTo>
                                <a:lnTo>
                                  <a:pt x="5783716" y="2510604"/>
                                </a:lnTo>
                                <a:lnTo>
                                  <a:pt x="5779634" y="2509017"/>
                                </a:lnTo>
                                <a:lnTo>
                                  <a:pt x="5772830" y="2506068"/>
                                </a:lnTo>
                                <a:lnTo>
                                  <a:pt x="5765800" y="2502667"/>
                                </a:lnTo>
                                <a:lnTo>
                                  <a:pt x="5758996" y="2498813"/>
                                </a:lnTo>
                                <a:lnTo>
                                  <a:pt x="5751966" y="2494730"/>
                                </a:lnTo>
                                <a:lnTo>
                                  <a:pt x="5744935" y="2489970"/>
                                </a:lnTo>
                                <a:lnTo>
                                  <a:pt x="5738585" y="2484981"/>
                                </a:lnTo>
                                <a:lnTo>
                                  <a:pt x="5732009" y="2479766"/>
                                </a:lnTo>
                                <a:lnTo>
                                  <a:pt x="5725885" y="2474323"/>
                                </a:lnTo>
                                <a:lnTo>
                                  <a:pt x="5719989" y="2468427"/>
                                </a:lnTo>
                                <a:lnTo>
                                  <a:pt x="5714319" y="2462530"/>
                                </a:lnTo>
                                <a:lnTo>
                                  <a:pt x="5709330" y="2456406"/>
                                </a:lnTo>
                                <a:lnTo>
                                  <a:pt x="5705021" y="2450057"/>
                                </a:lnTo>
                                <a:lnTo>
                                  <a:pt x="5700939" y="2443707"/>
                                </a:lnTo>
                                <a:lnTo>
                                  <a:pt x="5699352" y="2440305"/>
                                </a:lnTo>
                                <a:lnTo>
                                  <a:pt x="5697991" y="2437130"/>
                                </a:lnTo>
                                <a:lnTo>
                                  <a:pt x="5696403" y="2433729"/>
                                </a:lnTo>
                                <a:lnTo>
                                  <a:pt x="5695270" y="2430554"/>
                                </a:lnTo>
                                <a:lnTo>
                                  <a:pt x="5694136" y="2427152"/>
                                </a:lnTo>
                                <a:lnTo>
                                  <a:pt x="5693455" y="2423977"/>
                                </a:lnTo>
                                <a:lnTo>
                                  <a:pt x="5697311" y="2426925"/>
                                </a:lnTo>
                                <a:lnTo>
                                  <a:pt x="5703434" y="2431688"/>
                                </a:lnTo>
                                <a:lnTo>
                                  <a:pt x="5708877" y="2429193"/>
                                </a:lnTo>
                                <a:lnTo>
                                  <a:pt x="5713412" y="2426244"/>
                                </a:lnTo>
                                <a:lnTo>
                                  <a:pt x="5717495" y="2423296"/>
                                </a:lnTo>
                                <a:lnTo>
                                  <a:pt x="5720896" y="2419894"/>
                                </a:lnTo>
                                <a:lnTo>
                                  <a:pt x="5724071" y="2416719"/>
                                </a:lnTo>
                                <a:lnTo>
                                  <a:pt x="5726566" y="2413319"/>
                                </a:lnTo>
                                <a:lnTo>
                                  <a:pt x="5728607" y="2409917"/>
                                </a:lnTo>
                                <a:lnTo>
                                  <a:pt x="5729968" y="2406515"/>
                                </a:lnTo>
                                <a:lnTo>
                                  <a:pt x="5731102" y="2403339"/>
                                </a:lnTo>
                                <a:lnTo>
                                  <a:pt x="5732009" y="2400164"/>
                                </a:lnTo>
                                <a:lnTo>
                                  <a:pt x="5732462" y="2397216"/>
                                </a:lnTo>
                                <a:lnTo>
                                  <a:pt x="5732689" y="2394949"/>
                                </a:lnTo>
                                <a:lnTo>
                                  <a:pt x="5732462" y="2392453"/>
                                </a:lnTo>
                                <a:lnTo>
                                  <a:pt x="5732009" y="2390413"/>
                                </a:lnTo>
                                <a:lnTo>
                                  <a:pt x="5731329" y="2388825"/>
                                </a:lnTo>
                                <a:lnTo>
                                  <a:pt x="5730648" y="2387465"/>
                                </a:lnTo>
                                <a:lnTo>
                                  <a:pt x="5730421" y="2387465"/>
                                </a:lnTo>
                                <a:lnTo>
                                  <a:pt x="5726339" y="2387918"/>
                                </a:lnTo>
                                <a:lnTo>
                                  <a:pt x="5708877" y="2402206"/>
                                </a:lnTo>
                                <a:lnTo>
                                  <a:pt x="5702980" y="2401979"/>
                                </a:lnTo>
                                <a:lnTo>
                                  <a:pt x="5696857" y="2401071"/>
                                </a:lnTo>
                                <a:lnTo>
                                  <a:pt x="5690507" y="2400164"/>
                                </a:lnTo>
                                <a:lnTo>
                                  <a:pt x="5684837" y="2398577"/>
                                </a:lnTo>
                                <a:lnTo>
                                  <a:pt x="5678714" y="2396536"/>
                                </a:lnTo>
                                <a:lnTo>
                                  <a:pt x="5673045" y="2394042"/>
                                </a:lnTo>
                                <a:lnTo>
                                  <a:pt x="5667602" y="2391093"/>
                                </a:lnTo>
                                <a:lnTo>
                                  <a:pt x="5665107" y="2389733"/>
                                </a:lnTo>
                                <a:lnTo>
                                  <a:pt x="5662612" y="2387691"/>
                                </a:lnTo>
                                <a:lnTo>
                                  <a:pt x="5660118" y="2386104"/>
                                </a:lnTo>
                                <a:lnTo>
                                  <a:pt x="5658077" y="2384063"/>
                                </a:lnTo>
                                <a:lnTo>
                                  <a:pt x="5655809" y="2382249"/>
                                </a:lnTo>
                                <a:lnTo>
                                  <a:pt x="5653995" y="2379980"/>
                                </a:lnTo>
                                <a:lnTo>
                                  <a:pt x="5652180" y="2377486"/>
                                </a:lnTo>
                                <a:lnTo>
                                  <a:pt x="5650366" y="2375445"/>
                                </a:lnTo>
                                <a:lnTo>
                                  <a:pt x="5649005" y="2372724"/>
                                </a:lnTo>
                                <a:lnTo>
                                  <a:pt x="5647871" y="2370228"/>
                                </a:lnTo>
                                <a:lnTo>
                                  <a:pt x="5646737" y="2367508"/>
                                </a:lnTo>
                                <a:lnTo>
                                  <a:pt x="5645830" y="2364786"/>
                                </a:lnTo>
                                <a:lnTo>
                                  <a:pt x="5645150" y="2361838"/>
                                </a:lnTo>
                                <a:lnTo>
                                  <a:pt x="5644696" y="2358891"/>
                                </a:lnTo>
                                <a:lnTo>
                                  <a:pt x="5644696" y="2355715"/>
                                </a:lnTo>
                                <a:lnTo>
                                  <a:pt x="5644696" y="2352313"/>
                                </a:lnTo>
                                <a:lnTo>
                                  <a:pt x="5644923" y="2348911"/>
                                </a:lnTo>
                                <a:lnTo>
                                  <a:pt x="5645377" y="2345509"/>
                                </a:lnTo>
                                <a:lnTo>
                                  <a:pt x="5644470" y="2348232"/>
                                </a:lnTo>
                                <a:lnTo>
                                  <a:pt x="5643336" y="2350499"/>
                                </a:lnTo>
                                <a:lnTo>
                                  <a:pt x="5641975" y="2352767"/>
                                </a:lnTo>
                                <a:lnTo>
                                  <a:pt x="5640614" y="2355035"/>
                                </a:lnTo>
                                <a:lnTo>
                                  <a:pt x="5639027" y="2357076"/>
                                </a:lnTo>
                                <a:lnTo>
                                  <a:pt x="5637439" y="2359117"/>
                                </a:lnTo>
                                <a:lnTo>
                                  <a:pt x="5635398" y="2360704"/>
                                </a:lnTo>
                                <a:lnTo>
                                  <a:pt x="5633130" y="2362746"/>
                                </a:lnTo>
                                <a:lnTo>
                                  <a:pt x="5619070" y="2317842"/>
                                </a:lnTo>
                                <a:lnTo>
                                  <a:pt x="5604329" y="2272943"/>
                                </a:lnTo>
                                <a:lnTo>
                                  <a:pt x="5589134" y="2228507"/>
                                </a:lnTo>
                                <a:lnTo>
                                  <a:pt x="5573486" y="2184285"/>
                                </a:lnTo>
                                <a:lnTo>
                                  <a:pt x="5557384" y="2140066"/>
                                </a:lnTo>
                                <a:lnTo>
                                  <a:pt x="5540829" y="2096072"/>
                                </a:lnTo>
                                <a:lnTo>
                                  <a:pt x="5523820" y="2052082"/>
                                </a:lnTo>
                                <a:lnTo>
                                  <a:pt x="5506357" y="2008317"/>
                                </a:lnTo>
                                <a:lnTo>
                                  <a:pt x="5488441" y="1965005"/>
                                </a:lnTo>
                                <a:lnTo>
                                  <a:pt x="5470071" y="1921467"/>
                                </a:lnTo>
                                <a:lnTo>
                                  <a:pt x="5451021" y="1878608"/>
                                </a:lnTo>
                                <a:lnTo>
                                  <a:pt x="5431971" y="1835750"/>
                                </a:lnTo>
                                <a:lnTo>
                                  <a:pt x="5412014" y="1792891"/>
                                </a:lnTo>
                                <a:lnTo>
                                  <a:pt x="5391830" y="1750486"/>
                                </a:lnTo>
                                <a:lnTo>
                                  <a:pt x="5371193" y="1708307"/>
                                </a:lnTo>
                                <a:lnTo>
                                  <a:pt x="5350102" y="1666355"/>
                                </a:lnTo>
                                <a:lnTo>
                                  <a:pt x="5448073" y="1650482"/>
                                </a:lnTo>
                                <a:lnTo>
                                  <a:pt x="5546498" y="1635061"/>
                                </a:lnTo>
                                <a:lnTo>
                                  <a:pt x="5644923" y="1619188"/>
                                </a:lnTo>
                                <a:lnTo>
                                  <a:pt x="5693909" y="1611024"/>
                                </a:lnTo>
                                <a:lnTo>
                                  <a:pt x="5743121" y="1602634"/>
                                </a:lnTo>
                                <a:lnTo>
                                  <a:pt x="5792107" y="1594017"/>
                                </a:lnTo>
                                <a:lnTo>
                                  <a:pt x="5841319" y="1585173"/>
                                </a:lnTo>
                                <a:lnTo>
                                  <a:pt x="5890079" y="1575876"/>
                                </a:lnTo>
                                <a:lnTo>
                                  <a:pt x="5939064" y="1566351"/>
                                </a:lnTo>
                                <a:lnTo>
                                  <a:pt x="5987823" y="1556827"/>
                                </a:lnTo>
                                <a:lnTo>
                                  <a:pt x="6036582" y="1546169"/>
                                </a:lnTo>
                                <a:lnTo>
                                  <a:pt x="6085114" y="1535511"/>
                                </a:lnTo>
                                <a:lnTo>
                                  <a:pt x="6133419" y="1524400"/>
                                </a:lnTo>
                                <a:lnTo>
                                  <a:pt x="6137275" y="1523719"/>
                                </a:lnTo>
                                <a:lnTo>
                                  <a:pt x="6141130" y="1523492"/>
                                </a:lnTo>
                                <a:close/>
                                <a:moveTo>
                                  <a:pt x="2732832" y="1523093"/>
                                </a:moveTo>
                                <a:lnTo>
                                  <a:pt x="2732408" y="1523343"/>
                                </a:lnTo>
                                <a:lnTo>
                                  <a:pt x="2738974" y="1525406"/>
                                </a:lnTo>
                                <a:lnTo>
                                  <a:pt x="2738222" y="1526842"/>
                                </a:lnTo>
                                <a:lnTo>
                                  <a:pt x="2739260" y="1525088"/>
                                </a:lnTo>
                                <a:lnTo>
                                  <a:pt x="2732832" y="1523093"/>
                                </a:lnTo>
                                <a:close/>
                                <a:moveTo>
                                  <a:pt x="5119234" y="1519638"/>
                                </a:moveTo>
                                <a:lnTo>
                                  <a:pt x="5119234" y="1519864"/>
                                </a:lnTo>
                                <a:lnTo>
                                  <a:pt x="5119461" y="1519864"/>
                                </a:lnTo>
                                <a:lnTo>
                                  <a:pt x="5119234" y="1519638"/>
                                </a:lnTo>
                                <a:close/>
                                <a:moveTo>
                                  <a:pt x="2509879" y="1519351"/>
                                </a:moveTo>
                                <a:lnTo>
                                  <a:pt x="2505359" y="1520593"/>
                                </a:lnTo>
                                <a:lnTo>
                                  <a:pt x="2507231" y="1520888"/>
                                </a:lnTo>
                                <a:lnTo>
                                  <a:pt x="2511762" y="1522247"/>
                                </a:lnTo>
                                <a:lnTo>
                                  <a:pt x="2516521" y="1524285"/>
                                </a:lnTo>
                                <a:lnTo>
                                  <a:pt x="2516697" y="1523895"/>
                                </a:lnTo>
                                <a:lnTo>
                                  <a:pt x="2509879" y="1519351"/>
                                </a:lnTo>
                                <a:close/>
                                <a:moveTo>
                                  <a:pt x="4191952" y="1518864"/>
                                </a:moveTo>
                                <a:lnTo>
                                  <a:pt x="4192555" y="1521882"/>
                                </a:lnTo>
                                <a:lnTo>
                                  <a:pt x="4192403" y="1519117"/>
                                </a:lnTo>
                                <a:lnTo>
                                  <a:pt x="4191952" y="1518864"/>
                                </a:lnTo>
                                <a:close/>
                                <a:moveTo>
                                  <a:pt x="2519041" y="1516731"/>
                                </a:moveTo>
                                <a:lnTo>
                                  <a:pt x="2519668" y="1517318"/>
                                </a:lnTo>
                                <a:lnTo>
                                  <a:pt x="2519693" y="1517265"/>
                                </a:lnTo>
                                <a:lnTo>
                                  <a:pt x="2519041" y="1516731"/>
                                </a:lnTo>
                                <a:close/>
                                <a:moveTo>
                                  <a:pt x="6169252" y="1515329"/>
                                </a:moveTo>
                                <a:lnTo>
                                  <a:pt x="6169304" y="1515409"/>
                                </a:lnTo>
                                <a:lnTo>
                                  <a:pt x="6168571" y="1515555"/>
                                </a:lnTo>
                                <a:lnTo>
                                  <a:pt x="6169252" y="1515329"/>
                                </a:lnTo>
                                <a:close/>
                                <a:moveTo>
                                  <a:pt x="2516978" y="1514744"/>
                                </a:moveTo>
                                <a:lnTo>
                                  <a:pt x="2516961" y="1514782"/>
                                </a:lnTo>
                                <a:lnTo>
                                  <a:pt x="2517021" y="1514837"/>
                                </a:lnTo>
                                <a:lnTo>
                                  <a:pt x="2516978" y="1514744"/>
                                </a:lnTo>
                                <a:close/>
                                <a:moveTo>
                                  <a:pt x="2898101" y="1510712"/>
                                </a:moveTo>
                                <a:lnTo>
                                  <a:pt x="2897386" y="1512141"/>
                                </a:lnTo>
                                <a:lnTo>
                                  <a:pt x="2896477" y="1513958"/>
                                </a:lnTo>
                                <a:lnTo>
                                  <a:pt x="2896250" y="1515321"/>
                                </a:lnTo>
                                <a:lnTo>
                                  <a:pt x="2896250" y="1516911"/>
                                </a:lnTo>
                                <a:lnTo>
                                  <a:pt x="2896477" y="1517820"/>
                                </a:lnTo>
                                <a:lnTo>
                                  <a:pt x="2896542" y="1517885"/>
                                </a:lnTo>
                                <a:lnTo>
                                  <a:pt x="2896426" y="1517418"/>
                                </a:lnTo>
                                <a:lnTo>
                                  <a:pt x="2896426" y="1515827"/>
                                </a:lnTo>
                                <a:lnTo>
                                  <a:pt x="2896652" y="1514463"/>
                                </a:lnTo>
                                <a:lnTo>
                                  <a:pt x="2897553" y="1512645"/>
                                </a:lnTo>
                                <a:lnTo>
                                  <a:pt x="2898454" y="1510827"/>
                                </a:lnTo>
                                <a:lnTo>
                                  <a:pt x="2898101" y="1510712"/>
                                </a:lnTo>
                                <a:close/>
                                <a:moveTo>
                                  <a:pt x="2750612" y="1509252"/>
                                </a:moveTo>
                                <a:lnTo>
                                  <a:pt x="2743256" y="1516512"/>
                                </a:lnTo>
                                <a:lnTo>
                                  <a:pt x="2751074" y="1511687"/>
                                </a:lnTo>
                                <a:lnTo>
                                  <a:pt x="2750612" y="1509252"/>
                                </a:lnTo>
                                <a:close/>
                                <a:moveTo>
                                  <a:pt x="2521073" y="1505644"/>
                                </a:moveTo>
                                <a:lnTo>
                                  <a:pt x="2518475" y="1511418"/>
                                </a:lnTo>
                                <a:lnTo>
                                  <a:pt x="2530343" y="1507525"/>
                                </a:lnTo>
                                <a:lnTo>
                                  <a:pt x="2531665" y="1506813"/>
                                </a:lnTo>
                                <a:lnTo>
                                  <a:pt x="2528384" y="1506100"/>
                                </a:lnTo>
                                <a:lnTo>
                                  <a:pt x="2521073" y="1505644"/>
                                </a:lnTo>
                                <a:close/>
                                <a:moveTo>
                                  <a:pt x="2859246" y="1504287"/>
                                </a:moveTo>
                                <a:lnTo>
                                  <a:pt x="2859164" y="1504308"/>
                                </a:lnTo>
                                <a:lnTo>
                                  <a:pt x="2856441" y="1504536"/>
                                </a:lnTo>
                                <a:lnTo>
                                  <a:pt x="2856141" y="1504561"/>
                                </a:lnTo>
                                <a:lnTo>
                                  <a:pt x="2858990" y="1504419"/>
                                </a:lnTo>
                                <a:lnTo>
                                  <a:pt x="2859246" y="1504287"/>
                                </a:lnTo>
                                <a:close/>
                                <a:moveTo>
                                  <a:pt x="2656463" y="1501404"/>
                                </a:moveTo>
                                <a:lnTo>
                                  <a:pt x="2654060" y="1505260"/>
                                </a:lnTo>
                                <a:lnTo>
                                  <a:pt x="2665390" y="1508657"/>
                                </a:lnTo>
                                <a:lnTo>
                                  <a:pt x="2660405" y="1519529"/>
                                </a:lnTo>
                                <a:lnTo>
                                  <a:pt x="2661764" y="1519982"/>
                                </a:lnTo>
                                <a:lnTo>
                                  <a:pt x="2663694" y="1525417"/>
                                </a:lnTo>
                                <a:lnTo>
                                  <a:pt x="2664488" y="1520591"/>
                                </a:lnTo>
                                <a:lnTo>
                                  <a:pt x="2661997" y="1519903"/>
                                </a:lnTo>
                                <a:lnTo>
                                  <a:pt x="2660639" y="1519445"/>
                                </a:lnTo>
                                <a:lnTo>
                                  <a:pt x="2665620" y="1508438"/>
                                </a:lnTo>
                                <a:lnTo>
                                  <a:pt x="2654300" y="1504998"/>
                                </a:lnTo>
                                <a:lnTo>
                                  <a:pt x="2656463" y="1501404"/>
                                </a:lnTo>
                                <a:close/>
                                <a:moveTo>
                                  <a:pt x="5351669" y="1500764"/>
                                </a:moveTo>
                                <a:lnTo>
                                  <a:pt x="5350308" y="1502803"/>
                                </a:lnTo>
                                <a:lnTo>
                                  <a:pt x="5350081" y="1503483"/>
                                </a:lnTo>
                                <a:lnTo>
                                  <a:pt x="5350081" y="1504163"/>
                                </a:lnTo>
                                <a:lnTo>
                                  <a:pt x="5350081" y="1504843"/>
                                </a:lnTo>
                                <a:lnTo>
                                  <a:pt x="5350308" y="1505523"/>
                                </a:lnTo>
                                <a:lnTo>
                                  <a:pt x="5351215" y="1507109"/>
                                </a:lnTo>
                                <a:lnTo>
                                  <a:pt x="5352803" y="1508695"/>
                                </a:lnTo>
                                <a:lnTo>
                                  <a:pt x="5354845" y="1510281"/>
                                </a:lnTo>
                                <a:lnTo>
                                  <a:pt x="5360743" y="1514814"/>
                                </a:lnTo>
                                <a:lnTo>
                                  <a:pt x="5360289" y="1514361"/>
                                </a:lnTo>
                                <a:lnTo>
                                  <a:pt x="5351669" y="1500764"/>
                                </a:lnTo>
                                <a:close/>
                                <a:moveTo>
                                  <a:pt x="2749356" y="1497950"/>
                                </a:moveTo>
                                <a:lnTo>
                                  <a:pt x="2748256" y="1498577"/>
                                </a:lnTo>
                                <a:lnTo>
                                  <a:pt x="2749441" y="1503077"/>
                                </a:lnTo>
                                <a:lnTo>
                                  <a:pt x="2748575" y="1498513"/>
                                </a:lnTo>
                                <a:lnTo>
                                  <a:pt x="2749356" y="1497950"/>
                                </a:lnTo>
                                <a:close/>
                                <a:moveTo>
                                  <a:pt x="4896530" y="1497641"/>
                                </a:moveTo>
                                <a:lnTo>
                                  <a:pt x="4906962" y="1506712"/>
                                </a:lnTo>
                                <a:lnTo>
                                  <a:pt x="4907416" y="1506938"/>
                                </a:lnTo>
                                <a:lnTo>
                                  <a:pt x="4896530" y="1497641"/>
                                </a:lnTo>
                                <a:close/>
                                <a:moveTo>
                                  <a:pt x="4146814" y="1495314"/>
                                </a:moveTo>
                                <a:lnTo>
                                  <a:pt x="4147685" y="1497779"/>
                                </a:lnTo>
                                <a:lnTo>
                                  <a:pt x="4149045" y="1501181"/>
                                </a:lnTo>
                                <a:lnTo>
                                  <a:pt x="4150860" y="1503903"/>
                                </a:lnTo>
                                <a:lnTo>
                                  <a:pt x="4152447" y="1506398"/>
                                </a:lnTo>
                                <a:lnTo>
                                  <a:pt x="4154488" y="1508212"/>
                                </a:lnTo>
                                <a:lnTo>
                                  <a:pt x="4156529" y="1510027"/>
                                </a:lnTo>
                                <a:lnTo>
                                  <a:pt x="4159024" y="1511388"/>
                                </a:lnTo>
                                <a:lnTo>
                                  <a:pt x="4161519" y="1512522"/>
                                </a:lnTo>
                                <a:lnTo>
                                  <a:pt x="4164467" y="1513202"/>
                                </a:lnTo>
                                <a:lnTo>
                                  <a:pt x="4167188" y="1513882"/>
                                </a:lnTo>
                                <a:lnTo>
                                  <a:pt x="4173992" y="1514789"/>
                                </a:lnTo>
                                <a:lnTo>
                                  <a:pt x="4182156" y="1515242"/>
                                </a:lnTo>
                                <a:lnTo>
                                  <a:pt x="4186411" y="1515762"/>
                                </a:lnTo>
                                <a:lnTo>
                                  <a:pt x="4184423" y="1514649"/>
                                </a:lnTo>
                                <a:lnTo>
                                  <a:pt x="4173084" y="1508299"/>
                                </a:lnTo>
                                <a:lnTo>
                                  <a:pt x="4162198" y="1502177"/>
                                </a:lnTo>
                                <a:lnTo>
                                  <a:pt x="4156528" y="1499682"/>
                                </a:lnTo>
                                <a:lnTo>
                                  <a:pt x="4151312" y="1497188"/>
                                </a:lnTo>
                                <a:lnTo>
                                  <a:pt x="4146814" y="1495314"/>
                                </a:lnTo>
                                <a:close/>
                                <a:moveTo>
                                  <a:pt x="5231266" y="1495147"/>
                                </a:moveTo>
                                <a:lnTo>
                                  <a:pt x="5232627" y="1495600"/>
                                </a:lnTo>
                                <a:lnTo>
                                  <a:pt x="5234214" y="1496054"/>
                                </a:lnTo>
                                <a:lnTo>
                                  <a:pt x="5231266" y="1495147"/>
                                </a:lnTo>
                                <a:close/>
                                <a:moveTo>
                                  <a:pt x="2663334" y="1492030"/>
                                </a:moveTo>
                                <a:lnTo>
                                  <a:pt x="2662257" y="1492108"/>
                                </a:lnTo>
                                <a:lnTo>
                                  <a:pt x="2660321" y="1495214"/>
                                </a:lnTo>
                                <a:lnTo>
                                  <a:pt x="2663334" y="1492030"/>
                                </a:lnTo>
                                <a:close/>
                                <a:moveTo>
                                  <a:pt x="2680626" y="1491904"/>
                                </a:moveTo>
                                <a:lnTo>
                                  <a:pt x="2683053" y="1492156"/>
                                </a:lnTo>
                                <a:lnTo>
                                  <a:pt x="2691467" y="1493009"/>
                                </a:lnTo>
                                <a:lnTo>
                                  <a:pt x="2688831" y="1492589"/>
                                </a:lnTo>
                                <a:lnTo>
                                  <a:pt x="2680913" y="1491904"/>
                                </a:lnTo>
                                <a:lnTo>
                                  <a:pt x="2680626" y="1491904"/>
                                </a:lnTo>
                                <a:close/>
                                <a:moveTo>
                                  <a:pt x="6148512" y="1491845"/>
                                </a:moveTo>
                                <a:lnTo>
                                  <a:pt x="6148554" y="1491886"/>
                                </a:lnTo>
                                <a:lnTo>
                                  <a:pt x="6153131" y="1498498"/>
                                </a:lnTo>
                                <a:lnTo>
                                  <a:pt x="6148512" y="1491845"/>
                                </a:lnTo>
                                <a:close/>
                                <a:moveTo>
                                  <a:pt x="5225370" y="1491065"/>
                                </a:moveTo>
                                <a:lnTo>
                                  <a:pt x="5225143" y="1491292"/>
                                </a:lnTo>
                                <a:lnTo>
                                  <a:pt x="5225823" y="1491745"/>
                                </a:lnTo>
                                <a:lnTo>
                                  <a:pt x="5225370" y="1491065"/>
                                </a:lnTo>
                                <a:close/>
                                <a:moveTo>
                                  <a:pt x="4129602" y="1490472"/>
                                </a:moveTo>
                                <a:lnTo>
                                  <a:pt x="4137113" y="1492022"/>
                                </a:lnTo>
                                <a:lnTo>
                                  <a:pt x="4135664" y="1491518"/>
                                </a:lnTo>
                                <a:lnTo>
                                  <a:pt x="4130675" y="1490612"/>
                                </a:lnTo>
                                <a:lnTo>
                                  <a:pt x="4129602" y="1490472"/>
                                </a:lnTo>
                                <a:close/>
                                <a:moveTo>
                                  <a:pt x="2963709" y="1490467"/>
                                </a:moveTo>
                                <a:lnTo>
                                  <a:pt x="2964010" y="1490821"/>
                                </a:lnTo>
                                <a:lnTo>
                                  <a:pt x="2965362" y="1492413"/>
                                </a:lnTo>
                                <a:lnTo>
                                  <a:pt x="2966488" y="1494231"/>
                                </a:lnTo>
                                <a:lnTo>
                                  <a:pt x="2967389" y="1496050"/>
                                </a:lnTo>
                                <a:lnTo>
                                  <a:pt x="2968290" y="1498323"/>
                                </a:lnTo>
                                <a:lnTo>
                                  <a:pt x="2968741" y="1500596"/>
                                </a:lnTo>
                                <a:lnTo>
                                  <a:pt x="2968966" y="1503324"/>
                                </a:lnTo>
                                <a:lnTo>
                                  <a:pt x="2985043" y="1509307"/>
                                </a:lnTo>
                                <a:lnTo>
                                  <a:pt x="2975882" y="1500946"/>
                                </a:lnTo>
                                <a:lnTo>
                                  <a:pt x="2968625" y="1494388"/>
                                </a:lnTo>
                                <a:lnTo>
                                  <a:pt x="2963709" y="1490467"/>
                                </a:lnTo>
                                <a:close/>
                                <a:moveTo>
                                  <a:pt x="6233205" y="1488344"/>
                                </a:moveTo>
                                <a:lnTo>
                                  <a:pt x="6249987" y="1514875"/>
                                </a:lnTo>
                                <a:lnTo>
                                  <a:pt x="6266769" y="1541634"/>
                                </a:lnTo>
                                <a:lnTo>
                                  <a:pt x="6283325" y="1568392"/>
                                </a:lnTo>
                                <a:lnTo>
                                  <a:pt x="6299653" y="1595151"/>
                                </a:lnTo>
                                <a:lnTo>
                                  <a:pt x="6315755" y="1622136"/>
                                </a:lnTo>
                                <a:lnTo>
                                  <a:pt x="6331857" y="1649121"/>
                                </a:lnTo>
                                <a:lnTo>
                                  <a:pt x="6347959" y="1676333"/>
                                </a:lnTo>
                                <a:lnTo>
                                  <a:pt x="6363834" y="1703318"/>
                                </a:lnTo>
                                <a:lnTo>
                                  <a:pt x="6395130" y="1757969"/>
                                </a:lnTo>
                                <a:lnTo>
                                  <a:pt x="6425973" y="1812620"/>
                                </a:lnTo>
                                <a:lnTo>
                                  <a:pt x="6456136" y="1867950"/>
                                </a:lnTo>
                                <a:lnTo>
                                  <a:pt x="6464683" y="1883683"/>
                                </a:lnTo>
                                <a:lnTo>
                                  <a:pt x="6465887" y="1886091"/>
                                </a:lnTo>
                                <a:lnTo>
                                  <a:pt x="6474959" y="1903552"/>
                                </a:lnTo>
                                <a:lnTo>
                                  <a:pt x="6485618" y="1923734"/>
                                </a:lnTo>
                                <a:lnTo>
                                  <a:pt x="6493555" y="1938701"/>
                                </a:lnTo>
                                <a:lnTo>
                                  <a:pt x="6494776" y="1940685"/>
                                </a:lnTo>
                                <a:lnTo>
                                  <a:pt x="6494916" y="1940968"/>
                                </a:lnTo>
                                <a:lnTo>
                                  <a:pt x="6495597" y="1942102"/>
                                </a:lnTo>
                                <a:lnTo>
                                  <a:pt x="6495369" y="1941648"/>
                                </a:lnTo>
                                <a:lnTo>
                                  <a:pt x="6494776" y="1940685"/>
                                </a:lnTo>
                                <a:lnTo>
                                  <a:pt x="6486071" y="1923054"/>
                                </a:lnTo>
                                <a:lnTo>
                                  <a:pt x="6504668" y="1959336"/>
                                </a:lnTo>
                                <a:lnTo>
                                  <a:pt x="6523945" y="1997205"/>
                                </a:lnTo>
                                <a:lnTo>
                                  <a:pt x="6533923" y="2016707"/>
                                </a:lnTo>
                                <a:lnTo>
                                  <a:pt x="6543675" y="2036209"/>
                                </a:lnTo>
                                <a:lnTo>
                                  <a:pt x="6553200" y="2056164"/>
                                </a:lnTo>
                                <a:lnTo>
                                  <a:pt x="6562498" y="2076119"/>
                                </a:lnTo>
                                <a:lnTo>
                                  <a:pt x="6571570" y="2096299"/>
                                </a:lnTo>
                                <a:lnTo>
                                  <a:pt x="6580414" y="2116481"/>
                                </a:lnTo>
                                <a:lnTo>
                                  <a:pt x="6588352" y="2136667"/>
                                </a:lnTo>
                                <a:lnTo>
                                  <a:pt x="6596063" y="2156848"/>
                                </a:lnTo>
                                <a:lnTo>
                                  <a:pt x="6599691" y="2167050"/>
                                </a:lnTo>
                                <a:lnTo>
                                  <a:pt x="6603320" y="2177028"/>
                                </a:lnTo>
                                <a:lnTo>
                                  <a:pt x="6606268" y="2187007"/>
                                </a:lnTo>
                                <a:lnTo>
                                  <a:pt x="6609443" y="2196983"/>
                                </a:lnTo>
                                <a:lnTo>
                                  <a:pt x="6612391" y="2206961"/>
                                </a:lnTo>
                                <a:lnTo>
                                  <a:pt x="6615113" y="2216941"/>
                                </a:lnTo>
                                <a:lnTo>
                                  <a:pt x="6617380" y="2226691"/>
                                </a:lnTo>
                                <a:lnTo>
                                  <a:pt x="6619648" y="2236445"/>
                                </a:lnTo>
                                <a:lnTo>
                                  <a:pt x="6619413" y="2235822"/>
                                </a:lnTo>
                                <a:lnTo>
                                  <a:pt x="6619977" y="2237700"/>
                                </a:lnTo>
                                <a:lnTo>
                                  <a:pt x="6622143" y="2243473"/>
                                </a:lnTo>
                                <a:lnTo>
                                  <a:pt x="6623687" y="2247963"/>
                                </a:lnTo>
                                <a:lnTo>
                                  <a:pt x="6623583" y="2247442"/>
                                </a:lnTo>
                                <a:lnTo>
                                  <a:pt x="6622538" y="2244425"/>
                                </a:lnTo>
                                <a:lnTo>
                                  <a:pt x="6623516" y="2247105"/>
                                </a:lnTo>
                                <a:lnTo>
                                  <a:pt x="6623294" y="2246002"/>
                                </a:lnTo>
                                <a:lnTo>
                                  <a:pt x="6623050" y="2244754"/>
                                </a:lnTo>
                                <a:lnTo>
                                  <a:pt x="6623529" y="2247144"/>
                                </a:lnTo>
                                <a:lnTo>
                                  <a:pt x="6626569" y="2255504"/>
                                </a:lnTo>
                                <a:lnTo>
                                  <a:pt x="6627812" y="2257480"/>
                                </a:lnTo>
                                <a:lnTo>
                                  <a:pt x="6626642" y="2255711"/>
                                </a:lnTo>
                                <a:lnTo>
                                  <a:pt x="6631415" y="2268801"/>
                                </a:lnTo>
                                <a:lnTo>
                                  <a:pt x="6633033" y="2273559"/>
                                </a:lnTo>
                                <a:lnTo>
                                  <a:pt x="6634163" y="2276537"/>
                                </a:lnTo>
                                <a:lnTo>
                                  <a:pt x="6633383" y="2274591"/>
                                </a:lnTo>
                                <a:lnTo>
                                  <a:pt x="6638680" y="2290183"/>
                                </a:lnTo>
                                <a:lnTo>
                                  <a:pt x="6638925" y="2290819"/>
                                </a:lnTo>
                                <a:lnTo>
                                  <a:pt x="6638833" y="2290631"/>
                                </a:lnTo>
                                <a:lnTo>
                                  <a:pt x="6640513" y="2295582"/>
                                </a:lnTo>
                                <a:lnTo>
                                  <a:pt x="6638215" y="2289396"/>
                                </a:lnTo>
                                <a:lnTo>
                                  <a:pt x="6638104" y="2289178"/>
                                </a:lnTo>
                                <a:lnTo>
                                  <a:pt x="6638143" y="2289205"/>
                                </a:lnTo>
                                <a:lnTo>
                                  <a:pt x="6630971" y="2269916"/>
                                </a:lnTo>
                                <a:lnTo>
                                  <a:pt x="6632302" y="2273712"/>
                                </a:lnTo>
                                <a:lnTo>
                                  <a:pt x="6626924" y="2258495"/>
                                </a:lnTo>
                                <a:lnTo>
                                  <a:pt x="6626593" y="2257669"/>
                                </a:lnTo>
                                <a:lnTo>
                                  <a:pt x="6632348" y="2273850"/>
                                </a:lnTo>
                                <a:lnTo>
                                  <a:pt x="6630761" y="2269544"/>
                                </a:lnTo>
                                <a:lnTo>
                                  <a:pt x="6633029" y="2277931"/>
                                </a:lnTo>
                                <a:lnTo>
                                  <a:pt x="6627813" y="2264101"/>
                                </a:lnTo>
                                <a:lnTo>
                                  <a:pt x="6633255" y="2281105"/>
                                </a:lnTo>
                                <a:lnTo>
                                  <a:pt x="6631441" y="2277478"/>
                                </a:lnTo>
                                <a:lnTo>
                                  <a:pt x="6639379" y="2309912"/>
                                </a:lnTo>
                                <a:lnTo>
                                  <a:pt x="6638018" y="2305602"/>
                                </a:lnTo>
                                <a:lnTo>
                                  <a:pt x="6640966" y="2316257"/>
                                </a:lnTo>
                                <a:lnTo>
                                  <a:pt x="6637564" y="2307417"/>
                                </a:lnTo>
                                <a:lnTo>
                                  <a:pt x="6646182" y="2331676"/>
                                </a:lnTo>
                                <a:lnTo>
                                  <a:pt x="6650943" y="2344878"/>
                                </a:lnTo>
                                <a:lnTo>
                                  <a:pt x="6649130" y="2341654"/>
                                </a:lnTo>
                                <a:lnTo>
                                  <a:pt x="6652079" y="2348911"/>
                                </a:lnTo>
                                <a:lnTo>
                                  <a:pt x="6652305" y="2348911"/>
                                </a:lnTo>
                                <a:lnTo>
                                  <a:pt x="6652079" y="2348458"/>
                                </a:lnTo>
                                <a:lnTo>
                                  <a:pt x="6651171" y="2345509"/>
                                </a:lnTo>
                                <a:lnTo>
                                  <a:pt x="6650943" y="2344878"/>
                                </a:lnTo>
                                <a:lnTo>
                                  <a:pt x="6651171" y="2345283"/>
                                </a:lnTo>
                                <a:lnTo>
                                  <a:pt x="6652986" y="2349138"/>
                                </a:lnTo>
                                <a:lnTo>
                                  <a:pt x="6654573" y="2352767"/>
                                </a:lnTo>
                                <a:lnTo>
                                  <a:pt x="6655707" y="2356622"/>
                                </a:lnTo>
                                <a:lnTo>
                                  <a:pt x="6656614" y="2360704"/>
                                </a:lnTo>
                                <a:lnTo>
                                  <a:pt x="6657521" y="2364786"/>
                                </a:lnTo>
                                <a:lnTo>
                                  <a:pt x="6657748" y="2368868"/>
                                </a:lnTo>
                                <a:lnTo>
                                  <a:pt x="6657975" y="2372724"/>
                                </a:lnTo>
                                <a:lnTo>
                                  <a:pt x="6655253" y="2363880"/>
                                </a:lnTo>
                                <a:lnTo>
                                  <a:pt x="6651852" y="2353447"/>
                                </a:lnTo>
                                <a:lnTo>
                                  <a:pt x="6647997" y="2342335"/>
                                </a:lnTo>
                                <a:lnTo>
                                  <a:pt x="6643914" y="2331223"/>
                                </a:lnTo>
                                <a:lnTo>
                                  <a:pt x="6636203" y="2311495"/>
                                </a:lnTo>
                                <a:lnTo>
                                  <a:pt x="6631668" y="2300837"/>
                                </a:lnTo>
                                <a:lnTo>
                                  <a:pt x="6627586" y="2291309"/>
                                </a:lnTo>
                                <a:lnTo>
                                  <a:pt x="6631895" y="2308777"/>
                                </a:lnTo>
                                <a:lnTo>
                                  <a:pt x="6625545" y="2294486"/>
                                </a:lnTo>
                                <a:lnTo>
                                  <a:pt x="6624184" y="2291765"/>
                                </a:lnTo>
                                <a:lnTo>
                                  <a:pt x="6622823" y="2287680"/>
                                </a:lnTo>
                                <a:lnTo>
                                  <a:pt x="6622370" y="2287909"/>
                                </a:lnTo>
                                <a:lnTo>
                                  <a:pt x="6625545" y="2296074"/>
                                </a:lnTo>
                                <a:lnTo>
                                  <a:pt x="6617153" y="2279290"/>
                                </a:lnTo>
                                <a:lnTo>
                                  <a:pt x="6624864" y="2299476"/>
                                </a:lnTo>
                                <a:lnTo>
                                  <a:pt x="6622370" y="2296074"/>
                                </a:lnTo>
                                <a:lnTo>
                                  <a:pt x="6624864" y="2305147"/>
                                </a:lnTo>
                                <a:lnTo>
                                  <a:pt x="6619421" y="2297436"/>
                                </a:lnTo>
                                <a:lnTo>
                                  <a:pt x="6619361" y="2297944"/>
                                </a:lnTo>
                                <a:lnTo>
                                  <a:pt x="6624740" y="2305602"/>
                                </a:lnTo>
                                <a:lnTo>
                                  <a:pt x="6624966" y="2305829"/>
                                </a:lnTo>
                                <a:lnTo>
                                  <a:pt x="6624740" y="2308318"/>
                                </a:lnTo>
                                <a:lnTo>
                                  <a:pt x="6622708" y="2307190"/>
                                </a:lnTo>
                                <a:lnTo>
                                  <a:pt x="6625950" y="2323278"/>
                                </a:lnTo>
                                <a:lnTo>
                                  <a:pt x="6627549" y="2326068"/>
                                </a:lnTo>
                                <a:lnTo>
                                  <a:pt x="6629401" y="2333683"/>
                                </a:lnTo>
                                <a:lnTo>
                                  <a:pt x="6626477" y="2325894"/>
                                </a:lnTo>
                                <a:lnTo>
                                  <a:pt x="6626546" y="2326235"/>
                                </a:lnTo>
                                <a:lnTo>
                                  <a:pt x="6627901" y="2333715"/>
                                </a:lnTo>
                                <a:lnTo>
                                  <a:pt x="6628126" y="2336209"/>
                                </a:lnTo>
                                <a:lnTo>
                                  <a:pt x="6628126" y="2337115"/>
                                </a:lnTo>
                                <a:lnTo>
                                  <a:pt x="6629255" y="2345060"/>
                                </a:lnTo>
                                <a:lnTo>
                                  <a:pt x="6625417" y="2338025"/>
                                </a:lnTo>
                                <a:lnTo>
                                  <a:pt x="6639414" y="2381582"/>
                                </a:lnTo>
                                <a:lnTo>
                                  <a:pt x="6639639" y="2381354"/>
                                </a:lnTo>
                                <a:lnTo>
                                  <a:pt x="6645960" y="2406753"/>
                                </a:lnTo>
                                <a:lnTo>
                                  <a:pt x="6652507" y="2433085"/>
                                </a:lnTo>
                                <a:lnTo>
                                  <a:pt x="6655893" y="2445786"/>
                                </a:lnTo>
                                <a:lnTo>
                                  <a:pt x="6659053" y="2458267"/>
                                </a:lnTo>
                                <a:lnTo>
                                  <a:pt x="6662440" y="2469834"/>
                                </a:lnTo>
                                <a:lnTo>
                                  <a:pt x="6666052" y="2480268"/>
                                </a:lnTo>
                                <a:lnTo>
                                  <a:pt x="6668986" y="2488662"/>
                                </a:lnTo>
                                <a:lnTo>
                                  <a:pt x="6676887" y="2511113"/>
                                </a:lnTo>
                                <a:lnTo>
                                  <a:pt x="6685014" y="2532205"/>
                                </a:lnTo>
                                <a:lnTo>
                                  <a:pt x="6687046" y="2537648"/>
                                </a:lnTo>
                                <a:lnTo>
                                  <a:pt x="6687723" y="2538103"/>
                                </a:lnTo>
                                <a:lnTo>
                                  <a:pt x="6687497" y="2536740"/>
                                </a:lnTo>
                                <a:lnTo>
                                  <a:pt x="6690884" y="2544681"/>
                                </a:lnTo>
                                <a:lnTo>
                                  <a:pt x="6686143" y="2546269"/>
                                </a:lnTo>
                                <a:lnTo>
                                  <a:pt x="6685978" y="2545871"/>
                                </a:lnTo>
                                <a:lnTo>
                                  <a:pt x="6675746" y="2549428"/>
                                </a:lnTo>
                                <a:lnTo>
                                  <a:pt x="6676082" y="2550199"/>
                                </a:lnTo>
                                <a:lnTo>
                                  <a:pt x="6643108" y="2559716"/>
                                </a:lnTo>
                                <a:lnTo>
                                  <a:pt x="6645366" y="2559035"/>
                                </a:lnTo>
                                <a:lnTo>
                                  <a:pt x="6646721" y="2558356"/>
                                </a:lnTo>
                                <a:lnTo>
                                  <a:pt x="6647851" y="2557220"/>
                                </a:lnTo>
                                <a:lnTo>
                                  <a:pt x="6648528" y="2556315"/>
                                </a:lnTo>
                                <a:lnTo>
                                  <a:pt x="6648754" y="2555636"/>
                                </a:lnTo>
                                <a:lnTo>
                                  <a:pt x="6648754" y="2554732"/>
                                </a:lnTo>
                                <a:lnTo>
                                  <a:pt x="6648302" y="2554052"/>
                                </a:lnTo>
                                <a:lnTo>
                                  <a:pt x="6647851" y="2553371"/>
                                </a:lnTo>
                                <a:lnTo>
                                  <a:pt x="6646947" y="2553141"/>
                                </a:lnTo>
                                <a:lnTo>
                                  <a:pt x="6646270" y="2552915"/>
                                </a:lnTo>
                                <a:lnTo>
                                  <a:pt x="6645592" y="2553141"/>
                                </a:lnTo>
                                <a:lnTo>
                                  <a:pt x="6644914" y="2553596"/>
                                </a:lnTo>
                                <a:lnTo>
                                  <a:pt x="6644237" y="2554275"/>
                                </a:lnTo>
                                <a:lnTo>
                                  <a:pt x="6643559" y="2555860"/>
                                </a:lnTo>
                                <a:lnTo>
                                  <a:pt x="6643108" y="2557450"/>
                                </a:lnTo>
                                <a:lnTo>
                                  <a:pt x="6643108" y="2559716"/>
                                </a:lnTo>
                                <a:lnTo>
                                  <a:pt x="6642656" y="2556315"/>
                                </a:lnTo>
                                <a:lnTo>
                                  <a:pt x="6641753" y="2544078"/>
                                </a:lnTo>
                                <a:lnTo>
                                  <a:pt x="6641075" y="2532971"/>
                                </a:lnTo>
                                <a:lnTo>
                                  <a:pt x="6641075" y="2530480"/>
                                </a:lnTo>
                                <a:lnTo>
                                  <a:pt x="6641301" y="2532064"/>
                                </a:lnTo>
                                <a:lnTo>
                                  <a:pt x="6641075" y="2525721"/>
                                </a:lnTo>
                                <a:lnTo>
                                  <a:pt x="6641075" y="2521905"/>
                                </a:lnTo>
                                <a:lnTo>
                                  <a:pt x="6640304" y="2520757"/>
                                </a:lnTo>
                                <a:lnTo>
                                  <a:pt x="6640304" y="2531385"/>
                                </a:lnTo>
                                <a:lnTo>
                                  <a:pt x="6639399" y="2530254"/>
                                </a:lnTo>
                                <a:lnTo>
                                  <a:pt x="6640304" y="2533873"/>
                                </a:lnTo>
                                <a:lnTo>
                                  <a:pt x="6640983" y="2537491"/>
                                </a:lnTo>
                                <a:lnTo>
                                  <a:pt x="6641436" y="2541335"/>
                                </a:lnTo>
                                <a:lnTo>
                                  <a:pt x="6641662" y="2545407"/>
                                </a:lnTo>
                                <a:lnTo>
                                  <a:pt x="6641888" y="2549254"/>
                                </a:lnTo>
                                <a:lnTo>
                                  <a:pt x="6641888" y="2552871"/>
                                </a:lnTo>
                                <a:lnTo>
                                  <a:pt x="6641662" y="2556262"/>
                                </a:lnTo>
                                <a:lnTo>
                                  <a:pt x="6641436" y="2559203"/>
                                </a:lnTo>
                                <a:lnTo>
                                  <a:pt x="6633743" y="2531159"/>
                                </a:lnTo>
                                <a:lnTo>
                                  <a:pt x="6625824" y="2502892"/>
                                </a:lnTo>
                                <a:lnTo>
                                  <a:pt x="6617678" y="2474846"/>
                                </a:lnTo>
                                <a:lnTo>
                                  <a:pt x="6609306" y="2447022"/>
                                </a:lnTo>
                                <a:lnTo>
                                  <a:pt x="6600934" y="2419197"/>
                                </a:lnTo>
                                <a:lnTo>
                                  <a:pt x="6592110" y="2391150"/>
                                </a:lnTo>
                                <a:lnTo>
                                  <a:pt x="6583060" y="2363553"/>
                                </a:lnTo>
                                <a:lnTo>
                                  <a:pt x="6573783" y="2335731"/>
                                </a:lnTo>
                                <a:lnTo>
                                  <a:pt x="6550025" y="2266971"/>
                                </a:lnTo>
                                <a:lnTo>
                                  <a:pt x="6551156" y="2268335"/>
                                </a:lnTo>
                                <a:lnTo>
                                  <a:pt x="6552015" y="2269436"/>
                                </a:lnTo>
                                <a:lnTo>
                                  <a:pt x="6550921" y="2266136"/>
                                </a:lnTo>
                                <a:lnTo>
                                  <a:pt x="6550428" y="2264567"/>
                                </a:lnTo>
                                <a:lnTo>
                                  <a:pt x="6549798" y="2266141"/>
                                </a:lnTo>
                                <a:lnTo>
                                  <a:pt x="6540727" y="2241432"/>
                                </a:lnTo>
                                <a:lnTo>
                                  <a:pt x="6531429" y="2216941"/>
                                </a:lnTo>
                                <a:lnTo>
                                  <a:pt x="6521903" y="2192448"/>
                                </a:lnTo>
                                <a:lnTo>
                                  <a:pt x="6512379" y="2167731"/>
                                </a:lnTo>
                                <a:lnTo>
                                  <a:pt x="6502627" y="2143241"/>
                                </a:lnTo>
                                <a:lnTo>
                                  <a:pt x="6492648" y="2118749"/>
                                </a:lnTo>
                                <a:lnTo>
                                  <a:pt x="6482443" y="2094486"/>
                                </a:lnTo>
                                <a:lnTo>
                                  <a:pt x="6472011" y="2070223"/>
                                </a:lnTo>
                                <a:lnTo>
                                  <a:pt x="6461579" y="2045959"/>
                                </a:lnTo>
                                <a:lnTo>
                                  <a:pt x="6450466" y="2021922"/>
                                </a:lnTo>
                                <a:lnTo>
                                  <a:pt x="6439580" y="1997885"/>
                                </a:lnTo>
                                <a:lnTo>
                                  <a:pt x="6428695" y="1974076"/>
                                </a:lnTo>
                                <a:lnTo>
                                  <a:pt x="6417129" y="1950266"/>
                                </a:lnTo>
                                <a:lnTo>
                                  <a:pt x="6405789" y="1926455"/>
                                </a:lnTo>
                                <a:lnTo>
                                  <a:pt x="6394223" y="1902872"/>
                                </a:lnTo>
                                <a:lnTo>
                                  <a:pt x="6382203" y="1879289"/>
                                </a:lnTo>
                                <a:lnTo>
                                  <a:pt x="6370411" y="1855932"/>
                                </a:lnTo>
                                <a:lnTo>
                                  <a:pt x="6358164" y="1832348"/>
                                </a:lnTo>
                                <a:lnTo>
                                  <a:pt x="6345691" y="1808991"/>
                                </a:lnTo>
                                <a:lnTo>
                                  <a:pt x="6333218" y="1785861"/>
                                </a:lnTo>
                                <a:lnTo>
                                  <a:pt x="6321978" y="1765591"/>
                                </a:lnTo>
                                <a:lnTo>
                                  <a:pt x="6318477" y="1758422"/>
                                </a:lnTo>
                                <a:lnTo>
                                  <a:pt x="6303282" y="1727809"/>
                                </a:lnTo>
                                <a:lnTo>
                                  <a:pt x="6295118" y="1712616"/>
                                </a:lnTo>
                                <a:lnTo>
                                  <a:pt x="6286953" y="1696969"/>
                                </a:lnTo>
                                <a:lnTo>
                                  <a:pt x="6278336" y="1681322"/>
                                </a:lnTo>
                                <a:lnTo>
                                  <a:pt x="6269945" y="1666128"/>
                                </a:lnTo>
                                <a:lnTo>
                                  <a:pt x="6261100" y="1650935"/>
                                </a:lnTo>
                                <a:lnTo>
                                  <a:pt x="6252482" y="1636422"/>
                                </a:lnTo>
                                <a:lnTo>
                                  <a:pt x="6243637" y="1622136"/>
                                </a:lnTo>
                                <a:lnTo>
                                  <a:pt x="6234566" y="1608530"/>
                                </a:lnTo>
                                <a:lnTo>
                                  <a:pt x="6225721" y="1595377"/>
                                </a:lnTo>
                                <a:lnTo>
                                  <a:pt x="6216877" y="1583132"/>
                                </a:lnTo>
                                <a:lnTo>
                                  <a:pt x="6207805" y="1571794"/>
                                </a:lnTo>
                                <a:lnTo>
                                  <a:pt x="6203496" y="1566351"/>
                                </a:lnTo>
                                <a:lnTo>
                                  <a:pt x="6200676" y="1563087"/>
                                </a:lnTo>
                                <a:lnTo>
                                  <a:pt x="6198280" y="1559322"/>
                                </a:lnTo>
                                <a:lnTo>
                                  <a:pt x="6183766" y="1537552"/>
                                </a:lnTo>
                                <a:lnTo>
                                  <a:pt x="6169304" y="1515409"/>
                                </a:lnTo>
                                <a:lnTo>
                                  <a:pt x="6169705" y="1515329"/>
                                </a:lnTo>
                                <a:lnTo>
                                  <a:pt x="6176509" y="1513742"/>
                                </a:lnTo>
                                <a:lnTo>
                                  <a:pt x="6187395" y="1510794"/>
                                </a:lnTo>
                                <a:lnTo>
                                  <a:pt x="6200548" y="1506712"/>
                                </a:lnTo>
                                <a:lnTo>
                                  <a:pt x="6207352" y="1504444"/>
                                </a:lnTo>
                                <a:lnTo>
                                  <a:pt x="6213929" y="1502177"/>
                                </a:lnTo>
                                <a:lnTo>
                                  <a:pt x="6219825" y="1499909"/>
                                </a:lnTo>
                                <a:lnTo>
                                  <a:pt x="6225268" y="1497414"/>
                                </a:lnTo>
                                <a:lnTo>
                                  <a:pt x="6229350" y="1494920"/>
                                </a:lnTo>
                                <a:lnTo>
                                  <a:pt x="6230937" y="1493786"/>
                                </a:lnTo>
                                <a:lnTo>
                                  <a:pt x="6232298" y="1492652"/>
                                </a:lnTo>
                                <a:lnTo>
                                  <a:pt x="6233205" y="1491518"/>
                                </a:lnTo>
                                <a:lnTo>
                                  <a:pt x="6233659" y="1490385"/>
                                </a:lnTo>
                                <a:lnTo>
                                  <a:pt x="6233659" y="1489478"/>
                                </a:lnTo>
                                <a:lnTo>
                                  <a:pt x="6233205" y="1488344"/>
                                </a:lnTo>
                                <a:close/>
                                <a:moveTo>
                                  <a:pt x="5262063" y="1487167"/>
                                </a:moveTo>
                                <a:lnTo>
                                  <a:pt x="5261383" y="1487394"/>
                                </a:lnTo>
                                <a:lnTo>
                                  <a:pt x="5262290" y="1487394"/>
                                </a:lnTo>
                                <a:lnTo>
                                  <a:pt x="5262063" y="1487167"/>
                                </a:lnTo>
                                <a:close/>
                                <a:moveTo>
                                  <a:pt x="2532051" y="1486204"/>
                                </a:moveTo>
                                <a:lnTo>
                                  <a:pt x="2531468" y="1486512"/>
                                </a:lnTo>
                                <a:lnTo>
                                  <a:pt x="2532738" y="1486723"/>
                                </a:lnTo>
                                <a:lnTo>
                                  <a:pt x="2532051" y="1486204"/>
                                </a:lnTo>
                                <a:close/>
                                <a:moveTo>
                                  <a:pt x="4643211" y="1485395"/>
                                </a:moveTo>
                                <a:lnTo>
                                  <a:pt x="4636634" y="1486076"/>
                                </a:lnTo>
                                <a:lnTo>
                                  <a:pt x="4645932" y="1485395"/>
                                </a:lnTo>
                                <a:lnTo>
                                  <a:pt x="4643211" y="1485395"/>
                                </a:lnTo>
                                <a:close/>
                                <a:moveTo>
                                  <a:pt x="2499013" y="1484481"/>
                                </a:moveTo>
                                <a:lnTo>
                                  <a:pt x="2496023" y="1486262"/>
                                </a:lnTo>
                                <a:lnTo>
                                  <a:pt x="2498535" y="1485713"/>
                                </a:lnTo>
                                <a:lnTo>
                                  <a:pt x="2499013" y="1484481"/>
                                </a:lnTo>
                                <a:close/>
                                <a:moveTo>
                                  <a:pt x="2494900" y="1484333"/>
                                </a:moveTo>
                                <a:lnTo>
                                  <a:pt x="2494552" y="1485222"/>
                                </a:lnTo>
                                <a:lnTo>
                                  <a:pt x="2494552" y="1485504"/>
                                </a:lnTo>
                                <a:lnTo>
                                  <a:pt x="2494900" y="1484333"/>
                                </a:lnTo>
                                <a:close/>
                                <a:moveTo>
                                  <a:pt x="2396154" y="1480762"/>
                                </a:moveTo>
                                <a:lnTo>
                                  <a:pt x="2394403" y="1483678"/>
                                </a:lnTo>
                                <a:lnTo>
                                  <a:pt x="2396632" y="1484346"/>
                                </a:lnTo>
                                <a:lnTo>
                                  <a:pt x="2396154" y="1480762"/>
                                </a:lnTo>
                                <a:close/>
                                <a:moveTo>
                                  <a:pt x="6139399" y="1478686"/>
                                </a:moveTo>
                                <a:lnTo>
                                  <a:pt x="6143377" y="1484448"/>
                                </a:lnTo>
                                <a:lnTo>
                                  <a:pt x="6148512" y="1491845"/>
                                </a:lnTo>
                                <a:lnTo>
                                  <a:pt x="6147913" y="1491246"/>
                                </a:lnTo>
                                <a:lnTo>
                                  <a:pt x="6146325" y="1489660"/>
                                </a:lnTo>
                                <a:lnTo>
                                  <a:pt x="6144965" y="1487621"/>
                                </a:lnTo>
                                <a:lnTo>
                                  <a:pt x="6143377" y="1485808"/>
                                </a:lnTo>
                                <a:lnTo>
                                  <a:pt x="6140427" y="1481049"/>
                                </a:lnTo>
                                <a:lnTo>
                                  <a:pt x="6139399" y="1478686"/>
                                </a:lnTo>
                                <a:close/>
                                <a:moveTo>
                                  <a:pt x="5145541" y="1478593"/>
                                </a:moveTo>
                                <a:lnTo>
                                  <a:pt x="5145541" y="1479046"/>
                                </a:lnTo>
                                <a:lnTo>
                                  <a:pt x="5148625" y="1480588"/>
                                </a:lnTo>
                                <a:lnTo>
                                  <a:pt x="5149396" y="1481087"/>
                                </a:lnTo>
                                <a:lnTo>
                                  <a:pt x="5149170" y="1480860"/>
                                </a:lnTo>
                                <a:lnTo>
                                  <a:pt x="5148625" y="1480588"/>
                                </a:lnTo>
                                <a:lnTo>
                                  <a:pt x="5145541" y="1478593"/>
                                </a:lnTo>
                                <a:close/>
                                <a:moveTo>
                                  <a:pt x="5325581" y="1477423"/>
                                </a:moveTo>
                                <a:lnTo>
                                  <a:pt x="5325808" y="1477650"/>
                                </a:lnTo>
                                <a:lnTo>
                                  <a:pt x="5326489" y="1477423"/>
                                </a:lnTo>
                                <a:lnTo>
                                  <a:pt x="5325581" y="1477423"/>
                                </a:lnTo>
                                <a:close/>
                                <a:moveTo>
                                  <a:pt x="2398485" y="1476878"/>
                                </a:moveTo>
                                <a:lnTo>
                                  <a:pt x="2397456" y="1478592"/>
                                </a:lnTo>
                                <a:lnTo>
                                  <a:pt x="2402952" y="1478259"/>
                                </a:lnTo>
                                <a:lnTo>
                                  <a:pt x="2398485" y="1476878"/>
                                </a:lnTo>
                                <a:close/>
                                <a:moveTo>
                                  <a:pt x="6135891" y="1473605"/>
                                </a:moveTo>
                                <a:lnTo>
                                  <a:pt x="6136344" y="1474251"/>
                                </a:lnTo>
                                <a:lnTo>
                                  <a:pt x="6139372" y="1478624"/>
                                </a:lnTo>
                                <a:lnTo>
                                  <a:pt x="6139399" y="1478686"/>
                                </a:lnTo>
                                <a:lnTo>
                                  <a:pt x="6135891" y="1473605"/>
                                </a:lnTo>
                                <a:close/>
                                <a:moveTo>
                                  <a:pt x="5145087" y="1473377"/>
                                </a:moveTo>
                                <a:lnTo>
                                  <a:pt x="5140098" y="1473604"/>
                                </a:lnTo>
                                <a:lnTo>
                                  <a:pt x="5140552" y="1473604"/>
                                </a:lnTo>
                                <a:lnTo>
                                  <a:pt x="5140779" y="1473604"/>
                                </a:lnTo>
                                <a:lnTo>
                                  <a:pt x="5141005" y="1473604"/>
                                </a:lnTo>
                                <a:lnTo>
                                  <a:pt x="5145314" y="1473377"/>
                                </a:lnTo>
                                <a:lnTo>
                                  <a:pt x="5145087" y="1473377"/>
                                </a:lnTo>
                                <a:close/>
                                <a:moveTo>
                                  <a:pt x="2605125" y="1473208"/>
                                </a:moveTo>
                                <a:lnTo>
                                  <a:pt x="2601052" y="1474120"/>
                                </a:lnTo>
                                <a:lnTo>
                                  <a:pt x="2596528" y="1475259"/>
                                </a:lnTo>
                                <a:lnTo>
                                  <a:pt x="2591777" y="1477084"/>
                                </a:lnTo>
                                <a:lnTo>
                                  <a:pt x="2587252" y="1478908"/>
                                </a:lnTo>
                                <a:lnTo>
                                  <a:pt x="2577524" y="1483240"/>
                                </a:lnTo>
                                <a:lnTo>
                                  <a:pt x="2572320" y="1485063"/>
                                </a:lnTo>
                                <a:lnTo>
                                  <a:pt x="2567570" y="1487117"/>
                                </a:lnTo>
                                <a:lnTo>
                                  <a:pt x="2562819" y="1488712"/>
                                </a:lnTo>
                                <a:lnTo>
                                  <a:pt x="2557841" y="1490081"/>
                                </a:lnTo>
                                <a:lnTo>
                                  <a:pt x="2553091" y="1490993"/>
                                </a:lnTo>
                                <a:lnTo>
                                  <a:pt x="2548340" y="1491221"/>
                                </a:lnTo>
                                <a:lnTo>
                                  <a:pt x="2546303" y="1491221"/>
                                </a:lnTo>
                                <a:lnTo>
                                  <a:pt x="2544041" y="1491221"/>
                                </a:lnTo>
                                <a:lnTo>
                                  <a:pt x="2541779" y="1490765"/>
                                </a:lnTo>
                                <a:lnTo>
                                  <a:pt x="2539969" y="1490309"/>
                                </a:lnTo>
                                <a:lnTo>
                                  <a:pt x="2537707" y="1489625"/>
                                </a:lnTo>
                                <a:lnTo>
                                  <a:pt x="2535897" y="1488484"/>
                                </a:lnTo>
                                <a:lnTo>
                                  <a:pt x="2534127" y="1487691"/>
                                </a:lnTo>
                                <a:lnTo>
                                  <a:pt x="2535238" y="1491023"/>
                                </a:lnTo>
                                <a:lnTo>
                                  <a:pt x="2534888" y="1491897"/>
                                </a:lnTo>
                                <a:lnTo>
                                  <a:pt x="2541672" y="1491897"/>
                                </a:lnTo>
                                <a:lnTo>
                                  <a:pt x="2548017" y="1491671"/>
                                </a:lnTo>
                                <a:lnTo>
                                  <a:pt x="2553455" y="1491444"/>
                                </a:lnTo>
                                <a:lnTo>
                                  <a:pt x="2558213" y="1490765"/>
                                </a:lnTo>
                                <a:lnTo>
                                  <a:pt x="2563198" y="1489632"/>
                                </a:lnTo>
                                <a:lnTo>
                                  <a:pt x="2568183" y="1487594"/>
                                </a:lnTo>
                                <a:lnTo>
                                  <a:pt x="2574301" y="1485102"/>
                                </a:lnTo>
                                <a:lnTo>
                                  <a:pt x="2581325" y="1481705"/>
                                </a:lnTo>
                                <a:lnTo>
                                  <a:pt x="2583818" y="1480572"/>
                                </a:lnTo>
                                <a:lnTo>
                                  <a:pt x="2586310" y="1479894"/>
                                </a:lnTo>
                                <a:lnTo>
                                  <a:pt x="2588349" y="1478989"/>
                                </a:lnTo>
                                <a:lnTo>
                                  <a:pt x="2590842" y="1478535"/>
                                </a:lnTo>
                                <a:lnTo>
                                  <a:pt x="2593108" y="1478309"/>
                                </a:lnTo>
                                <a:lnTo>
                                  <a:pt x="2595147" y="1478082"/>
                                </a:lnTo>
                                <a:lnTo>
                                  <a:pt x="2599906" y="1478082"/>
                                </a:lnTo>
                                <a:lnTo>
                                  <a:pt x="2604211" y="1478761"/>
                                </a:lnTo>
                                <a:lnTo>
                                  <a:pt x="2608516" y="1479894"/>
                                </a:lnTo>
                                <a:lnTo>
                                  <a:pt x="2610219" y="1480403"/>
                                </a:lnTo>
                                <a:lnTo>
                                  <a:pt x="2604220" y="1474120"/>
                                </a:lnTo>
                                <a:lnTo>
                                  <a:pt x="2605125" y="1473208"/>
                                </a:lnTo>
                                <a:close/>
                                <a:moveTo>
                                  <a:pt x="3935186" y="1472924"/>
                                </a:moveTo>
                                <a:lnTo>
                                  <a:pt x="3926794" y="1473377"/>
                                </a:lnTo>
                                <a:lnTo>
                                  <a:pt x="3918630" y="1473831"/>
                                </a:lnTo>
                                <a:lnTo>
                                  <a:pt x="3911146" y="1474511"/>
                                </a:lnTo>
                                <a:lnTo>
                                  <a:pt x="3903662" y="1475191"/>
                                </a:lnTo>
                                <a:lnTo>
                                  <a:pt x="3896859" y="1476552"/>
                                </a:lnTo>
                                <a:lnTo>
                                  <a:pt x="3890736" y="1477686"/>
                                </a:lnTo>
                                <a:lnTo>
                                  <a:pt x="3884839" y="1479500"/>
                                </a:lnTo>
                                <a:lnTo>
                                  <a:pt x="3879623" y="1481087"/>
                                </a:lnTo>
                                <a:lnTo>
                                  <a:pt x="3875314" y="1483355"/>
                                </a:lnTo>
                                <a:lnTo>
                                  <a:pt x="3873273" y="1484262"/>
                                </a:lnTo>
                                <a:lnTo>
                                  <a:pt x="3871459" y="1485395"/>
                                </a:lnTo>
                                <a:lnTo>
                                  <a:pt x="3869962" y="1486679"/>
                                </a:lnTo>
                                <a:lnTo>
                                  <a:pt x="3871233" y="1485986"/>
                                </a:lnTo>
                                <a:lnTo>
                                  <a:pt x="3873954" y="1484398"/>
                                </a:lnTo>
                                <a:lnTo>
                                  <a:pt x="3876676" y="1483264"/>
                                </a:lnTo>
                                <a:lnTo>
                                  <a:pt x="3879624" y="1482130"/>
                                </a:lnTo>
                                <a:lnTo>
                                  <a:pt x="3882572" y="1480996"/>
                                </a:lnTo>
                                <a:lnTo>
                                  <a:pt x="3885747" y="1480088"/>
                                </a:lnTo>
                                <a:lnTo>
                                  <a:pt x="3892324" y="1478728"/>
                                </a:lnTo>
                                <a:lnTo>
                                  <a:pt x="3899128" y="1477594"/>
                                </a:lnTo>
                                <a:lnTo>
                                  <a:pt x="3906385" y="1476914"/>
                                </a:lnTo>
                                <a:lnTo>
                                  <a:pt x="3913642" y="1476687"/>
                                </a:lnTo>
                                <a:lnTo>
                                  <a:pt x="3921579" y="1476460"/>
                                </a:lnTo>
                                <a:lnTo>
                                  <a:pt x="3929063" y="1476687"/>
                                </a:lnTo>
                                <a:lnTo>
                                  <a:pt x="3936774" y="1476914"/>
                                </a:lnTo>
                                <a:lnTo>
                                  <a:pt x="3951969" y="1477821"/>
                                </a:lnTo>
                                <a:lnTo>
                                  <a:pt x="3966256" y="1478955"/>
                                </a:lnTo>
                                <a:lnTo>
                                  <a:pt x="3979636" y="1479635"/>
                                </a:lnTo>
                                <a:lnTo>
                                  <a:pt x="4004810" y="1480315"/>
                                </a:lnTo>
                                <a:lnTo>
                                  <a:pt x="4054929" y="1497552"/>
                                </a:lnTo>
                                <a:lnTo>
                                  <a:pt x="4064681" y="1494831"/>
                                </a:lnTo>
                                <a:lnTo>
                                  <a:pt x="4071485" y="1493243"/>
                                </a:lnTo>
                                <a:lnTo>
                                  <a:pt x="4078515" y="1491429"/>
                                </a:lnTo>
                                <a:lnTo>
                                  <a:pt x="4082144" y="1490976"/>
                                </a:lnTo>
                                <a:lnTo>
                                  <a:pt x="4085772" y="1490522"/>
                                </a:lnTo>
                                <a:lnTo>
                                  <a:pt x="4089174" y="1490295"/>
                                </a:lnTo>
                                <a:lnTo>
                                  <a:pt x="4091315" y="1490295"/>
                                </a:lnTo>
                                <a:lnTo>
                                  <a:pt x="4087586" y="1489251"/>
                                </a:lnTo>
                                <a:lnTo>
                                  <a:pt x="4081462" y="1487663"/>
                                </a:lnTo>
                                <a:lnTo>
                                  <a:pt x="4074659" y="1486076"/>
                                </a:lnTo>
                                <a:lnTo>
                                  <a:pt x="4067628" y="1484489"/>
                                </a:lnTo>
                                <a:lnTo>
                                  <a:pt x="4051980" y="1481541"/>
                                </a:lnTo>
                                <a:lnTo>
                                  <a:pt x="4035198" y="1479273"/>
                                </a:lnTo>
                                <a:lnTo>
                                  <a:pt x="4017509" y="1477005"/>
                                </a:lnTo>
                                <a:lnTo>
                                  <a:pt x="3999139" y="1474964"/>
                                </a:lnTo>
                                <a:lnTo>
                                  <a:pt x="3980316" y="1473831"/>
                                </a:lnTo>
                                <a:lnTo>
                                  <a:pt x="3961946" y="1472924"/>
                                </a:lnTo>
                                <a:lnTo>
                                  <a:pt x="3952648" y="1472924"/>
                                </a:lnTo>
                                <a:lnTo>
                                  <a:pt x="3943803" y="1472924"/>
                                </a:lnTo>
                                <a:lnTo>
                                  <a:pt x="3935186" y="1472924"/>
                                </a:lnTo>
                                <a:close/>
                                <a:moveTo>
                                  <a:pt x="6133759" y="1470566"/>
                                </a:moveTo>
                                <a:lnTo>
                                  <a:pt x="6134303" y="1471305"/>
                                </a:lnTo>
                                <a:lnTo>
                                  <a:pt x="6135891" y="1473605"/>
                                </a:lnTo>
                                <a:lnTo>
                                  <a:pt x="6133759" y="1470566"/>
                                </a:lnTo>
                                <a:close/>
                                <a:moveTo>
                                  <a:pt x="2521824" y="1470214"/>
                                </a:moveTo>
                                <a:lnTo>
                                  <a:pt x="2522573" y="1472958"/>
                                </a:lnTo>
                                <a:lnTo>
                                  <a:pt x="2522840" y="1472857"/>
                                </a:lnTo>
                                <a:lnTo>
                                  <a:pt x="2521824" y="1470214"/>
                                </a:lnTo>
                                <a:close/>
                                <a:moveTo>
                                  <a:pt x="2967372" y="1467708"/>
                                </a:moveTo>
                                <a:lnTo>
                                  <a:pt x="2958805" y="1472135"/>
                                </a:lnTo>
                                <a:lnTo>
                                  <a:pt x="2948592" y="1472363"/>
                                </a:lnTo>
                                <a:lnTo>
                                  <a:pt x="2938378" y="1473276"/>
                                </a:lnTo>
                                <a:lnTo>
                                  <a:pt x="2928164" y="1474188"/>
                                </a:lnTo>
                                <a:lnTo>
                                  <a:pt x="2917950" y="1475557"/>
                                </a:lnTo>
                                <a:lnTo>
                                  <a:pt x="2902743" y="1486966"/>
                                </a:lnTo>
                                <a:lnTo>
                                  <a:pt x="2883439" y="1492240"/>
                                </a:lnTo>
                                <a:lnTo>
                                  <a:pt x="2884208" y="1493970"/>
                                </a:lnTo>
                                <a:lnTo>
                                  <a:pt x="2885344" y="1496469"/>
                                </a:lnTo>
                                <a:lnTo>
                                  <a:pt x="2886708" y="1499422"/>
                                </a:lnTo>
                                <a:lnTo>
                                  <a:pt x="2888752" y="1502374"/>
                                </a:lnTo>
                                <a:lnTo>
                                  <a:pt x="2889845" y="1503795"/>
                                </a:lnTo>
                                <a:lnTo>
                                  <a:pt x="2884487" y="1492186"/>
                                </a:lnTo>
                                <a:lnTo>
                                  <a:pt x="2905212" y="1486274"/>
                                </a:lnTo>
                                <a:lnTo>
                                  <a:pt x="2918278" y="1475591"/>
                                </a:lnTo>
                                <a:lnTo>
                                  <a:pt x="2945763" y="1474911"/>
                                </a:lnTo>
                                <a:lnTo>
                                  <a:pt x="2944862" y="1475591"/>
                                </a:lnTo>
                                <a:lnTo>
                                  <a:pt x="2944877" y="1475603"/>
                                </a:lnTo>
                                <a:lnTo>
                                  <a:pt x="2958193" y="1472453"/>
                                </a:lnTo>
                                <a:lnTo>
                                  <a:pt x="2958873" y="1472226"/>
                                </a:lnTo>
                                <a:lnTo>
                                  <a:pt x="2959327" y="1472226"/>
                                </a:lnTo>
                                <a:lnTo>
                                  <a:pt x="2959553" y="1472226"/>
                                </a:lnTo>
                                <a:lnTo>
                                  <a:pt x="2962728" y="1470644"/>
                                </a:lnTo>
                                <a:lnTo>
                                  <a:pt x="2965677" y="1468835"/>
                                </a:lnTo>
                                <a:lnTo>
                                  <a:pt x="2967372" y="1467708"/>
                                </a:lnTo>
                                <a:close/>
                                <a:moveTo>
                                  <a:pt x="2417103" y="1467624"/>
                                </a:moveTo>
                                <a:lnTo>
                                  <a:pt x="2414814" y="1471439"/>
                                </a:lnTo>
                                <a:lnTo>
                                  <a:pt x="2411639" y="1475744"/>
                                </a:lnTo>
                                <a:lnTo>
                                  <a:pt x="2408010" y="1479824"/>
                                </a:lnTo>
                                <a:lnTo>
                                  <a:pt x="2404008" y="1478587"/>
                                </a:lnTo>
                                <a:lnTo>
                                  <a:pt x="2404559" y="1478917"/>
                                </a:lnTo>
                                <a:lnTo>
                                  <a:pt x="2405929" y="1479602"/>
                                </a:lnTo>
                                <a:lnTo>
                                  <a:pt x="2407529" y="1479832"/>
                                </a:lnTo>
                                <a:lnTo>
                                  <a:pt x="2408899" y="1479832"/>
                                </a:lnTo>
                                <a:lnTo>
                                  <a:pt x="2410499" y="1479602"/>
                                </a:lnTo>
                                <a:lnTo>
                                  <a:pt x="2412098" y="1479373"/>
                                </a:lnTo>
                                <a:lnTo>
                                  <a:pt x="2413697" y="1478460"/>
                                </a:lnTo>
                                <a:lnTo>
                                  <a:pt x="2415068" y="1477774"/>
                                </a:lnTo>
                                <a:lnTo>
                                  <a:pt x="2417809" y="1476176"/>
                                </a:lnTo>
                                <a:lnTo>
                                  <a:pt x="2420094" y="1473893"/>
                                </a:lnTo>
                                <a:lnTo>
                                  <a:pt x="2422150" y="1471838"/>
                                </a:lnTo>
                                <a:lnTo>
                                  <a:pt x="2423521" y="1470007"/>
                                </a:lnTo>
                                <a:lnTo>
                                  <a:pt x="2423292" y="1471379"/>
                                </a:lnTo>
                                <a:lnTo>
                                  <a:pt x="2423975" y="1471217"/>
                                </a:lnTo>
                                <a:lnTo>
                                  <a:pt x="2423401" y="1469686"/>
                                </a:lnTo>
                                <a:lnTo>
                                  <a:pt x="2419322" y="1471726"/>
                                </a:lnTo>
                                <a:lnTo>
                                  <a:pt x="2418189" y="1470139"/>
                                </a:lnTo>
                                <a:lnTo>
                                  <a:pt x="2417282" y="1468100"/>
                                </a:lnTo>
                                <a:lnTo>
                                  <a:pt x="2417103" y="1467624"/>
                                </a:lnTo>
                                <a:close/>
                                <a:moveTo>
                                  <a:pt x="2499987" y="1466753"/>
                                </a:moveTo>
                                <a:lnTo>
                                  <a:pt x="2499655" y="1469451"/>
                                </a:lnTo>
                                <a:lnTo>
                                  <a:pt x="2500063" y="1468318"/>
                                </a:lnTo>
                                <a:lnTo>
                                  <a:pt x="2499987" y="1466753"/>
                                </a:lnTo>
                                <a:close/>
                                <a:moveTo>
                                  <a:pt x="2778382" y="1466488"/>
                                </a:moveTo>
                                <a:lnTo>
                                  <a:pt x="2780179" y="1468308"/>
                                </a:lnTo>
                                <a:lnTo>
                                  <a:pt x="2787650" y="1477481"/>
                                </a:lnTo>
                                <a:lnTo>
                                  <a:pt x="2785839" y="1475646"/>
                                </a:lnTo>
                                <a:lnTo>
                                  <a:pt x="2784254" y="1474041"/>
                                </a:lnTo>
                                <a:lnTo>
                                  <a:pt x="2782895" y="1472895"/>
                                </a:lnTo>
                                <a:lnTo>
                                  <a:pt x="2781537" y="1472436"/>
                                </a:lnTo>
                                <a:lnTo>
                                  <a:pt x="2780631" y="1472206"/>
                                </a:lnTo>
                                <a:lnTo>
                                  <a:pt x="2779726" y="1472206"/>
                                </a:lnTo>
                                <a:lnTo>
                                  <a:pt x="2779273" y="1472436"/>
                                </a:lnTo>
                                <a:lnTo>
                                  <a:pt x="2779047" y="1472895"/>
                                </a:lnTo>
                                <a:lnTo>
                                  <a:pt x="2779273" y="1473353"/>
                                </a:lnTo>
                                <a:lnTo>
                                  <a:pt x="2779499" y="1474041"/>
                                </a:lnTo>
                                <a:lnTo>
                                  <a:pt x="2779952" y="1474729"/>
                                </a:lnTo>
                                <a:lnTo>
                                  <a:pt x="2780858" y="1475646"/>
                                </a:lnTo>
                                <a:lnTo>
                                  <a:pt x="2782216" y="1476334"/>
                                </a:lnTo>
                                <a:lnTo>
                                  <a:pt x="2783575" y="1477022"/>
                                </a:lnTo>
                                <a:lnTo>
                                  <a:pt x="2785612" y="1477251"/>
                                </a:lnTo>
                                <a:lnTo>
                                  <a:pt x="2787650" y="1477481"/>
                                </a:lnTo>
                                <a:lnTo>
                                  <a:pt x="2779499" y="1477481"/>
                                </a:lnTo>
                                <a:lnTo>
                                  <a:pt x="2776556" y="1477710"/>
                                </a:lnTo>
                                <a:lnTo>
                                  <a:pt x="2774292" y="1478169"/>
                                </a:lnTo>
                                <a:lnTo>
                                  <a:pt x="2773613" y="1478398"/>
                                </a:lnTo>
                                <a:lnTo>
                                  <a:pt x="2772934" y="1479086"/>
                                </a:lnTo>
                                <a:lnTo>
                                  <a:pt x="2772707" y="1479544"/>
                                </a:lnTo>
                                <a:lnTo>
                                  <a:pt x="2772707" y="1480232"/>
                                </a:lnTo>
                                <a:lnTo>
                                  <a:pt x="2772934" y="1480920"/>
                                </a:lnTo>
                                <a:lnTo>
                                  <a:pt x="2773387" y="1481838"/>
                                </a:lnTo>
                                <a:lnTo>
                                  <a:pt x="2775198" y="1484131"/>
                                </a:lnTo>
                                <a:lnTo>
                                  <a:pt x="2767500" y="1484360"/>
                                </a:lnTo>
                                <a:lnTo>
                                  <a:pt x="2766538" y="1485567"/>
                                </a:lnTo>
                                <a:lnTo>
                                  <a:pt x="2768114" y="1484431"/>
                                </a:lnTo>
                                <a:lnTo>
                                  <a:pt x="2775611" y="1484203"/>
                                </a:lnTo>
                                <a:lnTo>
                                  <a:pt x="2773112" y="1479662"/>
                                </a:lnTo>
                                <a:lnTo>
                                  <a:pt x="2781972" y="1482841"/>
                                </a:lnTo>
                                <a:lnTo>
                                  <a:pt x="2792196" y="1486929"/>
                                </a:lnTo>
                                <a:lnTo>
                                  <a:pt x="2803555" y="1491245"/>
                                </a:lnTo>
                                <a:lnTo>
                                  <a:pt x="2814915" y="1495560"/>
                                </a:lnTo>
                                <a:lnTo>
                                  <a:pt x="2821049" y="1497604"/>
                                </a:lnTo>
                                <a:lnTo>
                                  <a:pt x="2826956" y="1499649"/>
                                </a:lnTo>
                                <a:lnTo>
                                  <a:pt x="2828491" y="1500079"/>
                                </a:lnTo>
                                <a:lnTo>
                                  <a:pt x="2816947" y="1495637"/>
                                </a:lnTo>
                                <a:lnTo>
                                  <a:pt x="2810819" y="1490617"/>
                                </a:lnTo>
                                <a:lnTo>
                                  <a:pt x="2806734" y="1487879"/>
                                </a:lnTo>
                                <a:lnTo>
                                  <a:pt x="2801286" y="1483544"/>
                                </a:lnTo>
                                <a:lnTo>
                                  <a:pt x="2794931" y="1478295"/>
                                </a:lnTo>
                                <a:lnTo>
                                  <a:pt x="2788122" y="1473276"/>
                                </a:lnTo>
                                <a:lnTo>
                                  <a:pt x="2781313" y="1468256"/>
                                </a:lnTo>
                                <a:lnTo>
                                  <a:pt x="2778382" y="1466488"/>
                                </a:lnTo>
                                <a:close/>
                                <a:moveTo>
                                  <a:pt x="2468694" y="1465291"/>
                                </a:moveTo>
                                <a:lnTo>
                                  <a:pt x="2466014" y="1468637"/>
                                </a:lnTo>
                                <a:lnTo>
                                  <a:pt x="2464415" y="1470923"/>
                                </a:lnTo>
                                <a:lnTo>
                                  <a:pt x="2463273" y="1473208"/>
                                </a:lnTo>
                                <a:lnTo>
                                  <a:pt x="2462359" y="1475263"/>
                                </a:lnTo>
                                <a:lnTo>
                                  <a:pt x="2461445" y="1477546"/>
                                </a:lnTo>
                                <a:lnTo>
                                  <a:pt x="2460531" y="1479832"/>
                                </a:lnTo>
                                <a:lnTo>
                                  <a:pt x="2459846" y="1481886"/>
                                </a:lnTo>
                                <a:lnTo>
                                  <a:pt x="2459389" y="1484169"/>
                                </a:lnTo>
                                <a:lnTo>
                                  <a:pt x="2459161" y="1486225"/>
                                </a:lnTo>
                                <a:lnTo>
                                  <a:pt x="2459161" y="1488282"/>
                                </a:lnTo>
                                <a:lnTo>
                                  <a:pt x="2459161" y="1490337"/>
                                </a:lnTo>
                                <a:lnTo>
                                  <a:pt x="2459214" y="1490814"/>
                                </a:lnTo>
                                <a:lnTo>
                                  <a:pt x="2459267" y="1489758"/>
                                </a:lnTo>
                                <a:lnTo>
                                  <a:pt x="2460190" y="1484769"/>
                                </a:lnTo>
                                <a:lnTo>
                                  <a:pt x="2461574" y="1480006"/>
                                </a:lnTo>
                                <a:lnTo>
                                  <a:pt x="2463188" y="1475471"/>
                                </a:lnTo>
                                <a:lnTo>
                                  <a:pt x="2465494" y="1470708"/>
                                </a:lnTo>
                                <a:lnTo>
                                  <a:pt x="2468031" y="1466399"/>
                                </a:lnTo>
                                <a:lnTo>
                                  <a:pt x="2468694" y="1465291"/>
                                </a:lnTo>
                                <a:close/>
                                <a:moveTo>
                                  <a:pt x="4548414" y="1463853"/>
                                </a:moveTo>
                                <a:lnTo>
                                  <a:pt x="4572000" y="1479046"/>
                                </a:lnTo>
                                <a:lnTo>
                                  <a:pt x="4571546" y="1478366"/>
                                </a:lnTo>
                                <a:lnTo>
                                  <a:pt x="4548414" y="1463853"/>
                                </a:lnTo>
                                <a:close/>
                                <a:moveTo>
                                  <a:pt x="2496058" y="1462717"/>
                                </a:moveTo>
                                <a:lnTo>
                                  <a:pt x="2496628" y="1462997"/>
                                </a:lnTo>
                                <a:lnTo>
                                  <a:pt x="2497781" y="1463678"/>
                                </a:lnTo>
                                <a:lnTo>
                                  <a:pt x="2499164" y="1464585"/>
                                </a:lnTo>
                                <a:lnTo>
                                  <a:pt x="2499937" y="1465725"/>
                                </a:lnTo>
                                <a:lnTo>
                                  <a:pt x="2499841" y="1463751"/>
                                </a:lnTo>
                                <a:lnTo>
                                  <a:pt x="2496058" y="1462717"/>
                                </a:lnTo>
                                <a:close/>
                                <a:moveTo>
                                  <a:pt x="2460760" y="1462473"/>
                                </a:moveTo>
                                <a:lnTo>
                                  <a:pt x="2456648" y="1462930"/>
                                </a:lnTo>
                                <a:lnTo>
                                  <a:pt x="2456660" y="1462911"/>
                                </a:lnTo>
                                <a:lnTo>
                                  <a:pt x="2435956" y="1468369"/>
                                </a:lnTo>
                                <a:lnTo>
                                  <a:pt x="2460760" y="1462473"/>
                                </a:lnTo>
                                <a:close/>
                                <a:moveTo>
                                  <a:pt x="749753" y="1462136"/>
                                </a:moveTo>
                                <a:lnTo>
                                  <a:pt x="747032" y="1468491"/>
                                </a:lnTo>
                                <a:lnTo>
                                  <a:pt x="751568" y="1463951"/>
                                </a:lnTo>
                                <a:lnTo>
                                  <a:pt x="752475" y="1464859"/>
                                </a:lnTo>
                                <a:lnTo>
                                  <a:pt x="732745" y="1483246"/>
                                </a:lnTo>
                                <a:lnTo>
                                  <a:pt x="734332" y="1482791"/>
                                </a:lnTo>
                                <a:lnTo>
                                  <a:pt x="735467" y="1483927"/>
                                </a:lnTo>
                                <a:lnTo>
                                  <a:pt x="716644" y="1502541"/>
                                </a:lnTo>
                                <a:lnTo>
                                  <a:pt x="718003" y="1500043"/>
                                </a:lnTo>
                                <a:lnTo>
                                  <a:pt x="710747" y="1507535"/>
                                </a:lnTo>
                                <a:lnTo>
                                  <a:pt x="703716" y="1515252"/>
                                </a:lnTo>
                                <a:lnTo>
                                  <a:pt x="689882" y="1530915"/>
                                </a:lnTo>
                                <a:lnTo>
                                  <a:pt x="676275" y="1546578"/>
                                </a:lnTo>
                                <a:lnTo>
                                  <a:pt x="662669" y="1562695"/>
                                </a:lnTo>
                                <a:lnTo>
                                  <a:pt x="662668" y="1562695"/>
                                </a:lnTo>
                                <a:lnTo>
                                  <a:pt x="662441" y="1562922"/>
                                </a:lnTo>
                                <a:lnTo>
                                  <a:pt x="662669" y="1562695"/>
                                </a:lnTo>
                                <a:lnTo>
                                  <a:pt x="662895" y="1562468"/>
                                </a:lnTo>
                                <a:lnTo>
                                  <a:pt x="666523" y="1559517"/>
                                </a:lnTo>
                                <a:lnTo>
                                  <a:pt x="678090" y="1549302"/>
                                </a:lnTo>
                                <a:lnTo>
                                  <a:pt x="687209" y="1541419"/>
                                </a:lnTo>
                                <a:lnTo>
                                  <a:pt x="687387" y="1542492"/>
                                </a:lnTo>
                                <a:lnTo>
                                  <a:pt x="695098" y="1541357"/>
                                </a:lnTo>
                                <a:lnTo>
                                  <a:pt x="677183" y="1557701"/>
                                </a:lnTo>
                                <a:lnTo>
                                  <a:pt x="678543" y="1557928"/>
                                </a:lnTo>
                                <a:lnTo>
                                  <a:pt x="666296" y="1570186"/>
                                </a:lnTo>
                                <a:lnTo>
                                  <a:pt x="672874" y="1566781"/>
                                </a:lnTo>
                                <a:lnTo>
                                  <a:pt x="673101" y="1568143"/>
                                </a:lnTo>
                                <a:lnTo>
                                  <a:pt x="674461" y="1568143"/>
                                </a:lnTo>
                                <a:lnTo>
                                  <a:pt x="670606" y="1573818"/>
                                </a:lnTo>
                                <a:lnTo>
                                  <a:pt x="677862" y="1566781"/>
                                </a:lnTo>
                                <a:lnTo>
                                  <a:pt x="672420" y="1575861"/>
                                </a:lnTo>
                                <a:lnTo>
                                  <a:pt x="682399" y="1564284"/>
                                </a:lnTo>
                                <a:lnTo>
                                  <a:pt x="669698" y="1581082"/>
                                </a:lnTo>
                                <a:lnTo>
                                  <a:pt x="679904" y="1573591"/>
                                </a:lnTo>
                                <a:lnTo>
                                  <a:pt x="680131" y="1575634"/>
                                </a:lnTo>
                                <a:lnTo>
                                  <a:pt x="691697" y="1564511"/>
                                </a:lnTo>
                                <a:lnTo>
                                  <a:pt x="683080" y="1576996"/>
                                </a:lnTo>
                                <a:lnTo>
                                  <a:pt x="696459" y="1567008"/>
                                </a:lnTo>
                                <a:lnTo>
                                  <a:pt x="696913" y="1577223"/>
                                </a:lnTo>
                                <a:lnTo>
                                  <a:pt x="671966" y="1600603"/>
                                </a:lnTo>
                                <a:lnTo>
                                  <a:pt x="676048" y="1599241"/>
                                </a:lnTo>
                                <a:lnTo>
                                  <a:pt x="671059" y="1603328"/>
                                </a:lnTo>
                                <a:lnTo>
                                  <a:pt x="667204" y="1609911"/>
                                </a:lnTo>
                                <a:lnTo>
                                  <a:pt x="672874" y="1604009"/>
                                </a:lnTo>
                                <a:lnTo>
                                  <a:pt x="673085" y="1606764"/>
                                </a:lnTo>
                                <a:lnTo>
                                  <a:pt x="666070" y="1612181"/>
                                </a:lnTo>
                                <a:lnTo>
                                  <a:pt x="665843" y="1612181"/>
                                </a:lnTo>
                                <a:lnTo>
                                  <a:pt x="666070" y="1613543"/>
                                </a:lnTo>
                                <a:lnTo>
                                  <a:pt x="655184" y="1623303"/>
                                </a:lnTo>
                                <a:lnTo>
                                  <a:pt x="662895" y="1617628"/>
                                </a:lnTo>
                                <a:lnTo>
                                  <a:pt x="659494" y="1621942"/>
                                </a:lnTo>
                                <a:lnTo>
                                  <a:pt x="666523" y="1615132"/>
                                </a:lnTo>
                                <a:lnTo>
                                  <a:pt x="664029" y="1619672"/>
                                </a:lnTo>
                                <a:lnTo>
                                  <a:pt x="674914" y="1610591"/>
                                </a:lnTo>
                                <a:lnTo>
                                  <a:pt x="674914" y="1613543"/>
                                </a:lnTo>
                                <a:lnTo>
                                  <a:pt x="680584" y="1608321"/>
                                </a:lnTo>
                                <a:lnTo>
                                  <a:pt x="678770" y="1612634"/>
                                </a:lnTo>
                                <a:lnTo>
                                  <a:pt x="656231" y="1632263"/>
                                </a:lnTo>
                                <a:lnTo>
                                  <a:pt x="657225" y="1632004"/>
                                </a:lnTo>
                                <a:lnTo>
                                  <a:pt x="656545" y="1632672"/>
                                </a:lnTo>
                                <a:lnTo>
                                  <a:pt x="651664" y="1634830"/>
                                </a:lnTo>
                                <a:lnTo>
                                  <a:pt x="650422" y="1637604"/>
                                </a:lnTo>
                                <a:lnTo>
                                  <a:pt x="652009" y="1637377"/>
                                </a:lnTo>
                                <a:lnTo>
                                  <a:pt x="647927" y="1640782"/>
                                </a:lnTo>
                                <a:lnTo>
                                  <a:pt x="650422" y="1639647"/>
                                </a:lnTo>
                                <a:lnTo>
                                  <a:pt x="636134" y="1657353"/>
                                </a:lnTo>
                                <a:lnTo>
                                  <a:pt x="637268" y="1658261"/>
                                </a:lnTo>
                                <a:lnTo>
                                  <a:pt x="634093" y="1665979"/>
                                </a:lnTo>
                                <a:lnTo>
                                  <a:pt x="641577" y="1656672"/>
                                </a:lnTo>
                                <a:lnTo>
                                  <a:pt x="657066" y="1642777"/>
                                </a:lnTo>
                                <a:lnTo>
                                  <a:pt x="653597" y="1646684"/>
                                </a:lnTo>
                                <a:lnTo>
                                  <a:pt x="650195" y="1650997"/>
                                </a:lnTo>
                                <a:lnTo>
                                  <a:pt x="646793" y="1655764"/>
                                </a:lnTo>
                                <a:lnTo>
                                  <a:pt x="643618" y="1660304"/>
                                </a:lnTo>
                                <a:lnTo>
                                  <a:pt x="637268" y="1669611"/>
                                </a:lnTo>
                                <a:lnTo>
                                  <a:pt x="655184" y="1652813"/>
                                </a:lnTo>
                                <a:lnTo>
                                  <a:pt x="650422" y="1660077"/>
                                </a:lnTo>
                                <a:lnTo>
                                  <a:pt x="645205" y="1667795"/>
                                </a:lnTo>
                                <a:lnTo>
                                  <a:pt x="639309" y="1675967"/>
                                </a:lnTo>
                                <a:lnTo>
                                  <a:pt x="633186" y="1683685"/>
                                </a:lnTo>
                                <a:lnTo>
                                  <a:pt x="627289" y="1691175"/>
                                </a:lnTo>
                                <a:lnTo>
                                  <a:pt x="621166" y="1697986"/>
                                </a:lnTo>
                                <a:lnTo>
                                  <a:pt x="618218" y="1700937"/>
                                </a:lnTo>
                                <a:lnTo>
                                  <a:pt x="615497" y="1703887"/>
                                </a:lnTo>
                                <a:lnTo>
                                  <a:pt x="612548" y="1706157"/>
                                </a:lnTo>
                                <a:lnTo>
                                  <a:pt x="610280" y="1708201"/>
                                </a:lnTo>
                                <a:lnTo>
                                  <a:pt x="603477" y="1712967"/>
                                </a:lnTo>
                                <a:lnTo>
                                  <a:pt x="622300" y="1684819"/>
                                </a:lnTo>
                                <a:lnTo>
                                  <a:pt x="601436" y="1702753"/>
                                </a:lnTo>
                                <a:lnTo>
                                  <a:pt x="606879" y="1694808"/>
                                </a:lnTo>
                                <a:lnTo>
                                  <a:pt x="611869" y="1687998"/>
                                </a:lnTo>
                                <a:lnTo>
                                  <a:pt x="620940" y="1676194"/>
                                </a:lnTo>
                                <a:lnTo>
                                  <a:pt x="625022" y="1670292"/>
                                </a:lnTo>
                                <a:lnTo>
                                  <a:pt x="629104" y="1663936"/>
                                </a:lnTo>
                                <a:lnTo>
                                  <a:pt x="633186" y="1656899"/>
                                </a:lnTo>
                                <a:lnTo>
                                  <a:pt x="637721" y="1648273"/>
                                </a:lnTo>
                                <a:lnTo>
                                  <a:pt x="613683" y="1675286"/>
                                </a:lnTo>
                                <a:lnTo>
                                  <a:pt x="621393" y="1665979"/>
                                </a:lnTo>
                                <a:lnTo>
                                  <a:pt x="618445" y="1669384"/>
                                </a:lnTo>
                                <a:lnTo>
                                  <a:pt x="614363" y="1673696"/>
                                </a:lnTo>
                                <a:lnTo>
                                  <a:pt x="609373" y="1679372"/>
                                </a:lnTo>
                                <a:lnTo>
                                  <a:pt x="604157" y="1684819"/>
                                </a:lnTo>
                                <a:lnTo>
                                  <a:pt x="598261" y="1690495"/>
                                </a:lnTo>
                                <a:lnTo>
                                  <a:pt x="595312" y="1692992"/>
                                </a:lnTo>
                                <a:lnTo>
                                  <a:pt x="592591" y="1695262"/>
                                </a:lnTo>
                                <a:lnTo>
                                  <a:pt x="589643" y="1697305"/>
                                </a:lnTo>
                                <a:lnTo>
                                  <a:pt x="587149" y="1698894"/>
                                </a:lnTo>
                                <a:lnTo>
                                  <a:pt x="584654" y="1700256"/>
                                </a:lnTo>
                                <a:lnTo>
                                  <a:pt x="582159" y="1700937"/>
                                </a:lnTo>
                                <a:lnTo>
                                  <a:pt x="583520" y="1699347"/>
                                </a:lnTo>
                                <a:lnTo>
                                  <a:pt x="585334" y="1696851"/>
                                </a:lnTo>
                                <a:lnTo>
                                  <a:pt x="591231" y="1690041"/>
                                </a:lnTo>
                                <a:lnTo>
                                  <a:pt x="605972" y="1673696"/>
                                </a:lnTo>
                                <a:lnTo>
                                  <a:pt x="617311" y="1661439"/>
                                </a:lnTo>
                                <a:lnTo>
                                  <a:pt x="615724" y="1663028"/>
                                </a:lnTo>
                                <a:lnTo>
                                  <a:pt x="615497" y="1663028"/>
                                </a:lnTo>
                                <a:lnTo>
                                  <a:pt x="622981" y="1654175"/>
                                </a:lnTo>
                                <a:lnTo>
                                  <a:pt x="612095" y="1660077"/>
                                </a:lnTo>
                                <a:lnTo>
                                  <a:pt x="601436" y="1673470"/>
                                </a:lnTo>
                                <a:lnTo>
                                  <a:pt x="602343" y="1669384"/>
                                </a:lnTo>
                                <a:lnTo>
                                  <a:pt x="600075" y="1670519"/>
                                </a:lnTo>
                                <a:lnTo>
                                  <a:pt x="603477" y="1666433"/>
                                </a:lnTo>
                                <a:lnTo>
                                  <a:pt x="596900" y="1670292"/>
                                </a:lnTo>
                                <a:lnTo>
                                  <a:pt x="615497" y="1648954"/>
                                </a:lnTo>
                                <a:lnTo>
                                  <a:pt x="605972" y="1657580"/>
                                </a:lnTo>
                                <a:lnTo>
                                  <a:pt x="607106" y="1654175"/>
                                </a:lnTo>
                                <a:lnTo>
                                  <a:pt x="597580" y="1663255"/>
                                </a:lnTo>
                                <a:lnTo>
                                  <a:pt x="594922" y="1663642"/>
                                </a:lnTo>
                                <a:lnTo>
                                  <a:pt x="594899" y="1663667"/>
                                </a:lnTo>
                                <a:lnTo>
                                  <a:pt x="590757" y="1665909"/>
                                </a:lnTo>
                                <a:lnTo>
                                  <a:pt x="589101" y="1666582"/>
                                </a:lnTo>
                                <a:lnTo>
                                  <a:pt x="587444" y="1665237"/>
                                </a:lnTo>
                                <a:lnTo>
                                  <a:pt x="585373" y="1665237"/>
                                </a:lnTo>
                                <a:lnTo>
                                  <a:pt x="585166" y="1665237"/>
                                </a:lnTo>
                                <a:lnTo>
                                  <a:pt x="585499" y="1665014"/>
                                </a:lnTo>
                                <a:lnTo>
                                  <a:pt x="585107" y="1665071"/>
                                </a:lnTo>
                                <a:lnTo>
                                  <a:pt x="586922" y="1662574"/>
                                </a:lnTo>
                                <a:lnTo>
                                  <a:pt x="579438" y="1662347"/>
                                </a:lnTo>
                                <a:lnTo>
                                  <a:pt x="575355" y="1661439"/>
                                </a:lnTo>
                                <a:lnTo>
                                  <a:pt x="577624" y="1658261"/>
                                </a:lnTo>
                                <a:lnTo>
                                  <a:pt x="563563" y="1665979"/>
                                </a:lnTo>
                                <a:lnTo>
                                  <a:pt x="562429" y="1663482"/>
                                </a:lnTo>
                                <a:lnTo>
                                  <a:pt x="561975" y="1661212"/>
                                </a:lnTo>
                                <a:lnTo>
                                  <a:pt x="561975" y="1659396"/>
                                </a:lnTo>
                                <a:lnTo>
                                  <a:pt x="562202" y="1657353"/>
                                </a:lnTo>
                                <a:lnTo>
                                  <a:pt x="563109" y="1655537"/>
                                </a:lnTo>
                                <a:lnTo>
                                  <a:pt x="563790" y="1653721"/>
                                </a:lnTo>
                                <a:lnTo>
                                  <a:pt x="564923" y="1652359"/>
                                </a:lnTo>
                                <a:lnTo>
                                  <a:pt x="566058" y="1650544"/>
                                </a:lnTo>
                                <a:lnTo>
                                  <a:pt x="567872" y="1649182"/>
                                </a:lnTo>
                                <a:lnTo>
                                  <a:pt x="569686" y="1647592"/>
                                </a:lnTo>
                                <a:lnTo>
                                  <a:pt x="573315" y="1644868"/>
                                </a:lnTo>
                                <a:lnTo>
                                  <a:pt x="577397" y="1642598"/>
                                </a:lnTo>
                                <a:lnTo>
                                  <a:pt x="581705" y="1640102"/>
                                </a:lnTo>
                                <a:lnTo>
                                  <a:pt x="585787" y="1637831"/>
                                </a:lnTo>
                                <a:lnTo>
                                  <a:pt x="589643" y="1635788"/>
                                </a:lnTo>
                                <a:lnTo>
                                  <a:pt x="593045" y="1633518"/>
                                </a:lnTo>
                                <a:lnTo>
                                  <a:pt x="594632" y="1632383"/>
                                </a:lnTo>
                                <a:lnTo>
                                  <a:pt x="595766" y="1631021"/>
                                </a:lnTo>
                                <a:lnTo>
                                  <a:pt x="596447" y="1629886"/>
                                </a:lnTo>
                                <a:lnTo>
                                  <a:pt x="597354" y="1628751"/>
                                </a:lnTo>
                                <a:lnTo>
                                  <a:pt x="597807" y="1627389"/>
                                </a:lnTo>
                                <a:lnTo>
                                  <a:pt x="597807" y="1626027"/>
                                </a:lnTo>
                                <a:lnTo>
                                  <a:pt x="597580" y="1624893"/>
                                </a:lnTo>
                                <a:lnTo>
                                  <a:pt x="596900" y="1623303"/>
                                </a:lnTo>
                                <a:lnTo>
                                  <a:pt x="595766" y="1621714"/>
                                </a:lnTo>
                                <a:lnTo>
                                  <a:pt x="594179" y="1619898"/>
                                </a:lnTo>
                                <a:lnTo>
                                  <a:pt x="608013" y="1605824"/>
                                </a:lnTo>
                                <a:lnTo>
                                  <a:pt x="601890" y="1613769"/>
                                </a:lnTo>
                                <a:lnTo>
                                  <a:pt x="603477" y="1614223"/>
                                </a:lnTo>
                                <a:lnTo>
                                  <a:pt x="608693" y="1607413"/>
                                </a:lnTo>
                                <a:lnTo>
                                  <a:pt x="614136" y="1600603"/>
                                </a:lnTo>
                                <a:lnTo>
                                  <a:pt x="617084" y="1597880"/>
                                </a:lnTo>
                                <a:lnTo>
                                  <a:pt x="619579" y="1595156"/>
                                </a:lnTo>
                                <a:lnTo>
                                  <a:pt x="622754" y="1592658"/>
                                </a:lnTo>
                                <a:lnTo>
                                  <a:pt x="624341" y="1591751"/>
                                </a:lnTo>
                                <a:lnTo>
                                  <a:pt x="625929" y="1591070"/>
                                </a:lnTo>
                                <a:lnTo>
                                  <a:pt x="625475" y="1594475"/>
                                </a:lnTo>
                                <a:lnTo>
                                  <a:pt x="634093" y="1582898"/>
                                </a:lnTo>
                                <a:lnTo>
                                  <a:pt x="632505" y="1582217"/>
                                </a:lnTo>
                                <a:lnTo>
                                  <a:pt x="645659" y="1566781"/>
                                </a:lnTo>
                                <a:lnTo>
                                  <a:pt x="644526" y="1569959"/>
                                </a:lnTo>
                                <a:lnTo>
                                  <a:pt x="658132" y="1551345"/>
                                </a:lnTo>
                                <a:lnTo>
                                  <a:pt x="668791" y="1539087"/>
                                </a:lnTo>
                                <a:lnTo>
                                  <a:pt x="679450" y="1527283"/>
                                </a:lnTo>
                                <a:lnTo>
                                  <a:pt x="690109" y="1515479"/>
                                </a:lnTo>
                                <a:lnTo>
                                  <a:pt x="701448" y="1504130"/>
                                </a:lnTo>
                                <a:lnTo>
                                  <a:pt x="712789" y="1493007"/>
                                </a:lnTo>
                                <a:lnTo>
                                  <a:pt x="718684" y="1487559"/>
                                </a:lnTo>
                                <a:lnTo>
                                  <a:pt x="724354" y="1482111"/>
                                </a:lnTo>
                                <a:lnTo>
                                  <a:pt x="730478" y="1477117"/>
                                </a:lnTo>
                                <a:lnTo>
                                  <a:pt x="736827" y="1471896"/>
                                </a:lnTo>
                                <a:lnTo>
                                  <a:pt x="743177" y="1467128"/>
                                </a:lnTo>
                                <a:lnTo>
                                  <a:pt x="749753" y="1462136"/>
                                </a:lnTo>
                                <a:close/>
                                <a:moveTo>
                                  <a:pt x="2766787" y="1461411"/>
                                </a:moveTo>
                                <a:lnTo>
                                  <a:pt x="2766106" y="1461639"/>
                                </a:lnTo>
                                <a:lnTo>
                                  <a:pt x="2765652" y="1461867"/>
                                </a:lnTo>
                                <a:lnTo>
                                  <a:pt x="2765494" y="1461867"/>
                                </a:lnTo>
                                <a:lnTo>
                                  <a:pt x="2764168" y="1464318"/>
                                </a:lnTo>
                                <a:lnTo>
                                  <a:pt x="2762810" y="1466595"/>
                                </a:lnTo>
                                <a:lnTo>
                                  <a:pt x="2761227" y="1468419"/>
                                </a:lnTo>
                                <a:lnTo>
                                  <a:pt x="2759643" y="1470243"/>
                                </a:lnTo>
                                <a:lnTo>
                                  <a:pt x="2757607" y="1471384"/>
                                </a:lnTo>
                                <a:lnTo>
                                  <a:pt x="2755797" y="1472755"/>
                                </a:lnTo>
                                <a:lnTo>
                                  <a:pt x="2755420" y="1472906"/>
                                </a:lnTo>
                                <a:lnTo>
                                  <a:pt x="2763425" y="1471748"/>
                                </a:lnTo>
                                <a:lnTo>
                                  <a:pt x="2764557" y="1468767"/>
                                </a:lnTo>
                                <a:lnTo>
                                  <a:pt x="2765915" y="1466244"/>
                                </a:lnTo>
                                <a:lnTo>
                                  <a:pt x="2767047" y="1464410"/>
                                </a:lnTo>
                                <a:lnTo>
                                  <a:pt x="2768632" y="1463034"/>
                                </a:lnTo>
                                <a:lnTo>
                                  <a:pt x="2769764" y="1462346"/>
                                </a:lnTo>
                                <a:lnTo>
                                  <a:pt x="2770561" y="1462212"/>
                                </a:lnTo>
                                <a:lnTo>
                                  <a:pt x="2769737" y="1461867"/>
                                </a:lnTo>
                                <a:lnTo>
                                  <a:pt x="2767694" y="1461411"/>
                                </a:lnTo>
                                <a:lnTo>
                                  <a:pt x="2766787" y="1461411"/>
                                </a:lnTo>
                                <a:close/>
                                <a:moveTo>
                                  <a:pt x="2027691" y="1458065"/>
                                </a:moveTo>
                                <a:lnTo>
                                  <a:pt x="2028144" y="1458065"/>
                                </a:lnTo>
                                <a:lnTo>
                                  <a:pt x="2028371" y="1458065"/>
                                </a:lnTo>
                                <a:lnTo>
                                  <a:pt x="2043339" y="1470303"/>
                                </a:lnTo>
                                <a:lnTo>
                                  <a:pt x="2044019" y="1474158"/>
                                </a:lnTo>
                                <a:lnTo>
                                  <a:pt x="2044927" y="1477557"/>
                                </a:lnTo>
                                <a:lnTo>
                                  <a:pt x="2046287" y="1480503"/>
                                </a:lnTo>
                                <a:lnTo>
                                  <a:pt x="2047875" y="1483224"/>
                                </a:lnTo>
                                <a:lnTo>
                                  <a:pt x="2049689" y="1485265"/>
                                </a:lnTo>
                                <a:lnTo>
                                  <a:pt x="2051730" y="1487306"/>
                                </a:lnTo>
                                <a:lnTo>
                                  <a:pt x="2053998" y="1488666"/>
                                </a:lnTo>
                                <a:lnTo>
                                  <a:pt x="2056493" y="1490026"/>
                                </a:lnTo>
                                <a:lnTo>
                                  <a:pt x="2059214" y="1490706"/>
                                </a:lnTo>
                                <a:lnTo>
                                  <a:pt x="2061709" y="1491385"/>
                                </a:lnTo>
                                <a:lnTo>
                                  <a:pt x="2064657" y="1491613"/>
                                </a:lnTo>
                                <a:lnTo>
                                  <a:pt x="2067605" y="1491385"/>
                                </a:lnTo>
                                <a:lnTo>
                                  <a:pt x="2070553" y="1491160"/>
                                </a:lnTo>
                                <a:lnTo>
                                  <a:pt x="2073728" y="1490479"/>
                                </a:lnTo>
                                <a:lnTo>
                                  <a:pt x="2076677" y="1489798"/>
                                </a:lnTo>
                                <a:lnTo>
                                  <a:pt x="2079852" y="1488438"/>
                                </a:lnTo>
                                <a:lnTo>
                                  <a:pt x="2072141" y="1532646"/>
                                </a:lnTo>
                                <a:lnTo>
                                  <a:pt x="2064884" y="1576846"/>
                                </a:lnTo>
                                <a:lnTo>
                                  <a:pt x="2065564" y="1572086"/>
                                </a:lnTo>
                                <a:lnTo>
                                  <a:pt x="2066018" y="1568233"/>
                                </a:lnTo>
                                <a:lnTo>
                                  <a:pt x="2065564" y="1565740"/>
                                </a:lnTo>
                                <a:lnTo>
                                  <a:pt x="2065337" y="1564153"/>
                                </a:lnTo>
                                <a:lnTo>
                                  <a:pt x="2064884" y="1563700"/>
                                </a:lnTo>
                                <a:lnTo>
                                  <a:pt x="2064657" y="1563247"/>
                                </a:lnTo>
                                <a:lnTo>
                                  <a:pt x="2064430" y="1563247"/>
                                </a:lnTo>
                                <a:lnTo>
                                  <a:pt x="2063977" y="1563247"/>
                                </a:lnTo>
                                <a:lnTo>
                                  <a:pt x="2063296" y="1564153"/>
                                </a:lnTo>
                                <a:lnTo>
                                  <a:pt x="2062162" y="1565060"/>
                                </a:lnTo>
                                <a:lnTo>
                                  <a:pt x="2061482" y="1566647"/>
                                </a:lnTo>
                                <a:lnTo>
                                  <a:pt x="2061028" y="1568460"/>
                                </a:lnTo>
                                <a:lnTo>
                                  <a:pt x="2060802" y="1570046"/>
                                </a:lnTo>
                                <a:lnTo>
                                  <a:pt x="2060802" y="1572086"/>
                                </a:lnTo>
                                <a:lnTo>
                                  <a:pt x="2061028" y="1573899"/>
                                </a:lnTo>
                                <a:lnTo>
                                  <a:pt x="2061255" y="1574580"/>
                                </a:lnTo>
                                <a:lnTo>
                                  <a:pt x="2061709" y="1575260"/>
                                </a:lnTo>
                                <a:lnTo>
                                  <a:pt x="2062162" y="1575713"/>
                                </a:lnTo>
                                <a:lnTo>
                                  <a:pt x="2063069" y="1576166"/>
                                </a:lnTo>
                                <a:lnTo>
                                  <a:pt x="2063977" y="1576620"/>
                                </a:lnTo>
                                <a:lnTo>
                                  <a:pt x="2064884" y="1576846"/>
                                </a:lnTo>
                                <a:lnTo>
                                  <a:pt x="2061482" y="1576166"/>
                                </a:lnTo>
                                <a:lnTo>
                                  <a:pt x="2058080" y="1575260"/>
                                </a:lnTo>
                                <a:lnTo>
                                  <a:pt x="2055359" y="1574127"/>
                                </a:lnTo>
                                <a:lnTo>
                                  <a:pt x="2052864" y="1572313"/>
                                </a:lnTo>
                                <a:lnTo>
                                  <a:pt x="2050596" y="1570500"/>
                                </a:lnTo>
                                <a:lnTo>
                                  <a:pt x="2048555" y="1568460"/>
                                </a:lnTo>
                                <a:lnTo>
                                  <a:pt x="2046968" y="1566194"/>
                                </a:lnTo>
                                <a:lnTo>
                                  <a:pt x="2045834" y="1563927"/>
                                </a:lnTo>
                                <a:lnTo>
                                  <a:pt x="2044700" y="1561207"/>
                                </a:lnTo>
                                <a:lnTo>
                                  <a:pt x="2044019" y="1558487"/>
                                </a:lnTo>
                                <a:lnTo>
                                  <a:pt x="2043566" y="1555541"/>
                                </a:lnTo>
                                <a:lnTo>
                                  <a:pt x="2043339" y="1552592"/>
                                </a:lnTo>
                                <a:lnTo>
                                  <a:pt x="2043566" y="1549420"/>
                                </a:lnTo>
                                <a:lnTo>
                                  <a:pt x="2043793" y="1546699"/>
                                </a:lnTo>
                                <a:lnTo>
                                  <a:pt x="2044473" y="1543526"/>
                                </a:lnTo>
                                <a:lnTo>
                                  <a:pt x="2045607" y="1540580"/>
                                </a:lnTo>
                                <a:lnTo>
                                  <a:pt x="2039710" y="1539673"/>
                                </a:lnTo>
                                <a:lnTo>
                                  <a:pt x="2046287" y="1531513"/>
                                </a:lnTo>
                                <a:lnTo>
                                  <a:pt x="2034494" y="1532873"/>
                                </a:lnTo>
                                <a:lnTo>
                                  <a:pt x="2034948" y="1526753"/>
                                </a:lnTo>
                                <a:lnTo>
                                  <a:pt x="2038577" y="1521766"/>
                                </a:lnTo>
                                <a:lnTo>
                                  <a:pt x="2019838" y="1521985"/>
                                </a:lnTo>
                                <a:lnTo>
                                  <a:pt x="2027237" y="1519046"/>
                                </a:lnTo>
                                <a:lnTo>
                                  <a:pt x="2019073" y="1521993"/>
                                </a:lnTo>
                                <a:lnTo>
                                  <a:pt x="2019838" y="1521985"/>
                                </a:lnTo>
                                <a:lnTo>
                                  <a:pt x="2010682" y="1525620"/>
                                </a:lnTo>
                                <a:lnTo>
                                  <a:pt x="2010682" y="1515418"/>
                                </a:lnTo>
                                <a:lnTo>
                                  <a:pt x="2006146" y="1517006"/>
                                </a:lnTo>
                                <a:lnTo>
                                  <a:pt x="2008187" y="1512018"/>
                                </a:lnTo>
                                <a:lnTo>
                                  <a:pt x="2005693" y="1513831"/>
                                </a:lnTo>
                                <a:lnTo>
                                  <a:pt x="2002971" y="1515191"/>
                                </a:lnTo>
                                <a:lnTo>
                                  <a:pt x="1999796" y="1516325"/>
                                </a:lnTo>
                                <a:lnTo>
                                  <a:pt x="1996621" y="1516778"/>
                                </a:lnTo>
                                <a:lnTo>
                                  <a:pt x="1993219" y="1517006"/>
                                </a:lnTo>
                                <a:lnTo>
                                  <a:pt x="1989818" y="1517006"/>
                                </a:lnTo>
                                <a:lnTo>
                                  <a:pt x="1986416" y="1516778"/>
                                </a:lnTo>
                                <a:lnTo>
                                  <a:pt x="1982787" y="1516325"/>
                                </a:lnTo>
                                <a:lnTo>
                                  <a:pt x="1979385" y="1515191"/>
                                </a:lnTo>
                                <a:lnTo>
                                  <a:pt x="1975984" y="1514285"/>
                                </a:lnTo>
                                <a:lnTo>
                                  <a:pt x="1972582" y="1513151"/>
                                </a:lnTo>
                                <a:lnTo>
                                  <a:pt x="1969407" y="1511791"/>
                                </a:lnTo>
                                <a:lnTo>
                                  <a:pt x="1966459" y="1510430"/>
                                </a:lnTo>
                                <a:lnTo>
                                  <a:pt x="1963510" y="1508618"/>
                                </a:lnTo>
                                <a:lnTo>
                                  <a:pt x="1961243" y="1507256"/>
                                </a:lnTo>
                                <a:lnTo>
                                  <a:pt x="1958975" y="1505442"/>
                                </a:lnTo>
                                <a:lnTo>
                                  <a:pt x="1975530" y="1500682"/>
                                </a:lnTo>
                                <a:lnTo>
                                  <a:pt x="1975757" y="1496601"/>
                                </a:lnTo>
                                <a:lnTo>
                                  <a:pt x="1966005" y="1493427"/>
                                </a:lnTo>
                                <a:lnTo>
                                  <a:pt x="1982107" y="1490479"/>
                                </a:lnTo>
                                <a:lnTo>
                                  <a:pt x="1975984" y="1486852"/>
                                </a:lnTo>
                                <a:lnTo>
                                  <a:pt x="1965778" y="1490933"/>
                                </a:lnTo>
                                <a:lnTo>
                                  <a:pt x="1961923" y="1490706"/>
                                </a:lnTo>
                                <a:lnTo>
                                  <a:pt x="1960789" y="1489346"/>
                                </a:lnTo>
                                <a:lnTo>
                                  <a:pt x="1960562" y="1487985"/>
                                </a:lnTo>
                                <a:lnTo>
                                  <a:pt x="1960335" y="1486852"/>
                                </a:lnTo>
                                <a:lnTo>
                                  <a:pt x="1960562" y="1485944"/>
                                </a:lnTo>
                                <a:lnTo>
                                  <a:pt x="1961243" y="1484585"/>
                                </a:lnTo>
                                <a:lnTo>
                                  <a:pt x="1961923" y="1483678"/>
                                </a:lnTo>
                                <a:lnTo>
                                  <a:pt x="1962830" y="1482770"/>
                                </a:lnTo>
                                <a:lnTo>
                                  <a:pt x="1963964" y="1481637"/>
                                </a:lnTo>
                                <a:lnTo>
                                  <a:pt x="1966912" y="1479824"/>
                                </a:lnTo>
                                <a:lnTo>
                                  <a:pt x="1970541" y="1478010"/>
                                </a:lnTo>
                                <a:lnTo>
                                  <a:pt x="1974396" y="1476652"/>
                                </a:lnTo>
                                <a:lnTo>
                                  <a:pt x="1978705" y="1475065"/>
                                </a:lnTo>
                                <a:lnTo>
                                  <a:pt x="1986869" y="1473027"/>
                                </a:lnTo>
                                <a:lnTo>
                                  <a:pt x="1993673" y="1471211"/>
                                </a:lnTo>
                                <a:lnTo>
                                  <a:pt x="1997528" y="1470303"/>
                                </a:lnTo>
                                <a:lnTo>
                                  <a:pt x="1998435" y="1470076"/>
                                </a:lnTo>
                                <a:lnTo>
                                  <a:pt x="1997302" y="1470076"/>
                                </a:lnTo>
                                <a:lnTo>
                                  <a:pt x="1998435" y="1469849"/>
                                </a:lnTo>
                                <a:lnTo>
                                  <a:pt x="1999569" y="1469849"/>
                                </a:lnTo>
                                <a:lnTo>
                                  <a:pt x="1999796" y="1469849"/>
                                </a:lnTo>
                                <a:lnTo>
                                  <a:pt x="2027691" y="1458065"/>
                                </a:lnTo>
                                <a:close/>
                                <a:moveTo>
                                  <a:pt x="2026892" y="1457327"/>
                                </a:moveTo>
                                <a:lnTo>
                                  <a:pt x="2028549" y="1457327"/>
                                </a:lnTo>
                                <a:lnTo>
                                  <a:pt x="2022475" y="1458915"/>
                                </a:lnTo>
                                <a:lnTo>
                                  <a:pt x="2026892" y="1457327"/>
                                </a:lnTo>
                                <a:close/>
                                <a:moveTo>
                                  <a:pt x="2552809" y="1457004"/>
                                </a:moveTo>
                                <a:lnTo>
                                  <a:pt x="2550316" y="1457457"/>
                                </a:lnTo>
                                <a:lnTo>
                                  <a:pt x="2547596" y="1457684"/>
                                </a:lnTo>
                                <a:lnTo>
                                  <a:pt x="2543290" y="1457910"/>
                                </a:lnTo>
                                <a:lnTo>
                                  <a:pt x="2539664" y="1458137"/>
                                </a:lnTo>
                                <a:lnTo>
                                  <a:pt x="2537851" y="1458363"/>
                                </a:lnTo>
                                <a:lnTo>
                                  <a:pt x="2536264" y="1458817"/>
                                </a:lnTo>
                                <a:lnTo>
                                  <a:pt x="2534678" y="1459269"/>
                                </a:lnTo>
                                <a:lnTo>
                                  <a:pt x="2533545" y="1459949"/>
                                </a:lnTo>
                                <a:lnTo>
                                  <a:pt x="2532412" y="1460855"/>
                                </a:lnTo>
                                <a:lnTo>
                                  <a:pt x="2531052" y="1462214"/>
                                </a:lnTo>
                                <a:lnTo>
                                  <a:pt x="2529919" y="1463799"/>
                                </a:lnTo>
                                <a:lnTo>
                                  <a:pt x="2529012" y="1466063"/>
                                </a:lnTo>
                                <a:lnTo>
                                  <a:pt x="2527879" y="1468327"/>
                                </a:lnTo>
                                <a:lnTo>
                                  <a:pt x="2527132" y="1470939"/>
                                </a:lnTo>
                                <a:lnTo>
                                  <a:pt x="2527300" y="1471569"/>
                                </a:lnTo>
                                <a:lnTo>
                                  <a:pt x="2526870" y="1471789"/>
                                </a:lnTo>
                                <a:lnTo>
                                  <a:pt x="2527300" y="1481311"/>
                                </a:lnTo>
                                <a:lnTo>
                                  <a:pt x="2521050" y="1492532"/>
                                </a:lnTo>
                                <a:lnTo>
                                  <a:pt x="2527300" y="1488171"/>
                                </a:lnTo>
                                <a:lnTo>
                                  <a:pt x="2526377" y="1490892"/>
                                </a:lnTo>
                                <a:lnTo>
                                  <a:pt x="2525224" y="1493840"/>
                                </a:lnTo>
                                <a:lnTo>
                                  <a:pt x="2523840" y="1496789"/>
                                </a:lnTo>
                                <a:lnTo>
                                  <a:pt x="2522226" y="1499510"/>
                                </a:lnTo>
                                <a:lnTo>
                                  <a:pt x="2520612" y="1501778"/>
                                </a:lnTo>
                                <a:lnTo>
                                  <a:pt x="2518536" y="1504272"/>
                                </a:lnTo>
                                <a:lnTo>
                                  <a:pt x="2516691" y="1506314"/>
                                </a:lnTo>
                                <a:lnTo>
                                  <a:pt x="2514385" y="1508128"/>
                                </a:lnTo>
                                <a:lnTo>
                                  <a:pt x="2511848" y="1509942"/>
                                </a:lnTo>
                                <a:lnTo>
                                  <a:pt x="2509542" y="1511530"/>
                                </a:lnTo>
                                <a:lnTo>
                                  <a:pt x="2507005" y="1512890"/>
                                </a:lnTo>
                                <a:lnTo>
                                  <a:pt x="2504238" y="1513798"/>
                                </a:lnTo>
                                <a:lnTo>
                                  <a:pt x="2501471" y="1514705"/>
                                </a:lnTo>
                                <a:lnTo>
                                  <a:pt x="2498934" y="1515158"/>
                                </a:lnTo>
                                <a:lnTo>
                                  <a:pt x="2496166" y="1515839"/>
                                </a:lnTo>
                                <a:lnTo>
                                  <a:pt x="2493399" y="1516065"/>
                                </a:lnTo>
                                <a:lnTo>
                                  <a:pt x="2490631" y="1515839"/>
                                </a:lnTo>
                                <a:lnTo>
                                  <a:pt x="2487172" y="1512890"/>
                                </a:lnTo>
                                <a:lnTo>
                                  <a:pt x="2487102" y="1513052"/>
                                </a:lnTo>
                                <a:lnTo>
                                  <a:pt x="2490704" y="1516745"/>
                                </a:lnTo>
                                <a:lnTo>
                                  <a:pt x="2492375" y="1518560"/>
                                </a:lnTo>
                                <a:lnTo>
                                  <a:pt x="2492166" y="1518560"/>
                                </a:lnTo>
                                <a:lnTo>
                                  <a:pt x="2484437" y="1519240"/>
                                </a:lnTo>
                                <a:lnTo>
                                  <a:pt x="2484743" y="1518464"/>
                                </a:lnTo>
                                <a:lnTo>
                                  <a:pt x="2484405" y="1519240"/>
                                </a:lnTo>
                                <a:lnTo>
                                  <a:pt x="2481126" y="1518595"/>
                                </a:lnTo>
                                <a:lnTo>
                                  <a:pt x="2484748" y="1520493"/>
                                </a:lnTo>
                                <a:lnTo>
                                  <a:pt x="2484291" y="1522549"/>
                                </a:lnTo>
                                <a:lnTo>
                                  <a:pt x="2483206" y="1524347"/>
                                </a:lnTo>
                                <a:lnTo>
                                  <a:pt x="2485705" y="1522474"/>
                                </a:lnTo>
                                <a:lnTo>
                                  <a:pt x="2488650" y="1521115"/>
                                </a:lnTo>
                                <a:lnTo>
                                  <a:pt x="2491823" y="1520209"/>
                                </a:lnTo>
                                <a:lnTo>
                                  <a:pt x="2493779" y="1519842"/>
                                </a:lnTo>
                                <a:lnTo>
                                  <a:pt x="2493658" y="1519807"/>
                                </a:lnTo>
                                <a:lnTo>
                                  <a:pt x="2493430" y="1519807"/>
                                </a:lnTo>
                                <a:lnTo>
                                  <a:pt x="2496856" y="1519122"/>
                                </a:lnTo>
                                <a:lnTo>
                                  <a:pt x="2500055" y="1518208"/>
                                </a:lnTo>
                                <a:lnTo>
                                  <a:pt x="2503253" y="1516837"/>
                                </a:lnTo>
                                <a:lnTo>
                                  <a:pt x="2506223" y="1515238"/>
                                </a:lnTo>
                                <a:lnTo>
                                  <a:pt x="2508965" y="1513639"/>
                                </a:lnTo>
                                <a:lnTo>
                                  <a:pt x="2511478" y="1511812"/>
                                </a:lnTo>
                                <a:lnTo>
                                  <a:pt x="2514219" y="1509527"/>
                                </a:lnTo>
                                <a:lnTo>
                                  <a:pt x="2516732" y="1507471"/>
                                </a:lnTo>
                                <a:lnTo>
                                  <a:pt x="2518789" y="1505187"/>
                                </a:lnTo>
                                <a:lnTo>
                                  <a:pt x="2521073" y="1502674"/>
                                </a:lnTo>
                                <a:lnTo>
                                  <a:pt x="2523129" y="1500161"/>
                                </a:lnTo>
                                <a:lnTo>
                                  <a:pt x="2524957" y="1497420"/>
                                </a:lnTo>
                                <a:lnTo>
                                  <a:pt x="2528384" y="1491937"/>
                                </a:lnTo>
                                <a:lnTo>
                                  <a:pt x="2530964" y="1486778"/>
                                </a:lnTo>
                                <a:lnTo>
                                  <a:pt x="2527300" y="1488712"/>
                                </a:lnTo>
                                <a:lnTo>
                                  <a:pt x="2527526" y="1471841"/>
                                </a:lnTo>
                                <a:lnTo>
                                  <a:pt x="2528431" y="1468873"/>
                                </a:lnTo>
                                <a:lnTo>
                                  <a:pt x="2529562" y="1466367"/>
                                </a:lnTo>
                                <a:lnTo>
                                  <a:pt x="2530467" y="1464089"/>
                                </a:lnTo>
                                <a:lnTo>
                                  <a:pt x="2531372" y="1462720"/>
                                </a:lnTo>
                                <a:lnTo>
                                  <a:pt x="2532729" y="1461125"/>
                                </a:lnTo>
                                <a:lnTo>
                                  <a:pt x="2533861" y="1460212"/>
                                </a:lnTo>
                                <a:lnTo>
                                  <a:pt x="2534992" y="1459527"/>
                                </a:lnTo>
                                <a:lnTo>
                                  <a:pt x="2536575" y="1459072"/>
                                </a:lnTo>
                                <a:lnTo>
                                  <a:pt x="2538159" y="1458617"/>
                                </a:lnTo>
                                <a:lnTo>
                                  <a:pt x="2539743" y="1458389"/>
                                </a:lnTo>
                                <a:lnTo>
                                  <a:pt x="2543589" y="1458389"/>
                                </a:lnTo>
                                <a:lnTo>
                                  <a:pt x="2547661" y="1457933"/>
                                </a:lnTo>
                                <a:lnTo>
                                  <a:pt x="2550149" y="1457704"/>
                                </a:lnTo>
                                <a:lnTo>
                                  <a:pt x="2552591" y="1457295"/>
                                </a:lnTo>
                                <a:lnTo>
                                  <a:pt x="2552809" y="1457004"/>
                                </a:lnTo>
                                <a:close/>
                                <a:moveTo>
                                  <a:pt x="2461022" y="1457004"/>
                                </a:moveTo>
                                <a:lnTo>
                                  <a:pt x="2458983" y="1457457"/>
                                </a:lnTo>
                                <a:lnTo>
                                  <a:pt x="2455583" y="1460855"/>
                                </a:lnTo>
                                <a:lnTo>
                                  <a:pt x="2456696" y="1462858"/>
                                </a:lnTo>
                                <a:lnTo>
                                  <a:pt x="2460303" y="1457448"/>
                                </a:lnTo>
                                <a:lnTo>
                                  <a:pt x="2472799" y="1459565"/>
                                </a:lnTo>
                                <a:lnTo>
                                  <a:pt x="2473335" y="1458915"/>
                                </a:lnTo>
                                <a:lnTo>
                                  <a:pt x="2473692" y="1458944"/>
                                </a:lnTo>
                                <a:lnTo>
                                  <a:pt x="2474916" y="1458108"/>
                                </a:lnTo>
                                <a:lnTo>
                                  <a:pt x="2472354" y="1459269"/>
                                </a:lnTo>
                                <a:lnTo>
                                  <a:pt x="2461022" y="1457004"/>
                                </a:lnTo>
                                <a:close/>
                                <a:moveTo>
                                  <a:pt x="3350882" y="1456087"/>
                                </a:moveTo>
                                <a:lnTo>
                                  <a:pt x="3348841" y="1456314"/>
                                </a:lnTo>
                                <a:lnTo>
                                  <a:pt x="3344534" y="1456996"/>
                                </a:lnTo>
                                <a:lnTo>
                                  <a:pt x="3339999" y="1458129"/>
                                </a:lnTo>
                                <a:lnTo>
                                  <a:pt x="3335238" y="1459489"/>
                                </a:lnTo>
                                <a:lnTo>
                                  <a:pt x="3325263" y="1462438"/>
                                </a:lnTo>
                                <a:lnTo>
                                  <a:pt x="3320275" y="1463573"/>
                                </a:lnTo>
                                <a:lnTo>
                                  <a:pt x="3319646" y="1463659"/>
                                </a:lnTo>
                                <a:lnTo>
                                  <a:pt x="3319916" y="1463859"/>
                                </a:lnTo>
                                <a:lnTo>
                                  <a:pt x="3322410" y="1464991"/>
                                </a:lnTo>
                                <a:lnTo>
                                  <a:pt x="3324452" y="1465669"/>
                                </a:lnTo>
                                <a:lnTo>
                                  <a:pt x="3325359" y="1465669"/>
                                </a:lnTo>
                                <a:lnTo>
                                  <a:pt x="3326493" y="1465669"/>
                                </a:lnTo>
                                <a:lnTo>
                                  <a:pt x="3327173" y="1465669"/>
                                </a:lnTo>
                                <a:lnTo>
                                  <a:pt x="3327853" y="1465216"/>
                                </a:lnTo>
                                <a:lnTo>
                                  <a:pt x="3330802" y="1463634"/>
                                </a:lnTo>
                                <a:lnTo>
                                  <a:pt x="3333750" y="1461825"/>
                                </a:lnTo>
                                <a:lnTo>
                                  <a:pt x="3337152" y="1460468"/>
                                </a:lnTo>
                                <a:lnTo>
                                  <a:pt x="3340553" y="1458885"/>
                                </a:lnTo>
                                <a:lnTo>
                                  <a:pt x="3343955" y="1457981"/>
                                </a:lnTo>
                                <a:lnTo>
                                  <a:pt x="3347584" y="1457076"/>
                                </a:lnTo>
                                <a:lnTo>
                                  <a:pt x="3350985" y="1456849"/>
                                </a:lnTo>
                                <a:lnTo>
                                  <a:pt x="3354160" y="1456623"/>
                                </a:lnTo>
                                <a:lnTo>
                                  <a:pt x="3357335" y="1457076"/>
                                </a:lnTo>
                                <a:lnTo>
                                  <a:pt x="3357900" y="1457216"/>
                                </a:lnTo>
                                <a:lnTo>
                                  <a:pt x="3356550" y="1456541"/>
                                </a:lnTo>
                                <a:lnTo>
                                  <a:pt x="3354736" y="1456314"/>
                                </a:lnTo>
                                <a:lnTo>
                                  <a:pt x="3352922" y="1456087"/>
                                </a:lnTo>
                                <a:lnTo>
                                  <a:pt x="3350882" y="1456087"/>
                                </a:lnTo>
                                <a:close/>
                                <a:moveTo>
                                  <a:pt x="4486502" y="1455916"/>
                                </a:moveTo>
                                <a:lnTo>
                                  <a:pt x="4485595" y="1456143"/>
                                </a:lnTo>
                                <a:lnTo>
                                  <a:pt x="4484687" y="1456597"/>
                                </a:lnTo>
                                <a:lnTo>
                                  <a:pt x="4486502" y="1455916"/>
                                </a:lnTo>
                                <a:close/>
                                <a:moveTo>
                                  <a:pt x="2781309" y="1453401"/>
                                </a:moveTo>
                                <a:lnTo>
                                  <a:pt x="2765525" y="1461808"/>
                                </a:lnTo>
                                <a:lnTo>
                                  <a:pt x="2765521" y="1461816"/>
                                </a:lnTo>
                                <a:lnTo>
                                  <a:pt x="2781313" y="1453424"/>
                                </a:lnTo>
                                <a:lnTo>
                                  <a:pt x="2781309" y="1453401"/>
                                </a:lnTo>
                                <a:close/>
                                <a:moveTo>
                                  <a:pt x="2493729" y="1450301"/>
                                </a:moveTo>
                                <a:lnTo>
                                  <a:pt x="2491844" y="1450436"/>
                                </a:lnTo>
                                <a:lnTo>
                                  <a:pt x="2490281" y="1451144"/>
                                </a:lnTo>
                                <a:lnTo>
                                  <a:pt x="2492227" y="1450557"/>
                                </a:lnTo>
                                <a:lnTo>
                                  <a:pt x="2493729" y="1450301"/>
                                </a:lnTo>
                                <a:close/>
                                <a:moveTo>
                                  <a:pt x="4768170" y="1449567"/>
                                </a:moveTo>
                                <a:lnTo>
                                  <a:pt x="4769984" y="1452288"/>
                                </a:lnTo>
                                <a:lnTo>
                                  <a:pt x="4768850" y="1449794"/>
                                </a:lnTo>
                                <a:lnTo>
                                  <a:pt x="4768170" y="1449567"/>
                                </a:lnTo>
                                <a:close/>
                                <a:moveTo>
                                  <a:pt x="5134655" y="1442991"/>
                                </a:moveTo>
                                <a:lnTo>
                                  <a:pt x="5134655" y="1443218"/>
                                </a:lnTo>
                                <a:lnTo>
                                  <a:pt x="5136016" y="1445939"/>
                                </a:lnTo>
                                <a:lnTo>
                                  <a:pt x="5134655" y="1442991"/>
                                </a:lnTo>
                                <a:close/>
                                <a:moveTo>
                                  <a:pt x="2628491" y="1442962"/>
                                </a:moveTo>
                                <a:lnTo>
                                  <a:pt x="2629558" y="1444252"/>
                                </a:lnTo>
                                <a:lnTo>
                                  <a:pt x="2636806" y="1448119"/>
                                </a:lnTo>
                                <a:lnTo>
                                  <a:pt x="2628504" y="1442962"/>
                                </a:lnTo>
                                <a:lnTo>
                                  <a:pt x="2628491" y="1442962"/>
                                </a:lnTo>
                                <a:close/>
                                <a:moveTo>
                                  <a:pt x="2603801" y="1442282"/>
                                </a:moveTo>
                                <a:lnTo>
                                  <a:pt x="2602894" y="1446359"/>
                                </a:lnTo>
                                <a:lnTo>
                                  <a:pt x="2600855" y="1446359"/>
                                </a:lnTo>
                                <a:lnTo>
                                  <a:pt x="2598588" y="1446812"/>
                                </a:lnTo>
                                <a:lnTo>
                                  <a:pt x="2593602" y="1447945"/>
                                </a:lnTo>
                                <a:lnTo>
                                  <a:pt x="2587710" y="1449756"/>
                                </a:lnTo>
                                <a:lnTo>
                                  <a:pt x="2581591" y="1452021"/>
                                </a:lnTo>
                                <a:lnTo>
                                  <a:pt x="2575698" y="1454513"/>
                                </a:lnTo>
                                <a:lnTo>
                                  <a:pt x="2570259" y="1457004"/>
                                </a:lnTo>
                                <a:lnTo>
                                  <a:pt x="2565273" y="1459496"/>
                                </a:lnTo>
                                <a:lnTo>
                                  <a:pt x="2561647" y="1461307"/>
                                </a:lnTo>
                                <a:lnTo>
                                  <a:pt x="2552864" y="1458173"/>
                                </a:lnTo>
                                <a:lnTo>
                                  <a:pt x="2552864" y="1459300"/>
                                </a:lnTo>
                                <a:lnTo>
                                  <a:pt x="2561009" y="1461581"/>
                                </a:lnTo>
                                <a:lnTo>
                                  <a:pt x="2562140" y="1461581"/>
                                </a:lnTo>
                                <a:lnTo>
                                  <a:pt x="2565760" y="1459756"/>
                                </a:lnTo>
                                <a:lnTo>
                                  <a:pt x="2570737" y="1457249"/>
                                </a:lnTo>
                                <a:lnTo>
                                  <a:pt x="2576619" y="1454513"/>
                                </a:lnTo>
                                <a:lnTo>
                                  <a:pt x="2582954" y="1452232"/>
                                </a:lnTo>
                                <a:lnTo>
                                  <a:pt x="2589062" y="1449725"/>
                                </a:lnTo>
                                <a:lnTo>
                                  <a:pt x="2595170" y="1447900"/>
                                </a:lnTo>
                                <a:lnTo>
                                  <a:pt x="2598111" y="1447216"/>
                                </a:lnTo>
                                <a:lnTo>
                                  <a:pt x="2600600" y="1446760"/>
                                </a:lnTo>
                                <a:lnTo>
                                  <a:pt x="2603088" y="1446532"/>
                                </a:lnTo>
                                <a:lnTo>
                                  <a:pt x="2604672" y="1446760"/>
                                </a:lnTo>
                                <a:lnTo>
                                  <a:pt x="2605351" y="1444936"/>
                                </a:lnTo>
                                <a:lnTo>
                                  <a:pt x="2606482" y="1443569"/>
                                </a:lnTo>
                                <a:lnTo>
                                  <a:pt x="2607387" y="1442429"/>
                                </a:lnTo>
                                <a:lnTo>
                                  <a:pt x="2607409" y="1442410"/>
                                </a:lnTo>
                                <a:lnTo>
                                  <a:pt x="2606067" y="1442282"/>
                                </a:lnTo>
                                <a:lnTo>
                                  <a:pt x="2603801" y="1442282"/>
                                </a:lnTo>
                                <a:close/>
                                <a:moveTo>
                                  <a:pt x="2779001" y="1440254"/>
                                </a:moveTo>
                                <a:lnTo>
                                  <a:pt x="2778873" y="1441288"/>
                                </a:lnTo>
                                <a:lnTo>
                                  <a:pt x="2778873" y="1443340"/>
                                </a:lnTo>
                                <a:lnTo>
                                  <a:pt x="2779099" y="1445393"/>
                                </a:lnTo>
                                <a:lnTo>
                                  <a:pt x="2779325" y="1447216"/>
                                </a:lnTo>
                                <a:lnTo>
                                  <a:pt x="2779778" y="1449268"/>
                                </a:lnTo>
                                <a:lnTo>
                                  <a:pt x="2780457" y="1451321"/>
                                </a:lnTo>
                                <a:lnTo>
                                  <a:pt x="2781266" y="1453156"/>
                                </a:lnTo>
                                <a:lnTo>
                                  <a:pt x="2779001" y="1440254"/>
                                </a:lnTo>
                                <a:close/>
                                <a:moveTo>
                                  <a:pt x="5248225" y="1438448"/>
                                </a:moveTo>
                                <a:lnTo>
                                  <a:pt x="5243203" y="1440701"/>
                                </a:lnTo>
                                <a:lnTo>
                                  <a:pt x="5237110" y="1443206"/>
                                </a:lnTo>
                                <a:lnTo>
                                  <a:pt x="5237110" y="1443433"/>
                                </a:lnTo>
                                <a:lnTo>
                                  <a:pt x="5243203" y="1440701"/>
                                </a:lnTo>
                                <a:lnTo>
                                  <a:pt x="5248679" y="1438448"/>
                                </a:lnTo>
                                <a:lnTo>
                                  <a:pt x="5248225" y="1438448"/>
                                </a:lnTo>
                                <a:close/>
                                <a:moveTo>
                                  <a:pt x="4759778" y="1436868"/>
                                </a:moveTo>
                                <a:lnTo>
                                  <a:pt x="4764087" y="1440270"/>
                                </a:lnTo>
                                <a:lnTo>
                                  <a:pt x="4764314" y="1440270"/>
                                </a:lnTo>
                                <a:lnTo>
                                  <a:pt x="4759778" y="1436868"/>
                                </a:lnTo>
                                <a:close/>
                                <a:moveTo>
                                  <a:pt x="5182507" y="1436188"/>
                                </a:moveTo>
                                <a:lnTo>
                                  <a:pt x="5181827" y="1440950"/>
                                </a:lnTo>
                                <a:lnTo>
                                  <a:pt x="5182507" y="1436641"/>
                                </a:lnTo>
                                <a:lnTo>
                                  <a:pt x="5182507" y="1436188"/>
                                </a:lnTo>
                                <a:close/>
                                <a:moveTo>
                                  <a:pt x="2994551" y="1435906"/>
                                </a:moveTo>
                                <a:lnTo>
                                  <a:pt x="2986723" y="1447491"/>
                                </a:lnTo>
                                <a:lnTo>
                                  <a:pt x="2986157" y="1449376"/>
                                </a:lnTo>
                                <a:lnTo>
                                  <a:pt x="2988128" y="1446673"/>
                                </a:lnTo>
                                <a:lnTo>
                                  <a:pt x="2991303" y="1441473"/>
                                </a:lnTo>
                                <a:lnTo>
                                  <a:pt x="2994478" y="1436046"/>
                                </a:lnTo>
                                <a:lnTo>
                                  <a:pt x="2994551" y="1435906"/>
                                </a:lnTo>
                                <a:close/>
                                <a:moveTo>
                                  <a:pt x="617516" y="1430343"/>
                                </a:moveTo>
                                <a:lnTo>
                                  <a:pt x="610830" y="1439582"/>
                                </a:lnTo>
                                <a:lnTo>
                                  <a:pt x="612781" y="1437142"/>
                                </a:lnTo>
                                <a:lnTo>
                                  <a:pt x="615904" y="1432624"/>
                                </a:lnTo>
                                <a:lnTo>
                                  <a:pt x="617516" y="1430343"/>
                                </a:lnTo>
                                <a:close/>
                                <a:moveTo>
                                  <a:pt x="5177291" y="1430291"/>
                                </a:moveTo>
                                <a:lnTo>
                                  <a:pt x="5177291" y="1430518"/>
                                </a:lnTo>
                                <a:lnTo>
                                  <a:pt x="5178198" y="1430972"/>
                                </a:lnTo>
                                <a:lnTo>
                                  <a:pt x="5177291" y="1430291"/>
                                </a:lnTo>
                                <a:close/>
                                <a:moveTo>
                                  <a:pt x="5243688" y="1429836"/>
                                </a:moveTo>
                                <a:lnTo>
                                  <a:pt x="5243915" y="1430062"/>
                                </a:lnTo>
                                <a:lnTo>
                                  <a:pt x="5244142" y="1430062"/>
                                </a:lnTo>
                                <a:lnTo>
                                  <a:pt x="5243688" y="1429836"/>
                                </a:lnTo>
                                <a:close/>
                                <a:moveTo>
                                  <a:pt x="2787524" y="1424590"/>
                                </a:moveTo>
                                <a:lnTo>
                                  <a:pt x="2784755" y="1427379"/>
                                </a:lnTo>
                                <a:lnTo>
                                  <a:pt x="2782493" y="1430571"/>
                                </a:lnTo>
                                <a:lnTo>
                                  <a:pt x="2781361" y="1432394"/>
                                </a:lnTo>
                                <a:lnTo>
                                  <a:pt x="2780683" y="1433991"/>
                                </a:lnTo>
                                <a:lnTo>
                                  <a:pt x="2780004" y="1435816"/>
                                </a:lnTo>
                                <a:lnTo>
                                  <a:pt x="2779993" y="1435863"/>
                                </a:lnTo>
                                <a:lnTo>
                                  <a:pt x="2787668" y="1424674"/>
                                </a:lnTo>
                                <a:lnTo>
                                  <a:pt x="2787524" y="1424590"/>
                                </a:lnTo>
                                <a:close/>
                                <a:moveTo>
                                  <a:pt x="5353711" y="1424172"/>
                                </a:moveTo>
                                <a:lnTo>
                                  <a:pt x="5353938" y="1424398"/>
                                </a:lnTo>
                                <a:lnTo>
                                  <a:pt x="5354165" y="1424172"/>
                                </a:lnTo>
                                <a:lnTo>
                                  <a:pt x="5353711" y="1424172"/>
                                </a:lnTo>
                                <a:close/>
                                <a:moveTo>
                                  <a:pt x="2058988" y="1422401"/>
                                </a:moveTo>
                                <a:lnTo>
                                  <a:pt x="2058708" y="1423989"/>
                                </a:lnTo>
                                <a:lnTo>
                                  <a:pt x="2054225" y="1427165"/>
                                </a:lnTo>
                                <a:lnTo>
                                  <a:pt x="2058988" y="1422401"/>
                                </a:lnTo>
                                <a:close/>
                                <a:moveTo>
                                  <a:pt x="5321498" y="1422132"/>
                                </a:moveTo>
                                <a:lnTo>
                                  <a:pt x="5327073" y="1429706"/>
                                </a:lnTo>
                                <a:lnTo>
                                  <a:pt x="5326942" y="1429836"/>
                                </a:lnTo>
                                <a:lnTo>
                                  <a:pt x="5324447" y="1431876"/>
                                </a:lnTo>
                                <a:lnTo>
                                  <a:pt x="5327169" y="1429836"/>
                                </a:lnTo>
                                <a:lnTo>
                                  <a:pt x="5327073" y="1429706"/>
                                </a:lnTo>
                                <a:lnTo>
                                  <a:pt x="5327169" y="1429610"/>
                                </a:lnTo>
                                <a:lnTo>
                                  <a:pt x="5321498" y="1422132"/>
                                </a:lnTo>
                                <a:close/>
                                <a:moveTo>
                                  <a:pt x="5012871" y="1421902"/>
                                </a:moveTo>
                                <a:lnTo>
                                  <a:pt x="5017634" y="1426664"/>
                                </a:lnTo>
                                <a:lnTo>
                                  <a:pt x="5018995" y="1427571"/>
                                </a:lnTo>
                                <a:lnTo>
                                  <a:pt x="5012871" y="1421902"/>
                                </a:lnTo>
                                <a:close/>
                                <a:moveTo>
                                  <a:pt x="4713287" y="1420315"/>
                                </a:moveTo>
                                <a:lnTo>
                                  <a:pt x="4714195" y="1420542"/>
                                </a:lnTo>
                                <a:lnTo>
                                  <a:pt x="4716009" y="1420315"/>
                                </a:lnTo>
                                <a:lnTo>
                                  <a:pt x="4713287" y="1420315"/>
                                </a:lnTo>
                                <a:close/>
                                <a:moveTo>
                                  <a:pt x="2629524" y="1419738"/>
                                </a:moveTo>
                                <a:lnTo>
                                  <a:pt x="2628730" y="1420085"/>
                                </a:lnTo>
                                <a:lnTo>
                                  <a:pt x="2634623" y="1435713"/>
                                </a:lnTo>
                                <a:lnTo>
                                  <a:pt x="2636888" y="1448162"/>
                                </a:lnTo>
                                <a:lnTo>
                                  <a:pt x="2637250" y="1448356"/>
                                </a:lnTo>
                                <a:lnTo>
                                  <a:pt x="2639286" y="1438325"/>
                                </a:lnTo>
                                <a:lnTo>
                                  <a:pt x="2634988" y="1435816"/>
                                </a:lnTo>
                                <a:lnTo>
                                  <a:pt x="2629524" y="1419738"/>
                                </a:lnTo>
                                <a:close/>
                                <a:moveTo>
                                  <a:pt x="2794879" y="1419431"/>
                                </a:moveTo>
                                <a:lnTo>
                                  <a:pt x="2780004" y="1420083"/>
                                </a:lnTo>
                                <a:lnTo>
                                  <a:pt x="2780049" y="1420109"/>
                                </a:lnTo>
                                <a:lnTo>
                                  <a:pt x="2794704" y="1419656"/>
                                </a:lnTo>
                                <a:lnTo>
                                  <a:pt x="2794879" y="1419431"/>
                                </a:lnTo>
                                <a:close/>
                                <a:moveTo>
                                  <a:pt x="5159148" y="1419182"/>
                                </a:moveTo>
                                <a:lnTo>
                                  <a:pt x="5159148" y="1419408"/>
                                </a:lnTo>
                                <a:lnTo>
                                  <a:pt x="5164591" y="1422583"/>
                                </a:lnTo>
                                <a:lnTo>
                                  <a:pt x="5159148" y="1419182"/>
                                </a:lnTo>
                                <a:close/>
                                <a:moveTo>
                                  <a:pt x="6183302" y="1416919"/>
                                </a:moveTo>
                                <a:lnTo>
                                  <a:pt x="6184663" y="1418507"/>
                                </a:lnTo>
                                <a:lnTo>
                                  <a:pt x="6186417" y="1421294"/>
                                </a:lnTo>
                                <a:lnTo>
                                  <a:pt x="6183302" y="1416919"/>
                                </a:lnTo>
                                <a:close/>
                                <a:moveTo>
                                  <a:pt x="3678691" y="1412832"/>
                                </a:moveTo>
                                <a:lnTo>
                                  <a:pt x="3678892" y="1412937"/>
                                </a:lnTo>
                                <a:lnTo>
                                  <a:pt x="3674836" y="1416233"/>
                                </a:lnTo>
                                <a:lnTo>
                                  <a:pt x="3678691" y="1412832"/>
                                </a:lnTo>
                                <a:close/>
                                <a:moveTo>
                                  <a:pt x="3655590" y="1412087"/>
                                </a:moveTo>
                                <a:lnTo>
                                  <a:pt x="3672140" y="1415489"/>
                                </a:lnTo>
                                <a:lnTo>
                                  <a:pt x="3671233" y="1415943"/>
                                </a:lnTo>
                                <a:lnTo>
                                  <a:pt x="3667379" y="1425016"/>
                                </a:lnTo>
                                <a:lnTo>
                                  <a:pt x="3661257" y="1433635"/>
                                </a:lnTo>
                                <a:lnTo>
                                  <a:pt x="3655590" y="1412087"/>
                                </a:lnTo>
                                <a:close/>
                                <a:moveTo>
                                  <a:pt x="2080532" y="1411822"/>
                                </a:moveTo>
                                <a:lnTo>
                                  <a:pt x="2093912" y="1412954"/>
                                </a:lnTo>
                                <a:lnTo>
                                  <a:pt x="2091871" y="1422702"/>
                                </a:lnTo>
                                <a:lnTo>
                                  <a:pt x="2081893" y="1422475"/>
                                </a:lnTo>
                                <a:lnTo>
                                  <a:pt x="2081666" y="1422475"/>
                                </a:lnTo>
                                <a:lnTo>
                                  <a:pt x="2080985" y="1412274"/>
                                </a:lnTo>
                                <a:lnTo>
                                  <a:pt x="2080532" y="1411822"/>
                                </a:lnTo>
                                <a:close/>
                                <a:moveTo>
                                  <a:pt x="4662941" y="1411471"/>
                                </a:moveTo>
                                <a:lnTo>
                                  <a:pt x="4659539" y="1411924"/>
                                </a:lnTo>
                                <a:lnTo>
                                  <a:pt x="4660220" y="1411924"/>
                                </a:lnTo>
                                <a:lnTo>
                                  <a:pt x="4662941" y="1411471"/>
                                </a:lnTo>
                                <a:close/>
                                <a:moveTo>
                                  <a:pt x="2844850" y="1409510"/>
                                </a:moveTo>
                                <a:lnTo>
                                  <a:pt x="2844532" y="1409615"/>
                                </a:lnTo>
                                <a:lnTo>
                                  <a:pt x="2844865" y="1409615"/>
                                </a:lnTo>
                                <a:lnTo>
                                  <a:pt x="2845074" y="1409510"/>
                                </a:lnTo>
                                <a:lnTo>
                                  <a:pt x="2844850" y="1409510"/>
                                </a:lnTo>
                                <a:close/>
                                <a:moveTo>
                                  <a:pt x="2846212" y="1409285"/>
                                </a:moveTo>
                                <a:lnTo>
                                  <a:pt x="2846006" y="1409387"/>
                                </a:lnTo>
                                <a:lnTo>
                                  <a:pt x="2846227" y="1409387"/>
                                </a:lnTo>
                                <a:lnTo>
                                  <a:pt x="2846624" y="1409285"/>
                                </a:lnTo>
                                <a:lnTo>
                                  <a:pt x="2846212" y="1409285"/>
                                </a:lnTo>
                                <a:close/>
                                <a:moveTo>
                                  <a:pt x="3320184" y="1408461"/>
                                </a:moveTo>
                                <a:lnTo>
                                  <a:pt x="3318700" y="1409843"/>
                                </a:lnTo>
                                <a:lnTo>
                                  <a:pt x="3318990" y="1414432"/>
                                </a:lnTo>
                                <a:lnTo>
                                  <a:pt x="3320184" y="1408461"/>
                                </a:lnTo>
                                <a:close/>
                                <a:moveTo>
                                  <a:pt x="3338333" y="1405504"/>
                                </a:moveTo>
                                <a:lnTo>
                                  <a:pt x="3336507" y="1405732"/>
                                </a:lnTo>
                                <a:lnTo>
                                  <a:pt x="3334452" y="1406189"/>
                                </a:lnTo>
                                <a:lnTo>
                                  <a:pt x="3334082" y="1406374"/>
                                </a:lnTo>
                                <a:lnTo>
                                  <a:pt x="3335918" y="1406190"/>
                                </a:lnTo>
                                <a:lnTo>
                                  <a:pt x="3338412" y="1406190"/>
                                </a:lnTo>
                                <a:lnTo>
                                  <a:pt x="3344307" y="1406644"/>
                                </a:lnTo>
                                <a:lnTo>
                                  <a:pt x="3344885" y="1406708"/>
                                </a:lnTo>
                                <a:lnTo>
                                  <a:pt x="3344725" y="1406646"/>
                                </a:lnTo>
                                <a:lnTo>
                                  <a:pt x="3342442" y="1406189"/>
                                </a:lnTo>
                                <a:lnTo>
                                  <a:pt x="3340616" y="1405732"/>
                                </a:lnTo>
                                <a:lnTo>
                                  <a:pt x="3338333" y="1405504"/>
                                </a:lnTo>
                                <a:close/>
                                <a:moveTo>
                                  <a:pt x="5210795" y="1405363"/>
                                </a:moveTo>
                                <a:lnTo>
                                  <a:pt x="5216693" y="1410802"/>
                                </a:lnTo>
                                <a:lnTo>
                                  <a:pt x="5216693" y="1410575"/>
                                </a:lnTo>
                                <a:lnTo>
                                  <a:pt x="5210795" y="1405363"/>
                                </a:lnTo>
                                <a:close/>
                                <a:moveTo>
                                  <a:pt x="4670878" y="1405348"/>
                                </a:moveTo>
                                <a:lnTo>
                                  <a:pt x="4669971" y="1405575"/>
                                </a:lnTo>
                                <a:lnTo>
                                  <a:pt x="4669971" y="1405802"/>
                                </a:lnTo>
                                <a:lnTo>
                                  <a:pt x="4670878" y="1405348"/>
                                </a:lnTo>
                                <a:close/>
                                <a:moveTo>
                                  <a:pt x="3325320" y="1403676"/>
                                </a:moveTo>
                                <a:lnTo>
                                  <a:pt x="3325017" y="1403959"/>
                                </a:lnTo>
                                <a:lnTo>
                                  <a:pt x="3329609" y="1409805"/>
                                </a:lnTo>
                                <a:lnTo>
                                  <a:pt x="3325320" y="1403676"/>
                                </a:lnTo>
                                <a:close/>
                                <a:moveTo>
                                  <a:pt x="5182054" y="1403080"/>
                                </a:moveTo>
                                <a:lnTo>
                                  <a:pt x="5186136" y="1409884"/>
                                </a:lnTo>
                                <a:lnTo>
                                  <a:pt x="5186362" y="1409884"/>
                                </a:lnTo>
                                <a:lnTo>
                                  <a:pt x="5185002" y="1406709"/>
                                </a:lnTo>
                                <a:lnTo>
                                  <a:pt x="5182280" y="1403080"/>
                                </a:lnTo>
                                <a:lnTo>
                                  <a:pt x="5182054" y="1403080"/>
                                </a:lnTo>
                                <a:close/>
                                <a:moveTo>
                                  <a:pt x="2449739" y="1402073"/>
                                </a:moveTo>
                                <a:lnTo>
                                  <a:pt x="2448378" y="1402300"/>
                                </a:lnTo>
                                <a:lnTo>
                                  <a:pt x="2446791" y="1402753"/>
                                </a:lnTo>
                                <a:lnTo>
                                  <a:pt x="2445430" y="1403206"/>
                                </a:lnTo>
                                <a:lnTo>
                                  <a:pt x="2442482" y="1404340"/>
                                </a:lnTo>
                                <a:lnTo>
                                  <a:pt x="2439760" y="1406381"/>
                                </a:lnTo>
                                <a:lnTo>
                                  <a:pt x="2437493" y="1408421"/>
                                </a:lnTo>
                                <a:lnTo>
                                  <a:pt x="2435225" y="1410461"/>
                                </a:lnTo>
                                <a:lnTo>
                                  <a:pt x="2433410" y="1412502"/>
                                </a:lnTo>
                                <a:lnTo>
                                  <a:pt x="2432050" y="1414088"/>
                                </a:lnTo>
                                <a:lnTo>
                                  <a:pt x="2431596" y="1415676"/>
                                </a:lnTo>
                                <a:lnTo>
                                  <a:pt x="2431369" y="1416128"/>
                                </a:lnTo>
                                <a:lnTo>
                                  <a:pt x="2431596" y="1416582"/>
                                </a:lnTo>
                                <a:lnTo>
                                  <a:pt x="2431823" y="1416808"/>
                                </a:lnTo>
                                <a:lnTo>
                                  <a:pt x="2432277" y="1416808"/>
                                </a:lnTo>
                                <a:lnTo>
                                  <a:pt x="2433864" y="1416128"/>
                                </a:lnTo>
                                <a:lnTo>
                                  <a:pt x="2436585" y="1414315"/>
                                </a:lnTo>
                                <a:lnTo>
                                  <a:pt x="2440214" y="1411822"/>
                                </a:lnTo>
                                <a:lnTo>
                                  <a:pt x="2444977" y="1407514"/>
                                </a:lnTo>
                                <a:lnTo>
                                  <a:pt x="2447127" y="1405603"/>
                                </a:lnTo>
                                <a:lnTo>
                                  <a:pt x="2449011" y="1403550"/>
                                </a:lnTo>
                                <a:lnTo>
                                  <a:pt x="2450910" y="1402073"/>
                                </a:lnTo>
                                <a:lnTo>
                                  <a:pt x="2449739" y="1402073"/>
                                </a:lnTo>
                                <a:close/>
                                <a:moveTo>
                                  <a:pt x="2407322" y="1399785"/>
                                </a:moveTo>
                                <a:lnTo>
                                  <a:pt x="2407330" y="1399806"/>
                                </a:lnTo>
                                <a:lnTo>
                                  <a:pt x="2412546" y="1400712"/>
                                </a:lnTo>
                                <a:lnTo>
                                  <a:pt x="2418216" y="1401167"/>
                                </a:lnTo>
                                <a:lnTo>
                                  <a:pt x="2423432" y="1401620"/>
                                </a:lnTo>
                                <a:lnTo>
                                  <a:pt x="2429102" y="1401620"/>
                                </a:lnTo>
                                <a:lnTo>
                                  <a:pt x="2439987" y="1401620"/>
                                </a:lnTo>
                                <a:lnTo>
                                  <a:pt x="2445657" y="1401846"/>
                                </a:lnTo>
                                <a:lnTo>
                                  <a:pt x="2450920" y="1402064"/>
                                </a:lnTo>
                                <a:lnTo>
                                  <a:pt x="2451050" y="1401963"/>
                                </a:lnTo>
                                <a:lnTo>
                                  <a:pt x="2423855" y="1400604"/>
                                </a:lnTo>
                                <a:lnTo>
                                  <a:pt x="2407322" y="1399785"/>
                                </a:lnTo>
                                <a:close/>
                                <a:moveTo>
                                  <a:pt x="2396798" y="1399264"/>
                                </a:moveTo>
                                <a:lnTo>
                                  <a:pt x="2397125" y="1399578"/>
                                </a:lnTo>
                                <a:lnTo>
                                  <a:pt x="2395092" y="1402468"/>
                                </a:lnTo>
                                <a:lnTo>
                                  <a:pt x="2393285" y="1404024"/>
                                </a:lnTo>
                                <a:lnTo>
                                  <a:pt x="2391478" y="1405580"/>
                                </a:lnTo>
                                <a:lnTo>
                                  <a:pt x="2388628" y="1407724"/>
                                </a:lnTo>
                                <a:lnTo>
                                  <a:pt x="2390909" y="1406721"/>
                                </a:lnTo>
                                <a:lnTo>
                                  <a:pt x="2391682" y="1406381"/>
                                </a:lnTo>
                                <a:lnTo>
                                  <a:pt x="2396671" y="1403434"/>
                                </a:lnTo>
                                <a:lnTo>
                                  <a:pt x="2401887" y="1400260"/>
                                </a:lnTo>
                                <a:lnTo>
                                  <a:pt x="2402774" y="1399560"/>
                                </a:lnTo>
                                <a:lnTo>
                                  <a:pt x="2396798" y="1399264"/>
                                </a:lnTo>
                                <a:close/>
                                <a:moveTo>
                                  <a:pt x="5106307" y="1396503"/>
                                </a:moveTo>
                                <a:lnTo>
                                  <a:pt x="5104720" y="1399225"/>
                                </a:lnTo>
                                <a:lnTo>
                                  <a:pt x="5104493" y="1399679"/>
                                </a:lnTo>
                                <a:lnTo>
                                  <a:pt x="5106307" y="1396503"/>
                                </a:lnTo>
                                <a:close/>
                                <a:moveTo>
                                  <a:pt x="5183187" y="1396050"/>
                                </a:moveTo>
                                <a:lnTo>
                                  <a:pt x="5183187" y="1396277"/>
                                </a:lnTo>
                                <a:lnTo>
                                  <a:pt x="5183414" y="1396503"/>
                                </a:lnTo>
                                <a:lnTo>
                                  <a:pt x="5183187" y="1396050"/>
                                </a:lnTo>
                                <a:close/>
                                <a:moveTo>
                                  <a:pt x="2664540" y="1394087"/>
                                </a:moveTo>
                                <a:lnTo>
                                  <a:pt x="2654567" y="1398113"/>
                                </a:lnTo>
                                <a:lnTo>
                                  <a:pt x="2653887" y="1399925"/>
                                </a:lnTo>
                                <a:lnTo>
                                  <a:pt x="2652980" y="1401737"/>
                                </a:lnTo>
                                <a:lnTo>
                                  <a:pt x="2651847" y="1403323"/>
                                </a:lnTo>
                                <a:lnTo>
                                  <a:pt x="2650714" y="1405135"/>
                                </a:lnTo>
                                <a:lnTo>
                                  <a:pt x="2649127" y="1406720"/>
                                </a:lnTo>
                                <a:lnTo>
                                  <a:pt x="2648560" y="1407382"/>
                                </a:lnTo>
                                <a:lnTo>
                                  <a:pt x="2651955" y="1405489"/>
                                </a:lnTo>
                                <a:lnTo>
                                  <a:pt x="2658742" y="1399789"/>
                                </a:lnTo>
                                <a:lnTo>
                                  <a:pt x="2662362" y="1396595"/>
                                </a:lnTo>
                                <a:lnTo>
                                  <a:pt x="2664540" y="1394087"/>
                                </a:lnTo>
                                <a:close/>
                                <a:moveTo>
                                  <a:pt x="2684455" y="1388391"/>
                                </a:moveTo>
                                <a:lnTo>
                                  <a:pt x="2686343" y="1389300"/>
                                </a:lnTo>
                                <a:lnTo>
                                  <a:pt x="2689134" y="1389054"/>
                                </a:lnTo>
                                <a:lnTo>
                                  <a:pt x="2687326" y="1388926"/>
                                </a:lnTo>
                                <a:lnTo>
                                  <a:pt x="2684827" y="1388476"/>
                                </a:lnTo>
                                <a:lnTo>
                                  <a:pt x="2684455" y="1388391"/>
                                </a:lnTo>
                                <a:close/>
                                <a:moveTo>
                                  <a:pt x="2668732" y="1387645"/>
                                </a:moveTo>
                                <a:lnTo>
                                  <a:pt x="2668380" y="1388492"/>
                                </a:lnTo>
                                <a:lnTo>
                                  <a:pt x="2668697" y="1387932"/>
                                </a:lnTo>
                                <a:lnTo>
                                  <a:pt x="2668732" y="1387645"/>
                                </a:lnTo>
                                <a:close/>
                                <a:moveTo>
                                  <a:pt x="2360857" y="1386247"/>
                                </a:moveTo>
                                <a:lnTo>
                                  <a:pt x="2351691" y="1388798"/>
                                </a:lnTo>
                                <a:lnTo>
                                  <a:pt x="2359405" y="1387799"/>
                                </a:lnTo>
                                <a:lnTo>
                                  <a:pt x="2364148" y="1387355"/>
                                </a:lnTo>
                                <a:lnTo>
                                  <a:pt x="2368440" y="1386911"/>
                                </a:lnTo>
                                <a:lnTo>
                                  <a:pt x="2369440" y="1386911"/>
                                </a:lnTo>
                                <a:lnTo>
                                  <a:pt x="2360612" y="1386581"/>
                                </a:lnTo>
                                <a:lnTo>
                                  <a:pt x="2360857" y="1386247"/>
                                </a:lnTo>
                                <a:close/>
                                <a:moveTo>
                                  <a:pt x="5368229" y="1385649"/>
                                </a:moveTo>
                                <a:lnTo>
                                  <a:pt x="5364826" y="1386102"/>
                                </a:lnTo>
                                <a:lnTo>
                                  <a:pt x="5370271" y="1385649"/>
                                </a:lnTo>
                                <a:lnTo>
                                  <a:pt x="5368229" y="1385649"/>
                                </a:lnTo>
                                <a:close/>
                                <a:moveTo>
                                  <a:pt x="3027332" y="1383623"/>
                                </a:moveTo>
                                <a:lnTo>
                                  <a:pt x="3024173" y="1384744"/>
                                </a:lnTo>
                                <a:lnTo>
                                  <a:pt x="3022585" y="1385429"/>
                                </a:lnTo>
                                <a:lnTo>
                                  <a:pt x="3020769" y="1386113"/>
                                </a:lnTo>
                                <a:lnTo>
                                  <a:pt x="3019407" y="1387254"/>
                                </a:lnTo>
                                <a:lnTo>
                                  <a:pt x="3018045" y="1388851"/>
                                </a:lnTo>
                                <a:lnTo>
                                  <a:pt x="3008512" y="1402996"/>
                                </a:lnTo>
                                <a:lnTo>
                                  <a:pt x="3007377" y="1407333"/>
                                </a:lnTo>
                                <a:lnTo>
                                  <a:pt x="3006016" y="1411668"/>
                                </a:lnTo>
                                <a:lnTo>
                                  <a:pt x="3004881" y="1415319"/>
                                </a:lnTo>
                                <a:lnTo>
                                  <a:pt x="3003065" y="1418970"/>
                                </a:lnTo>
                                <a:lnTo>
                                  <a:pt x="2999433" y="1426500"/>
                                </a:lnTo>
                                <a:lnTo>
                                  <a:pt x="2998385" y="1428554"/>
                                </a:lnTo>
                                <a:lnTo>
                                  <a:pt x="3000375" y="1424740"/>
                                </a:lnTo>
                                <a:lnTo>
                                  <a:pt x="3006044" y="1413206"/>
                                </a:lnTo>
                                <a:lnTo>
                                  <a:pt x="3008993" y="1407100"/>
                                </a:lnTo>
                                <a:lnTo>
                                  <a:pt x="3011714" y="1401221"/>
                                </a:lnTo>
                                <a:lnTo>
                                  <a:pt x="3015116" y="1395567"/>
                                </a:lnTo>
                                <a:lnTo>
                                  <a:pt x="3018518" y="1389689"/>
                                </a:lnTo>
                                <a:lnTo>
                                  <a:pt x="3027332" y="1383623"/>
                                </a:lnTo>
                                <a:close/>
                                <a:moveTo>
                                  <a:pt x="3336814" y="1381751"/>
                                </a:moveTo>
                                <a:lnTo>
                                  <a:pt x="3356254" y="1395814"/>
                                </a:lnTo>
                                <a:lnTo>
                                  <a:pt x="3357003" y="1393941"/>
                                </a:lnTo>
                                <a:lnTo>
                                  <a:pt x="3336814" y="1381751"/>
                                </a:lnTo>
                                <a:close/>
                                <a:moveTo>
                                  <a:pt x="2666606" y="1381011"/>
                                </a:moveTo>
                                <a:lnTo>
                                  <a:pt x="2668770" y="1383895"/>
                                </a:lnTo>
                                <a:lnTo>
                                  <a:pt x="2668470" y="1382688"/>
                                </a:lnTo>
                                <a:lnTo>
                                  <a:pt x="2667889" y="1381664"/>
                                </a:lnTo>
                                <a:lnTo>
                                  <a:pt x="2667562" y="1381502"/>
                                </a:lnTo>
                                <a:lnTo>
                                  <a:pt x="2666606" y="1381011"/>
                                </a:lnTo>
                                <a:close/>
                                <a:moveTo>
                                  <a:pt x="2902058" y="1379108"/>
                                </a:moveTo>
                                <a:lnTo>
                                  <a:pt x="2901964" y="1379272"/>
                                </a:lnTo>
                                <a:lnTo>
                                  <a:pt x="2902970" y="1379497"/>
                                </a:lnTo>
                                <a:lnTo>
                                  <a:pt x="2905240" y="1379725"/>
                                </a:lnTo>
                                <a:lnTo>
                                  <a:pt x="2907509" y="1379953"/>
                                </a:lnTo>
                                <a:lnTo>
                                  <a:pt x="2908726" y="1379800"/>
                                </a:lnTo>
                                <a:lnTo>
                                  <a:pt x="2906372" y="1379333"/>
                                </a:lnTo>
                                <a:lnTo>
                                  <a:pt x="2902058" y="1379108"/>
                                </a:lnTo>
                                <a:close/>
                                <a:moveTo>
                                  <a:pt x="2387923" y="1378055"/>
                                </a:moveTo>
                                <a:lnTo>
                                  <a:pt x="2384722" y="1387256"/>
                                </a:lnTo>
                                <a:lnTo>
                                  <a:pt x="2384722" y="1387481"/>
                                </a:lnTo>
                                <a:lnTo>
                                  <a:pt x="2378652" y="1387255"/>
                                </a:lnTo>
                                <a:lnTo>
                                  <a:pt x="2381766" y="1387577"/>
                                </a:lnTo>
                                <a:lnTo>
                                  <a:pt x="2385831" y="1388688"/>
                                </a:lnTo>
                                <a:lnTo>
                                  <a:pt x="2385831" y="1388466"/>
                                </a:lnTo>
                                <a:lnTo>
                                  <a:pt x="2386735" y="1389578"/>
                                </a:lnTo>
                                <a:lnTo>
                                  <a:pt x="2396563" y="1399038"/>
                                </a:lnTo>
                                <a:lnTo>
                                  <a:pt x="2397863" y="1396980"/>
                                </a:lnTo>
                                <a:lnTo>
                                  <a:pt x="2396595" y="1398593"/>
                                </a:lnTo>
                                <a:lnTo>
                                  <a:pt x="2385399" y="1387414"/>
                                </a:lnTo>
                                <a:lnTo>
                                  <a:pt x="2387455" y="1380930"/>
                                </a:lnTo>
                                <a:lnTo>
                                  <a:pt x="2387923" y="1378055"/>
                                </a:lnTo>
                                <a:close/>
                                <a:moveTo>
                                  <a:pt x="2933715" y="1374950"/>
                                </a:moveTo>
                                <a:lnTo>
                                  <a:pt x="2932930" y="1375417"/>
                                </a:lnTo>
                                <a:lnTo>
                                  <a:pt x="2933385" y="1375390"/>
                                </a:lnTo>
                                <a:lnTo>
                                  <a:pt x="2933715" y="1374950"/>
                                </a:lnTo>
                                <a:close/>
                                <a:moveTo>
                                  <a:pt x="821531" y="1373236"/>
                                </a:moveTo>
                                <a:lnTo>
                                  <a:pt x="822326" y="1373813"/>
                                </a:lnTo>
                                <a:lnTo>
                                  <a:pt x="822127" y="1374679"/>
                                </a:lnTo>
                                <a:lnTo>
                                  <a:pt x="819150" y="1376411"/>
                                </a:lnTo>
                                <a:lnTo>
                                  <a:pt x="819150" y="1376122"/>
                                </a:lnTo>
                                <a:lnTo>
                                  <a:pt x="821531" y="1373236"/>
                                </a:lnTo>
                                <a:close/>
                                <a:moveTo>
                                  <a:pt x="2362903" y="1371449"/>
                                </a:moveTo>
                                <a:lnTo>
                                  <a:pt x="2362791" y="1373230"/>
                                </a:lnTo>
                                <a:lnTo>
                                  <a:pt x="2363357" y="1374783"/>
                                </a:lnTo>
                                <a:lnTo>
                                  <a:pt x="2363454" y="1374783"/>
                                </a:lnTo>
                                <a:lnTo>
                                  <a:pt x="2363590" y="1375421"/>
                                </a:lnTo>
                                <a:lnTo>
                                  <a:pt x="2364299" y="1377364"/>
                                </a:lnTo>
                                <a:lnTo>
                                  <a:pt x="2363737" y="1375097"/>
                                </a:lnTo>
                                <a:lnTo>
                                  <a:pt x="2362903" y="1371449"/>
                                </a:lnTo>
                                <a:close/>
                                <a:moveTo>
                                  <a:pt x="2788643" y="1368451"/>
                                </a:moveTo>
                                <a:lnTo>
                                  <a:pt x="2788356" y="1368479"/>
                                </a:lnTo>
                                <a:lnTo>
                                  <a:pt x="2789732" y="1369693"/>
                                </a:lnTo>
                                <a:lnTo>
                                  <a:pt x="2790863" y="1371288"/>
                                </a:lnTo>
                                <a:lnTo>
                                  <a:pt x="2791995" y="1372885"/>
                                </a:lnTo>
                                <a:lnTo>
                                  <a:pt x="2792899" y="1374937"/>
                                </a:lnTo>
                                <a:lnTo>
                                  <a:pt x="2793578" y="1376760"/>
                                </a:lnTo>
                                <a:lnTo>
                                  <a:pt x="2794031" y="1378585"/>
                                </a:lnTo>
                                <a:lnTo>
                                  <a:pt x="2794709" y="1382460"/>
                                </a:lnTo>
                                <a:lnTo>
                                  <a:pt x="2795840" y="1386336"/>
                                </a:lnTo>
                                <a:lnTo>
                                  <a:pt x="2796745" y="1390212"/>
                                </a:lnTo>
                                <a:lnTo>
                                  <a:pt x="2797424" y="1392035"/>
                                </a:lnTo>
                                <a:lnTo>
                                  <a:pt x="2798103" y="1393632"/>
                                </a:lnTo>
                                <a:lnTo>
                                  <a:pt x="2799460" y="1395228"/>
                                </a:lnTo>
                                <a:lnTo>
                                  <a:pt x="2800591" y="1396595"/>
                                </a:lnTo>
                                <a:lnTo>
                                  <a:pt x="2806700" y="1400929"/>
                                </a:lnTo>
                                <a:lnTo>
                                  <a:pt x="2806700" y="1401612"/>
                                </a:lnTo>
                                <a:lnTo>
                                  <a:pt x="2798410" y="1414913"/>
                                </a:lnTo>
                                <a:lnTo>
                                  <a:pt x="2802194" y="1410071"/>
                                </a:lnTo>
                                <a:lnTo>
                                  <a:pt x="2804464" y="1407561"/>
                                </a:lnTo>
                                <a:lnTo>
                                  <a:pt x="2806961" y="1406192"/>
                                </a:lnTo>
                                <a:lnTo>
                                  <a:pt x="2809003" y="1405051"/>
                                </a:lnTo>
                                <a:lnTo>
                                  <a:pt x="2811046" y="1404595"/>
                                </a:lnTo>
                                <a:lnTo>
                                  <a:pt x="2813089" y="1404595"/>
                                </a:lnTo>
                                <a:lnTo>
                                  <a:pt x="2814678" y="1404823"/>
                                </a:lnTo>
                                <a:lnTo>
                                  <a:pt x="2816720" y="1405279"/>
                                </a:lnTo>
                                <a:lnTo>
                                  <a:pt x="2818990" y="1405964"/>
                                </a:lnTo>
                                <a:lnTo>
                                  <a:pt x="2823076" y="1407561"/>
                                </a:lnTo>
                                <a:lnTo>
                                  <a:pt x="2825345" y="1408702"/>
                                </a:lnTo>
                                <a:lnTo>
                                  <a:pt x="2827842" y="1409387"/>
                                </a:lnTo>
                                <a:lnTo>
                                  <a:pt x="2830566" y="1409844"/>
                                </a:lnTo>
                                <a:lnTo>
                                  <a:pt x="2833516" y="1410300"/>
                                </a:lnTo>
                                <a:lnTo>
                                  <a:pt x="2836921" y="1410300"/>
                                </a:lnTo>
                                <a:lnTo>
                                  <a:pt x="2840553" y="1410071"/>
                                </a:lnTo>
                                <a:lnTo>
                                  <a:pt x="2841914" y="1409844"/>
                                </a:lnTo>
                                <a:lnTo>
                                  <a:pt x="2842822" y="1409844"/>
                                </a:lnTo>
                                <a:lnTo>
                                  <a:pt x="2843276" y="1409844"/>
                                </a:lnTo>
                                <a:lnTo>
                                  <a:pt x="2843600" y="1409735"/>
                                </a:lnTo>
                                <a:lnTo>
                                  <a:pt x="2842807" y="1409735"/>
                                </a:lnTo>
                                <a:lnTo>
                                  <a:pt x="2839629" y="1409735"/>
                                </a:lnTo>
                                <a:lnTo>
                                  <a:pt x="2836678" y="1409735"/>
                                </a:lnTo>
                                <a:lnTo>
                                  <a:pt x="2833499" y="1409285"/>
                                </a:lnTo>
                                <a:lnTo>
                                  <a:pt x="2830548" y="1408608"/>
                                </a:lnTo>
                                <a:lnTo>
                                  <a:pt x="2827370" y="1407933"/>
                                </a:lnTo>
                                <a:lnTo>
                                  <a:pt x="2824192" y="1406807"/>
                                </a:lnTo>
                                <a:lnTo>
                                  <a:pt x="2821241" y="1405456"/>
                                </a:lnTo>
                                <a:lnTo>
                                  <a:pt x="2818289" y="1404105"/>
                                </a:lnTo>
                                <a:lnTo>
                                  <a:pt x="2815565" y="1402528"/>
                                </a:lnTo>
                                <a:lnTo>
                                  <a:pt x="2813068" y="1400726"/>
                                </a:lnTo>
                                <a:lnTo>
                                  <a:pt x="2810344" y="1399149"/>
                                </a:lnTo>
                                <a:lnTo>
                                  <a:pt x="2807847" y="1397122"/>
                                </a:lnTo>
                                <a:lnTo>
                                  <a:pt x="2805576" y="1395096"/>
                                </a:lnTo>
                                <a:lnTo>
                                  <a:pt x="2803760" y="1393068"/>
                                </a:lnTo>
                                <a:lnTo>
                                  <a:pt x="2801717" y="1390817"/>
                                </a:lnTo>
                                <a:lnTo>
                                  <a:pt x="2800128" y="1388790"/>
                                </a:lnTo>
                                <a:lnTo>
                                  <a:pt x="2798539" y="1386539"/>
                                </a:lnTo>
                                <a:lnTo>
                                  <a:pt x="2797404" y="1384512"/>
                                </a:lnTo>
                                <a:lnTo>
                                  <a:pt x="2796723" y="1382261"/>
                                </a:lnTo>
                                <a:lnTo>
                                  <a:pt x="2795815" y="1380009"/>
                                </a:lnTo>
                                <a:lnTo>
                                  <a:pt x="2795588" y="1377982"/>
                                </a:lnTo>
                                <a:lnTo>
                                  <a:pt x="2795588" y="1375956"/>
                                </a:lnTo>
                                <a:lnTo>
                                  <a:pt x="2795815" y="1373704"/>
                                </a:lnTo>
                                <a:lnTo>
                                  <a:pt x="2796723" y="1372128"/>
                                </a:lnTo>
                                <a:lnTo>
                                  <a:pt x="2796778" y="1372004"/>
                                </a:lnTo>
                                <a:lnTo>
                                  <a:pt x="2795231" y="1374302"/>
                                </a:lnTo>
                                <a:lnTo>
                                  <a:pt x="2788643" y="1368451"/>
                                </a:lnTo>
                                <a:close/>
                                <a:moveTo>
                                  <a:pt x="3062498" y="1366954"/>
                                </a:moveTo>
                                <a:lnTo>
                                  <a:pt x="3058892" y="1367529"/>
                                </a:lnTo>
                                <a:lnTo>
                                  <a:pt x="3065235" y="1367981"/>
                                </a:lnTo>
                                <a:lnTo>
                                  <a:pt x="3071359" y="1367981"/>
                                </a:lnTo>
                                <a:lnTo>
                                  <a:pt x="3077709" y="1368433"/>
                                </a:lnTo>
                                <a:lnTo>
                                  <a:pt x="3081311" y="1368167"/>
                                </a:lnTo>
                                <a:lnTo>
                                  <a:pt x="3078595" y="1368087"/>
                                </a:lnTo>
                                <a:lnTo>
                                  <a:pt x="3062498" y="1366954"/>
                                </a:lnTo>
                                <a:close/>
                                <a:moveTo>
                                  <a:pt x="3326850" y="1366046"/>
                                </a:moveTo>
                                <a:lnTo>
                                  <a:pt x="3326184" y="1366652"/>
                                </a:lnTo>
                                <a:lnTo>
                                  <a:pt x="3326462" y="1366910"/>
                                </a:lnTo>
                                <a:lnTo>
                                  <a:pt x="3327082" y="1366868"/>
                                </a:lnTo>
                                <a:lnTo>
                                  <a:pt x="3326850" y="1366046"/>
                                </a:lnTo>
                                <a:close/>
                                <a:moveTo>
                                  <a:pt x="2378248" y="1363161"/>
                                </a:moveTo>
                                <a:lnTo>
                                  <a:pt x="2378248" y="1363163"/>
                                </a:lnTo>
                                <a:lnTo>
                                  <a:pt x="2388517" y="1370819"/>
                                </a:lnTo>
                                <a:lnTo>
                                  <a:pt x="2388881" y="1372163"/>
                                </a:lnTo>
                                <a:lnTo>
                                  <a:pt x="2389055" y="1371093"/>
                                </a:lnTo>
                                <a:lnTo>
                                  <a:pt x="2383570" y="1367068"/>
                                </a:lnTo>
                                <a:lnTo>
                                  <a:pt x="2378248" y="1363161"/>
                                </a:lnTo>
                                <a:close/>
                                <a:moveTo>
                                  <a:pt x="3144338" y="1362464"/>
                                </a:moveTo>
                                <a:lnTo>
                                  <a:pt x="3137994" y="1363778"/>
                                </a:lnTo>
                                <a:lnTo>
                                  <a:pt x="3131646" y="1365139"/>
                                </a:lnTo>
                                <a:lnTo>
                                  <a:pt x="3125298" y="1366046"/>
                                </a:lnTo>
                                <a:lnTo>
                                  <a:pt x="3118950" y="1366727"/>
                                </a:lnTo>
                                <a:lnTo>
                                  <a:pt x="3113056" y="1367635"/>
                                </a:lnTo>
                                <a:lnTo>
                                  <a:pt x="3109674" y="1367875"/>
                                </a:lnTo>
                                <a:lnTo>
                                  <a:pt x="3130323" y="1372730"/>
                                </a:lnTo>
                                <a:lnTo>
                                  <a:pt x="3138941" y="1366850"/>
                                </a:lnTo>
                                <a:lnTo>
                                  <a:pt x="3144338" y="1362464"/>
                                </a:lnTo>
                                <a:close/>
                                <a:moveTo>
                                  <a:pt x="5391368" y="1360722"/>
                                </a:moveTo>
                                <a:lnTo>
                                  <a:pt x="5391368" y="1360948"/>
                                </a:lnTo>
                                <a:lnTo>
                                  <a:pt x="5391411" y="1361063"/>
                                </a:lnTo>
                                <a:lnTo>
                                  <a:pt x="5391822" y="1364348"/>
                                </a:lnTo>
                                <a:lnTo>
                                  <a:pt x="5394317" y="1368881"/>
                                </a:lnTo>
                                <a:lnTo>
                                  <a:pt x="5391411" y="1361063"/>
                                </a:lnTo>
                                <a:lnTo>
                                  <a:pt x="5391368" y="1360722"/>
                                </a:lnTo>
                                <a:close/>
                                <a:moveTo>
                                  <a:pt x="2120612" y="1360570"/>
                                </a:moveTo>
                                <a:lnTo>
                                  <a:pt x="2124076" y="1361893"/>
                                </a:lnTo>
                                <a:lnTo>
                                  <a:pt x="2123859" y="1362423"/>
                                </a:lnTo>
                                <a:lnTo>
                                  <a:pt x="2119313" y="1366921"/>
                                </a:lnTo>
                                <a:lnTo>
                                  <a:pt x="2120612" y="1360570"/>
                                </a:lnTo>
                                <a:close/>
                                <a:moveTo>
                                  <a:pt x="2820060" y="1359813"/>
                                </a:moveTo>
                                <a:lnTo>
                                  <a:pt x="2801138" y="1365526"/>
                                </a:lnTo>
                                <a:lnTo>
                                  <a:pt x="2799259" y="1368319"/>
                                </a:lnTo>
                                <a:lnTo>
                                  <a:pt x="2801036" y="1366947"/>
                                </a:lnTo>
                                <a:lnTo>
                                  <a:pt x="2803306" y="1365596"/>
                                </a:lnTo>
                                <a:lnTo>
                                  <a:pt x="2805803" y="1364469"/>
                                </a:lnTo>
                                <a:lnTo>
                                  <a:pt x="2808982" y="1363343"/>
                                </a:lnTo>
                                <a:lnTo>
                                  <a:pt x="2812614" y="1362667"/>
                                </a:lnTo>
                                <a:lnTo>
                                  <a:pt x="2816927" y="1361992"/>
                                </a:lnTo>
                                <a:lnTo>
                                  <a:pt x="2817154" y="1361992"/>
                                </a:lnTo>
                                <a:lnTo>
                                  <a:pt x="2820060" y="1359813"/>
                                </a:lnTo>
                                <a:close/>
                                <a:moveTo>
                                  <a:pt x="5131707" y="1358861"/>
                                </a:moveTo>
                                <a:lnTo>
                                  <a:pt x="5131027" y="1359315"/>
                                </a:lnTo>
                                <a:lnTo>
                                  <a:pt x="5133068" y="1358861"/>
                                </a:lnTo>
                                <a:lnTo>
                                  <a:pt x="5131707" y="1358861"/>
                                </a:lnTo>
                                <a:close/>
                                <a:moveTo>
                                  <a:pt x="2298622" y="1355544"/>
                                </a:moveTo>
                                <a:lnTo>
                                  <a:pt x="2295664" y="1355998"/>
                                </a:lnTo>
                                <a:lnTo>
                                  <a:pt x="2292478" y="1357132"/>
                                </a:lnTo>
                                <a:lnTo>
                                  <a:pt x="2289929" y="1358190"/>
                                </a:lnTo>
                                <a:lnTo>
                                  <a:pt x="2289855" y="1359004"/>
                                </a:lnTo>
                                <a:lnTo>
                                  <a:pt x="2305277" y="1357869"/>
                                </a:lnTo>
                                <a:lnTo>
                                  <a:pt x="2304938" y="1369201"/>
                                </a:lnTo>
                                <a:lnTo>
                                  <a:pt x="2306131" y="1365751"/>
                                </a:lnTo>
                                <a:lnTo>
                                  <a:pt x="2306814" y="1363256"/>
                                </a:lnTo>
                                <a:lnTo>
                                  <a:pt x="2306814" y="1361441"/>
                                </a:lnTo>
                                <a:lnTo>
                                  <a:pt x="2306587" y="1359626"/>
                                </a:lnTo>
                                <a:lnTo>
                                  <a:pt x="2306131" y="1358492"/>
                                </a:lnTo>
                                <a:lnTo>
                                  <a:pt x="2305221" y="1357586"/>
                                </a:lnTo>
                                <a:lnTo>
                                  <a:pt x="2304311" y="1356451"/>
                                </a:lnTo>
                                <a:lnTo>
                                  <a:pt x="2303173" y="1355998"/>
                                </a:lnTo>
                                <a:lnTo>
                                  <a:pt x="2301580" y="1355544"/>
                                </a:lnTo>
                                <a:lnTo>
                                  <a:pt x="2300215" y="1355544"/>
                                </a:lnTo>
                                <a:lnTo>
                                  <a:pt x="2298622" y="1355544"/>
                                </a:lnTo>
                                <a:close/>
                                <a:moveTo>
                                  <a:pt x="3008819" y="1355230"/>
                                </a:moveTo>
                                <a:lnTo>
                                  <a:pt x="3008529" y="1356360"/>
                                </a:lnTo>
                                <a:lnTo>
                                  <a:pt x="3008075" y="1357036"/>
                                </a:lnTo>
                                <a:lnTo>
                                  <a:pt x="3006188" y="1357580"/>
                                </a:lnTo>
                                <a:lnTo>
                                  <a:pt x="3041650" y="1372197"/>
                                </a:lnTo>
                                <a:lnTo>
                                  <a:pt x="3041498" y="1373876"/>
                                </a:lnTo>
                                <a:lnTo>
                                  <a:pt x="3041580" y="1373821"/>
                                </a:lnTo>
                                <a:lnTo>
                                  <a:pt x="3048253" y="1369229"/>
                                </a:lnTo>
                                <a:lnTo>
                                  <a:pt x="3041186" y="1370356"/>
                                </a:lnTo>
                                <a:lnTo>
                                  <a:pt x="3008819" y="1355230"/>
                                </a:lnTo>
                                <a:close/>
                                <a:moveTo>
                                  <a:pt x="2970164" y="1355008"/>
                                </a:moveTo>
                                <a:lnTo>
                                  <a:pt x="2967213" y="1355460"/>
                                </a:lnTo>
                                <a:lnTo>
                                  <a:pt x="2964488" y="1355909"/>
                                </a:lnTo>
                                <a:lnTo>
                                  <a:pt x="2963844" y="1356142"/>
                                </a:lnTo>
                                <a:lnTo>
                                  <a:pt x="2969700" y="1356678"/>
                                </a:lnTo>
                                <a:lnTo>
                                  <a:pt x="2977190" y="1357818"/>
                                </a:lnTo>
                                <a:lnTo>
                                  <a:pt x="2984907" y="1358504"/>
                                </a:lnTo>
                                <a:lnTo>
                                  <a:pt x="2989300" y="1358646"/>
                                </a:lnTo>
                                <a:lnTo>
                                  <a:pt x="2986509" y="1357261"/>
                                </a:lnTo>
                                <a:lnTo>
                                  <a:pt x="2982877" y="1356360"/>
                                </a:lnTo>
                                <a:lnTo>
                                  <a:pt x="2979471" y="1355460"/>
                                </a:lnTo>
                                <a:lnTo>
                                  <a:pt x="2976293" y="1355008"/>
                                </a:lnTo>
                                <a:lnTo>
                                  <a:pt x="2973115" y="1355008"/>
                                </a:lnTo>
                                <a:lnTo>
                                  <a:pt x="2970164" y="1355008"/>
                                </a:lnTo>
                                <a:close/>
                                <a:moveTo>
                                  <a:pt x="2361019" y="1352345"/>
                                </a:moveTo>
                                <a:lnTo>
                                  <a:pt x="2358241" y="1353729"/>
                                </a:lnTo>
                                <a:lnTo>
                                  <a:pt x="2355283" y="1356224"/>
                                </a:lnTo>
                                <a:lnTo>
                                  <a:pt x="2352324" y="1358946"/>
                                </a:lnTo>
                                <a:lnTo>
                                  <a:pt x="2349366" y="1362121"/>
                                </a:lnTo>
                                <a:lnTo>
                                  <a:pt x="2347091" y="1365297"/>
                                </a:lnTo>
                                <a:lnTo>
                                  <a:pt x="2342312" y="1371194"/>
                                </a:lnTo>
                                <a:lnTo>
                                  <a:pt x="2340492" y="1373689"/>
                                </a:lnTo>
                                <a:lnTo>
                                  <a:pt x="2338444" y="1375504"/>
                                </a:lnTo>
                                <a:lnTo>
                                  <a:pt x="2337078" y="1377092"/>
                                </a:lnTo>
                                <a:lnTo>
                                  <a:pt x="2336396" y="1377544"/>
                                </a:lnTo>
                                <a:lnTo>
                                  <a:pt x="2335486" y="1377998"/>
                                </a:lnTo>
                                <a:lnTo>
                                  <a:pt x="2334803" y="1377998"/>
                                </a:lnTo>
                                <a:lnTo>
                                  <a:pt x="2334348" y="1377771"/>
                                </a:lnTo>
                                <a:lnTo>
                                  <a:pt x="2333665" y="1377544"/>
                                </a:lnTo>
                                <a:lnTo>
                                  <a:pt x="2333210" y="1376637"/>
                                </a:lnTo>
                                <a:lnTo>
                                  <a:pt x="2332527" y="1375730"/>
                                </a:lnTo>
                                <a:lnTo>
                                  <a:pt x="2332072" y="1374597"/>
                                </a:lnTo>
                                <a:lnTo>
                                  <a:pt x="2331390" y="1371194"/>
                                </a:lnTo>
                                <a:lnTo>
                                  <a:pt x="2330935" y="1366432"/>
                                </a:lnTo>
                                <a:lnTo>
                                  <a:pt x="2330707" y="1360307"/>
                                </a:lnTo>
                                <a:lnTo>
                                  <a:pt x="2320240" y="1369834"/>
                                </a:lnTo>
                                <a:lnTo>
                                  <a:pt x="2304849" y="1372178"/>
                                </a:lnTo>
                                <a:lnTo>
                                  <a:pt x="2304823" y="1373059"/>
                                </a:lnTo>
                                <a:lnTo>
                                  <a:pt x="2320244" y="1370565"/>
                                </a:lnTo>
                                <a:lnTo>
                                  <a:pt x="2321152" y="1370111"/>
                                </a:lnTo>
                                <a:lnTo>
                                  <a:pt x="2330677" y="1361497"/>
                                </a:lnTo>
                                <a:lnTo>
                                  <a:pt x="2329769" y="1369432"/>
                                </a:lnTo>
                                <a:lnTo>
                                  <a:pt x="2329769" y="1372833"/>
                                </a:lnTo>
                                <a:lnTo>
                                  <a:pt x="2329769" y="1373965"/>
                                </a:lnTo>
                                <a:lnTo>
                                  <a:pt x="2330223" y="1375326"/>
                                </a:lnTo>
                                <a:lnTo>
                                  <a:pt x="2330677" y="1376458"/>
                                </a:lnTo>
                                <a:lnTo>
                                  <a:pt x="2331357" y="1377365"/>
                                </a:lnTo>
                                <a:lnTo>
                                  <a:pt x="2332264" y="1378498"/>
                                </a:lnTo>
                                <a:lnTo>
                                  <a:pt x="2333625" y="1379179"/>
                                </a:lnTo>
                                <a:lnTo>
                                  <a:pt x="2334985" y="1379631"/>
                                </a:lnTo>
                                <a:lnTo>
                                  <a:pt x="2337027" y="1380085"/>
                                </a:lnTo>
                                <a:lnTo>
                                  <a:pt x="2339068" y="1380539"/>
                                </a:lnTo>
                                <a:lnTo>
                                  <a:pt x="2341562" y="1380539"/>
                                </a:lnTo>
                                <a:lnTo>
                                  <a:pt x="2341335" y="1385071"/>
                                </a:lnTo>
                                <a:lnTo>
                                  <a:pt x="2341109" y="1388925"/>
                                </a:lnTo>
                                <a:lnTo>
                                  <a:pt x="2341335" y="1392324"/>
                                </a:lnTo>
                                <a:lnTo>
                                  <a:pt x="2341789" y="1395498"/>
                                </a:lnTo>
                                <a:lnTo>
                                  <a:pt x="2342469" y="1398445"/>
                                </a:lnTo>
                                <a:lnTo>
                                  <a:pt x="2343603" y="1400939"/>
                                </a:lnTo>
                                <a:lnTo>
                                  <a:pt x="2344737" y="1403434"/>
                                </a:lnTo>
                                <a:lnTo>
                                  <a:pt x="2345213" y="1404045"/>
                                </a:lnTo>
                                <a:lnTo>
                                  <a:pt x="2344950" y="1403579"/>
                                </a:lnTo>
                                <a:lnTo>
                                  <a:pt x="2344046" y="1401801"/>
                                </a:lnTo>
                                <a:lnTo>
                                  <a:pt x="2343143" y="1399578"/>
                                </a:lnTo>
                                <a:lnTo>
                                  <a:pt x="2342465" y="1397356"/>
                                </a:lnTo>
                                <a:lnTo>
                                  <a:pt x="2342013" y="1395133"/>
                                </a:lnTo>
                                <a:lnTo>
                                  <a:pt x="2341562" y="1392467"/>
                                </a:lnTo>
                                <a:lnTo>
                                  <a:pt x="2341562" y="1389578"/>
                                </a:lnTo>
                                <a:lnTo>
                                  <a:pt x="2342239" y="1381132"/>
                                </a:lnTo>
                                <a:lnTo>
                                  <a:pt x="2348996" y="1386494"/>
                                </a:lnTo>
                                <a:lnTo>
                                  <a:pt x="2346983" y="1383479"/>
                                </a:lnTo>
                                <a:lnTo>
                                  <a:pt x="2346325" y="1380451"/>
                                </a:lnTo>
                                <a:lnTo>
                                  <a:pt x="2346325" y="1377423"/>
                                </a:lnTo>
                                <a:lnTo>
                                  <a:pt x="2346544" y="1374627"/>
                                </a:lnTo>
                                <a:lnTo>
                                  <a:pt x="2347203" y="1371831"/>
                                </a:lnTo>
                                <a:lnTo>
                                  <a:pt x="2348081" y="1368803"/>
                                </a:lnTo>
                                <a:lnTo>
                                  <a:pt x="2349179" y="1365775"/>
                                </a:lnTo>
                                <a:lnTo>
                                  <a:pt x="2350716" y="1362980"/>
                                </a:lnTo>
                                <a:lnTo>
                                  <a:pt x="2352472" y="1360184"/>
                                </a:lnTo>
                                <a:lnTo>
                                  <a:pt x="2354668" y="1357854"/>
                                </a:lnTo>
                                <a:lnTo>
                                  <a:pt x="2357083" y="1355524"/>
                                </a:lnTo>
                                <a:lnTo>
                                  <a:pt x="2359717" y="1353195"/>
                                </a:lnTo>
                                <a:lnTo>
                                  <a:pt x="2361019" y="1352345"/>
                                </a:lnTo>
                                <a:close/>
                                <a:moveTo>
                                  <a:pt x="2279970" y="1350647"/>
                                </a:moveTo>
                                <a:lnTo>
                                  <a:pt x="2281464" y="1351975"/>
                                </a:lnTo>
                                <a:lnTo>
                                  <a:pt x="2286453" y="1354470"/>
                                </a:lnTo>
                                <a:lnTo>
                                  <a:pt x="2289486" y="1356174"/>
                                </a:lnTo>
                                <a:lnTo>
                                  <a:pt x="2289065" y="1352821"/>
                                </a:lnTo>
                                <a:lnTo>
                                  <a:pt x="2279970" y="1350647"/>
                                </a:lnTo>
                                <a:close/>
                                <a:moveTo>
                                  <a:pt x="2372096" y="1347455"/>
                                </a:moveTo>
                                <a:lnTo>
                                  <a:pt x="2370529" y="1347607"/>
                                </a:lnTo>
                                <a:lnTo>
                                  <a:pt x="2368644" y="1348547"/>
                                </a:lnTo>
                                <a:lnTo>
                                  <a:pt x="2369377" y="1348303"/>
                                </a:lnTo>
                                <a:lnTo>
                                  <a:pt x="2372096" y="1347455"/>
                                </a:lnTo>
                                <a:close/>
                                <a:moveTo>
                                  <a:pt x="2386753" y="1341018"/>
                                </a:moveTo>
                                <a:lnTo>
                                  <a:pt x="2389188" y="1344659"/>
                                </a:lnTo>
                                <a:lnTo>
                                  <a:pt x="2389188" y="1345793"/>
                                </a:lnTo>
                                <a:lnTo>
                                  <a:pt x="2383475" y="1346349"/>
                                </a:lnTo>
                                <a:lnTo>
                                  <a:pt x="2387600" y="1346440"/>
                                </a:lnTo>
                                <a:lnTo>
                                  <a:pt x="2385624" y="1347372"/>
                                </a:lnTo>
                                <a:lnTo>
                                  <a:pt x="2381452" y="1351798"/>
                                </a:lnTo>
                                <a:lnTo>
                                  <a:pt x="2376842" y="1355990"/>
                                </a:lnTo>
                                <a:lnTo>
                                  <a:pt x="2376491" y="1356334"/>
                                </a:lnTo>
                                <a:lnTo>
                                  <a:pt x="2376495" y="1356335"/>
                                </a:lnTo>
                                <a:lnTo>
                                  <a:pt x="2376715" y="1356335"/>
                                </a:lnTo>
                                <a:lnTo>
                                  <a:pt x="2376944" y="1356111"/>
                                </a:lnTo>
                                <a:lnTo>
                                  <a:pt x="2381742" y="1352087"/>
                                </a:lnTo>
                                <a:lnTo>
                                  <a:pt x="2384713" y="1351416"/>
                                </a:lnTo>
                                <a:lnTo>
                                  <a:pt x="2387455" y="1350969"/>
                                </a:lnTo>
                                <a:lnTo>
                                  <a:pt x="2390197" y="1350969"/>
                                </a:lnTo>
                                <a:lnTo>
                                  <a:pt x="2392482" y="1351416"/>
                                </a:lnTo>
                                <a:lnTo>
                                  <a:pt x="2394996" y="1352087"/>
                                </a:lnTo>
                                <a:lnTo>
                                  <a:pt x="2397281" y="1352980"/>
                                </a:lnTo>
                                <a:lnTo>
                                  <a:pt x="2398315" y="1353740"/>
                                </a:lnTo>
                                <a:lnTo>
                                  <a:pt x="2396885" y="1351453"/>
                                </a:lnTo>
                                <a:lnTo>
                                  <a:pt x="2393939" y="1348057"/>
                                </a:lnTo>
                                <a:lnTo>
                                  <a:pt x="2390766" y="1344658"/>
                                </a:lnTo>
                                <a:lnTo>
                                  <a:pt x="2387367" y="1341487"/>
                                </a:lnTo>
                                <a:lnTo>
                                  <a:pt x="2386753" y="1341018"/>
                                </a:lnTo>
                                <a:close/>
                                <a:moveTo>
                                  <a:pt x="3195254" y="1338982"/>
                                </a:moveTo>
                                <a:lnTo>
                                  <a:pt x="3195127" y="1339057"/>
                                </a:lnTo>
                                <a:lnTo>
                                  <a:pt x="3174269" y="1354706"/>
                                </a:lnTo>
                                <a:lnTo>
                                  <a:pt x="3158973" y="1358919"/>
                                </a:lnTo>
                                <a:lnTo>
                                  <a:pt x="3172732" y="1355994"/>
                                </a:lnTo>
                                <a:lnTo>
                                  <a:pt x="3194050" y="1339940"/>
                                </a:lnTo>
                                <a:lnTo>
                                  <a:pt x="3213780" y="1346044"/>
                                </a:lnTo>
                                <a:lnTo>
                                  <a:pt x="3216502" y="1348306"/>
                                </a:lnTo>
                                <a:lnTo>
                                  <a:pt x="3219223" y="1351018"/>
                                </a:lnTo>
                                <a:lnTo>
                                  <a:pt x="3225800" y="1357803"/>
                                </a:lnTo>
                                <a:lnTo>
                                  <a:pt x="3232830" y="1365945"/>
                                </a:lnTo>
                                <a:lnTo>
                                  <a:pt x="3240541" y="1375443"/>
                                </a:lnTo>
                                <a:lnTo>
                                  <a:pt x="3257550" y="1396019"/>
                                </a:lnTo>
                                <a:lnTo>
                                  <a:pt x="3275239" y="1417276"/>
                                </a:lnTo>
                                <a:lnTo>
                                  <a:pt x="3283039" y="1426691"/>
                                </a:lnTo>
                                <a:lnTo>
                                  <a:pt x="3282401" y="1422404"/>
                                </a:lnTo>
                                <a:lnTo>
                                  <a:pt x="3281031" y="1416922"/>
                                </a:lnTo>
                                <a:lnTo>
                                  <a:pt x="3279889" y="1411671"/>
                                </a:lnTo>
                                <a:lnTo>
                                  <a:pt x="3277835" y="1406189"/>
                                </a:lnTo>
                                <a:lnTo>
                                  <a:pt x="3276922" y="1403676"/>
                                </a:lnTo>
                                <a:lnTo>
                                  <a:pt x="3275780" y="1401393"/>
                                </a:lnTo>
                                <a:lnTo>
                                  <a:pt x="3274182" y="1398880"/>
                                </a:lnTo>
                                <a:lnTo>
                                  <a:pt x="3272812" y="1396368"/>
                                </a:lnTo>
                                <a:lnTo>
                                  <a:pt x="3270758" y="1394084"/>
                                </a:lnTo>
                                <a:lnTo>
                                  <a:pt x="3268931" y="1392258"/>
                                </a:lnTo>
                                <a:lnTo>
                                  <a:pt x="3238111" y="1369879"/>
                                </a:lnTo>
                                <a:lnTo>
                                  <a:pt x="3212999" y="1344756"/>
                                </a:lnTo>
                                <a:lnTo>
                                  <a:pt x="3195254" y="1338982"/>
                                </a:lnTo>
                                <a:close/>
                                <a:moveTo>
                                  <a:pt x="3291265" y="1338236"/>
                                </a:moveTo>
                                <a:lnTo>
                                  <a:pt x="3292674" y="1339048"/>
                                </a:lnTo>
                                <a:lnTo>
                                  <a:pt x="3295914" y="1338541"/>
                                </a:lnTo>
                                <a:lnTo>
                                  <a:pt x="3291265" y="1338236"/>
                                </a:lnTo>
                                <a:close/>
                                <a:moveTo>
                                  <a:pt x="2256197" y="1336530"/>
                                </a:moveTo>
                                <a:lnTo>
                                  <a:pt x="2256291" y="1341321"/>
                                </a:lnTo>
                                <a:lnTo>
                                  <a:pt x="2273980" y="1344720"/>
                                </a:lnTo>
                                <a:lnTo>
                                  <a:pt x="2274660" y="1345627"/>
                                </a:lnTo>
                                <a:lnTo>
                                  <a:pt x="2275297" y="1346262"/>
                                </a:lnTo>
                                <a:lnTo>
                                  <a:pt x="2273592" y="1343524"/>
                                </a:lnTo>
                                <a:lnTo>
                                  <a:pt x="2266993" y="1342846"/>
                                </a:lnTo>
                                <a:lnTo>
                                  <a:pt x="2257208" y="1341484"/>
                                </a:lnTo>
                                <a:lnTo>
                                  <a:pt x="2256197" y="1336530"/>
                                </a:lnTo>
                                <a:close/>
                                <a:moveTo>
                                  <a:pt x="2384104" y="1334417"/>
                                </a:moveTo>
                                <a:lnTo>
                                  <a:pt x="2383991" y="1337020"/>
                                </a:lnTo>
                                <a:lnTo>
                                  <a:pt x="2384647" y="1334921"/>
                                </a:lnTo>
                                <a:lnTo>
                                  <a:pt x="2384104" y="1334417"/>
                                </a:lnTo>
                                <a:close/>
                                <a:moveTo>
                                  <a:pt x="3264049" y="1333160"/>
                                </a:moveTo>
                                <a:lnTo>
                                  <a:pt x="3263689" y="1333341"/>
                                </a:lnTo>
                                <a:lnTo>
                                  <a:pt x="3264361" y="1333576"/>
                                </a:lnTo>
                                <a:lnTo>
                                  <a:pt x="3264049" y="1333160"/>
                                </a:lnTo>
                                <a:close/>
                                <a:moveTo>
                                  <a:pt x="5163157" y="1331490"/>
                                </a:moveTo>
                                <a:lnTo>
                                  <a:pt x="5167920" y="1332623"/>
                                </a:lnTo>
                                <a:lnTo>
                                  <a:pt x="5165652" y="1331944"/>
                                </a:lnTo>
                                <a:lnTo>
                                  <a:pt x="5163157" y="1331490"/>
                                </a:lnTo>
                                <a:close/>
                                <a:moveTo>
                                  <a:pt x="4859564" y="1328475"/>
                                </a:moveTo>
                                <a:lnTo>
                                  <a:pt x="4855028" y="1334145"/>
                                </a:lnTo>
                                <a:lnTo>
                                  <a:pt x="4855709" y="1333918"/>
                                </a:lnTo>
                                <a:lnTo>
                                  <a:pt x="4859564" y="1328475"/>
                                </a:lnTo>
                                <a:close/>
                                <a:moveTo>
                                  <a:pt x="2254250" y="1327877"/>
                                </a:moveTo>
                                <a:lnTo>
                                  <a:pt x="2254477" y="1328103"/>
                                </a:lnTo>
                                <a:lnTo>
                                  <a:pt x="2254250" y="1328103"/>
                                </a:lnTo>
                                <a:lnTo>
                                  <a:pt x="2254250" y="1327877"/>
                                </a:lnTo>
                                <a:close/>
                                <a:moveTo>
                                  <a:pt x="2378475" y="1326688"/>
                                </a:moveTo>
                                <a:lnTo>
                                  <a:pt x="2376652" y="1328255"/>
                                </a:lnTo>
                                <a:lnTo>
                                  <a:pt x="2378508" y="1327583"/>
                                </a:lnTo>
                                <a:lnTo>
                                  <a:pt x="2378475" y="1326688"/>
                                </a:lnTo>
                                <a:close/>
                                <a:moveTo>
                                  <a:pt x="2367176" y="1321122"/>
                                </a:moveTo>
                                <a:lnTo>
                                  <a:pt x="2366888" y="1321753"/>
                                </a:lnTo>
                                <a:lnTo>
                                  <a:pt x="2366205" y="1322661"/>
                                </a:lnTo>
                                <a:lnTo>
                                  <a:pt x="2366205" y="1323795"/>
                                </a:lnTo>
                                <a:lnTo>
                                  <a:pt x="2366236" y="1323917"/>
                                </a:lnTo>
                                <a:lnTo>
                                  <a:pt x="2366383" y="1322886"/>
                                </a:lnTo>
                                <a:lnTo>
                                  <a:pt x="2367060" y="1321527"/>
                                </a:lnTo>
                                <a:lnTo>
                                  <a:pt x="2367176" y="1321122"/>
                                </a:lnTo>
                                <a:close/>
                                <a:moveTo>
                                  <a:pt x="3029222" y="1320356"/>
                                </a:moveTo>
                                <a:lnTo>
                                  <a:pt x="3029565" y="1321092"/>
                                </a:lnTo>
                                <a:lnTo>
                                  <a:pt x="3031157" y="1324277"/>
                                </a:lnTo>
                                <a:lnTo>
                                  <a:pt x="3032118" y="1323636"/>
                                </a:lnTo>
                                <a:lnTo>
                                  <a:pt x="3029850" y="1321141"/>
                                </a:lnTo>
                                <a:lnTo>
                                  <a:pt x="3029222" y="1320356"/>
                                </a:lnTo>
                                <a:close/>
                                <a:moveTo>
                                  <a:pt x="2603121" y="1319747"/>
                                </a:moveTo>
                                <a:lnTo>
                                  <a:pt x="2613999" y="1344658"/>
                                </a:lnTo>
                                <a:lnTo>
                                  <a:pt x="2615552" y="1345947"/>
                                </a:lnTo>
                                <a:lnTo>
                                  <a:pt x="2614404" y="1344825"/>
                                </a:lnTo>
                                <a:lnTo>
                                  <a:pt x="2603500" y="1320073"/>
                                </a:lnTo>
                                <a:lnTo>
                                  <a:pt x="2605544" y="1320298"/>
                                </a:lnTo>
                                <a:lnTo>
                                  <a:pt x="2606950" y="1320298"/>
                                </a:lnTo>
                                <a:lnTo>
                                  <a:pt x="2605161" y="1319973"/>
                                </a:lnTo>
                                <a:lnTo>
                                  <a:pt x="2603121" y="1319747"/>
                                </a:lnTo>
                                <a:close/>
                                <a:moveTo>
                                  <a:pt x="2614509" y="1319556"/>
                                </a:moveTo>
                                <a:lnTo>
                                  <a:pt x="2612413" y="1319747"/>
                                </a:lnTo>
                                <a:lnTo>
                                  <a:pt x="2610147" y="1319973"/>
                                </a:lnTo>
                                <a:lnTo>
                                  <a:pt x="2608358" y="1320298"/>
                                </a:lnTo>
                                <a:lnTo>
                                  <a:pt x="2610542" y="1320298"/>
                                </a:lnTo>
                                <a:lnTo>
                                  <a:pt x="2612814" y="1319848"/>
                                </a:lnTo>
                                <a:lnTo>
                                  <a:pt x="2614509" y="1319556"/>
                                </a:lnTo>
                                <a:close/>
                                <a:moveTo>
                                  <a:pt x="2866164" y="1318553"/>
                                </a:moveTo>
                                <a:lnTo>
                                  <a:pt x="2868835" y="1321198"/>
                                </a:lnTo>
                                <a:lnTo>
                                  <a:pt x="2866336" y="1318724"/>
                                </a:lnTo>
                                <a:lnTo>
                                  <a:pt x="2866164" y="1318553"/>
                                </a:lnTo>
                                <a:close/>
                                <a:moveTo>
                                  <a:pt x="5409289" y="1318120"/>
                                </a:moveTo>
                                <a:lnTo>
                                  <a:pt x="5412238" y="1321746"/>
                                </a:lnTo>
                                <a:lnTo>
                                  <a:pt x="5412011" y="1321519"/>
                                </a:lnTo>
                                <a:lnTo>
                                  <a:pt x="5411104" y="1325372"/>
                                </a:lnTo>
                                <a:lnTo>
                                  <a:pt x="5413146" y="1322199"/>
                                </a:lnTo>
                                <a:lnTo>
                                  <a:pt x="5409289" y="1318120"/>
                                </a:lnTo>
                                <a:close/>
                                <a:moveTo>
                                  <a:pt x="2863836" y="1316537"/>
                                </a:moveTo>
                                <a:lnTo>
                                  <a:pt x="2864518" y="1316923"/>
                                </a:lnTo>
                                <a:lnTo>
                                  <a:pt x="2866164" y="1318553"/>
                                </a:lnTo>
                                <a:lnTo>
                                  <a:pt x="2865881" y="1318274"/>
                                </a:lnTo>
                                <a:lnTo>
                                  <a:pt x="2863836" y="1316537"/>
                                </a:lnTo>
                                <a:close/>
                                <a:moveTo>
                                  <a:pt x="2287473" y="1314723"/>
                                </a:moveTo>
                                <a:lnTo>
                                  <a:pt x="2287700" y="1314949"/>
                                </a:lnTo>
                                <a:lnTo>
                                  <a:pt x="2289520" y="1315856"/>
                                </a:lnTo>
                                <a:lnTo>
                                  <a:pt x="2291341" y="1316764"/>
                                </a:lnTo>
                                <a:lnTo>
                                  <a:pt x="2293389" y="1316990"/>
                                </a:lnTo>
                                <a:lnTo>
                                  <a:pt x="2295892" y="1316990"/>
                                </a:lnTo>
                                <a:lnTo>
                                  <a:pt x="2298167" y="1316764"/>
                                </a:lnTo>
                                <a:lnTo>
                                  <a:pt x="2300670" y="1316537"/>
                                </a:lnTo>
                                <a:lnTo>
                                  <a:pt x="2302538" y="1316071"/>
                                </a:lnTo>
                                <a:lnTo>
                                  <a:pt x="2301989" y="1316071"/>
                                </a:lnTo>
                                <a:lnTo>
                                  <a:pt x="2296735" y="1315371"/>
                                </a:lnTo>
                                <a:lnTo>
                                  <a:pt x="2288741" y="1315371"/>
                                </a:lnTo>
                                <a:lnTo>
                                  <a:pt x="2287473" y="1314723"/>
                                </a:lnTo>
                                <a:close/>
                                <a:moveTo>
                                  <a:pt x="2981175" y="1312457"/>
                                </a:moveTo>
                                <a:lnTo>
                                  <a:pt x="2976631" y="1312684"/>
                                </a:lnTo>
                                <a:lnTo>
                                  <a:pt x="2971860" y="1312911"/>
                                </a:lnTo>
                                <a:lnTo>
                                  <a:pt x="2967089" y="1313139"/>
                                </a:lnTo>
                                <a:lnTo>
                                  <a:pt x="2962545" y="1314048"/>
                                </a:lnTo>
                                <a:lnTo>
                                  <a:pt x="2953231" y="1315411"/>
                                </a:lnTo>
                                <a:lnTo>
                                  <a:pt x="2943916" y="1317456"/>
                                </a:lnTo>
                                <a:lnTo>
                                  <a:pt x="2935056" y="1319502"/>
                                </a:lnTo>
                                <a:lnTo>
                                  <a:pt x="2925968" y="1322455"/>
                                </a:lnTo>
                                <a:lnTo>
                                  <a:pt x="2916880" y="1325410"/>
                                </a:lnTo>
                                <a:lnTo>
                                  <a:pt x="2908247" y="1328818"/>
                                </a:lnTo>
                                <a:lnTo>
                                  <a:pt x="2891663" y="1317001"/>
                                </a:lnTo>
                                <a:lnTo>
                                  <a:pt x="2891435" y="1317001"/>
                                </a:lnTo>
                                <a:lnTo>
                                  <a:pt x="2890981" y="1317001"/>
                                </a:lnTo>
                                <a:lnTo>
                                  <a:pt x="2873454" y="1327654"/>
                                </a:lnTo>
                                <a:lnTo>
                                  <a:pt x="2873454" y="1328211"/>
                                </a:lnTo>
                                <a:lnTo>
                                  <a:pt x="2891389" y="1317400"/>
                                </a:lnTo>
                                <a:lnTo>
                                  <a:pt x="2907961" y="1328886"/>
                                </a:lnTo>
                                <a:lnTo>
                                  <a:pt x="2915452" y="1330237"/>
                                </a:lnTo>
                                <a:lnTo>
                                  <a:pt x="2922944" y="1326634"/>
                                </a:lnTo>
                                <a:lnTo>
                                  <a:pt x="2931343" y="1323256"/>
                                </a:lnTo>
                                <a:lnTo>
                                  <a:pt x="2939744" y="1319878"/>
                                </a:lnTo>
                                <a:lnTo>
                                  <a:pt x="2949051" y="1317400"/>
                                </a:lnTo>
                                <a:lnTo>
                                  <a:pt x="2953365" y="1316049"/>
                                </a:lnTo>
                                <a:lnTo>
                                  <a:pt x="2957905" y="1315148"/>
                                </a:lnTo>
                                <a:lnTo>
                                  <a:pt x="2962672" y="1314248"/>
                                </a:lnTo>
                                <a:lnTo>
                                  <a:pt x="2967213" y="1313572"/>
                                </a:lnTo>
                                <a:lnTo>
                                  <a:pt x="2971980" y="1313121"/>
                                </a:lnTo>
                                <a:lnTo>
                                  <a:pt x="2976293" y="1312896"/>
                                </a:lnTo>
                                <a:lnTo>
                                  <a:pt x="2980606" y="1312896"/>
                                </a:lnTo>
                                <a:lnTo>
                                  <a:pt x="2984693" y="1313347"/>
                                </a:lnTo>
                                <a:lnTo>
                                  <a:pt x="3005124" y="1321454"/>
                                </a:lnTo>
                                <a:lnTo>
                                  <a:pt x="3018291" y="1322581"/>
                                </a:lnTo>
                                <a:lnTo>
                                  <a:pt x="3019426" y="1323256"/>
                                </a:lnTo>
                                <a:lnTo>
                                  <a:pt x="3019426" y="1323482"/>
                                </a:lnTo>
                                <a:lnTo>
                                  <a:pt x="3014794" y="1335597"/>
                                </a:lnTo>
                                <a:lnTo>
                                  <a:pt x="3020555" y="1322276"/>
                                </a:lnTo>
                                <a:lnTo>
                                  <a:pt x="3029336" y="1324228"/>
                                </a:lnTo>
                                <a:lnTo>
                                  <a:pt x="2981175" y="1312457"/>
                                </a:lnTo>
                                <a:close/>
                                <a:moveTo>
                                  <a:pt x="5223499" y="1308149"/>
                                </a:moveTo>
                                <a:lnTo>
                                  <a:pt x="5227240" y="1309055"/>
                                </a:lnTo>
                                <a:lnTo>
                                  <a:pt x="5230304" y="1309962"/>
                                </a:lnTo>
                                <a:lnTo>
                                  <a:pt x="5230985" y="1309962"/>
                                </a:lnTo>
                                <a:lnTo>
                                  <a:pt x="5227240" y="1309055"/>
                                </a:lnTo>
                                <a:lnTo>
                                  <a:pt x="5224179" y="1308149"/>
                                </a:lnTo>
                                <a:lnTo>
                                  <a:pt x="5223499" y="1308149"/>
                                </a:lnTo>
                                <a:close/>
                                <a:moveTo>
                                  <a:pt x="852488" y="1308146"/>
                                </a:moveTo>
                                <a:lnTo>
                                  <a:pt x="848286" y="1312228"/>
                                </a:lnTo>
                                <a:lnTo>
                                  <a:pt x="849920" y="1311548"/>
                                </a:lnTo>
                                <a:lnTo>
                                  <a:pt x="849686" y="1311776"/>
                                </a:lnTo>
                                <a:lnTo>
                                  <a:pt x="844550" y="1314496"/>
                                </a:lnTo>
                                <a:lnTo>
                                  <a:pt x="852488" y="1308146"/>
                                </a:lnTo>
                                <a:close/>
                                <a:moveTo>
                                  <a:pt x="2362337" y="1307947"/>
                                </a:moveTo>
                                <a:lnTo>
                                  <a:pt x="2374735" y="1310615"/>
                                </a:lnTo>
                                <a:lnTo>
                                  <a:pt x="2374960" y="1310434"/>
                                </a:lnTo>
                                <a:lnTo>
                                  <a:pt x="2370446" y="1309303"/>
                                </a:lnTo>
                                <a:lnTo>
                                  <a:pt x="2366157" y="1308623"/>
                                </a:lnTo>
                                <a:lnTo>
                                  <a:pt x="2362337" y="1307947"/>
                                </a:lnTo>
                                <a:close/>
                                <a:moveTo>
                                  <a:pt x="2846853" y="1306822"/>
                                </a:moveTo>
                                <a:lnTo>
                                  <a:pt x="2853160" y="1309722"/>
                                </a:lnTo>
                                <a:lnTo>
                                  <a:pt x="2856340" y="1311522"/>
                                </a:lnTo>
                                <a:lnTo>
                                  <a:pt x="2859521" y="1313323"/>
                                </a:lnTo>
                                <a:lnTo>
                                  <a:pt x="2862701" y="1315572"/>
                                </a:lnTo>
                                <a:lnTo>
                                  <a:pt x="2863836" y="1316537"/>
                                </a:lnTo>
                                <a:lnTo>
                                  <a:pt x="2862928" y="1316023"/>
                                </a:lnTo>
                                <a:lnTo>
                                  <a:pt x="2861792" y="1315798"/>
                                </a:lnTo>
                                <a:lnTo>
                                  <a:pt x="2861565" y="1316023"/>
                                </a:lnTo>
                                <a:lnTo>
                                  <a:pt x="2861111" y="1316023"/>
                                </a:lnTo>
                                <a:lnTo>
                                  <a:pt x="2860884" y="1316698"/>
                                </a:lnTo>
                                <a:lnTo>
                                  <a:pt x="2860884" y="1317823"/>
                                </a:lnTo>
                                <a:lnTo>
                                  <a:pt x="2861338" y="1318948"/>
                                </a:lnTo>
                                <a:lnTo>
                                  <a:pt x="2862019" y="1320298"/>
                                </a:lnTo>
                                <a:lnTo>
                                  <a:pt x="2862928" y="1321649"/>
                                </a:lnTo>
                                <a:lnTo>
                                  <a:pt x="2864291" y="1322774"/>
                                </a:lnTo>
                                <a:lnTo>
                                  <a:pt x="2865654" y="1323673"/>
                                </a:lnTo>
                                <a:lnTo>
                                  <a:pt x="2867699" y="1324574"/>
                                </a:lnTo>
                                <a:lnTo>
                                  <a:pt x="2869516" y="1324799"/>
                                </a:lnTo>
                                <a:lnTo>
                                  <a:pt x="2871788" y="1324574"/>
                                </a:lnTo>
                                <a:lnTo>
                                  <a:pt x="2867926" y="1325699"/>
                                </a:lnTo>
                                <a:lnTo>
                                  <a:pt x="2864291" y="1326824"/>
                                </a:lnTo>
                                <a:lnTo>
                                  <a:pt x="2860884" y="1328624"/>
                                </a:lnTo>
                                <a:lnTo>
                                  <a:pt x="2857930" y="1330424"/>
                                </a:lnTo>
                                <a:lnTo>
                                  <a:pt x="2854977" y="1332449"/>
                                </a:lnTo>
                                <a:lnTo>
                                  <a:pt x="2852251" y="1334699"/>
                                </a:lnTo>
                                <a:lnTo>
                                  <a:pt x="2847253" y="1339425"/>
                                </a:lnTo>
                                <a:lnTo>
                                  <a:pt x="2845004" y="1341653"/>
                                </a:lnTo>
                                <a:lnTo>
                                  <a:pt x="2847120" y="1340147"/>
                                </a:lnTo>
                                <a:lnTo>
                                  <a:pt x="2857336" y="1333391"/>
                                </a:lnTo>
                                <a:lnTo>
                                  <a:pt x="2861876" y="1330913"/>
                                </a:lnTo>
                                <a:lnTo>
                                  <a:pt x="2865736" y="1328661"/>
                                </a:lnTo>
                                <a:lnTo>
                                  <a:pt x="2869141" y="1326859"/>
                                </a:lnTo>
                                <a:lnTo>
                                  <a:pt x="2870730" y="1326634"/>
                                </a:lnTo>
                                <a:lnTo>
                                  <a:pt x="2871865" y="1326409"/>
                                </a:lnTo>
                                <a:lnTo>
                                  <a:pt x="2872546" y="1326409"/>
                                </a:lnTo>
                                <a:lnTo>
                                  <a:pt x="2873033" y="1326570"/>
                                </a:lnTo>
                                <a:lnTo>
                                  <a:pt x="2873033" y="1326092"/>
                                </a:lnTo>
                                <a:lnTo>
                                  <a:pt x="2872579" y="1324729"/>
                                </a:lnTo>
                                <a:lnTo>
                                  <a:pt x="2871897" y="1322910"/>
                                </a:lnTo>
                                <a:lnTo>
                                  <a:pt x="2870989" y="1321546"/>
                                </a:lnTo>
                                <a:lnTo>
                                  <a:pt x="2870080" y="1319956"/>
                                </a:lnTo>
                                <a:lnTo>
                                  <a:pt x="2868490" y="1318593"/>
                                </a:lnTo>
                                <a:lnTo>
                                  <a:pt x="2867126" y="1317229"/>
                                </a:lnTo>
                                <a:lnTo>
                                  <a:pt x="2865309" y="1315866"/>
                                </a:lnTo>
                                <a:lnTo>
                                  <a:pt x="2861447" y="1313593"/>
                                </a:lnTo>
                                <a:lnTo>
                                  <a:pt x="2857130" y="1311094"/>
                                </a:lnTo>
                                <a:lnTo>
                                  <a:pt x="2852132" y="1308821"/>
                                </a:lnTo>
                                <a:lnTo>
                                  <a:pt x="2847361" y="1307003"/>
                                </a:lnTo>
                                <a:lnTo>
                                  <a:pt x="2846853" y="1306822"/>
                                </a:lnTo>
                                <a:close/>
                                <a:moveTo>
                                  <a:pt x="2353670" y="1305024"/>
                                </a:moveTo>
                                <a:lnTo>
                                  <a:pt x="2354827" y="1306331"/>
                                </a:lnTo>
                                <a:lnTo>
                                  <a:pt x="2358233" y="1307064"/>
                                </a:lnTo>
                                <a:lnTo>
                                  <a:pt x="2355775" y="1306359"/>
                                </a:lnTo>
                                <a:lnTo>
                                  <a:pt x="2354420" y="1305453"/>
                                </a:lnTo>
                                <a:lnTo>
                                  <a:pt x="2353670" y="1305024"/>
                                </a:lnTo>
                                <a:close/>
                                <a:moveTo>
                                  <a:pt x="2338522" y="1301334"/>
                                </a:moveTo>
                                <a:lnTo>
                                  <a:pt x="2340719" y="1302702"/>
                                </a:lnTo>
                                <a:lnTo>
                                  <a:pt x="2340803" y="1302658"/>
                                </a:lnTo>
                                <a:lnTo>
                                  <a:pt x="2338522" y="1301334"/>
                                </a:lnTo>
                                <a:close/>
                                <a:moveTo>
                                  <a:pt x="3710313" y="1296070"/>
                                </a:moveTo>
                                <a:lnTo>
                                  <a:pt x="3709775" y="1296194"/>
                                </a:lnTo>
                                <a:lnTo>
                                  <a:pt x="3704107" y="1299823"/>
                                </a:lnTo>
                                <a:lnTo>
                                  <a:pt x="3704150" y="1302812"/>
                                </a:lnTo>
                                <a:lnTo>
                                  <a:pt x="3710313" y="1296070"/>
                                </a:lnTo>
                                <a:close/>
                                <a:moveTo>
                                  <a:pt x="2815101" y="1294959"/>
                                </a:moveTo>
                                <a:lnTo>
                                  <a:pt x="2812559" y="1295129"/>
                                </a:lnTo>
                                <a:lnTo>
                                  <a:pt x="2815222" y="1295546"/>
                                </a:lnTo>
                                <a:lnTo>
                                  <a:pt x="2815953" y="1295385"/>
                                </a:lnTo>
                                <a:lnTo>
                                  <a:pt x="2815101" y="1294959"/>
                                </a:lnTo>
                                <a:close/>
                                <a:moveTo>
                                  <a:pt x="2308365" y="1292258"/>
                                </a:moveTo>
                                <a:lnTo>
                                  <a:pt x="2316163" y="1294753"/>
                                </a:lnTo>
                                <a:lnTo>
                                  <a:pt x="2315494" y="1295433"/>
                                </a:lnTo>
                                <a:lnTo>
                                  <a:pt x="2311038" y="1297021"/>
                                </a:lnTo>
                                <a:lnTo>
                                  <a:pt x="2303463" y="1293391"/>
                                </a:lnTo>
                                <a:lnTo>
                                  <a:pt x="2307028" y="1292484"/>
                                </a:lnTo>
                                <a:lnTo>
                                  <a:pt x="2308365" y="1292258"/>
                                </a:lnTo>
                                <a:close/>
                                <a:moveTo>
                                  <a:pt x="2788065" y="1291779"/>
                                </a:moveTo>
                                <a:lnTo>
                                  <a:pt x="2791473" y="1297687"/>
                                </a:lnTo>
                                <a:lnTo>
                                  <a:pt x="2791928" y="1298595"/>
                                </a:lnTo>
                                <a:lnTo>
                                  <a:pt x="2778296" y="1306776"/>
                                </a:lnTo>
                                <a:lnTo>
                                  <a:pt x="2763075" y="1295414"/>
                                </a:lnTo>
                                <a:lnTo>
                                  <a:pt x="2761566" y="1294575"/>
                                </a:lnTo>
                                <a:lnTo>
                                  <a:pt x="2760929" y="1295321"/>
                                </a:lnTo>
                                <a:lnTo>
                                  <a:pt x="2778648" y="1307248"/>
                                </a:lnTo>
                                <a:lnTo>
                                  <a:pt x="2792960" y="1298697"/>
                                </a:lnTo>
                                <a:lnTo>
                                  <a:pt x="2788328" y="1291816"/>
                                </a:lnTo>
                                <a:lnTo>
                                  <a:pt x="2788065" y="1291779"/>
                                </a:lnTo>
                                <a:close/>
                                <a:moveTo>
                                  <a:pt x="723713" y="1289398"/>
                                </a:moveTo>
                                <a:lnTo>
                                  <a:pt x="712612" y="1303577"/>
                                </a:lnTo>
                                <a:lnTo>
                                  <a:pt x="696509" y="1324207"/>
                                </a:lnTo>
                                <a:lnTo>
                                  <a:pt x="680405" y="1345064"/>
                                </a:lnTo>
                                <a:lnTo>
                                  <a:pt x="676639" y="1350084"/>
                                </a:lnTo>
                                <a:lnTo>
                                  <a:pt x="681617" y="1343951"/>
                                </a:lnTo>
                                <a:lnTo>
                                  <a:pt x="690002" y="1333294"/>
                                </a:lnTo>
                                <a:lnTo>
                                  <a:pt x="699066" y="1322861"/>
                                </a:lnTo>
                                <a:lnTo>
                                  <a:pt x="708129" y="1312655"/>
                                </a:lnTo>
                                <a:lnTo>
                                  <a:pt x="717193" y="1302676"/>
                                </a:lnTo>
                                <a:lnTo>
                                  <a:pt x="719686" y="1304491"/>
                                </a:lnTo>
                                <a:lnTo>
                                  <a:pt x="722405" y="1305851"/>
                                </a:lnTo>
                                <a:lnTo>
                                  <a:pt x="725351" y="1306986"/>
                                </a:lnTo>
                                <a:lnTo>
                                  <a:pt x="728523" y="1308119"/>
                                </a:lnTo>
                                <a:lnTo>
                                  <a:pt x="731696" y="1309027"/>
                                </a:lnTo>
                                <a:lnTo>
                                  <a:pt x="735094" y="1309707"/>
                                </a:lnTo>
                                <a:lnTo>
                                  <a:pt x="738720" y="1310160"/>
                                </a:lnTo>
                                <a:lnTo>
                                  <a:pt x="742345" y="1310841"/>
                                </a:lnTo>
                                <a:lnTo>
                                  <a:pt x="749823" y="1311521"/>
                                </a:lnTo>
                                <a:lnTo>
                                  <a:pt x="757527" y="1311748"/>
                                </a:lnTo>
                                <a:lnTo>
                                  <a:pt x="765912" y="1311521"/>
                                </a:lnTo>
                                <a:lnTo>
                                  <a:pt x="774069" y="1311068"/>
                                </a:lnTo>
                                <a:lnTo>
                                  <a:pt x="790611" y="1309707"/>
                                </a:lnTo>
                                <a:lnTo>
                                  <a:pt x="806926" y="1308346"/>
                                </a:lnTo>
                                <a:lnTo>
                                  <a:pt x="814403" y="1307665"/>
                                </a:lnTo>
                                <a:lnTo>
                                  <a:pt x="821654" y="1307439"/>
                                </a:lnTo>
                                <a:lnTo>
                                  <a:pt x="828226" y="1306986"/>
                                </a:lnTo>
                                <a:lnTo>
                                  <a:pt x="834344" y="1307439"/>
                                </a:lnTo>
                                <a:lnTo>
                                  <a:pt x="823467" y="1317191"/>
                                </a:lnTo>
                                <a:lnTo>
                                  <a:pt x="837743" y="1305397"/>
                                </a:lnTo>
                                <a:lnTo>
                                  <a:pt x="840235" y="1305397"/>
                                </a:lnTo>
                                <a:lnTo>
                                  <a:pt x="843635" y="1305851"/>
                                </a:lnTo>
                                <a:lnTo>
                                  <a:pt x="840915" y="1313108"/>
                                </a:lnTo>
                                <a:lnTo>
                                  <a:pt x="846580" y="1323768"/>
                                </a:lnTo>
                                <a:lnTo>
                                  <a:pt x="840915" y="1327850"/>
                                </a:lnTo>
                                <a:lnTo>
                                  <a:pt x="835024" y="1331706"/>
                                </a:lnTo>
                                <a:lnTo>
                                  <a:pt x="829132" y="1335561"/>
                                </a:lnTo>
                                <a:lnTo>
                                  <a:pt x="823467" y="1338964"/>
                                </a:lnTo>
                                <a:lnTo>
                                  <a:pt x="817349" y="1342364"/>
                                </a:lnTo>
                                <a:lnTo>
                                  <a:pt x="811231" y="1345766"/>
                                </a:lnTo>
                                <a:lnTo>
                                  <a:pt x="804886" y="1348942"/>
                                </a:lnTo>
                                <a:lnTo>
                                  <a:pt x="798541" y="1351888"/>
                                </a:lnTo>
                                <a:lnTo>
                                  <a:pt x="803980" y="1349848"/>
                                </a:lnTo>
                                <a:lnTo>
                                  <a:pt x="808965" y="1347354"/>
                                </a:lnTo>
                                <a:lnTo>
                                  <a:pt x="813950" y="1344859"/>
                                </a:lnTo>
                                <a:lnTo>
                                  <a:pt x="818709" y="1341911"/>
                                </a:lnTo>
                                <a:lnTo>
                                  <a:pt x="814856" y="1344859"/>
                                </a:lnTo>
                                <a:lnTo>
                                  <a:pt x="809645" y="1348488"/>
                                </a:lnTo>
                                <a:lnTo>
                                  <a:pt x="795596" y="1357558"/>
                                </a:lnTo>
                                <a:lnTo>
                                  <a:pt x="781773" y="1366632"/>
                                </a:lnTo>
                                <a:lnTo>
                                  <a:pt x="772483" y="1372528"/>
                                </a:lnTo>
                                <a:lnTo>
                                  <a:pt x="773389" y="1363229"/>
                                </a:lnTo>
                                <a:lnTo>
                                  <a:pt x="771123" y="1366858"/>
                                </a:lnTo>
                                <a:lnTo>
                                  <a:pt x="769310" y="1378424"/>
                                </a:lnTo>
                                <a:lnTo>
                                  <a:pt x="768404" y="1378651"/>
                                </a:lnTo>
                                <a:lnTo>
                                  <a:pt x="758887" y="1387494"/>
                                </a:lnTo>
                                <a:lnTo>
                                  <a:pt x="788118" y="1366858"/>
                                </a:lnTo>
                                <a:lnTo>
                                  <a:pt x="791064" y="1365270"/>
                                </a:lnTo>
                                <a:lnTo>
                                  <a:pt x="806699" y="1352568"/>
                                </a:lnTo>
                                <a:lnTo>
                                  <a:pt x="814177" y="1346220"/>
                                </a:lnTo>
                                <a:lnTo>
                                  <a:pt x="817349" y="1343951"/>
                                </a:lnTo>
                                <a:lnTo>
                                  <a:pt x="821201" y="1340777"/>
                                </a:lnTo>
                                <a:lnTo>
                                  <a:pt x="827093" y="1346220"/>
                                </a:lnTo>
                                <a:lnTo>
                                  <a:pt x="803753" y="1374343"/>
                                </a:lnTo>
                                <a:lnTo>
                                  <a:pt x="806246" y="1373436"/>
                                </a:lnTo>
                                <a:lnTo>
                                  <a:pt x="823920" y="1361188"/>
                                </a:lnTo>
                                <a:lnTo>
                                  <a:pt x="818256" y="1367085"/>
                                </a:lnTo>
                                <a:lnTo>
                                  <a:pt x="820068" y="1371621"/>
                                </a:lnTo>
                                <a:lnTo>
                                  <a:pt x="812138" y="1387041"/>
                                </a:lnTo>
                                <a:lnTo>
                                  <a:pt x="801261" y="1395430"/>
                                </a:lnTo>
                                <a:lnTo>
                                  <a:pt x="791744" y="1406771"/>
                                </a:lnTo>
                                <a:lnTo>
                                  <a:pt x="789251" y="1414708"/>
                                </a:lnTo>
                                <a:lnTo>
                                  <a:pt x="781547" y="1418110"/>
                                </a:lnTo>
                                <a:lnTo>
                                  <a:pt x="783586" y="1421739"/>
                                </a:lnTo>
                                <a:lnTo>
                                  <a:pt x="780640" y="1427635"/>
                                </a:lnTo>
                                <a:lnTo>
                                  <a:pt x="776788" y="1426954"/>
                                </a:lnTo>
                                <a:lnTo>
                                  <a:pt x="722858" y="1471405"/>
                                </a:lnTo>
                                <a:lnTo>
                                  <a:pt x="716740" y="1475033"/>
                                </a:lnTo>
                                <a:lnTo>
                                  <a:pt x="710622" y="1479116"/>
                                </a:lnTo>
                                <a:lnTo>
                                  <a:pt x="704277" y="1483878"/>
                                </a:lnTo>
                                <a:lnTo>
                                  <a:pt x="698159" y="1488640"/>
                                </a:lnTo>
                                <a:lnTo>
                                  <a:pt x="685470" y="1498846"/>
                                </a:lnTo>
                                <a:lnTo>
                                  <a:pt x="672554" y="1509051"/>
                                </a:lnTo>
                                <a:lnTo>
                                  <a:pt x="666209" y="1514040"/>
                                </a:lnTo>
                                <a:lnTo>
                                  <a:pt x="660091" y="1518577"/>
                                </a:lnTo>
                                <a:lnTo>
                                  <a:pt x="654199" y="1522885"/>
                                </a:lnTo>
                                <a:lnTo>
                                  <a:pt x="648081" y="1526741"/>
                                </a:lnTo>
                                <a:lnTo>
                                  <a:pt x="642190" y="1530143"/>
                                </a:lnTo>
                                <a:lnTo>
                                  <a:pt x="636751" y="1532864"/>
                                </a:lnTo>
                                <a:lnTo>
                                  <a:pt x="634032" y="1533998"/>
                                </a:lnTo>
                                <a:lnTo>
                                  <a:pt x="631540" y="1534905"/>
                                </a:lnTo>
                                <a:lnTo>
                                  <a:pt x="628821" y="1535585"/>
                                </a:lnTo>
                                <a:lnTo>
                                  <a:pt x="626328" y="1536039"/>
                                </a:lnTo>
                                <a:lnTo>
                                  <a:pt x="620436" y="1530596"/>
                                </a:lnTo>
                                <a:lnTo>
                                  <a:pt x="612052" y="1534452"/>
                                </a:lnTo>
                                <a:lnTo>
                                  <a:pt x="609560" y="1531050"/>
                                </a:lnTo>
                                <a:lnTo>
                                  <a:pt x="605707" y="1532637"/>
                                </a:lnTo>
                                <a:lnTo>
                                  <a:pt x="603668" y="1531957"/>
                                </a:lnTo>
                                <a:lnTo>
                                  <a:pt x="601402" y="1531503"/>
                                </a:lnTo>
                                <a:lnTo>
                                  <a:pt x="599136" y="1531503"/>
                                </a:lnTo>
                                <a:lnTo>
                                  <a:pt x="596870" y="1531731"/>
                                </a:lnTo>
                                <a:lnTo>
                                  <a:pt x="594151" y="1532184"/>
                                </a:lnTo>
                                <a:lnTo>
                                  <a:pt x="591659" y="1533091"/>
                                </a:lnTo>
                                <a:lnTo>
                                  <a:pt x="588939" y="1534452"/>
                                </a:lnTo>
                                <a:lnTo>
                                  <a:pt x="586220" y="1536039"/>
                                </a:lnTo>
                                <a:lnTo>
                                  <a:pt x="583728" y="1537853"/>
                                </a:lnTo>
                                <a:lnTo>
                                  <a:pt x="581009" y="1539667"/>
                                </a:lnTo>
                                <a:lnTo>
                                  <a:pt x="575343" y="1544204"/>
                                </a:lnTo>
                                <a:lnTo>
                                  <a:pt x="570132" y="1548966"/>
                                </a:lnTo>
                                <a:lnTo>
                                  <a:pt x="564694" y="1554409"/>
                                </a:lnTo>
                                <a:lnTo>
                                  <a:pt x="559935" y="1559852"/>
                                </a:lnTo>
                                <a:lnTo>
                                  <a:pt x="555176" y="1565295"/>
                                </a:lnTo>
                                <a:lnTo>
                                  <a:pt x="551098" y="1570058"/>
                                </a:lnTo>
                                <a:lnTo>
                                  <a:pt x="547472" y="1574820"/>
                                </a:lnTo>
                                <a:lnTo>
                                  <a:pt x="542261" y="1581850"/>
                                </a:lnTo>
                                <a:lnTo>
                                  <a:pt x="540447" y="1584118"/>
                                </a:lnTo>
                                <a:lnTo>
                                  <a:pt x="535009" y="1592055"/>
                                </a:lnTo>
                                <a:lnTo>
                                  <a:pt x="529797" y="1599767"/>
                                </a:lnTo>
                                <a:lnTo>
                                  <a:pt x="521466" y="1610395"/>
                                </a:lnTo>
                                <a:lnTo>
                                  <a:pt x="517561" y="1614508"/>
                                </a:lnTo>
                                <a:lnTo>
                                  <a:pt x="508951" y="1624713"/>
                                </a:lnTo>
                                <a:lnTo>
                                  <a:pt x="500340" y="1635599"/>
                                </a:lnTo>
                                <a:lnTo>
                                  <a:pt x="491729" y="1646258"/>
                                </a:lnTo>
                                <a:lnTo>
                                  <a:pt x="483798" y="1657144"/>
                                </a:lnTo>
                                <a:lnTo>
                                  <a:pt x="475566" y="1668552"/>
                                </a:lnTo>
                                <a:lnTo>
                                  <a:pt x="471335" y="1673926"/>
                                </a:lnTo>
                                <a:lnTo>
                                  <a:pt x="460232" y="1688894"/>
                                </a:lnTo>
                                <a:lnTo>
                                  <a:pt x="455020" y="1696605"/>
                                </a:lnTo>
                                <a:lnTo>
                                  <a:pt x="449582" y="1704316"/>
                                </a:lnTo>
                                <a:lnTo>
                                  <a:pt x="452755" y="1700234"/>
                                </a:lnTo>
                                <a:lnTo>
                                  <a:pt x="457287" y="1694110"/>
                                </a:lnTo>
                                <a:lnTo>
                                  <a:pt x="469070" y="1677555"/>
                                </a:lnTo>
                                <a:lnTo>
                                  <a:pt x="475566" y="1668552"/>
                                </a:lnTo>
                                <a:lnTo>
                                  <a:pt x="483118" y="1658959"/>
                                </a:lnTo>
                                <a:lnTo>
                                  <a:pt x="494902" y="1644217"/>
                                </a:lnTo>
                                <a:lnTo>
                                  <a:pt x="506685" y="1629476"/>
                                </a:lnTo>
                                <a:lnTo>
                                  <a:pt x="518241" y="1614508"/>
                                </a:lnTo>
                                <a:lnTo>
                                  <a:pt x="521466" y="1610395"/>
                                </a:lnTo>
                                <a:lnTo>
                                  <a:pt x="521867" y="1609972"/>
                                </a:lnTo>
                                <a:lnTo>
                                  <a:pt x="526172" y="1605436"/>
                                </a:lnTo>
                                <a:lnTo>
                                  <a:pt x="530477" y="1601127"/>
                                </a:lnTo>
                                <a:lnTo>
                                  <a:pt x="534556" y="1597272"/>
                                </a:lnTo>
                                <a:lnTo>
                                  <a:pt x="538635" y="1593643"/>
                                </a:lnTo>
                                <a:lnTo>
                                  <a:pt x="542713" y="1590695"/>
                                </a:lnTo>
                                <a:lnTo>
                                  <a:pt x="546566" y="1588200"/>
                                </a:lnTo>
                                <a:lnTo>
                                  <a:pt x="550191" y="1585932"/>
                                </a:lnTo>
                                <a:lnTo>
                                  <a:pt x="553817" y="1584118"/>
                                </a:lnTo>
                                <a:lnTo>
                                  <a:pt x="557216" y="1582984"/>
                                </a:lnTo>
                                <a:lnTo>
                                  <a:pt x="560388" y="1582531"/>
                                </a:lnTo>
                                <a:lnTo>
                                  <a:pt x="561974" y="1582531"/>
                                </a:lnTo>
                                <a:lnTo>
                                  <a:pt x="563560" y="1582531"/>
                                </a:lnTo>
                                <a:lnTo>
                                  <a:pt x="563560" y="1585025"/>
                                </a:lnTo>
                                <a:lnTo>
                                  <a:pt x="563334" y="1587293"/>
                                </a:lnTo>
                                <a:lnTo>
                                  <a:pt x="562654" y="1589788"/>
                                </a:lnTo>
                                <a:lnTo>
                                  <a:pt x="562201" y="1592055"/>
                                </a:lnTo>
                                <a:lnTo>
                                  <a:pt x="561521" y="1594323"/>
                                </a:lnTo>
                                <a:lnTo>
                                  <a:pt x="560841" y="1596818"/>
                                </a:lnTo>
                                <a:lnTo>
                                  <a:pt x="558576" y="1601581"/>
                                </a:lnTo>
                                <a:lnTo>
                                  <a:pt x="555856" y="1606117"/>
                                </a:lnTo>
                                <a:lnTo>
                                  <a:pt x="553137" y="1610425"/>
                                </a:lnTo>
                                <a:lnTo>
                                  <a:pt x="549738" y="1614508"/>
                                </a:lnTo>
                                <a:lnTo>
                                  <a:pt x="546112" y="1618817"/>
                                </a:lnTo>
                                <a:lnTo>
                                  <a:pt x="542261" y="1622445"/>
                                </a:lnTo>
                                <a:lnTo>
                                  <a:pt x="538635" y="1625847"/>
                                </a:lnTo>
                                <a:lnTo>
                                  <a:pt x="535009" y="1629022"/>
                                </a:lnTo>
                                <a:lnTo>
                                  <a:pt x="531384" y="1631517"/>
                                </a:lnTo>
                                <a:lnTo>
                                  <a:pt x="527985" y="1633785"/>
                                </a:lnTo>
                                <a:lnTo>
                                  <a:pt x="525039" y="1635599"/>
                                </a:lnTo>
                                <a:lnTo>
                                  <a:pt x="522546" y="1636506"/>
                                </a:lnTo>
                                <a:lnTo>
                                  <a:pt x="520280" y="1637187"/>
                                </a:lnTo>
                                <a:lnTo>
                                  <a:pt x="520054" y="1637187"/>
                                </a:lnTo>
                                <a:lnTo>
                                  <a:pt x="519601" y="1637187"/>
                                </a:lnTo>
                                <a:lnTo>
                                  <a:pt x="516202" y="1639228"/>
                                </a:lnTo>
                                <a:lnTo>
                                  <a:pt x="515975" y="1639228"/>
                                </a:lnTo>
                                <a:lnTo>
                                  <a:pt x="509177" y="1645805"/>
                                </a:lnTo>
                                <a:lnTo>
                                  <a:pt x="512803" y="1643536"/>
                                </a:lnTo>
                                <a:lnTo>
                                  <a:pt x="512576" y="1646485"/>
                                </a:lnTo>
                                <a:lnTo>
                                  <a:pt x="511670" y="1649433"/>
                                </a:lnTo>
                                <a:lnTo>
                                  <a:pt x="510990" y="1652155"/>
                                </a:lnTo>
                                <a:lnTo>
                                  <a:pt x="509857" y="1654649"/>
                                </a:lnTo>
                                <a:lnTo>
                                  <a:pt x="508951" y="1657144"/>
                                </a:lnTo>
                                <a:lnTo>
                                  <a:pt x="507364" y="1659865"/>
                                </a:lnTo>
                                <a:lnTo>
                                  <a:pt x="506005" y="1662360"/>
                                </a:lnTo>
                                <a:lnTo>
                                  <a:pt x="503965" y="1664628"/>
                                </a:lnTo>
                                <a:lnTo>
                                  <a:pt x="516202" y="1654876"/>
                                </a:lnTo>
                                <a:lnTo>
                                  <a:pt x="515069" y="1658959"/>
                                </a:lnTo>
                                <a:lnTo>
                                  <a:pt x="513936" y="1662587"/>
                                </a:lnTo>
                                <a:lnTo>
                                  <a:pt x="512803" y="1666215"/>
                                </a:lnTo>
                                <a:lnTo>
                                  <a:pt x="511216" y="1669844"/>
                                </a:lnTo>
                                <a:lnTo>
                                  <a:pt x="507818" y="1676648"/>
                                </a:lnTo>
                                <a:lnTo>
                                  <a:pt x="504192" y="1682998"/>
                                </a:lnTo>
                                <a:lnTo>
                                  <a:pt x="500340" y="1689348"/>
                                </a:lnTo>
                                <a:lnTo>
                                  <a:pt x="496035" y="1695244"/>
                                </a:lnTo>
                                <a:lnTo>
                                  <a:pt x="494588" y="1697263"/>
                                </a:lnTo>
                                <a:lnTo>
                                  <a:pt x="486958" y="1708365"/>
                                </a:lnTo>
                                <a:lnTo>
                                  <a:pt x="482571" y="1716810"/>
                                </a:lnTo>
                                <a:lnTo>
                                  <a:pt x="481416" y="1718811"/>
                                </a:lnTo>
                                <a:lnTo>
                                  <a:pt x="478629" y="1723145"/>
                                </a:lnTo>
                                <a:lnTo>
                                  <a:pt x="482179" y="1715173"/>
                                </a:lnTo>
                                <a:lnTo>
                                  <a:pt x="479493" y="1719284"/>
                                </a:lnTo>
                                <a:lnTo>
                                  <a:pt x="475641" y="1725407"/>
                                </a:lnTo>
                                <a:lnTo>
                                  <a:pt x="472468" y="1731984"/>
                                </a:lnTo>
                                <a:lnTo>
                                  <a:pt x="470656" y="1735386"/>
                                </a:lnTo>
                                <a:lnTo>
                                  <a:pt x="469523" y="1738788"/>
                                </a:lnTo>
                                <a:lnTo>
                                  <a:pt x="468163" y="1742189"/>
                                </a:lnTo>
                                <a:lnTo>
                                  <a:pt x="467030" y="1745818"/>
                                </a:lnTo>
                                <a:lnTo>
                                  <a:pt x="466351" y="1749673"/>
                                </a:lnTo>
                                <a:lnTo>
                                  <a:pt x="465670" y="1753302"/>
                                </a:lnTo>
                                <a:lnTo>
                                  <a:pt x="465217" y="1757611"/>
                                </a:lnTo>
                                <a:lnTo>
                                  <a:pt x="464538" y="1761693"/>
                                </a:lnTo>
                                <a:lnTo>
                                  <a:pt x="460912" y="1768497"/>
                                </a:lnTo>
                                <a:lnTo>
                                  <a:pt x="473602" y="1759425"/>
                                </a:lnTo>
                                <a:lnTo>
                                  <a:pt x="470429" y="1768951"/>
                                </a:lnTo>
                                <a:lnTo>
                                  <a:pt x="471829" y="1767923"/>
                                </a:lnTo>
                                <a:lnTo>
                                  <a:pt x="483758" y="1746692"/>
                                </a:lnTo>
                                <a:lnTo>
                                  <a:pt x="526818" y="1695506"/>
                                </a:lnTo>
                                <a:lnTo>
                                  <a:pt x="527050" y="1695734"/>
                                </a:lnTo>
                                <a:lnTo>
                                  <a:pt x="524040" y="1704379"/>
                                </a:lnTo>
                                <a:lnTo>
                                  <a:pt x="511308" y="1722578"/>
                                </a:lnTo>
                                <a:lnTo>
                                  <a:pt x="503436" y="1733725"/>
                                </a:lnTo>
                                <a:lnTo>
                                  <a:pt x="502047" y="1735545"/>
                                </a:lnTo>
                                <a:lnTo>
                                  <a:pt x="502971" y="1733988"/>
                                </a:lnTo>
                                <a:lnTo>
                                  <a:pt x="503899" y="1733042"/>
                                </a:lnTo>
                                <a:lnTo>
                                  <a:pt x="503667" y="1732815"/>
                                </a:lnTo>
                                <a:lnTo>
                                  <a:pt x="502971" y="1733988"/>
                                </a:lnTo>
                                <a:lnTo>
                                  <a:pt x="491397" y="1745782"/>
                                </a:lnTo>
                                <a:lnTo>
                                  <a:pt x="491860" y="1745782"/>
                                </a:lnTo>
                                <a:lnTo>
                                  <a:pt x="492061" y="1745979"/>
                                </a:lnTo>
                                <a:lnTo>
                                  <a:pt x="491628" y="1746464"/>
                                </a:lnTo>
                                <a:lnTo>
                                  <a:pt x="490008" y="1748284"/>
                                </a:lnTo>
                                <a:lnTo>
                                  <a:pt x="489750" y="1748876"/>
                                </a:lnTo>
                                <a:lnTo>
                                  <a:pt x="477969" y="1763298"/>
                                </a:lnTo>
                                <a:lnTo>
                                  <a:pt x="481211" y="1760569"/>
                                </a:lnTo>
                                <a:lnTo>
                                  <a:pt x="478896" y="1765574"/>
                                </a:lnTo>
                                <a:lnTo>
                                  <a:pt x="493018" y="1749421"/>
                                </a:lnTo>
                                <a:lnTo>
                                  <a:pt x="488850" y="1752606"/>
                                </a:lnTo>
                                <a:lnTo>
                                  <a:pt x="488850" y="1751924"/>
                                </a:lnTo>
                                <a:lnTo>
                                  <a:pt x="488850" y="1751242"/>
                                </a:lnTo>
                                <a:lnTo>
                                  <a:pt x="489314" y="1749877"/>
                                </a:lnTo>
                                <a:lnTo>
                                  <a:pt x="489750" y="1748876"/>
                                </a:lnTo>
                                <a:lnTo>
                                  <a:pt x="492091" y="1746009"/>
                                </a:lnTo>
                                <a:lnTo>
                                  <a:pt x="492061" y="1745979"/>
                                </a:lnTo>
                                <a:lnTo>
                                  <a:pt x="494870" y="1742825"/>
                                </a:lnTo>
                                <a:lnTo>
                                  <a:pt x="497879" y="1739412"/>
                                </a:lnTo>
                                <a:lnTo>
                                  <a:pt x="500658" y="1736910"/>
                                </a:lnTo>
                                <a:lnTo>
                                  <a:pt x="502047" y="1736000"/>
                                </a:lnTo>
                                <a:lnTo>
                                  <a:pt x="500889" y="1737365"/>
                                </a:lnTo>
                                <a:lnTo>
                                  <a:pt x="496722" y="1741459"/>
                                </a:lnTo>
                                <a:lnTo>
                                  <a:pt x="505751" y="1733270"/>
                                </a:lnTo>
                                <a:lnTo>
                                  <a:pt x="502510" y="1739185"/>
                                </a:lnTo>
                                <a:lnTo>
                                  <a:pt x="505751" y="1735090"/>
                                </a:lnTo>
                                <a:lnTo>
                                  <a:pt x="505983" y="1739412"/>
                                </a:lnTo>
                                <a:lnTo>
                                  <a:pt x="506446" y="1739185"/>
                                </a:lnTo>
                                <a:lnTo>
                                  <a:pt x="505520" y="1740322"/>
                                </a:lnTo>
                                <a:lnTo>
                                  <a:pt x="499732" y="1747374"/>
                                </a:lnTo>
                                <a:lnTo>
                                  <a:pt x="498805" y="1751014"/>
                                </a:lnTo>
                                <a:lnTo>
                                  <a:pt x="490008" y="1759204"/>
                                </a:lnTo>
                                <a:lnTo>
                                  <a:pt x="479822" y="1768531"/>
                                </a:lnTo>
                                <a:lnTo>
                                  <a:pt x="472648" y="1768531"/>
                                </a:lnTo>
                                <a:lnTo>
                                  <a:pt x="466351" y="1779609"/>
                                </a:lnTo>
                                <a:lnTo>
                                  <a:pt x="466124" y="1779609"/>
                                </a:lnTo>
                                <a:lnTo>
                                  <a:pt x="467257" y="1783465"/>
                                </a:lnTo>
                                <a:lnTo>
                                  <a:pt x="422617" y="1819978"/>
                                </a:lnTo>
                                <a:lnTo>
                                  <a:pt x="416499" y="1827915"/>
                                </a:lnTo>
                                <a:lnTo>
                                  <a:pt x="419671" y="1819297"/>
                                </a:lnTo>
                                <a:lnTo>
                                  <a:pt x="384322" y="1865789"/>
                                </a:lnTo>
                                <a:lnTo>
                                  <a:pt x="381377" y="1870551"/>
                                </a:lnTo>
                                <a:lnTo>
                                  <a:pt x="381830" y="1867830"/>
                                </a:lnTo>
                                <a:lnTo>
                                  <a:pt x="374352" y="1880303"/>
                                </a:lnTo>
                                <a:lnTo>
                                  <a:pt x="378884" y="1866469"/>
                                </a:lnTo>
                                <a:lnTo>
                                  <a:pt x="376391" y="1870097"/>
                                </a:lnTo>
                                <a:lnTo>
                                  <a:pt x="377751" y="1867830"/>
                                </a:lnTo>
                                <a:lnTo>
                                  <a:pt x="379337" y="1865108"/>
                                </a:lnTo>
                                <a:lnTo>
                                  <a:pt x="384322" y="1856944"/>
                                </a:lnTo>
                                <a:lnTo>
                                  <a:pt x="395879" y="1838574"/>
                                </a:lnTo>
                                <a:lnTo>
                                  <a:pt x="400411" y="1830863"/>
                                </a:lnTo>
                                <a:lnTo>
                                  <a:pt x="401997" y="1828368"/>
                                </a:lnTo>
                                <a:lnTo>
                                  <a:pt x="402903" y="1826554"/>
                                </a:lnTo>
                                <a:lnTo>
                                  <a:pt x="402903" y="1826101"/>
                                </a:lnTo>
                                <a:lnTo>
                                  <a:pt x="402903" y="1825874"/>
                                </a:lnTo>
                                <a:lnTo>
                                  <a:pt x="401997" y="1826554"/>
                                </a:lnTo>
                                <a:lnTo>
                                  <a:pt x="399731" y="1828822"/>
                                </a:lnTo>
                                <a:lnTo>
                                  <a:pt x="396558" y="1832678"/>
                                </a:lnTo>
                                <a:lnTo>
                                  <a:pt x="400637" y="1826101"/>
                                </a:lnTo>
                                <a:lnTo>
                                  <a:pt x="406076" y="1817937"/>
                                </a:lnTo>
                                <a:lnTo>
                                  <a:pt x="411740" y="1809092"/>
                                </a:lnTo>
                                <a:lnTo>
                                  <a:pt x="414460" y="1805010"/>
                                </a:lnTo>
                                <a:lnTo>
                                  <a:pt x="416952" y="1801381"/>
                                </a:lnTo>
                                <a:lnTo>
                                  <a:pt x="419671" y="1797979"/>
                                </a:lnTo>
                                <a:lnTo>
                                  <a:pt x="422164" y="1795485"/>
                                </a:lnTo>
                                <a:lnTo>
                                  <a:pt x="424203" y="1793444"/>
                                </a:lnTo>
                                <a:lnTo>
                                  <a:pt x="425336" y="1792990"/>
                                </a:lnTo>
                                <a:lnTo>
                                  <a:pt x="426243" y="1792537"/>
                                </a:lnTo>
                                <a:lnTo>
                                  <a:pt x="426922" y="1792537"/>
                                </a:lnTo>
                                <a:lnTo>
                                  <a:pt x="427602" y="1792763"/>
                                </a:lnTo>
                                <a:lnTo>
                                  <a:pt x="428509" y="1793217"/>
                                </a:lnTo>
                                <a:lnTo>
                                  <a:pt x="428962" y="1794351"/>
                                </a:lnTo>
                                <a:lnTo>
                                  <a:pt x="429188" y="1795485"/>
                                </a:lnTo>
                                <a:lnTo>
                                  <a:pt x="429415" y="1796845"/>
                                </a:lnTo>
                                <a:lnTo>
                                  <a:pt x="429642" y="1798886"/>
                                </a:lnTo>
                                <a:lnTo>
                                  <a:pt x="429642" y="1801381"/>
                                </a:lnTo>
                                <a:lnTo>
                                  <a:pt x="430775" y="1799340"/>
                                </a:lnTo>
                                <a:lnTo>
                                  <a:pt x="432361" y="1797526"/>
                                </a:lnTo>
                                <a:lnTo>
                                  <a:pt x="433947" y="1795711"/>
                                </a:lnTo>
                                <a:lnTo>
                                  <a:pt x="435760" y="1794351"/>
                                </a:lnTo>
                                <a:lnTo>
                                  <a:pt x="439386" y="1791402"/>
                                </a:lnTo>
                                <a:lnTo>
                                  <a:pt x="442558" y="1788907"/>
                                </a:lnTo>
                                <a:lnTo>
                                  <a:pt x="443691" y="1787774"/>
                                </a:lnTo>
                                <a:lnTo>
                                  <a:pt x="444824" y="1786413"/>
                                </a:lnTo>
                                <a:lnTo>
                                  <a:pt x="445277" y="1785506"/>
                                </a:lnTo>
                                <a:lnTo>
                                  <a:pt x="445277" y="1784372"/>
                                </a:lnTo>
                                <a:lnTo>
                                  <a:pt x="444824" y="1783238"/>
                                </a:lnTo>
                                <a:lnTo>
                                  <a:pt x="443691" y="1782104"/>
                                </a:lnTo>
                                <a:lnTo>
                                  <a:pt x="441878" y="1780970"/>
                                </a:lnTo>
                                <a:lnTo>
                                  <a:pt x="439386" y="1779609"/>
                                </a:lnTo>
                                <a:lnTo>
                                  <a:pt x="436567" y="1781103"/>
                                </a:lnTo>
                                <a:lnTo>
                                  <a:pt x="438026" y="1779156"/>
                                </a:lnTo>
                                <a:lnTo>
                                  <a:pt x="440745" y="1775073"/>
                                </a:lnTo>
                                <a:lnTo>
                                  <a:pt x="441479" y="1773958"/>
                                </a:lnTo>
                                <a:lnTo>
                                  <a:pt x="454114" y="1757611"/>
                                </a:lnTo>
                                <a:lnTo>
                                  <a:pt x="451621" y="1760786"/>
                                </a:lnTo>
                                <a:lnTo>
                                  <a:pt x="458419" y="1746952"/>
                                </a:lnTo>
                                <a:lnTo>
                                  <a:pt x="452528" y="1756477"/>
                                </a:lnTo>
                                <a:lnTo>
                                  <a:pt x="446863" y="1765775"/>
                                </a:lnTo>
                                <a:lnTo>
                                  <a:pt x="441479" y="1773958"/>
                                </a:lnTo>
                                <a:lnTo>
                                  <a:pt x="435533" y="1781651"/>
                                </a:lnTo>
                                <a:lnTo>
                                  <a:pt x="436567" y="1781103"/>
                                </a:lnTo>
                                <a:lnTo>
                                  <a:pt x="435307" y="1782784"/>
                                </a:lnTo>
                                <a:lnTo>
                                  <a:pt x="432814" y="1785506"/>
                                </a:lnTo>
                                <a:lnTo>
                                  <a:pt x="431908" y="1786413"/>
                                </a:lnTo>
                                <a:lnTo>
                                  <a:pt x="430775" y="1786867"/>
                                </a:lnTo>
                                <a:lnTo>
                                  <a:pt x="430095" y="1787094"/>
                                </a:lnTo>
                                <a:lnTo>
                                  <a:pt x="429642" y="1787094"/>
                                </a:lnTo>
                                <a:lnTo>
                                  <a:pt x="429188" y="1786640"/>
                                </a:lnTo>
                                <a:lnTo>
                                  <a:pt x="428962" y="1785733"/>
                                </a:lnTo>
                                <a:lnTo>
                                  <a:pt x="428962" y="1784372"/>
                                </a:lnTo>
                                <a:lnTo>
                                  <a:pt x="429188" y="1782331"/>
                                </a:lnTo>
                                <a:lnTo>
                                  <a:pt x="430322" y="1776888"/>
                                </a:lnTo>
                                <a:lnTo>
                                  <a:pt x="428282" y="1780063"/>
                                </a:lnTo>
                                <a:lnTo>
                                  <a:pt x="426016" y="1783692"/>
                                </a:lnTo>
                                <a:lnTo>
                                  <a:pt x="423523" y="1786867"/>
                                </a:lnTo>
                                <a:lnTo>
                                  <a:pt x="421711" y="1790041"/>
                                </a:lnTo>
                                <a:lnTo>
                                  <a:pt x="419445" y="1792309"/>
                                </a:lnTo>
                                <a:lnTo>
                                  <a:pt x="418765" y="1792990"/>
                                </a:lnTo>
                                <a:lnTo>
                                  <a:pt x="417859" y="1793444"/>
                                </a:lnTo>
                                <a:lnTo>
                                  <a:pt x="416952" y="1793444"/>
                                </a:lnTo>
                                <a:lnTo>
                                  <a:pt x="416272" y="1793217"/>
                                </a:lnTo>
                                <a:lnTo>
                                  <a:pt x="415593" y="1792537"/>
                                </a:lnTo>
                                <a:lnTo>
                                  <a:pt x="415139" y="1791402"/>
                                </a:lnTo>
                                <a:lnTo>
                                  <a:pt x="409248" y="1803876"/>
                                </a:lnTo>
                                <a:lnTo>
                                  <a:pt x="405396" y="1812040"/>
                                </a:lnTo>
                                <a:lnTo>
                                  <a:pt x="401544" y="1819524"/>
                                </a:lnTo>
                                <a:lnTo>
                                  <a:pt x="399504" y="1822926"/>
                                </a:lnTo>
                                <a:lnTo>
                                  <a:pt x="397692" y="1825874"/>
                                </a:lnTo>
                                <a:lnTo>
                                  <a:pt x="395652" y="1828368"/>
                                </a:lnTo>
                                <a:lnTo>
                                  <a:pt x="393839" y="1829729"/>
                                </a:lnTo>
                                <a:lnTo>
                                  <a:pt x="393160" y="1830183"/>
                                </a:lnTo>
                                <a:lnTo>
                                  <a:pt x="392480" y="1830410"/>
                                </a:lnTo>
                                <a:lnTo>
                                  <a:pt x="391800" y="1830410"/>
                                </a:lnTo>
                                <a:lnTo>
                                  <a:pt x="391120" y="1829956"/>
                                </a:lnTo>
                                <a:lnTo>
                                  <a:pt x="390440" y="1829502"/>
                                </a:lnTo>
                                <a:lnTo>
                                  <a:pt x="389987" y="1828596"/>
                                </a:lnTo>
                                <a:lnTo>
                                  <a:pt x="389534" y="1827235"/>
                                </a:lnTo>
                                <a:lnTo>
                                  <a:pt x="389081" y="1825874"/>
                                </a:lnTo>
                                <a:lnTo>
                                  <a:pt x="386588" y="1829049"/>
                                </a:lnTo>
                                <a:lnTo>
                                  <a:pt x="388628" y="1825647"/>
                                </a:lnTo>
                                <a:lnTo>
                                  <a:pt x="387350" y="1827438"/>
                                </a:lnTo>
                                <a:lnTo>
                                  <a:pt x="387350" y="1827461"/>
                                </a:lnTo>
                                <a:lnTo>
                                  <a:pt x="385762" y="1830637"/>
                                </a:lnTo>
                                <a:lnTo>
                                  <a:pt x="383023" y="1835071"/>
                                </a:lnTo>
                                <a:lnTo>
                                  <a:pt x="380923" y="1839028"/>
                                </a:lnTo>
                                <a:lnTo>
                                  <a:pt x="382205" y="1836397"/>
                                </a:lnTo>
                                <a:lnTo>
                                  <a:pt x="381000" y="1838347"/>
                                </a:lnTo>
                                <a:lnTo>
                                  <a:pt x="382726" y="1835327"/>
                                </a:lnTo>
                                <a:lnTo>
                                  <a:pt x="389761" y="1820885"/>
                                </a:lnTo>
                                <a:lnTo>
                                  <a:pt x="388854" y="1822019"/>
                                </a:lnTo>
                                <a:lnTo>
                                  <a:pt x="385682" y="1826101"/>
                                </a:lnTo>
                                <a:lnTo>
                                  <a:pt x="375938" y="1839028"/>
                                </a:lnTo>
                                <a:lnTo>
                                  <a:pt x="371406" y="1845605"/>
                                </a:lnTo>
                                <a:lnTo>
                                  <a:pt x="368007" y="1850594"/>
                                </a:lnTo>
                                <a:lnTo>
                                  <a:pt x="366874" y="1852408"/>
                                </a:lnTo>
                                <a:lnTo>
                                  <a:pt x="366648" y="1853316"/>
                                </a:lnTo>
                                <a:lnTo>
                                  <a:pt x="366874" y="1853542"/>
                                </a:lnTo>
                                <a:lnTo>
                                  <a:pt x="367517" y="1853542"/>
                                </a:lnTo>
                                <a:lnTo>
                                  <a:pt x="361663" y="1863974"/>
                                </a:lnTo>
                                <a:lnTo>
                                  <a:pt x="363476" y="1860345"/>
                                </a:lnTo>
                                <a:lnTo>
                                  <a:pt x="361436" y="1863748"/>
                                </a:lnTo>
                                <a:lnTo>
                                  <a:pt x="363022" y="1859665"/>
                                </a:lnTo>
                                <a:lnTo>
                                  <a:pt x="355091" y="1872592"/>
                                </a:lnTo>
                                <a:lnTo>
                                  <a:pt x="346934" y="1885745"/>
                                </a:lnTo>
                                <a:lnTo>
                                  <a:pt x="340444" y="1896278"/>
                                </a:lnTo>
                                <a:lnTo>
                                  <a:pt x="324551" y="1929289"/>
                                </a:lnTo>
                                <a:lnTo>
                                  <a:pt x="307540" y="1966016"/>
                                </a:lnTo>
                                <a:lnTo>
                                  <a:pt x="307014" y="1967168"/>
                                </a:lnTo>
                                <a:lnTo>
                                  <a:pt x="305920" y="1970563"/>
                                </a:lnTo>
                                <a:lnTo>
                                  <a:pt x="314304" y="1953327"/>
                                </a:lnTo>
                                <a:lnTo>
                                  <a:pt x="314077" y="1954007"/>
                                </a:lnTo>
                                <a:lnTo>
                                  <a:pt x="311811" y="1958770"/>
                                </a:lnTo>
                                <a:lnTo>
                                  <a:pt x="305693" y="1971696"/>
                                </a:lnTo>
                                <a:lnTo>
                                  <a:pt x="303200" y="1977366"/>
                                </a:lnTo>
                                <a:lnTo>
                                  <a:pt x="301161" y="1980541"/>
                                </a:lnTo>
                                <a:lnTo>
                                  <a:pt x="300935" y="1980767"/>
                                </a:lnTo>
                                <a:lnTo>
                                  <a:pt x="300800" y="1980767"/>
                                </a:lnTo>
                                <a:lnTo>
                                  <a:pt x="290757" y="2002742"/>
                                </a:lnTo>
                                <a:lnTo>
                                  <a:pt x="274654" y="2039469"/>
                                </a:lnTo>
                                <a:lnTo>
                                  <a:pt x="259005" y="2076649"/>
                                </a:lnTo>
                                <a:lnTo>
                                  <a:pt x="243355" y="2114282"/>
                                </a:lnTo>
                                <a:lnTo>
                                  <a:pt x="228386" y="2151689"/>
                                </a:lnTo>
                                <a:lnTo>
                                  <a:pt x="213644" y="2189323"/>
                                </a:lnTo>
                                <a:lnTo>
                                  <a:pt x="199355" y="2226956"/>
                                </a:lnTo>
                                <a:lnTo>
                                  <a:pt x="185520" y="2265043"/>
                                </a:lnTo>
                                <a:lnTo>
                                  <a:pt x="171912" y="2303130"/>
                                </a:lnTo>
                                <a:lnTo>
                                  <a:pt x="158531" y="2341670"/>
                                </a:lnTo>
                                <a:lnTo>
                                  <a:pt x="145603" y="2379983"/>
                                </a:lnTo>
                                <a:lnTo>
                                  <a:pt x="132902" y="2418751"/>
                                </a:lnTo>
                                <a:lnTo>
                                  <a:pt x="120881" y="2457517"/>
                                </a:lnTo>
                                <a:lnTo>
                                  <a:pt x="108634" y="2496738"/>
                                </a:lnTo>
                                <a:lnTo>
                                  <a:pt x="97067" y="2535731"/>
                                </a:lnTo>
                                <a:lnTo>
                                  <a:pt x="85500" y="2575179"/>
                                </a:lnTo>
                                <a:lnTo>
                                  <a:pt x="74386" y="2614853"/>
                                </a:lnTo>
                                <a:lnTo>
                                  <a:pt x="63500" y="2654299"/>
                                </a:lnTo>
                                <a:lnTo>
                                  <a:pt x="68943" y="2630042"/>
                                </a:lnTo>
                                <a:lnTo>
                                  <a:pt x="75067" y="2605784"/>
                                </a:lnTo>
                                <a:lnTo>
                                  <a:pt x="81191" y="2581753"/>
                                </a:lnTo>
                                <a:lnTo>
                                  <a:pt x="87314" y="2557722"/>
                                </a:lnTo>
                                <a:lnTo>
                                  <a:pt x="93665" y="2533464"/>
                                </a:lnTo>
                                <a:lnTo>
                                  <a:pt x="100242" y="2509660"/>
                                </a:lnTo>
                                <a:lnTo>
                                  <a:pt x="107046" y="2485402"/>
                                </a:lnTo>
                                <a:lnTo>
                                  <a:pt x="114077" y="2461371"/>
                                </a:lnTo>
                                <a:lnTo>
                                  <a:pt x="121108" y="2437567"/>
                                </a:lnTo>
                                <a:lnTo>
                                  <a:pt x="128366" y="2413763"/>
                                </a:lnTo>
                                <a:lnTo>
                                  <a:pt x="135624" y="2389959"/>
                                </a:lnTo>
                                <a:lnTo>
                                  <a:pt x="143562" y="2366154"/>
                                </a:lnTo>
                                <a:lnTo>
                                  <a:pt x="151273" y="2342577"/>
                                </a:lnTo>
                                <a:lnTo>
                                  <a:pt x="159211" y="2318999"/>
                                </a:lnTo>
                                <a:lnTo>
                                  <a:pt x="167376" y="2295422"/>
                                </a:lnTo>
                                <a:lnTo>
                                  <a:pt x="175541" y="2271844"/>
                                </a:lnTo>
                                <a:lnTo>
                                  <a:pt x="187788" y="2238745"/>
                                </a:lnTo>
                                <a:lnTo>
                                  <a:pt x="200262" y="2205872"/>
                                </a:lnTo>
                                <a:lnTo>
                                  <a:pt x="212963" y="2173000"/>
                                </a:lnTo>
                                <a:lnTo>
                                  <a:pt x="226118" y="2140127"/>
                                </a:lnTo>
                                <a:lnTo>
                                  <a:pt x="239499" y="2107708"/>
                                </a:lnTo>
                                <a:lnTo>
                                  <a:pt x="253335" y="2075062"/>
                                </a:lnTo>
                                <a:lnTo>
                                  <a:pt x="267397" y="2042643"/>
                                </a:lnTo>
                                <a:lnTo>
                                  <a:pt x="281685" y="2010450"/>
                                </a:lnTo>
                                <a:lnTo>
                                  <a:pt x="288262" y="1996168"/>
                                </a:lnTo>
                                <a:lnTo>
                                  <a:pt x="299376" y="1972364"/>
                                </a:lnTo>
                                <a:lnTo>
                                  <a:pt x="310716" y="1948333"/>
                                </a:lnTo>
                                <a:lnTo>
                                  <a:pt x="322056" y="1924755"/>
                                </a:lnTo>
                                <a:lnTo>
                                  <a:pt x="333850" y="1901404"/>
                                </a:lnTo>
                                <a:lnTo>
                                  <a:pt x="345417" y="1877827"/>
                                </a:lnTo>
                                <a:lnTo>
                                  <a:pt x="357438" y="1854476"/>
                                </a:lnTo>
                                <a:lnTo>
                                  <a:pt x="369458" y="1831125"/>
                                </a:lnTo>
                                <a:lnTo>
                                  <a:pt x="381932" y="1808001"/>
                                </a:lnTo>
                                <a:lnTo>
                                  <a:pt x="394633" y="1784877"/>
                                </a:lnTo>
                                <a:lnTo>
                                  <a:pt x="407334" y="1761979"/>
                                </a:lnTo>
                                <a:lnTo>
                                  <a:pt x="420035" y="1738855"/>
                                </a:lnTo>
                                <a:lnTo>
                                  <a:pt x="432963" y="1716411"/>
                                </a:lnTo>
                                <a:lnTo>
                                  <a:pt x="442474" y="1700137"/>
                                </a:lnTo>
                                <a:lnTo>
                                  <a:pt x="447087" y="1692078"/>
                                </a:lnTo>
                                <a:lnTo>
                                  <a:pt x="466348" y="1659624"/>
                                </a:lnTo>
                                <a:lnTo>
                                  <a:pt x="486061" y="1627623"/>
                                </a:lnTo>
                                <a:lnTo>
                                  <a:pt x="486307" y="1627228"/>
                                </a:lnTo>
                                <a:lnTo>
                                  <a:pt x="486942" y="1626181"/>
                                </a:lnTo>
                                <a:lnTo>
                                  <a:pt x="500777" y="1603737"/>
                                </a:lnTo>
                                <a:lnTo>
                                  <a:pt x="514839" y="1581747"/>
                                </a:lnTo>
                                <a:lnTo>
                                  <a:pt x="516370" y="1579403"/>
                                </a:lnTo>
                                <a:lnTo>
                                  <a:pt x="526168" y="1564076"/>
                                </a:lnTo>
                                <a:lnTo>
                                  <a:pt x="529871" y="1558349"/>
                                </a:lnTo>
                                <a:lnTo>
                                  <a:pt x="523504" y="1568485"/>
                                </a:lnTo>
                                <a:lnTo>
                                  <a:pt x="523540" y="1568429"/>
                                </a:lnTo>
                                <a:lnTo>
                                  <a:pt x="523493" y="1568502"/>
                                </a:lnTo>
                                <a:lnTo>
                                  <a:pt x="519144" y="1575424"/>
                                </a:lnTo>
                                <a:lnTo>
                                  <a:pt x="511097" y="1588233"/>
                                </a:lnTo>
                                <a:lnTo>
                                  <a:pt x="498509" y="1608498"/>
                                </a:lnTo>
                                <a:lnTo>
                                  <a:pt x="491812" y="1619280"/>
                                </a:lnTo>
                                <a:lnTo>
                                  <a:pt x="469067" y="1656900"/>
                                </a:lnTo>
                                <a:lnTo>
                                  <a:pt x="468618" y="1657661"/>
                                </a:lnTo>
                                <a:lnTo>
                                  <a:pt x="482892" y="1634238"/>
                                </a:lnTo>
                                <a:lnTo>
                                  <a:pt x="502606" y="1602488"/>
                                </a:lnTo>
                                <a:lnTo>
                                  <a:pt x="522773" y="1570738"/>
                                </a:lnTo>
                                <a:lnTo>
                                  <a:pt x="543167" y="1539441"/>
                                </a:lnTo>
                                <a:lnTo>
                                  <a:pt x="563787" y="1508371"/>
                                </a:lnTo>
                                <a:lnTo>
                                  <a:pt x="584860" y="1477528"/>
                                </a:lnTo>
                                <a:lnTo>
                                  <a:pt x="611949" y="1438345"/>
                                </a:lnTo>
                                <a:lnTo>
                                  <a:pt x="611432" y="1439027"/>
                                </a:lnTo>
                                <a:lnTo>
                                  <a:pt x="609970" y="1440770"/>
                                </a:lnTo>
                                <a:lnTo>
                                  <a:pt x="602612" y="1450937"/>
                                </a:lnTo>
                                <a:lnTo>
                                  <a:pt x="587870" y="1472474"/>
                                </a:lnTo>
                                <a:lnTo>
                                  <a:pt x="572901" y="1494011"/>
                                </a:lnTo>
                                <a:lnTo>
                                  <a:pt x="558158" y="1515775"/>
                                </a:lnTo>
                                <a:lnTo>
                                  <a:pt x="543643" y="1537766"/>
                                </a:lnTo>
                                <a:lnTo>
                                  <a:pt x="529354" y="1559529"/>
                                </a:lnTo>
                                <a:lnTo>
                                  <a:pt x="523540" y="1568429"/>
                                </a:lnTo>
                                <a:lnTo>
                                  <a:pt x="542509" y="1539126"/>
                                </a:lnTo>
                                <a:lnTo>
                                  <a:pt x="561882" y="1509691"/>
                                </a:lnTo>
                                <a:lnTo>
                                  <a:pt x="558118" y="1515281"/>
                                </a:lnTo>
                                <a:lnTo>
                                  <a:pt x="546273" y="1532976"/>
                                </a:lnTo>
                                <a:lnTo>
                                  <a:pt x="546562" y="1532530"/>
                                </a:lnTo>
                                <a:lnTo>
                                  <a:pt x="567408" y="1501210"/>
                                </a:lnTo>
                                <a:lnTo>
                                  <a:pt x="588708" y="1470344"/>
                                </a:lnTo>
                                <a:lnTo>
                                  <a:pt x="584176" y="1476926"/>
                                </a:lnTo>
                                <a:lnTo>
                                  <a:pt x="598451" y="1456274"/>
                                </a:lnTo>
                                <a:lnTo>
                                  <a:pt x="584856" y="1476018"/>
                                </a:lnTo>
                                <a:lnTo>
                                  <a:pt x="571260" y="1495764"/>
                                </a:lnTo>
                                <a:lnTo>
                                  <a:pt x="569035" y="1499068"/>
                                </a:lnTo>
                                <a:lnTo>
                                  <a:pt x="588550" y="1470660"/>
                                </a:lnTo>
                                <a:lnTo>
                                  <a:pt x="608596" y="1442407"/>
                                </a:lnTo>
                                <a:lnTo>
                                  <a:pt x="608012" y="1443103"/>
                                </a:lnTo>
                                <a:lnTo>
                                  <a:pt x="608808" y="1442109"/>
                                </a:lnTo>
                                <a:lnTo>
                                  <a:pt x="611230" y="1438694"/>
                                </a:lnTo>
                                <a:lnTo>
                                  <a:pt x="623931" y="1420785"/>
                                </a:lnTo>
                                <a:lnTo>
                                  <a:pt x="636474" y="1403629"/>
                                </a:lnTo>
                                <a:lnTo>
                                  <a:pt x="648081" y="1387494"/>
                                </a:lnTo>
                                <a:lnTo>
                                  <a:pt x="656012" y="1376610"/>
                                </a:lnTo>
                                <a:lnTo>
                                  <a:pt x="659768" y="1371861"/>
                                </a:lnTo>
                                <a:lnTo>
                                  <a:pt x="662488" y="1368188"/>
                                </a:lnTo>
                                <a:lnTo>
                                  <a:pt x="689024" y="1333729"/>
                                </a:lnTo>
                                <a:lnTo>
                                  <a:pt x="715787" y="1299043"/>
                                </a:lnTo>
                                <a:lnTo>
                                  <a:pt x="723713" y="1289398"/>
                                </a:lnTo>
                                <a:close/>
                                <a:moveTo>
                                  <a:pt x="3030160" y="1289068"/>
                                </a:moveTo>
                                <a:lnTo>
                                  <a:pt x="3029565" y="1289960"/>
                                </a:lnTo>
                                <a:lnTo>
                                  <a:pt x="3028202" y="1291779"/>
                                </a:lnTo>
                                <a:lnTo>
                                  <a:pt x="3027066" y="1294050"/>
                                </a:lnTo>
                                <a:lnTo>
                                  <a:pt x="3026385" y="1296096"/>
                                </a:lnTo>
                                <a:lnTo>
                                  <a:pt x="3025476" y="1298368"/>
                                </a:lnTo>
                                <a:lnTo>
                                  <a:pt x="3025022" y="1300868"/>
                                </a:lnTo>
                                <a:lnTo>
                                  <a:pt x="3024795" y="1303367"/>
                                </a:lnTo>
                                <a:lnTo>
                                  <a:pt x="3024955" y="1305125"/>
                                </a:lnTo>
                                <a:lnTo>
                                  <a:pt x="3025316" y="1302772"/>
                                </a:lnTo>
                                <a:lnTo>
                                  <a:pt x="3025996" y="1300050"/>
                                </a:lnTo>
                                <a:lnTo>
                                  <a:pt x="3026676" y="1297101"/>
                                </a:lnTo>
                                <a:lnTo>
                                  <a:pt x="3027810" y="1294154"/>
                                </a:lnTo>
                                <a:lnTo>
                                  <a:pt x="3029170" y="1290978"/>
                                </a:lnTo>
                                <a:lnTo>
                                  <a:pt x="3030160" y="1289068"/>
                                </a:lnTo>
                                <a:close/>
                                <a:moveTo>
                                  <a:pt x="2313075" y="1287496"/>
                                </a:moveTo>
                                <a:lnTo>
                                  <a:pt x="2324100" y="1291826"/>
                                </a:lnTo>
                                <a:lnTo>
                                  <a:pt x="2323659" y="1292259"/>
                                </a:lnTo>
                                <a:lnTo>
                                  <a:pt x="2308225" y="1290094"/>
                                </a:lnTo>
                                <a:lnTo>
                                  <a:pt x="2313075" y="1287496"/>
                                </a:lnTo>
                                <a:close/>
                                <a:moveTo>
                                  <a:pt x="2384633" y="1286955"/>
                                </a:moveTo>
                                <a:lnTo>
                                  <a:pt x="2380174" y="1312568"/>
                                </a:lnTo>
                                <a:lnTo>
                                  <a:pt x="2388500" y="1299362"/>
                                </a:lnTo>
                                <a:lnTo>
                                  <a:pt x="2389180" y="1296191"/>
                                </a:lnTo>
                                <a:lnTo>
                                  <a:pt x="2384633" y="1286955"/>
                                </a:lnTo>
                                <a:close/>
                                <a:moveTo>
                                  <a:pt x="2382458" y="1282539"/>
                                </a:moveTo>
                                <a:lnTo>
                                  <a:pt x="2382183" y="1282815"/>
                                </a:lnTo>
                                <a:lnTo>
                                  <a:pt x="2382716" y="1283064"/>
                                </a:lnTo>
                                <a:lnTo>
                                  <a:pt x="2382458" y="1282539"/>
                                </a:lnTo>
                                <a:close/>
                                <a:moveTo>
                                  <a:pt x="2689393" y="1281051"/>
                                </a:moveTo>
                                <a:lnTo>
                                  <a:pt x="2684482" y="1283506"/>
                                </a:lnTo>
                                <a:lnTo>
                                  <a:pt x="2679270" y="1286225"/>
                                </a:lnTo>
                                <a:lnTo>
                                  <a:pt x="2668391" y="1292567"/>
                                </a:lnTo>
                                <a:lnTo>
                                  <a:pt x="2657060" y="1299587"/>
                                </a:lnTo>
                                <a:lnTo>
                                  <a:pt x="2645275" y="1306385"/>
                                </a:lnTo>
                                <a:lnTo>
                                  <a:pt x="2639835" y="1309555"/>
                                </a:lnTo>
                                <a:lnTo>
                                  <a:pt x="2633943" y="1312500"/>
                                </a:lnTo>
                                <a:lnTo>
                                  <a:pt x="2628277" y="1315218"/>
                                </a:lnTo>
                                <a:lnTo>
                                  <a:pt x="2623065" y="1317483"/>
                                </a:lnTo>
                                <a:lnTo>
                                  <a:pt x="2617625" y="1318841"/>
                                </a:lnTo>
                                <a:lnTo>
                                  <a:pt x="2615322" y="1319417"/>
                                </a:lnTo>
                                <a:lnTo>
                                  <a:pt x="2618039" y="1318948"/>
                                </a:lnTo>
                                <a:lnTo>
                                  <a:pt x="2623491" y="1317373"/>
                                </a:lnTo>
                                <a:lnTo>
                                  <a:pt x="2628716" y="1315348"/>
                                </a:lnTo>
                                <a:lnTo>
                                  <a:pt x="2634395" y="1312647"/>
                                </a:lnTo>
                                <a:lnTo>
                                  <a:pt x="2639847" y="1309722"/>
                                </a:lnTo>
                                <a:lnTo>
                                  <a:pt x="2645753" y="1306572"/>
                                </a:lnTo>
                                <a:lnTo>
                                  <a:pt x="2657339" y="1300047"/>
                                </a:lnTo>
                                <a:lnTo>
                                  <a:pt x="2668698" y="1293071"/>
                                </a:lnTo>
                                <a:lnTo>
                                  <a:pt x="2679602" y="1286771"/>
                                </a:lnTo>
                                <a:lnTo>
                                  <a:pt x="2685054" y="1284070"/>
                                </a:lnTo>
                                <a:lnTo>
                                  <a:pt x="2690052" y="1281595"/>
                                </a:lnTo>
                                <a:lnTo>
                                  <a:pt x="2689393" y="1281051"/>
                                </a:lnTo>
                                <a:close/>
                                <a:moveTo>
                                  <a:pt x="2685615" y="1278070"/>
                                </a:moveTo>
                                <a:lnTo>
                                  <a:pt x="2685945" y="1278152"/>
                                </a:lnTo>
                                <a:lnTo>
                                  <a:pt x="2686492" y="1278589"/>
                                </a:lnTo>
                                <a:lnTo>
                                  <a:pt x="2687075" y="1278434"/>
                                </a:lnTo>
                                <a:lnTo>
                                  <a:pt x="2685945" y="1278152"/>
                                </a:lnTo>
                                <a:lnTo>
                                  <a:pt x="2685842" y="1278070"/>
                                </a:lnTo>
                                <a:lnTo>
                                  <a:pt x="2685615" y="1278070"/>
                                </a:lnTo>
                                <a:close/>
                                <a:moveTo>
                                  <a:pt x="4578350" y="1277948"/>
                                </a:moveTo>
                                <a:lnTo>
                                  <a:pt x="4613865" y="1288932"/>
                                </a:lnTo>
                                <a:lnTo>
                                  <a:pt x="4618361" y="1297627"/>
                                </a:lnTo>
                                <a:lnTo>
                                  <a:pt x="4619934" y="1311587"/>
                                </a:lnTo>
                                <a:lnTo>
                                  <a:pt x="4617462" y="1308841"/>
                                </a:lnTo>
                                <a:lnTo>
                                  <a:pt x="4629150" y="1321885"/>
                                </a:lnTo>
                                <a:lnTo>
                                  <a:pt x="4625329" y="1318909"/>
                                </a:lnTo>
                                <a:lnTo>
                                  <a:pt x="4620384" y="1318909"/>
                                </a:lnTo>
                                <a:lnTo>
                                  <a:pt x="4623980" y="1327605"/>
                                </a:lnTo>
                                <a:lnTo>
                                  <a:pt x="4619260" y="1328750"/>
                                </a:lnTo>
                                <a:lnTo>
                                  <a:pt x="4600379" y="1315019"/>
                                </a:lnTo>
                                <a:lnTo>
                                  <a:pt x="4600379" y="1314333"/>
                                </a:lnTo>
                                <a:lnTo>
                                  <a:pt x="4603301" y="1314562"/>
                                </a:lnTo>
                                <a:lnTo>
                                  <a:pt x="4611168" y="1317308"/>
                                </a:lnTo>
                                <a:lnTo>
                                  <a:pt x="4612966" y="1317308"/>
                                </a:lnTo>
                                <a:lnTo>
                                  <a:pt x="4603750" y="1309070"/>
                                </a:lnTo>
                                <a:lnTo>
                                  <a:pt x="4603525" y="1311358"/>
                                </a:lnTo>
                                <a:lnTo>
                                  <a:pt x="4601502" y="1297856"/>
                                </a:lnTo>
                                <a:lnTo>
                                  <a:pt x="4595883" y="1299687"/>
                                </a:lnTo>
                                <a:lnTo>
                                  <a:pt x="4590713" y="1300831"/>
                                </a:lnTo>
                                <a:lnTo>
                                  <a:pt x="4591387" y="1296941"/>
                                </a:lnTo>
                                <a:lnTo>
                                  <a:pt x="4591612" y="1294424"/>
                                </a:lnTo>
                                <a:lnTo>
                                  <a:pt x="4587791" y="1290534"/>
                                </a:lnTo>
                                <a:lnTo>
                                  <a:pt x="4579474" y="1281609"/>
                                </a:lnTo>
                                <a:lnTo>
                                  <a:pt x="4578350" y="1277948"/>
                                </a:lnTo>
                                <a:close/>
                                <a:moveTo>
                                  <a:pt x="2709350" y="1273840"/>
                                </a:moveTo>
                                <a:lnTo>
                                  <a:pt x="2704652" y="1282827"/>
                                </a:lnTo>
                                <a:lnTo>
                                  <a:pt x="2702293" y="1282238"/>
                                </a:lnTo>
                                <a:lnTo>
                                  <a:pt x="2704590" y="1283395"/>
                                </a:lnTo>
                                <a:lnTo>
                                  <a:pt x="2713904" y="1277770"/>
                                </a:lnTo>
                                <a:lnTo>
                                  <a:pt x="2717085" y="1274845"/>
                                </a:lnTo>
                                <a:lnTo>
                                  <a:pt x="2722991" y="1276420"/>
                                </a:lnTo>
                                <a:lnTo>
                                  <a:pt x="2729806" y="1283395"/>
                                </a:lnTo>
                                <a:lnTo>
                                  <a:pt x="2753659" y="1287446"/>
                                </a:lnTo>
                                <a:lnTo>
                                  <a:pt x="2754341" y="1287446"/>
                                </a:lnTo>
                                <a:lnTo>
                                  <a:pt x="2764777" y="1286778"/>
                                </a:lnTo>
                                <a:lnTo>
                                  <a:pt x="2753987" y="1286778"/>
                                </a:lnTo>
                                <a:lnTo>
                                  <a:pt x="2753306" y="1286778"/>
                                </a:lnTo>
                                <a:lnTo>
                                  <a:pt x="2729451" y="1282689"/>
                                </a:lnTo>
                                <a:lnTo>
                                  <a:pt x="2722636" y="1275645"/>
                                </a:lnTo>
                                <a:lnTo>
                                  <a:pt x="2716502" y="1274054"/>
                                </a:lnTo>
                                <a:lnTo>
                                  <a:pt x="2706960" y="1281780"/>
                                </a:lnTo>
                                <a:lnTo>
                                  <a:pt x="2708550" y="1278144"/>
                                </a:lnTo>
                                <a:lnTo>
                                  <a:pt x="2709232" y="1274509"/>
                                </a:lnTo>
                                <a:lnTo>
                                  <a:pt x="2709350" y="1273840"/>
                                </a:lnTo>
                                <a:close/>
                                <a:moveTo>
                                  <a:pt x="2409171" y="1273015"/>
                                </a:moveTo>
                                <a:lnTo>
                                  <a:pt x="2389631" y="1274892"/>
                                </a:lnTo>
                                <a:lnTo>
                                  <a:pt x="2386923" y="1278061"/>
                                </a:lnTo>
                                <a:lnTo>
                                  <a:pt x="2386247" y="1278739"/>
                                </a:lnTo>
                                <a:lnTo>
                                  <a:pt x="2390313" y="1275578"/>
                                </a:lnTo>
                                <a:lnTo>
                                  <a:pt x="2395072" y="1276030"/>
                                </a:lnTo>
                                <a:lnTo>
                                  <a:pt x="2399378" y="1276030"/>
                                </a:lnTo>
                                <a:lnTo>
                                  <a:pt x="2403004" y="1275804"/>
                                </a:lnTo>
                                <a:lnTo>
                                  <a:pt x="2404591" y="1275578"/>
                                </a:lnTo>
                                <a:lnTo>
                                  <a:pt x="2405951" y="1275125"/>
                                </a:lnTo>
                                <a:lnTo>
                                  <a:pt x="2407537" y="1274446"/>
                                </a:lnTo>
                                <a:lnTo>
                                  <a:pt x="2408670" y="1273766"/>
                                </a:lnTo>
                                <a:lnTo>
                                  <a:pt x="2409171" y="1273015"/>
                                </a:lnTo>
                                <a:close/>
                                <a:moveTo>
                                  <a:pt x="3753984" y="1271587"/>
                                </a:moveTo>
                                <a:lnTo>
                                  <a:pt x="3753758" y="1272378"/>
                                </a:lnTo>
                                <a:lnTo>
                                  <a:pt x="3753078" y="1273966"/>
                                </a:lnTo>
                                <a:lnTo>
                                  <a:pt x="3752398" y="1275326"/>
                                </a:lnTo>
                                <a:lnTo>
                                  <a:pt x="3751491" y="1276914"/>
                                </a:lnTo>
                                <a:lnTo>
                                  <a:pt x="3750131" y="1278275"/>
                                </a:lnTo>
                                <a:lnTo>
                                  <a:pt x="3748770" y="1279636"/>
                                </a:lnTo>
                                <a:lnTo>
                                  <a:pt x="3745823" y="1282133"/>
                                </a:lnTo>
                                <a:lnTo>
                                  <a:pt x="3745375" y="1282432"/>
                                </a:lnTo>
                                <a:lnTo>
                                  <a:pt x="3753984" y="1280627"/>
                                </a:lnTo>
                                <a:lnTo>
                                  <a:pt x="3753984" y="1271587"/>
                                </a:lnTo>
                                <a:close/>
                                <a:moveTo>
                                  <a:pt x="4577216" y="1265955"/>
                                </a:moveTo>
                                <a:lnTo>
                                  <a:pt x="4585380" y="1272725"/>
                                </a:lnTo>
                                <a:lnTo>
                                  <a:pt x="4585153" y="1271558"/>
                                </a:lnTo>
                                <a:lnTo>
                                  <a:pt x="4589689" y="1269457"/>
                                </a:lnTo>
                                <a:lnTo>
                                  <a:pt x="4607378" y="1284632"/>
                                </a:lnTo>
                                <a:lnTo>
                                  <a:pt x="4597173" y="1272959"/>
                                </a:lnTo>
                                <a:lnTo>
                                  <a:pt x="4613955" y="1285333"/>
                                </a:lnTo>
                                <a:lnTo>
                                  <a:pt x="4614862" y="1289068"/>
                                </a:lnTo>
                                <a:lnTo>
                                  <a:pt x="4579030" y="1277862"/>
                                </a:lnTo>
                                <a:lnTo>
                                  <a:pt x="4584019" y="1272959"/>
                                </a:lnTo>
                                <a:lnTo>
                                  <a:pt x="4577443" y="1267356"/>
                                </a:lnTo>
                                <a:lnTo>
                                  <a:pt x="4577216" y="1265955"/>
                                </a:lnTo>
                                <a:close/>
                                <a:moveTo>
                                  <a:pt x="4576762" y="1265255"/>
                                </a:moveTo>
                                <a:lnTo>
                                  <a:pt x="4576989" y="1265255"/>
                                </a:lnTo>
                                <a:lnTo>
                                  <a:pt x="4577216" y="1265955"/>
                                </a:lnTo>
                                <a:lnTo>
                                  <a:pt x="4576762" y="1265255"/>
                                </a:lnTo>
                                <a:close/>
                                <a:moveTo>
                                  <a:pt x="745530" y="1262597"/>
                                </a:moveTo>
                                <a:lnTo>
                                  <a:pt x="731436" y="1279999"/>
                                </a:lnTo>
                                <a:lnTo>
                                  <a:pt x="723713" y="1289398"/>
                                </a:lnTo>
                                <a:lnTo>
                                  <a:pt x="728941" y="1282720"/>
                                </a:lnTo>
                                <a:lnTo>
                                  <a:pt x="745530" y="1262597"/>
                                </a:lnTo>
                                <a:close/>
                                <a:moveTo>
                                  <a:pt x="2243138" y="1260969"/>
                                </a:moveTo>
                                <a:lnTo>
                                  <a:pt x="2242233" y="1263241"/>
                                </a:lnTo>
                                <a:lnTo>
                                  <a:pt x="2240199" y="1268466"/>
                                </a:lnTo>
                                <a:lnTo>
                                  <a:pt x="2239521" y="1270055"/>
                                </a:lnTo>
                                <a:lnTo>
                                  <a:pt x="2239747" y="1269147"/>
                                </a:lnTo>
                                <a:lnTo>
                                  <a:pt x="2243138" y="1260969"/>
                                </a:lnTo>
                                <a:close/>
                                <a:moveTo>
                                  <a:pt x="748985" y="1258405"/>
                                </a:moveTo>
                                <a:lnTo>
                                  <a:pt x="745530" y="1262597"/>
                                </a:lnTo>
                                <a:lnTo>
                                  <a:pt x="746859" y="1260956"/>
                                </a:lnTo>
                                <a:lnTo>
                                  <a:pt x="748985" y="1258405"/>
                                </a:lnTo>
                                <a:close/>
                                <a:moveTo>
                                  <a:pt x="754062" y="1255773"/>
                                </a:moveTo>
                                <a:lnTo>
                                  <a:pt x="753840" y="1256192"/>
                                </a:lnTo>
                                <a:lnTo>
                                  <a:pt x="744537" y="1266885"/>
                                </a:lnTo>
                                <a:lnTo>
                                  <a:pt x="754062" y="1255773"/>
                                </a:lnTo>
                                <a:close/>
                                <a:moveTo>
                                  <a:pt x="866775" y="1254171"/>
                                </a:moveTo>
                                <a:lnTo>
                                  <a:pt x="864522" y="1257345"/>
                                </a:lnTo>
                                <a:lnTo>
                                  <a:pt x="860425" y="1260521"/>
                                </a:lnTo>
                                <a:lnTo>
                                  <a:pt x="866775" y="1254171"/>
                                </a:lnTo>
                                <a:close/>
                                <a:moveTo>
                                  <a:pt x="2046457" y="1250737"/>
                                </a:moveTo>
                                <a:lnTo>
                                  <a:pt x="2049134" y="1250737"/>
                                </a:lnTo>
                                <a:lnTo>
                                  <a:pt x="2049134" y="1250962"/>
                                </a:lnTo>
                                <a:lnTo>
                                  <a:pt x="2043112" y="1252538"/>
                                </a:lnTo>
                                <a:lnTo>
                                  <a:pt x="2046457" y="1250737"/>
                                </a:lnTo>
                                <a:close/>
                                <a:moveTo>
                                  <a:pt x="5927188" y="1249230"/>
                                </a:moveTo>
                                <a:lnTo>
                                  <a:pt x="5926961" y="1249456"/>
                                </a:lnTo>
                                <a:lnTo>
                                  <a:pt x="5927188" y="1249456"/>
                                </a:lnTo>
                                <a:lnTo>
                                  <a:pt x="5927188" y="1249230"/>
                                </a:lnTo>
                                <a:close/>
                                <a:moveTo>
                                  <a:pt x="2381264" y="1247793"/>
                                </a:moveTo>
                                <a:lnTo>
                                  <a:pt x="2383763" y="1249534"/>
                                </a:lnTo>
                                <a:lnTo>
                                  <a:pt x="2383763" y="1248179"/>
                                </a:lnTo>
                                <a:lnTo>
                                  <a:pt x="2381264" y="1247793"/>
                                </a:lnTo>
                                <a:close/>
                                <a:moveTo>
                                  <a:pt x="2102069" y="1247565"/>
                                </a:moveTo>
                                <a:lnTo>
                                  <a:pt x="2098451" y="1248474"/>
                                </a:lnTo>
                                <a:lnTo>
                                  <a:pt x="2098904" y="1248474"/>
                                </a:lnTo>
                                <a:lnTo>
                                  <a:pt x="2102295" y="1247565"/>
                                </a:lnTo>
                                <a:lnTo>
                                  <a:pt x="2102069" y="1247565"/>
                                </a:lnTo>
                                <a:close/>
                                <a:moveTo>
                                  <a:pt x="2374960" y="1246821"/>
                                </a:moveTo>
                                <a:lnTo>
                                  <a:pt x="2362546" y="1254745"/>
                                </a:lnTo>
                                <a:lnTo>
                                  <a:pt x="2358483" y="1259723"/>
                                </a:lnTo>
                                <a:lnTo>
                                  <a:pt x="2359995" y="1259955"/>
                                </a:lnTo>
                                <a:lnTo>
                                  <a:pt x="2377573" y="1247224"/>
                                </a:lnTo>
                                <a:lnTo>
                                  <a:pt x="2374960" y="1246821"/>
                                </a:lnTo>
                                <a:close/>
                                <a:moveTo>
                                  <a:pt x="1879428" y="1246265"/>
                                </a:moveTo>
                                <a:lnTo>
                                  <a:pt x="1884363" y="1247625"/>
                                </a:lnTo>
                                <a:lnTo>
                                  <a:pt x="1882217" y="1249441"/>
                                </a:lnTo>
                                <a:lnTo>
                                  <a:pt x="1876425" y="1247171"/>
                                </a:lnTo>
                                <a:lnTo>
                                  <a:pt x="1879428" y="1246265"/>
                                </a:lnTo>
                                <a:close/>
                                <a:moveTo>
                                  <a:pt x="4111625" y="1245024"/>
                                </a:moveTo>
                                <a:lnTo>
                                  <a:pt x="4142014" y="1264072"/>
                                </a:lnTo>
                                <a:lnTo>
                                  <a:pt x="4144055" y="1265206"/>
                                </a:lnTo>
                                <a:lnTo>
                                  <a:pt x="4111625" y="1245024"/>
                                </a:lnTo>
                                <a:close/>
                                <a:moveTo>
                                  <a:pt x="765608" y="1242754"/>
                                </a:moveTo>
                                <a:lnTo>
                                  <a:pt x="757237" y="1252597"/>
                                </a:lnTo>
                                <a:lnTo>
                                  <a:pt x="765144" y="1243239"/>
                                </a:lnTo>
                                <a:lnTo>
                                  <a:pt x="765608" y="1242754"/>
                                </a:lnTo>
                                <a:close/>
                                <a:moveTo>
                                  <a:pt x="4270828" y="1240488"/>
                                </a:moveTo>
                                <a:lnTo>
                                  <a:pt x="4268107" y="1240715"/>
                                </a:lnTo>
                                <a:lnTo>
                                  <a:pt x="4265159" y="1241169"/>
                                </a:lnTo>
                                <a:lnTo>
                                  <a:pt x="4262211" y="1241622"/>
                                </a:lnTo>
                                <a:lnTo>
                                  <a:pt x="4259036" y="1242756"/>
                                </a:lnTo>
                                <a:lnTo>
                                  <a:pt x="4255861" y="1243663"/>
                                </a:lnTo>
                                <a:lnTo>
                                  <a:pt x="4252686" y="1244797"/>
                                </a:lnTo>
                                <a:lnTo>
                                  <a:pt x="4249284" y="1246384"/>
                                </a:lnTo>
                                <a:lnTo>
                                  <a:pt x="4245882" y="1247745"/>
                                </a:lnTo>
                                <a:lnTo>
                                  <a:pt x="4242253" y="1249786"/>
                                </a:lnTo>
                                <a:lnTo>
                                  <a:pt x="4238852" y="1251827"/>
                                </a:lnTo>
                                <a:lnTo>
                                  <a:pt x="4234770" y="1254095"/>
                                </a:lnTo>
                                <a:lnTo>
                                  <a:pt x="4227059" y="1259537"/>
                                </a:lnTo>
                                <a:lnTo>
                                  <a:pt x="4214132" y="1263846"/>
                                </a:lnTo>
                                <a:lnTo>
                                  <a:pt x="4212998" y="1266340"/>
                                </a:lnTo>
                                <a:lnTo>
                                  <a:pt x="4211864" y="1268381"/>
                                </a:lnTo>
                                <a:lnTo>
                                  <a:pt x="4210503" y="1270649"/>
                                </a:lnTo>
                                <a:lnTo>
                                  <a:pt x="4209143" y="1272463"/>
                                </a:lnTo>
                                <a:lnTo>
                                  <a:pt x="4206194" y="1275864"/>
                                </a:lnTo>
                                <a:lnTo>
                                  <a:pt x="4202793" y="1279266"/>
                                </a:lnTo>
                                <a:lnTo>
                                  <a:pt x="4199391" y="1282214"/>
                                </a:lnTo>
                                <a:lnTo>
                                  <a:pt x="4195762" y="1284935"/>
                                </a:lnTo>
                                <a:lnTo>
                                  <a:pt x="4188732" y="1290151"/>
                                </a:lnTo>
                                <a:lnTo>
                                  <a:pt x="4185330" y="1292419"/>
                                </a:lnTo>
                                <a:lnTo>
                                  <a:pt x="4182155" y="1295140"/>
                                </a:lnTo>
                                <a:lnTo>
                                  <a:pt x="4179207" y="1298088"/>
                                </a:lnTo>
                                <a:lnTo>
                                  <a:pt x="4176712" y="1301263"/>
                                </a:lnTo>
                                <a:lnTo>
                                  <a:pt x="4175805" y="1302851"/>
                                </a:lnTo>
                                <a:lnTo>
                                  <a:pt x="4175125" y="1304891"/>
                                </a:lnTo>
                                <a:lnTo>
                                  <a:pt x="4173991" y="1306706"/>
                                </a:lnTo>
                                <a:lnTo>
                                  <a:pt x="4173537" y="1308746"/>
                                </a:lnTo>
                                <a:lnTo>
                                  <a:pt x="4173084" y="1311014"/>
                                </a:lnTo>
                                <a:lnTo>
                                  <a:pt x="4172857" y="1313055"/>
                                </a:lnTo>
                                <a:lnTo>
                                  <a:pt x="4172630" y="1315550"/>
                                </a:lnTo>
                                <a:lnTo>
                                  <a:pt x="4172857" y="1318271"/>
                                </a:lnTo>
                                <a:lnTo>
                                  <a:pt x="4167868" y="1320765"/>
                                </a:lnTo>
                                <a:lnTo>
                                  <a:pt x="4162425" y="1323713"/>
                                </a:lnTo>
                                <a:lnTo>
                                  <a:pt x="4156755" y="1326434"/>
                                </a:lnTo>
                                <a:lnTo>
                                  <a:pt x="4150859" y="1329156"/>
                                </a:lnTo>
                                <a:lnTo>
                                  <a:pt x="4147684" y="1330517"/>
                                </a:lnTo>
                                <a:lnTo>
                                  <a:pt x="4144736" y="1331423"/>
                                </a:lnTo>
                                <a:lnTo>
                                  <a:pt x="4141561" y="1332104"/>
                                </a:lnTo>
                                <a:lnTo>
                                  <a:pt x="4138386" y="1332784"/>
                                </a:lnTo>
                                <a:lnTo>
                                  <a:pt x="4135437" y="1333011"/>
                                </a:lnTo>
                                <a:lnTo>
                                  <a:pt x="4132262" y="1333011"/>
                                </a:lnTo>
                                <a:lnTo>
                                  <a:pt x="4129314" y="1332784"/>
                                </a:lnTo>
                                <a:lnTo>
                                  <a:pt x="4126366" y="1332104"/>
                                </a:lnTo>
                                <a:lnTo>
                                  <a:pt x="4129314" y="1335278"/>
                                </a:lnTo>
                                <a:lnTo>
                                  <a:pt x="4132036" y="1338453"/>
                                </a:lnTo>
                                <a:lnTo>
                                  <a:pt x="4134303" y="1341854"/>
                                </a:lnTo>
                                <a:lnTo>
                                  <a:pt x="4135891" y="1345256"/>
                                </a:lnTo>
                                <a:lnTo>
                                  <a:pt x="4137478" y="1348884"/>
                                </a:lnTo>
                                <a:lnTo>
                                  <a:pt x="4138612" y="1352511"/>
                                </a:lnTo>
                                <a:lnTo>
                                  <a:pt x="4139293" y="1356139"/>
                                </a:lnTo>
                                <a:lnTo>
                                  <a:pt x="4139746" y="1359768"/>
                                </a:lnTo>
                                <a:lnTo>
                                  <a:pt x="4139973" y="1363624"/>
                                </a:lnTo>
                                <a:lnTo>
                                  <a:pt x="4139519" y="1367253"/>
                                </a:lnTo>
                                <a:lnTo>
                                  <a:pt x="4139066" y="1371335"/>
                                </a:lnTo>
                                <a:lnTo>
                                  <a:pt x="4138159" y="1375190"/>
                                </a:lnTo>
                                <a:lnTo>
                                  <a:pt x="4136798" y="1378818"/>
                                </a:lnTo>
                                <a:lnTo>
                                  <a:pt x="4135211" y="1382446"/>
                                </a:lnTo>
                                <a:lnTo>
                                  <a:pt x="4133396" y="1386300"/>
                                </a:lnTo>
                                <a:lnTo>
                                  <a:pt x="4131128" y="1389701"/>
                                </a:lnTo>
                                <a:lnTo>
                                  <a:pt x="4138612" y="1396050"/>
                                </a:lnTo>
                                <a:lnTo>
                                  <a:pt x="4147457" y="1402853"/>
                                </a:lnTo>
                                <a:lnTo>
                                  <a:pt x="4156755" y="1409657"/>
                                </a:lnTo>
                                <a:lnTo>
                                  <a:pt x="4161744" y="1412832"/>
                                </a:lnTo>
                                <a:lnTo>
                                  <a:pt x="4166507" y="1416006"/>
                                </a:lnTo>
                                <a:lnTo>
                                  <a:pt x="4171269" y="1418727"/>
                                </a:lnTo>
                                <a:lnTo>
                                  <a:pt x="4175578" y="1420996"/>
                                </a:lnTo>
                                <a:lnTo>
                                  <a:pt x="4179661" y="1423036"/>
                                </a:lnTo>
                                <a:lnTo>
                                  <a:pt x="4183289" y="1424170"/>
                                </a:lnTo>
                                <a:lnTo>
                                  <a:pt x="4186691" y="1425303"/>
                                </a:lnTo>
                                <a:lnTo>
                                  <a:pt x="4188278" y="1425303"/>
                                </a:lnTo>
                                <a:lnTo>
                                  <a:pt x="4189412" y="1425303"/>
                                </a:lnTo>
                                <a:lnTo>
                                  <a:pt x="4190546" y="1425077"/>
                                </a:lnTo>
                                <a:lnTo>
                                  <a:pt x="4191680" y="1424623"/>
                                </a:lnTo>
                                <a:lnTo>
                                  <a:pt x="4192361" y="1423943"/>
                                </a:lnTo>
                                <a:lnTo>
                                  <a:pt x="4192814" y="1423262"/>
                                </a:lnTo>
                                <a:lnTo>
                                  <a:pt x="4205061" y="1443671"/>
                                </a:lnTo>
                                <a:lnTo>
                                  <a:pt x="4205287" y="1454556"/>
                                </a:lnTo>
                                <a:lnTo>
                                  <a:pt x="4208462" y="1456824"/>
                                </a:lnTo>
                                <a:lnTo>
                                  <a:pt x="4211864" y="1459091"/>
                                </a:lnTo>
                                <a:lnTo>
                                  <a:pt x="4219121" y="1463400"/>
                                </a:lnTo>
                                <a:lnTo>
                                  <a:pt x="4226605" y="1467254"/>
                                </a:lnTo>
                                <a:lnTo>
                                  <a:pt x="4234543" y="1471336"/>
                                </a:lnTo>
                                <a:lnTo>
                                  <a:pt x="4242707" y="1475645"/>
                                </a:lnTo>
                                <a:lnTo>
                                  <a:pt x="4250418" y="1479727"/>
                                </a:lnTo>
                                <a:lnTo>
                                  <a:pt x="4257902" y="1484035"/>
                                </a:lnTo>
                                <a:lnTo>
                                  <a:pt x="4261530" y="1486303"/>
                                </a:lnTo>
                                <a:lnTo>
                                  <a:pt x="4264932" y="1488344"/>
                                </a:lnTo>
                                <a:lnTo>
                                  <a:pt x="4268107" y="1490838"/>
                                </a:lnTo>
                                <a:lnTo>
                                  <a:pt x="4271282" y="1493332"/>
                                </a:lnTo>
                                <a:lnTo>
                                  <a:pt x="4274003" y="1496054"/>
                                </a:lnTo>
                                <a:lnTo>
                                  <a:pt x="4276498" y="1498548"/>
                                </a:lnTo>
                                <a:lnTo>
                                  <a:pt x="4278539" y="1501496"/>
                                </a:lnTo>
                                <a:lnTo>
                                  <a:pt x="4280580" y="1504444"/>
                                </a:lnTo>
                                <a:lnTo>
                                  <a:pt x="4281941" y="1507392"/>
                                </a:lnTo>
                                <a:lnTo>
                                  <a:pt x="4283302" y="1510567"/>
                                </a:lnTo>
                                <a:lnTo>
                                  <a:pt x="4284209" y="1513969"/>
                                </a:lnTo>
                                <a:lnTo>
                                  <a:pt x="4284436" y="1517370"/>
                                </a:lnTo>
                                <a:lnTo>
                                  <a:pt x="4284436" y="1521225"/>
                                </a:lnTo>
                                <a:lnTo>
                                  <a:pt x="4283755" y="1524853"/>
                                </a:lnTo>
                                <a:lnTo>
                                  <a:pt x="4282848" y="1528935"/>
                                </a:lnTo>
                                <a:lnTo>
                                  <a:pt x="4281261" y="1533243"/>
                                </a:lnTo>
                                <a:lnTo>
                                  <a:pt x="4279220" y="1537779"/>
                                </a:lnTo>
                                <a:lnTo>
                                  <a:pt x="4277826" y="1540102"/>
                                </a:lnTo>
                                <a:lnTo>
                                  <a:pt x="4278313" y="1539616"/>
                                </a:lnTo>
                                <a:lnTo>
                                  <a:pt x="4280581" y="1537580"/>
                                </a:lnTo>
                                <a:lnTo>
                                  <a:pt x="4282849" y="1535092"/>
                                </a:lnTo>
                                <a:lnTo>
                                  <a:pt x="4284663" y="1532605"/>
                                </a:lnTo>
                                <a:lnTo>
                                  <a:pt x="4286478" y="1529890"/>
                                </a:lnTo>
                                <a:lnTo>
                                  <a:pt x="4287838" y="1527402"/>
                                </a:lnTo>
                                <a:lnTo>
                                  <a:pt x="4288972" y="1524688"/>
                                </a:lnTo>
                                <a:lnTo>
                                  <a:pt x="4290106" y="1521974"/>
                                </a:lnTo>
                                <a:lnTo>
                                  <a:pt x="4290560" y="1519260"/>
                                </a:lnTo>
                                <a:lnTo>
                                  <a:pt x="4290786" y="1516545"/>
                                </a:lnTo>
                                <a:lnTo>
                                  <a:pt x="4290560" y="1514284"/>
                                </a:lnTo>
                                <a:lnTo>
                                  <a:pt x="4289653" y="1512022"/>
                                </a:lnTo>
                                <a:lnTo>
                                  <a:pt x="4288972" y="1510891"/>
                                </a:lnTo>
                                <a:lnTo>
                                  <a:pt x="4288292" y="1509760"/>
                                </a:lnTo>
                                <a:lnTo>
                                  <a:pt x="4292828" y="1511570"/>
                                </a:lnTo>
                                <a:lnTo>
                                  <a:pt x="4296910" y="1513605"/>
                                </a:lnTo>
                                <a:lnTo>
                                  <a:pt x="4301219" y="1516093"/>
                                </a:lnTo>
                                <a:lnTo>
                                  <a:pt x="4305301" y="1518807"/>
                                </a:lnTo>
                                <a:lnTo>
                                  <a:pt x="4309836" y="1521974"/>
                                </a:lnTo>
                                <a:lnTo>
                                  <a:pt x="4314145" y="1525367"/>
                                </a:lnTo>
                                <a:lnTo>
                                  <a:pt x="4322536" y="1532152"/>
                                </a:lnTo>
                                <a:lnTo>
                                  <a:pt x="4331608" y="1538937"/>
                                </a:lnTo>
                                <a:lnTo>
                                  <a:pt x="4335917" y="1542104"/>
                                </a:lnTo>
                                <a:lnTo>
                                  <a:pt x="4340679" y="1545044"/>
                                </a:lnTo>
                                <a:lnTo>
                                  <a:pt x="4345442" y="1547758"/>
                                </a:lnTo>
                                <a:lnTo>
                                  <a:pt x="4350431" y="1550020"/>
                                </a:lnTo>
                                <a:lnTo>
                                  <a:pt x="4355194" y="1551830"/>
                                </a:lnTo>
                                <a:lnTo>
                                  <a:pt x="4360410" y="1553187"/>
                                </a:lnTo>
                                <a:lnTo>
                                  <a:pt x="4362678" y="1557936"/>
                                </a:lnTo>
                                <a:lnTo>
                                  <a:pt x="4369481" y="1558615"/>
                                </a:lnTo>
                                <a:lnTo>
                                  <a:pt x="4376511" y="1559746"/>
                                </a:lnTo>
                                <a:lnTo>
                                  <a:pt x="4383542" y="1561103"/>
                                </a:lnTo>
                                <a:lnTo>
                                  <a:pt x="4390799" y="1562912"/>
                                </a:lnTo>
                                <a:lnTo>
                                  <a:pt x="4394201" y="1563817"/>
                                </a:lnTo>
                                <a:lnTo>
                                  <a:pt x="4397603" y="1565400"/>
                                </a:lnTo>
                                <a:lnTo>
                                  <a:pt x="4400551" y="1566531"/>
                                </a:lnTo>
                                <a:lnTo>
                                  <a:pt x="4403726" y="1568340"/>
                                </a:lnTo>
                                <a:lnTo>
                                  <a:pt x="4406901" y="1569923"/>
                                </a:lnTo>
                                <a:lnTo>
                                  <a:pt x="4409622" y="1571959"/>
                                </a:lnTo>
                                <a:lnTo>
                                  <a:pt x="4412344" y="1573768"/>
                                </a:lnTo>
                                <a:lnTo>
                                  <a:pt x="4414838" y="1576256"/>
                                </a:lnTo>
                                <a:lnTo>
                                  <a:pt x="4412797" y="1575125"/>
                                </a:lnTo>
                                <a:lnTo>
                                  <a:pt x="4408261" y="1572864"/>
                                </a:lnTo>
                                <a:lnTo>
                                  <a:pt x="4403953" y="1571281"/>
                                </a:lnTo>
                                <a:lnTo>
                                  <a:pt x="4400324" y="1570150"/>
                                </a:lnTo>
                                <a:lnTo>
                                  <a:pt x="4396922" y="1569697"/>
                                </a:lnTo>
                                <a:lnTo>
                                  <a:pt x="4394428" y="1569697"/>
                                </a:lnTo>
                                <a:lnTo>
                                  <a:pt x="4391933" y="1570150"/>
                                </a:lnTo>
                                <a:lnTo>
                                  <a:pt x="4389665" y="1571281"/>
                                </a:lnTo>
                                <a:lnTo>
                                  <a:pt x="4388078" y="1572638"/>
                                </a:lnTo>
                                <a:lnTo>
                                  <a:pt x="4386717" y="1573995"/>
                                </a:lnTo>
                                <a:lnTo>
                                  <a:pt x="4385583" y="1576256"/>
                                </a:lnTo>
                                <a:lnTo>
                                  <a:pt x="4384903" y="1578518"/>
                                </a:lnTo>
                                <a:lnTo>
                                  <a:pt x="4384449" y="1581232"/>
                                </a:lnTo>
                                <a:lnTo>
                                  <a:pt x="4384222" y="1583947"/>
                                </a:lnTo>
                                <a:lnTo>
                                  <a:pt x="4384222" y="1586887"/>
                                </a:lnTo>
                                <a:lnTo>
                                  <a:pt x="4384222" y="1590279"/>
                                </a:lnTo>
                                <a:lnTo>
                                  <a:pt x="4384676" y="1593672"/>
                                </a:lnTo>
                                <a:lnTo>
                                  <a:pt x="4385583" y="1600684"/>
                                </a:lnTo>
                                <a:lnTo>
                                  <a:pt x="4386944" y="1608148"/>
                                </a:lnTo>
                                <a:lnTo>
                                  <a:pt x="4388758" y="1615611"/>
                                </a:lnTo>
                                <a:lnTo>
                                  <a:pt x="4390799" y="1622623"/>
                                </a:lnTo>
                                <a:lnTo>
                                  <a:pt x="4394201" y="1635289"/>
                                </a:lnTo>
                                <a:lnTo>
                                  <a:pt x="4395108" y="1640039"/>
                                </a:lnTo>
                                <a:lnTo>
                                  <a:pt x="4395561" y="1643883"/>
                                </a:lnTo>
                                <a:lnTo>
                                  <a:pt x="4392840" y="1642526"/>
                                </a:lnTo>
                                <a:lnTo>
                                  <a:pt x="4389892" y="1641169"/>
                                </a:lnTo>
                                <a:lnTo>
                                  <a:pt x="4386490" y="1640265"/>
                                </a:lnTo>
                                <a:lnTo>
                                  <a:pt x="4383088" y="1639586"/>
                                </a:lnTo>
                                <a:lnTo>
                                  <a:pt x="4385583" y="1643657"/>
                                </a:lnTo>
                                <a:lnTo>
                                  <a:pt x="4387851" y="1647955"/>
                                </a:lnTo>
                                <a:lnTo>
                                  <a:pt x="4389665" y="1652704"/>
                                </a:lnTo>
                                <a:lnTo>
                                  <a:pt x="4391479" y="1657454"/>
                                </a:lnTo>
                                <a:lnTo>
                                  <a:pt x="4394654" y="1667180"/>
                                </a:lnTo>
                                <a:lnTo>
                                  <a:pt x="4396015" y="1671703"/>
                                </a:lnTo>
                                <a:lnTo>
                                  <a:pt x="4397829" y="1676453"/>
                                </a:lnTo>
                                <a:lnTo>
                                  <a:pt x="4393067" y="1676227"/>
                                </a:lnTo>
                                <a:lnTo>
                                  <a:pt x="4388985" y="1676001"/>
                                </a:lnTo>
                                <a:lnTo>
                                  <a:pt x="4385129" y="1675096"/>
                                </a:lnTo>
                                <a:lnTo>
                                  <a:pt x="4381728" y="1674191"/>
                                </a:lnTo>
                                <a:lnTo>
                                  <a:pt x="4378553" y="1673061"/>
                                </a:lnTo>
                                <a:lnTo>
                                  <a:pt x="4375604" y="1671703"/>
                                </a:lnTo>
                                <a:lnTo>
                                  <a:pt x="4372883" y="1670346"/>
                                </a:lnTo>
                                <a:lnTo>
                                  <a:pt x="4370615" y="1668763"/>
                                </a:lnTo>
                                <a:lnTo>
                                  <a:pt x="4365399" y="1665596"/>
                                </a:lnTo>
                                <a:lnTo>
                                  <a:pt x="4360410" y="1662430"/>
                                </a:lnTo>
                                <a:lnTo>
                                  <a:pt x="4357688" y="1660847"/>
                                </a:lnTo>
                                <a:lnTo>
                                  <a:pt x="4354740" y="1659489"/>
                                </a:lnTo>
                                <a:lnTo>
                                  <a:pt x="4351338" y="1658133"/>
                                </a:lnTo>
                                <a:lnTo>
                                  <a:pt x="4349286" y="1657621"/>
                                </a:lnTo>
                                <a:lnTo>
                                  <a:pt x="4348616" y="1659325"/>
                                </a:lnTo>
                                <a:lnTo>
                                  <a:pt x="4369027" y="1670891"/>
                                </a:lnTo>
                                <a:lnTo>
                                  <a:pt x="4388984" y="1682002"/>
                                </a:lnTo>
                                <a:lnTo>
                                  <a:pt x="4408714" y="1692660"/>
                                </a:lnTo>
                                <a:lnTo>
                                  <a:pt x="4418693" y="1697649"/>
                                </a:lnTo>
                                <a:lnTo>
                                  <a:pt x="4428445" y="1702638"/>
                                </a:lnTo>
                                <a:lnTo>
                                  <a:pt x="4438196" y="1707400"/>
                                </a:lnTo>
                                <a:lnTo>
                                  <a:pt x="4447495" y="1711709"/>
                                </a:lnTo>
                                <a:lnTo>
                                  <a:pt x="4457246" y="1716017"/>
                                </a:lnTo>
                                <a:lnTo>
                                  <a:pt x="4466998" y="1720099"/>
                                </a:lnTo>
                                <a:lnTo>
                                  <a:pt x="4476523" y="1723727"/>
                                </a:lnTo>
                                <a:lnTo>
                                  <a:pt x="4486275" y="1727128"/>
                                </a:lnTo>
                                <a:lnTo>
                                  <a:pt x="4496027" y="1730303"/>
                                </a:lnTo>
                                <a:lnTo>
                                  <a:pt x="4505778" y="1733251"/>
                                </a:lnTo>
                                <a:lnTo>
                                  <a:pt x="4515530" y="1735519"/>
                                </a:lnTo>
                                <a:lnTo>
                                  <a:pt x="4525055" y="1737787"/>
                                </a:lnTo>
                                <a:lnTo>
                                  <a:pt x="4534807" y="1739828"/>
                                </a:lnTo>
                                <a:lnTo>
                                  <a:pt x="4544786" y="1741188"/>
                                </a:lnTo>
                                <a:lnTo>
                                  <a:pt x="4554764" y="1742095"/>
                                </a:lnTo>
                                <a:lnTo>
                                  <a:pt x="4564743" y="1742776"/>
                                </a:lnTo>
                                <a:lnTo>
                                  <a:pt x="4574948" y="1743002"/>
                                </a:lnTo>
                                <a:lnTo>
                                  <a:pt x="4585153" y="1742776"/>
                                </a:lnTo>
                                <a:lnTo>
                                  <a:pt x="4595586" y="1741868"/>
                                </a:lnTo>
                                <a:lnTo>
                                  <a:pt x="4606018" y="1740735"/>
                                </a:lnTo>
                                <a:lnTo>
                                  <a:pt x="4616450" y="1738920"/>
                                </a:lnTo>
                                <a:lnTo>
                                  <a:pt x="4627336" y="1736880"/>
                                </a:lnTo>
                                <a:lnTo>
                                  <a:pt x="4638221" y="1734158"/>
                                </a:lnTo>
                                <a:lnTo>
                                  <a:pt x="4649107" y="1730757"/>
                                </a:lnTo>
                                <a:lnTo>
                                  <a:pt x="4660220" y="1726902"/>
                                </a:lnTo>
                                <a:lnTo>
                                  <a:pt x="4671786" y="1722593"/>
                                </a:lnTo>
                                <a:lnTo>
                                  <a:pt x="4667023" y="1716471"/>
                                </a:lnTo>
                                <a:lnTo>
                                  <a:pt x="4659086" y="1705586"/>
                                </a:lnTo>
                                <a:lnTo>
                                  <a:pt x="4655684" y="1700597"/>
                                </a:lnTo>
                                <a:lnTo>
                                  <a:pt x="4653189" y="1696742"/>
                                </a:lnTo>
                                <a:lnTo>
                                  <a:pt x="4652509" y="1695608"/>
                                </a:lnTo>
                                <a:lnTo>
                                  <a:pt x="4652509" y="1695252"/>
                                </a:lnTo>
                                <a:lnTo>
                                  <a:pt x="4654323" y="1696288"/>
                                </a:lnTo>
                                <a:lnTo>
                                  <a:pt x="4652962" y="1695381"/>
                                </a:lnTo>
                                <a:lnTo>
                                  <a:pt x="4652509" y="1694928"/>
                                </a:lnTo>
                                <a:lnTo>
                                  <a:pt x="4652509" y="1695252"/>
                                </a:lnTo>
                                <a:lnTo>
                                  <a:pt x="4651148" y="1694474"/>
                                </a:lnTo>
                                <a:lnTo>
                                  <a:pt x="4647746" y="1692887"/>
                                </a:lnTo>
                                <a:lnTo>
                                  <a:pt x="4644571" y="1690392"/>
                                </a:lnTo>
                                <a:lnTo>
                                  <a:pt x="4641170" y="1687898"/>
                                </a:lnTo>
                                <a:lnTo>
                                  <a:pt x="4637995" y="1685404"/>
                                </a:lnTo>
                                <a:lnTo>
                                  <a:pt x="4634593" y="1682456"/>
                                </a:lnTo>
                                <a:lnTo>
                                  <a:pt x="4631418" y="1679054"/>
                                </a:lnTo>
                                <a:lnTo>
                                  <a:pt x="4628243" y="1675879"/>
                                </a:lnTo>
                                <a:lnTo>
                                  <a:pt x="4621893" y="1668623"/>
                                </a:lnTo>
                                <a:lnTo>
                                  <a:pt x="4615543" y="1660459"/>
                                </a:lnTo>
                                <a:lnTo>
                                  <a:pt x="4609193" y="1652523"/>
                                </a:lnTo>
                                <a:lnTo>
                                  <a:pt x="4603296" y="1643905"/>
                                </a:lnTo>
                                <a:lnTo>
                                  <a:pt x="4591277" y="1627124"/>
                                </a:lnTo>
                                <a:lnTo>
                                  <a:pt x="4585380" y="1619188"/>
                                </a:lnTo>
                                <a:lnTo>
                                  <a:pt x="4579937" y="1611478"/>
                                </a:lnTo>
                                <a:lnTo>
                                  <a:pt x="4574268" y="1604675"/>
                                </a:lnTo>
                                <a:lnTo>
                                  <a:pt x="4568825" y="1598325"/>
                                </a:lnTo>
                                <a:lnTo>
                                  <a:pt x="4566330" y="1595604"/>
                                </a:lnTo>
                                <a:lnTo>
                                  <a:pt x="4563609" y="1592883"/>
                                </a:lnTo>
                                <a:lnTo>
                                  <a:pt x="4560887" y="1590842"/>
                                </a:lnTo>
                                <a:lnTo>
                                  <a:pt x="4558393" y="1588801"/>
                                </a:lnTo>
                                <a:lnTo>
                                  <a:pt x="4566330" y="1583132"/>
                                </a:lnTo>
                                <a:lnTo>
                                  <a:pt x="4561795" y="1581318"/>
                                </a:lnTo>
                                <a:lnTo>
                                  <a:pt x="4560661" y="1578823"/>
                                </a:lnTo>
                                <a:lnTo>
                                  <a:pt x="4559073" y="1576556"/>
                                </a:lnTo>
                                <a:lnTo>
                                  <a:pt x="4557712" y="1574742"/>
                                </a:lnTo>
                                <a:lnTo>
                                  <a:pt x="4556578" y="1573154"/>
                                </a:lnTo>
                                <a:lnTo>
                                  <a:pt x="4554991" y="1572020"/>
                                </a:lnTo>
                                <a:lnTo>
                                  <a:pt x="4553630" y="1571113"/>
                                </a:lnTo>
                                <a:lnTo>
                                  <a:pt x="4552043" y="1570433"/>
                                </a:lnTo>
                                <a:lnTo>
                                  <a:pt x="4550682" y="1569526"/>
                                </a:lnTo>
                                <a:lnTo>
                                  <a:pt x="4548868" y="1569299"/>
                                </a:lnTo>
                                <a:lnTo>
                                  <a:pt x="4547507" y="1569072"/>
                                </a:lnTo>
                                <a:lnTo>
                                  <a:pt x="4544559" y="1569299"/>
                                </a:lnTo>
                                <a:lnTo>
                                  <a:pt x="4541384" y="1569526"/>
                                </a:lnTo>
                                <a:lnTo>
                                  <a:pt x="4538209" y="1569979"/>
                                </a:lnTo>
                                <a:lnTo>
                                  <a:pt x="4535034" y="1570660"/>
                                </a:lnTo>
                                <a:lnTo>
                                  <a:pt x="4531859" y="1570887"/>
                                </a:lnTo>
                                <a:lnTo>
                                  <a:pt x="4530271" y="1570887"/>
                                </a:lnTo>
                                <a:lnTo>
                                  <a:pt x="4528457" y="1570660"/>
                                </a:lnTo>
                                <a:lnTo>
                                  <a:pt x="4527096" y="1570433"/>
                                </a:lnTo>
                                <a:lnTo>
                                  <a:pt x="4525282" y="1569753"/>
                                </a:lnTo>
                                <a:lnTo>
                                  <a:pt x="4523921" y="1569072"/>
                                </a:lnTo>
                                <a:lnTo>
                                  <a:pt x="4522334" y="1567939"/>
                                </a:lnTo>
                                <a:lnTo>
                                  <a:pt x="4520520" y="1566578"/>
                                </a:lnTo>
                                <a:lnTo>
                                  <a:pt x="4519159" y="1565218"/>
                                </a:lnTo>
                                <a:lnTo>
                                  <a:pt x="4517345" y="1563177"/>
                                </a:lnTo>
                                <a:lnTo>
                                  <a:pt x="4515757" y="1560909"/>
                                </a:lnTo>
                                <a:lnTo>
                                  <a:pt x="4514170" y="1558414"/>
                                </a:lnTo>
                                <a:lnTo>
                                  <a:pt x="4512582" y="1555240"/>
                                </a:lnTo>
                                <a:lnTo>
                                  <a:pt x="4510768" y="1550024"/>
                                </a:lnTo>
                                <a:lnTo>
                                  <a:pt x="4508953" y="1544355"/>
                                </a:lnTo>
                                <a:lnTo>
                                  <a:pt x="4506459" y="1539139"/>
                                </a:lnTo>
                                <a:lnTo>
                                  <a:pt x="4503964" y="1534150"/>
                                </a:lnTo>
                                <a:lnTo>
                                  <a:pt x="4501243" y="1528935"/>
                                </a:lnTo>
                                <a:lnTo>
                                  <a:pt x="4498068" y="1524173"/>
                                </a:lnTo>
                                <a:lnTo>
                                  <a:pt x="4494893" y="1519184"/>
                                </a:lnTo>
                                <a:lnTo>
                                  <a:pt x="4491491" y="1514649"/>
                                </a:lnTo>
                                <a:lnTo>
                                  <a:pt x="4497387" y="1515782"/>
                                </a:lnTo>
                                <a:lnTo>
                                  <a:pt x="4503511" y="1517143"/>
                                </a:lnTo>
                                <a:lnTo>
                                  <a:pt x="4509407" y="1518504"/>
                                </a:lnTo>
                                <a:lnTo>
                                  <a:pt x="4515077" y="1520318"/>
                                </a:lnTo>
                                <a:lnTo>
                                  <a:pt x="4520746" y="1522132"/>
                                </a:lnTo>
                                <a:lnTo>
                                  <a:pt x="4526416" y="1524173"/>
                                </a:lnTo>
                                <a:lnTo>
                                  <a:pt x="4531632" y="1526667"/>
                                </a:lnTo>
                                <a:lnTo>
                                  <a:pt x="4536621" y="1528935"/>
                                </a:lnTo>
                                <a:lnTo>
                                  <a:pt x="4564970" y="1524173"/>
                                </a:lnTo>
                                <a:lnTo>
                                  <a:pt x="4563609" y="1523492"/>
                                </a:lnTo>
                                <a:lnTo>
                                  <a:pt x="4554537" y="1513061"/>
                                </a:lnTo>
                                <a:lnTo>
                                  <a:pt x="4563155" y="1517143"/>
                                </a:lnTo>
                                <a:lnTo>
                                  <a:pt x="4570412" y="1511247"/>
                                </a:lnTo>
                                <a:lnTo>
                                  <a:pt x="4564062" y="1503310"/>
                                </a:lnTo>
                                <a:lnTo>
                                  <a:pt x="4568145" y="1503991"/>
                                </a:lnTo>
                                <a:lnTo>
                                  <a:pt x="4563155" y="1500589"/>
                                </a:lnTo>
                                <a:lnTo>
                                  <a:pt x="4556578" y="1496281"/>
                                </a:lnTo>
                                <a:lnTo>
                                  <a:pt x="4541384" y="1485849"/>
                                </a:lnTo>
                                <a:lnTo>
                                  <a:pt x="4533220" y="1480407"/>
                                </a:lnTo>
                                <a:lnTo>
                                  <a:pt x="4524602" y="1474964"/>
                                </a:lnTo>
                                <a:lnTo>
                                  <a:pt x="4515984" y="1470202"/>
                                </a:lnTo>
                                <a:lnTo>
                                  <a:pt x="4511448" y="1467935"/>
                                </a:lnTo>
                                <a:lnTo>
                                  <a:pt x="4507366" y="1466121"/>
                                </a:lnTo>
                                <a:lnTo>
                                  <a:pt x="4503284" y="1464080"/>
                                </a:lnTo>
                                <a:lnTo>
                                  <a:pt x="4499202" y="1462719"/>
                                </a:lnTo>
                                <a:lnTo>
                                  <a:pt x="4495346" y="1461359"/>
                                </a:lnTo>
                                <a:lnTo>
                                  <a:pt x="4491264" y="1460452"/>
                                </a:lnTo>
                                <a:lnTo>
                                  <a:pt x="4487636" y="1459998"/>
                                </a:lnTo>
                                <a:lnTo>
                                  <a:pt x="4484461" y="1459771"/>
                                </a:lnTo>
                                <a:lnTo>
                                  <a:pt x="4481286" y="1459998"/>
                                </a:lnTo>
                                <a:lnTo>
                                  <a:pt x="4478564" y="1460678"/>
                                </a:lnTo>
                                <a:lnTo>
                                  <a:pt x="4475843" y="1461812"/>
                                </a:lnTo>
                                <a:lnTo>
                                  <a:pt x="4474482" y="1462719"/>
                                </a:lnTo>
                                <a:lnTo>
                                  <a:pt x="4473348" y="1463626"/>
                                </a:lnTo>
                                <a:lnTo>
                                  <a:pt x="4472441" y="1464534"/>
                                </a:lnTo>
                                <a:lnTo>
                                  <a:pt x="4471534" y="1465894"/>
                                </a:lnTo>
                                <a:lnTo>
                                  <a:pt x="4470400" y="1467254"/>
                                </a:lnTo>
                                <a:lnTo>
                                  <a:pt x="4469720" y="1468615"/>
                                </a:lnTo>
                                <a:lnTo>
                                  <a:pt x="4469266" y="1470429"/>
                                </a:lnTo>
                                <a:lnTo>
                                  <a:pt x="4468586" y="1472017"/>
                                </a:lnTo>
                                <a:lnTo>
                                  <a:pt x="4467678" y="1476325"/>
                                </a:lnTo>
                                <a:lnTo>
                                  <a:pt x="4467225" y="1480860"/>
                                </a:lnTo>
                                <a:lnTo>
                                  <a:pt x="4467225" y="1486530"/>
                                </a:lnTo>
                                <a:lnTo>
                                  <a:pt x="4473575" y="1490612"/>
                                </a:lnTo>
                                <a:lnTo>
                                  <a:pt x="4484234" y="1507846"/>
                                </a:lnTo>
                                <a:lnTo>
                                  <a:pt x="4479925" y="1504898"/>
                                </a:lnTo>
                                <a:lnTo>
                                  <a:pt x="4476070" y="1501496"/>
                                </a:lnTo>
                                <a:lnTo>
                                  <a:pt x="4472214" y="1497641"/>
                                </a:lnTo>
                                <a:lnTo>
                                  <a:pt x="4468586" y="1493786"/>
                                </a:lnTo>
                                <a:lnTo>
                                  <a:pt x="4465184" y="1489478"/>
                                </a:lnTo>
                                <a:lnTo>
                                  <a:pt x="4461782" y="1484942"/>
                                </a:lnTo>
                                <a:lnTo>
                                  <a:pt x="4458380" y="1480407"/>
                                </a:lnTo>
                                <a:lnTo>
                                  <a:pt x="4455205" y="1475871"/>
                                </a:lnTo>
                                <a:lnTo>
                                  <a:pt x="4449082" y="1466121"/>
                                </a:lnTo>
                                <a:lnTo>
                                  <a:pt x="4443186" y="1456597"/>
                                </a:lnTo>
                                <a:lnTo>
                                  <a:pt x="4437743" y="1447299"/>
                                </a:lnTo>
                                <a:lnTo>
                                  <a:pt x="4432073" y="1438909"/>
                                </a:lnTo>
                                <a:lnTo>
                                  <a:pt x="4423228" y="1437322"/>
                                </a:lnTo>
                                <a:lnTo>
                                  <a:pt x="4413477" y="1435507"/>
                                </a:lnTo>
                                <a:lnTo>
                                  <a:pt x="4403271" y="1432786"/>
                                </a:lnTo>
                                <a:lnTo>
                                  <a:pt x="4392612" y="1429612"/>
                                </a:lnTo>
                                <a:lnTo>
                                  <a:pt x="4381727" y="1425984"/>
                                </a:lnTo>
                                <a:lnTo>
                                  <a:pt x="4370614" y="1422129"/>
                                </a:lnTo>
                                <a:lnTo>
                                  <a:pt x="4359275" y="1417593"/>
                                </a:lnTo>
                                <a:lnTo>
                                  <a:pt x="4348162" y="1412832"/>
                                </a:lnTo>
                                <a:lnTo>
                                  <a:pt x="4337277" y="1407616"/>
                                </a:lnTo>
                                <a:lnTo>
                                  <a:pt x="4326844" y="1402400"/>
                                </a:lnTo>
                                <a:lnTo>
                                  <a:pt x="4317093" y="1396730"/>
                                </a:lnTo>
                                <a:lnTo>
                                  <a:pt x="4307795" y="1390835"/>
                                </a:lnTo>
                                <a:lnTo>
                                  <a:pt x="4303486" y="1387887"/>
                                </a:lnTo>
                                <a:lnTo>
                                  <a:pt x="4299403" y="1384940"/>
                                </a:lnTo>
                                <a:lnTo>
                                  <a:pt x="4295548" y="1381765"/>
                                </a:lnTo>
                                <a:lnTo>
                                  <a:pt x="4291920" y="1378818"/>
                                </a:lnTo>
                                <a:lnTo>
                                  <a:pt x="4288745" y="1375643"/>
                                </a:lnTo>
                                <a:lnTo>
                                  <a:pt x="4285796" y="1372469"/>
                                </a:lnTo>
                                <a:lnTo>
                                  <a:pt x="4283075" y="1369294"/>
                                </a:lnTo>
                                <a:lnTo>
                                  <a:pt x="4280807" y="1366346"/>
                                </a:lnTo>
                                <a:lnTo>
                                  <a:pt x="4287157" y="1366346"/>
                                </a:lnTo>
                                <a:lnTo>
                                  <a:pt x="4293280" y="1366346"/>
                                </a:lnTo>
                                <a:lnTo>
                                  <a:pt x="4299630" y="1365892"/>
                                </a:lnTo>
                                <a:lnTo>
                                  <a:pt x="4305527" y="1365665"/>
                                </a:lnTo>
                                <a:lnTo>
                                  <a:pt x="4311650" y="1364985"/>
                                </a:lnTo>
                                <a:lnTo>
                                  <a:pt x="4318000" y="1364304"/>
                                </a:lnTo>
                                <a:lnTo>
                                  <a:pt x="4324123" y="1363171"/>
                                </a:lnTo>
                                <a:lnTo>
                                  <a:pt x="4330246" y="1362037"/>
                                </a:lnTo>
                                <a:lnTo>
                                  <a:pt x="4322989" y="1359542"/>
                                </a:lnTo>
                                <a:lnTo>
                                  <a:pt x="4316639" y="1357047"/>
                                </a:lnTo>
                                <a:lnTo>
                                  <a:pt x="4311423" y="1354780"/>
                                </a:lnTo>
                                <a:lnTo>
                                  <a:pt x="4307114" y="1352511"/>
                                </a:lnTo>
                                <a:lnTo>
                                  <a:pt x="4303712" y="1350245"/>
                                </a:lnTo>
                                <a:lnTo>
                                  <a:pt x="4301218" y="1348431"/>
                                </a:lnTo>
                                <a:lnTo>
                                  <a:pt x="4299630" y="1346390"/>
                                </a:lnTo>
                                <a:lnTo>
                                  <a:pt x="4298723" y="1345483"/>
                                </a:lnTo>
                                <a:lnTo>
                                  <a:pt x="4298496" y="1344575"/>
                                </a:lnTo>
                                <a:lnTo>
                                  <a:pt x="4298270" y="1343442"/>
                                </a:lnTo>
                                <a:lnTo>
                                  <a:pt x="4298270" y="1342535"/>
                                </a:lnTo>
                                <a:lnTo>
                                  <a:pt x="4298270" y="1341854"/>
                                </a:lnTo>
                                <a:lnTo>
                                  <a:pt x="4298496" y="1340947"/>
                                </a:lnTo>
                                <a:lnTo>
                                  <a:pt x="4299857" y="1339360"/>
                                </a:lnTo>
                                <a:lnTo>
                                  <a:pt x="4301218" y="1337773"/>
                                </a:lnTo>
                                <a:lnTo>
                                  <a:pt x="4303486" y="1336186"/>
                                </a:lnTo>
                                <a:lnTo>
                                  <a:pt x="4305980" y="1334825"/>
                                </a:lnTo>
                                <a:lnTo>
                                  <a:pt x="4308702" y="1333238"/>
                                </a:lnTo>
                                <a:lnTo>
                                  <a:pt x="4312103" y="1332104"/>
                                </a:lnTo>
                                <a:lnTo>
                                  <a:pt x="4319814" y="1329610"/>
                                </a:lnTo>
                                <a:lnTo>
                                  <a:pt x="4328205" y="1327342"/>
                                </a:lnTo>
                                <a:lnTo>
                                  <a:pt x="4337050" y="1325301"/>
                                </a:lnTo>
                                <a:lnTo>
                                  <a:pt x="4345668" y="1323260"/>
                                </a:lnTo>
                                <a:lnTo>
                                  <a:pt x="4361996" y="1319631"/>
                                </a:lnTo>
                                <a:lnTo>
                                  <a:pt x="4368573" y="1318271"/>
                                </a:lnTo>
                                <a:lnTo>
                                  <a:pt x="4373789" y="1316457"/>
                                </a:lnTo>
                                <a:lnTo>
                                  <a:pt x="4371521" y="1316003"/>
                                </a:lnTo>
                                <a:lnTo>
                                  <a:pt x="4369027" y="1315550"/>
                                </a:lnTo>
                                <a:lnTo>
                                  <a:pt x="4364944" y="1313962"/>
                                </a:lnTo>
                                <a:lnTo>
                                  <a:pt x="4360636" y="1311694"/>
                                </a:lnTo>
                                <a:lnTo>
                                  <a:pt x="4356780" y="1308973"/>
                                </a:lnTo>
                                <a:lnTo>
                                  <a:pt x="4352698" y="1306025"/>
                                </a:lnTo>
                                <a:lnTo>
                                  <a:pt x="4349069" y="1302624"/>
                                </a:lnTo>
                                <a:lnTo>
                                  <a:pt x="4345441" y="1298995"/>
                                </a:lnTo>
                                <a:lnTo>
                                  <a:pt x="4341812" y="1295140"/>
                                </a:lnTo>
                                <a:lnTo>
                                  <a:pt x="4335009" y="1286976"/>
                                </a:lnTo>
                                <a:lnTo>
                                  <a:pt x="4327978" y="1278132"/>
                                </a:lnTo>
                                <a:lnTo>
                                  <a:pt x="4321175" y="1269742"/>
                                </a:lnTo>
                                <a:lnTo>
                                  <a:pt x="4317546" y="1265206"/>
                                </a:lnTo>
                                <a:lnTo>
                                  <a:pt x="4313918" y="1261351"/>
                                </a:lnTo>
                                <a:lnTo>
                                  <a:pt x="4310062" y="1257497"/>
                                </a:lnTo>
                                <a:lnTo>
                                  <a:pt x="4306207" y="1253868"/>
                                </a:lnTo>
                                <a:lnTo>
                                  <a:pt x="4302125" y="1250693"/>
                                </a:lnTo>
                                <a:lnTo>
                                  <a:pt x="4297816" y="1247745"/>
                                </a:lnTo>
                                <a:lnTo>
                                  <a:pt x="4293507" y="1245250"/>
                                </a:lnTo>
                                <a:lnTo>
                                  <a:pt x="4288745" y="1243210"/>
                                </a:lnTo>
                                <a:lnTo>
                                  <a:pt x="4286703" y="1242529"/>
                                </a:lnTo>
                                <a:lnTo>
                                  <a:pt x="4284209" y="1241622"/>
                                </a:lnTo>
                                <a:lnTo>
                                  <a:pt x="4281487" y="1241169"/>
                                </a:lnTo>
                                <a:lnTo>
                                  <a:pt x="4279220" y="1240715"/>
                                </a:lnTo>
                                <a:lnTo>
                                  <a:pt x="4276498" y="1240488"/>
                                </a:lnTo>
                                <a:lnTo>
                                  <a:pt x="4273777" y="1240488"/>
                                </a:lnTo>
                                <a:lnTo>
                                  <a:pt x="4270828" y="1240488"/>
                                </a:lnTo>
                                <a:close/>
                                <a:moveTo>
                                  <a:pt x="768350" y="1239895"/>
                                </a:moveTo>
                                <a:lnTo>
                                  <a:pt x="765608" y="1242754"/>
                                </a:lnTo>
                                <a:lnTo>
                                  <a:pt x="767282" y="1240787"/>
                                </a:lnTo>
                                <a:lnTo>
                                  <a:pt x="768350" y="1239895"/>
                                </a:lnTo>
                                <a:close/>
                                <a:moveTo>
                                  <a:pt x="4577216" y="1238675"/>
                                </a:moveTo>
                                <a:lnTo>
                                  <a:pt x="4585186" y="1242869"/>
                                </a:lnTo>
                                <a:lnTo>
                                  <a:pt x="4585380" y="1242983"/>
                                </a:lnTo>
                                <a:lnTo>
                                  <a:pt x="4588782" y="1245478"/>
                                </a:lnTo>
                                <a:lnTo>
                                  <a:pt x="4591730" y="1248199"/>
                                </a:lnTo>
                                <a:lnTo>
                                  <a:pt x="4593998" y="1251373"/>
                                </a:lnTo>
                                <a:lnTo>
                                  <a:pt x="4595812" y="1254775"/>
                                </a:lnTo>
                                <a:lnTo>
                                  <a:pt x="4597400" y="1258404"/>
                                </a:lnTo>
                                <a:lnTo>
                                  <a:pt x="4598307" y="1262258"/>
                                </a:lnTo>
                                <a:lnTo>
                                  <a:pt x="4594452" y="1263846"/>
                                </a:lnTo>
                                <a:lnTo>
                                  <a:pt x="4588782" y="1263846"/>
                                </a:lnTo>
                                <a:lnTo>
                                  <a:pt x="4583566" y="1258857"/>
                                </a:lnTo>
                                <a:lnTo>
                                  <a:pt x="4579030" y="1255002"/>
                                </a:lnTo>
                                <a:lnTo>
                                  <a:pt x="4564970" y="1262258"/>
                                </a:lnTo>
                                <a:lnTo>
                                  <a:pt x="4564289" y="1262258"/>
                                </a:lnTo>
                                <a:lnTo>
                                  <a:pt x="4563836" y="1262485"/>
                                </a:lnTo>
                                <a:lnTo>
                                  <a:pt x="4567011" y="1269969"/>
                                </a:lnTo>
                                <a:lnTo>
                                  <a:pt x="4563609" y="1268608"/>
                                </a:lnTo>
                                <a:lnTo>
                                  <a:pt x="4567011" y="1277225"/>
                                </a:lnTo>
                                <a:lnTo>
                                  <a:pt x="4567464" y="1276772"/>
                                </a:lnTo>
                                <a:lnTo>
                                  <a:pt x="4572907" y="1285616"/>
                                </a:lnTo>
                                <a:lnTo>
                                  <a:pt x="4586741" y="1314869"/>
                                </a:lnTo>
                                <a:lnTo>
                                  <a:pt x="4604884" y="1332784"/>
                                </a:lnTo>
                                <a:lnTo>
                                  <a:pt x="4606018" y="1333011"/>
                                </a:lnTo>
                                <a:lnTo>
                                  <a:pt x="4607605" y="1333011"/>
                                </a:lnTo>
                                <a:lnTo>
                                  <a:pt x="4611007" y="1333011"/>
                                </a:lnTo>
                                <a:lnTo>
                                  <a:pt x="4614862" y="1332558"/>
                                </a:lnTo>
                                <a:lnTo>
                                  <a:pt x="4618718" y="1331650"/>
                                </a:lnTo>
                                <a:lnTo>
                                  <a:pt x="4625521" y="1329836"/>
                                </a:lnTo>
                                <a:lnTo>
                                  <a:pt x="4628016" y="1329156"/>
                                </a:lnTo>
                                <a:lnTo>
                                  <a:pt x="4629603" y="1329610"/>
                                </a:lnTo>
                                <a:lnTo>
                                  <a:pt x="4631191" y="1329836"/>
                                </a:lnTo>
                                <a:lnTo>
                                  <a:pt x="4634139" y="1331423"/>
                                </a:lnTo>
                                <a:lnTo>
                                  <a:pt x="4637087" y="1333238"/>
                                </a:lnTo>
                                <a:lnTo>
                                  <a:pt x="4639809" y="1335505"/>
                                </a:lnTo>
                                <a:lnTo>
                                  <a:pt x="4642530" y="1338000"/>
                                </a:lnTo>
                                <a:lnTo>
                                  <a:pt x="4645025" y="1340494"/>
                                </a:lnTo>
                                <a:lnTo>
                                  <a:pt x="4649334" y="1345483"/>
                                </a:lnTo>
                                <a:lnTo>
                                  <a:pt x="4651375" y="1338226"/>
                                </a:lnTo>
                                <a:lnTo>
                                  <a:pt x="4678136" y="1335278"/>
                                </a:lnTo>
                                <a:lnTo>
                                  <a:pt x="4674961" y="1327568"/>
                                </a:lnTo>
                                <a:lnTo>
                                  <a:pt x="4672466" y="1320765"/>
                                </a:lnTo>
                                <a:lnTo>
                                  <a:pt x="4671786" y="1318044"/>
                                </a:lnTo>
                                <a:lnTo>
                                  <a:pt x="4671105" y="1315323"/>
                                </a:lnTo>
                                <a:lnTo>
                                  <a:pt x="4670878" y="1313055"/>
                                </a:lnTo>
                                <a:lnTo>
                                  <a:pt x="4670878" y="1311014"/>
                                </a:lnTo>
                                <a:lnTo>
                                  <a:pt x="4670878" y="1309427"/>
                                </a:lnTo>
                                <a:lnTo>
                                  <a:pt x="4671332" y="1308066"/>
                                </a:lnTo>
                                <a:lnTo>
                                  <a:pt x="4672012" y="1306932"/>
                                </a:lnTo>
                                <a:lnTo>
                                  <a:pt x="4672693" y="1306025"/>
                                </a:lnTo>
                                <a:lnTo>
                                  <a:pt x="4673827" y="1305572"/>
                                </a:lnTo>
                                <a:lnTo>
                                  <a:pt x="4675187" y="1305345"/>
                                </a:lnTo>
                                <a:lnTo>
                                  <a:pt x="4676775" y="1305572"/>
                                </a:lnTo>
                                <a:lnTo>
                                  <a:pt x="4678589" y="1306025"/>
                                </a:lnTo>
                                <a:lnTo>
                                  <a:pt x="4677002" y="1305345"/>
                                </a:lnTo>
                                <a:lnTo>
                                  <a:pt x="4678136" y="1303757"/>
                                </a:lnTo>
                                <a:lnTo>
                                  <a:pt x="4677228" y="1302397"/>
                                </a:lnTo>
                                <a:lnTo>
                                  <a:pt x="4676321" y="1301490"/>
                                </a:lnTo>
                                <a:lnTo>
                                  <a:pt x="4675187" y="1300129"/>
                                </a:lnTo>
                                <a:lnTo>
                                  <a:pt x="4673146" y="1298768"/>
                                </a:lnTo>
                                <a:lnTo>
                                  <a:pt x="4668837" y="1295821"/>
                                </a:lnTo>
                                <a:lnTo>
                                  <a:pt x="4663621" y="1292873"/>
                                </a:lnTo>
                                <a:lnTo>
                                  <a:pt x="4653416" y="1287430"/>
                                </a:lnTo>
                                <a:lnTo>
                                  <a:pt x="4649107" y="1284935"/>
                                </a:lnTo>
                                <a:lnTo>
                                  <a:pt x="4645932" y="1283121"/>
                                </a:lnTo>
                                <a:lnTo>
                                  <a:pt x="4641850" y="1272009"/>
                                </a:lnTo>
                                <a:lnTo>
                                  <a:pt x="4641623" y="1271329"/>
                                </a:lnTo>
                                <a:lnTo>
                                  <a:pt x="4641170" y="1270875"/>
                                </a:lnTo>
                                <a:lnTo>
                                  <a:pt x="4639582" y="1269969"/>
                                </a:lnTo>
                                <a:lnTo>
                                  <a:pt x="4637768" y="1269062"/>
                                </a:lnTo>
                                <a:lnTo>
                                  <a:pt x="4635273" y="1268608"/>
                                </a:lnTo>
                                <a:lnTo>
                                  <a:pt x="4632552" y="1267928"/>
                                </a:lnTo>
                                <a:lnTo>
                                  <a:pt x="4629603" y="1267701"/>
                                </a:lnTo>
                                <a:lnTo>
                                  <a:pt x="4623707" y="1267021"/>
                                </a:lnTo>
                                <a:lnTo>
                                  <a:pt x="4612595" y="1266340"/>
                                </a:lnTo>
                                <a:lnTo>
                                  <a:pt x="4610780" y="1266113"/>
                                </a:lnTo>
                                <a:lnTo>
                                  <a:pt x="4609193" y="1265660"/>
                                </a:lnTo>
                                <a:lnTo>
                                  <a:pt x="4608512" y="1265206"/>
                                </a:lnTo>
                                <a:lnTo>
                                  <a:pt x="4608286" y="1264979"/>
                                </a:lnTo>
                                <a:lnTo>
                                  <a:pt x="4608286" y="1264753"/>
                                </a:lnTo>
                                <a:lnTo>
                                  <a:pt x="4608739" y="1264299"/>
                                </a:lnTo>
                                <a:lnTo>
                                  <a:pt x="4609193" y="1264072"/>
                                </a:lnTo>
                                <a:lnTo>
                                  <a:pt x="4611461" y="1263392"/>
                                </a:lnTo>
                                <a:lnTo>
                                  <a:pt x="4614409" y="1262485"/>
                                </a:lnTo>
                                <a:lnTo>
                                  <a:pt x="4617811" y="1262032"/>
                                </a:lnTo>
                                <a:lnTo>
                                  <a:pt x="4624614" y="1261125"/>
                                </a:lnTo>
                                <a:lnTo>
                                  <a:pt x="4628923" y="1260671"/>
                                </a:lnTo>
                                <a:lnTo>
                                  <a:pt x="4615089" y="1253868"/>
                                </a:lnTo>
                                <a:lnTo>
                                  <a:pt x="4621212" y="1254321"/>
                                </a:lnTo>
                                <a:lnTo>
                                  <a:pt x="4608286" y="1250013"/>
                                </a:lnTo>
                                <a:lnTo>
                                  <a:pt x="4614862" y="1246838"/>
                                </a:lnTo>
                                <a:lnTo>
                                  <a:pt x="4594452" y="1247745"/>
                                </a:lnTo>
                                <a:lnTo>
                                  <a:pt x="4585186" y="1242869"/>
                                </a:lnTo>
                                <a:lnTo>
                                  <a:pt x="4581525" y="1240715"/>
                                </a:lnTo>
                                <a:lnTo>
                                  <a:pt x="4577216" y="1238675"/>
                                </a:lnTo>
                                <a:close/>
                                <a:moveTo>
                                  <a:pt x="3065547" y="1236429"/>
                                </a:moveTo>
                                <a:lnTo>
                                  <a:pt x="3061372" y="1238609"/>
                                </a:lnTo>
                                <a:lnTo>
                                  <a:pt x="3060917" y="1239516"/>
                                </a:lnTo>
                                <a:lnTo>
                                  <a:pt x="3062380" y="1242223"/>
                                </a:lnTo>
                                <a:lnTo>
                                  <a:pt x="3063858" y="1239949"/>
                                </a:lnTo>
                                <a:lnTo>
                                  <a:pt x="3064765" y="1237682"/>
                                </a:lnTo>
                                <a:lnTo>
                                  <a:pt x="3065547" y="1236429"/>
                                </a:lnTo>
                                <a:close/>
                                <a:moveTo>
                                  <a:pt x="770313" y="1236346"/>
                                </a:moveTo>
                                <a:lnTo>
                                  <a:pt x="768373" y="1238286"/>
                                </a:lnTo>
                                <a:lnTo>
                                  <a:pt x="756951" y="1250929"/>
                                </a:lnTo>
                                <a:lnTo>
                                  <a:pt x="770313" y="1236346"/>
                                </a:lnTo>
                                <a:close/>
                                <a:moveTo>
                                  <a:pt x="772878" y="1233548"/>
                                </a:moveTo>
                                <a:lnTo>
                                  <a:pt x="773112" y="1233548"/>
                                </a:lnTo>
                                <a:lnTo>
                                  <a:pt x="764680" y="1243513"/>
                                </a:lnTo>
                                <a:lnTo>
                                  <a:pt x="761077" y="1247265"/>
                                </a:lnTo>
                                <a:lnTo>
                                  <a:pt x="765384" y="1242352"/>
                                </a:lnTo>
                                <a:lnTo>
                                  <a:pt x="760230" y="1248146"/>
                                </a:lnTo>
                                <a:lnTo>
                                  <a:pt x="761077" y="1247265"/>
                                </a:lnTo>
                                <a:lnTo>
                                  <a:pt x="760130" y="1248345"/>
                                </a:lnTo>
                                <a:lnTo>
                                  <a:pt x="756624" y="1252345"/>
                                </a:lnTo>
                                <a:lnTo>
                                  <a:pt x="750159" y="1259718"/>
                                </a:lnTo>
                                <a:lnTo>
                                  <a:pt x="748519" y="1261588"/>
                                </a:lnTo>
                                <a:lnTo>
                                  <a:pt x="750159" y="1259665"/>
                                </a:lnTo>
                                <a:lnTo>
                                  <a:pt x="752598" y="1256803"/>
                                </a:lnTo>
                                <a:lnTo>
                                  <a:pt x="758590" y="1249769"/>
                                </a:lnTo>
                                <a:lnTo>
                                  <a:pt x="744537" y="1265296"/>
                                </a:lnTo>
                                <a:lnTo>
                                  <a:pt x="755546" y="1252782"/>
                                </a:lnTo>
                                <a:lnTo>
                                  <a:pt x="746411" y="1262978"/>
                                </a:lnTo>
                                <a:lnTo>
                                  <a:pt x="753672" y="1254174"/>
                                </a:lnTo>
                                <a:lnTo>
                                  <a:pt x="767734" y="1238924"/>
                                </a:lnTo>
                                <a:lnTo>
                                  <a:pt x="758825" y="1247834"/>
                                </a:lnTo>
                                <a:lnTo>
                                  <a:pt x="768294" y="1238318"/>
                                </a:lnTo>
                                <a:lnTo>
                                  <a:pt x="770771" y="1235634"/>
                                </a:lnTo>
                                <a:lnTo>
                                  <a:pt x="768841" y="1237769"/>
                                </a:lnTo>
                                <a:lnTo>
                                  <a:pt x="770820" y="1235780"/>
                                </a:lnTo>
                                <a:lnTo>
                                  <a:pt x="770897" y="1235710"/>
                                </a:lnTo>
                                <a:lnTo>
                                  <a:pt x="772878" y="1233548"/>
                                </a:lnTo>
                                <a:close/>
                                <a:moveTo>
                                  <a:pt x="3060096" y="1232525"/>
                                </a:moveTo>
                                <a:lnTo>
                                  <a:pt x="3062280" y="1233837"/>
                                </a:lnTo>
                                <a:lnTo>
                                  <a:pt x="3066157" y="1235673"/>
                                </a:lnTo>
                                <a:lnTo>
                                  <a:pt x="3066805" y="1235188"/>
                                </a:lnTo>
                                <a:lnTo>
                                  <a:pt x="3060457" y="1232691"/>
                                </a:lnTo>
                                <a:lnTo>
                                  <a:pt x="3060096" y="1232525"/>
                                </a:lnTo>
                                <a:close/>
                                <a:moveTo>
                                  <a:pt x="5862309" y="1231328"/>
                                </a:moveTo>
                                <a:lnTo>
                                  <a:pt x="5862989" y="1231782"/>
                                </a:lnTo>
                                <a:lnTo>
                                  <a:pt x="5864351" y="1232234"/>
                                </a:lnTo>
                                <a:lnTo>
                                  <a:pt x="5862309" y="1231328"/>
                                </a:lnTo>
                                <a:close/>
                                <a:moveTo>
                                  <a:pt x="2700223" y="1226933"/>
                                </a:moveTo>
                                <a:lnTo>
                                  <a:pt x="2698307" y="1241605"/>
                                </a:lnTo>
                                <a:lnTo>
                                  <a:pt x="2709110" y="1256057"/>
                                </a:lnTo>
                                <a:lnTo>
                                  <a:pt x="2708777" y="1254058"/>
                                </a:lnTo>
                                <a:lnTo>
                                  <a:pt x="2708096" y="1249970"/>
                                </a:lnTo>
                                <a:lnTo>
                                  <a:pt x="2706733" y="1245425"/>
                                </a:lnTo>
                                <a:lnTo>
                                  <a:pt x="2705597" y="1241333"/>
                                </a:lnTo>
                                <a:lnTo>
                                  <a:pt x="2702643" y="1233156"/>
                                </a:lnTo>
                                <a:lnTo>
                                  <a:pt x="2700223" y="1226933"/>
                                </a:lnTo>
                                <a:close/>
                                <a:moveTo>
                                  <a:pt x="5920383" y="1226343"/>
                                </a:moveTo>
                                <a:lnTo>
                                  <a:pt x="5920383" y="1226570"/>
                                </a:lnTo>
                                <a:lnTo>
                                  <a:pt x="5921063" y="1228383"/>
                                </a:lnTo>
                                <a:lnTo>
                                  <a:pt x="5920383" y="1226343"/>
                                </a:lnTo>
                                <a:close/>
                                <a:moveTo>
                                  <a:pt x="890270" y="1224807"/>
                                </a:moveTo>
                                <a:lnTo>
                                  <a:pt x="882650" y="1233536"/>
                                </a:lnTo>
                                <a:lnTo>
                                  <a:pt x="888654" y="1226148"/>
                                </a:lnTo>
                                <a:lnTo>
                                  <a:pt x="890270" y="1224807"/>
                                </a:lnTo>
                                <a:close/>
                                <a:moveTo>
                                  <a:pt x="3733547" y="1224140"/>
                                </a:moveTo>
                                <a:lnTo>
                                  <a:pt x="3726099" y="1230877"/>
                                </a:lnTo>
                                <a:lnTo>
                                  <a:pt x="3726552" y="1232465"/>
                                </a:lnTo>
                                <a:lnTo>
                                  <a:pt x="3741742" y="1238588"/>
                                </a:lnTo>
                                <a:lnTo>
                                  <a:pt x="3737888" y="1239044"/>
                                </a:lnTo>
                                <a:lnTo>
                                  <a:pt x="3736301" y="1239269"/>
                                </a:lnTo>
                                <a:lnTo>
                                  <a:pt x="3735394" y="1239496"/>
                                </a:lnTo>
                                <a:lnTo>
                                  <a:pt x="3734487" y="1239949"/>
                                </a:lnTo>
                                <a:lnTo>
                                  <a:pt x="3733580" y="1240403"/>
                                </a:lnTo>
                                <a:lnTo>
                                  <a:pt x="3733127" y="1241083"/>
                                </a:lnTo>
                                <a:lnTo>
                                  <a:pt x="3732900" y="1241761"/>
                                </a:lnTo>
                                <a:lnTo>
                                  <a:pt x="3732900" y="1242672"/>
                                </a:lnTo>
                                <a:lnTo>
                                  <a:pt x="3733127" y="1243355"/>
                                </a:lnTo>
                                <a:lnTo>
                                  <a:pt x="3734034" y="1245167"/>
                                </a:lnTo>
                                <a:lnTo>
                                  <a:pt x="3735394" y="1247208"/>
                                </a:lnTo>
                                <a:lnTo>
                                  <a:pt x="3737208" y="1249249"/>
                                </a:lnTo>
                                <a:lnTo>
                                  <a:pt x="3739475" y="1251289"/>
                                </a:lnTo>
                                <a:lnTo>
                                  <a:pt x="3741969" y="1253330"/>
                                </a:lnTo>
                                <a:lnTo>
                                  <a:pt x="3746503" y="1256959"/>
                                </a:lnTo>
                                <a:lnTo>
                                  <a:pt x="3750584" y="1259677"/>
                                </a:lnTo>
                                <a:lnTo>
                                  <a:pt x="3753078" y="1260811"/>
                                </a:lnTo>
                                <a:lnTo>
                                  <a:pt x="3753984" y="1263529"/>
                                </a:lnTo>
                                <a:lnTo>
                                  <a:pt x="3753984" y="1260898"/>
                                </a:lnTo>
                                <a:lnTo>
                                  <a:pt x="3748541" y="1258176"/>
                                </a:lnTo>
                                <a:lnTo>
                                  <a:pt x="3733346" y="1242756"/>
                                </a:lnTo>
                                <a:lnTo>
                                  <a:pt x="3742418" y="1238675"/>
                                </a:lnTo>
                                <a:lnTo>
                                  <a:pt x="3736068" y="1236180"/>
                                </a:lnTo>
                                <a:lnTo>
                                  <a:pt x="3731078" y="1227790"/>
                                </a:lnTo>
                                <a:lnTo>
                                  <a:pt x="3733547" y="1224140"/>
                                </a:lnTo>
                                <a:close/>
                                <a:moveTo>
                                  <a:pt x="2353786" y="1223998"/>
                                </a:moveTo>
                                <a:lnTo>
                                  <a:pt x="2354263" y="1227085"/>
                                </a:lnTo>
                                <a:lnTo>
                                  <a:pt x="2349500" y="1231935"/>
                                </a:lnTo>
                                <a:lnTo>
                                  <a:pt x="2353786" y="1223998"/>
                                </a:lnTo>
                                <a:close/>
                                <a:moveTo>
                                  <a:pt x="5807638" y="1223398"/>
                                </a:moveTo>
                                <a:lnTo>
                                  <a:pt x="5806957" y="1223624"/>
                                </a:lnTo>
                                <a:lnTo>
                                  <a:pt x="5807411" y="1223624"/>
                                </a:lnTo>
                                <a:lnTo>
                                  <a:pt x="5807638" y="1223398"/>
                                </a:lnTo>
                                <a:close/>
                                <a:moveTo>
                                  <a:pt x="5849605" y="1223170"/>
                                </a:moveTo>
                                <a:lnTo>
                                  <a:pt x="5861401" y="1230875"/>
                                </a:lnTo>
                                <a:lnTo>
                                  <a:pt x="5861629" y="1230875"/>
                                </a:lnTo>
                                <a:lnTo>
                                  <a:pt x="5849605" y="1223170"/>
                                </a:lnTo>
                                <a:close/>
                                <a:moveTo>
                                  <a:pt x="895119" y="1219246"/>
                                </a:moveTo>
                                <a:lnTo>
                                  <a:pt x="895351" y="1219246"/>
                                </a:lnTo>
                                <a:lnTo>
                                  <a:pt x="894888" y="1220972"/>
                                </a:lnTo>
                                <a:lnTo>
                                  <a:pt x="890270" y="1224807"/>
                                </a:lnTo>
                                <a:lnTo>
                                  <a:pt x="895119" y="1219246"/>
                                </a:lnTo>
                                <a:close/>
                                <a:moveTo>
                                  <a:pt x="1951426" y="1218539"/>
                                </a:moveTo>
                                <a:lnTo>
                                  <a:pt x="1950358" y="1219242"/>
                                </a:lnTo>
                                <a:lnTo>
                                  <a:pt x="1949677" y="1220604"/>
                                </a:lnTo>
                                <a:lnTo>
                                  <a:pt x="1949224" y="1221737"/>
                                </a:lnTo>
                                <a:lnTo>
                                  <a:pt x="1948997" y="1222869"/>
                                </a:lnTo>
                                <a:lnTo>
                                  <a:pt x="1949224" y="1223549"/>
                                </a:lnTo>
                                <a:lnTo>
                                  <a:pt x="1949451" y="1224229"/>
                                </a:lnTo>
                                <a:lnTo>
                                  <a:pt x="1949904" y="1224910"/>
                                </a:lnTo>
                                <a:lnTo>
                                  <a:pt x="1950358" y="1225134"/>
                                </a:lnTo>
                                <a:lnTo>
                                  <a:pt x="1951265" y="1225815"/>
                                </a:lnTo>
                                <a:lnTo>
                                  <a:pt x="1953306" y="1226041"/>
                                </a:lnTo>
                                <a:lnTo>
                                  <a:pt x="1955801" y="1225815"/>
                                </a:lnTo>
                                <a:lnTo>
                                  <a:pt x="1956338" y="1225691"/>
                                </a:lnTo>
                                <a:lnTo>
                                  <a:pt x="1955853" y="1225482"/>
                                </a:lnTo>
                                <a:lnTo>
                                  <a:pt x="1951426" y="1218539"/>
                                </a:lnTo>
                                <a:close/>
                                <a:moveTo>
                                  <a:pt x="1981077" y="1216819"/>
                                </a:moveTo>
                                <a:lnTo>
                                  <a:pt x="1980156" y="1218067"/>
                                </a:lnTo>
                                <a:lnTo>
                                  <a:pt x="1981662" y="1217315"/>
                                </a:lnTo>
                                <a:lnTo>
                                  <a:pt x="1981077" y="1216819"/>
                                </a:lnTo>
                                <a:close/>
                                <a:moveTo>
                                  <a:pt x="785812" y="1216089"/>
                                </a:moveTo>
                                <a:lnTo>
                                  <a:pt x="785586" y="1216648"/>
                                </a:lnTo>
                                <a:lnTo>
                                  <a:pt x="782637" y="1220851"/>
                                </a:lnTo>
                                <a:lnTo>
                                  <a:pt x="785812" y="1216089"/>
                                </a:lnTo>
                                <a:close/>
                                <a:moveTo>
                                  <a:pt x="3732561" y="1214326"/>
                                </a:moveTo>
                                <a:lnTo>
                                  <a:pt x="3735329" y="1221508"/>
                                </a:lnTo>
                                <a:lnTo>
                                  <a:pt x="3736294" y="1220081"/>
                                </a:lnTo>
                                <a:lnTo>
                                  <a:pt x="3732561" y="1214326"/>
                                </a:lnTo>
                                <a:close/>
                                <a:moveTo>
                                  <a:pt x="2027691" y="1212192"/>
                                </a:moveTo>
                                <a:lnTo>
                                  <a:pt x="2028145" y="1212671"/>
                                </a:lnTo>
                                <a:lnTo>
                                  <a:pt x="2027918" y="1212910"/>
                                </a:lnTo>
                                <a:lnTo>
                                  <a:pt x="2025650" y="1216026"/>
                                </a:lnTo>
                                <a:lnTo>
                                  <a:pt x="2027464" y="1212431"/>
                                </a:lnTo>
                                <a:lnTo>
                                  <a:pt x="2027691" y="1212192"/>
                                </a:lnTo>
                                <a:close/>
                                <a:moveTo>
                                  <a:pt x="2379663" y="1209709"/>
                                </a:moveTo>
                                <a:lnTo>
                                  <a:pt x="2366963" y="1214472"/>
                                </a:lnTo>
                                <a:lnTo>
                                  <a:pt x="2378970" y="1209901"/>
                                </a:lnTo>
                                <a:lnTo>
                                  <a:pt x="2379663" y="1209709"/>
                                </a:lnTo>
                                <a:close/>
                                <a:moveTo>
                                  <a:pt x="2060575" y="1209675"/>
                                </a:moveTo>
                                <a:lnTo>
                                  <a:pt x="2063750" y="1212397"/>
                                </a:lnTo>
                                <a:lnTo>
                                  <a:pt x="2063296" y="1213758"/>
                                </a:lnTo>
                                <a:lnTo>
                                  <a:pt x="2062389" y="1215118"/>
                                </a:lnTo>
                                <a:lnTo>
                                  <a:pt x="2060801" y="1216479"/>
                                </a:lnTo>
                                <a:lnTo>
                                  <a:pt x="2058987" y="1217840"/>
                                </a:lnTo>
                                <a:lnTo>
                                  <a:pt x="2056492" y="1219654"/>
                                </a:lnTo>
                                <a:lnTo>
                                  <a:pt x="2053544" y="1221015"/>
                                </a:lnTo>
                                <a:lnTo>
                                  <a:pt x="2050142" y="1222376"/>
                                </a:lnTo>
                                <a:lnTo>
                                  <a:pt x="2046287" y="1223963"/>
                                </a:lnTo>
                                <a:lnTo>
                                  <a:pt x="2060575" y="1209675"/>
                                </a:lnTo>
                                <a:close/>
                                <a:moveTo>
                                  <a:pt x="1964936" y="1209612"/>
                                </a:moveTo>
                                <a:lnTo>
                                  <a:pt x="1962875" y="1210975"/>
                                </a:lnTo>
                                <a:lnTo>
                                  <a:pt x="1965025" y="1209708"/>
                                </a:lnTo>
                                <a:lnTo>
                                  <a:pt x="1964936" y="1209612"/>
                                </a:lnTo>
                                <a:close/>
                                <a:moveTo>
                                  <a:pt x="2392363" y="1206536"/>
                                </a:moveTo>
                                <a:lnTo>
                                  <a:pt x="2392148" y="1206779"/>
                                </a:lnTo>
                                <a:lnTo>
                                  <a:pt x="2384425" y="1209709"/>
                                </a:lnTo>
                                <a:lnTo>
                                  <a:pt x="2392363" y="1206536"/>
                                </a:lnTo>
                                <a:close/>
                                <a:moveTo>
                                  <a:pt x="5926281" y="1204590"/>
                                </a:moveTo>
                                <a:lnTo>
                                  <a:pt x="5922651" y="1208669"/>
                                </a:lnTo>
                                <a:lnTo>
                                  <a:pt x="5926508" y="1204590"/>
                                </a:lnTo>
                                <a:lnTo>
                                  <a:pt x="5926281" y="1204590"/>
                                </a:lnTo>
                                <a:close/>
                                <a:moveTo>
                                  <a:pt x="3046719" y="1203979"/>
                                </a:moveTo>
                                <a:lnTo>
                                  <a:pt x="3040475" y="1204329"/>
                                </a:lnTo>
                                <a:lnTo>
                                  <a:pt x="3041152" y="1207710"/>
                                </a:lnTo>
                                <a:lnTo>
                                  <a:pt x="3041803" y="1209986"/>
                                </a:lnTo>
                                <a:lnTo>
                                  <a:pt x="3043227" y="1207749"/>
                                </a:lnTo>
                                <a:lnTo>
                                  <a:pt x="3044814" y="1205710"/>
                                </a:lnTo>
                                <a:lnTo>
                                  <a:pt x="3046719" y="1203979"/>
                                </a:lnTo>
                                <a:close/>
                                <a:moveTo>
                                  <a:pt x="3718182" y="1203301"/>
                                </a:moveTo>
                                <a:lnTo>
                                  <a:pt x="3723831" y="1203669"/>
                                </a:lnTo>
                                <a:lnTo>
                                  <a:pt x="3725419" y="1203317"/>
                                </a:lnTo>
                                <a:lnTo>
                                  <a:pt x="3725409" y="1203301"/>
                                </a:lnTo>
                                <a:lnTo>
                                  <a:pt x="3718182" y="1203301"/>
                                </a:lnTo>
                                <a:close/>
                                <a:moveTo>
                                  <a:pt x="5292688" y="1200965"/>
                                </a:moveTo>
                                <a:lnTo>
                                  <a:pt x="5298133" y="1201418"/>
                                </a:lnTo>
                                <a:lnTo>
                                  <a:pt x="5298359" y="1201418"/>
                                </a:lnTo>
                                <a:lnTo>
                                  <a:pt x="5292688" y="1200965"/>
                                </a:lnTo>
                                <a:close/>
                                <a:moveTo>
                                  <a:pt x="3567500" y="1195656"/>
                                </a:moveTo>
                                <a:lnTo>
                                  <a:pt x="3567850" y="1195732"/>
                                </a:lnTo>
                                <a:lnTo>
                                  <a:pt x="3567913" y="1195725"/>
                                </a:lnTo>
                                <a:lnTo>
                                  <a:pt x="3567500" y="1195656"/>
                                </a:lnTo>
                                <a:close/>
                                <a:moveTo>
                                  <a:pt x="1949053" y="1195473"/>
                                </a:moveTo>
                                <a:lnTo>
                                  <a:pt x="1949450" y="1195473"/>
                                </a:lnTo>
                                <a:lnTo>
                                  <a:pt x="1946275" y="1197064"/>
                                </a:lnTo>
                                <a:lnTo>
                                  <a:pt x="1946275" y="1196836"/>
                                </a:lnTo>
                                <a:lnTo>
                                  <a:pt x="1946275" y="1195924"/>
                                </a:lnTo>
                                <a:lnTo>
                                  <a:pt x="1949053" y="1195473"/>
                                </a:lnTo>
                                <a:close/>
                                <a:moveTo>
                                  <a:pt x="2681509" y="1195142"/>
                                </a:moveTo>
                                <a:lnTo>
                                  <a:pt x="2680856" y="1196772"/>
                                </a:lnTo>
                                <a:lnTo>
                                  <a:pt x="2692414" y="1203787"/>
                                </a:lnTo>
                                <a:lnTo>
                                  <a:pt x="2697219" y="1213271"/>
                                </a:lnTo>
                                <a:lnTo>
                                  <a:pt x="2698554" y="1207255"/>
                                </a:lnTo>
                                <a:lnTo>
                                  <a:pt x="2681509" y="1195142"/>
                                </a:lnTo>
                                <a:close/>
                                <a:moveTo>
                                  <a:pt x="917575" y="1193851"/>
                                </a:moveTo>
                                <a:lnTo>
                                  <a:pt x="917348" y="1194050"/>
                                </a:lnTo>
                                <a:lnTo>
                                  <a:pt x="912812" y="1197026"/>
                                </a:lnTo>
                                <a:lnTo>
                                  <a:pt x="917575" y="1193851"/>
                                </a:lnTo>
                                <a:close/>
                                <a:moveTo>
                                  <a:pt x="3542166" y="1190149"/>
                                </a:moveTo>
                                <a:lnTo>
                                  <a:pt x="3527533" y="1193241"/>
                                </a:lnTo>
                                <a:lnTo>
                                  <a:pt x="3529762" y="1193241"/>
                                </a:lnTo>
                                <a:lnTo>
                                  <a:pt x="3532709" y="1193013"/>
                                </a:lnTo>
                                <a:lnTo>
                                  <a:pt x="3535883" y="1192332"/>
                                </a:lnTo>
                                <a:lnTo>
                                  <a:pt x="3539510" y="1191202"/>
                                </a:lnTo>
                                <a:lnTo>
                                  <a:pt x="3542258" y="1190170"/>
                                </a:lnTo>
                                <a:lnTo>
                                  <a:pt x="3542166" y="1190149"/>
                                </a:lnTo>
                                <a:close/>
                                <a:moveTo>
                                  <a:pt x="812800" y="1187516"/>
                                </a:moveTo>
                                <a:lnTo>
                                  <a:pt x="812800" y="1187728"/>
                                </a:lnTo>
                                <a:lnTo>
                                  <a:pt x="808037" y="1190692"/>
                                </a:lnTo>
                                <a:lnTo>
                                  <a:pt x="812800" y="1187516"/>
                                </a:lnTo>
                                <a:close/>
                                <a:moveTo>
                                  <a:pt x="2026709" y="1185954"/>
                                </a:moveTo>
                                <a:lnTo>
                                  <a:pt x="2031295" y="1194611"/>
                                </a:lnTo>
                                <a:lnTo>
                                  <a:pt x="2021435" y="1201720"/>
                                </a:lnTo>
                                <a:lnTo>
                                  <a:pt x="2031753" y="1199276"/>
                                </a:lnTo>
                                <a:lnTo>
                                  <a:pt x="2033417" y="1203506"/>
                                </a:lnTo>
                                <a:lnTo>
                                  <a:pt x="2033588" y="1203326"/>
                                </a:lnTo>
                                <a:lnTo>
                                  <a:pt x="2033539" y="1203816"/>
                                </a:lnTo>
                                <a:lnTo>
                                  <a:pt x="2033588" y="1203940"/>
                                </a:lnTo>
                                <a:lnTo>
                                  <a:pt x="2033520" y="1204006"/>
                                </a:lnTo>
                                <a:lnTo>
                                  <a:pt x="2033134" y="1207878"/>
                                </a:lnTo>
                                <a:lnTo>
                                  <a:pt x="2028598" y="1212910"/>
                                </a:lnTo>
                                <a:lnTo>
                                  <a:pt x="2029895" y="1208800"/>
                                </a:lnTo>
                                <a:lnTo>
                                  <a:pt x="2026479" y="1205494"/>
                                </a:lnTo>
                                <a:lnTo>
                                  <a:pt x="2024416" y="1212830"/>
                                </a:lnTo>
                                <a:lnTo>
                                  <a:pt x="2027397" y="1211716"/>
                                </a:lnTo>
                                <a:lnTo>
                                  <a:pt x="2023040" y="1217706"/>
                                </a:lnTo>
                                <a:lnTo>
                                  <a:pt x="2016161" y="1221037"/>
                                </a:lnTo>
                                <a:lnTo>
                                  <a:pt x="2009511" y="1227478"/>
                                </a:lnTo>
                                <a:lnTo>
                                  <a:pt x="2003778" y="1227256"/>
                                </a:lnTo>
                                <a:lnTo>
                                  <a:pt x="1996670" y="1228808"/>
                                </a:lnTo>
                                <a:lnTo>
                                  <a:pt x="1990249" y="1224595"/>
                                </a:lnTo>
                                <a:lnTo>
                                  <a:pt x="1988323" y="1222961"/>
                                </a:lnTo>
                                <a:lnTo>
                                  <a:pt x="1990045" y="1224682"/>
                                </a:lnTo>
                                <a:lnTo>
                                  <a:pt x="1996395" y="1228982"/>
                                </a:lnTo>
                                <a:lnTo>
                                  <a:pt x="1997076" y="1228754"/>
                                </a:lnTo>
                                <a:lnTo>
                                  <a:pt x="2003426" y="1229659"/>
                                </a:lnTo>
                                <a:lnTo>
                                  <a:pt x="2002292" y="1230113"/>
                                </a:lnTo>
                                <a:lnTo>
                                  <a:pt x="1995035" y="1238944"/>
                                </a:lnTo>
                                <a:lnTo>
                                  <a:pt x="1995261" y="1243249"/>
                                </a:lnTo>
                                <a:lnTo>
                                  <a:pt x="1995261" y="1247775"/>
                                </a:lnTo>
                                <a:lnTo>
                                  <a:pt x="1994354" y="1252986"/>
                                </a:lnTo>
                                <a:lnTo>
                                  <a:pt x="1993447" y="1257740"/>
                                </a:lnTo>
                                <a:lnTo>
                                  <a:pt x="1992086" y="1263177"/>
                                </a:lnTo>
                                <a:lnTo>
                                  <a:pt x="1990272" y="1268158"/>
                                </a:lnTo>
                                <a:lnTo>
                                  <a:pt x="1988458" y="1273369"/>
                                </a:lnTo>
                                <a:lnTo>
                                  <a:pt x="1986190" y="1278351"/>
                                </a:lnTo>
                                <a:lnTo>
                                  <a:pt x="1983695" y="1283561"/>
                                </a:lnTo>
                                <a:lnTo>
                                  <a:pt x="1981427" y="1288317"/>
                                </a:lnTo>
                                <a:lnTo>
                                  <a:pt x="1978933" y="1293074"/>
                                </a:lnTo>
                                <a:lnTo>
                                  <a:pt x="1976211" y="1297151"/>
                                </a:lnTo>
                                <a:lnTo>
                                  <a:pt x="1973717" y="1301228"/>
                                </a:lnTo>
                                <a:lnTo>
                                  <a:pt x="1970995" y="1304625"/>
                                </a:lnTo>
                                <a:lnTo>
                                  <a:pt x="1968727" y="1307796"/>
                                </a:lnTo>
                                <a:lnTo>
                                  <a:pt x="1966460" y="1310514"/>
                                </a:lnTo>
                                <a:lnTo>
                                  <a:pt x="1946502" y="1312779"/>
                                </a:lnTo>
                                <a:lnTo>
                                  <a:pt x="1945595" y="1314365"/>
                                </a:lnTo>
                                <a:lnTo>
                                  <a:pt x="1944235" y="1315950"/>
                                </a:lnTo>
                                <a:lnTo>
                                  <a:pt x="1942193" y="1317536"/>
                                </a:lnTo>
                                <a:lnTo>
                                  <a:pt x="1939699" y="1319121"/>
                                </a:lnTo>
                                <a:lnTo>
                                  <a:pt x="1933576" y="1322519"/>
                                </a:lnTo>
                                <a:lnTo>
                                  <a:pt x="1926772" y="1325916"/>
                                </a:lnTo>
                                <a:lnTo>
                                  <a:pt x="1913165" y="1332258"/>
                                </a:lnTo>
                                <a:lnTo>
                                  <a:pt x="1907722" y="1334976"/>
                                </a:lnTo>
                                <a:lnTo>
                                  <a:pt x="1903413" y="1337242"/>
                                </a:lnTo>
                                <a:lnTo>
                                  <a:pt x="1898877" y="1338827"/>
                                </a:lnTo>
                                <a:lnTo>
                                  <a:pt x="1898197" y="1338827"/>
                                </a:lnTo>
                                <a:lnTo>
                                  <a:pt x="1900465" y="1335430"/>
                                </a:lnTo>
                                <a:lnTo>
                                  <a:pt x="1899784" y="1334297"/>
                                </a:lnTo>
                                <a:lnTo>
                                  <a:pt x="1892981" y="1335882"/>
                                </a:lnTo>
                                <a:lnTo>
                                  <a:pt x="1895249" y="1337242"/>
                                </a:lnTo>
                                <a:lnTo>
                                  <a:pt x="1895249" y="1338374"/>
                                </a:lnTo>
                                <a:lnTo>
                                  <a:pt x="1894795" y="1339506"/>
                                </a:lnTo>
                                <a:lnTo>
                                  <a:pt x="1894342" y="1340865"/>
                                </a:lnTo>
                                <a:lnTo>
                                  <a:pt x="1893661" y="1341998"/>
                                </a:lnTo>
                                <a:lnTo>
                                  <a:pt x="1892754" y="1343130"/>
                                </a:lnTo>
                                <a:lnTo>
                                  <a:pt x="1891620" y="1344263"/>
                                </a:lnTo>
                                <a:lnTo>
                                  <a:pt x="1888899" y="1346300"/>
                                </a:lnTo>
                                <a:lnTo>
                                  <a:pt x="1885497" y="1348341"/>
                                </a:lnTo>
                                <a:lnTo>
                                  <a:pt x="1881868" y="1350378"/>
                                </a:lnTo>
                                <a:lnTo>
                                  <a:pt x="1877786" y="1351962"/>
                                </a:lnTo>
                                <a:lnTo>
                                  <a:pt x="1873477" y="1353321"/>
                                </a:lnTo>
                                <a:lnTo>
                                  <a:pt x="1868941" y="1354906"/>
                                </a:lnTo>
                                <a:lnTo>
                                  <a:pt x="1864406" y="1356039"/>
                                </a:lnTo>
                                <a:lnTo>
                                  <a:pt x="1855561" y="1358305"/>
                                </a:lnTo>
                                <a:lnTo>
                                  <a:pt x="1848077" y="1359664"/>
                                </a:lnTo>
                                <a:lnTo>
                                  <a:pt x="1842634" y="1360569"/>
                                </a:lnTo>
                                <a:lnTo>
                                  <a:pt x="1851252" y="1353094"/>
                                </a:lnTo>
                                <a:lnTo>
                                  <a:pt x="1843088" y="1356492"/>
                                </a:lnTo>
                                <a:lnTo>
                                  <a:pt x="1854881" y="1349019"/>
                                </a:lnTo>
                                <a:lnTo>
                                  <a:pt x="1836965" y="1354906"/>
                                </a:lnTo>
                                <a:lnTo>
                                  <a:pt x="1833336" y="1355586"/>
                                </a:lnTo>
                                <a:lnTo>
                                  <a:pt x="1853293" y="1342225"/>
                                </a:lnTo>
                                <a:lnTo>
                                  <a:pt x="1843088" y="1345621"/>
                                </a:lnTo>
                                <a:lnTo>
                                  <a:pt x="1830388" y="1347887"/>
                                </a:lnTo>
                                <a:lnTo>
                                  <a:pt x="1853747" y="1329767"/>
                                </a:lnTo>
                                <a:lnTo>
                                  <a:pt x="1832429" y="1333617"/>
                                </a:lnTo>
                                <a:lnTo>
                                  <a:pt x="1838779" y="1326143"/>
                                </a:lnTo>
                                <a:lnTo>
                                  <a:pt x="1856468" y="1324331"/>
                                </a:lnTo>
                                <a:lnTo>
                                  <a:pt x="1855107" y="1316177"/>
                                </a:lnTo>
                                <a:lnTo>
                                  <a:pt x="1867250" y="1310349"/>
                                </a:lnTo>
                                <a:lnTo>
                                  <a:pt x="1867581" y="1310514"/>
                                </a:lnTo>
                                <a:lnTo>
                                  <a:pt x="1868941" y="1310287"/>
                                </a:lnTo>
                                <a:lnTo>
                                  <a:pt x="1870756" y="1310061"/>
                                </a:lnTo>
                                <a:lnTo>
                                  <a:pt x="1872570" y="1309155"/>
                                </a:lnTo>
                                <a:lnTo>
                                  <a:pt x="1874611" y="1308250"/>
                                </a:lnTo>
                                <a:lnTo>
                                  <a:pt x="1877844" y="1306312"/>
                                </a:lnTo>
                                <a:lnTo>
                                  <a:pt x="1897517" y="1300774"/>
                                </a:lnTo>
                                <a:lnTo>
                                  <a:pt x="1892981" y="1296697"/>
                                </a:lnTo>
                                <a:lnTo>
                                  <a:pt x="1883909" y="1302587"/>
                                </a:lnTo>
                                <a:lnTo>
                                  <a:pt x="1879147" y="1305531"/>
                                </a:lnTo>
                                <a:lnTo>
                                  <a:pt x="1877844" y="1306312"/>
                                </a:lnTo>
                                <a:lnTo>
                                  <a:pt x="1872570" y="1307796"/>
                                </a:lnTo>
                                <a:lnTo>
                                  <a:pt x="1867250" y="1310349"/>
                                </a:lnTo>
                                <a:lnTo>
                                  <a:pt x="1866674" y="1310061"/>
                                </a:lnTo>
                                <a:lnTo>
                                  <a:pt x="1865993" y="1309835"/>
                                </a:lnTo>
                                <a:lnTo>
                                  <a:pt x="1865766" y="1309155"/>
                                </a:lnTo>
                                <a:lnTo>
                                  <a:pt x="1865540" y="1308023"/>
                                </a:lnTo>
                                <a:lnTo>
                                  <a:pt x="1865540" y="1305985"/>
                                </a:lnTo>
                                <a:lnTo>
                                  <a:pt x="1870756" y="1302360"/>
                                </a:lnTo>
                                <a:lnTo>
                                  <a:pt x="1875291" y="1298736"/>
                                </a:lnTo>
                                <a:lnTo>
                                  <a:pt x="1879600" y="1294885"/>
                                </a:lnTo>
                                <a:lnTo>
                                  <a:pt x="1883909" y="1291035"/>
                                </a:lnTo>
                                <a:lnTo>
                                  <a:pt x="1887991" y="1287184"/>
                                </a:lnTo>
                                <a:lnTo>
                                  <a:pt x="1892300" y="1283335"/>
                                </a:lnTo>
                                <a:lnTo>
                                  <a:pt x="1897290" y="1279710"/>
                                </a:lnTo>
                                <a:lnTo>
                                  <a:pt x="1902506" y="1276312"/>
                                </a:lnTo>
                                <a:lnTo>
                                  <a:pt x="1893661" y="1276765"/>
                                </a:lnTo>
                                <a:lnTo>
                                  <a:pt x="1889352" y="1276992"/>
                                </a:lnTo>
                                <a:lnTo>
                                  <a:pt x="1885724" y="1276992"/>
                                </a:lnTo>
                                <a:lnTo>
                                  <a:pt x="1884363" y="1276765"/>
                                </a:lnTo>
                                <a:lnTo>
                                  <a:pt x="1882549" y="1276539"/>
                                </a:lnTo>
                                <a:lnTo>
                                  <a:pt x="1881415" y="1276086"/>
                                </a:lnTo>
                                <a:lnTo>
                                  <a:pt x="1880281" y="1275180"/>
                                </a:lnTo>
                                <a:lnTo>
                                  <a:pt x="1879147" y="1274274"/>
                                </a:lnTo>
                                <a:lnTo>
                                  <a:pt x="1878466" y="1273369"/>
                                </a:lnTo>
                                <a:lnTo>
                                  <a:pt x="1877786" y="1272009"/>
                                </a:lnTo>
                                <a:lnTo>
                                  <a:pt x="1877559" y="1270424"/>
                                </a:lnTo>
                                <a:lnTo>
                                  <a:pt x="1868488" y="1272009"/>
                                </a:lnTo>
                                <a:lnTo>
                                  <a:pt x="1872570" y="1269292"/>
                                </a:lnTo>
                                <a:lnTo>
                                  <a:pt x="1870302" y="1266800"/>
                                </a:lnTo>
                                <a:lnTo>
                                  <a:pt x="1884136" y="1261818"/>
                                </a:lnTo>
                                <a:lnTo>
                                  <a:pt x="1883002" y="1261592"/>
                                </a:lnTo>
                                <a:lnTo>
                                  <a:pt x="1882095" y="1256836"/>
                                </a:lnTo>
                                <a:lnTo>
                                  <a:pt x="1894342" y="1250722"/>
                                </a:lnTo>
                                <a:lnTo>
                                  <a:pt x="1884136" y="1249588"/>
                                </a:lnTo>
                                <a:lnTo>
                                  <a:pt x="1888218" y="1248002"/>
                                </a:lnTo>
                                <a:lnTo>
                                  <a:pt x="1889352" y="1240527"/>
                                </a:lnTo>
                                <a:lnTo>
                                  <a:pt x="1885950" y="1241658"/>
                                </a:lnTo>
                                <a:lnTo>
                                  <a:pt x="1887991" y="1235094"/>
                                </a:lnTo>
                                <a:lnTo>
                                  <a:pt x="1883909" y="1239399"/>
                                </a:lnTo>
                                <a:lnTo>
                                  <a:pt x="1889352" y="1231243"/>
                                </a:lnTo>
                                <a:lnTo>
                                  <a:pt x="1889806" y="1233508"/>
                                </a:lnTo>
                                <a:lnTo>
                                  <a:pt x="1896609" y="1231470"/>
                                </a:lnTo>
                                <a:lnTo>
                                  <a:pt x="1899104" y="1230565"/>
                                </a:lnTo>
                                <a:lnTo>
                                  <a:pt x="1901599" y="1230113"/>
                                </a:lnTo>
                                <a:lnTo>
                                  <a:pt x="1903867" y="1229659"/>
                                </a:lnTo>
                                <a:lnTo>
                                  <a:pt x="1905908" y="1229659"/>
                                </a:lnTo>
                                <a:lnTo>
                                  <a:pt x="1909763" y="1229885"/>
                                </a:lnTo>
                                <a:lnTo>
                                  <a:pt x="1914072" y="1230339"/>
                                </a:lnTo>
                                <a:lnTo>
                                  <a:pt x="1918381" y="1230790"/>
                                </a:lnTo>
                                <a:lnTo>
                                  <a:pt x="1920649" y="1230790"/>
                                </a:lnTo>
                                <a:lnTo>
                                  <a:pt x="1923143" y="1230565"/>
                                </a:lnTo>
                                <a:lnTo>
                                  <a:pt x="1925638" y="1230339"/>
                                </a:lnTo>
                                <a:lnTo>
                                  <a:pt x="1928586" y="1229659"/>
                                </a:lnTo>
                                <a:lnTo>
                                  <a:pt x="1931534" y="1228754"/>
                                </a:lnTo>
                                <a:lnTo>
                                  <a:pt x="1934936" y="1227171"/>
                                </a:lnTo>
                                <a:lnTo>
                                  <a:pt x="1931988" y="1224910"/>
                                </a:lnTo>
                                <a:lnTo>
                                  <a:pt x="1950585" y="1212003"/>
                                </a:lnTo>
                                <a:lnTo>
                                  <a:pt x="1934256" y="1211094"/>
                                </a:lnTo>
                                <a:lnTo>
                                  <a:pt x="1944688" y="1205884"/>
                                </a:lnTo>
                                <a:lnTo>
                                  <a:pt x="1948997" y="1202035"/>
                                </a:lnTo>
                                <a:lnTo>
                                  <a:pt x="1951492" y="1193885"/>
                                </a:lnTo>
                                <a:lnTo>
                                  <a:pt x="1975304" y="1191168"/>
                                </a:lnTo>
                                <a:lnTo>
                                  <a:pt x="1974851" y="1192295"/>
                                </a:lnTo>
                                <a:lnTo>
                                  <a:pt x="1975985" y="1192069"/>
                                </a:lnTo>
                                <a:lnTo>
                                  <a:pt x="1978479" y="1190712"/>
                                </a:lnTo>
                                <a:lnTo>
                                  <a:pt x="1982335" y="1190712"/>
                                </a:lnTo>
                                <a:lnTo>
                                  <a:pt x="1980067" y="1193202"/>
                                </a:lnTo>
                                <a:lnTo>
                                  <a:pt x="1977345" y="1195916"/>
                                </a:lnTo>
                                <a:lnTo>
                                  <a:pt x="1971902" y="1201809"/>
                                </a:lnTo>
                                <a:lnTo>
                                  <a:pt x="1969351" y="1204124"/>
                                </a:lnTo>
                                <a:lnTo>
                                  <a:pt x="1971675" y="1203495"/>
                                </a:lnTo>
                                <a:lnTo>
                                  <a:pt x="1973968" y="1199942"/>
                                </a:lnTo>
                                <a:lnTo>
                                  <a:pt x="1976720" y="1197058"/>
                                </a:lnTo>
                                <a:lnTo>
                                  <a:pt x="1979242" y="1194392"/>
                                </a:lnTo>
                                <a:lnTo>
                                  <a:pt x="1981765" y="1192615"/>
                                </a:lnTo>
                                <a:lnTo>
                                  <a:pt x="1984287" y="1191062"/>
                                </a:lnTo>
                                <a:lnTo>
                                  <a:pt x="1987039" y="1189952"/>
                                </a:lnTo>
                                <a:lnTo>
                                  <a:pt x="1989790" y="1189065"/>
                                </a:lnTo>
                                <a:lnTo>
                                  <a:pt x="1993001" y="1188175"/>
                                </a:lnTo>
                                <a:lnTo>
                                  <a:pt x="1996211" y="1187731"/>
                                </a:lnTo>
                                <a:lnTo>
                                  <a:pt x="1999421" y="1187509"/>
                                </a:lnTo>
                                <a:lnTo>
                                  <a:pt x="2007218" y="1187287"/>
                                </a:lnTo>
                                <a:lnTo>
                                  <a:pt x="2016161" y="1186842"/>
                                </a:lnTo>
                                <a:lnTo>
                                  <a:pt x="2021205" y="1186399"/>
                                </a:lnTo>
                                <a:lnTo>
                                  <a:pt x="2026709" y="1185954"/>
                                </a:lnTo>
                                <a:close/>
                                <a:moveTo>
                                  <a:pt x="3224172" y="1183131"/>
                                </a:moveTo>
                                <a:lnTo>
                                  <a:pt x="3224827" y="1183264"/>
                                </a:lnTo>
                                <a:lnTo>
                                  <a:pt x="3225100" y="1183164"/>
                                </a:lnTo>
                                <a:lnTo>
                                  <a:pt x="3224172" y="1183131"/>
                                </a:lnTo>
                                <a:close/>
                                <a:moveTo>
                                  <a:pt x="5929911" y="1182837"/>
                                </a:moveTo>
                                <a:lnTo>
                                  <a:pt x="5930137" y="1183290"/>
                                </a:lnTo>
                                <a:lnTo>
                                  <a:pt x="5930137" y="1183064"/>
                                </a:lnTo>
                                <a:lnTo>
                                  <a:pt x="5929911" y="1182837"/>
                                </a:lnTo>
                                <a:close/>
                                <a:moveTo>
                                  <a:pt x="928688" y="1181150"/>
                                </a:moveTo>
                                <a:lnTo>
                                  <a:pt x="926824" y="1184248"/>
                                </a:lnTo>
                                <a:lnTo>
                                  <a:pt x="923926" y="1185915"/>
                                </a:lnTo>
                                <a:lnTo>
                                  <a:pt x="928688" y="1181150"/>
                                </a:lnTo>
                                <a:close/>
                                <a:moveTo>
                                  <a:pt x="3294063" y="1178503"/>
                                </a:moveTo>
                                <a:lnTo>
                                  <a:pt x="3291115" y="1178730"/>
                                </a:lnTo>
                                <a:lnTo>
                                  <a:pt x="3288393" y="1179410"/>
                                </a:lnTo>
                                <a:lnTo>
                                  <a:pt x="3283631" y="1180544"/>
                                </a:lnTo>
                                <a:lnTo>
                                  <a:pt x="3282270" y="1180770"/>
                                </a:lnTo>
                                <a:lnTo>
                                  <a:pt x="3282270" y="1180785"/>
                                </a:lnTo>
                                <a:lnTo>
                                  <a:pt x="3286721" y="1181221"/>
                                </a:lnTo>
                                <a:lnTo>
                                  <a:pt x="3297377" y="1182582"/>
                                </a:lnTo>
                                <a:lnTo>
                                  <a:pt x="3302364" y="1183036"/>
                                </a:lnTo>
                                <a:lnTo>
                                  <a:pt x="3306672" y="1183036"/>
                                </a:lnTo>
                                <a:lnTo>
                                  <a:pt x="3310069" y="1183036"/>
                                </a:lnTo>
                                <a:lnTo>
                                  <a:pt x="3298145" y="1179183"/>
                                </a:lnTo>
                                <a:lnTo>
                                  <a:pt x="3297465" y="1178730"/>
                                </a:lnTo>
                                <a:lnTo>
                                  <a:pt x="3296557" y="1178503"/>
                                </a:lnTo>
                                <a:lnTo>
                                  <a:pt x="3294063" y="1178503"/>
                                </a:lnTo>
                                <a:close/>
                                <a:moveTo>
                                  <a:pt x="3250066" y="1178047"/>
                                </a:moveTo>
                                <a:lnTo>
                                  <a:pt x="3248479" y="1178276"/>
                                </a:lnTo>
                                <a:lnTo>
                                  <a:pt x="3244004" y="1182516"/>
                                </a:lnTo>
                                <a:lnTo>
                                  <a:pt x="3244778" y="1182129"/>
                                </a:lnTo>
                                <a:lnTo>
                                  <a:pt x="3246592" y="1181221"/>
                                </a:lnTo>
                                <a:lnTo>
                                  <a:pt x="3248859" y="1180768"/>
                                </a:lnTo>
                                <a:lnTo>
                                  <a:pt x="3253167" y="1179858"/>
                                </a:lnTo>
                                <a:lnTo>
                                  <a:pt x="3254105" y="1179817"/>
                                </a:lnTo>
                                <a:lnTo>
                                  <a:pt x="3250066" y="1178047"/>
                                </a:lnTo>
                                <a:close/>
                                <a:moveTo>
                                  <a:pt x="2689854" y="1174398"/>
                                </a:moveTo>
                                <a:lnTo>
                                  <a:pt x="2682058" y="1193785"/>
                                </a:lnTo>
                                <a:lnTo>
                                  <a:pt x="2691284" y="1179312"/>
                                </a:lnTo>
                                <a:lnTo>
                                  <a:pt x="2689854" y="1174398"/>
                                </a:lnTo>
                                <a:close/>
                                <a:moveTo>
                                  <a:pt x="5304711" y="1173320"/>
                                </a:moveTo>
                                <a:lnTo>
                                  <a:pt x="5304257" y="1173547"/>
                                </a:lnTo>
                                <a:lnTo>
                                  <a:pt x="5303350" y="1174453"/>
                                </a:lnTo>
                                <a:lnTo>
                                  <a:pt x="5304711" y="1173320"/>
                                </a:lnTo>
                                <a:close/>
                                <a:moveTo>
                                  <a:pt x="2147735" y="1170557"/>
                                </a:moveTo>
                                <a:lnTo>
                                  <a:pt x="2141631" y="1194414"/>
                                </a:lnTo>
                                <a:lnTo>
                                  <a:pt x="2135753" y="1218490"/>
                                </a:lnTo>
                                <a:lnTo>
                                  <a:pt x="2130328" y="1242568"/>
                                </a:lnTo>
                                <a:lnTo>
                                  <a:pt x="2124676" y="1266649"/>
                                </a:lnTo>
                                <a:lnTo>
                                  <a:pt x="2114050" y="1314587"/>
                                </a:lnTo>
                                <a:lnTo>
                                  <a:pt x="2103877" y="1362753"/>
                                </a:lnTo>
                                <a:lnTo>
                                  <a:pt x="2088730" y="1365479"/>
                                </a:lnTo>
                                <a:lnTo>
                                  <a:pt x="2092121" y="1366616"/>
                                </a:lnTo>
                                <a:lnTo>
                                  <a:pt x="2074262" y="1374795"/>
                                </a:lnTo>
                                <a:lnTo>
                                  <a:pt x="2050298" y="1372297"/>
                                </a:lnTo>
                                <a:lnTo>
                                  <a:pt x="2039899" y="1373205"/>
                                </a:lnTo>
                                <a:lnTo>
                                  <a:pt x="2038542" y="1377066"/>
                                </a:lnTo>
                                <a:lnTo>
                                  <a:pt x="2037412" y="1380701"/>
                                </a:lnTo>
                                <a:lnTo>
                                  <a:pt x="2035829" y="1383881"/>
                                </a:lnTo>
                                <a:lnTo>
                                  <a:pt x="2033795" y="1386834"/>
                                </a:lnTo>
                                <a:lnTo>
                                  <a:pt x="2031534" y="1389560"/>
                                </a:lnTo>
                                <a:lnTo>
                                  <a:pt x="2029273" y="1392059"/>
                                </a:lnTo>
                                <a:lnTo>
                                  <a:pt x="2026334" y="1394104"/>
                                </a:lnTo>
                                <a:lnTo>
                                  <a:pt x="2025629" y="1394560"/>
                                </a:lnTo>
                                <a:lnTo>
                                  <a:pt x="2028549" y="1393827"/>
                                </a:lnTo>
                                <a:lnTo>
                                  <a:pt x="2028825" y="1393827"/>
                                </a:lnTo>
                                <a:lnTo>
                                  <a:pt x="2025461" y="1394667"/>
                                </a:lnTo>
                                <a:lnTo>
                                  <a:pt x="2023169" y="1396148"/>
                                </a:lnTo>
                                <a:lnTo>
                                  <a:pt x="2022943" y="1396148"/>
                                </a:lnTo>
                                <a:lnTo>
                                  <a:pt x="2011640" y="1386834"/>
                                </a:lnTo>
                                <a:lnTo>
                                  <a:pt x="1989032" y="1397057"/>
                                </a:lnTo>
                                <a:lnTo>
                                  <a:pt x="1973207" y="1410690"/>
                                </a:lnTo>
                                <a:lnTo>
                                  <a:pt x="1971173" y="1412052"/>
                                </a:lnTo>
                                <a:lnTo>
                                  <a:pt x="1968460" y="1412962"/>
                                </a:lnTo>
                                <a:lnTo>
                                  <a:pt x="1968008" y="1411826"/>
                                </a:lnTo>
                                <a:lnTo>
                                  <a:pt x="1967556" y="1410690"/>
                                </a:lnTo>
                                <a:lnTo>
                                  <a:pt x="1967103" y="1410236"/>
                                </a:lnTo>
                                <a:lnTo>
                                  <a:pt x="1966425" y="1409781"/>
                                </a:lnTo>
                                <a:lnTo>
                                  <a:pt x="1965747" y="1409327"/>
                                </a:lnTo>
                                <a:lnTo>
                                  <a:pt x="1965069" y="1409327"/>
                                </a:lnTo>
                                <a:lnTo>
                                  <a:pt x="1963034" y="1409100"/>
                                </a:lnTo>
                                <a:lnTo>
                                  <a:pt x="1959191" y="1409100"/>
                                </a:lnTo>
                                <a:lnTo>
                                  <a:pt x="1957156" y="1408873"/>
                                </a:lnTo>
                                <a:lnTo>
                                  <a:pt x="1956478" y="1408646"/>
                                </a:lnTo>
                                <a:lnTo>
                                  <a:pt x="1955800" y="1407964"/>
                                </a:lnTo>
                                <a:lnTo>
                                  <a:pt x="1981346" y="1391832"/>
                                </a:lnTo>
                                <a:lnTo>
                                  <a:pt x="1992876" y="1383654"/>
                                </a:lnTo>
                                <a:lnTo>
                                  <a:pt x="2007796" y="1363207"/>
                                </a:lnTo>
                                <a:lnTo>
                                  <a:pt x="2009379" y="1362071"/>
                                </a:lnTo>
                                <a:lnTo>
                                  <a:pt x="2011414" y="1362298"/>
                                </a:lnTo>
                                <a:lnTo>
                                  <a:pt x="2013900" y="1362298"/>
                                </a:lnTo>
                                <a:lnTo>
                                  <a:pt x="2016839" y="1361616"/>
                                </a:lnTo>
                                <a:lnTo>
                                  <a:pt x="2019778" y="1360707"/>
                                </a:lnTo>
                                <a:lnTo>
                                  <a:pt x="2026108" y="1358436"/>
                                </a:lnTo>
                                <a:lnTo>
                                  <a:pt x="2032890" y="1355254"/>
                                </a:lnTo>
                                <a:lnTo>
                                  <a:pt x="2039899" y="1352300"/>
                                </a:lnTo>
                                <a:lnTo>
                                  <a:pt x="2043290" y="1350938"/>
                                </a:lnTo>
                                <a:lnTo>
                                  <a:pt x="2046907" y="1349576"/>
                                </a:lnTo>
                                <a:lnTo>
                                  <a:pt x="2050298" y="1348440"/>
                                </a:lnTo>
                                <a:lnTo>
                                  <a:pt x="2053689" y="1347758"/>
                                </a:lnTo>
                                <a:lnTo>
                                  <a:pt x="2056854" y="1347076"/>
                                </a:lnTo>
                                <a:lnTo>
                                  <a:pt x="2060019" y="1347076"/>
                                </a:lnTo>
                                <a:lnTo>
                                  <a:pt x="2061828" y="1346167"/>
                                </a:lnTo>
                                <a:lnTo>
                                  <a:pt x="2091217" y="1317768"/>
                                </a:lnTo>
                                <a:lnTo>
                                  <a:pt x="2086470" y="1321403"/>
                                </a:lnTo>
                                <a:lnTo>
                                  <a:pt x="2081270" y="1325039"/>
                                </a:lnTo>
                                <a:lnTo>
                                  <a:pt x="2076522" y="1328219"/>
                                </a:lnTo>
                                <a:lnTo>
                                  <a:pt x="2071323" y="1331400"/>
                                </a:lnTo>
                                <a:lnTo>
                                  <a:pt x="2066349" y="1334127"/>
                                </a:lnTo>
                                <a:lnTo>
                                  <a:pt x="2060923" y="1336399"/>
                                </a:lnTo>
                                <a:lnTo>
                                  <a:pt x="2055498" y="1338443"/>
                                </a:lnTo>
                                <a:lnTo>
                                  <a:pt x="2049846" y="1340034"/>
                                </a:lnTo>
                                <a:lnTo>
                                  <a:pt x="2039899" y="1331400"/>
                                </a:lnTo>
                                <a:lnTo>
                                  <a:pt x="2027691" y="1335036"/>
                                </a:lnTo>
                                <a:lnTo>
                                  <a:pt x="2027013" y="1333445"/>
                                </a:lnTo>
                                <a:lnTo>
                                  <a:pt x="2027691" y="1331855"/>
                                </a:lnTo>
                                <a:lnTo>
                                  <a:pt x="2033343" y="1328901"/>
                                </a:lnTo>
                                <a:lnTo>
                                  <a:pt x="2025204" y="1325039"/>
                                </a:lnTo>
                                <a:lnTo>
                                  <a:pt x="2000336" y="1334581"/>
                                </a:lnTo>
                                <a:lnTo>
                                  <a:pt x="1999884" y="1332990"/>
                                </a:lnTo>
                                <a:lnTo>
                                  <a:pt x="2009605" y="1326856"/>
                                </a:lnTo>
                                <a:lnTo>
                                  <a:pt x="1998075" y="1331400"/>
                                </a:lnTo>
                                <a:lnTo>
                                  <a:pt x="1998075" y="1324812"/>
                                </a:lnTo>
                                <a:lnTo>
                                  <a:pt x="2004857" y="1318904"/>
                                </a:lnTo>
                                <a:lnTo>
                                  <a:pt x="2036282" y="1303455"/>
                                </a:lnTo>
                                <a:lnTo>
                                  <a:pt x="2049394" y="1288685"/>
                                </a:lnTo>
                                <a:lnTo>
                                  <a:pt x="2046681" y="1287550"/>
                                </a:lnTo>
                                <a:lnTo>
                                  <a:pt x="2049620" y="1280734"/>
                                </a:lnTo>
                                <a:lnTo>
                                  <a:pt x="2049394" y="1273464"/>
                                </a:lnTo>
                                <a:lnTo>
                                  <a:pt x="2027465" y="1280507"/>
                                </a:lnTo>
                                <a:lnTo>
                                  <a:pt x="2052107" y="1259151"/>
                                </a:lnTo>
                                <a:lnTo>
                                  <a:pt x="2040803" y="1258014"/>
                                </a:lnTo>
                                <a:lnTo>
                                  <a:pt x="2055046" y="1254381"/>
                                </a:lnTo>
                                <a:lnTo>
                                  <a:pt x="2054367" y="1258242"/>
                                </a:lnTo>
                                <a:lnTo>
                                  <a:pt x="2078783" y="1251429"/>
                                </a:lnTo>
                                <a:lnTo>
                                  <a:pt x="2088956" y="1253927"/>
                                </a:lnTo>
                                <a:lnTo>
                                  <a:pt x="2088730" y="1247110"/>
                                </a:lnTo>
                                <a:lnTo>
                                  <a:pt x="2096643" y="1248018"/>
                                </a:lnTo>
                                <a:lnTo>
                                  <a:pt x="2101616" y="1230981"/>
                                </a:lnTo>
                                <a:lnTo>
                                  <a:pt x="2098451" y="1230981"/>
                                </a:lnTo>
                                <a:lnTo>
                                  <a:pt x="2098225" y="1230300"/>
                                </a:lnTo>
                                <a:lnTo>
                                  <a:pt x="2098451" y="1229393"/>
                                </a:lnTo>
                                <a:lnTo>
                                  <a:pt x="2098904" y="1227351"/>
                                </a:lnTo>
                                <a:lnTo>
                                  <a:pt x="2100260" y="1225082"/>
                                </a:lnTo>
                                <a:lnTo>
                                  <a:pt x="2101390" y="1223038"/>
                                </a:lnTo>
                                <a:lnTo>
                                  <a:pt x="2104781" y="1218490"/>
                                </a:lnTo>
                                <a:lnTo>
                                  <a:pt x="2108173" y="1214407"/>
                                </a:lnTo>
                                <a:lnTo>
                                  <a:pt x="2110885" y="1211452"/>
                                </a:lnTo>
                                <a:lnTo>
                                  <a:pt x="2111564" y="1210313"/>
                                </a:lnTo>
                                <a:lnTo>
                                  <a:pt x="2112016" y="1209627"/>
                                </a:lnTo>
                                <a:lnTo>
                                  <a:pt x="2111790" y="1209400"/>
                                </a:lnTo>
                                <a:lnTo>
                                  <a:pt x="2111564" y="1209400"/>
                                </a:lnTo>
                                <a:lnTo>
                                  <a:pt x="2110659" y="1209627"/>
                                </a:lnTo>
                                <a:lnTo>
                                  <a:pt x="2108851" y="1210541"/>
                                </a:lnTo>
                                <a:lnTo>
                                  <a:pt x="2105912" y="1211679"/>
                                </a:lnTo>
                                <a:lnTo>
                                  <a:pt x="2104781" y="1210996"/>
                                </a:lnTo>
                                <a:lnTo>
                                  <a:pt x="2104555" y="1209400"/>
                                </a:lnTo>
                                <a:lnTo>
                                  <a:pt x="2098904" y="1216674"/>
                                </a:lnTo>
                                <a:lnTo>
                                  <a:pt x="2098451" y="1209855"/>
                                </a:lnTo>
                                <a:lnTo>
                                  <a:pt x="2095060" y="1209855"/>
                                </a:lnTo>
                                <a:lnTo>
                                  <a:pt x="2093704" y="1208948"/>
                                </a:lnTo>
                                <a:lnTo>
                                  <a:pt x="2092347" y="1207815"/>
                                </a:lnTo>
                                <a:lnTo>
                                  <a:pt x="2091669" y="1206679"/>
                                </a:lnTo>
                                <a:lnTo>
                                  <a:pt x="2090991" y="1205543"/>
                                </a:lnTo>
                                <a:lnTo>
                                  <a:pt x="2090765" y="1204181"/>
                                </a:lnTo>
                                <a:lnTo>
                                  <a:pt x="2090539" y="1203047"/>
                                </a:lnTo>
                                <a:lnTo>
                                  <a:pt x="2090765" y="1201457"/>
                                </a:lnTo>
                                <a:lnTo>
                                  <a:pt x="2090991" y="1200318"/>
                                </a:lnTo>
                                <a:lnTo>
                                  <a:pt x="2091443" y="1198958"/>
                                </a:lnTo>
                                <a:lnTo>
                                  <a:pt x="2092121" y="1197598"/>
                                </a:lnTo>
                                <a:lnTo>
                                  <a:pt x="2093930" y="1195091"/>
                                </a:lnTo>
                                <a:lnTo>
                                  <a:pt x="2096417" y="1192142"/>
                                </a:lnTo>
                                <a:lnTo>
                                  <a:pt x="2098904" y="1189417"/>
                                </a:lnTo>
                                <a:lnTo>
                                  <a:pt x="2101616" y="1186920"/>
                                </a:lnTo>
                                <a:lnTo>
                                  <a:pt x="2104555" y="1184420"/>
                                </a:lnTo>
                                <a:lnTo>
                                  <a:pt x="2110207" y="1180330"/>
                                </a:lnTo>
                                <a:lnTo>
                                  <a:pt x="2114503" y="1177603"/>
                                </a:lnTo>
                                <a:lnTo>
                                  <a:pt x="2116085" y="1176467"/>
                                </a:lnTo>
                                <a:lnTo>
                                  <a:pt x="2099356" y="1177603"/>
                                </a:lnTo>
                                <a:lnTo>
                                  <a:pt x="2072453" y="1184192"/>
                                </a:lnTo>
                                <a:lnTo>
                                  <a:pt x="2070871" y="1189192"/>
                                </a:lnTo>
                                <a:lnTo>
                                  <a:pt x="2066349" y="1189646"/>
                                </a:lnTo>
                                <a:lnTo>
                                  <a:pt x="2066223" y="1189664"/>
                                </a:lnTo>
                                <a:lnTo>
                                  <a:pt x="2070100" y="1189939"/>
                                </a:lnTo>
                                <a:lnTo>
                                  <a:pt x="2069431" y="1190389"/>
                                </a:lnTo>
                                <a:lnTo>
                                  <a:pt x="2062739" y="1190840"/>
                                </a:lnTo>
                                <a:lnTo>
                                  <a:pt x="2052926" y="1198721"/>
                                </a:lnTo>
                                <a:lnTo>
                                  <a:pt x="2048911" y="1191516"/>
                                </a:lnTo>
                                <a:lnTo>
                                  <a:pt x="2051754" y="1190684"/>
                                </a:lnTo>
                                <a:lnTo>
                                  <a:pt x="2051428" y="1190554"/>
                                </a:lnTo>
                                <a:lnTo>
                                  <a:pt x="2050750" y="1189872"/>
                                </a:lnTo>
                                <a:lnTo>
                                  <a:pt x="2050298" y="1188963"/>
                                </a:lnTo>
                                <a:lnTo>
                                  <a:pt x="2049846" y="1187373"/>
                                </a:lnTo>
                                <a:lnTo>
                                  <a:pt x="2049846" y="1185783"/>
                                </a:lnTo>
                                <a:lnTo>
                                  <a:pt x="2050072" y="1183512"/>
                                </a:lnTo>
                                <a:lnTo>
                                  <a:pt x="2053915" y="1185328"/>
                                </a:lnTo>
                                <a:lnTo>
                                  <a:pt x="2054819" y="1181921"/>
                                </a:lnTo>
                                <a:lnTo>
                                  <a:pt x="2147735" y="1170557"/>
                                </a:lnTo>
                                <a:close/>
                                <a:moveTo>
                                  <a:pt x="2165369" y="1168740"/>
                                </a:moveTo>
                                <a:lnTo>
                                  <a:pt x="2168308" y="1183966"/>
                                </a:lnTo>
                                <a:lnTo>
                                  <a:pt x="2184585" y="1186920"/>
                                </a:lnTo>
                                <a:lnTo>
                                  <a:pt x="2195889" y="1201909"/>
                                </a:lnTo>
                                <a:lnTo>
                                  <a:pt x="2198149" y="1202590"/>
                                </a:lnTo>
                                <a:lnTo>
                                  <a:pt x="2192950" y="1210541"/>
                                </a:lnTo>
                                <a:lnTo>
                                  <a:pt x="2199280" y="1225082"/>
                                </a:lnTo>
                                <a:lnTo>
                                  <a:pt x="2185799" y="1224416"/>
                                </a:lnTo>
                                <a:lnTo>
                                  <a:pt x="2185715" y="1224400"/>
                                </a:lnTo>
                                <a:lnTo>
                                  <a:pt x="2183229" y="1224172"/>
                                </a:lnTo>
                                <a:lnTo>
                                  <a:pt x="2177803" y="1223719"/>
                                </a:lnTo>
                                <a:lnTo>
                                  <a:pt x="2171699" y="1223719"/>
                                </a:lnTo>
                                <a:lnTo>
                                  <a:pt x="2185799" y="1224416"/>
                                </a:lnTo>
                                <a:lnTo>
                                  <a:pt x="2188202" y="1224854"/>
                                </a:lnTo>
                                <a:lnTo>
                                  <a:pt x="2190237" y="1225764"/>
                                </a:lnTo>
                                <a:lnTo>
                                  <a:pt x="2192271" y="1226670"/>
                                </a:lnTo>
                                <a:lnTo>
                                  <a:pt x="2194080" y="1227578"/>
                                </a:lnTo>
                                <a:lnTo>
                                  <a:pt x="2195663" y="1228939"/>
                                </a:lnTo>
                                <a:lnTo>
                                  <a:pt x="2196793" y="1230529"/>
                                </a:lnTo>
                                <a:lnTo>
                                  <a:pt x="2198149" y="1232572"/>
                                </a:lnTo>
                                <a:lnTo>
                                  <a:pt x="2199054" y="1234617"/>
                                </a:lnTo>
                                <a:lnTo>
                                  <a:pt x="2199732" y="1237117"/>
                                </a:lnTo>
                                <a:lnTo>
                                  <a:pt x="2200184" y="1239843"/>
                                </a:lnTo>
                                <a:lnTo>
                                  <a:pt x="2200410" y="1243252"/>
                                </a:lnTo>
                                <a:lnTo>
                                  <a:pt x="2186620" y="1257336"/>
                                </a:lnTo>
                                <a:lnTo>
                                  <a:pt x="2196341" y="1261196"/>
                                </a:lnTo>
                                <a:lnTo>
                                  <a:pt x="2208549" y="1250520"/>
                                </a:lnTo>
                                <a:lnTo>
                                  <a:pt x="2210357" y="1249839"/>
                                </a:lnTo>
                                <a:lnTo>
                                  <a:pt x="2212618" y="1249383"/>
                                </a:lnTo>
                                <a:lnTo>
                                  <a:pt x="2215331" y="1248702"/>
                                </a:lnTo>
                                <a:lnTo>
                                  <a:pt x="2218270" y="1248474"/>
                                </a:lnTo>
                                <a:lnTo>
                                  <a:pt x="2221435" y="1248474"/>
                                </a:lnTo>
                                <a:lnTo>
                                  <a:pt x="2224600" y="1248702"/>
                                </a:lnTo>
                                <a:lnTo>
                                  <a:pt x="2227765" y="1249383"/>
                                </a:lnTo>
                                <a:lnTo>
                                  <a:pt x="2230478" y="1250292"/>
                                </a:lnTo>
                                <a:lnTo>
                                  <a:pt x="2233417" y="1251202"/>
                                </a:lnTo>
                                <a:lnTo>
                                  <a:pt x="2236130" y="1252791"/>
                                </a:lnTo>
                                <a:lnTo>
                                  <a:pt x="2238164" y="1254381"/>
                                </a:lnTo>
                                <a:lnTo>
                                  <a:pt x="2239068" y="1255292"/>
                                </a:lnTo>
                                <a:lnTo>
                                  <a:pt x="2239747" y="1256653"/>
                                </a:lnTo>
                                <a:lnTo>
                                  <a:pt x="2240425" y="1257787"/>
                                </a:lnTo>
                                <a:lnTo>
                                  <a:pt x="2241103" y="1258924"/>
                                </a:lnTo>
                                <a:lnTo>
                                  <a:pt x="2241329" y="1260515"/>
                                </a:lnTo>
                                <a:lnTo>
                                  <a:pt x="2241329" y="1261877"/>
                                </a:lnTo>
                                <a:lnTo>
                                  <a:pt x="2241329" y="1263695"/>
                                </a:lnTo>
                                <a:lnTo>
                                  <a:pt x="2241103" y="1265286"/>
                                </a:lnTo>
                                <a:lnTo>
                                  <a:pt x="2240425" y="1267331"/>
                                </a:lnTo>
                                <a:lnTo>
                                  <a:pt x="2239747" y="1269147"/>
                                </a:lnTo>
                                <a:lnTo>
                                  <a:pt x="2239068" y="1270968"/>
                                </a:lnTo>
                                <a:lnTo>
                                  <a:pt x="2237938" y="1273010"/>
                                </a:lnTo>
                                <a:lnTo>
                                  <a:pt x="2236582" y="1274827"/>
                                </a:lnTo>
                                <a:lnTo>
                                  <a:pt x="2234999" y="1276872"/>
                                </a:lnTo>
                                <a:lnTo>
                                  <a:pt x="2231608" y="1280961"/>
                                </a:lnTo>
                                <a:lnTo>
                                  <a:pt x="2227765" y="1284597"/>
                                </a:lnTo>
                                <a:lnTo>
                                  <a:pt x="2221435" y="1290731"/>
                                </a:lnTo>
                                <a:lnTo>
                                  <a:pt x="2219400" y="1292322"/>
                                </a:lnTo>
                                <a:lnTo>
                                  <a:pt x="2218948" y="1292775"/>
                                </a:lnTo>
                                <a:lnTo>
                                  <a:pt x="2213748" y="1295048"/>
                                </a:lnTo>
                                <a:lnTo>
                                  <a:pt x="2218270" y="1299138"/>
                                </a:lnTo>
                                <a:lnTo>
                                  <a:pt x="2216009" y="1300727"/>
                                </a:lnTo>
                                <a:lnTo>
                                  <a:pt x="2213522" y="1301863"/>
                                </a:lnTo>
                                <a:lnTo>
                                  <a:pt x="2210809" y="1303000"/>
                                </a:lnTo>
                                <a:lnTo>
                                  <a:pt x="2208097" y="1304135"/>
                                </a:lnTo>
                                <a:lnTo>
                                  <a:pt x="2202445" y="1305726"/>
                                </a:lnTo>
                                <a:lnTo>
                                  <a:pt x="2198149" y="1306862"/>
                                </a:lnTo>
                                <a:lnTo>
                                  <a:pt x="2200410" y="1314133"/>
                                </a:lnTo>
                                <a:lnTo>
                                  <a:pt x="2183003" y="1321403"/>
                                </a:lnTo>
                                <a:lnTo>
                                  <a:pt x="2194984" y="1318904"/>
                                </a:lnTo>
                                <a:lnTo>
                                  <a:pt x="2188202" y="1322085"/>
                                </a:lnTo>
                                <a:lnTo>
                                  <a:pt x="2191819" y="1321631"/>
                                </a:lnTo>
                                <a:lnTo>
                                  <a:pt x="2195663" y="1321176"/>
                                </a:lnTo>
                                <a:lnTo>
                                  <a:pt x="2199280" y="1321176"/>
                                </a:lnTo>
                                <a:lnTo>
                                  <a:pt x="2202897" y="1321176"/>
                                </a:lnTo>
                                <a:lnTo>
                                  <a:pt x="2206514" y="1321631"/>
                                </a:lnTo>
                                <a:lnTo>
                                  <a:pt x="2210131" y="1322312"/>
                                </a:lnTo>
                                <a:lnTo>
                                  <a:pt x="2213522" y="1322994"/>
                                </a:lnTo>
                                <a:lnTo>
                                  <a:pt x="2217139" y="1324357"/>
                                </a:lnTo>
                                <a:lnTo>
                                  <a:pt x="2212166" y="1327765"/>
                                </a:lnTo>
                                <a:lnTo>
                                  <a:pt x="2206966" y="1331400"/>
                                </a:lnTo>
                                <a:lnTo>
                                  <a:pt x="2196793" y="1338897"/>
                                </a:lnTo>
                                <a:lnTo>
                                  <a:pt x="2191593" y="1342532"/>
                                </a:lnTo>
                                <a:lnTo>
                                  <a:pt x="2186168" y="1345940"/>
                                </a:lnTo>
                                <a:lnTo>
                                  <a:pt x="2180968" y="1349121"/>
                                </a:lnTo>
                                <a:lnTo>
                                  <a:pt x="2175542" y="1352073"/>
                                </a:lnTo>
                                <a:lnTo>
                                  <a:pt x="2133493" y="1358208"/>
                                </a:lnTo>
                                <a:lnTo>
                                  <a:pt x="2131458" y="1357072"/>
                                </a:lnTo>
                                <a:lnTo>
                                  <a:pt x="2129423" y="1355027"/>
                                </a:lnTo>
                                <a:lnTo>
                                  <a:pt x="2120833" y="1356390"/>
                                </a:lnTo>
                                <a:lnTo>
                                  <a:pt x="2125354" y="1332990"/>
                                </a:lnTo>
                                <a:lnTo>
                                  <a:pt x="2129649" y="1308907"/>
                                </a:lnTo>
                                <a:lnTo>
                                  <a:pt x="2134623" y="1284597"/>
                                </a:lnTo>
                                <a:lnTo>
                                  <a:pt x="2139371" y="1260287"/>
                                </a:lnTo>
                                <a:lnTo>
                                  <a:pt x="2142083" y="1248018"/>
                                </a:lnTo>
                                <a:lnTo>
                                  <a:pt x="2144796" y="1236208"/>
                                </a:lnTo>
                                <a:lnTo>
                                  <a:pt x="2147961" y="1224172"/>
                                </a:lnTo>
                                <a:lnTo>
                                  <a:pt x="2150900" y="1212820"/>
                                </a:lnTo>
                                <a:lnTo>
                                  <a:pt x="2154291" y="1201228"/>
                                </a:lnTo>
                                <a:lnTo>
                                  <a:pt x="2157682" y="1190100"/>
                                </a:lnTo>
                                <a:lnTo>
                                  <a:pt x="2161526" y="1179194"/>
                                </a:lnTo>
                                <a:lnTo>
                                  <a:pt x="2165369" y="1168740"/>
                                </a:lnTo>
                                <a:close/>
                                <a:moveTo>
                                  <a:pt x="3504846" y="1167700"/>
                                </a:moveTo>
                                <a:lnTo>
                                  <a:pt x="3505276" y="1169418"/>
                                </a:lnTo>
                                <a:lnTo>
                                  <a:pt x="3508904" y="1176458"/>
                                </a:lnTo>
                                <a:lnTo>
                                  <a:pt x="3510717" y="1179633"/>
                                </a:lnTo>
                                <a:lnTo>
                                  <a:pt x="3512531" y="1182582"/>
                                </a:lnTo>
                                <a:lnTo>
                                  <a:pt x="3514118" y="1185078"/>
                                </a:lnTo>
                                <a:lnTo>
                                  <a:pt x="3516159" y="1187117"/>
                                </a:lnTo>
                                <a:lnTo>
                                  <a:pt x="3518199" y="1189159"/>
                                </a:lnTo>
                                <a:lnTo>
                                  <a:pt x="3520013" y="1190521"/>
                                </a:lnTo>
                                <a:lnTo>
                                  <a:pt x="3522280" y="1191880"/>
                                </a:lnTo>
                                <a:lnTo>
                                  <a:pt x="3524547" y="1192787"/>
                                </a:lnTo>
                                <a:lnTo>
                                  <a:pt x="3525581" y="1192975"/>
                                </a:lnTo>
                                <a:lnTo>
                                  <a:pt x="3505880" y="1169514"/>
                                </a:lnTo>
                                <a:lnTo>
                                  <a:pt x="3505880" y="1167700"/>
                                </a:lnTo>
                                <a:lnTo>
                                  <a:pt x="3505653" y="1167700"/>
                                </a:lnTo>
                                <a:lnTo>
                                  <a:pt x="3505427" y="1167700"/>
                                </a:lnTo>
                                <a:lnTo>
                                  <a:pt x="3504846" y="1167700"/>
                                </a:lnTo>
                                <a:close/>
                                <a:moveTo>
                                  <a:pt x="3309807" y="1164362"/>
                                </a:moveTo>
                                <a:lnTo>
                                  <a:pt x="3309711" y="1164890"/>
                                </a:lnTo>
                                <a:lnTo>
                                  <a:pt x="3309484" y="1168063"/>
                                </a:lnTo>
                                <a:lnTo>
                                  <a:pt x="3309938" y="1171469"/>
                                </a:lnTo>
                                <a:lnTo>
                                  <a:pt x="3310391" y="1175100"/>
                                </a:lnTo>
                                <a:lnTo>
                                  <a:pt x="3311298" y="1179410"/>
                                </a:lnTo>
                                <a:lnTo>
                                  <a:pt x="3312440" y="1182672"/>
                                </a:lnTo>
                                <a:lnTo>
                                  <a:pt x="3313020" y="1182582"/>
                                </a:lnTo>
                                <a:lnTo>
                                  <a:pt x="3309807" y="1164362"/>
                                </a:lnTo>
                                <a:close/>
                                <a:moveTo>
                                  <a:pt x="3487510" y="1162938"/>
                                </a:moveTo>
                                <a:lnTo>
                                  <a:pt x="3473412" y="1166022"/>
                                </a:lnTo>
                                <a:lnTo>
                                  <a:pt x="3473989" y="1166022"/>
                                </a:lnTo>
                                <a:lnTo>
                                  <a:pt x="3503241" y="1167525"/>
                                </a:lnTo>
                                <a:lnTo>
                                  <a:pt x="3487510" y="1162938"/>
                                </a:lnTo>
                                <a:close/>
                                <a:moveTo>
                                  <a:pt x="2058480" y="1152605"/>
                                </a:moveTo>
                                <a:lnTo>
                                  <a:pt x="2060576" y="1159898"/>
                                </a:lnTo>
                                <a:lnTo>
                                  <a:pt x="2056956" y="1165310"/>
                                </a:lnTo>
                                <a:lnTo>
                                  <a:pt x="2055813" y="1154251"/>
                                </a:lnTo>
                                <a:lnTo>
                                  <a:pt x="2058480" y="1152605"/>
                                </a:lnTo>
                                <a:close/>
                                <a:moveTo>
                                  <a:pt x="2167404" y="1149649"/>
                                </a:moveTo>
                                <a:lnTo>
                                  <a:pt x="2167404" y="1152832"/>
                                </a:lnTo>
                                <a:lnTo>
                                  <a:pt x="2166499" y="1153058"/>
                                </a:lnTo>
                                <a:lnTo>
                                  <a:pt x="2167404" y="1149649"/>
                                </a:lnTo>
                                <a:close/>
                                <a:moveTo>
                                  <a:pt x="2031489" y="1147841"/>
                                </a:moveTo>
                                <a:lnTo>
                                  <a:pt x="2035176" y="1153741"/>
                                </a:lnTo>
                                <a:lnTo>
                                  <a:pt x="2026188" y="1162134"/>
                                </a:lnTo>
                                <a:lnTo>
                                  <a:pt x="2029184" y="1153968"/>
                                </a:lnTo>
                                <a:lnTo>
                                  <a:pt x="2020888" y="1158732"/>
                                </a:lnTo>
                                <a:lnTo>
                                  <a:pt x="2031489" y="1147841"/>
                                </a:lnTo>
                                <a:close/>
                                <a:moveTo>
                                  <a:pt x="4044269" y="1145930"/>
                                </a:moveTo>
                                <a:lnTo>
                                  <a:pt x="4046991" y="1146383"/>
                                </a:lnTo>
                                <a:lnTo>
                                  <a:pt x="4048125" y="1146157"/>
                                </a:lnTo>
                                <a:lnTo>
                                  <a:pt x="4044269" y="1145930"/>
                                </a:lnTo>
                                <a:close/>
                                <a:moveTo>
                                  <a:pt x="2668587" y="1141511"/>
                                </a:moveTo>
                                <a:lnTo>
                                  <a:pt x="2674742" y="1144855"/>
                                </a:lnTo>
                                <a:lnTo>
                                  <a:pt x="2682875" y="1150872"/>
                                </a:lnTo>
                                <a:lnTo>
                                  <a:pt x="2669686" y="1154215"/>
                                </a:lnTo>
                                <a:lnTo>
                                  <a:pt x="2676280" y="1146415"/>
                                </a:lnTo>
                                <a:lnTo>
                                  <a:pt x="2669026" y="1146415"/>
                                </a:lnTo>
                                <a:lnTo>
                                  <a:pt x="2668587" y="1141511"/>
                                </a:lnTo>
                                <a:close/>
                                <a:moveTo>
                                  <a:pt x="2490258" y="1139923"/>
                                </a:moveTo>
                                <a:lnTo>
                                  <a:pt x="2490787" y="1141511"/>
                                </a:lnTo>
                                <a:lnTo>
                                  <a:pt x="2490258" y="1143100"/>
                                </a:lnTo>
                                <a:lnTo>
                                  <a:pt x="2487612" y="1142873"/>
                                </a:lnTo>
                                <a:lnTo>
                                  <a:pt x="2490258" y="1139923"/>
                                </a:lnTo>
                                <a:close/>
                                <a:moveTo>
                                  <a:pt x="4059464" y="1139126"/>
                                </a:moveTo>
                                <a:lnTo>
                                  <a:pt x="4053794" y="1144116"/>
                                </a:lnTo>
                                <a:lnTo>
                                  <a:pt x="4059464" y="1139354"/>
                                </a:lnTo>
                                <a:lnTo>
                                  <a:pt x="4059464" y="1139126"/>
                                </a:lnTo>
                                <a:close/>
                                <a:moveTo>
                                  <a:pt x="2576822" y="1138336"/>
                                </a:moveTo>
                                <a:lnTo>
                                  <a:pt x="2582862" y="1142348"/>
                                </a:lnTo>
                                <a:lnTo>
                                  <a:pt x="2582629" y="1142599"/>
                                </a:lnTo>
                                <a:lnTo>
                                  <a:pt x="2575892" y="1143101"/>
                                </a:lnTo>
                                <a:lnTo>
                                  <a:pt x="2573337" y="1139338"/>
                                </a:lnTo>
                                <a:lnTo>
                                  <a:pt x="2576822" y="1138336"/>
                                </a:lnTo>
                                <a:close/>
                                <a:moveTo>
                                  <a:pt x="2078331" y="1136695"/>
                                </a:moveTo>
                                <a:lnTo>
                                  <a:pt x="2078388" y="1136753"/>
                                </a:lnTo>
                                <a:lnTo>
                                  <a:pt x="2077201" y="1139650"/>
                                </a:lnTo>
                                <a:lnTo>
                                  <a:pt x="2078331" y="1136695"/>
                                </a:lnTo>
                                <a:close/>
                                <a:moveTo>
                                  <a:pt x="2630770" y="1135606"/>
                                </a:moveTo>
                                <a:lnTo>
                                  <a:pt x="2633000" y="1135778"/>
                                </a:lnTo>
                                <a:lnTo>
                                  <a:pt x="2631450" y="1136060"/>
                                </a:lnTo>
                                <a:lnTo>
                                  <a:pt x="2628957" y="1136965"/>
                                </a:lnTo>
                                <a:lnTo>
                                  <a:pt x="2626011" y="1138777"/>
                                </a:lnTo>
                                <a:lnTo>
                                  <a:pt x="2623065" y="1141043"/>
                                </a:lnTo>
                                <a:lnTo>
                                  <a:pt x="2621037" y="1142832"/>
                                </a:lnTo>
                                <a:lnTo>
                                  <a:pt x="2619620" y="1143422"/>
                                </a:lnTo>
                                <a:lnTo>
                                  <a:pt x="2620118" y="1142177"/>
                                </a:lnTo>
                                <a:lnTo>
                                  <a:pt x="2621025" y="1140137"/>
                                </a:lnTo>
                                <a:lnTo>
                                  <a:pt x="2622385" y="1138777"/>
                                </a:lnTo>
                                <a:lnTo>
                                  <a:pt x="2624198" y="1137419"/>
                                </a:lnTo>
                                <a:lnTo>
                                  <a:pt x="2626011" y="1136512"/>
                                </a:lnTo>
                                <a:lnTo>
                                  <a:pt x="2628277" y="1135833"/>
                                </a:lnTo>
                                <a:lnTo>
                                  <a:pt x="2630770" y="1135606"/>
                                </a:lnTo>
                                <a:close/>
                                <a:moveTo>
                                  <a:pt x="2052638" y="1135138"/>
                                </a:moveTo>
                                <a:lnTo>
                                  <a:pt x="2052171" y="1135875"/>
                                </a:lnTo>
                                <a:lnTo>
                                  <a:pt x="2038864" y="1152606"/>
                                </a:lnTo>
                                <a:lnTo>
                                  <a:pt x="2036763" y="1148915"/>
                                </a:lnTo>
                                <a:lnTo>
                                  <a:pt x="2052638" y="1135138"/>
                                </a:lnTo>
                                <a:close/>
                                <a:moveTo>
                                  <a:pt x="2490711" y="1133794"/>
                                </a:moveTo>
                                <a:lnTo>
                                  <a:pt x="2493657" y="1133794"/>
                                </a:lnTo>
                                <a:lnTo>
                                  <a:pt x="2487312" y="1134700"/>
                                </a:lnTo>
                                <a:lnTo>
                                  <a:pt x="2490711" y="1133794"/>
                                </a:lnTo>
                                <a:close/>
                                <a:moveTo>
                                  <a:pt x="3337945" y="1133367"/>
                                </a:moveTo>
                                <a:lnTo>
                                  <a:pt x="3339873" y="1136759"/>
                                </a:lnTo>
                                <a:lnTo>
                                  <a:pt x="3342739" y="1138507"/>
                                </a:lnTo>
                                <a:lnTo>
                                  <a:pt x="3343165" y="1138348"/>
                                </a:lnTo>
                                <a:lnTo>
                                  <a:pt x="3341007" y="1136405"/>
                                </a:lnTo>
                                <a:lnTo>
                                  <a:pt x="3338966" y="1134591"/>
                                </a:lnTo>
                                <a:lnTo>
                                  <a:pt x="3337945" y="1133367"/>
                                </a:lnTo>
                                <a:close/>
                                <a:moveTo>
                                  <a:pt x="3034230" y="1131155"/>
                                </a:moveTo>
                                <a:lnTo>
                                  <a:pt x="3034109" y="1132718"/>
                                </a:lnTo>
                                <a:lnTo>
                                  <a:pt x="3033882" y="1135672"/>
                                </a:lnTo>
                                <a:lnTo>
                                  <a:pt x="3033200" y="1138627"/>
                                </a:lnTo>
                                <a:lnTo>
                                  <a:pt x="3031610" y="1144536"/>
                                </a:lnTo>
                                <a:lnTo>
                                  <a:pt x="3030020" y="1150218"/>
                                </a:lnTo>
                                <a:lnTo>
                                  <a:pt x="3027748" y="1156128"/>
                                </a:lnTo>
                                <a:lnTo>
                                  <a:pt x="3023431" y="1167266"/>
                                </a:lnTo>
                                <a:lnTo>
                                  <a:pt x="3021160" y="1172495"/>
                                </a:lnTo>
                                <a:lnTo>
                                  <a:pt x="3019803" y="1177469"/>
                                </a:lnTo>
                                <a:lnTo>
                                  <a:pt x="3020332" y="1176234"/>
                                </a:lnTo>
                                <a:lnTo>
                                  <a:pt x="3021466" y="1174193"/>
                                </a:lnTo>
                                <a:lnTo>
                                  <a:pt x="3023281" y="1172602"/>
                                </a:lnTo>
                                <a:lnTo>
                                  <a:pt x="3024868" y="1170561"/>
                                </a:lnTo>
                                <a:lnTo>
                                  <a:pt x="3026909" y="1168519"/>
                                </a:lnTo>
                                <a:lnTo>
                                  <a:pt x="3030991" y="1165571"/>
                                </a:lnTo>
                                <a:lnTo>
                                  <a:pt x="3033940" y="1163076"/>
                                </a:lnTo>
                                <a:lnTo>
                                  <a:pt x="3035527" y="1162169"/>
                                </a:lnTo>
                                <a:lnTo>
                                  <a:pt x="3037568" y="1160805"/>
                                </a:lnTo>
                                <a:lnTo>
                                  <a:pt x="3039382" y="1159446"/>
                                </a:lnTo>
                                <a:lnTo>
                                  <a:pt x="3040743" y="1157858"/>
                                </a:lnTo>
                                <a:lnTo>
                                  <a:pt x="3041650" y="1156269"/>
                                </a:lnTo>
                                <a:lnTo>
                                  <a:pt x="3042557" y="1154681"/>
                                </a:lnTo>
                                <a:lnTo>
                                  <a:pt x="3043011" y="1153095"/>
                                </a:lnTo>
                                <a:lnTo>
                                  <a:pt x="3043238" y="1151278"/>
                                </a:lnTo>
                                <a:lnTo>
                                  <a:pt x="3043238" y="1149464"/>
                                </a:lnTo>
                                <a:lnTo>
                                  <a:pt x="3043011" y="1147649"/>
                                </a:lnTo>
                                <a:lnTo>
                                  <a:pt x="3042557" y="1145834"/>
                                </a:lnTo>
                                <a:lnTo>
                                  <a:pt x="3042104" y="1143792"/>
                                </a:lnTo>
                                <a:lnTo>
                                  <a:pt x="3040970" y="1141978"/>
                                </a:lnTo>
                                <a:lnTo>
                                  <a:pt x="3039156" y="1137893"/>
                                </a:lnTo>
                                <a:lnTo>
                                  <a:pt x="3036434" y="1134038"/>
                                </a:lnTo>
                                <a:lnTo>
                                  <a:pt x="3034230" y="1131155"/>
                                </a:lnTo>
                                <a:close/>
                                <a:moveTo>
                                  <a:pt x="2486179" y="1130395"/>
                                </a:moveTo>
                                <a:lnTo>
                                  <a:pt x="2486405" y="1130395"/>
                                </a:lnTo>
                                <a:lnTo>
                                  <a:pt x="2487085" y="1134927"/>
                                </a:lnTo>
                                <a:lnTo>
                                  <a:pt x="2486632" y="1135153"/>
                                </a:lnTo>
                                <a:lnTo>
                                  <a:pt x="2482326" y="1139910"/>
                                </a:lnTo>
                                <a:lnTo>
                                  <a:pt x="2486179" y="1130395"/>
                                </a:lnTo>
                                <a:close/>
                                <a:moveTo>
                                  <a:pt x="919162" y="1127183"/>
                                </a:moveTo>
                                <a:lnTo>
                                  <a:pt x="918674" y="1128255"/>
                                </a:lnTo>
                                <a:lnTo>
                                  <a:pt x="909637" y="1135121"/>
                                </a:lnTo>
                                <a:lnTo>
                                  <a:pt x="919162" y="1127183"/>
                                </a:lnTo>
                                <a:close/>
                                <a:moveTo>
                                  <a:pt x="3417660" y="1122573"/>
                                </a:moveTo>
                                <a:lnTo>
                                  <a:pt x="3417565" y="1122610"/>
                                </a:lnTo>
                                <a:lnTo>
                                  <a:pt x="3454945" y="1143108"/>
                                </a:lnTo>
                                <a:lnTo>
                                  <a:pt x="3446103" y="1149688"/>
                                </a:lnTo>
                                <a:lnTo>
                                  <a:pt x="3456079" y="1163979"/>
                                </a:lnTo>
                                <a:lnTo>
                                  <a:pt x="3455852" y="1164660"/>
                                </a:lnTo>
                                <a:lnTo>
                                  <a:pt x="3466418" y="1165529"/>
                                </a:lnTo>
                                <a:lnTo>
                                  <a:pt x="3465739" y="1165433"/>
                                </a:lnTo>
                                <a:lnTo>
                                  <a:pt x="3462791" y="1164979"/>
                                </a:lnTo>
                                <a:lnTo>
                                  <a:pt x="3460296" y="1164071"/>
                                </a:lnTo>
                                <a:lnTo>
                                  <a:pt x="3458255" y="1163164"/>
                                </a:lnTo>
                                <a:lnTo>
                                  <a:pt x="3456214" y="1162031"/>
                                </a:lnTo>
                                <a:lnTo>
                                  <a:pt x="3454627" y="1160443"/>
                                </a:lnTo>
                                <a:lnTo>
                                  <a:pt x="3453266" y="1159083"/>
                                </a:lnTo>
                                <a:lnTo>
                                  <a:pt x="3452359" y="1157496"/>
                                </a:lnTo>
                                <a:lnTo>
                                  <a:pt x="3451905" y="1155908"/>
                                </a:lnTo>
                                <a:lnTo>
                                  <a:pt x="3451678" y="1153867"/>
                                </a:lnTo>
                                <a:lnTo>
                                  <a:pt x="3451905" y="1151826"/>
                                </a:lnTo>
                                <a:lnTo>
                                  <a:pt x="3452359" y="1149559"/>
                                </a:lnTo>
                                <a:lnTo>
                                  <a:pt x="3453266" y="1147290"/>
                                </a:lnTo>
                                <a:lnTo>
                                  <a:pt x="3454853" y="1145023"/>
                                </a:lnTo>
                                <a:lnTo>
                                  <a:pt x="3456441" y="1142528"/>
                                </a:lnTo>
                                <a:lnTo>
                                  <a:pt x="3427185" y="1122800"/>
                                </a:lnTo>
                                <a:lnTo>
                                  <a:pt x="3417660" y="1122573"/>
                                </a:lnTo>
                                <a:close/>
                                <a:moveTo>
                                  <a:pt x="2655068" y="1122460"/>
                                </a:moveTo>
                                <a:lnTo>
                                  <a:pt x="2659279" y="1126041"/>
                                </a:lnTo>
                                <a:lnTo>
                                  <a:pt x="2664192" y="1126265"/>
                                </a:lnTo>
                                <a:lnTo>
                                  <a:pt x="2662555" y="1132759"/>
                                </a:lnTo>
                                <a:lnTo>
                                  <a:pt x="2666766" y="1135445"/>
                                </a:lnTo>
                                <a:lnTo>
                                  <a:pt x="2667000" y="1137237"/>
                                </a:lnTo>
                                <a:lnTo>
                                  <a:pt x="2666064" y="1137013"/>
                                </a:lnTo>
                                <a:lnTo>
                                  <a:pt x="2659513" y="1136564"/>
                                </a:lnTo>
                                <a:lnTo>
                                  <a:pt x="2653197" y="1139924"/>
                                </a:lnTo>
                                <a:lnTo>
                                  <a:pt x="2644775" y="1138132"/>
                                </a:lnTo>
                                <a:lnTo>
                                  <a:pt x="2646646" y="1129175"/>
                                </a:lnTo>
                                <a:lnTo>
                                  <a:pt x="2658578" y="1130295"/>
                                </a:lnTo>
                                <a:lnTo>
                                  <a:pt x="2654133" y="1127161"/>
                                </a:lnTo>
                                <a:lnTo>
                                  <a:pt x="2655068" y="1122460"/>
                                </a:lnTo>
                                <a:close/>
                                <a:moveTo>
                                  <a:pt x="2546350" y="1122445"/>
                                </a:moveTo>
                                <a:lnTo>
                                  <a:pt x="2554288" y="1128548"/>
                                </a:lnTo>
                                <a:lnTo>
                                  <a:pt x="2554288" y="1128793"/>
                                </a:lnTo>
                                <a:lnTo>
                                  <a:pt x="2546350" y="1122445"/>
                                </a:lnTo>
                                <a:close/>
                                <a:moveTo>
                                  <a:pt x="2537988" y="1122445"/>
                                </a:moveTo>
                                <a:lnTo>
                                  <a:pt x="2541587" y="1127405"/>
                                </a:lnTo>
                                <a:lnTo>
                                  <a:pt x="2536930" y="1130381"/>
                                </a:lnTo>
                                <a:lnTo>
                                  <a:pt x="2532062" y="1123437"/>
                                </a:lnTo>
                                <a:lnTo>
                                  <a:pt x="2537988" y="1122445"/>
                                </a:lnTo>
                                <a:close/>
                                <a:moveTo>
                                  <a:pt x="2027691" y="1122439"/>
                                </a:moveTo>
                                <a:lnTo>
                                  <a:pt x="2028598" y="1122439"/>
                                </a:lnTo>
                                <a:lnTo>
                                  <a:pt x="2022475" y="1127200"/>
                                </a:lnTo>
                                <a:lnTo>
                                  <a:pt x="2027691" y="1122439"/>
                                </a:lnTo>
                                <a:close/>
                                <a:moveTo>
                                  <a:pt x="2570163" y="1119270"/>
                                </a:moveTo>
                                <a:lnTo>
                                  <a:pt x="2570163" y="1119493"/>
                                </a:lnTo>
                                <a:lnTo>
                                  <a:pt x="2564314" y="1131969"/>
                                </a:lnTo>
                                <a:lnTo>
                                  <a:pt x="2562225" y="1126845"/>
                                </a:lnTo>
                                <a:lnTo>
                                  <a:pt x="2567865" y="1119493"/>
                                </a:lnTo>
                                <a:lnTo>
                                  <a:pt x="2570163" y="1119270"/>
                                </a:lnTo>
                                <a:close/>
                                <a:moveTo>
                                  <a:pt x="2562225" y="1119270"/>
                                </a:moveTo>
                                <a:lnTo>
                                  <a:pt x="2562225" y="1122127"/>
                                </a:lnTo>
                                <a:lnTo>
                                  <a:pt x="2562225" y="1122445"/>
                                </a:lnTo>
                                <a:lnTo>
                                  <a:pt x="2557462" y="1121811"/>
                                </a:lnTo>
                                <a:lnTo>
                                  <a:pt x="2558715" y="1120223"/>
                                </a:lnTo>
                                <a:lnTo>
                                  <a:pt x="2562225" y="1119270"/>
                                </a:lnTo>
                                <a:close/>
                                <a:moveTo>
                                  <a:pt x="5876147" y="1118480"/>
                                </a:moveTo>
                                <a:lnTo>
                                  <a:pt x="5896337" y="1134343"/>
                                </a:lnTo>
                                <a:lnTo>
                                  <a:pt x="5895883" y="1133663"/>
                                </a:lnTo>
                                <a:lnTo>
                                  <a:pt x="5876147" y="1118480"/>
                                </a:lnTo>
                                <a:close/>
                                <a:moveTo>
                                  <a:pt x="2048069" y="1117677"/>
                                </a:moveTo>
                                <a:lnTo>
                                  <a:pt x="2058988" y="1125386"/>
                                </a:lnTo>
                                <a:lnTo>
                                  <a:pt x="2057594" y="1125612"/>
                                </a:lnTo>
                                <a:lnTo>
                                  <a:pt x="2039938" y="1131962"/>
                                </a:lnTo>
                                <a:lnTo>
                                  <a:pt x="2046210" y="1128105"/>
                                </a:lnTo>
                                <a:lnTo>
                                  <a:pt x="2043423" y="1128105"/>
                                </a:lnTo>
                                <a:lnTo>
                                  <a:pt x="2047604" y="1124025"/>
                                </a:lnTo>
                                <a:lnTo>
                                  <a:pt x="2042029" y="1121304"/>
                                </a:lnTo>
                                <a:lnTo>
                                  <a:pt x="2048069" y="1117677"/>
                                </a:lnTo>
                                <a:close/>
                                <a:moveTo>
                                  <a:pt x="2039938" y="1116091"/>
                                </a:moveTo>
                                <a:lnTo>
                                  <a:pt x="2039711" y="1116273"/>
                                </a:lnTo>
                                <a:lnTo>
                                  <a:pt x="2032000" y="1120852"/>
                                </a:lnTo>
                                <a:lnTo>
                                  <a:pt x="2039938" y="1116091"/>
                                </a:lnTo>
                                <a:close/>
                                <a:moveTo>
                                  <a:pt x="2135753" y="1115343"/>
                                </a:moveTo>
                                <a:lnTo>
                                  <a:pt x="2128067" y="1117841"/>
                                </a:lnTo>
                                <a:lnTo>
                                  <a:pt x="2128971" y="1117841"/>
                                </a:lnTo>
                                <a:lnTo>
                                  <a:pt x="2135753" y="1115343"/>
                                </a:lnTo>
                                <a:close/>
                                <a:moveTo>
                                  <a:pt x="2613024" y="1113488"/>
                                </a:moveTo>
                                <a:lnTo>
                                  <a:pt x="2613478" y="1114641"/>
                                </a:lnTo>
                                <a:lnTo>
                                  <a:pt x="2613024" y="1114641"/>
                                </a:lnTo>
                                <a:lnTo>
                                  <a:pt x="2604633" y="1115564"/>
                                </a:lnTo>
                                <a:lnTo>
                                  <a:pt x="2607808" y="1118331"/>
                                </a:lnTo>
                                <a:lnTo>
                                  <a:pt x="2611210" y="1121792"/>
                                </a:lnTo>
                                <a:lnTo>
                                  <a:pt x="2607581" y="1128480"/>
                                </a:lnTo>
                                <a:lnTo>
                                  <a:pt x="2604180" y="1133557"/>
                                </a:lnTo>
                                <a:lnTo>
                                  <a:pt x="2602129" y="1129382"/>
                                </a:lnTo>
                                <a:lnTo>
                                  <a:pt x="2601797" y="1128709"/>
                                </a:lnTo>
                                <a:lnTo>
                                  <a:pt x="2600758" y="1129662"/>
                                </a:lnTo>
                                <a:lnTo>
                                  <a:pt x="2598930" y="1130711"/>
                                </a:lnTo>
                                <a:lnTo>
                                  <a:pt x="2597102" y="1131340"/>
                                </a:lnTo>
                                <a:lnTo>
                                  <a:pt x="2594816" y="1131760"/>
                                </a:lnTo>
                                <a:lnTo>
                                  <a:pt x="2592303" y="1131969"/>
                                </a:lnTo>
                                <a:lnTo>
                                  <a:pt x="2590018" y="1131760"/>
                                </a:lnTo>
                                <a:lnTo>
                                  <a:pt x="2587504" y="1131550"/>
                                </a:lnTo>
                                <a:lnTo>
                                  <a:pt x="2582934" y="1130711"/>
                                </a:lnTo>
                                <a:lnTo>
                                  <a:pt x="2578364" y="1129453"/>
                                </a:lnTo>
                                <a:lnTo>
                                  <a:pt x="2575165" y="1128404"/>
                                </a:lnTo>
                                <a:lnTo>
                                  <a:pt x="2573337" y="1127777"/>
                                </a:lnTo>
                                <a:lnTo>
                                  <a:pt x="2577450" y="1125890"/>
                                </a:lnTo>
                                <a:lnTo>
                                  <a:pt x="2575165" y="1122954"/>
                                </a:lnTo>
                                <a:lnTo>
                                  <a:pt x="2579735" y="1120858"/>
                                </a:lnTo>
                                <a:lnTo>
                                  <a:pt x="2592303" y="1123583"/>
                                </a:lnTo>
                                <a:lnTo>
                                  <a:pt x="2599790" y="1122995"/>
                                </a:lnTo>
                                <a:lnTo>
                                  <a:pt x="2598737" y="1117640"/>
                                </a:lnTo>
                                <a:lnTo>
                                  <a:pt x="2600778" y="1117640"/>
                                </a:lnTo>
                                <a:lnTo>
                                  <a:pt x="2601685" y="1115103"/>
                                </a:lnTo>
                                <a:lnTo>
                                  <a:pt x="2613024" y="1113488"/>
                                </a:lnTo>
                                <a:close/>
                                <a:moveTo>
                                  <a:pt x="2625271" y="1111335"/>
                                </a:moveTo>
                                <a:lnTo>
                                  <a:pt x="2625725" y="1112360"/>
                                </a:lnTo>
                                <a:lnTo>
                                  <a:pt x="2625498" y="1112871"/>
                                </a:lnTo>
                                <a:lnTo>
                                  <a:pt x="2625044" y="1113383"/>
                                </a:lnTo>
                                <a:lnTo>
                                  <a:pt x="2623457" y="1114663"/>
                                </a:lnTo>
                                <a:lnTo>
                                  <a:pt x="2619828" y="1116199"/>
                                </a:lnTo>
                                <a:lnTo>
                                  <a:pt x="2613025" y="1119271"/>
                                </a:lnTo>
                                <a:lnTo>
                                  <a:pt x="2614159" y="1114151"/>
                                </a:lnTo>
                                <a:lnTo>
                                  <a:pt x="2620282" y="1111846"/>
                                </a:lnTo>
                                <a:lnTo>
                                  <a:pt x="2625271" y="1111335"/>
                                </a:lnTo>
                                <a:close/>
                                <a:moveTo>
                                  <a:pt x="3315146" y="1105810"/>
                                </a:moveTo>
                                <a:lnTo>
                                  <a:pt x="3314020" y="1106147"/>
                                </a:lnTo>
                                <a:lnTo>
                                  <a:pt x="3320359" y="1110372"/>
                                </a:lnTo>
                                <a:lnTo>
                                  <a:pt x="3319916" y="1109874"/>
                                </a:lnTo>
                                <a:lnTo>
                                  <a:pt x="3317648" y="1108287"/>
                                </a:lnTo>
                                <a:lnTo>
                                  <a:pt x="3315380" y="1106246"/>
                                </a:lnTo>
                                <a:lnTo>
                                  <a:pt x="3315146" y="1105810"/>
                                </a:lnTo>
                                <a:close/>
                                <a:moveTo>
                                  <a:pt x="2877123" y="1101593"/>
                                </a:moveTo>
                                <a:lnTo>
                                  <a:pt x="2874851" y="1102957"/>
                                </a:lnTo>
                                <a:lnTo>
                                  <a:pt x="2871443" y="1105229"/>
                                </a:lnTo>
                                <a:lnTo>
                                  <a:pt x="2868262" y="1107047"/>
                                </a:lnTo>
                                <a:lnTo>
                                  <a:pt x="2865309" y="1108409"/>
                                </a:lnTo>
                                <a:lnTo>
                                  <a:pt x="2864713" y="1108580"/>
                                </a:lnTo>
                                <a:lnTo>
                                  <a:pt x="2865991" y="1107728"/>
                                </a:lnTo>
                                <a:lnTo>
                                  <a:pt x="2870080" y="1105229"/>
                                </a:lnTo>
                                <a:lnTo>
                                  <a:pt x="2876441" y="1101822"/>
                                </a:lnTo>
                                <a:lnTo>
                                  <a:pt x="2877123" y="1101593"/>
                                </a:lnTo>
                                <a:close/>
                                <a:moveTo>
                                  <a:pt x="2711199" y="1100225"/>
                                </a:moveTo>
                                <a:lnTo>
                                  <a:pt x="2711450" y="1100225"/>
                                </a:lnTo>
                                <a:lnTo>
                                  <a:pt x="2706687" y="1101812"/>
                                </a:lnTo>
                                <a:lnTo>
                                  <a:pt x="2711199" y="1100225"/>
                                </a:lnTo>
                                <a:close/>
                                <a:moveTo>
                                  <a:pt x="2049622" y="1100219"/>
                                </a:moveTo>
                                <a:lnTo>
                                  <a:pt x="2051051" y="1103226"/>
                                </a:lnTo>
                                <a:lnTo>
                                  <a:pt x="2048431" y="1104981"/>
                                </a:lnTo>
                                <a:lnTo>
                                  <a:pt x="2046288" y="1102474"/>
                                </a:lnTo>
                                <a:lnTo>
                                  <a:pt x="2049622" y="1100219"/>
                                </a:lnTo>
                                <a:close/>
                                <a:moveTo>
                                  <a:pt x="900113" y="1093849"/>
                                </a:moveTo>
                                <a:lnTo>
                                  <a:pt x="899923" y="1094230"/>
                                </a:lnTo>
                                <a:lnTo>
                                  <a:pt x="895351" y="1098611"/>
                                </a:lnTo>
                                <a:lnTo>
                                  <a:pt x="900113" y="1093849"/>
                                </a:lnTo>
                                <a:close/>
                                <a:moveTo>
                                  <a:pt x="5280665" y="1091967"/>
                                </a:moveTo>
                                <a:lnTo>
                                  <a:pt x="5283614" y="1092420"/>
                                </a:lnTo>
                                <a:lnTo>
                                  <a:pt x="5284521" y="1092420"/>
                                </a:lnTo>
                                <a:lnTo>
                                  <a:pt x="5280665" y="1091967"/>
                                </a:lnTo>
                                <a:close/>
                                <a:moveTo>
                                  <a:pt x="5862763" y="1090608"/>
                                </a:moveTo>
                                <a:lnTo>
                                  <a:pt x="5864687" y="1091060"/>
                                </a:lnTo>
                                <a:lnTo>
                                  <a:pt x="5866392" y="1091514"/>
                                </a:lnTo>
                                <a:lnTo>
                                  <a:pt x="5866619" y="1091514"/>
                                </a:lnTo>
                                <a:lnTo>
                                  <a:pt x="5864687" y="1091060"/>
                                </a:lnTo>
                                <a:lnTo>
                                  <a:pt x="5862989" y="1090608"/>
                                </a:lnTo>
                                <a:lnTo>
                                  <a:pt x="5862763" y="1090608"/>
                                </a:lnTo>
                                <a:close/>
                                <a:moveTo>
                                  <a:pt x="2027767" y="1089109"/>
                                </a:moveTo>
                                <a:lnTo>
                                  <a:pt x="2030413" y="1092528"/>
                                </a:lnTo>
                                <a:lnTo>
                                  <a:pt x="2029884" y="1092528"/>
                                </a:lnTo>
                                <a:lnTo>
                                  <a:pt x="2024592" y="1101806"/>
                                </a:lnTo>
                                <a:lnTo>
                                  <a:pt x="2022475" y="1094237"/>
                                </a:lnTo>
                                <a:lnTo>
                                  <a:pt x="2027767" y="1089109"/>
                                </a:lnTo>
                                <a:close/>
                                <a:moveTo>
                                  <a:pt x="2631653" y="1086005"/>
                                </a:moveTo>
                                <a:lnTo>
                                  <a:pt x="2627562" y="1087528"/>
                                </a:lnTo>
                                <a:lnTo>
                                  <a:pt x="2627312" y="1086663"/>
                                </a:lnTo>
                                <a:lnTo>
                                  <a:pt x="2631653" y="1086005"/>
                                </a:lnTo>
                                <a:close/>
                                <a:moveTo>
                                  <a:pt x="2631824" y="1085941"/>
                                </a:moveTo>
                                <a:lnTo>
                                  <a:pt x="2632075" y="1085941"/>
                                </a:lnTo>
                                <a:lnTo>
                                  <a:pt x="2631653" y="1086005"/>
                                </a:lnTo>
                                <a:lnTo>
                                  <a:pt x="2631824" y="1085941"/>
                                </a:lnTo>
                                <a:close/>
                                <a:moveTo>
                                  <a:pt x="3077110" y="1085521"/>
                                </a:moveTo>
                                <a:lnTo>
                                  <a:pt x="3064665" y="1092972"/>
                                </a:lnTo>
                                <a:lnTo>
                                  <a:pt x="3060593" y="1098166"/>
                                </a:lnTo>
                                <a:lnTo>
                                  <a:pt x="3059688" y="1098618"/>
                                </a:lnTo>
                                <a:lnTo>
                                  <a:pt x="3044981" y="1104263"/>
                                </a:lnTo>
                                <a:lnTo>
                                  <a:pt x="3036835" y="1105392"/>
                                </a:lnTo>
                                <a:lnTo>
                                  <a:pt x="3032989" y="1106070"/>
                                </a:lnTo>
                                <a:lnTo>
                                  <a:pt x="3029369" y="1106521"/>
                                </a:lnTo>
                                <a:lnTo>
                                  <a:pt x="3025975" y="1106521"/>
                                </a:lnTo>
                                <a:lnTo>
                                  <a:pt x="3025632" y="1106521"/>
                                </a:lnTo>
                                <a:lnTo>
                                  <a:pt x="3026164" y="1107053"/>
                                </a:lnTo>
                                <a:lnTo>
                                  <a:pt x="3029177" y="1106601"/>
                                </a:lnTo>
                                <a:lnTo>
                                  <a:pt x="3033259" y="1106147"/>
                                </a:lnTo>
                                <a:lnTo>
                                  <a:pt x="3033713" y="1106147"/>
                                </a:lnTo>
                                <a:lnTo>
                                  <a:pt x="3033940" y="1106147"/>
                                </a:lnTo>
                                <a:lnTo>
                                  <a:pt x="3034166" y="1105921"/>
                                </a:lnTo>
                                <a:lnTo>
                                  <a:pt x="3034620" y="1105921"/>
                                </a:lnTo>
                                <a:lnTo>
                                  <a:pt x="3034847" y="1105921"/>
                                </a:lnTo>
                                <a:lnTo>
                                  <a:pt x="3035300" y="1105921"/>
                                </a:lnTo>
                                <a:lnTo>
                                  <a:pt x="3035527" y="1105921"/>
                                </a:lnTo>
                                <a:lnTo>
                                  <a:pt x="3036434" y="1105921"/>
                                </a:lnTo>
                                <a:lnTo>
                                  <a:pt x="3039609" y="1105694"/>
                                </a:lnTo>
                                <a:lnTo>
                                  <a:pt x="3042784" y="1105241"/>
                                </a:lnTo>
                                <a:lnTo>
                                  <a:pt x="3045959" y="1104333"/>
                                </a:lnTo>
                                <a:lnTo>
                                  <a:pt x="3049361" y="1103654"/>
                                </a:lnTo>
                                <a:lnTo>
                                  <a:pt x="3055938" y="1101613"/>
                                </a:lnTo>
                                <a:lnTo>
                                  <a:pt x="3062741" y="1099119"/>
                                </a:lnTo>
                                <a:lnTo>
                                  <a:pt x="3069545" y="1096172"/>
                                </a:lnTo>
                                <a:lnTo>
                                  <a:pt x="3076122" y="1093224"/>
                                </a:lnTo>
                                <a:lnTo>
                                  <a:pt x="3087153" y="1087818"/>
                                </a:lnTo>
                                <a:lnTo>
                                  <a:pt x="3077110" y="1085521"/>
                                </a:lnTo>
                                <a:close/>
                                <a:moveTo>
                                  <a:pt x="2030214" y="1084347"/>
                                </a:moveTo>
                                <a:lnTo>
                                  <a:pt x="2030413" y="1086133"/>
                                </a:lnTo>
                                <a:lnTo>
                                  <a:pt x="2029619" y="1089110"/>
                                </a:lnTo>
                                <a:lnTo>
                                  <a:pt x="2027238" y="1086729"/>
                                </a:lnTo>
                                <a:lnTo>
                                  <a:pt x="2030214" y="1084347"/>
                                </a:lnTo>
                                <a:close/>
                                <a:moveTo>
                                  <a:pt x="3092684" y="1083908"/>
                                </a:moveTo>
                                <a:lnTo>
                                  <a:pt x="3087970" y="1088005"/>
                                </a:lnTo>
                                <a:lnTo>
                                  <a:pt x="3087688" y="1087940"/>
                                </a:lnTo>
                                <a:lnTo>
                                  <a:pt x="3087688" y="1089143"/>
                                </a:lnTo>
                                <a:lnTo>
                                  <a:pt x="3093357" y="1088235"/>
                                </a:lnTo>
                                <a:lnTo>
                                  <a:pt x="3094265" y="1088235"/>
                                </a:lnTo>
                                <a:lnTo>
                                  <a:pt x="3094945" y="1088009"/>
                                </a:lnTo>
                                <a:lnTo>
                                  <a:pt x="3095398" y="1087327"/>
                                </a:lnTo>
                                <a:lnTo>
                                  <a:pt x="3095398" y="1086875"/>
                                </a:lnTo>
                                <a:lnTo>
                                  <a:pt x="3095172" y="1086422"/>
                                </a:lnTo>
                                <a:lnTo>
                                  <a:pt x="3094945" y="1085742"/>
                                </a:lnTo>
                                <a:lnTo>
                                  <a:pt x="3093584" y="1084608"/>
                                </a:lnTo>
                                <a:lnTo>
                                  <a:pt x="3092684" y="1083908"/>
                                </a:lnTo>
                                <a:close/>
                                <a:moveTo>
                                  <a:pt x="2563398" y="1082626"/>
                                </a:moveTo>
                                <a:lnTo>
                                  <a:pt x="2566987" y="1083560"/>
                                </a:lnTo>
                                <a:lnTo>
                                  <a:pt x="2566987" y="1083759"/>
                                </a:lnTo>
                                <a:lnTo>
                                  <a:pt x="2560637" y="1087528"/>
                                </a:lnTo>
                                <a:lnTo>
                                  <a:pt x="2563398" y="1082626"/>
                                </a:lnTo>
                                <a:close/>
                                <a:moveTo>
                                  <a:pt x="2563177" y="1082568"/>
                                </a:moveTo>
                                <a:lnTo>
                                  <a:pt x="2563431" y="1082568"/>
                                </a:lnTo>
                                <a:lnTo>
                                  <a:pt x="2563398" y="1082626"/>
                                </a:lnTo>
                                <a:lnTo>
                                  <a:pt x="2563177" y="1082568"/>
                                </a:lnTo>
                                <a:close/>
                                <a:moveTo>
                                  <a:pt x="2561907" y="1081181"/>
                                </a:moveTo>
                                <a:lnTo>
                                  <a:pt x="2562161" y="1081181"/>
                                </a:lnTo>
                                <a:lnTo>
                                  <a:pt x="2563177" y="1082568"/>
                                </a:lnTo>
                                <a:lnTo>
                                  <a:pt x="2561907" y="1081181"/>
                                </a:lnTo>
                                <a:close/>
                                <a:moveTo>
                                  <a:pt x="1006784" y="1078159"/>
                                </a:moveTo>
                                <a:lnTo>
                                  <a:pt x="1002915" y="1081428"/>
                                </a:lnTo>
                                <a:lnTo>
                                  <a:pt x="1002252" y="1081334"/>
                                </a:lnTo>
                                <a:lnTo>
                                  <a:pt x="1006784" y="1078159"/>
                                </a:lnTo>
                                <a:close/>
                                <a:moveTo>
                                  <a:pt x="2590799" y="1077275"/>
                                </a:moveTo>
                                <a:lnTo>
                                  <a:pt x="2591026" y="1077275"/>
                                </a:lnTo>
                                <a:lnTo>
                                  <a:pt x="2591253" y="1077275"/>
                                </a:lnTo>
                                <a:lnTo>
                                  <a:pt x="2589665" y="1077506"/>
                                </a:lnTo>
                                <a:lnTo>
                                  <a:pt x="2590799" y="1077275"/>
                                </a:lnTo>
                                <a:close/>
                                <a:moveTo>
                                  <a:pt x="3087269" y="1077199"/>
                                </a:moveTo>
                                <a:lnTo>
                                  <a:pt x="3085934" y="1079199"/>
                                </a:lnTo>
                                <a:lnTo>
                                  <a:pt x="3086184" y="1079273"/>
                                </a:lnTo>
                                <a:lnTo>
                                  <a:pt x="3087269" y="1077199"/>
                                </a:lnTo>
                                <a:close/>
                                <a:moveTo>
                                  <a:pt x="2034350" y="1076412"/>
                                </a:moveTo>
                                <a:lnTo>
                                  <a:pt x="2038351" y="1077692"/>
                                </a:lnTo>
                                <a:lnTo>
                                  <a:pt x="2033017" y="1084347"/>
                                </a:lnTo>
                                <a:lnTo>
                                  <a:pt x="2027682" y="1082045"/>
                                </a:lnTo>
                                <a:lnTo>
                                  <a:pt x="2027238" y="1082301"/>
                                </a:lnTo>
                                <a:lnTo>
                                  <a:pt x="2034350" y="1076412"/>
                                </a:lnTo>
                                <a:close/>
                                <a:moveTo>
                                  <a:pt x="5856865" y="1076105"/>
                                </a:moveTo>
                                <a:lnTo>
                                  <a:pt x="5857772" y="1077464"/>
                                </a:lnTo>
                                <a:lnTo>
                                  <a:pt x="5857318" y="1076331"/>
                                </a:lnTo>
                                <a:lnTo>
                                  <a:pt x="5856865" y="1076105"/>
                                </a:lnTo>
                                <a:close/>
                                <a:moveTo>
                                  <a:pt x="1258888" y="1074833"/>
                                </a:moveTo>
                                <a:lnTo>
                                  <a:pt x="1256368" y="1078007"/>
                                </a:lnTo>
                                <a:lnTo>
                                  <a:pt x="1254966" y="1078007"/>
                                </a:lnTo>
                                <a:lnTo>
                                  <a:pt x="1254125" y="1078007"/>
                                </a:lnTo>
                                <a:lnTo>
                                  <a:pt x="1258888" y="1074833"/>
                                </a:lnTo>
                                <a:close/>
                                <a:moveTo>
                                  <a:pt x="2061029" y="1073238"/>
                                </a:moveTo>
                                <a:lnTo>
                                  <a:pt x="2063070" y="1081215"/>
                                </a:lnTo>
                                <a:lnTo>
                                  <a:pt x="2066034" y="1083716"/>
                                </a:lnTo>
                                <a:lnTo>
                                  <a:pt x="2068513" y="1079586"/>
                                </a:lnTo>
                                <a:lnTo>
                                  <a:pt x="2068513" y="1079806"/>
                                </a:lnTo>
                                <a:lnTo>
                                  <a:pt x="2066077" y="1083752"/>
                                </a:lnTo>
                                <a:lnTo>
                                  <a:pt x="2071688" y="1088488"/>
                                </a:lnTo>
                                <a:lnTo>
                                  <a:pt x="2071007" y="1090599"/>
                                </a:lnTo>
                                <a:lnTo>
                                  <a:pt x="2059215" y="1100219"/>
                                </a:lnTo>
                                <a:lnTo>
                                  <a:pt x="2065338" y="1093180"/>
                                </a:lnTo>
                                <a:lnTo>
                                  <a:pt x="2056266" y="1094823"/>
                                </a:lnTo>
                                <a:lnTo>
                                  <a:pt x="2051731" y="1089895"/>
                                </a:lnTo>
                                <a:lnTo>
                                  <a:pt x="2054225" y="1089192"/>
                                </a:lnTo>
                                <a:lnTo>
                                  <a:pt x="2049916" y="1088488"/>
                                </a:lnTo>
                                <a:lnTo>
                                  <a:pt x="2046288" y="1084264"/>
                                </a:lnTo>
                                <a:lnTo>
                                  <a:pt x="2050823" y="1082622"/>
                                </a:lnTo>
                                <a:lnTo>
                                  <a:pt x="2057173" y="1080980"/>
                                </a:lnTo>
                                <a:lnTo>
                                  <a:pt x="2061029" y="1073238"/>
                                </a:lnTo>
                                <a:close/>
                                <a:moveTo>
                                  <a:pt x="1009650" y="1071619"/>
                                </a:moveTo>
                                <a:lnTo>
                                  <a:pt x="1009016" y="1075853"/>
                                </a:lnTo>
                                <a:lnTo>
                                  <a:pt x="1006475" y="1077969"/>
                                </a:lnTo>
                                <a:lnTo>
                                  <a:pt x="1009650" y="1071619"/>
                                </a:lnTo>
                                <a:close/>
                                <a:moveTo>
                                  <a:pt x="1274762" y="1070073"/>
                                </a:moveTo>
                                <a:lnTo>
                                  <a:pt x="1274762" y="1070074"/>
                                </a:lnTo>
                                <a:lnTo>
                                  <a:pt x="1274763" y="1070074"/>
                                </a:lnTo>
                                <a:lnTo>
                                  <a:pt x="1274762" y="1070074"/>
                                </a:lnTo>
                                <a:lnTo>
                                  <a:pt x="1274762" y="1070260"/>
                                </a:lnTo>
                                <a:lnTo>
                                  <a:pt x="1271587" y="1073247"/>
                                </a:lnTo>
                                <a:lnTo>
                                  <a:pt x="1274740" y="1070096"/>
                                </a:lnTo>
                                <a:lnTo>
                                  <a:pt x="1274525" y="1070285"/>
                                </a:lnTo>
                                <a:lnTo>
                                  <a:pt x="1270000" y="1073247"/>
                                </a:lnTo>
                                <a:lnTo>
                                  <a:pt x="1272620" y="1070498"/>
                                </a:lnTo>
                                <a:lnTo>
                                  <a:pt x="1274761" y="1070074"/>
                                </a:lnTo>
                                <a:lnTo>
                                  <a:pt x="1274762" y="1070073"/>
                                </a:lnTo>
                                <a:close/>
                                <a:moveTo>
                                  <a:pt x="1262062" y="1070073"/>
                                </a:moveTo>
                                <a:lnTo>
                                  <a:pt x="1260424" y="1072718"/>
                                </a:lnTo>
                                <a:lnTo>
                                  <a:pt x="1255713" y="1074835"/>
                                </a:lnTo>
                                <a:lnTo>
                                  <a:pt x="1259400" y="1071131"/>
                                </a:lnTo>
                                <a:lnTo>
                                  <a:pt x="1262062" y="1070073"/>
                                </a:lnTo>
                                <a:close/>
                                <a:moveTo>
                                  <a:pt x="4294641" y="1069056"/>
                                </a:moveTo>
                                <a:lnTo>
                                  <a:pt x="4294641" y="1072004"/>
                                </a:lnTo>
                                <a:lnTo>
                                  <a:pt x="4294868" y="1071551"/>
                                </a:lnTo>
                                <a:lnTo>
                                  <a:pt x="4294641" y="1069056"/>
                                </a:lnTo>
                                <a:close/>
                                <a:moveTo>
                                  <a:pt x="989013" y="1068443"/>
                                </a:moveTo>
                                <a:lnTo>
                                  <a:pt x="986065" y="1072237"/>
                                </a:lnTo>
                                <a:lnTo>
                                  <a:pt x="971551" y="1082728"/>
                                </a:lnTo>
                                <a:lnTo>
                                  <a:pt x="989013" y="1068443"/>
                                </a:lnTo>
                                <a:close/>
                                <a:moveTo>
                                  <a:pt x="2620962" y="1066897"/>
                                </a:moveTo>
                                <a:lnTo>
                                  <a:pt x="2630487" y="1068972"/>
                                </a:lnTo>
                                <a:lnTo>
                                  <a:pt x="2628672" y="1070817"/>
                                </a:lnTo>
                                <a:lnTo>
                                  <a:pt x="2627992" y="1083042"/>
                                </a:lnTo>
                                <a:lnTo>
                                  <a:pt x="2616653" y="1092268"/>
                                </a:lnTo>
                                <a:lnTo>
                                  <a:pt x="2620055" y="1097341"/>
                                </a:lnTo>
                                <a:lnTo>
                                  <a:pt x="2614839" y="1097804"/>
                                </a:lnTo>
                                <a:lnTo>
                                  <a:pt x="2610303" y="1098727"/>
                                </a:lnTo>
                                <a:lnTo>
                                  <a:pt x="2602365" y="1100341"/>
                                </a:lnTo>
                                <a:lnTo>
                                  <a:pt x="2595335" y="1101956"/>
                                </a:lnTo>
                                <a:lnTo>
                                  <a:pt x="2592614" y="1102415"/>
                                </a:lnTo>
                                <a:lnTo>
                                  <a:pt x="2589665" y="1102877"/>
                                </a:lnTo>
                                <a:lnTo>
                                  <a:pt x="2587171" y="1102877"/>
                                </a:lnTo>
                                <a:lnTo>
                                  <a:pt x="2584676" y="1102415"/>
                                </a:lnTo>
                                <a:lnTo>
                                  <a:pt x="2582635" y="1101725"/>
                                </a:lnTo>
                                <a:lnTo>
                                  <a:pt x="2580594" y="1100110"/>
                                </a:lnTo>
                                <a:lnTo>
                                  <a:pt x="2578780" y="1098495"/>
                                </a:lnTo>
                                <a:lnTo>
                                  <a:pt x="2576965" y="1095958"/>
                                </a:lnTo>
                                <a:lnTo>
                                  <a:pt x="2574924" y="1092729"/>
                                </a:lnTo>
                                <a:lnTo>
                                  <a:pt x="2573337" y="1088808"/>
                                </a:lnTo>
                                <a:lnTo>
                                  <a:pt x="2593294" y="1078659"/>
                                </a:lnTo>
                                <a:lnTo>
                                  <a:pt x="2591253" y="1077275"/>
                                </a:lnTo>
                                <a:lnTo>
                                  <a:pt x="2601231" y="1077506"/>
                                </a:lnTo>
                                <a:lnTo>
                                  <a:pt x="2599190" y="1083734"/>
                                </a:lnTo>
                                <a:lnTo>
                                  <a:pt x="2602592" y="1087194"/>
                                </a:lnTo>
                                <a:lnTo>
                                  <a:pt x="2606988" y="1081186"/>
                                </a:lnTo>
                                <a:lnTo>
                                  <a:pt x="2606674" y="1087886"/>
                                </a:lnTo>
                                <a:lnTo>
                                  <a:pt x="2609849" y="1077275"/>
                                </a:lnTo>
                                <a:lnTo>
                                  <a:pt x="2606988" y="1081186"/>
                                </a:lnTo>
                                <a:lnTo>
                                  <a:pt x="2607355" y="1073355"/>
                                </a:lnTo>
                                <a:lnTo>
                                  <a:pt x="2620962" y="1066897"/>
                                </a:lnTo>
                                <a:close/>
                                <a:moveTo>
                                  <a:pt x="2050550" y="1066637"/>
                                </a:moveTo>
                                <a:lnTo>
                                  <a:pt x="2050628" y="1066675"/>
                                </a:lnTo>
                                <a:lnTo>
                                  <a:pt x="2043113" y="1071652"/>
                                </a:lnTo>
                                <a:lnTo>
                                  <a:pt x="2050550" y="1066637"/>
                                </a:lnTo>
                                <a:close/>
                                <a:moveTo>
                                  <a:pt x="2190237" y="1062649"/>
                                </a:moveTo>
                                <a:lnTo>
                                  <a:pt x="2190011" y="1064465"/>
                                </a:lnTo>
                                <a:lnTo>
                                  <a:pt x="2189333" y="1066510"/>
                                </a:lnTo>
                                <a:lnTo>
                                  <a:pt x="2190237" y="1062649"/>
                                </a:lnTo>
                                <a:close/>
                                <a:moveTo>
                                  <a:pt x="2553380" y="1060705"/>
                                </a:moveTo>
                                <a:lnTo>
                                  <a:pt x="2553154" y="1061163"/>
                                </a:lnTo>
                                <a:lnTo>
                                  <a:pt x="2553380" y="1060934"/>
                                </a:lnTo>
                                <a:lnTo>
                                  <a:pt x="2553380" y="1060705"/>
                                </a:lnTo>
                                <a:close/>
                                <a:moveTo>
                                  <a:pt x="4418919" y="1059079"/>
                                </a:moveTo>
                                <a:lnTo>
                                  <a:pt x="4419600" y="1061119"/>
                                </a:lnTo>
                                <a:lnTo>
                                  <a:pt x="4419827" y="1061119"/>
                                </a:lnTo>
                                <a:lnTo>
                                  <a:pt x="4418919" y="1059079"/>
                                </a:lnTo>
                                <a:close/>
                                <a:moveTo>
                                  <a:pt x="3308925" y="1058202"/>
                                </a:moveTo>
                                <a:lnTo>
                                  <a:pt x="3311072" y="1060348"/>
                                </a:lnTo>
                                <a:lnTo>
                                  <a:pt x="3321504" y="1072817"/>
                                </a:lnTo>
                                <a:lnTo>
                                  <a:pt x="3344863" y="1072139"/>
                                </a:lnTo>
                                <a:lnTo>
                                  <a:pt x="3361966" y="1085241"/>
                                </a:lnTo>
                                <a:lnTo>
                                  <a:pt x="3362325" y="1084703"/>
                                </a:lnTo>
                                <a:lnTo>
                                  <a:pt x="3363005" y="1083342"/>
                                </a:lnTo>
                                <a:lnTo>
                                  <a:pt x="3345316" y="1071324"/>
                                </a:lnTo>
                                <a:lnTo>
                                  <a:pt x="3320823" y="1071551"/>
                                </a:lnTo>
                                <a:lnTo>
                                  <a:pt x="3317648" y="1060893"/>
                                </a:lnTo>
                                <a:lnTo>
                                  <a:pt x="3308925" y="1058202"/>
                                </a:lnTo>
                                <a:close/>
                                <a:moveTo>
                                  <a:pt x="1259459" y="1057375"/>
                                </a:moveTo>
                                <a:lnTo>
                                  <a:pt x="1260475" y="1057590"/>
                                </a:lnTo>
                                <a:lnTo>
                                  <a:pt x="1259967" y="1057805"/>
                                </a:lnTo>
                                <a:lnTo>
                                  <a:pt x="1247775" y="1065313"/>
                                </a:lnTo>
                                <a:lnTo>
                                  <a:pt x="1259459" y="1057375"/>
                                </a:lnTo>
                                <a:close/>
                                <a:moveTo>
                                  <a:pt x="942976" y="1057342"/>
                                </a:moveTo>
                                <a:lnTo>
                                  <a:pt x="942724" y="1057977"/>
                                </a:lnTo>
                                <a:lnTo>
                                  <a:pt x="938212" y="1060517"/>
                                </a:lnTo>
                                <a:lnTo>
                                  <a:pt x="942976" y="1057342"/>
                                </a:lnTo>
                                <a:close/>
                                <a:moveTo>
                                  <a:pt x="4300991" y="1055451"/>
                                </a:moveTo>
                                <a:lnTo>
                                  <a:pt x="4306434" y="1057038"/>
                                </a:lnTo>
                                <a:lnTo>
                                  <a:pt x="4306207" y="1055677"/>
                                </a:lnTo>
                                <a:lnTo>
                                  <a:pt x="4306207" y="1056811"/>
                                </a:lnTo>
                                <a:lnTo>
                                  <a:pt x="4300991" y="1055451"/>
                                </a:lnTo>
                                <a:close/>
                                <a:moveTo>
                                  <a:pt x="4427764" y="1055223"/>
                                </a:moveTo>
                                <a:lnTo>
                                  <a:pt x="4427311" y="1055451"/>
                                </a:lnTo>
                                <a:lnTo>
                                  <a:pt x="4427764" y="1055451"/>
                                </a:lnTo>
                                <a:lnTo>
                                  <a:pt x="4427764" y="1055223"/>
                                </a:lnTo>
                                <a:close/>
                                <a:moveTo>
                                  <a:pt x="997041" y="1049811"/>
                                </a:moveTo>
                                <a:lnTo>
                                  <a:pt x="987297" y="1057748"/>
                                </a:lnTo>
                                <a:lnTo>
                                  <a:pt x="987859" y="1056944"/>
                                </a:lnTo>
                                <a:lnTo>
                                  <a:pt x="997041" y="1049811"/>
                                </a:lnTo>
                                <a:close/>
                                <a:moveTo>
                                  <a:pt x="4437062" y="1049101"/>
                                </a:moveTo>
                                <a:lnTo>
                                  <a:pt x="4437743" y="1049328"/>
                                </a:lnTo>
                                <a:lnTo>
                                  <a:pt x="4441825" y="1050235"/>
                                </a:lnTo>
                                <a:lnTo>
                                  <a:pt x="4437062" y="1049101"/>
                                </a:lnTo>
                                <a:close/>
                                <a:moveTo>
                                  <a:pt x="1286565" y="1048284"/>
                                </a:moveTo>
                                <a:lnTo>
                                  <a:pt x="1291783" y="1050781"/>
                                </a:lnTo>
                                <a:lnTo>
                                  <a:pt x="1283163" y="1057362"/>
                                </a:lnTo>
                                <a:lnTo>
                                  <a:pt x="1291783" y="1053277"/>
                                </a:lnTo>
                                <a:lnTo>
                                  <a:pt x="1289061" y="1054866"/>
                                </a:lnTo>
                                <a:lnTo>
                                  <a:pt x="1289061" y="1056001"/>
                                </a:lnTo>
                                <a:lnTo>
                                  <a:pt x="1288607" y="1059405"/>
                                </a:lnTo>
                                <a:lnTo>
                                  <a:pt x="1283163" y="1061447"/>
                                </a:lnTo>
                                <a:lnTo>
                                  <a:pt x="1284524" y="1061447"/>
                                </a:lnTo>
                                <a:lnTo>
                                  <a:pt x="1278854" y="1066440"/>
                                </a:lnTo>
                                <a:lnTo>
                                  <a:pt x="1275403" y="1064887"/>
                                </a:lnTo>
                                <a:lnTo>
                                  <a:pt x="1277938" y="1069488"/>
                                </a:lnTo>
                                <a:lnTo>
                                  <a:pt x="1277514" y="1069488"/>
                                </a:lnTo>
                                <a:lnTo>
                                  <a:pt x="1274550" y="1066982"/>
                                </a:lnTo>
                                <a:lnTo>
                                  <a:pt x="1269068" y="1072577"/>
                                </a:lnTo>
                                <a:lnTo>
                                  <a:pt x="1269101" y="1072567"/>
                                </a:lnTo>
                                <a:lnTo>
                                  <a:pt x="1269061" y="1072585"/>
                                </a:lnTo>
                                <a:lnTo>
                                  <a:pt x="1268412" y="1073247"/>
                                </a:lnTo>
                                <a:lnTo>
                                  <a:pt x="1268771" y="1072709"/>
                                </a:lnTo>
                                <a:lnTo>
                                  <a:pt x="1267512" y="1073248"/>
                                </a:lnTo>
                                <a:lnTo>
                                  <a:pt x="1267512" y="1073021"/>
                                </a:lnTo>
                                <a:lnTo>
                                  <a:pt x="1268809" y="1072651"/>
                                </a:lnTo>
                                <a:lnTo>
                                  <a:pt x="1274762" y="1063722"/>
                                </a:lnTo>
                                <a:lnTo>
                                  <a:pt x="1274790" y="1063774"/>
                                </a:lnTo>
                                <a:lnTo>
                                  <a:pt x="1286565" y="1048284"/>
                                </a:lnTo>
                                <a:close/>
                                <a:moveTo>
                                  <a:pt x="2513013" y="1047852"/>
                                </a:moveTo>
                                <a:lnTo>
                                  <a:pt x="2513013" y="1049704"/>
                                </a:lnTo>
                                <a:lnTo>
                                  <a:pt x="2504987" y="1058962"/>
                                </a:lnTo>
                                <a:lnTo>
                                  <a:pt x="2501900" y="1056904"/>
                                </a:lnTo>
                                <a:lnTo>
                                  <a:pt x="2506839" y="1051144"/>
                                </a:lnTo>
                                <a:lnTo>
                                  <a:pt x="2513013" y="1047852"/>
                                </a:lnTo>
                                <a:close/>
                                <a:moveTo>
                                  <a:pt x="1260475" y="1044653"/>
                                </a:moveTo>
                                <a:lnTo>
                                  <a:pt x="1254125" y="1047852"/>
                                </a:lnTo>
                                <a:lnTo>
                                  <a:pt x="1260021" y="1044880"/>
                                </a:lnTo>
                                <a:lnTo>
                                  <a:pt x="1260475" y="1044653"/>
                                </a:lnTo>
                                <a:close/>
                                <a:moveTo>
                                  <a:pt x="4354512" y="1043656"/>
                                </a:moveTo>
                                <a:lnTo>
                                  <a:pt x="4351564" y="1045926"/>
                                </a:lnTo>
                                <a:lnTo>
                                  <a:pt x="4354286" y="1043883"/>
                                </a:lnTo>
                                <a:lnTo>
                                  <a:pt x="4354512" y="1043656"/>
                                </a:lnTo>
                                <a:close/>
                                <a:moveTo>
                                  <a:pt x="1233404" y="1043065"/>
                                </a:moveTo>
                                <a:lnTo>
                                  <a:pt x="1235075" y="1044101"/>
                                </a:lnTo>
                                <a:lnTo>
                                  <a:pt x="1234658" y="1044515"/>
                                </a:lnTo>
                                <a:lnTo>
                                  <a:pt x="1227137" y="1047853"/>
                                </a:lnTo>
                                <a:lnTo>
                                  <a:pt x="1233404" y="1043065"/>
                                </a:lnTo>
                                <a:close/>
                                <a:moveTo>
                                  <a:pt x="1257300" y="1043065"/>
                                </a:moveTo>
                                <a:lnTo>
                                  <a:pt x="1257065" y="1043276"/>
                                </a:lnTo>
                                <a:lnTo>
                                  <a:pt x="1250950" y="1046266"/>
                                </a:lnTo>
                                <a:lnTo>
                                  <a:pt x="1257300" y="1043065"/>
                                </a:lnTo>
                                <a:close/>
                                <a:moveTo>
                                  <a:pt x="1268079" y="1041336"/>
                                </a:moveTo>
                                <a:lnTo>
                                  <a:pt x="1267966" y="1041449"/>
                                </a:lnTo>
                                <a:lnTo>
                                  <a:pt x="1267285" y="1041676"/>
                                </a:lnTo>
                                <a:lnTo>
                                  <a:pt x="1268079" y="1041336"/>
                                </a:lnTo>
                                <a:close/>
                                <a:moveTo>
                                  <a:pt x="2077154" y="1039883"/>
                                </a:moveTo>
                                <a:lnTo>
                                  <a:pt x="2078038" y="1040120"/>
                                </a:lnTo>
                                <a:lnTo>
                                  <a:pt x="2078038" y="1042963"/>
                                </a:lnTo>
                                <a:lnTo>
                                  <a:pt x="2072512" y="1048911"/>
                                </a:lnTo>
                                <a:lnTo>
                                  <a:pt x="2071185" y="1053174"/>
                                </a:lnTo>
                                <a:lnTo>
                                  <a:pt x="2064554" y="1056727"/>
                                </a:lnTo>
                                <a:lnTo>
                                  <a:pt x="2064775" y="1059570"/>
                                </a:lnTo>
                                <a:lnTo>
                                  <a:pt x="2056817" y="1062413"/>
                                </a:lnTo>
                                <a:lnTo>
                                  <a:pt x="2050550" y="1066637"/>
                                </a:lnTo>
                                <a:lnTo>
                                  <a:pt x="2045323" y="1064071"/>
                                </a:lnTo>
                                <a:lnTo>
                                  <a:pt x="2047534" y="1057912"/>
                                </a:lnTo>
                                <a:lnTo>
                                  <a:pt x="2055049" y="1053412"/>
                                </a:lnTo>
                                <a:lnTo>
                                  <a:pt x="2054165" y="1057439"/>
                                </a:lnTo>
                                <a:lnTo>
                                  <a:pt x="2061680" y="1048199"/>
                                </a:lnTo>
                                <a:lnTo>
                                  <a:pt x="2073396" y="1041542"/>
                                </a:lnTo>
                                <a:lnTo>
                                  <a:pt x="2077154" y="1039883"/>
                                </a:lnTo>
                                <a:close/>
                                <a:moveTo>
                                  <a:pt x="2541134" y="1038215"/>
                                </a:moveTo>
                                <a:lnTo>
                                  <a:pt x="2538985" y="1038843"/>
                                </a:lnTo>
                                <a:lnTo>
                                  <a:pt x="2539320" y="1038759"/>
                                </a:lnTo>
                                <a:lnTo>
                                  <a:pt x="2542041" y="1038530"/>
                                </a:lnTo>
                                <a:lnTo>
                                  <a:pt x="2544442" y="1038329"/>
                                </a:lnTo>
                                <a:lnTo>
                                  <a:pt x="2541134" y="1038215"/>
                                </a:lnTo>
                                <a:close/>
                                <a:moveTo>
                                  <a:pt x="1265238" y="1035128"/>
                                </a:moveTo>
                                <a:lnTo>
                                  <a:pt x="1263253" y="1037384"/>
                                </a:lnTo>
                                <a:lnTo>
                                  <a:pt x="1249362" y="1044653"/>
                                </a:lnTo>
                                <a:lnTo>
                                  <a:pt x="1265238" y="1035128"/>
                                </a:lnTo>
                                <a:close/>
                                <a:moveTo>
                                  <a:pt x="1320800" y="1031954"/>
                                </a:moveTo>
                                <a:lnTo>
                                  <a:pt x="1320573" y="1032408"/>
                                </a:lnTo>
                                <a:lnTo>
                                  <a:pt x="1316037" y="1033542"/>
                                </a:lnTo>
                                <a:lnTo>
                                  <a:pt x="1320120" y="1032181"/>
                                </a:lnTo>
                                <a:lnTo>
                                  <a:pt x="1320800" y="1031954"/>
                                </a:lnTo>
                                <a:close/>
                                <a:moveTo>
                                  <a:pt x="1239996" y="1031954"/>
                                </a:moveTo>
                                <a:lnTo>
                                  <a:pt x="1241425" y="1032549"/>
                                </a:lnTo>
                                <a:lnTo>
                                  <a:pt x="1236662" y="1033541"/>
                                </a:lnTo>
                                <a:lnTo>
                                  <a:pt x="1239996" y="1031954"/>
                                </a:lnTo>
                                <a:close/>
                                <a:moveTo>
                                  <a:pt x="2586038" y="1024014"/>
                                </a:moveTo>
                                <a:lnTo>
                                  <a:pt x="2585797" y="1024212"/>
                                </a:lnTo>
                                <a:lnTo>
                                  <a:pt x="2578100" y="1027188"/>
                                </a:lnTo>
                                <a:lnTo>
                                  <a:pt x="2586038" y="1024014"/>
                                </a:lnTo>
                                <a:close/>
                                <a:moveTo>
                                  <a:pt x="2170116" y="1024008"/>
                                </a:moveTo>
                                <a:lnTo>
                                  <a:pt x="2169890" y="1025144"/>
                                </a:lnTo>
                                <a:lnTo>
                                  <a:pt x="2169438" y="1026507"/>
                                </a:lnTo>
                                <a:lnTo>
                                  <a:pt x="2168082" y="1029233"/>
                                </a:lnTo>
                                <a:lnTo>
                                  <a:pt x="2166047" y="1031733"/>
                                </a:lnTo>
                                <a:lnTo>
                                  <a:pt x="2163334" y="1034686"/>
                                </a:lnTo>
                                <a:lnTo>
                                  <a:pt x="2160395" y="1037639"/>
                                </a:lnTo>
                                <a:lnTo>
                                  <a:pt x="2157004" y="1040820"/>
                                </a:lnTo>
                                <a:lnTo>
                                  <a:pt x="2153161" y="1043773"/>
                                </a:lnTo>
                                <a:lnTo>
                                  <a:pt x="2149318" y="1046749"/>
                                </a:lnTo>
                                <a:lnTo>
                                  <a:pt x="2145248" y="1049021"/>
                                </a:lnTo>
                                <a:lnTo>
                                  <a:pt x="2141179" y="1051520"/>
                                </a:lnTo>
                                <a:lnTo>
                                  <a:pt x="2137336" y="1053791"/>
                                </a:lnTo>
                                <a:lnTo>
                                  <a:pt x="2133493" y="1055381"/>
                                </a:lnTo>
                                <a:lnTo>
                                  <a:pt x="2129649" y="1056744"/>
                                </a:lnTo>
                                <a:lnTo>
                                  <a:pt x="2126258" y="1057425"/>
                                </a:lnTo>
                                <a:lnTo>
                                  <a:pt x="2123545" y="1057652"/>
                                </a:lnTo>
                                <a:lnTo>
                                  <a:pt x="2122189" y="1057652"/>
                                </a:lnTo>
                                <a:lnTo>
                                  <a:pt x="2121059" y="1057425"/>
                                </a:lnTo>
                                <a:lnTo>
                                  <a:pt x="2124224" y="1058334"/>
                                </a:lnTo>
                                <a:lnTo>
                                  <a:pt x="2127615" y="1059015"/>
                                </a:lnTo>
                                <a:lnTo>
                                  <a:pt x="2131006" y="1059242"/>
                                </a:lnTo>
                                <a:lnTo>
                                  <a:pt x="2134397" y="1059242"/>
                                </a:lnTo>
                                <a:lnTo>
                                  <a:pt x="2115633" y="1069464"/>
                                </a:lnTo>
                                <a:lnTo>
                                  <a:pt x="2126937" y="1065827"/>
                                </a:lnTo>
                                <a:lnTo>
                                  <a:pt x="2119024" y="1073779"/>
                                </a:lnTo>
                                <a:lnTo>
                                  <a:pt x="2143440" y="1063103"/>
                                </a:lnTo>
                                <a:lnTo>
                                  <a:pt x="2178029" y="1057879"/>
                                </a:lnTo>
                                <a:lnTo>
                                  <a:pt x="2168534" y="1091267"/>
                                </a:lnTo>
                                <a:lnTo>
                                  <a:pt x="2166499" y="1091495"/>
                                </a:lnTo>
                                <a:lnTo>
                                  <a:pt x="2164465" y="1091949"/>
                                </a:lnTo>
                                <a:lnTo>
                                  <a:pt x="2161978" y="1092630"/>
                                </a:lnTo>
                                <a:lnTo>
                                  <a:pt x="2159491" y="1093766"/>
                                </a:lnTo>
                                <a:lnTo>
                                  <a:pt x="2157004" y="1095128"/>
                                </a:lnTo>
                                <a:lnTo>
                                  <a:pt x="2154517" y="1096492"/>
                                </a:lnTo>
                                <a:lnTo>
                                  <a:pt x="2152031" y="1098308"/>
                                </a:lnTo>
                                <a:lnTo>
                                  <a:pt x="2149544" y="1100352"/>
                                </a:lnTo>
                                <a:lnTo>
                                  <a:pt x="2147735" y="1102170"/>
                                </a:lnTo>
                                <a:lnTo>
                                  <a:pt x="2145927" y="1104440"/>
                                </a:lnTo>
                                <a:lnTo>
                                  <a:pt x="2144570" y="1106485"/>
                                </a:lnTo>
                                <a:lnTo>
                                  <a:pt x="2143666" y="1108983"/>
                                </a:lnTo>
                                <a:lnTo>
                                  <a:pt x="2143440" y="1111254"/>
                                </a:lnTo>
                                <a:lnTo>
                                  <a:pt x="2143440" y="1112390"/>
                                </a:lnTo>
                                <a:lnTo>
                                  <a:pt x="2143440" y="1113299"/>
                                </a:lnTo>
                                <a:lnTo>
                                  <a:pt x="2143892" y="1114661"/>
                                </a:lnTo>
                                <a:lnTo>
                                  <a:pt x="2144344" y="1115797"/>
                                </a:lnTo>
                                <a:lnTo>
                                  <a:pt x="2145022" y="1116705"/>
                                </a:lnTo>
                                <a:lnTo>
                                  <a:pt x="2145701" y="1117841"/>
                                </a:lnTo>
                                <a:lnTo>
                                  <a:pt x="2122441" y="1130119"/>
                                </a:lnTo>
                                <a:lnTo>
                                  <a:pt x="2108625" y="1130334"/>
                                </a:lnTo>
                                <a:lnTo>
                                  <a:pt x="2119024" y="1131924"/>
                                </a:lnTo>
                                <a:lnTo>
                                  <a:pt x="2122441" y="1130119"/>
                                </a:lnTo>
                                <a:lnTo>
                                  <a:pt x="2138014" y="1129879"/>
                                </a:lnTo>
                                <a:lnTo>
                                  <a:pt x="2157230" y="1134197"/>
                                </a:lnTo>
                                <a:lnTo>
                                  <a:pt x="2151805" y="1154877"/>
                                </a:lnTo>
                                <a:lnTo>
                                  <a:pt x="2139144" y="1156468"/>
                                </a:lnTo>
                                <a:lnTo>
                                  <a:pt x="2127163" y="1158512"/>
                                </a:lnTo>
                                <a:lnTo>
                                  <a:pt x="2115407" y="1160104"/>
                                </a:lnTo>
                                <a:lnTo>
                                  <a:pt x="2110207" y="1160785"/>
                                </a:lnTo>
                                <a:lnTo>
                                  <a:pt x="2104781" y="1161467"/>
                                </a:lnTo>
                                <a:lnTo>
                                  <a:pt x="2099808" y="1161694"/>
                                </a:lnTo>
                                <a:lnTo>
                                  <a:pt x="2094834" y="1161467"/>
                                </a:lnTo>
                                <a:lnTo>
                                  <a:pt x="2090313" y="1161239"/>
                                </a:lnTo>
                                <a:lnTo>
                                  <a:pt x="2086244" y="1160104"/>
                                </a:lnTo>
                                <a:lnTo>
                                  <a:pt x="2081948" y="1158967"/>
                                </a:lnTo>
                                <a:lnTo>
                                  <a:pt x="2080140" y="1158058"/>
                                </a:lnTo>
                                <a:lnTo>
                                  <a:pt x="2078331" y="1156922"/>
                                </a:lnTo>
                                <a:lnTo>
                                  <a:pt x="2076522" y="1155785"/>
                                </a:lnTo>
                                <a:lnTo>
                                  <a:pt x="2074940" y="1154649"/>
                                </a:lnTo>
                                <a:lnTo>
                                  <a:pt x="2073357" y="1153058"/>
                                </a:lnTo>
                                <a:lnTo>
                                  <a:pt x="2071775" y="1151694"/>
                                </a:lnTo>
                                <a:lnTo>
                                  <a:pt x="2072001" y="1149195"/>
                                </a:lnTo>
                                <a:lnTo>
                                  <a:pt x="2072453" y="1147376"/>
                                </a:lnTo>
                                <a:lnTo>
                                  <a:pt x="2073583" y="1146014"/>
                                </a:lnTo>
                                <a:lnTo>
                                  <a:pt x="2074488" y="1145104"/>
                                </a:lnTo>
                                <a:lnTo>
                                  <a:pt x="2075618" y="1144424"/>
                                </a:lnTo>
                                <a:lnTo>
                                  <a:pt x="2076975" y="1143741"/>
                                </a:lnTo>
                                <a:lnTo>
                                  <a:pt x="2079687" y="1143059"/>
                                </a:lnTo>
                                <a:lnTo>
                                  <a:pt x="2081496" y="1142831"/>
                                </a:lnTo>
                                <a:lnTo>
                                  <a:pt x="2081948" y="1142378"/>
                                </a:lnTo>
                                <a:lnTo>
                                  <a:pt x="2082174" y="1141923"/>
                                </a:lnTo>
                                <a:lnTo>
                                  <a:pt x="2082174" y="1141241"/>
                                </a:lnTo>
                                <a:lnTo>
                                  <a:pt x="2081496" y="1139877"/>
                                </a:lnTo>
                                <a:lnTo>
                                  <a:pt x="2080366" y="1138740"/>
                                </a:lnTo>
                                <a:lnTo>
                                  <a:pt x="2078388" y="1136753"/>
                                </a:lnTo>
                                <a:lnTo>
                                  <a:pt x="2080366" y="1131924"/>
                                </a:lnTo>
                                <a:lnTo>
                                  <a:pt x="2069740" y="1145331"/>
                                </a:lnTo>
                                <a:lnTo>
                                  <a:pt x="2069062" y="1141695"/>
                                </a:lnTo>
                                <a:lnTo>
                                  <a:pt x="2065219" y="1143741"/>
                                </a:lnTo>
                                <a:lnTo>
                                  <a:pt x="2066123" y="1150786"/>
                                </a:lnTo>
                                <a:lnTo>
                                  <a:pt x="2063636" y="1145786"/>
                                </a:lnTo>
                                <a:lnTo>
                                  <a:pt x="2060923" y="1146014"/>
                                </a:lnTo>
                                <a:lnTo>
                                  <a:pt x="2061376" y="1143286"/>
                                </a:lnTo>
                                <a:lnTo>
                                  <a:pt x="2061828" y="1141014"/>
                                </a:lnTo>
                                <a:lnTo>
                                  <a:pt x="2062337" y="1140160"/>
                                </a:lnTo>
                                <a:lnTo>
                                  <a:pt x="2063636" y="1138968"/>
                                </a:lnTo>
                                <a:lnTo>
                                  <a:pt x="2066123" y="1136468"/>
                                </a:lnTo>
                                <a:lnTo>
                                  <a:pt x="2068610" y="1134424"/>
                                </a:lnTo>
                                <a:lnTo>
                                  <a:pt x="2071323" y="1132379"/>
                                </a:lnTo>
                                <a:lnTo>
                                  <a:pt x="2074036" y="1130788"/>
                                </a:lnTo>
                                <a:lnTo>
                                  <a:pt x="2071097" y="1131924"/>
                                </a:lnTo>
                                <a:lnTo>
                                  <a:pt x="2068384" y="1133060"/>
                                </a:lnTo>
                                <a:lnTo>
                                  <a:pt x="2066349" y="1134878"/>
                                </a:lnTo>
                                <a:lnTo>
                                  <a:pt x="2064541" y="1136468"/>
                                </a:lnTo>
                                <a:lnTo>
                                  <a:pt x="2063184" y="1138740"/>
                                </a:lnTo>
                                <a:lnTo>
                                  <a:pt x="2062337" y="1140160"/>
                                </a:lnTo>
                                <a:lnTo>
                                  <a:pt x="2058437" y="1143741"/>
                                </a:lnTo>
                                <a:lnTo>
                                  <a:pt x="2053915" y="1149195"/>
                                </a:lnTo>
                                <a:lnTo>
                                  <a:pt x="2045098" y="1159649"/>
                                </a:lnTo>
                                <a:lnTo>
                                  <a:pt x="2041481" y="1164194"/>
                                </a:lnTo>
                                <a:lnTo>
                                  <a:pt x="2038090" y="1168285"/>
                                </a:lnTo>
                                <a:lnTo>
                                  <a:pt x="2051881" y="1150558"/>
                                </a:lnTo>
                                <a:lnTo>
                                  <a:pt x="2051202" y="1150786"/>
                                </a:lnTo>
                                <a:lnTo>
                                  <a:pt x="2050072" y="1150105"/>
                                </a:lnTo>
                                <a:lnTo>
                                  <a:pt x="2051881" y="1142604"/>
                                </a:lnTo>
                                <a:lnTo>
                                  <a:pt x="2050524" y="1143741"/>
                                </a:lnTo>
                                <a:lnTo>
                                  <a:pt x="2057984" y="1133743"/>
                                </a:lnTo>
                                <a:lnTo>
                                  <a:pt x="2060471" y="1127608"/>
                                </a:lnTo>
                                <a:lnTo>
                                  <a:pt x="2061376" y="1126473"/>
                                </a:lnTo>
                                <a:lnTo>
                                  <a:pt x="2062958" y="1125563"/>
                                </a:lnTo>
                                <a:lnTo>
                                  <a:pt x="2066123" y="1123974"/>
                                </a:lnTo>
                                <a:lnTo>
                                  <a:pt x="2072905" y="1120340"/>
                                </a:lnTo>
                                <a:lnTo>
                                  <a:pt x="2074940" y="1119431"/>
                                </a:lnTo>
                                <a:lnTo>
                                  <a:pt x="2075392" y="1119205"/>
                                </a:lnTo>
                                <a:lnTo>
                                  <a:pt x="2073357" y="1119659"/>
                                </a:lnTo>
                                <a:lnTo>
                                  <a:pt x="2068158" y="1121248"/>
                                </a:lnTo>
                                <a:lnTo>
                                  <a:pt x="2072001" y="1116933"/>
                                </a:lnTo>
                                <a:lnTo>
                                  <a:pt x="2069966" y="1116705"/>
                                </a:lnTo>
                                <a:lnTo>
                                  <a:pt x="2079687" y="1110573"/>
                                </a:lnTo>
                                <a:lnTo>
                                  <a:pt x="2078557" y="1110119"/>
                                </a:lnTo>
                                <a:lnTo>
                                  <a:pt x="2081722" y="1105122"/>
                                </a:lnTo>
                                <a:lnTo>
                                  <a:pt x="2074714" y="1110119"/>
                                </a:lnTo>
                                <a:lnTo>
                                  <a:pt x="2069062" y="1114207"/>
                                </a:lnTo>
                                <a:lnTo>
                                  <a:pt x="2066575" y="1115797"/>
                                </a:lnTo>
                                <a:lnTo>
                                  <a:pt x="2063636" y="1117614"/>
                                </a:lnTo>
                                <a:lnTo>
                                  <a:pt x="2060471" y="1118978"/>
                                </a:lnTo>
                                <a:lnTo>
                                  <a:pt x="2056854" y="1120112"/>
                                </a:lnTo>
                                <a:lnTo>
                                  <a:pt x="2053915" y="1118068"/>
                                </a:lnTo>
                                <a:lnTo>
                                  <a:pt x="2053915" y="1114889"/>
                                </a:lnTo>
                                <a:lnTo>
                                  <a:pt x="2063862" y="1112390"/>
                                </a:lnTo>
                                <a:lnTo>
                                  <a:pt x="2047133" y="1113526"/>
                                </a:lnTo>
                                <a:lnTo>
                                  <a:pt x="2058889" y="1110800"/>
                                </a:lnTo>
                                <a:lnTo>
                                  <a:pt x="2064767" y="1106031"/>
                                </a:lnTo>
                                <a:lnTo>
                                  <a:pt x="2063410" y="1105804"/>
                                </a:lnTo>
                                <a:lnTo>
                                  <a:pt x="2067480" y="1098990"/>
                                </a:lnTo>
                                <a:lnTo>
                                  <a:pt x="2067706" y="1098990"/>
                                </a:lnTo>
                                <a:lnTo>
                                  <a:pt x="2067932" y="1098990"/>
                                </a:lnTo>
                                <a:lnTo>
                                  <a:pt x="2067027" y="1098308"/>
                                </a:lnTo>
                                <a:lnTo>
                                  <a:pt x="2077879" y="1093993"/>
                                </a:lnTo>
                                <a:lnTo>
                                  <a:pt x="2073357" y="1092176"/>
                                </a:lnTo>
                                <a:lnTo>
                                  <a:pt x="2079913" y="1089224"/>
                                </a:lnTo>
                                <a:lnTo>
                                  <a:pt x="2072453" y="1087860"/>
                                </a:lnTo>
                                <a:lnTo>
                                  <a:pt x="2080140" y="1082863"/>
                                </a:lnTo>
                                <a:lnTo>
                                  <a:pt x="2073131" y="1077639"/>
                                </a:lnTo>
                                <a:lnTo>
                                  <a:pt x="2079687" y="1077185"/>
                                </a:lnTo>
                                <a:lnTo>
                                  <a:pt x="2083305" y="1064919"/>
                                </a:lnTo>
                                <a:lnTo>
                                  <a:pt x="2083305" y="1066736"/>
                                </a:lnTo>
                                <a:lnTo>
                                  <a:pt x="2098451" y="1061059"/>
                                </a:lnTo>
                                <a:lnTo>
                                  <a:pt x="2094608" y="1055381"/>
                                </a:lnTo>
                                <a:lnTo>
                                  <a:pt x="2109755" y="1045363"/>
                                </a:lnTo>
                                <a:lnTo>
                                  <a:pt x="2106590" y="1042864"/>
                                </a:lnTo>
                                <a:lnTo>
                                  <a:pt x="2117215" y="1029687"/>
                                </a:lnTo>
                                <a:lnTo>
                                  <a:pt x="2122867" y="1032641"/>
                                </a:lnTo>
                                <a:lnTo>
                                  <a:pt x="2120607" y="1035367"/>
                                </a:lnTo>
                                <a:lnTo>
                                  <a:pt x="2128745" y="1031278"/>
                                </a:lnTo>
                                <a:lnTo>
                                  <a:pt x="2131232" y="1031960"/>
                                </a:lnTo>
                                <a:lnTo>
                                  <a:pt x="2133719" y="1032187"/>
                                </a:lnTo>
                                <a:lnTo>
                                  <a:pt x="2135979" y="1032187"/>
                                </a:lnTo>
                                <a:lnTo>
                                  <a:pt x="2138692" y="1032187"/>
                                </a:lnTo>
                                <a:lnTo>
                                  <a:pt x="2141405" y="1031733"/>
                                </a:lnTo>
                                <a:lnTo>
                                  <a:pt x="2144118" y="1031278"/>
                                </a:lnTo>
                                <a:lnTo>
                                  <a:pt x="2149544" y="1029915"/>
                                </a:lnTo>
                                <a:lnTo>
                                  <a:pt x="2160621" y="1026735"/>
                                </a:lnTo>
                                <a:lnTo>
                                  <a:pt x="2165595" y="1025144"/>
                                </a:lnTo>
                                <a:lnTo>
                                  <a:pt x="2170116" y="1024008"/>
                                </a:lnTo>
                                <a:close/>
                                <a:moveTo>
                                  <a:pt x="5272498" y="1023303"/>
                                </a:moveTo>
                                <a:lnTo>
                                  <a:pt x="5272272" y="1023756"/>
                                </a:lnTo>
                                <a:lnTo>
                                  <a:pt x="5272498" y="1023530"/>
                                </a:lnTo>
                                <a:lnTo>
                                  <a:pt x="5272498" y="1023303"/>
                                </a:lnTo>
                                <a:close/>
                                <a:moveTo>
                                  <a:pt x="1060450" y="1022393"/>
                                </a:moveTo>
                                <a:lnTo>
                                  <a:pt x="1060450" y="1026454"/>
                                </a:lnTo>
                                <a:lnTo>
                                  <a:pt x="1059725" y="1027095"/>
                                </a:lnTo>
                                <a:lnTo>
                                  <a:pt x="1049338" y="1033507"/>
                                </a:lnTo>
                                <a:lnTo>
                                  <a:pt x="1060450" y="1022393"/>
                                </a:lnTo>
                                <a:close/>
                                <a:moveTo>
                                  <a:pt x="1061478" y="1017633"/>
                                </a:moveTo>
                                <a:lnTo>
                                  <a:pt x="1062038" y="1017922"/>
                                </a:lnTo>
                                <a:lnTo>
                                  <a:pt x="1061478" y="1018066"/>
                                </a:lnTo>
                                <a:lnTo>
                                  <a:pt x="1057276" y="1019221"/>
                                </a:lnTo>
                                <a:lnTo>
                                  <a:pt x="1061478" y="1017633"/>
                                </a:lnTo>
                                <a:close/>
                                <a:moveTo>
                                  <a:pt x="5271591" y="1014692"/>
                                </a:moveTo>
                                <a:lnTo>
                                  <a:pt x="5271591" y="1014919"/>
                                </a:lnTo>
                                <a:lnTo>
                                  <a:pt x="5272952" y="1021717"/>
                                </a:lnTo>
                                <a:lnTo>
                                  <a:pt x="5271591" y="1014692"/>
                                </a:lnTo>
                                <a:close/>
                                <a:moveTo>
                                  <a:pt x="2177684" y="1014482"/>
                                </a:moveTo>
                                <a:lnTo>
                                  <a:pt x="2178051" y="1014482"/>
                                </a:lnTo>
                                <a:lnTo>
                                  <a:pt x="2176463" y="1019246"/>
                                </a:lnTo>
                                <a:lnTo>
                                  <a:pt x="2177684" y="1014482"/>
                                </a:lnTo>
                                <a:close/>
                                <a:moveTo>
                                  <a:pt x="2166938" y="1012895"/>
                                </a:moveTo>
                                <a:lnTo>
                                  <a:pt x="2168526" y="1016665"/>
                                </a:lnTo>
                                <a:lnTo>
                                  <a:pt x="2168173" y="1017658"/>
                                </a:lnTo>
                                <a:lnTo>
                                  <a:pt x="2166938" y="1012895"/>
                                </a:lnTo>
                                <a:close/>
                                <a:moveTo>
                                  <a:pt x="1071563" y="1012871"/>
                                </a:moveTo>
                                <a:lnTo>
                                  <a:pt x="1065212" y="1020809"/>
                                </a:lnTo>
                                <a:lnTo>
                                  <a:pt x="1071125" y="1013312"/>
                                </a:lnTo>
                                <a:lnTo>
                                  <a:pt x="1071563" y="1012871"/>
                                </a:lnTo>
                                <a:close/>
                                <a:moveTo>
                                  <a:pt x="2571750" y="1008138"/>
                                </a:moveTo>
                                <a:lnTo>
                                  <a:pt x="2569028" y="1011123"/>
                                </a:lnTo>
                                <a:lnTo>
                                  <a:pt x="2569028" y="1014567"/>
                                </a:lnTo>
                                <a:lnTo>
                                  <a:pt x="2568802" y="1018240"/>
                                </a:lnTo>
                                <a:lnTo>
                                  <a:pt x="2568121" y="1021914"/>
                                </a:lnTo>
                                <a:lnTo>
                                  <a:pt x="2567441" y="1025358"/>
                                </a:lnTo>
                                <a:lnTo>
                                  <a:pt x="2565853" y="1028802"/>
                                </a:lnTo>
                                <a:lnTo>
                                  <a:pt x="2564266" y="1032016"/>
                                </a:lnTo>
                                <a:lnTo>
                                  <a:pt x="2563359" y="1033394"/>
                                </a:lnTo>
                                <a:lnTo>
                                  <a:pt x="2561998" y="1034772"/>
                                </a:lnTo>
                                <a:lnTo>
                                  <a:pt x="2560864" y="1035919"/>
                                </a:lnTo>
                                <a:lnTo>
                                  <a:pt x="2559503" y="1037067"/>
                                </a:lnTo>
                                <a:lnTo>
                                  <a:pt x="2554514" y="1038675"/>
                                </a:lnTo>
                                <a:lnTo>
                                  <a:pt x="2545644" y="1038370"/>
                                </a:lnTo>
                                <a:lnTo>
                                  <a:pt x="2547711" y="1038530"/>
                                </a:lnTo>
                                <a:lnTo>
                                  <a:pt x="2550659" y="1038759"/>
                                </a:lnTo>
                                <a:lnTo>
                                  <a:pt x="2553380" y="1039444"/>
                                </a:lnTo>
                                <a:lnTo>
                                  <a:pt x="2556102" y="1039900"/>
                                </a:lnTo>
                                <a:lnTo>
                                  <a:pt x="2559050" y="1050431"/>
                                </a:lnTo>
                                <a:lnTo>
                                  <a:pt x="2554285" y="1051884"/>
                                </a:lnTo>
                                <a:lnTo>
                                  <a:pt x="2554288" y="1051800"/>
                                </a:lnTo>
                                <a:lnTo>
                                  <a:pt x="2544082" y="1054997"/>
                                </a:lnTo>
                                <a:lnTo>
                                  <a:pt x="2554285" y="1051884"/>
                                </a:lnTo>
                                <a:lnTo>
                                  <a:pt x="2554061" y="1059791"/>
                                </a:lnTo>
                                <a:lnTo>
                                  <a:pt x="2557463" y="1057282"/>
                                </a:lnTo>
                                <a:lnTo>
                                  <a:pt x="2576513" y="1062533"/>
                                </a:lnTo>
                                <a:lnTo>
                                  <a:pt x="2569709" y="1070524"/>
                                </a:lnTo>
                                <a:lnTo>
                                  <a:pt x="2569482" y="1070524"/>
                                </a:lnTo>
                                <a:lnTo>
                                  <a:pt x="2569029" y="1070524"/>
                                </a:lnTo>
                                <a:lnTo>
                                  <a:pt x="2568802" y="1070524"/>
                                </a:lnTo>
                                <a:lnTo>
                                  <a:pt x="2568575" y="1070524"/>
                                </a:lnTo>
                                <a:lnTo>
                                  <a:pt x="2568348" y="1070524"/>
                                </a:lnTo>
                                <a:lnTo>
                                  <a:pt x="2568122" y="1070524"/>
                                </a:lnTo>
                                <a:lnTo>
                                  <a:pt x="2563359" y="1074635"/>
                                </a:lnTo>
                                <a:lnTo>
                                  <a:pt x="2561998" y="1068697"/>
                                </a:lnTo>
                                <a:lnTo>
                                  <a:pt x="2554288" y="1074863"/>
                                </a:lnTo>
                                <a:lnTo>
                                  <a:pt x="2554061" y="1076233"/>
                                </a:lnTo>
                                <a:lnTo>
                                  <a:pt x="2553380" y="1077831"/>
                                </a:lnTo>
                                <a:lnTo>
                                  <a:pt x="2552700" y="1079201"/>
                                </a:lnTo>
                                <a:lnTo>
                                  <a:pt x="2551566" y="1080571"/>
                                </a:lnTo>
                                <a:lnTo>
                                  <a:pt x="2549525" y="1082626"/>
                                </a:lnTo>
                                <a:lnTo>
                                  <a:pt x="2547030" y="1084910"/>
                                </a:lnTo>
                                <a:lnTo>
                                  <a:pt x="2543402" y="1087650"/>
                                </a:lnTo>
                                <a:lnTo>
                                  <a:pt x="2542722" y="1088335"/>
                                </a:lnTo>
                                <a:lnTo>
                                  <a:pt x="2542948" y="1088563"/>
                                </a:lnTo>
                                <a:lnTo>
                                  <a:pt x="2543402" y="1088563"/>
                                </a:lnTo>
                                <a:lnTo>
                                  <a:pt x="2542495" y="1094043"/>
                                </a:lnTo>
                                <a:lnTo>
                                  <a:pt x="2530248" y="1095412"/>
                                </a:lnTo>
                                <a:lnTo>
                                  <a:pt x="2537959" y="1097695"/>
                                </a:lnTo>
                                <a:lnTo>
                                  <a:pt x="2534286" y="1103127"/>
                                </a:lnTo>
                                <a:lnTo>
                                  <a:pt x="2553741" y="1099029"/>
                                </a:lnTo>
                                <a:lnTo>
                                  <a:pt x="2557053" y="1101478"/>
                                </a:lnTo>
                                <a:lnTo>
                                  <a:pt x="2556390" y="1102815"/>
                                </a:lnTo>
                                <a:lnTo>
                                  <a:pt x="2563234" y="1095465"/>
                                </a:lnTo>
                                <a:lnTo>
                                  <a:pt x="2566105" y="1099029"/>
                                </a:lnTo>
                                <a:lnTo>
                                  <a:pt x="2561910" y="1101702"/>
                                </a:lnTo>
                                <a:lnTo>
                                  <a:pt x="2566988" y="1103929"/>
                                </a:lnTo>
                                <a:lnTo>
                                  <a:pt x="2534974" y="1108162"/>
                                </a:lnTo>
                                <a:lnTo>
                                  <a:pt x="2533806" y="1103837"/>
                                </a:lnTo>
                                <a:lnTo>
                                  <a:pt x="2530702" y="1108428"/>
                                </a:lnTo>
                                <a:lnTo>
                                  <a:pt x="2526166" y="1108884"/>
                                </a:lnTo>
                                <a:lnTo>
                                  <a:pt x="2522311" y="1109570"/>
                                </a:lnTo>
                                <a:lnTo>
                                  <a:pt x="2515053" y="1111396"/>
                                </a:lnTo>
                                <a:lnTo>
                                  <a:pt x="2509157" y="1112766"/>
                                </a:lnTo>
                                <a:lnTo>
                                  <a:pt x="2504168" y="1113680"/>
                                </a:lnTo>
                                <a:lnTo>
                                  <a:pt x="2501673" y="1114135"/>
                                </a:lnTo>
                                <a:lnTo>
                                  <a:pt x="2499859" y="1114135"/>
                                </a:lnTo>
                                <a:lnTo>
                                  <a:pt x="2497591" y="1113680"/>
                                </a:lnTo>
                                <a:lnTo>
                                  <a:pt x="2495777" y="1112994"/>
                                </a:lnTo>
                                <a:lnTo>
                                  <a:pt x="2493736" y="1111852"/>
                                </a:lnTo>
                                <a:lnTo>
                                  <a:pt x="2491921" y="1110254"/>
                                </a:lnTo>
                                <a:lnTo>
                                  <a:pt x="2489880" y="1108199"/>
                                </a:lnTo>
                                <a:lnTo>
                                  <a:pt x="2487612" y="1105688"/>
                                </a:lnTo>
                                <a:lnTo>
                                  <a:pt x="2486252" y="1109341"/>
                                </a:lnTo>
                                <a:lnTo>
                                  <a:pt x="2482850" y="1104318"/>
                                </a:lnTo>
                                <a:lnTo>
                                  <a:pt x="2483757" y="1089247"/>
                                </a:lnTo>
                                <a:lnTo>
                                  <a:pt x="2487839" y="1094727"/>
                                </a:lnTo>
                                <a:lnTo>
                                  <a:pt x="2489200" y="1085822"/>
                                </a:lnTo>
                                <a:lnTo>
                                  <a:pt x="2484210" y="1088335"/>
                                </a:lnTo>
                                <a:lnTo>
                                  <a:pt x="2483530" y="1084910"/>
                                </a:lnTo>
                                <a:lnTo>
                                  <a:pt x="2483530" y="1081257"/>
                                </a:lnTo>
                                <a:lnTo>
                                  <a:pt x="2483757" y="1077831"/>
                                </a:lnTo>
                                <a:lnTo>
                                  <a:pt x="2484210" y="1074177"/>
                                </a:lnTo>
                                <a:lnTo>
                                  <a:pt x="2485344" y="1070524"/>
                                </a:lnTo>
                                <a:lnTo>
                                  <a:pt x="2486478" y="1067098"/>
                                </a:lnTo>
                                <a:lnTo>
                                  <a:pt x="2487839" y="1063902"/>
                                </a:lnTo>
                                <a:lnTo>
                                  <a:pt x="2489653" y="1060934"/>
                                </a:lnTo>
                                <a:lnTo>
                                  <a:pt x="2500738" y="1063390"/>
                                </a:lnTo>
                                <a:lnTo>
                                  <a:pt x="2497818" y="1059590"/>
                                </a:lnTo>
                                <a:lnTo>
                                  <a:pt x="2498618" y="1058713"/>
                                </a:lnTo>
                                <a:lnTo>
                                  <a:pt x="2500847" y="1063413"/>
                                </a:lnTo>
                                <a:lnTo>
                                  <a:pt x="2500993" y="1063447"/>
                                </a:lnTo>
                                <a:lnTo>
                                  <a:pt x="2507570" y="1061848"/>
                                </a:lnTo>
                                <a:lnTo>
                                  <a:pt x="2518455" y="1054541"/>
                                </a:lnTo>
                                <a:lnTo>
                                  <a:pt x="2517548" y="1058650"/>
                                </a:lnTo>
                                <a:lnTo>
                                  <a:pt x="2524805" y="1062076"/>
                                </a:lnTo>
                                <a:lnTo>
                                  <a:pt x="2522311" y="1056596"/>
                                </a:lnTo>
                                <a:lnTo>
                                  <a:pt x="2522537" y="1053400"/>
                                </a:lnTo>
                                <a:lnTo>
                                  <a:pt x="2523218" y="1050431"/>
                                </a:lnTo>
                                <a:lnTo>
                                  <a:pt x="2524352" y="1047919"/>
                                </a:lnTo>
                                <a:lnTo>
                                  <a:pt x="2525939" y="1046092"/>
                                </a:lnTo>
                                <a:lnTo>
                                  <a:pt x="2527527" y="1044011"/>
                                </a:lnTo>
                                <a:lnTo>
                                  <a:pt x="2529568" y="1042641"/>
                                </a:lnTo>
                                <a:lnTo>
                                  <a:pt x="2531609" y="1041271"/>
                                </a:lnTo>
                                <a:lnTo>
                                  <a:pt x="2533262" y="1040514"/>
                                </a:lnTo>
                                <a:lnTo>
                                  <a:pt x="2529341" y="1041659"/>
                                </a:lnTo>
                                <a:lnTo>
                                  <a:pt x="2525712" y="1041659"/>
                                </a:lnTo>
                                <a:lnTo>
                                  <a:pt x="2521630" y="1041889"/>
                                </a:lnTo>
                                <a:lnTo>
                                  <a:pt x="2518002" y="1042807"/>
                                </a:lnTo>
                                <a:lnTo>
                                  <a:pt x="2514600" y="1044185"/>
                                </a:lnTo>
                                <a:lnTo>
                                  <a:pt x="2511198" y="1045817"/>
                                </a:lnTo>
                                <a:lnTo>
                                  <a:pt x="2508250" y="1047883"/>
                                </a:lnTo>
                                <a:lnTo>
                                  <a:pt x="2506889" y="1049031"/>
                                </a:lnTo>
                                <a:lnTo>
                                  <a:pt x="2505755" y="1050638"/>
                                </a:lnTo>
                                <a:lnTo>
                                  <a:pt x="2504394" y="1052015"/>
                                </a:lnTo>
                                <a:lnTo>
                                  <a:pt x="2503260" y="1053621"/>
                                </a:lnTo>
                                <a:lnTo>
                                  <a:pt x="2498618" y="1058713"/>
                                </a:lnTo>
                                <a:lnTo>
                                  <a:pt x="2495550" y="1052244"/>
                                </a:lnTo>
                                <a:lnTo>
                                  <a:pt x="2513466" y="1039363"/>
                                </a:lnTo>
                                <a:lnTo>
                                  <a:pt x="2527300" y="1037756"/>
                                </a:lnTo>
                                <a:lnTo>
                                  <a:pt x="2532516" y="1033394"/>
                                </a:lnTo>
                                <a:lnTo>
                                  <a:pt x="2537505" y="1029032"/>
                                </a:lnTo>
                                <a:lnTo>
                                  <a:pt x="2542948" y="1024899"/>
                                </a:lnTo>
                                <a:lnTo>
                                  <a:pt x="2548164" y="1020996"/>
                                </a:lnTo>
                                <a:lnTo>
                                  <a:pt x="2554060" y="1017552"/>
                                </a:lnTo>
                                <a:lnTo>
                                  <a:pt x="2559730" y="1014108"/>
                                </a:lnTo>
                                <a:lnTo>
                                  <a:pt x="2565400" y="1010894"/>
                                </a:lnTo>
                                <a:lnTo>
                                  <a:pt x="2571750" y="1008138"/>
                                </a:lnTo>
                                <a:close/>
                                <a:moveTo>
                                  <a:pt x="3061093" y="1006874"/>
                                </a:moveTo>
                                <a:lnTo>
                                  <a:pt x="3063534" y="1007605"/>
                                </a:lnTo>
                                <a:lnTo>
                                  <a:pt x="3067607" y="1007605"/>
                                </a:lnTo>
                                <a:lnTo>
                                  <a:pt x="3068694" y="1007605"/>
                                </a:lnTo>
                                <a:lnTo>
                                  <a:pt x="3067363" y="1007176"/>
                                </a:lnTo>
                                <a:lnTo>
                                  <a:pt x="3061093" y="1006874"/>
                                </a:lnTo>
                                <a:close/>
                                <a:moveTo>
                                  <a:pt x="2175184" y="1003370"/>
                                </a:moveTo>
                                <a:lnTo>
                                  <a:pt x="2178050" y="1007688"/>
                                </a:lnTo>
                                <a:lnTo>
                                  <a:pt x="2185988" y="1008704"/>
                                </a:lnTo>
                                <a:lnTo>
                                  <a:pt x="2185326" y="1009720"/>
                                </a:lnTo>
                                <a:lnTo>
                                  <a:pt x="2170113" y="1008196"/>
                                </a:lnTo>
                                <a:lnTo>
                                  <a:pt x="2175184" y="1003370"/>
                                </a:lnTo>
                                <a:close/>
                                <a:moveTo>
                                  <a:pt x="3228813" y="1000067"/>
                                </a:moveTo>
                                <a:lnTo>
                                  <a:pt x="3227216" y="1000189"/>
                                </a:lnTo>
                                <a:lnTo>
                                  <a:pt x="3224494" y="1000643"/>
                                </a:lnTo>
                                <a:lnTo>
                                  <a:pt x="3221545" y="1001322"/>
                                </a:lnTo>
                                <a:lnTo>
                                  <a:pt x="3218596" y="1002229"/>
                                </a:lnTo>
                                <a:lnTo>
                                  <a:pt x="3215420" y="1003362"/>
                                </a:lnTo>
                                <a:lnTo>
                                  <a:pt x="3212471" y="1004495"/>
                                </a:lnTo>
                                <a:lnTo>
                                  <a:pt x="3209522" y="1006081"/>
                                </a:lnTo>
                                <a:lnTo>
                                  <a:pt x="3209037" y="1006081"/>
                                </a:lnTo>
                                <a:lnTo>
                                  <a:pt x="3209698" y="1006802"/>
                                </a:lnTo>
                                <a:lnTo>
                                  <a:pt x="3210379" y="1006802"/>
                                </a:lnTo>
                                <a:lnTo>
                                  <a:pt x="3228813" y="1000067"/>
                                </a:lnTo>
                                <a:close/>
                                <a:moveTo>
                                  <a:pt x="3041306" y="999972"/>
                                </a:moveTo>
                                <a:lnTo>
                                  <a:pt x="3040776" y="1000190"/>
                                </a:lnTo>
                                <a:lnTo>
                                  <a:pt x="3043993" y="1001432"/>
                                </a:lnTo>
                                <a:lnTo>
                                  <a:pt x="3041306" y="999972"/>
                                </a:lnTo>
                                <a:close/>
                                <a:moveTo>
                                  <a:pt x="1358697" y="999001"/>
                                </a:moveTo>
                                <a:lnTo>
                                  <a:pt x="1357336" y="1000136"/>
                                </a:lnTo>
                                <a:lnTo>
                                  <a:pt x="1356883" y="1000363"/>
                                </a:lnTo>
                                <a:lnTo>
                                  <a:pt x="1357024" y="999940"/>
                                </a:lnTo>
                                <a:lnTo>
                                  <a:pt x="1358697" y="999001"/>
                                </a:lnTo>
                                <a:close/>
                                <a:moveTo>
                                  <a:pt x="2779712" y="997042"/>
                                </a:moveTo>
                                <a:lnTo>
                                  <a:pt x="2779024" y="998865"/>
                                </a:lnTo>
                                <a:lnTo>
                                  <a:pt x="2770089" y="1019149"/>
                                </a:lnTo>
                                <a:lnTo>
                                  <a:pt x="2763902" y="1036242"/>
                                </a:lnTo>
                                <a:lnTo>
                                  <a:pt x="2757487" y="1043079"/>
                                </a:lnTo>
                                <a:lnTo>
                                  <a:pt x="2757945" y="1028266"/>
                                </a:lnTo>
                                <a:lnTo>
                                  <a:pt x="2759549" y="1025303"/>
                                </a:lnTo>
                                <a:lnTo>
                                  <a:pt x="2769630" y="1011855"/>
                                </a:lnTo>
                                <a:lnTo>
                                  <a:pt x="2775129" y="1000233"/>
                                </a:lnTo>
                                <a:lnTo>
                                  <a:pt x="2779712" y="997042"/>
                                </a:lnTo>
                                <a:close/>
                                <a:moveTo>
                                  <a:pt x="2197100" y="995433"/>
                                </a:moveTo>
                                <a:lnTo>
                                  <a:pt x="2196888" y="996054"/>
                                </a:lnTo>
                                <a:lnTo>
                                  <a:pt x="2190750" y="1000196"/>
                                </a:lnTo>
                                <a:lnTo>
                                  <a:pt x="2197100" y="995433"/>
                                </a:lnTo>
                                <a:close/>
                                <a:moveTo>
                                  <a:pt x="3513818" y="993995"/>
                                </a:moveTo>
                                <a:lnTo>
                                  <a:pt x="3529693" y="1044110"/>
                                </a:lnTo>
                                <a:lnTo>
                                  <a:pt x="3545114" y="1094453"/>
                                </a:lnTo>
                                <a:lnTo>
                                  <a:pt x="3560309" y="1144796"/>
                                </a:lnTo>
                                <a:lnTo>
                                  <a:pt x="3575050" y="1195138"/>
                                </a:lnTo>
                                <a:lnTo>
                                  <a:pt x="3574498" y="1195300"/>
                                </a:lnTo>
                                <a:lnTo>
                                  <a:pt x="3585987" y="1234733"/>
                                </a:lnTo>
                                <a:lnTo>
                                  <a:pt x="3597550" y="1275326"/>
                                </a:lnTo>
                                <a:lnTo>
                                  <a:pt x="3609113" y="1316380"/>
                                </a:lnTo>
                                <a:lnTo>
                                  <a:pt x="3620675" y="1357881"/>
                                </a:lnTo>
                                <a:lnTo>
                                  <a:pt x="3618408" y="1358335"/>
                                </a:lnTo>
                                <a:lnTo>
                                  <a:pt x="3613647" y="1361965"/>
                                </a:lnTo>
                                <a:lnTo>
                                  <a:pt x="3609113" y="1365819"/>
                                </a:lnTo>
                                <a:lnTo>
                                  <a:pt x="3604805" y="1369675"/>
                                </a:lnTo>
                                <a:lnTo>
                                  <a:pt x="3600724" y="1373758"/>
                                </a:lnTo>
                                <a:lnTo>
                                  <a:pt x="3596643" y="1378067"/>
                                </a:lnTo>
                                <a:lnTo>
                                  <a:pt x="3592789" y="1382375"/>
                                </a:lnTo>
                                <a:lnTo>
                                  <a:pt x="3588708" y="1386911"/>
                                </a:lnTo>
                                <a:lnTo>
                                  <a:pt x="3585081" y="1391674"/>
                                </a:lnTo>
                                <a:lnTo>
                                  <a:pt x="3588028" y="1386685"/>
                                </a:lnTo>
                                <a:lnTo>
                                  <a:pt x="3589842" y="1383509"/>
                                </a:lnTo>
                                <a:lnTo>
                                  <a:pt x="3590522" y="1381694"/>
                                </a:lnTo>
                                <a:lnTo>
                                  <a:pt x="3590522" y="1380108"/>
                                </a:lnTo>
                                <a:lnTo>
                                  <a:pt x="3590295" y="1379201"/>
                                </a:lnTo>
                                <a:lnTo>
                                  <a:pt x="3590068" y="1377840"/>
                                </a:lnTo>
                                <a:lnTo>
                                  <a:pt x="3590068" y="1375799"/>
                                </a:lnTo>
                                <a:lnTo>
                                  <a:pt x="3590748" y="1372625"/>
                                </a:lnTo>
                                <a:lnTo>
                                  <a:pt x="3585761" y="1371944"/>
                                </a:lnTo>
                                <a:lnTo>
                                  <a:pt x="3588255" y="1376479"/>
                                </a:lnTo>
                                <a:lnTo>
                                  <a:pt x="3577599" y="1386685"/>
                                </a:lnTo>
                                <a:lnTo>
                                  <a:pt x="3584174" y="1400519"/>
                                </a:lnTo>
                                <a:lnTo>
                                  <a:pt x="3573518" y="1393941"/>
                                </a:lnTo>
                                <a:lnTo>
                                  <a:pt x="3573518" y="1390086"/>
                                </a:lnTo>
                                <a:lnTo>
                                  <a:pt x="3569210" y="1388726"/>
                                </a:lnTo>
                                <a:lnTo>
                                  <a:pt x="3567623" y="1398251"/>
                                </a:lnTo>
                                <a:lnTo>
                                  <a:pt x="3563769" y="1399158"/>
                                </a:lnTo>
                                <a:lnTo>
                                  <a:pt x="3561502" y="1393487"/>
                                </a:lnTo>
                                <a:lnTo>
                                  <a:pt x="3564449" y="1391900"/>
                                </a:lnTo>
                                <a:lnTo>
                                  <a:pt x="3563542" y="1387364"/>
                                </a:lnTo>
                                <a:lnTo>
                                  <a:pt x="3562409" y="1390540"/>
                                </a:lnTo>
                                <a:lnTo>
                                  <a:pt x="3555607" y="1390540"/>
                                </a:lnTo>
                                <a:lnTo>
                                  <a:pt x="3555381" y="1394168"/>
                                </a:lnTo>
                                <a:lnTo>
                                  <a:pt x="3546312" y="1388726"/>
                                </a:lnTo>
                                <a:lnTo>
                                  <a:pt x="3544498" y="1391900"/>
                                </a:lnTo>
                                <a:lnTo>
                                  <a:pt x="3527494" y="1394168"/>
                                </a:lnTo>
                                <a:lnTo>
                                  <a:pt x="3541097" y="1399839"/>
                                </a:lnTo>
                                <a:lnTo>
                                  <a:pt x="3543591" y="1397570"/>
                                </a:lnTo>
                                <a:lnTo>
                                  <a:pt x="3549486" y="1402334"/>
                                </a:lnTo>
                                <a:lnTo>
                                  <a:pt x="3549486" y="1398478"/>
                                </a:lnTo>
                                <a:lnTo>
                                  <a:pt x="3570344" y="1400972"/>
                                </a:lnTo>
                                <a:lnTo>
                                  <a:pt x="3568077" y="1408685"/>
                                </a:lnTo>
                                <a:lnTo>
                                  <a:pt x="3576012" y="1402787"/>
                                </a:lnTo>
                                <a:lnTo>
                                  <a:pt x="3579639" y="1406870"/>
                                </a:lnTo>
                                <a:lnTo>
                                  <a:pt x="3583720" y="1410953"/>
                                </a:lnTo>
                                <a:lnTo>
                                  <a:pt x="3588255" y="1415263"/>
                                </a:lnTo>
                                <a:lnTo>
                                  <a:pt x="3590748" y="1417077"/>
                                </a:lnTo>
                                <a:lnTo>
                                  <a:pt x="3593469" y="1418891"/>
                                </a:lnTo>
                                <a:lnTo>
                                  <a:pt x="3596190" y="1420480"/>
                                </a:lnTo>
                                <a:lnTo>
                                  <a:pt x="3598684" y="1422068"/>
                                </a:lnTo>
                                <a:lnTo>
                                  <a:pt x="3601631" y="1423202"/>
                                </a:lnTo>
                                <a:lnTo>
                                  <a:pt x="3604351" y="1424335"/>
                                </a:lnTo>
                                <a:lnTo>
                                  <a:pt x="3607299" y="1425243"/>
                                </a:lnTo>
                                <a:lnTo>
                                  <a:pt x="3610246" y="1425696"/>
                                </a:lnTo>
                                <a:lnTo>
                                  <a:pt x="3612967" y="1425922"/>
                                </a:lnTo>
                                <a:lnTo>
                                  <a:pt x="3615687" y="1425696"/>
                                </a:lnTo>
                                <a:lnTo>
                                  <a:pt x="3597097" y="1412767"/>
                                </a:lnTo>
                                <a:lnTo>
                                  <a:pt x="3602991" y="1415716"/>
                                </a:lnTo>
                                <a:lnTo>
                                  <a:pt x="3607979" y="1417756"/>
                                </a:lnTo>
                                <a:lnTo>
                                  <a:pt x="3612967" y="1419799"/>
                                </a:lnTo>
                                <a:lnTo>
                                  <a:pt x="3615234" y="1420253"/>
                                </a:lnTo>
                                <a:lnTo>
                                  <a:pt x="3617501" y="1420706"/>
                                </a:lnTo>
                                <a:lnTo>
                                  <a:pt x="3619995" y="1420934"/>
                                </a:lnTo>
                                <a:lnTo>
                                  <a:pt x="3622035" y="1420934"/>
                                </a:lnTo>
                                <a:lnTo>
                                  <a:pt x="3624529" y="1420934"/>
                                </a:lnTo>
                                <a:lnTo>
                                  <a:pt x="3626796" y="1420706"/>
                                </a:lnTo>
                                <a:lnTo>
                                  <a:pt x="3629064" y="1420253"/>
                                </a:lnTo>
                                <a:lnTo>
                                  <a:pt x="3631558" y="1419572"/>
                                </a:lnTo>
                                <a:lnTo>
                                  <a:pt x="3634051" y="1418665"/>
                                </a:lnTo>
                                <a:lnTo>
                                  <a:pt x="3636772" y="1417303"/>
                                </a:lnTo>
                                <a:lnTo>
                                  <a:pt x="3639039" y="1434088"/>
                                </a:lnTo>
                                <a:lnTo>
                                  <a:pt x="3627250" y="1433180"/>
                                </a:lnTo>
                                <a:lnTo>
                                  <a:pt x="3625663" y="1435902"/>
                                </a:lnTo>
                                <a:lnTo>
                                  <a:pt x="3624303" y="1438624"/>
                                </a:lnTo>
                                <a:lnTo>
                                  <a:pt x="3622262" y="1441119"/>
                                </a:lnTo>
                                <a:lnTo>
                                  <a:pt x="3620448" y="1443613"/>
                                </a:lnTo>
                                <a:lnTo>
                                  <a:pt x="3618181" y="1446108"/>
                                </a:lnTo>
                                <a:lnTo>
                                  <a:pt x="3615914" y="1448604"/>
                                </a:lnTo>
                                <a:lnTo>
                                  <a:pt x="3610926" y="1453140"/>
                                </a:lnTo>
                                <a:lnTo>
                                  <a:pt x="3605485" y="1457448"/>
                                </a:lnTo>
                                <a:lnTo>
                                  <a:pt x="3599590" y="1461530"/>
                                </a:lnTo>
                                <a:lnTo>
                                  <a:pt x="3593469" y="1464933"/>
                                </a:lnTo>
                                <a:lnTo>
                                  <a:pt x="3587121" y="1468106"/>
                                </a:lnTo>
                                <a:lnTo>
                                  <a:pt x="3580773" y="1470828"/>
                                </a:lnTo>
                                <a:lnTo>
                                  <a:pt x="3574425" y="1472872"/>
                                </a:lnTo>
                                <a:lnTo>
                                  <a:pt x="3571478" y="1473551"/>
                                </a:lnTo>
                                <a:lnTo>
                                  <a:pt x="3568303" y="1474231"/>
                                </a:lnTo>
                                <a:lnTo>
                                  <a:pt x="3565583" y="1474457"/>
                                </a:lnTo>
                                <a:lnTo>
                                  <a:pt x="3562636" y="1474911"/>
                                </a:lnTo>
                                <a:lnTo>
                                  <a:pt x="3559688" y="1474911"/>
                                </a:lnTo>
                                <a:lnTo>
                                  <a:pt x="3556968" y="1474684"/>
                                </a:lnTo>
                                <a:lnTo>
                                  <a:pt x="3554474" y="1474457"/>
                                </a:lnTo>
                                <a:lnTo>
                                  <a:pt x="3552207" y="1474004"/>
                                </a:lnTo>
                                <a:lnTo>
                                  <a:pt x="3549939" y="1473324"/>
                                </a:lnTo>
                                <a:lnTo>
                                  <a:pt x="3547672" y="1472418"/>
                                </a:lnTo>
                                <a:lnTo>
                                  <a:pt x="3545858" y="1471055"/>
                                </a:lnTo>
                                <a:lnTo>
                                  <a:pt x="3544045" y="1469920"/>
                                </a:lnTo>
                                <a:lnTo>
                                  <a:pt x="3536110" y="1445201"/>
                                </a:lnTo>
                                <a:lnTo>
                                  <a:pt x="3530215" y="1443613"/>
                                </a:lnTo>
                                <a:lnTo>
                                  <a:pt x="3524320" y="1442253"/>
                                </a:lnTo>
                                <a:lnTo>
                                  <a:pt x="3518652" y="1441119"/>
                                </a:lnTo>
                                <a:lnTo>
                                  <a:pt x="3512531" y="1440439"/>
                                </a:lnTo>
                                <a:lnTo>
                                  <a:pt x="3506636" y="1439985"/>
                                </a:lnTo>
                                <a:lnTo>
                                  <a:pt x="3500515" y="1439758"/>
                                </a:lnTo>
                                <a:lnTo>
                                  <a:pt x="3494847" y="1439758"/>
                                </a:lnTo>
                                <a:lnTo>
                                  <a:pt x="3488726" y="1439985"/>
                                </a:lnTo>
                                <a:lnTo>
                                  <a:pt x="3489633" y="1437036"/>
                                </a:lnTo>
                                <a:lnTo>
                                  <a:pt x="3491220" y="1434315"/>
                                </a:lnTo>
                                <a:lnTo>
                                  <a:pt x="3493260" y="1431820"/>
                                </a:lnTo>
                                <a:lnTo>
                                  <a:pt x="3495527" y="1429097"/>
                                </a:lnTo>
                                <a:lnTo>
                                  <a:pt x="3498248" y="1426376"/>
                                </a:lnTo>
                                <a:lnTo>
                                  <a:pt x="3501422" y="1423882"/>
                                </a:lnTo>
                                <a:lnTo>
                                  <a:pt x="3504369" y="1421615"/>
                                </a:lnTo>
                                <a:lnTo>
                                  <a:pt x="3507770" y="1419345"/>
                                </a:lnTo>
                                <a:lnTo>
                                  <a:pt x="3514572" y="1415036"/>
                                </a:lnTo>
                                <a:lnTo>
                                  <a:pt x="3521600" y="1410953"/>
                                </a:lnTo>
                                <a:lnTo>
                                  <a:pt x="3527721" y="1408005"/>
                                </a:lnTo>
                                <a:lnTo>
                                  <a:pt x="3533162" y="1405509"/>
                                </a:lnTo>
                                <a:lnTo>
                                  <a:pt x="3524320" y="1397117"/>
                                </a:lnTo>
                                <a:lnTo>
                                  <a:pt x="3522280" y="1398931"/>
                                </a:lnTo>
                                <a:lnTo>
                                  <a:pt x="3519786" y="1400066"/>
                                </a:lnTo>
                                <a:lnTo>
                                  <a:pt x="3517292" y="1401426"/>
                                </a:lnTo>
                                <a:lnTo>
                                  <a:pt x="3514572" y="1402334"/>
                                </a:lnTo>
                                <a:lnTo>
                                  <a:pt x="3511851" y="1403241"/>
                                </a:lnTo>
                                <a:lnTo>
                                  <a:pt x="3509130" y="1403922"/>
                                </a:lnTo>
                                <a:lnTo>
                                  <a:pt x="3503009" y="1405056"/>
                                </a:lnTo>
                                <a:lnTo>
                                  <a:pt x="3496661" y="1405736"/>
                                </a:lnTo>
                                <a:lnTo>
                                  <a:pt x="3490086" y="1405963"/>
                                </a:lnTo>
                                <a:lnTo>
                                  <a:pt x="3483511" y="1405736"/>
                                </a:lnTo>
                                <a:lnTo>
                                  <a:pt x="3477163" y="1405056"/>
                                </a:lnTo>
                                <a:lnTo>
                                  <a:pt x="3471269" y="1404148"/>
                                </a:lnTo>
                                <a:lnTo>
                                  <a:pt x="3465601" y="1403014"/>
                                </a:lnTo>
                                <a:lnTo>
                                  <a:pt x="3460386" y="1401880"/>
                                </a:lnTo>
                                <a:lnTo>
                                  <a:pt x="3455852" y="1400066"/>
                                </a:lnTo>
                                <a:lnTo>
                                  <a:pt x="3452224" y="1398704"/>
                                </a:lnTo>
                                <a:lnTo>
                                  <a:pt x="3449277" y="1396889"/>
                                </a:lnTo>
                                <a:lnTo>
                                  <a:pt x="3448370" y="1395983"/>
                                </a:lnTo>
                                <a:lnTo>
                                  <a:pt x="3447690" y="1395075"/>
                                </a:lnTo>
                                <a:lnTo>
                                  <a:pt x="3447010" y="1394168"/>
                                </a:lnTo>
                                <a:lnTo>
                                  <a:pt x="3447010" y="1393260"/>
                                </a:lnTo>
                                <a:lnTo>
                                  <a:pt x="3441569" y="1392807"/>
                                </a:lnTo>
                                <a:lnTo>
                                  <a:pt x="3435901" y="1391900"/>
                                </a:lnTo>
                                <a:lnTo>
                                  <a:pt x="3430686" y="1390540"/>
                                </a:lnTo>
                                <a:lnTo>
                                  <a:pt x="3425245" y="1389179"/>
                                </a:lnTo>
                                <a:lnTo>
                                  <a:pt x="3428419" y="1389859"/>
                                </a:lnTo>
                                <a:lnTo>
                                  <a:pt x="3431593" y="1390313"/>
                                </a:lnTo>
                                <a:lnTo>
                                  <a:pt x="3434767" y="1390766"/>
                                </a:lnTo>
                                <a:lnTo>
                                  <a:pt x="3437941" y="1391219"/>
                                </a:lnTo>
                                <a:lnTo>
                                  <a:pt x="3440888" y="1391219"/>
                                </a:lnTo>
                                <a:lnTo>
                                  <a:pt x="3443609" y="1390766"/>
                                </a:lnTo>
                                <a:lnTo>
                                  <a:pt x="3446556" y="1390540"/>
                                </a:lnTo>
                                <a:lnTo>
                                  <a:pt x="3449504" y="1390086"/>
                                </a:lnTo>
                                <a:lnTo>
                                  <a:pt x="3452451" y="1389405"/>
                                </a:lnTo>
                                <a:lnTo>
                                  <a:pt x="3455172" y="1388726"/>
                                </a:lnTo>
                                <a:lnTo>
                                  <a:pt x="3457892" y="1387364"/>
                                </a:lnTo>
                                <a:lnTo>
                                  <a:pt x="3460386" y="1386230"/>
                                </a:lnTo>
                                <a:lnTo>
                                  <a:pt x="3463107" y="1385097"/>
                                </a:lnTo>
                                <a:lnTo>
                                  <a:pt x="3465601" y="1383509"/>
                                </a:lnTo>
                                <a:lnTo>
                                  <a:pt x="3468321" y="1381922"/>
                                </a:lnTo>
                                <a:lnTo>
                                  <a:pt x="3470588" y="1379881"/>
                                </a:lnTo>
                                <a:lnTo>
                                  <a:pt x="3467641" y="1381694"/>
                                </a:lnTo>
                                <a:lnTo>
                                  <a:pt x="3464694" y="1382830"/>
                                </a:lnTo>
                                <a:lnTo>
                                  <a:pt x="3461746" y="1383963"/>
                                </a:lnTo>
                                <a:lnTo>
                                  <a:pt x="3459026" y="1384870"/>
                                </a:lnTo>
                                <a:lnTo>
                                  <a:pt x="3456305" y="1385097"/>
                                </a:lnTo>
                                <a:lnTo>
                                  <a:pt x="3454038" y="1385097"/>
                                </a:lnTo>
                                <a:lnTo>
                                  <a:pt x="3451544" y="1384870"/>
                                </a:lnTo>
                                <a:lnTo>
                                  <a:pt x="3449050" y="1383963"/>
                                </a:lnTo>
                                <a:lnTo>
                                  <a:pt x="3446783" y="1383056"/>
                                </a:lnTo>
                                <a:lnTo>
                                  <a:pt x="3444969" y="1381694"/>
                                </a:lnTo>
                                <a:lnTo>
                                  <a:pt x="3442929" y="1379881"/>
                                </a:lnTo>
                                <a:lnTo>
                                  <a:pt x="3441115" y="1378067"/>
                                </a:lnTo>
                                <a:lnTo>
                                  <a:pt x="3439301" y="1375573"/>
                                </a:lnTo>
                                <a:lnTo>
                                  <a:pt x="3437714" y="1372625"/>
                                </a:lnTo>
                                <a:lnTo>
                                  <a:pt x="3436127" y="1369675"/>
                                </a:lnTo>
                                <a:lnTo>
                                  <a:pt x="3434767" y="1366273"/>
                                </a:lnTo>
                                <a:lnTo>
                                  <a:pt x="3439528" y="1382830"/>
                                </a:lnTo>
                                <a:lnTo>
                                  <a:pt x="3425245" y="1386685"/>
                                </a:lnTo>
                                <a:lnTo>
                                  <a:pt x="3422071" y="1379881"/>
                                </a:lnTo>
                                <a:lnTo>
                                  <a:pt x="3418897" y="1387137"/>
                                </a:lnTo>
                                <a:lnTo>
                                  <a:pt x="3396905" y="1394621"/>
                                </a:lnTo>
                                <a:lnTo>
                                  <a:pt x="3389197" y="1413902"/>
                                </a:lnTo>
                                <a:lnTo>
                                  <a:pt x="3385570" y="1416396"/>
                                </a:lnTo>
                                <a:lnTo>
                                  <a:pt x="3372420" y="1406417"/>
                                </a:lnTo>
                                <a:lnTo>
                                  <a:pt x="3369019" y="1409365"/>
                                </a:lnTo>
                                <a:lnTo>
                                  <a:pt x="3373327" y="1411633"/>
                                </a:lnTo>
                                <a:lnTo>
                                  <a:pt x="3376728" y="1413902"/>
                                </a:lnTo>
                                <a:lnTo>
                                  <a:pt x="3379221" y="1415943"/>
                                </a:lnTo>
                                <a:lnTo>
                                  <a:pt x="3381035" y="1418212"/>
                                </a:lnTo>
                                <a:lnTo>
                                  <a:pt x="3382395" y="1420027"/>
                                </a:lnTo>
                                <a:lnTo>
                                  <a:pt x="3382849" y="1422068"/>
                                </a:lnTo>
                                <a:lnTo>
                                  <a:pt x="3383302" y="1423882"/>
                                </a:lnTo>
                                <a:lnTo>
                                  <a:pt x="3382622" y="1426150"/>
                                </a:lnTo>
                                <a:lnTo>
                                  <a:pt x="3381715" y="1427964"/>
                                </a:lnTo>
                                <a:lnTo>
                                  <a:pt x="3380355" y="1430005"/>
                                </a:lnTo>
                                <a:lnTo>
                                  <a:pt x="3378315" y="1432273"/>
                                </a:lnTo>
                                <a:lnTo>
                                  <a:pt x="3375821" y="1434315"/>
                                </a:lnTo>
                                <a:lnTo>
                                  <a:pt x="3370153" y="1439078"/>
                                </a:lnTo>
                                <a:lnTo>
                                  <a:pt x="3363351" y="1444294"/>
                                </a:lnTo>
                                <a:lnTo>
                                  <a:pt x="3374460" y="1430231"/>
                                </a:lnTo>
                                <a:lnTo>
                                  <a:pt x="3370606" y="1432499"/>
                                </a:lnTo>
                                <a:lnTo>
                                  <a:pt x="3367205" y="1434315"/>
                                </a:lnTo>
                                <a:lnTo>
                                  <a:pt x="3364031" y="1435902"/>
                                </a:lnTo>
                                <a:lnTo>
                                  <a:pt x="3361537" y="1437263"/>
                                </a:lnTo>
                                <a:lnTo>
                                  <a:pt x="3359497" y="1438851"/>
                                </a:lnTo>
                                <a:lnTo>
                                  <a:pt x="3357457" y="1440439"/>
                                </a:lnTo>
                                <a:lnTo>
                                  <a:pt x="3356776" y="1441799"/>
                                </a:lnTo>
                                <a:lnTo>
                                  <a:pt x="3356096" y="1442707"/>
                                </a:lnTo>
                                <a:lnTo>
                                  <a:pt x="3354736" y="1445882"/>
                                </a:lnTo>
                                <a:lnTo>
                                  <a:pt x="3357683" y="1447695"/>
                                </a:lnTo>
                                <a:lnTo>
                                  <a:pt x="3360857" y="1446336"/>
                                </a:lnTo>
                                <a:lnTo>
                                  <a:pt x="3358137" y="1450644"/>
                                </a:lnTo>
                                <a:lnTo>
                                  <a:pt x="3366979" y="1460397"/>
                                </a:lnTo>
                                <a:lnTo>
                                  <a:pt x="3365219" y="1462451"/>
                                </a:lnTo>
                                <a:lnTo>
                                  <a:pt x="3365727" y="1463634"/>
                                </a:lnTo>
                                <a:lnTo>
                                  <a:pt x="3366180" y="1464991"/>
                                </a:lnTo>
                                <a:lnTo>
                                  <a:pt x="3366860" y="1466799"/>
                                </a:lnTo>
                                <a:lnTo>
                                  <a:pt x="3366860" y="1468383"/>
                                </a:lnTo>
                                <a:lnTo>
                                  <a:pt x="3367087" y="1470644"/>
                                </a:lnTo>
                                <a:lnTo>
                                  <a:pt x="3366860" y="1472906"/>
                                </a:lnTo>
                                <a:lnTo>
                                  <a:pt x="3366407" y="1475167"/>
                                </a:lnTo>
                                <a:lnTo>
                                  <a:pt x="3365953" y="1477202"/>
                                </a:lnTo>
                                <a:lnTo>
                                  <a:pt x="3365273" y="1479011"/>
                                </a:lnTo>
                                <a:lnTo>
                                  <a:pt x="3364366" y="1481046"/>
                                </a:lnTo>
                                <a:lnTo>
                                  <a:pt x="3363005" y="1482403"/>
                                </a:lnTo>
                                <a:lnTo>
                                  <a:pt x="3361644" y="1483986"/>
                                </a:lnTo>
                                <a:lnTo>
                                  <a:pt x="3360284" y="1485116"/>
                                </a:lnTo>
                                <a:lnTo>
                                  <a:pt x="3358469" y="1486247"/>
                                </a:lnTo>
                                <a:lnTo>
                                  <a:pt x="3356882" y="1487151"/>
                                </a:lnTo>
                                <a:lnTo>
                                  <a:pt x="3353027" y="1488508"/>
                                </a:lnTo>
                                <a:lnTo>
                                  <a:pt x="3349171" y="1489865"/>
                                </a:lnTo>
                                <a:lnTo>
                                  <a:pt x="3345316" y="1490544"/>
                                </a:lnTo>
                                <a:lnTo>
                                  <a:pt x="3341687" y="1491223"/>
                                </a:lnTo>
                                <a:lnTo>
                                  <a:pt x="3341460" y="1491223"/>
                                </a:lnTo>
                                <a:lnTo>
                                  <a:pt x="3341234" y="1491223"/>
                                </a:lnTo>
                                <a:lnTo>
                                  <a:pt x="3341007" y="1491223"/>
                                </a:lnTo>
                                <a:lnTo>
                                  <a:pt x="3339873" y="1479011"/>
                                </a:lnTo>
                                <a:lnTo>
                                  <a:pt x="3338059" y="1479011"/>
                                </a:lnTo>
                                <a:lnTo>
                                  <a:pt x="3336018" y="1479915"/>
                                </a:lnTo>
                                <a:lnTo>
                                  <a:pt x="3333296" y="1496876"/>
                                </a:lnTo>
                                <a:lnTo>
                                  <a:pt x="3342368" y="1494161"/>
                                </a:lnTo>
                                <a:lnTo>
                                  <a:pt x="3333977" y="1500042"/>
                                </a:lnTo>
                                <a:lnTo>
                                  <a:pt x="3336471" y="1502756"/>
                                </a:lnTo>
                                <a:lnTo>
                                  <a:pt x="3340327" y="1498233"/>
                                </a:lnTo>
                                <a:lnTo>
                                  <a:pt x="3331935" y="1516776"/>
                                </a:lnTo>
                                <a:lnTo>
                                  <a:pt x="3336018" y="1543234"/>
                                </a:lnTo>
                                <a:lnTo>
                                  <a:pt x="3327627" y="1541425"/>
                                </a:lnTo>
                                <a:lnTo>
                                  <a:pt x="3319009" y="1539389"/>
                                </a:lnTo>
                                <a:lnTo>
                                  <a:pt x="3310618" y="1537128"/>
                                </a:lnTo>
                                <a:lnTo>
                                  <a:pt x="3305287" y="1535590"/>
                                </a:lnTo>
                                <a:lnTo>
                                  <a:pt x="3321504" y="1543126"/>
                                </a:lnTo>
                                <a:lnTo>
                                  <a:pt x="3336245" y="1543580"/>
                                </a:lnTo>
                                <a:lnTo>
                                  <a:pt x="3340100" y="1555179"/>
                                </a:lnTo>
                                <a:lnTo>
                                  <a:pt x="3332163" y="1560410"/>
                                </a:lnTo>
                                <a:lnTo>
                                  <a:pt x="3318556" y="1568141"/>
                                </a:lnTo>
                                <a:lnTo>
                                  <a:pt x="3314247" y="1598616"/>
                                </a:lnTo>
                                <a:lnTo>
                                  <a:pt x="3301547" y="1612488"/>
                                </a:lnTo>
                                <a:lnTo>
                                  <a:pt x="3303815" y="1613398"/>
                                </a:lnTo>
                                <a:lnTo>
                                  <a:pt x="3308350" y="1615445"/>
                                </a:lnTo>
                                <a:lnTo>
                                  <a:pt x="3314473" y="1618401"/>
                                </a:lnTo>
                                <a:lnTo>
                                  <a:pt x="3320597" y="1621812"/>
                                </a:lnTo>
                                <a:lnTo>
                                  <a:pt x="3323545" y="1623405"/>
                                </a:lnTo>
                                <a:lnTo>
                                  <a:pt x="3326493" y="1625451"/>
                                </a:lnTo>
                                <a:lnTo>
                                  <a:pt x="3328534" y="1627270"/>
                                </a:lnTo>
                                <a:lnTo>
                                  <a:pt x="3330348" y="1629090"/>
                                </a:lnTo>
                                <a:lnTo>
                                  <a:pt x="3331482" y="1630909"/>
                                </a:lnTo>
                                <a:lnTo>
                                  <a:pt x="3331936" y="1631819"/>
                                </a:lnTo>
                                <a:lnTo>
                                  <a:pt x="3331936" y="1632501"/>
                                </a:lnTo>
                                <a:lnTo>
                                  <a:pt x="3331936" y="1633411"/>
                                </a:lnTo>
                                <a:lnTo>
                                  <a:pt x="3331482" y="1634093"/>
                                </a:lnTo>
                                <a:lnTo>
                                  <a:pt x="3331029" y="1634547"/>
                                </a:lnTo>
                                <a:lnTo>
                                  <a:pt x="3330727" y="1634851"/>
                                </a:lnTo>
                                <a:lnTo>
                                  <a:pt x="3334130" y="1635693"/>
                                </a:lnTo>
                                <a:lnTo>
                                  <a:pt x="3335042" y="1637048"/>
                                </a:lnTo>
                                <a:lnTo>
                                  <a:pt x="3336181" y="1638404"/>
                                </a:lnTo>
                                <a:lnTo>
                                  <a:pt x="3337321" y="1639760"/>
                                </a:lnTo>
                                <a:lnTo>
                                  <a:pt x="3338916" y="1641114"/>
                                </a:lnTo>
                                <a:lnTo>
                                  <a:pt x="3342563" y="1643825"/>
                                </a:lnTo>
                                <a:lnTo>
                                  <a:pt x="3346893" y="1646534"/>
                                </a:lnTo>
                                <a:lnTo>
                                  <a:pt x="3351678" y="1649471"/>
                                </a:lnTo>
                                <a:lnTo>
                                  <a:pt x="3356920" y="1652181"/>
                                </a:lnTo>
                                <a:lnTo>
                                  <a:pt x="3367631" y="1657150"/>
                                </a:lnTo>
                                <a:lnTo>
                                  <a:pt x="3378114" y="1662118"/>
                                </a:lnTo>
                                <a:lnTo>
                                  <a:pt x="3386774" y="1665957"/>
                                </a:lnTo>
                                <a:lnTo>
                                  <a:pt x="3390421" y="1667539"/>
                                </a:lnTo>
                                <a:lnTo>
                                  <a:pt x="3392927" y="1669119"/>
                                </a:lnTo>
                                <a:lnTo>
                                  <a:pt x="3394751" y="1670249"/>
                                </a:lnTo>
                                <a:lnTo>
                                  <a:pt x="3394979" y="1670700"/>
                                </a:lnTo>
                                <a:lnTo>
                                  <a:pt x="3395206" y="1671152"/>
                                </a:lnTo>
                                <a:lnTo>
                                  <a:pt x="3385863" y="1680186"/>
                                </a:lnTo>
                                <a:lnTo>
                                  <a:pt x="3355325" y="1677928"/>
                                </a:lnTo>
                                <a:lnTo>
                                  <a:pt x="3354413" y="1678154"/>
                                </a:lnTo>
                                <a:lnTo>
                                  <a:pt x="3341879" y="1685155"/>
                                </a:lnTo>
                                <a:lnTo>
                                  <a:pt x="3329345" y="1685832"/>
                                </a:lnTo>
                                <a:lnTo>
                                  <a:pt x="3326610" y="1687188"/>
                                </a:lnTo>
                                <a:lnTo>
                                  <a:pt x="3319317" y="1696673"/>
                                </a:lnTo>
                                <a:lnTo>
                                  <a:pt x="3313848" y="1703674"/>
                                </a:lnTo>
                                <a:lnTo>
                                  <a:pt x="3289691" y="1721740"/>
                                </a:lnTo>
                                <a:lnTo>
                                  <a:pt x="3272599" y="1743193"/>
                                </a:lnTo>
                                <a:lnTo>
                                  <a:pt x="3271231" y="1738677"/>
                                </a:lnTo>
                                <a:lnTo>
                                  <a:pt x="3270775" y="1736870"/>
                                </a:lnTo>
                                <a:lnTo>
                                  <a:pt x="3270775" y="1735064"/>
                                </a:lnTo>
                                <a:lnTo>
                                  <a:pt x="3270775" y="1733709"/>
                                </a:lnTo>
                                <a:lnTo>
                                  <a:pt x="3270775" y="1732354"/>
                                </a:lnTo>
                                <a:lnTo>
                                  <a:pt x="3271231" y="1730774"/>
                                </a:lnTo>
                                <a:lnTo>
                                  <a:pt x="3271915" y="1729871"/>
                                </a:lnTo>
                                <a:lnTo>
                                  <a:pt x="3272371" y="1728515"/>
                                </a:lnTo>
                                <a:lnTo>
                                  <a:pt x="3273054" y="1727837"/>
                                </a:lnTo>
                                <a:lnTo>
                                  <a:pt x="3274422" y="1726257"/>
                                </a:lnTo>
                                <a:lnTo>
                                  <a:pt x="3276701" y="1724902"/>
                                </a:lnTo>
                                <a:lnTo>
                                  <a:pt x="3278980" y="1723773"/>
                                </a:lnTo>
                                <a:lnTo>
                                  <a:pt x="3283538" y="1721740"/>
                                </a:lnTo>
                                <a:lnTo>
                                  <a:pt x="3286044" y="1720838"/>
                                </a:lnTo>
                                <a:lnTo>
                                  <a:pt x="3288096" y="1719708"/>
                                </a:lnTo>
                                <a:lnTo>
                                  <a:pt x="3290374" y="1718127"/>
                                </a:lnTo>
                                <a:lnTo>
                                  <a:pt x="3292198" y="1716320"/>
                                </a:lnTo>
                                <a:lnTo>
                                  <a:pt x="3292881" y="1715191"/>
                                </a:lnTo>
                                <a:lnTo>
                                  <a:pt x="3293565" y="1714062"/>
                                </a:lnTo>
                                <a:lnTo>
                                  <a:pt x="3294021" y="1712707"/>
                                </a:lnTo>
                                <a:lnTo>
                                  <a:pt x="3294477" y="1711126"/>
                                </a:lnTo>
                                <a:lnTo>
                                  <a:pt x="3290374" y="1712481"/>
                                </a:lnTo>
                                <a:lnTo>
                                  <a:pt x="3285361" y="1713385"/>
                                </a:lnTo>
                                <a:lnTo>
                                  <a:pt x="3279435" y="1714288"/>
                                </a:lnTo>
                                <a:lnTo>
                                  <a:pt x="3273510" y="1714739"/>
                                </a:lnTo>
                                <a:lnTo>
                                  <a:pt x="3270548" y="1714739"/>
                                </a:lnTo>
                                <a:lnTo>
                                  <a:pt x="3267585" y="1714739"/>
                                </a:lnTo>
                                <a:lnTo>
                                  <a:pt x="3265078" y="1714514"/>
                                </a:lnTo>
                                <a:lnTo>
                                  <a:pt x="3262571" y="1714062"/>
                                </a:lnTo>
                                <a:lnTo>
                                  <a:pt x="3260292" y="1713158"/>
                                </a:lnTo>
                                <a:lnTo>
                                  <a:pt x="3258697" y="1712255"/>
                                </a:lnTo>
                                <a:lnTo>
                                  <a:pt x="3256874" y="1710901"/>
                                </a:lnTo>
                                <a:lnTo>
                                  <a:pt x="3256021" y="1709421"/>
                                </a:lnTo>
                                <a:lnTo>
                                  <a:pt x="3255976" y="1709510"/>
                                </a:lnTo>
                                <a:lnTo>
                                  <a:pt x="3254843" y="1707244"/>
                                </a:lnTo>
                                <a:lnTo>
                                  <a:pt x="3208841" y="1703391"/>
                                </a:lnTo>
                                <a:lnTo>
                                  <a:pt x="3202496" y="1705658"/>
                                </a:lnTo>
                                <a:lnTo>
                                  <a:pt x="3192978" y="1712003"/>
                                </a:lnTo>
                                <a:lnTo>
                                  <a:pt x="3178022" y="1708150"/>
                                </a:lnTo>
                                <a:lnTo>
                                  <a:pt x="3163745" y="1721520"/>
                                </a:lnTo>
                                <a:lnTo>
                                  <a:pt x="3147203" y="1722654"/>
                                </a:lnTo>
                                <a:lnTo>
                                  <a:pt x="3154228" y="1733531"/>
                                </a:lnTo>
                                <a:lnTo>
                                  <a:pt x="3158986" y="1739423"/>
                                </a:lnTo>
                                <a:lnTo>
                                  <a:pt x="3182781" y="1750980"/>
                                </a:lnTo>
                                <a:lnTo>
                                  <a:pt x="3165558" y="1748034"/>
                                </a:lnTo>
                                <a:lnTo>
                                  <a:pt x="3154454" y="1746221"/>
                                </a:lnTo>
                                <a:lnTo>
                                  <a:pt x="3149695" y="1745315"/>
                                </a:lnTo>
                                <a:lnTo>
                                  <a:pt x="3165558" y="1760951"/>
                                </a:lnTo>
                                <a:lnTo>
                                  <a:pt x="3163745" y="1760724"/>
                                </a:lnTo>
                                <a:lnTo>
                                  <a:pt x="3160119" y="1759818"/>
                                </a:lnTo>
                                <a:lnTo>
                                  <a:pt x="3149015" y="1756646"/>
                                </a:lnTo>
                                <a:lnTo>
                                  <a:pt x="3133832" y="1752114"/>
                                </a:lnTo>
                                <a:lnTo>
                                  <a:pt x="3134512" y="1754153"/>
                                </a:lnTo>
                                <a:lnTo>
                                  <a:pt x="3135872" y="1755739"/>
                                </a:lnTo>
                                <a:lnTo>
                                  <a:pt x="3137458" y="1757552"/>
                                </a:lnTo>
                                <a:lnTo>
                                  <a:pt x="3139271" y="1759138"/>
                                </a:lnTo>
                                <a:lnTo>
                                  <a:pt x="3141311" y="1760498"/>
                                </a:lnTo>
                                <a:lnTo>
                                  <a:pt x="3143577" y="1761631"/>
                                </a:lnTo>
                                <a:lnTo>
                                  <a:pt x="3147203" y="1763897"/>
                                </a:lnTo>
                                <a:lnTo>
                                  <a:pt x="3149695" y="1765483"/>
                                </a:lnTo>
                                <a:lnTo>
                                  <a:pt x="3150375" y="1765937"/>
                                </a:lnTo>
                                <a:lnTo>
                                  <a:pt x="3150375" y="1766390"/>
                                </a:lnTo>
                                <a:lnTo>
                                  <a:pt x="3150375" y="1766617"/>
                                </a:lnTo>
                                <a:lnTo>
                                  <a:pt x="3149242" y="1767070"/>
                                </a:lnTo>
                                <a:lnTo>
                                  <a:pt x="3147656" y="1767070"/>
                                </a:lnTo>
                                <a:lnTo>
                                  <a:pt x="3141311" y="1767296"/>
                                </a:lnTo>
                                <a:lnTo>
                                  <a:pt x="3128847" y="1753700"/>
                                </a:lnTo>
                                <a:lnTo>
                                  <a:pt x="3108679" y="1745088"/>
                                </a:lnTo>
                                <a:lnTo>
                                  <a:pt x="3106186" y="1743275"/>
                                </a:lnTo>
                                <a:lnTo>
                                  <a:pt x="3110038" y="1735571"/>
                                </a:lnTo>
                                <a:lnTo>
                                  <a:pt x="3105279" y="1737610"/>
                                </a:lnTo>
                                <a:lnTo>
                                  <a:pt x="3101654" y="1739876"/>
                                </a:lnTo>
                                <a:lnTo>
                                  <a:pt x="3098481" y="1742143"/>
                                </a:lnTo>
                                <a:lnTo>
                                  <a:pt x="3096442" y="1744408"/>
                                </a:lnTo>
                                <a:lnTo>
                                  <a:pt x="3094629" y="1746901"/>
                                </a:lnTo>
                                <a:lnTo>
                                  <a:pt x="3093722" y="1749168"/>
                                </a:lnTo>
                                <a:lnTo>
                                  <a:pt x="3093269" y="1751660"/>
                                </a:lnTo>
                                <a:lnTo>
                                  <a:pt x="3093269" y="1754153"/>
                                </a:lnTo>
                                <a:lnTo>
                                  <a:pt x="3093949" y="1756872"/>
                                </a:lnTo>
                                <a:lnTo>
                                  <a:pt x="3094855" y="1759138"/>
                                </a:lnTo>
                                <a:lnTo>
                                  <a:pt x="3096442" y="1761858"/>
                                </a:lnTo>
                                <a:lnTo>
                                  <a:pt x="3098028" y="1764350"/>
                                </a:lnTo>
                                <a:lnTo>
                                  <a:pt x="3100294" y="1767070"/>
                                </a:lnTo>
                                <a:lnTo>
                                  <a:pt x="3102787" y="1769336"/>
                                </a:lnTo>
                                <a:lnTo>
                                  <a:pt x="3107999" y="1774548"/>
                                </a:lnTo>
                                <a:lnTo>
                                  <a:pt x="3113891" y="1779534"/>
                                </a:lnTo>
                                <a:lnTo>
                                  <a:pt x="3119783" y="1784746"/>
                                </a:lnTo>
                                <a:lnTo>
                                  <a:pt x="3125448" y="1789278"/>
                                </a:lnTo>
                                <a:lnTo>
                                  <a:pt x="3130660" y="1794037"/>
                                </a:lnTo>
                                <a:lnTo>
                                  <a:pt x="3133153" y="1796303"/>
                                </a:lnTo>
                                <a:lnTo>
                                  <a:pt x="3134966" y="1798343"/>
                                </a:lnTo>
                                <a:lnTo>
                                  <a:pt x="3136552" y="1800609"/>
                                </a:lnTo>
                                <a:lnTo>
                                  <a:pt x="3137911" y="1802422"/>
                                </a:lnTo>
                                <a:lnTo>
                                  <a:pt x="3138591" y="1804462"/>
                                </a:lnTo>
                                <a:lnTo>
                                  <a:pt x="3139045" y="1806274"/>
                                </a:lnTo>
                                <a:lnTo>
                                  <a:pt x="3138818" y="1808087"/>
                                </a:lnTo>
                                <a:lnTo>
                                  <a:pt x="3138138" y="1809674"/>
                                </a:lnTo>
                                <a:lnTo>
                                  <a:pt x="3135192" y="1812166"/>
                                </a:lnTo>
                                <a:lnTo>
                                  <a:pt x="3133153" y="1813753"/>
                                </a:lnTo>
                                <a:lnTo>
                                  <a:pt x="3131566" y="1814659"/>
                                </a:lnTo>
                                <a:lnTo>
                                  <a:pt x="3131113" y="1814659"/>
                                </a:lnTo>
                                <a:lnTo>
                                  <a:pt x="3130887" y="1814659"/>
                                </a:lnTo>
                                <a:lnTo>
                                  <a:pt x="3130660" y="1814433"/>
                                </a:lnTo>
                                <a:lnTo>
                                  <a:pt x="3130660" y="1814206"/>
                                </a:lnTo>
                                <a:lnTo>
                                  <a:pt x="3131340" y="1812620"/>
                                </a:lnTo>
                                <a:lnTo>
                                  <a:pt x="3132473" y="1810807"/>
                                </a:lnTo>
                                <a:lnTo>
                                  <a:pt x="3134512" y="1807861"/>
                                </a:lnTo>
                                <a:lnTo>
                                  <a:pt x="3118649" y="1802649"/>
                                </a:lnTo>
                                <a:lnTo>
                                  <a:pt x="3130433" y="1817378"/>
                                </a:lnTo>
                                <a:lnTo>
                                  <a:pt x="3128167" y="1819871"/>
                                </a:lnTo>
                                <a:lnTo>
                                  <a:pt x="3125674" y="1822364"/>
                                </a:lnTo>
                                <a:lnTo>
                                  <a:pt x="3123408" y="1824404"/>
                                </a:lnTo>
                                <a:lnTo>
                                  <a:pt x="3120689" y="1825763"/>
                                </a:lnTo>
                                <a:lnTo>
                                  <a:pt x="3117743" y="1827123"/>
                                </a:lnTo>
                                <a:lnTo>
                                  <a:pt x="3114797" y="1827803"/>
                                </a:lnTo>
                                <a:lnTo>
                                  <a:pt x="3111625" y="1828030"/>
                                </a:lnTo>
                                <a:lnTo>
                                  <a:pt x="3108452" y="1828030"/>
                                </a:lnTo>
                                <a:lnTo>
                                  <a:pt x="3115024" y="1829616"/>
                                </a:lnTo>
                                <a:lnTo>
                                  <a:pt x="3122049" y="1831429"/>
                                </a:lnTo>
                                <a:lnTo>
                                  <a:pt x="3136552" y="1834601"/>
                                </a:lnTo>
                                <a:lnTo>
                                  <a:pt x="3143577" y="1836414"/>
                                </a:lnTo>
                                <a:lnTo>
                                  <a:pt x="3150375" y="1838454"/>
                                </a:lnTo>
                                <a:lnTo>
                                  <a:pt x="3156947" y="1840946"/>
                                </a:lnTo>
                                <a:lnTo>
                                  <a:pt x="3162351" y="1842810"/>
                                </a:lnTo>
                                <a:lnTo>
                                  <a:pt x="3161213" y="1841215"/>
                                </a:lnTo>
                                <a:lnTo>
                                  <a:pt x="3158957" y="1838914"/>
                                </a:lnTo>
                                <a:lnTo>
                                  <a:pt x="3156926" y="1836613"/>
                                </a:lnTo>
                                <a:lnTo>
                                  <a:pt x="3154444" y="1834542"/>
                                </a:lnTo>
                                <a:lnTo>
                                  <a:pt x="3151736" y="1832702"/>
                                </a:lnTo>
                                <a:lnTo>
                                  <a:pt x="3148803" y="1831092"/>
                                </a:lnTo>
                                <a:lnTo>
                                  <a:pt x="3145644" y="1829481"/>
                                </a:lnTo>
                                <a:lnTo>
                                  <a:pt x="3125788" y="1829021"/>
                                </a:lnTo>
                                <a:lnTo>
                                  <a:pt x="3140003" y="1816136"/>
                                </a:lnTo>
                                <a:lnTo>
                                  <a:pt x="3145193" y="1817057"/>
                                </a:lnTo>
                                <a:lnTo>
                                  <a:pt x="3162792" y="1829021"/>
                                </a:lnTo>
                                <a:lnTo>
                                  <a:pt x="3186033" y="1831322"/>
                                </a:lnTo>
                                <a:lnTo>
                                  <a:pt x="3195735" y="1850878"/>
                                </a:lnTo>
                                <a:lnTo>
                                  <a:pt x="3211755" y="1857090"/>
                                </a:lnTo>
                                <a:lnTo>
                                  <a:pt x="3214688" y="1862611"/>
                                </a:lnTo>
                                <a:lnTo>
                                  <a:pt x="3214237" y="1863071"/>
                                </a:lnTo>
                                <a:lnTo>
                                  <a:pt x="3212658" y="1863531"/>
                                </a:lnTo>
                                <a:lnTo>
                                  <a:pt x="3210852" y="1863762"/>
                                </a:lnTo>
                                <a:lnTo>
                                  <a:pt x="3208145" y="1863762"/>
                                </a:lnTo>
                                <a:lnTo>
                                  <a:pt x="3206565" y="1863302"/>
                                </a:lnTo>
                                <a:lnTo>
                                  <a:pt x="3204986" y="1863071"/>
                                </a:lnTo>
                                <a:lnTo>
                                  <a:pt x="3203181" y="1862381"/>
                                </a:lnTo>
                                <a:lnTo>
                                  <a:pt x="3201601" y="1861461"/>
                                </a:lnTo>
                                <a:lnTo>
                                  <a:pt x="3199796" y="1860081"/>
                                </a:lnTo>
                                <a:lnTo>
                                  <a:pt x="3197991" y="1858700"/>
                                </a:lnTo>
                                <a:lnTo>
                                  <a:pt x="3195961" y="1856860"/>
                                </a:lnTo>
                                <a:lnTo>
                                  <a:pt x="3194156" y="1855019"/>
                                </a:lnTo>
                                <a:lnTo>
                                  <a:pt x="3183099" y="1845816"/>
                                </a:lnTo>
                                <a:lnTo>
                                  <a:pt x="3169108" y="1846344"/>
                                </a:lnTo>
                                <a:lnTo>
                                  <a:pt x="3169184" y="1846385"/>
                                </a:lnTo>
                                <a:lnTo>
                                  <a:pt x="3171903" y="1848198"/>
                                </a:lnTo>
                                <a:lnTo>
                                  <a:pt x="3174623" y="1849784"/>
                                </a:lnTo>
                                <a:lnTo>
                                  <a:pt x="3177342" y="1851824"/>
                                </a:lnTo>
                                <a:lnTo>
                                  <a:pt x="3179381" y="1853863"/>
                                </a:lnTo>
                                <a:lnTo>
                                  <a:pt x="3181648" y="1856130"/>
                                </a:lnTo>
                                <a:lnTo>
                                  <a:pt x="3183460" y="1858622"/>
                                </a:lnTo>
                                <a:lnTo>
                                  <a:pt x="3185500" y="1861342"/>
                                </a:lnTo>
                                <a:lnTo>
                                  <a:pt x="3186860" y="1863834"/>
                                </a:lnTo>
                                <a:lnTo>
                                  <a:pt x="3188446" y="1867007"/>
                                </a:lnTo>
                                <a:lnTo>
                                  <a:pt x="3189579" y="1870180"/>
                                </a:lnTo>
                                <a:lnTo>
                                  <a:pt x="3190712" y="1873579"/>
                                </a:lnTo>
                                <a:lnTo>
                                  <a:pt x="3191392" y="1877204"/>
                                </a:lnTo>
                                <a:lnTo>
                                  <a:pt x="3191618" y="1880830"/>
                                </a:lnTo>
                                <a:lnTo>
                                  <a:pt x="3191845" y="1885136"/>
                                </a:lnTo>
                                <a:lnTo>
                                  <a:pt x="3184593" y="1880604"/>
                                </a:lnTo>
                                <a:lnTo>
                                  <a:pt x="3177795" y="1876977"/>
                                </a:lnTo>
                                <a:lnTo>
                                  <a:pt x="3174623" y="1875392"/>
                                </a:lnTo>
                                <a:lnTo>
                                  <a:pt x="3171677" y="1874032"/>
                                </a:lnTo>
                                <a:lnTo>
                                  <a:pt x="3168504" y="1872898"/>
                                </a:lnTo>
                                <a:lnTo>
                                  <a:pt x="3165558" y="1872219"/>
                                </a:lnTo>
                                <a:lnTo>
                                  <a:pt x="3162835" y="1871590"/>
                                </a:lnTo>
                                <a:lnTo>
                                  <a:pt x="3163888" y="1873513"/>
                                </a:lnTo>
                                <a:lnTo>
                                  <a:pt x="3159747" y="1876462"/>
                                </a:lnTo>
                                <a:lnTo>
                                  <a:pt x="3159125" y="1876462"/>
                                </a:lnTo>
                                <a:lnTo>
                                  <a:pt x="3161412" y="1871453"/>
                                </a:lnTo>
                                <a:lnTo>
                                  <a:pt x="3159440" y="1871313"/>
                                </a:lnTo>
                                <a:lnTo>
                                  <a:pt x="3156267" y="1871313"/>
                                </a:lnTo>
                                <a:lnTo>
                                  <a:pt x="3153094" y="1871766"/>
                                </a:lnTo>
                                <a:lnTo>
                                  <a:pt x="3149695" y="1872446"/>
                                </a:lnTo>
                                <a:lnTo>
                                  <a:pt x="3146069" y="1873579"/>
                                </a:lnTo>
                                <a:lnTo>
                                  <a:pt x="3142217" y="1875392"/>
                                </a:lnTo>
                                <a:lnTo>
                                  <a:pt x="3138138" y="1877431"/>
                                </a:lnTo>
                                <a:lnTo>
                                  <a:pt x="3155361" y="1895333"/>
                                </a:lnTo>
                                <a:lnTo>
                                  <a:pt x="3157627" y="1892161"/>
                                </a:lnTo>
                                <a:lnTo>
                                  <a:pt x="3166011" y="1899412"/>
                                </a:lnTo>
                                <a:lnTo>
                                  <a:pt x="3154001" y="1908930"/>
                                </a:lnTo>
                                <a:lnTo>
                                  <a:pt x="3146749" y="1902132"/>
                                </a:lnTo>
                                <a:lnTo>
                                  <a:pt x="3129980" y="1898732"/>
                                </a:lnTo>
                                <a:lnTo>
                                  <a:pt x="3127714" y="1897599"/>
                                </a:lnTo>
                                <a:lnTo>
                                  <a:pt x="3138365" y="1916181"/>
                                </a:lnTo>
                                <a:lnTo>
                                  <a:pt x="3150148" y="1932951"/>
                                </a:lnTo>
                                <a:lnTo>
                                  <a:pt x="3152415" y="1945868"/>
                                </a:lnTo>
                                <a:lnTo>
                                  <a:pt x="3160799" y="1953572"/>
                                </a:lnTo>
                                <a:lnTo>
                                  <a:pt x="3160573" y="1955838"/>
                                </a:lnTo>
                                <a:lnTo>
                                  <a:pt x="3137685" y="1940882"/>
                                </a:lnTo>
                                <a:lnTo>
                                  <a:pt x="3135645" y="1940429"/>
                                </a:lnTo>
                                <a:lnTo>
                                  <a:pt x="3133832" y="1940202"/>
                                </a:lnTo>
                                <a:lnTo>
                                  <a:pt x="3132020" y="1940202"/>
                                </a:lnTo>
                                <a:lnTo>
                                  <a:pt x="3130660" y="1940202"/>
                                </a:lnTo>
                                <a:lnTo>
                                  <a:pt x="3129074" y="1940655"/>
                                </a:lnTo>
                                <a:lnTo>
                                  <a:pt x="3127941" y="1941108"/>
                                </a:lnTo>
                                <a:lnTo>
                                  <a:pt x="3127034" y="1942241"/>
                                </a:lnTo>
                                <a:lnTo>
                                  <a:pt x="3125901" y="1943148"/>
                                </a:lnTo>
                                <a:lnTo>
                                  <a:pt x="3125448" y="1944281"/>
                                </a:lnTo>
                                <a:lnTo>
                                  <a:pt x="3124995" y="1945868"/>
                                </a:lnTo>
                                <a:lnTo>
                                  <a:pt x="3124541" y="1947453"/>
                                </a:lnTo>
                                <a:lnTo>
                                  <a:pt x="3124541" y="1949493"/>
                                </a:lnTo>
                                <a:lnTo>
                                  <a:pt x="3124541" y="1951306"/>
                                </a:lnTo>
                                <a:lnTo>
                                  <a:pt x="3124768" y="1953799"/>
                                </a:lnTo>
                                <a:lnTo>
                                  <a:pt x="3125674" y="1959011"/>
                                </a:lnTo>
                                <a:lnTo>
                                  <a:pt x="3124995" y="1958331"/>
                                </a:lnTo>
                                <a:lnTo>
                                  <a:pt x="3123635" y="1956744"/>
                                </a:lnTo>
                                <a:lnTo>
                                  <a:pt x="3118649" y="1951306"/>
                                </a:lnTo>
                                <a:lnTo>
                                  <a:pt x="3112304" y="1944734"/>
                                </a:lnTo>
                                <a:lnTo>
                                  <a:pt x="3108905" y="1941335"/>
                                </a:lnTo>
                                <a:lnTo>
                                  <a:pt x="3105733" y="1938163"/>
                                </a:lnTo>
                                <a:lnTo>
                                  <a:pt x="3102787" y="1935443"/>
                                </a:lnTo>
                                <a:lnTo>
                                  <a:pt x="3099841" y="1933404"/>
                                </a:lnTo>
                                <a:lnTo>
                                  <a:pt x="3098254" y="1932724"/>
                                </a:lnTo>
                                <a:lnTo>
                                  <a:pt x="3097121" y="1932271"/>
                                </a:lnTo>
                                <a:lnTo>
                                  <a:pt x="3096215" y="1932271"/>
                                </a:lnTo>
                                <a:lnTo>
                                  <a:pt x="3095082" y="1932271"/>
                                </a:lnTo>
                                <a:lnTo>
                                  <a:pt x="3094402" y="1932724"/>
                                </a:lnTo>
                                <a:lnTo>
                                  <a:pt x="3093949" y="1933404"/>
                                </a:lnTo>
                                <a:lnTo>
                                  <a:pt x="3093496" y="1934537"/>
                                </a:lnTo>
                                <a:lnTo>
                                  <a:pt x="3093496" y="1936123"/>
                                </a:lnTo>
                                <a:lnTo>
                                  <a:pt x="3093496" y="1937936"/>
                                </a:lnTo>
                                <a:lnTo>
                                  <a:pt x="3093722" y="1940429"/>
                                </a:lnTo>
                                <a:lnTo>
                                  <a:pt x="3094402" y="1943375"/>
                                </a:lnTo>
                                <a:lnTo>
                                  <a:pt x="3095082" y="1946774"/>
                                </a:lnTo>
                                <a:lnTo>
                                  <a:pt x="3093722" y="1946321"/>
                                </a:lnTo>
                                <a:lnTo>
                                  <a:pt x="3092136" y="1945868"/>
                                </a:lnTo>
                                <a:lnTo>
                                  <a:pt x="3090776" y="1944734"/>
                                </a:lnTo>
                                <a:lnTo>
                                  <a:pt x="3089417" y="1943828"/>
                                </a:lnTo>
                                <a:lnTo>
                                  <a:pt x="3086471" y="1941108"/>
                                </a:lnTo>
                                <a:lnTo>
                                  <a:pt x="3083525" y="1937709"/>
                                </a:lnTo>
                                <a:lnTo>
                                  <a:pt x="3080579" y="1933857"/>
                                </a:lnTo>
                                <a:lnTo>
                                  <a:pt x="3077633" y="1929551"/>
                                </a:lnTo>
                                <a:lnTo>
                                  <a:pt x="3071741" y="1920034"/>
                                </a:lnTo>
                                <a:lnTo>
                                  <a:pt x="3065849" y="1910063"/>
                                </a:lnTo>
                                <a:lnTo>
                                  <a:pt x="3062903" y="1905531"/>
                                </a:lnTo>
                                <a:lnTo>
                                  <a:pt x="3059730" y="1900999"/>
                                </a:lnTo>
                                <a:lnTo>
                                  <a:pt x="3056558" y="1897146"/>
                                </a:lnTo>
                                <a:lnTo>
                                  <a:pt x="3053385" y="1893747"/>
                                </a:lnTo>
                                <a:lnTo>
                                  <a:pt x="3051572" y="1892387"/>
                                </a:lnTo>
                                <a:lnTo>
                                  <a:pt x="3049986" y="1890801"/>
                                </a:lnTo>
                                <a:lnTo>
                                  <a:pt x="3048173" y="1889894"/>
                                </a:lnTo>
                                <a:lnTo>
                                  <a:pt x="3046587" y="1888988"/>
                                </a:lnTo>
                                <a:lnTo>
                                  <a:pt x="3057918" y="1874485"/>
                                </a:lnTo>
                                <a:lnTo>
                                  <a:pt x="3071514" y="1868140"/>
                                </a:lnTo>
                                <a:lnTo>
                                  <a:pt x="3083751" y="1862248"/>
                                </a:lnTo>
                                <a:lnTo>
                                  <a:pt x="3088510" y="1863381"/>
                                </a:lnTo>
                                <a:lnTo>
                                  <a:pt x="3093269" y="1864741"/>
                                </a:lnTo>
                                <a:lnTo>
                                  <a:pt x="3101427" y="1867913"/>
                                </a:lnTo>
                                <a:lnTo>
                                  <a:pt x="3108905" y="1870406"/>
                                </a:lnTo>
                                <a:lnTo>
                                  <a:pt x="3112531" y="1871766"/>
                                </a:lnTo>
                                <a:lnTo>
                                  <a:pt x="3115930" y="1872672"/>
                                </a:lnTo>
                                <a:lnTo>
                                  <a:pt x="3119329" y="1873125"/>
                                </a:lnTo>
                                <a:lnTo>
                                  <a:pt x="3122728" y="1873579"/>
                                </a:lnTo>
                                <a:lnTo>
                                  <a:pt x="3126354" y="1873352"/>
                                </a:lnTo>
                                <a:lnTo>
                                  <a:pt x="3129753" y="1872672"/>
                                </a:lnTo>
                                <a:lnTo>
                                  <a:pt x="3133379" y="1871766"/>
                                </a:lnTo>
                                <a:lnTo>
                                  <a:pt x="3137005" y="1869726"/>
                                </a:lnTo>
                                <a:lnTo>
                                  <a:pt x="3140857" y="1867233"/>
                                </a:lnTo>
                                <a:lnTo>
                                  <a:pt x="3144936" y="1864288"/>
                                </a:lnTo>
                                <a:lnTo>
                                  <a:pt x="3144483" y="1862248"/>
                                </a:lnTo>
                                <a:lnTo>
                                  <a:pt x="3117743" y="1857036"/>
                                </a:lnTo>
                                <a:lnTo>
                                  <a:pt x="3113664" y="1860435"/>
                                </a:lnTo>
                                <a:lnTo>
                                  <a:pt x="3103693" y="1853183"/>
                                </a:lnTo>
                                <a:lnTo>
                                  <a:pt x="3103693" y="1854996"/>
                                </a:lnTo>
                                <a:lnTo>
                                  <a:pt x="3103013" y="1856356"/>
                                </a:lnTo>
                                <a:lnTo>
                                  <a:pt x="3101880" y="1857716"/>
                                </a:lnTo>
                                <a:lnTo>
                                  <a:pt x="3100747" y="1858622"/>
                                </a:lnTo>
                                <a:lnTo>
                                  <a:pt x="3098934" y="1859302"/>
                                </a:lnTo>
                                <a:lnTo>
                                  <a:pt x="3097348" y="1859755"/>
                                </a:lnTo>
                                <a:lnTo>
                                  <a:pt x="3095308" y="1860209"/>
                                </a:lnTo>
                                <a:lnTo>
                                  <a:pt x="3093269" y="1860435"/>
                                </a:lnTo>
                                <a:lnTo>
                                  <a:pt x="3088963" y="1860435"/>
                                </a:lnTo>
                                <a:lnTo>
                                  <a:pt x="3085338" y="1860209"/>
                                </a:lnTo>
                                <a:lnTo>
                                  <a:pt x="3082618" y="1859982"/>
                                </a:lnTo>
                                <a:lnTo>
                                  <a:pt x="3081032" y="1859529"/>
                                </a:lnTo>
                                <a:lnTo>
                                  <a:pt x="3076953" y="1861115"/>
                                </a:lnTo>
                                <a:lnTo>
                                  <a:pt x="3073327" y="1862021"/>
                                </a:lnTo>
                                <a:lnTo>
                                  <a:pt x="3070155" y="1862475"/>
                                </a:lnTo>
                                <a:lnTo>
                                  <a:pt x="3067435" y="1862701"/>
                                </a:lnTo>
                                <a:lnTo>
                                  <a:pt x="3064943" y="1862701"/>
                                </a:lnTo>
                                <a:lnTo>
                                  <a:pt x="3062903" y="1862475"/>
                                </a:lnTo>
                                <a:lnTo>
                                  <a:pt x="3059277" y="1862248"/>
                                </a:lnTo>
                                <a:lnTo>
                                  <a:pt x="3057464" y="1862021"/>
                                </a:lnTo>
                                <a:lnTo>
                                  <a:pt x="3055878" y="1862021"/>
                                </a:lnTo>
                                <a:lnTo>
                                  <a:pt x="3054065" y="1862248"/>
                                </a:lnTo>
                                <a:lnTo>
                                  <a:pt x="3052479" y="1862701"/>
                                </a:lnTo>
                                <a:lnTo>
                                  <a:pt x="3050439" y="1863608"/>
                                </a:lnTo>
                                <a:lnTo>
                                  <a:pt x="3048173" y="1864967"/>
                                </a:lnTo>
                                <a:lnTo>
                                  <a:pt x="3046134" y="1866554"/>
                                </a:lnTo>
                                <a:lnTo>
                                  <a:pt x="3043414" y="1868820"/>
                                </a:lnTo>
                                <a:lnTo>
                                  <a:pt x="3041148" y="1864514"/>
                                </a:lnTo>
                                <a:lnTo>
                                  <a:pt x="3038656" y="1860209"/>
                                </a:lnTo>
                                <a:lnTo>
                                  <a:pt x="3035710" y="1856130"/>
                                </a:lnTo>
                                <a:lnTo>
                                  <a:pt x="3032537" y="1852504"/>
                                </a:lnTo>
                                <a:lnTo>
                                  <a:pt x="3029138" y="1848651"/>
                                </a:lnTo>
                                <a:lnTo>
                                  <a:pt x="3025512" y="1845252"/>
                                </a:lnTo>
                                <a:lnTo>
                                  <a:pt x="3021886" y="1841853"/>
                                </a:lnTo>
                                <a:lnTo>
                                  <a:pt x="3017807" y="1838680"/>
                                </a:lnTo>
                                <a:lnTo>
                                  <a:pt x="3025739" y="1835961"/>
                                </a:lnTo>
                                <a:lnTo>
                                  <a:pt x="3030724" y="1835961"/>
                                </a:lnTo>
                                <a:lnTo>
                                  <a:pt x="3032990" y="1835961"/>
                                </a:lnTo>
                                <a:lnTo>
                                  <a:pt x="3034803" y="1835734"/>
                                </a:lnTo>
                                <a:lnTo>
                                  <a:pt x="3036389" y="1835281"/>
                                </a:lnTo>
                                <a:lnTo>
                                  <a:pt x="3036843" y="1835054"/>
                                </a:lnTo>
                                <a:lnTo>
                                  <a:pt x="3037296" y="1834601"/>
                                </a:lnTo>
                                <a:lnTo>
                                  <a:pt x="3037523" y="1833921"/>
                                </a:lnTo>
                                <a:lnTo>
                                  <a:pt x="3037523" y="1833014"/>
                                </a:lnTo>
                                <a:lnTo>
                                  <a:pt x="3037296" y="1832108"/>
                                </a:lnTo>
                                <a:lnTo>
                                  <a:pt x="3037069" y="1831202"/>
                                </a:lnTo>
                                <a:lnTo>
                                  <a:pt x="3018487" y="1836188"/>
                                </a:lnTo>
                                <a:lnTo>
                                  <a:pt x="3016901" y="1833921"/>
                                </a:lnTo>
                                <a:lnTo>
                                  <a:pt x="3015088" y="1831655"/>
                                </a:lnTo>
                                <a:lnTo>
                                  <a:pt x="3013048" y="1829616"/>
                                </a:lnTo>
                                <a:lnTo>
                                  <a:pt x="3011009" y="1827803"/>
                                </a:lnTo>
                                <a:lnTo>
                                  <a:pt x="3006477" y="1824177"/>
                                </a:lnTo>
                                <a:lnTo>
                                  <a:pt x="3001718" y="1820778"/>
                                </a:lnTo>
                                <a:lnTo>
                                  <a:pt x="2996506" y="1817152"/>
                                </a:lnTo>
                                <a:lnTo>
                                  <a:pt x="2991747" y="1813299"/>
                                </a:lnTo>
                                <a:lnTo>
                                  <a:pt x="2989481" y="1811260"/>
                                </a:lnTo>
                                <a:lnTo>
                                  <a:pt x="2987215" y="1808994"/>
                                </a:lnTo>
                                <a:lnTo>
                                  <a:pt x="2985402" y="1806954"/>
                                </a:lnTo>
                                <a:lnTo>
                                  <a:pt x="2983362" y="1804235"/>
                                </a:lnTo>
                                <a:lnTo>
                                  <a:pt x="2980190" y="1802649"/>
                                </a:lnTo>
                                <a:lnTo>
                                  <a:pt x="2982214" y="1801885"/>
                                </a:lnTo>
                                <a:lnTo>
                                  <a:pt x="2979058" y="1802819"/>
                                </a:lnTo>
                                <a:lnTo>
                                  <a:pt x="2978807" y="1802422"/>
                                </a:lnTo>
                                <a:lnTo>
                                  <a:pt x="2974749" y="1795995"/>
                                </a:lnTo>
                                <a:lnTo>
                                  <a:pt x="2972934" y="1793948"/>
                                </a:lnTo>
                                <a:lnTo>
                                  <a:pt x="2968625" y="1788716"/>
                                </a:lnTo>
                                <a:lnTo>
                                  <a:pt x="2962502" y="1782120"/>
                                </a:lnTo>
                                <a:lnTo>
                                  <a:pt x="2955925" y="1775523"/>
                                </a:lnTo>
                                <a:lnTo>
                                  <a:pt x="2949802" y="1769837"/>
                                </a:lnTo>
                                <a:lnTo>
                                  <a:pt x="2947307" y="1768017"/>
                                </a:lnTo>
                                <a:lnTo>
                                  <a:pt x="2946050" y="1767229"/>
                                </a:lnTo>
                                <a:lnTo>
                                  <a:pt x="2945947" y="1762558"/>
                                </a:lnTo>
                                <a:lnTo>
                                  <a:pt x="2938236" y="1757099"/>
                                </a:lnTo>
                                <a:lnTo>
                                  <a:pt x="2940504" y="1742541"/>
                                </a:lnTo>
                                <a:lnTo>
                                  <a:pt x="2942318" y="1741860"/>
                                </a:lnTo>
                                <a:lnTo>
                                  <a:pt x="2943679" y="1737537"/>
                                </a:lnTo>
                                <a:lnTo>
                                  <a:pt x="2943225" y="1722070"/>
                                </a:lnTo>
                                <a:lnTo>
                                  <a:pt x="2939370" y="1718431"/>
                                </a:lnTo>
                                <a:lnTo>
                                  <a:pt x="2940050" y="1713881"/>
                                </a:lnTo>
                                <a:lnTo>
                                  <a:pt x="2942772" y="1699779"/>
                                </a:lnTo>
                                <a:lnTo>
                                  <a:pt x="2942545" y="1697504"/>
                                </a:lnTo>
                                <a:lnTo>
                                  <a:pt x="2939824" y="1693637"/>
                                </a:lnTo>
                                <a:lnTo>
                                  <a:pt x="2932793" y="1693182"/>
                                </a:lnTo>
                                <a:lnTo>
                                  <a:pt x="2932340" y="1692500"/>
                                </a:lnTo>
                                <a:lnTo>
                                  <a:pt x="2933247" y="1692727"/>
                                </a:lnTo>
                                <a:lnTo>
                                  <a:pt x="2930540" y="1683905"/>
                                </a:lnTo>
                                <a:lnTo>
                                  <a:pt x="2930310" y="1684003"/>
                                </a:lnTo>
                                <a:lnTo>
                                  <a:pt x="2932907" y="1692327"/>
                                </a:lnTo>
                                <a:lnTo>
                                  <a:pt x="2921034" y="1685941"/>
                                </a:lnTo>
                                <a:lnTo>
                                  <a:pt x="2920886" y="1685975"/>
                                </a:lnTo>
                                <a:lnTo>
                                  <a:pt x="2920658" y="1685975"/>
                                </a:lnTo>
                                <a:lnTo>
                                  <a:pt x="2911330" y="1678876"/>
                                </a:lnTo>
                                <a:lnTo>
                                  <a:pt x="2891990" y="1667882"/>
                                </a:lnTo>
                                <a:lnTo>
                                  <a:pt x="2891763" y="1667882"/>
                                </a:lnTo>
                                <a:lnTo>
                                  <a:pt x="2901091" y="1667653"/>
                                </a:lnTo>
                                <a:lnTo>
                                  <a:pt x="2894721" y="1666508"/>
                                </a:lnTo>
                                <a:lnTo>
                                  <a:pt x="2886807" y="1662735"/>
                                </a:lnTo>
                                <a:lnTo>
                                  <a:pt x="2889251" y="1666736"/>
                                </a:lnTo>
                                <a:lnTo>
                                  <a:pt x="2889251" y="1666927"/>
                                </a:lnTo>
                                <a:lnTo>
                                  <a:pt x="2888995" y="1666927"/>
                                </a:lnTo>
                                <a:lnTo>
                                  <a:pt x="2884253" y="1666422"/>
                                </a:lnTo>
                                <a:lnTo>
                                  <a:pt x="2884488" y="1666995"/>
                                </a:lnTo>
                                <a:lnTo>
                                  <a:pt x="2881241" y="1666068"/>
                                </a:lnTo>
                                <a:lnTo>
                                  <a:pt x="2856894" y="1654010"/>
                                </a:lnTo>
                                <a:lnTo>
                                  <a:pt x="2842285" y="1652850"/>
                                </a:lnTo>
                                <a:lnTo>
                                  <a:pt x="2828604" y="1648676"/>
                                </a:lnTo>
                                <a:lnTo>
                                  <a:pt x="2822575" y="1648676"/>
                                </a:lnTo>
                                <a:lnTo>
                                  <a:pt x="2826285" y="1647285"/>
                                </a:lnTo>
                                <a:lnTo>
                                  <a:pt x="2830227" y="1646589"/>
                                </a:lnTo>
                                <a:lnTo>
                                  <a:pt x="2833705" y="1646357"/>
                                </a:lnTo>
                                <a:lnTo>
                                  <a:pt x="2837415" y="1646821"/>
                                </a:lnTo>
                                <a:lnTo>
                                  <a:pt x="2840894" y="1647517"/>
                                </a:lnTo>
                                <a:lnTo>
                                  <a:pt x="2844372" y="1649140"/>
                                </a:lnTo>
                                <a:lnTo>
                                  <a:pt x="2848082" y="1650531"/>
                                </a:lnTo>
                                <a:lnTo>
                                  <a:pt x="2852024" y="1652618"/>
                                </a:lnTo>
                                <a:lnTo>
                                  <a:pt x="2848314" y="1650299"/>
                                </a:lnTo>
                                <a:lnTo>
                                  <a:pt x="2857434" y="1651110"/>
                                </a:lnTo>
                                <a:lnTo>
                                  <a:pt x="2854196" y="1649398"/>
                                </a:lnTo>
                                <a:lnTo>
                                  <a:pt x="2844005" y="1648027"/>
                                </a:lnTo>
                                <a:lnTo>
                                  <a:pt x="2843335" y="1646563"/>
                                </a:lnTo>
                                <a:lnTo>
                                  <a:pt x="2842178" y="1645673"/>
                                </a:lnTo>
                                <a:lnTo>
                                  <a:pt x="2838997" y="1643175"/>
                                </a:lnTo>
                                <a:lnTo>
                                  <a:pt x="2835362" y="1640450"/>
                                </a:lnTo>
                                <a:lnTo>
                                  <a:pt x="2831727" y="1638179"/>
                                </a:lnTo>
                                <a:lnTo>
                                  <a:pt x="2827638" y="1635681"/>
                                </a:lnTo>
                                <a:lnTo>
                                  <a:pt x="2823548" y="1633411"/>
                                </a:lnTo>
                                <a:lnTo>
                                  <a:pt x="2818777" y="1631367"/>
                                </a:lnTo>
                                <a:lnTo>
                                  <a:pt x="2814461" y="1629323"/>
                                </a:lnTo>
                                <a:lnTo>
                                  <a:pt x="2809917" y="1627960"/>
                                </a:lnTo>
                                <a:lnTo>
                                  <a:pt x="2805146" y="1626370"/>
                                </a:lnTo>
                                <a:lnTo>
                                  <a:pt x="2800602" y="1625462"/>
                                </a:lnTo>
                                <a:lnTo>
                                  <a:pt x="2796058" y="1625009"/>
                                </a:lnTo>
                                <a:lnTo>
                                  <a:pt x="2791514" y="1624781"/>
                                </a:lnTo>
                                <a:lnTo>
                                  <a:pt x="2787198" y="1625235"/>
                                </a:lnTo>
                                <a:lnTo>
                                  <a:pt x="2784926" y="1625462"/>
                                </a:lnTo>
                                <a:lnTo>
                                  <a:pt x="2783108" y="1625916"/>
                                </a:lnTo>
                                <a:lnTo>
                                  <a:pt x="2780836" y="1626598"/>
                                </a:lnTo>
                                <a:lnTo>
                                  <a:pt x="2779019" y="1627279"/>
                                </a:lnTo>
                                <a:lnTo>
                                  <a:pt x="2772885" y="1628187"/>
                                </a:lnTo>
                                <a:lnTo>
                                  <a:pt x="2771067" y="1627279"/>
                                </a:lnTo>
                                <a:lnTo>
                                  <a:pt x="2763797" y="1618877"/>
                                </a:lnTo>
                                <a:lnTo>
                                  <a:pt x="2739033" y="1605478"/>
                                </a:lnTo>
                                <a:lnTo>
                                  <a:pt x="2730627" y="1595032"/>
                                </a:lnTo>
                                <a:lnTo>
                                  <a:pt x="2749030" y="1593442"/>
                                </a:lnTo>
                                <a:lnTo>
                                  <a:pt x="2746758" y="1592079"/>
                                </a:lnTo>
                                <a:lnTo>
                                  <a:pt x="2743577" y="1589128"/>
                                </a:lnTo>
                                <a:lnTo>
                                  <a:pt x="2735171" y="1580725"/>
                                </a:lnTo>
                                <a:lnTo>
                                  <a:pt x="2724947" y="1570052"/>
                                </a:lnTo>
                                <a:lnTo>
                                  <a:pt x="2719267" y="1565056"/>
                                </a:lnTo>
                                <a:lnTo>
                                  <a:pt x="2714484" y="1560474"/>
                                </a:lnTo>
                                <a:lnTo>
                                  <a:pt x="2714185" y="1560632"/>
                                </a:lnTo>
                                <a:lnTo>
                                  <a:pt x="2705173" y="1560632"/>
                                </a:lnTo>
                                <a:lnTo>
                                  <a:pt x="2700337" y="1554359"/>
                                </a:lnTo>
                                <a:lnTo>
                                  <a:pt x="2703093" y="1551960"/>
                                </a:lnTo>
                                <a:lnTo>
                                  <a:pt x="2701319" y="1550976"/>
                                </a:lnTo>
                                <a:lnTo>
                                  <a:pt x="2699047" y="1549613"/>
                                </a:lnTo>
                                <a:lnTo>
                                  <a:pt x="2696776" y="1549159"/>
                                </a:lnTo>
                                <a:lnTo>
                                  <a:pt x="2695185" y="1548705"/>
                                </a:lnTo>
                                <a:lnTo>
                                  <a:pt x="2693368" y="1548933"/>
                                </a:lnTo>
                                <a:lnTo>
                                  <a:pt x="2691777" y="1549386"/>
                                </a:lnTo>
                                <a:lnTo>
                                  <a:pt x="2690414" y="1550522"/>
                                </a:lnTo>
                                <a:lnTo>
                                  <a:pt x="2689505" y="1552111"/>
                                </a:lnTo>
                                <a:lnTo>
                                  <a:pt x="2688824" y="1554155"/>
                                </a:lnTo>
                                <a:lnTo>
                                  <a:pt x="2688369" y="1556880"/>
                                </a:lnTo>
                                <a:lnTo>
                                  <a:pt x="2688142" y="1560287"/>
                                </a:lnTo>
                                <a:lnTo>
                                  <a:pt x="2688369" y="1564148"/>
                                </a:lnTo>
                                <a:lnTo>
                                  <a:pt x="2683826" y="1563012"/>
                                </a:lnTo>
                                <a:lnTo>
                                  <a:pt x="2677691" y="1576637"/>
                                </a:lnTo>
                                <a:lnTo>
                                  <a:pt x="2672466" y="1568689"/>
                                </a:lnTo>
                                <a:lnTo>
                                  <a:pt x="2667241" y="1560513"/>
                                </a:lnTo>
                                <a:lnTo>
                                  <a:pt x="2664742" y="1556199"/>
                                </a:lnTo>
                                <a:lnTo>
                                  <a:pt x="2662470" y="1551884"/>
                                </a:lnTo>
                                <a:lnTo>
                                  <a:pt x="2660652" y="1547570"/>
                                </a:lnTo>
                                <a:lnTo>
                                  <a:pt x="2659062" y="1543028"/>
                                </a:lnTo>
                                <a:lnTo>
                                  <a:pt x="2661788" y="1543709"/>
                                </a:lnTo>
                                <a:lnTo>
                                  <a:pt x="2664742" y="1544163"/>
                                </a:lnTo>
                                <a:lnTo>
                                  <a:pt x="2665152" y="1544163"/>
                                </a:lnTo>
                                <a:lnTo>
                                  <a:pt x="2664941" y="1543522"/>
                                </a:lnTo>
                                <a:lnTo>
                                  <a:pt x="2664941" y="1543293"/>
                                </a:lnTo>
                                <a:lnTo>
                                  <a:pt x="2665393" y="1542375"/>
                                </a:lnTo>
                                <a:lnTo>
                                  <a:pt x="2666299" y="1541458"/>
                                </a:lnTo>
                                <a:lnTo>
                                  <a:pt x="2667657" y="1540082"/>
                                </a:lnTo>
                                <a:lnTo>
                                  <a:pt x="2670601" y="1537560"/>
                                </a:lnTo>
                                <a:lnTo>
                                  <a:pt x="2671959" y="1535955"/>
                                </a:lnTo>
                                <a:lnTo>
                                  <a:pt x="2673091" y="1534808"/>
                                </a:lnTo>
                                <a:lnTo>
                                  <a:pt x="2673470" y="1534136"/>
                                </a:lnTo>
                                <a:lnTo>
                                  <a:pt x="2669695" y="1536966"/>
                                </a:lnTo>
                                <a:lnTo>
                                  <a:pt x="2668789" y="1530399"/>
                                </a:lnTo>
                                <a:lnTo>
                                  <a:pt x="2664710" y="1530852"/>
                                </a:lnTo>
                                <a:lnTo>
                                  <a:pt x="2661085" y="1531305"/>
                                </a:lnTo>
                                <a:lnTo>
                                  <a:pt x="2657459" y="1531984"/>
                                </a:lnTo>
                                <a:lnTo>
                                  <a:pt x="2653834" y="1532890"/>
                                </a:lnTo>
                                <a:lnTo>
                                  <a:pt x="2650435" y="1534248"/>
                                </a:lnTo>
                                <a:lnTo>
                                  <a:pt x="2647263" y="1535607"/>
                                </a:lnTo>
                                <a:lnTo>
                                  <a:pt x="2640692" y="1538550"/>
                                </a:lnTo>
                                <a:lnTo>
                                  <a:pt x="2627776" y="1544664"/>
                                </a:lnTo>
                                <a:lnTo>
                                  <a:pt x="2621432" y="1547608"/>
                                </a:lnTo>
                                <a:lnTo>
                                  <a:pt x="2618033" y="1548740"/>
                                </a:lnTo>
                                <a:lnTo>
                                  <a:pt x="2614634" y="1549872"/>
                                </a:lnTo>
                                <a:lnTo>
                                  <a:pt x="2613727" y="1551005"/>
                                </a:lnTo>
                                <a:lnTo>
                                  <a:pt x="2613048" y="1552590"/>
                                </a:lnTo>
                                <a:lnTo>
                                  <a:pt x="2612141" y="1554627"/>
                                </a:lnTo>
                                <a:lnTo>
                                  <a:pt x="2611688" y="1556666"/>
                                </a:lnTo>
                                <a:lnTo>
                                  <a:pt x="2611008" y="1562100"/>
                                </a:lnTo>
                                <a:lnTo>
                                  <a:pt x="2610555" y="1568214"/>
                                </a:lnTo>
                                <a:lnTo>
                                  <a:pt x="2610102" y="1574102"/>
                                </a:lnTo>
                                <a:lnTo>
                                  <a:pt x="2609649" y="1578857"/>
                                </a:lnTo>
                                <a:lnTo>
                                  <a:pt x="2608969" y="1581121"/>
                                </a:lnTo>
                                <a:lnTo>
                                  <a:pt x="2608516" y="1582706"/>
                                </a:lnTo>
                                <a:lnTo>
                                  <a:pt x="2608063" y="1583612"/>
                                </a:lnTo>
                                <a:lnTo>
                                  <a:pt x="2607610" y="1584291"/>
                                </a:lnTo>
                                <a:lnTo>
                                  <a:pt x="2607383" y="1584518"/>
                                </a:lnTo>
                                <a:lnTo>
                                  <a:pt x="2603531" y="1591310"/>
                                </a:lnTo>
                                <a:lnTo>
                                  <a:pt x="2600359" y="1597877"/>
                                </a:lnTo>
                                <a:lnTo>
                                  <a:pt x="2597640" y="1603991"/>
                                </a:lnTo>
                                <a:lnTo>
                                  <a:pt x="2597295" y="1605026"/>
                                </a:lnTo>
                                <a:lnTo>
                                  <a:pt x="2597603" y="1604799"/>
                                </a:lnTo>
                                <a:lnTo>
                                  <a:pt x="2600098" y="1602509"/>
                                </a:lnTo>
                                <a:lnTo>
                                  <a:pt x="2603046" y="1600676"/>
                                </a:lnTo>
                                <a:lnTo>
                                  <a:pt x="2605767" y="1598615"/>
                                </a:lnTo>
                                <a:lnTo>
                                  <a:pt x="2607355" y="1602050"/>
                                </a:lnTo>
                                <a:lnTo>
                                  <a:pt x="2608942" y="1605258"/>
                                </a:lnTo>
                                <a:lnTo>
                                  <a:pt x="2611437" y="1608465"/>
                                </a:lnTo>
                                <a:lnTo>
                                  <a:pt x="2614158" y="1611672"/>
                                </a:lnTo>
                                <a:lnTo>
                                  <a:pt x="2617333" y="1614879"/>
                                </a:lnTo>
                                <a:lnTo>
                                  <a:pt x="2620508" y="1617628"/>
                                </a:lnTo>
                                <a:lnTo>
                                  <a:pt x="2624137" y="1620377"/>
                                </a:lnTo>
                                <a:lnTo>
                                  <a:pt x="2627766" y="1623125"/>
                                </a:lnTo>
                                <a:lnTo>
                                  <a:pt x="2631394" y="1625645"/>
                                </a:lnTo>
                                <a:lnTo>
                                  <a:pt x="2635023" y="1628165"/>
                                </a:lnTo>
                                <a:lnTo>
                                  <a:pt x="2642280" y="1632059"/>
                                </a:lnTo>
                                <a:lnTo>
                                  <a:pt x="2648857" y="1635495"/>
                                </a:lnTo>
                                <a:lnTo>
                                  <a:pt x="2654122" y="1637490"/>
                                </a:lnTo>
                                <a:lnTo>
                                  <a:pt x="2654967" y="1635239"/>
                                </a:lnTo>
                                <a:lnTo>
                                  <a:pt x="2657686" y="1636372"/>
                                </a:lnTo>
                                <a:lnTo>
                                  <a:pt x="2660405" y="1637504"/>
                                </a:lnTo>
                                <a:lnTo>
                                  <a:pt x="2662671" y="1639088"/>
                                </a:lnTo>
                                <a:lnTo>
                                  <a:pt x="2664937" y="1640673"/>
                                </a:lnTo>
                                <a:lnTo>
                                  <a:pt x="2667203" y="1642485"/>
                                </a:lnTo>
                                <a:lnTo>
                                  <a:pt x="2669015" y="1644297"/>
                                </a:lnTo>
                                <a:lnTo>
                                  <a:pt x="2670828" y="1646334"/>
                                </a:lnTo>
                                <a:lnTo>
                                  <a:pt x="2672414" y="1648373"/>
                                </a:lnTo>
                                <a:lnTo>
                                  <a:pt x="2675586" y="1652675"/>
                                </a:lnTo>
                                <a:lnTo>
                                  <a:pt x="2678532" y="1657430"/>
                                </a:lnTo>
                                <a:lnTo>
                                  <a:pt x="2681251" y="1662185"/>
                                </a:lnTo>
                                <a:lnTo>
                                  <a:pt x="2683517" y="1667167"/>
                                </a:lnTo>
                                <a:lnTo>
                                  <a:pt x="2688502" y="1676904"/>
                                </a:lnTo>
                                <a:lnTo>
                                  <a:pt x="2691221" y="1681659"/>
                                </a:lnTo>
                                <a:lnTo>
                                  <a:pt x="2694167" y="1686640"/>
                                </a:lnTo>
                                <a:lnTo>
                                  <a:pt x="2697112" y="1690943"/>
                                </a:lnTo>
                                <a:lnTo>
                                  <a:pt x="2698925" y="1692980"/>
                                </a:lnTo>
                                <a:lnTo>
                                  <a:pt x="2700964" y="1694792"/>
                                </a:lnTo>
                                <a:lnTo>
                                  <a:pt x="2702777" y="1696829"/>
                                </a:lnTo>
                                <a:lnTo>
                                  <a:pt x="2705043" y="1698415"/>
                                </a:lnTo>
                                <a:lnTo>
                                  <a:pt x="2707082" y="1700226"/>
                                </a:lnTo>
                                <a:lnTo>
                                  <a:pt x="2709575" y="1701585"/>
                                </a:lnTo>
                                <a:lnTo>
                                  <a:pt x="2715013" y="1704528"/>
                                </a:lnTo>
                                <a:lnTo>
                                  <a:pt x="2719771" y="1707018"/>
                                </a:lnTo>
                                <a:lnTo>
                                  <a:pt x="2724756" y="1708604"/>
                                </a:lnTo>
                                <a:lnTo>
                                  <a:pt x="2729288" y="1709962"/>
                                </a:lnTo>
                                <a:lnTo>
                                  <a:pt x="2733367" y="1710867"/>
                                </a:lnTo>
                                <a:lnTo>
                                  <a:pt x="2737898" y="1711547"/>
                                </a:lnTo>
                                <a:lnTo>
                                  <a:pt x="2741977" y="1711774"/>
                                </a:lnTo>
                                <a:lnTo>
                                  <a:pt x="2746056" y="1711774"/>
                                </a:lnTo>
                                <a:lnTo>
                                  <a:pt x="2750134" y="1711547"/>
                                </a:lnTo>
                                <a:lnTo>
                                  <a:pt x="2754213" y="1711321"/>
                                </a:lnTo>
                                <a:lnTo>
                                  <a:pt x="2762823" y="1710415"/>
                                </a:lnTo>
                                <a:lnTo>
                                  <a:pt x="2772113" y="1709735"/>
                                </a:lnTo>
                                <a:lnTo>
                                  <a:pt x="2776872" y="1709509"/>
                                </a:lnTo>
                                <a:lnTo>
                                  <a:pt x="2782310" y="1709509"/>
                                </a:lnTo>
                                <a:lnTo>
                                  <a:pt x="2784802" y="1711321"/>
                                </a:lnTo>
                                <a:lnTo>
                                  <a:pt x="2783443" y="1714264"/>
                                </a:lnTo>
                                <a:lnTo>
                                  <a:pt x="2782310" y="1716755"/>
                                </a:lnTo>
                                <a:lnTo>
                                  <a:pt x="2781403" y="1719245"/>
                                </a:lnTo>
                                <a:lnTo>
                                  <a:pt x="2780724" y="1721509"/>
                                </a:lnTo>
                                <a:lnTo>
                                  <a:pt x="2780271" y="1723774"/>
                                </a:lnTo>
                                <a:lnTo>
                                  <a:pt x="2780044" y="1725811"/>
                                </a:lnTo>
                                <a:lnTo>
                                  <a:pt x="2780044" y="1727622"/>
                                </a:lnTo>
                                <a:lnTo>
                                  <a:pt x="2780271" y="1729660"/>
                                </a:lnTo>
                                <a:lnTo>
                                  <a:pt x="2780724" y="1731245"/>
                                </a:lnTo>
                                <a:lnTo>
                                  <a:pt x="2781403" y="1733057"/>
                                </a:lnTo>
                                <a:lnTo>
                                  <a:pt x="2782310" y="1734415"/>
                                </a:lnTo>
                                <a:lnTo>
                                  <a:pt x="2783216" y="1736000"/>
                                </a:lnTo>
                                <a:lnTo>
                                  <a:pt x="2784349" y="1737358"/>
                                </a:lnTo>
                                <a:lnTo>
                                  <a:pt x="2785935" y="1738490"/>
                                </a:lnTo>
                                <a:lnTo>
                                  <a:pt x="2787295" y="1739849"/>
                                </a:lnTo>
                                <a:lnTo>
                                  <a:pt x="2789107" y="1740755"/>
                                </a:lnTo>
                                <a:lnTo>
                                  <a:pt x="2792733" y="1743018"/>
                                </a:lnTo>
                                <a:lnTo>
                                  <a:pt x="2797038" y="1744604"/>
                                </a:lnTo>
                                <a:lnTo>
                                  <a:pt x="2802023" y="1746188"/>
                                </a:lnTo>
                                <a:lnTo>
                                  <a:pt x="2807008" y="1747547"/>
                                </a:lnTo>
                                <a:lnTo>
                                  <a:pt x="2812446" y="1748679"/>
                                </a:lnTo>
                                <a:lnTo>
                                  <a:pt x="2818111" y="1750037"/>
                                </a:lnTo>
                                <a:lnTo>
                                  <a:pt x="2830347" y="1751849"/>
                                </a:lnTo>
                                <a:lnTo>
                                  <a:pt x="2843036" y="1754113"/>
                                </a:lnTo>
                                <a:lnTo>
                                  <a:pt x="2855272" y="1756377"/>
                                </a:lnTo>
                                <a:lnTo>
                                  <a:pt x="2861389" y="1757736"/>
                                </a:lnTo>
                                <a:lnTo>
                                  <a:pt x="2867281" y="1759095"/>
                                </a:lnTo>
                                <a:lnTo>
                                  <a:pt x="2872492" y="1760906"/>
                                </a:lnTo>
                                <a:lnTo>
                                  <a:pt x="2877930" y="1762944"/>
                                </a:lnTo>
                                <a:lnTo>
                                  <a:pt x="2882689" y="1764983"/>
                                </a:lnTo>
                                <a:lnTo>
                                  <a:pt x="2886994" y="1767473"/>
                                </a:lnTo>
                                <a:lnTo>
                                  <a:pt x="2889033" y="1768831"/>
                                </a:lnTo>
                                <a:lnTo>
                                  <a:pt x="2890846" y="1770417"/>
                                </a:lnTo>
                                <a:lnTo>
                                  <a:pt x="2892432" y="1772002"/>
                                </a:lnTo>
                                <a:lnTo>
                                  <a:pt x="2894245" y="1773814"/>
                                </a:lnTo>
                                <a:lnTo>
                                  <a:pt x="2895604" y="1775399"/>
                                </a:lnTo>
                                <a:lnTo>
                                  <a:pt x="2896964" y="1777437"/>
                                </a:lnTo>
                                <a:lnTo>
                                  <a:pt x="2897870" y="1779248"/>
                                </a:lnTo>
                                <a:lnTo>
                                  <a:pt x="2898777" y="1781512"/>
                                </a:lnTo>
                                <a:lnTo>
                                  <a:pt x="2899230" y="1783778"/>
                                </a:lnTo>
                                <a:lnTo>
                                  <a:pt x="2899910" y="1786042"/>
                                </a:lnTo>
                                <a:lnTo>
                                  <a:pt x="2900363" y="1788533"/>
                                </a:lnTo>
                                <a:lnTo>
                                  <a:pt x="2900363" y="1791251"/>
                                </a:lnTo>
                                <a:lnTo>
                                  <a:pt x="2896058" y="1805290"/>
                                </a:lnTo>
                                <a:lnTo>
                                  <a:pt x="2895378" y="1805516"/>
                                </a:lnTo>
                                <a:lnTo>
                                  <a:pt x="2889486" y="1801666"/>
                                </a:lnTo>
                                <a:lnTo>
                                  <a:pt x="2883822" y="1798044"/>
                                </a:lnTo>
                                <a:lnTo>
                                  <a:pt x="2878157" y="1794873"/>
                                </a:lnTo>
                                <a:lnTo>
                                  <a:pt x="2872492" y="1791703"/>
                                </a:lnTo>
                                <a:lnTo>
                                  <a:pt x="2866601" y="1788986"/>
                                </a:lnTo>
                                <a:lnTo>
                                  <a:pt x="2860483" y="1786268"/>
                                </a:lnTo>
                                <a:lnTo>
                                  <a:pt x="2853912" y="1783778"/>
                                </a:lnTo>
                                <a:lnTo>
                                  <a:pt x="2846888" y="1781286"/>
                                </a:lnTo>
                                <a:lnTo>
                                  <a:pt x="2845302" y="1781060"/>
                                </a:lnTo>
                                <a:lnTo>
                                  <a:pt x="2843942" y="1780834"/>
                                </a:lnTo>
                                <a:lnTo>
                                  <a:pt x="2842129" y="1780834"/>
                                </a:lnTo>
                                <a:lnTo>
                                  <a:pt x="2840543" y="1781060"/>
                                </a:lnTo>
                                <a:lnTo>
                                  <a:pt x="2836691" y="1781966"/>
                                </a:lnTo>
                                <a:lnTo>
                                  <a:pt x="2832839" y="1783778"/>
                                </a:lnTo>
                                <a:lnTo>
                                  <a:pt x="2828534" y="1785589"/>
                                </a:lnTo>
                                <a:lnTo>
                                  <a:pt x="2824455" y="1788306"/>
                                </a:lnTo>
                                <a:lnTo>
                                  <a:pt x="2820603" y="1791251"/>
                                </a:lnTo>
                                <a:lnTo>
                                  <a:pt x="2816978" y="1794647"/>
                                </a:lnTo>
                                <a:lnTo>
                                  <a:pt x="2813579" y="1798270"/>
                                </a:lnTo>
                                <a:lnTo>
                                  <a:pt x="2812220" y="1800082"/>
                                </a:lnTo>
                                <a:lnTo>
                                  <a:pt x="2810860" y="1801893"/>
                                </a:lnTo>
                                <a:lnTo>
                                  <a:pt x="2809954" y="1803931"/>
                                </a:lnTo>
                                <a:lnTo>
                                  <a:pt x="2809047" y="1805743"/>
                                </a:lnTo>
                                <a:lnTo>
                                  <a:pt x="2808141" y="1807781"/>
                                </a:lnTo>
                                <a:lnTo>
                                  <a:pt x="2807461" y="1809819"/>
                                </a:lnTo>
                                <a:lnTo>
                                  <a:pt x="2807235" y="1811857"/>
                                </a:lnTo>
                                <a:lnTo>
                                  <a:pt x="2807235" y="1813895"/>
                                </a:lnTo>
                                <a:lnTo>
                                  <a:pt x="2807461" y="1815707"/>
                                </a:lnTo>
                                <a:lnTo>
                                  <a:pt x="2807914" y="1817744"/>
                                </a:lnTo>
                                <a:lnTo>
                                  <a:pt x="2808821" y="1819329"/>
                                </a:lnTo>
                                <a:lnTo>
                                  <a:pt x="2809727" y="1821368"/>
                                </a:lnTo>
                                <a:lnTo>
                                  <a:pt x="2811087" y="1822953"/>
                                </a:lnTo>
                                <a:lnTo>
                                  <a:pt x="2812899" y="1824764"/>
                                </a:lnTo>
                                <a:lnTo>
                                  <a:pt x="2837824" y="1834955"/>
                                </a:lnTo>
                                <a:lnTo>
                                  <a:pt x="2840090" y="1839483"/>
                                </a:lnTo>
                                <a:lnTo>
                                  <a:pt x="2841676" y="1843560"/>
                                </a:lnTo>
                                <a:lnTo>
                                  <a:pt x="2842583" y="1846729"/>
                                </a:lnTo>
                                <a:lnTo>
                                  <a:pt x="2842809" y="1849673"/>
                                </a:lnTo>
                                <a:lnTo>
                                  <a:pt x="2842809" y="1851031"/>
                                </a:lnTo>
                                <a:lnTo>
                                  <a:pt x="2842583" y="1851938"/>
                                </a:lnTo>
                                <a:lnTo>
                                  <a:pt x="2841450" y="1853750"/>
                                </a:lnTo>
                                <a:lnTo>
                                  <a:pt x="2840317" y="1855335"/>
                                </a:lnTo>
                                <a:lnTo>
                                  <a:pt x="2838731" y="1856467"/>
                                </a:lnTo>
                                <a:lnTo>
                                  <a:pt x="2836918" y="1857825"/>
                                </a:lnTo>
                                <a:lnTo>
                                  <a:pt x="2834652" y="1858957"/>
                                </a:lnTo>
                                <a:lnTo>
                                  <a:pt x="2829894" y="1861448"/>
                                </a:lnTo>
                                <a:lnTo>
                                  <a:pt x="2827401" y="1862807"/>
                                </a:lnTo>
                                <a:lnTo>
                                  <a:pt x="2824909" y="1864619"/>
                                </a:lnTo>
                                <a:lnTo>
                                  <a:pt x="2822643" y="1866656"/>
                                </a:lnTo>
                                <a:lnTo>
                                  <a:pt x="2820150" y="1869148"/>
                                </a:lnTo>
                                <a:lnTo>
                                  <a:pt x="2819697" y="1872544"/>
                                </a:lnTo>
                                <a:lnTo>
                                  <a:pt x="2819017" y="1876167"/>
                                </a:lnTo>
                                <a:lnTo>
                                  <a:pt x="2817884" y="1880242"/>
                                </a:lnTo>
                                <a:lnTo>
                                  <a:pt x="2816525" y="1884545"/>
                                </a:lnTo>
                                <a:lnTo>
                                  <a:pt x="2815165" y="1888848"/>
                                </a:lnTo>
                                <a:lnTo>
                                  <a:pt x="2813579" y="1893151"/>
                                </a:lnTo>
                                <a:lnTo>
                                  <a:pt x="2811540" y="1897453"/>
                                </a:lnTo>
                                <a:lnTo>
                                  <a:pt x="2809727" y="1901981"/>
                                </a:lnTo>
                                <a:lnTo>
                                  <a:pt x="2807461" y="1906057"/>
                                </a:lnTo>
                                <a:lnTo>
                                  <a:pt x="2804969" y="1909907"/>
                                </a:lnTo>
                                <a:lnTo>
                                  <a:pt x="2802476" y="1913530"/>
                                </a:lnTo>
                                <a:lnTo>
                                  <a:pt x="2799531" y="1916700"/>
                                </a:lnTo>
                                <a:lnTo>
                                  <a:pt x="2796585" y="1919418"/>
                                </a:lnTo>
                                <a:lnTo>
                                  <a:pt x="2793413" y="1921682"/>
                                </a:lnTo>
                                <a:lnTo>
                                  <a:pt x="2791600" y="1922588"/>
                                </a:lnTo>
                                <a:lnTo>
                                  <a:pt x="2790014" y="1923267"/>
                                </a:lnTo>
                                <a:lnTo>
                                  <a:pt x="2788201" y="1923720"/>
                                </a:lnTo>
                                <a:lnTo>
                                  <a:pt x="2786388" y="1924173"/>
                                </a:lnTo>
                                <a:lnTo>
                                  <a:pt x="2784576" y="1921908"/>
                                </a:lnTo>
                                <a:lnTo>
                                  <a:pt x="2782990" y="1919190"/>
                                </a:lnTo>
                                <a:lnTo>
                                  <a:pt x="2781403" y="1916248"/>
                                </a:lnTo>
                                <a:lnTo>
                                  <a:pt x="2780044" y="1913078"/>
                                </a:lnTo>
                                <a:lnTo>
                                  <a:pt x="2779138" y="1909680"/>
                                </a:lnTo>
                                <a:lnTo>
                                  <a:pt x="2778458" y="1906284"/>
                                </a:lnTo>
                                <a:lnTo>
                                  <a:pt x="2777778" y="1902887"/>
                                </a:lnTo>
                                <a:lnTo>
                                  <a:pt x="2777551" y="1899491"/>
                                </a:lnTo>
                                <a:lnTo>
                                  <a:pt x="2777778" y="1896094"/>
                                </a:lnTo>
                                <a:lnTo>
                                  <a:pt x="2778684" y="1892924"/>
                                </a:lnTo>
                                <a:lnTo>
                                  <a:pt x="2779591" y="1889754"/>
                                </a:lnTo>
                                <a:lnTo>
                                  <a:pt x="2780950" y="1886810"/>
                                </a:lnTo>
                                <a:lnTo>
                                  <a:pt x="2782083" y="1885678"/>
                                </a:lnTo>
                                <a:lnTo>
                                  <a:pt x="2782990" y="1884093"/>
                                </a:lnTo>
                                <a:lnTo>
                                  <a:pt x="2784123" y="1883187"/>
                                </a:lnTo>
                                <a:lnTo>
                                  <a:pt x="2785709" y="1882055"/>
                                </a:lnTo>
                                <a:lnTo>
                                  <a:pt x="2787068" y="1881149"/>
                                </a:lnTo>
                                <a:lnTo>
                                  <a:pt x="2788654" y="1880017"/>
                                </a:lnTo>
                                <a:lnTo>
                                  <a:pt x="2790467" y="1879338"/>
                                </a:lnTo>
                                <a:lnTo>
                                  <a:pt x="2792280" y="1878658"/>
                                </a:lnTo>
                                <a:lnTo>
                                  <a:pt x="2800437" y="1870959"/>
                                </a:lnTo>
                                <a:lnTo>
                                  <a:pt x="2793186" y="1858504"/>
                                </a:lnTo>
                                <a:lnTo>
                                  <a:pt x="2788654" y="1851484"/>
                                </a:lnTo>
                                <a:lnTo>
                                  <a:pt x="2783443" y="1843560"/>
                                </a:lnTo>
                                <a:lnTo>
                                  <a:pt x="2778005" y="1835860"/>
                                </a:lnTo>
                                <a:lnTo>
                                  <a:pt x="2772340" y="1827934"/>
                                </a:lnTo>
                                <a:lnTo>
                                  <a:pt x="2766449" y="1820009"/>
                                </a:lnTo>
                                <a:lnTo>
                                  <a:pt x="2760104" y="1812763"/>
                                </a:lnTo>
                                <a:lnTo>
                                  <a:pt x="2753533" y="1805743"/>
                                </a:lnTo>
                                <a:lnTo>
                                  <a:pt x="2750134" y="1802572"/>
                                </a:lnTo>
                                <a:lnTo>
                                  <a:pt x="2746735" y="1799628"/>
                                </a:lnTo>
                                <a:lnTo>
                                  <a:pt x="2743563" y="1796911"/>
                                </a:lnTo>
                                <a:lnTo>
                                  <a:pt x="2740164" y="1794420"/>
                                </a:lnTo>
                                <a:lnTo>
                                  <a:pt x="2736765" y="1792156"/>
                                </a:lnTo>
                                <a:lnTo>
                                  <a:pt x="2733367" y="1790344"/>
                                </a:lnTo>
                                <a:lnTo>
                                  <a:pt x="2729968" y="1788533"/>
                                </a:lnTo>
                                <a:lnTo>
                                  <a:pt x="2726569" y="1787401"/>
                                </a:lnTo>
                                <a:lnTo>
                                  <a:pt x="2723397" y="1786268"/>
                                </a:lnTo>
                                <a:lnTo>
                                  <a:pt x="2719998" y="1785815"/>
                                </a:lnTo>
                                <a:lnTo>
                                  <a:pt x="2716826" y="1785815"/>
                                </a:lnTo>
                                <a:lnTo>
                                  <a:pt x="2713427" y="1786268"/>
                                </a:lnTo>
                                <a:lnTo>
                                  <a:pt x="2710254" y="1787174"/>
                                </a:lnTo>
                                <a:lnTo>
                                  <a:pt x="2707082" y="1788533"/>
                                </a:lnTo>
                                <a:lnTo>
                                  <a:pt x="2700058" y="1777210"/>
                                </a:lnTo>
                                <a:lnTo>
                                  <a:pt x="2697565" y="1777663"/>
                                </a:lnTo>
                                <a:lnTo>
                                  <a:pt x="2694846" y="1776757"/>
                                </a:lnTo>
                                <a:lnTo>
                                  <a:pt x="2692127" y="1775173"/>
                                </a:lnTo>
                                <a:lnTo>
                                  <a:pt x="2689182" y="1773587"/>
                                </a:lnTo>
                                <a:lnTo>
                                  <a:pt x="2686236" y="1771323"/>
                                </a:lnTo>
                                <a:lnTo>
                                  <a:pt x="2680118" y="1766568"/>
                                </a:lnTo>
                                <a:lnTo>
                                  <a:pt x="2677172" y="1764077"/>
                                </a:lnTo>
                                <a:lnTo>
                                  <a:pt x="2673774" y="1761585"/>
                                </a:lnTo>
                                <a:lnTo>
                                  <a:pt x="2670601" y="1759774"/>
                                </a:lnTo>
                                <a:lnTo>
                                  <a:pt x="2667203" y="1757963"/>
                                </a:lnTo>
                                <a:lnTo>
                                  <a:pt x="2663804" y="1756830"/>
                                </a:lnTo>
                                <a:lnTo>
                                  <a:pt x="2661991" y="1756377"/>
                                </a:lnTo>
                                <a:lnTo>
                                  <a:pt x="2660405" y="1756377"/>
                                </a:lnTo>
                                <a:lnTo>
                                  <a:pt x="2658592" y="1756151"/>
                                </a:lnTo>
                                <a:lnTo>
                                  <a:pt x="2657006" y="1756377"/>
                                </a:lnTo>
                                <a:lnTo>
                                  <a:pt x="2655193" y="1756604"/>
                                </a:lnTo>
                                <a:lnTo>
                                  <a:pt x="2653607" y="1757283"/>
                                </a:lnTo>
                                <a:lnTo>
                                  <a:pt x="2651794" y="1757963"/>
                                </a:lnTo>
                                <a:lnTo>
                                  <a:pt x="2650208" y="1758868"/>
                                </a:lnTo>
                                <a:lnTo>
                                  <a:pt x="2648396" y="1760453"/>
                                </a:lnTo>
                                <a:lnTo>
                                  <a:pt x="2646356" y="1761812"/>
                                </a:lnTo>
                                <a:lnTo>
                                  <a:pt x="2649302" y="1756830"/>
                                </a:lnTo>
                                <a:lnTo>
                                  <a:pt x="2651794" y="1751849"/>
                                </a:lnTo>
                                <a:lnTo>
                                  <a:pt x="2653607" y="1747321"/>
                                </a:lnTo>
                                <a:lnTo>
                                  <a:pt x="2654740" y="1742792"/>
                                </a:lnTo>
                                <a:lnTo>
                                  <a:pt x="2654848" y="1742073"/>
                                </a:lnTo>
                                <a:lnTo>
                                  <a:pt x="2645229" y="1762127"/>
                                </a:lnTo>
                                <a:lnTo>
                                  <a:pt x="2630034" y="1753509"/>
                                </a:lnTo>
                                <a:lnTo>
                                  <a:pt x="2619148" y="1748293"/>
                                </a:lnTo>
                                <a:lnTo>
                                  <a:pt x="2599644" y="1730150"/>
                                </a:lnTo>
                                <a:lnTo>
                                  <a:pt x="2587625" y="1724027"/>
                                </a:lnTo>
                                <a:lnTo>
                                  <a:pt x="2588985" y="1720852"/>
                                </a:lnTo>
                                <a:lnTo>
                                  <a:pt x="2591027" y="1718130"/>
                                </a:lnTo>
                                <a:lnTo>
                                  <a:pt x="2592841" y="1715409"/>
                                </a:lnTo>
                                <a:lnTo>
                                  <a:pt x="2595109" y="1713141"/>
                                </a:lnTo>
                                <a:lnTo>
                                  <a:pt x="2597603" y="1710873"/>
                                </a:lnTo>
                                <a:lnTo>
                                  <a:pt x="2600098" y="1708605"/>
                                </a:lnTo>
                                <a:lnTo>
                                  <a:pt x="2602819" y="1707018"/>
                                </a:lnTo>
                                <a:lnTo>
                                  <a:pt x="2605541" y="1705203"/>
                                </a:lnTo>
                                <a:lnTo>
                                  <a:pt x="2608489" y="1703843"/>
                                </a:lnTo>
                                <a:lnTo>
                                  <a:pt x="2611437" y="1702935"/>
                                </a:lnTo>
                                <a:lnTo>
                                  <a:pt x="2614612" y="1701801"/>
                                </a:lnTo>
                                <a:lnTo>
                                  <a:pt x="2617561" y="1701121"/>
                                </a:lnTo>
                                <a:lnTo>
                                  <a:pt x="2620736" y="1700441"/>
                                </a:lnTo>
                                <a:lnTo>
                                  <a:pt x="2623684" y="1700214"/>
                                </a:lnTo>
                                <a:lnTo>
                                  <a:pt x="2626859" y="1700214"/>
                                </a:lnTo>
                                <a:lnTo>
                                  <a:pt x="2626893" y="1700214"/>
                                </a:lnTo>
                                <a:lnTo>
                                  <a:pt x="2625284" y="1699999"/>
                                </a:lnTo>
                                <a:lnTo>
                                  <a:pt x="2621885" y="1699773"/>
                                </a:lnTo>
                                <a:lnTo>
                                  <a:pt x="2618259" y="1699773"/>
                                </a:lnTo>
                                <a:lnTo>
                                  <a:pt x="2614634" y="1700453"/>
                                </a:lnTo>
                                <a:lnTo>
                                  <a:pt x="2611235" y="1701358"/>
                                </a:lnTo>
                                <a:lnTo>
                                  <a:pt x="2607610" y="1702717"/>
                                </a:lnTo>
                                <a:lnTo>
                                  <a:pt x="2604211" y="1704301"/>
                                </a:lnTo>
                                <a:lnTo>
                                  <a:pt x="2600812" y="1706566"/>
                                </a:lnTo>
                                <a:lnTo>
                                  <a:pt x="2597640" y="1709056"/>
                                </a:lnTo>
                                <a:lnTo>
                                  <a:pt x="2594694" y="1712000"/>
                                </a:lnTo>
                                <a:lnTo>
                                  <a:pt x="2591748" y="1715396"/>
                                </a:lnTo>
                                <a:lnTo>
                                  <a:pt x="2589029" y="1719471"/>
                                </a:lnTo>
                                <a:lnTo>
                                  <a:pt x="2586763" y="1723774"/>
                                </a:lnTo>
                                <a:lnTo>
                                  <a:pt x="2584497" y="1721057"/>
                                </a:lnTo>
                                <a:lnTo>
                                  <a:pt x="2582005" y="1718792"/>
                                </a:lnTo>
                                <a:lnTo>
                                  <a:pt x="2579966" y="1716755"/>
                                </a:lnTo>
                                <a:lnTo>
                                  <a:pt x="2577926" y="1714943"/>
                                </a:lnTo>
                                <a:lnTo>
                                  <a:pt x="2573621" y="1712000"/>
                                </a:lnTo>
                                <a:lnTo>
                                  <a:pt x="2569316" y="1709509"/>
                                </a:lnTo>
                                <a:lnTo>
                                  <a:pt x="2565011" y="1707018"/>
                                </a:lnTo>
                                <a:lnTo>
                                  <a:pt x="2560479" y="1704075"/>
                                </a:lnTo>
                                <a:lnTo>
                                  <a:pt x="2555947" y="1700679"/>
                                </a:lnTo>
                                <a:lnTo>
                                  <a:pt x="2553681" y="1698867"/>
                                </a:lnTo>
                                <a:lnTo>
                                  <a:pt x="2550962" y="1696377"/>
                                </a:lnTo>
                                <a:lnTo>
                                  <a:pt x="2547790" y="1693206"/>
                                </a:lnTo>
                                <a:lnTo>
                                  <a:pt x="2545071" y="1690036"/>
                                </a:lnTo>
                                <a:lnTo>
                                  <a:pt x="2542578" y="1686640"/>
                                </a:lnTo>
                                <a:lnTo>
                                  <a:pt x="2540086" y="1683244"/>
                                </a:lnTo>
                                <a:lnTo>
                                  <a:pt x="2535554" y="1676225"/>
                                </a:lnTo>
                                <a:lnTo>
                                  <a:pt x="2531249" y="1669205"/>
                                </a:lnTo>
                                <a:lnTo>
                                  <a:pt x="2527397" y="1661959"/>
                                </a:lnTo>
                                <a:lnTo>
                                  <a:pt x="2523092" y="1654939"/>
                                </a:lnTo>
                                <a:lnTo>
                                  <a:pt x="2520599" y="1651090"/>
                                </a:lnTo>
                                <a:lnTo>
                                  <a:pt x="2518107" y="1647467"/>
                                </a:lnTo>
                                <a:lnTo>
                                  <a:pt x="2515614" y="1643844"/>
                                </a:lnTo>
                                <a:lnTo>
                                  <a:pt x="2512669" y="1640220"/>
                                </a:lnTo>
                                <a:lnTo>
                                  <a:pt x="2509270" y="1636824"/>
                                </a:lnTo>
                                <a:lnTo>
                                  <a:pt x="2506098" y="1633654"/>
                                </a:lnTo>
                                <a:lnTo>
                                  <a:pt x="2502925" y="1630937"/>
                                </a:lnTo>
                                <a:lnTo>
                                  <a:pt x="2499980" y="1628673"/>
                                </a:lnTo>
                                <a:lnTo>
                                  <a:pt x="2496807" y="1626634"/>
                                </a:lnTo>
                                <a:lnTo>
                                  <a:pt x="2493862" y="1625276"/>
                                </a:lnTo>
                                <a:lnTo>
                                  <a:pt x="2490916" y="1623691"/>
                                </a:lnTo>
                                <a:lnTo>
                                  <a:pt x="2488197" y="1622785"/>
                                </a:lnTo>
                                <a:lnTo>
                                  <a:pt x="2485251" y="1622332"/>
                                </a:lnTo>
                                <a:lnTo>
                                  <a:pt x="2482306" y="1621879"/>
                                </a:lnTo>
                                <a:lnTo>
                                  <a:pt x="2479587" y="1621879"/>
                                </a:lnTo>
                                <a:lnTo>
                                  <a:pt x="2476641" y="1622106"/>
                                </a:lnTo>
                                <a:lnTo>
                                  <a:pt x="2473922" y="1622332"/>
                                </a:lnTo>
                                <a:lnTo>
                                  <a:pt x="2471429" y="1623011"/>
                                </a:lnTo>
                                <a:lnTo>
                                  <a:pt x="2468710" y="1623691"/>
                                </a:lnTo>
                                <a:lnTo>
                                  <a:pt x="2465991" y="1624823"/>
                                </a:lnTo>
                                <a:lnTo>
                                  <a:pt x="2463499" y="1625955"/>
                                </a:lnTo>
                                <a:lnTo>
                                  <a:pt x="2460780" y="1627314"/>
                                </a:lnTo>
                                <a:lnTo>
                                  <a:pt x="2455795" y="1630484"/>
                                </a:lnTo>
                                <a:lnTo>
                                  <a:pt x="2450583" y="1633881"/>
                                </a:lnTo>
                                <a:lnTo>
                                  <a:pt x="2445598" y="1637730"/>
                                </a:lnTo>
                                <a:lnTo>
                                  <a:pt x="2435628" y="1645881"/>
                                </a:lnTo>
                                <a:lnTo>
                                  <a:pt x="2430417" y="1649731"/>
                                </a:lnTo>
                                <a:lnTo>
                                  <a:pt x="2425432" y="1653581"/>
                                </a:lnTo>
                                <a:lnTo>
                                  <a:pt x="2421404" y="1647804"/>
                                </a:lnTo>
                                <a:lnTo>
                                  <a:pt x="2422076" y="1650713"/>
                                </a:lnTo>
                                <a:lnTo>
                                  <a:pt x="2422525" y="1655512"/>
                                </a:lnTo>
                                <a:lnTo>
                                  <a:pt x="2421178" y="1656197"/>
                                </a:lnTo>
                                <a:lnTo>
                                  <a:pt x="2402320" y="1658939"/>
                                </a:lnTo>
                                <a:lnTo>
                                  <a:pt x="2407314" y="1649621"/>
                                </a:lnTo>
                                <a:lnTo>
                                  <a:pt x="2405024" y="1652983"/>
                                </a:lnTo>
                                <a:lnTo>
                                  <a:pt x="2402510" y="1656446"/>
                                </a:lnTo>
                                <a:lnTo>
                                  <a:pt x="2400224" y="1659677"/>
                                </a:lnTo>
                                <a:lnTo>
                                  <a:pt x="2397709" y="1662678"/>
                                </a:lnTo>
                                <a:lnTo>
                                  <a:pt x="2395194" y="1665447"/>
                                </a:lnTo>
                                <a:lnTo>
                                  <a:pt x="2389479" y="1670525"/>
                                </a:lnTo>
                                <a:lnTo>
                                  <a:pt x="2383764" y="1675603"/>
                                </a:lnTo>
                                <a:lnTo>
                                  <a:pt x="2377364" y="1680450"/>
                                </a:lnTo>
                                <a:lnTo>
                                  <a:pt x="2362733" y="1691528"/>
                                </a:lnTo>
                                <a:lnTo>
                                  <a:pt x="2365476" y="1695452"/>
                                </a:lnTo>
                                <a:lnTo>
                                  <a:pt x="2362276" y="1691528"/>
                                </a:lnTo>
                                <a:lnTo>
                                  <a:pt x="2359533" y="1687605"/>
                                </a:lnTo>
                                <a:lnTo>
                                  <a:pt x="2358581" y="1685874"/>
                                </a:lnTo>
                                <a:lnTo>
                                  <a:pt x="2358344" y="1688591"/>
                                </a:lnTo>
                                <a:lnTo>
                                  <a:pt x="2358118" y="1690856"/>
                                </a:lnTo>
                                <a:lnTo>
                                  <a:pt x="2357437" y="1693124"/>
                                </a:lnTo>
                                <a:lnTo>
                                  <a:pt x="2356757" y="1694937"/>
                                </a:lnTo>
                                <a:lnTo>
                                  <a:pt x="2355623" y="1696977"/>
                                </a:lnTo>
                                <a:lnTo>
                                  <a:pt x="2354262" y="1698790"/>
                                </a:lnTo>
                                <a:lnTo>
                                  <a:pt x="2352448" y="1700150"/>
                                </a:lnTo>
                                <a:lnTo>
                                  <a:pt x="2350407" y="1701283"/>
                                </a:lnTo>
                                <a:lnTo>
                                  <a:pt x="2347912" y="1702643"/>
                                </a:lnTo>
                                <a:lnTo>
                                  <a:pt x="2344964" y="1703323"/>
                                </a:lnTo>
                                <a:lnTo>
                                  <a:pt x="2341789" y="1703776"/>
                                </a:lnTo>
                                <a:lnTo>
                                  <a:pt x="2337934" y="1704003"/>
                                </a:lnTo>
                                <a:lnTo>
                                  <a:pt x="2333398" y="1703776"/>
                                </a:lnTo>
                                <a:lnTo>
                                  <a:pt x="2310039" y="1701283"/>
                                </a:lnTo>
                                <a:lnTo>
                                  <a:pt x="2310719" y="1697883"/>
                                </a:lnTo>
                                <a:lnTo>
                                  <a:pt x="2297112" y="1695617"/>
                                </a:lnTo>
                                <a:lnTo>
                                  <a:pt x="2301875" y="1690177"/>
                                </a:lnTo>
                                <a:lnTo>
                                  <a:pt x="2297339" y="1687910"/>
                                </a:lnTo>
                                <a:lnTo>
                                  <a:pt x="2297112" y="1687910"/>
                                </a:lnTo>
                                <a:lnTo>
                                  <a:pt x="2297793" y="1691310"/>
                                </a:lnTo>
                                <a:lnTo>
                                  <a:pt x="2295978" y="1692670"/>
                                </a:lnTo>
                                <a:lnTo>
                                  <a:pt x="2293937" y="1693124"/>
                                </a:lnTo>
                                <a:lnTo>
                                  <a:pt x="2292350" y="1693351"/>
                                </a:lnTo>
                                <a:lnTo>
                                  <a:pt x="2290535" y="1693124"/>
                                </a:lnTo>
                                <a:lnTo>
                                  <a:pt x="2289175" y="1692670"/>
                                </a:lnTo>
                                <a:lnTo>
                                  <a:pt x="2287814" y="1691991"/>
                                </a:lnTo>
                                <a:lnTo>
                                  <a:pt x="2285546" y="1690404"/>
                                </a:lnTo>
                                <a:lnTo>
                                  <a:pt x="2283959" y="1689271"/>
                                </a:lnTo>
                                <a:lnTo>
                                  <a:pt x="2283278" y="1689044"/>
                                </a:lnTo>
                                <a:lnTo>
                                  <a:pt x="2283052" y="1689271"/>
                                </a:lnTo>
                                <a:lnTo>
                                  <a:pt x="2282825" y="1689951"/>
                                </a:lnTo>
                                <a:lnTo>
                                  <a:pt x="2282825" y="1691083"/>
                                </a:lnTo>
                                <a:lnTo>
                                  <a:pt x="2283278" y="1695843"/>
                                </a:lnTo>
                                <a:lnTo>
                                  <a:pt x="2255837" y="1691991"/>
                                </a:lnTo>
                                <a:lnTo>
                                  <a:pt x="2245859" y="1696977"/>
                                </a:lnTo>
                                <a:lnTo>
                                  <a:pt x="2240869" y="1699697"/>
                                </a:lnTo>
                                <a:lnTo>
                                  <a:pt x="2236107" y="1702416"/>
                                </a:lnTo>
                                <a:lnTo>
                                  <a:pt x="2231571" y="1705136"/>
                                </a:lnTo>
                                <a:lnTo>
                                  <a:pt x="2227035" y="1708309"/>
                                </a:lnTo>
                                <a:lnTo>
                                  <a:pt x="2222953" y="1711482"/>
                                </a:lnTo>
                                <a:lnTo>
                                  <a:pt x="2219325" y="1714881"/>
                                </a:lnTo>
                                <a:lnTo>
                                  <a:pt x="2216150" y="1718735"/>
                                </a:lnTo>
                                <a:lnTo>
                                  <a:pt x="2214789" y="1720775"/>
                                </a:lnTo>
                                <a:lnTo>
                                  <a:pt x="2213428" y="1722814"/>
                                </a:lnTo>
                                <a:lnTo>
                                  <a:pt x="2212521" y="1724854"/>
                                </a:lnTo>
                                <a:lnTo>
                                  <a:pt x="2211614" y="1727120"/>
                                </a:lnTo>
                                <a:lnTo>
                                  <a:pt x="2210707" y="1729387"/>
                                </a:lnTo>
                                <a:lnTo>
                                  <a:pt x="2210027" y="1731653"/>
                                </a:lnTo>
                                <a:lnTo>
                                  <a:pt x="2209800" y="1734146"/>
                                </a:lnTo>
                                <a:lnTo>
                                  <a:pt x="2209573" y="1736639"/>
                                </a:lnTo>
                                <a:lnTo>
                                  <a:pt x="2209573" y="1739360"/>
                                </a:lnTo>
                                <a:lnTo>
                                  <a:pt x="2209800" y="1741852"/>
                                </a:lnTo>
                                <a:lnTo>
                                  <a:pt x="2210253" y="1744572"/>
                                </a:lnTo>
                                <a:lnTo>
                                  <a:pt x="2211160" y="1747518"/>
                                </a:lnTo>
                                <a:lnTo>
                                  <a:pt x="2212068" y="1750692"/>
                                </a:lnTo>
                                <a:lnTo>
                                  <a:pt x="2213202" y="1753638"/>
                                </a:lnTo>
                                <a:lnTo>
                                  <a:pt x="2208893" y="1754998"/>
                                </a:lnTo>
                                <a:lnTo>
                                  <a:pt x="2204584" y="1756131"/>
                                </a:lnTo>
                                <a:lnTo>
                                  <a:pt x="2200048" y="1757038"/>
                                </a:lnTo>
                                <a:lnTo>
                                  <a:pt x="2195739" y="1757717"/>
                                </a:lnTo>
                                <a:lnTo>
                                  <a:pt x="2191430" y="1758397"/>
                                </a:lnTo>
                                <a:lnTo>
                                  <a:pt x="2186668" y="1758851"/>
                                </a:lnTo>
                                <a:lnTo>
                                  <a:pt x="2182359" y="1759078"/>
                                </a:lnTo>
                                <a:lnTo>
                                  <a:pt x="2178050" y="1759078"/>
                                </a:lnTo>
                                <a:lnTo>
                                  <a:pt x="2178051" y="1759068"/>
                                </a:lnTo>
                                <a:lnTo>
                                  <a:pt x="2170646" y="1760542"/>
                                </a:lnTo>
                                <a:lnTo>
                                  <a:pt x="2161194" y="1760312"/>
                                </a:lnTo>
                                <a:lnTo>
                                  <a:pt x="2153355" y="1756871"/>
                                </a:lnTo>
                                <a:lnTo>
                                  <a:pt x="2155120" y="1754530"/>
                                </a:lnTo>
                                <a:lnTo>
                                  <a:pt x="2141781" y="1762126"/>
                                </a:lnTo>
                                <a:lnTo>
                                  <a:pt x="2141746" y="1762777"/>
                                </a:lnTo>
                                <a:lnTo>
                                  <a:pt x="2153005" y="1757188"/>
                                </a:lnTo>
                                <a:lnTo>
                                  <a:pt x="2154613" y="1758529"/>
                                </a:lnTo>
                                <a:lnTo>
                                  <a:pt x="2156451" y="1759647"/>
                                </a:lnTo>
                                <a:lnTo>
                                  <a:pt x="2158749" y="1760765"/>
                                </a:lnTo>
                                <a:lnTo>
                                  <a:pt x="2161047" y="1761436"/>
                                </a:lnTo>
                                <a:lnTo>
                                  <a:pt x="2161783" y="1761579"/>
                                </a:lnTo>
                                <a:lnTo>
                                  <a:pt x="2160571" y="1761243"/>
                                </a:lnTo>
                                <a:lnTo>
                                  <a:pt x="2160359" y="1761021"/>
                                </a:lnTo>
                                <a:lnTo>
                                  <a:pt x="2162507" y="1761720"/>
                                </a:lnTo>
                                <a:lnTo>
                                  <a:pt x="2163344" y="1761883"/>
                                </a:lnTo>
                                <a:lnTo>
                                  <a:pt x="2165642" y="1762107"/>
                                </a:lnTo>
                                <a:lnTo>
                                  <a:pt x="2168170" y="1761883"/>
                                </a:lnTo>
                                <a:lnTo>
                                  <a:pt x="2170238" y="1761212"/>
                                </a:lnTo>
                                <a:lnTo>
                                  <a:pt x="2178050" y="1759647"/>
                                </a:lnTo>
                                <a:lnTo>
                                  <a:pt x="2177131" y="1762554"/>
                                </a:lnTo>
                                <a:lnTo>
                                  <a:pt x="2175752" y="1767249"/>
                                </a:lnTo>
                                <a:lnTo>
                                  <a:pt x="2175614" y="1767504"/>
                                </a:lnTo>
                                <a:lnTo>
                                  <a:pt x="2173684" y="1771050"/>
                                </a:lnTo>
                                <a:lnTo>
                                  <a:pt x="2172365" y="1773476"/>
                                </a:lnTo>
                                <a:lnTo>
                                  <a:pt x="2173987" y="1772812"/>
                                </a:lnTo>
                                <a:lnTo>
                                  <a:pt x="2187562" y="1767261"/>
                                </a:lnTo>
                                <a:lnTo>
                                  <a:pt x="2196864" y="1763644"/>
                                </a:lnTo>
                                <a:lnTo>
                                  <a:pt x="2201402" y="1761836"/>
                                </a:lnTo>
                                <a:lnTo>
                                  <a:pt x="2205259" y="1760706"/>
                                </a:lnTo>
                                <a:lnTo>
                                  <a:pt x="2208662" y="1759802"/>
                                </a:lnTo>
                                <a:lnTo>
                                  <a:pt x="2211612" y="1759124"/>
                                </a:lnTo>
                                <a:lnTo>
                                  <a:pt x="2214108" y="1759124"/>
                                </a:lnTo>
                                <a:lnTo>
                                  <a:pt x="2215015" y="1759350"/>
                                </a:lnTo>
                                <a:lnTo>
                                  <a:pt x="2215923" y="1759576"/>
                                </a:lnTo>
                                <a:lnTo>
                                  <a:pt x="2217738" y="1759576"/>
                                </a:lnTo>
                                <a:lnTo>
                                  <a:pt x="2217511" y="1760932"/>
                                </a:lnTo>
                                <a:lnTo>
                                  <a:pt x="2209343" y="1770877"/>
                                </a:lnTo>
                                <a:lnTo>
                                  <a:pt x="2209116" y="1774268"/>
                                </a:lnTo>
                                <a:lnTo>
                                  <a:pt x="2208662" y="1777432"/>
                                </a:lnTo>
                                <a:lnTo>
                                  <a:pt x="2207982" y="1780144"/>
                                </a:lnTo>
                                <a:lnTo>
                                  <a:pt x="2206847" y="1783082"/>
                                </a:lnTo>
                                <a:lnTo>
                                  <a:pt x="2205486" y="1785795"/>
                                </a:lnTo>
                                <a:lnTo>
                                  <a:pt x="2204124" y="1788507"/>
                                </a:lnTo>
                                <a:lnTo>
                                  <a:pt x="2202309" y="1790993"/>
                                </a:lnTo>
                                <a:lnTo>
                                  <a:pt x="2200721" y="1793027"/>
                                </a:lnTo>
                                <a:lnTo>
                                  <a:pt x="2198452" y="1795288"/>
                                </a:lnTo>
                                <a:lnTo>
                                  <a:pt x="2195956" y="1797322"/>
                                </a:lnTo>
                                <a:lnTo>
                                  <a:pt x="2193461" y="1798904"/>
                                </a:lnTo>
                                <a:lnTo>
                                  <a:pt x="2190965" y="1800712"/>
                                </a:lnTo>
                                <a:lnTo>
                                  <a:pt x="2188015" y="1802295"/>
                                </a:lnTo>
                                <a:lnTo>
                                  <a:pt x="2185066" y="1803425"/>
                                </a:lnTo>
                                <a:lnTo>
                                  <a:pt x="2181889" y="1804781"/>
                                </a:lnTo>
                                <a:lnTo>
                                  <a:pt x="2178486" y="1805911"/>
                                </a:lnTo>
                                <a:lnTo>
                                  <a:pt x="2160562" y="1820602"/>
                                </a:lnTo>
                                <a:lnTo>
                                  <a:pt x="2126982" y="1832808"/>
                                </a:lnTo>
                                <a:lnTo>
                                  <a:pt x="2121764" y="1835746"/>
                                </a:lnTo>
                                <a:lnTo>
                                  <a:pt x="2097487" y="1853150"/>
                                </a:lnTo>
                                <a:lnTo>
                                  <a:pt x="2100890" y="1859930"/>
                                </a:lnTo>
                                <a:lnTo>
                                  <a:pt x="2085915" y="1870779"/>
                                </a:lnTo>
                                <a:lnTo>
                                  <a:pt x="2071394" y="1890669"/>
                                </a:lnTo>
                                <a:lnTo>
                                  <a:pt x="2064361" y="1899936"/>
                                </a:lnTo>
                                <a:lnTo>
                                  <a:pt x="2058008" y="1908073"/>
                                </a:lnTo>
                                <a:lnTo>
                                  <a:pt x="2055285" y="1912367"/>
                                </a:lnTo>
                                <a:lnTo>
                                  <a:pt x="2052790" y="1916210"/>
                                </a:lnTo>
                                <a:lnTo>
                                  <a:pt x="2050748" y="1920052"/>
                                </a:lnTo>
                                <a:lnTo>
                                  <a:pt x="2049159" y="1923894"/>
                                </a:lnTo>
                                <a:lnTo>
                                  <a:pt x="2047798" y="1927736"/>
                                </a:lnTo>
                                <a:lnTo>
                                  <a:pt x="2046890" y="1932031"/>
                                </a:lnTo>
                                <a:lnTo>
                                  <a:pt x="2046664" y="1936099"/>
                                </a:lnTo>
                                <a:lnTo>
                                  <a:pt x="2046890" y="1940394"/>
                                </a:lnTo>
                                <a:lnTo>
                                  <a:pt x="2047344" y="1944914"/>
                                </a:lnTo>
                                <a:lnTo>
                                  <a:pt x="2048932" y="1949886"/>
                                </a:lnTo>
                                <a:lnTo>
                                  <a:pt x="2050748" y="1955085"/>
                                </a:lnTo>
                                <a:lnTo>
                                  <a:pt x="2053243" y="1960735"/>
                                </a:lnTo>
                                <a:lnTo>
                                  <a:pt x="2058689" y="1970002"/>
                                </a:lnTo>
                                <a:lnTo>
                                  <a:pt x="2055966" y="1973393"/>
                                </a:lnTo>
                                <a:lnTo>
                                  <a:pt x="2053243" y="1976557"/>
                                </a:lnTo>
                                <a:lnTo>
                                  <a:pt x="2050067" y="1979721"/>
                                </a:lnTo>
                                <a:lnTo>
                                  <a:pt x="2046890" y="1982207"/>
                                </a:lnTo>
                                <a:lnTo>
                                  <a:pt x="2043714" y="1984920"/>
                                </a:lnTo>
                                <a:lnTo>
                                  <a:pt x="2040084" y="1987406"/>
                                </a:lnTo>
                                <a:lnTo>
                                  <a:pt x="2036454" y="1989666"/>
                                </a:lnTo>
                                <a:lnTo>
                                  <a:pt x="2032596" y="1991700"/>
                                </a:lnTo>
                                <a:lnTo>
                                  <a:pt x="2033504" y="1979721"/>
                                </a:lnTo>
                                <a:lnTo>
                                  <a:pt x="2034185" y="1965934"/>
                                </a:lnTo>
                                <a:lnTo>
                                  <a:pt x="2035546" y="1933839"/>
                                </a:lnTo>
                                <a:lnTo>
                                  <a:pt x="2036680" y="1898806"/>
                                </a:lnTo>
                                <a:lnTo>
                                  <a:pt x="2037588" y="1880498"/>
                                </a:lnTo>
                                <a:lnTo>
                                  <a:pt x="2038949" y="1862417"/>
                                </a:lnTo>
                                <a:lnTo>
                                  <a:pt x="2040538" y="1844561"/>
                                </a:lnTo>
                                <a:lnTo>
                                  <a:pt x="2042353" y="1827157"/>
                                </a:lnTo>
                                <a:lnTo>
                                  <a:pt x="2043487" y="1819020"/>
                                </a:lnTo>
                                <a:lnTo>
                                  <a:pt x="2044622" y="1811109"/>
                                </a:lnTo>
                                <a:lnTo>
                                  <a:pt x="2045983" y="1803198"/>
                                </a:lnTo>
                                <a:lnTo>
                                  <a:pt x="2047344" y="1795965"/>
                                </a:lnTo>
                                <a:lnTo>
                                  <a:pt x="2049159" y="1788959"/>
                                </a:lnTo>
                                <a:lnTo>
                                  <a:pt x="2050748" y="1782404"/>
                                </a:lnTo>
                                <a:lnTo>
                                  <a:pt x="2052790" y="1776075"/>
                                </a:lnTo>
                                <a:lnTo>
                                  <a:pt x="2054832" y="1770651"/>
                                </a:lnTo>
                                <a:lnTo>
                                  <a:pt x="2057100" y="1765452"/>
                                </a:lnTo>
                                <a:lnTo>
                                  <a:pt x="2059596" y="1760932"/>
                                </a:lnTo>
                                <a:lnTo>
                                  <a:pt x="2062319" y="1757089"/>
                                </a:lnTo>
                                <a:lnTo>
                                  <a:pt x="2063680" y="1755055"/>
                                </a:lnTo>
                                <a:lnTo>
                                  <a:pt x="2065042" y="1753699"/>
                                </a:lnTo>
                                <a:lnTo>
                                  <a:pt x="2066403" y="1753699"/>
                                </a:lnTo>
                                <a:lnTo>
                                  <a:pt x="2083420" y="1755508"/>
                                </a:lnTo>
                                <a:lnTo>
                                  <a:pt x="2109966" y="1753925"/>
                                </a:lnTo>
                                <a:lnTo>
                                  <a:pt x="2110492" y="1752731"/>
                                </a:lnTo>
                                <a:lnTo>
                                  <a:pt x="2111646" y="1749362"/>
                                </a:lnTo>
                                <a:lnTo>
                                  <a:pt x="2113944" y="1744667"/>
                                </a:lnTo>
                                <a:lnTo>
                                  <a:pt x="2114042" y="1744676"/>
                                </a:lnTo>
                                <a:lnTo>
                                  <a:pt x="2114050" y="1744658"/>
                                </a:lnTo>
                                <a:lnTo>
                                  <a:pt x="2114043" y="1744676"/>
                                </a:lnTo>
                                <a:lnTo>
                                  <a:pt x="2122905" y="1745561"/>
                                </a:lnTo>
                                <a:lnTo>
                                  <a:pt x="2125203" y="1746455"/>
                                </a:lnTo>
                                <a:lnTo>
                                  <a:pt x="2130487" y="1748915"/>
                                </a:lnTo>
                                <a:lnTo>
                                  <a:pt x="2132326" y="1748691"/>
                                </a:lnTo>
                                <a:lnTo>
                                  <a:pt x="2141944" y="1753915"/>
                                </a:lnTo>
                                <a:lnTo>
                                  <a:pt x="2143217" y="1753250"/>
                                </a:lnTo>
                                <a:lnTo>
                                  <a:pt x="2142519" y="1753200"/>
                                </a:lnTo>
                                <a:lnTo>
                                  <a:pt x="2138138" y="1748383"/>
                                </a:lnTo>
                                <a:lnTo>
                                  <a:pt x="2136294" y="1747924"/>
                                </a:lnTo>
                                <a:lnTo>
                                  <a:pt x="2130761" y="1747924"/>
                                </a:lnTo>
                                <a:lnTo>
                                  <a:pt x="2127764" y="1746548"/>
                                </a:lnTo>
                                <a:lnTo>
                                  <a:pt x="2125919" y="1743565"/>
                                </a:lnTo>
                                <a:lnTo>
                                  <a:pt x="2124766" y="1740812"/>
                                </a:lnTo>
                                <a:lnTo>
                                  <a:pt x="2124075" y="1738059"/>
                                </a:lnTo>
                                <a:lnTo>
                                  <a:pt x="2124075" y="1736877"/>
                                </a:lnTo>
                                <a:lnTo>
                                  <a:pt x="2120219" y="1738453"/>
                                </a:lnTo>
                                <a:lnTo>
                                  <a:pt x="2110241" y="1742986"/>
                                </a:lnTo>
                                <a:lnTo>
                                  <a:pt x="2100489" y="1747065"/>
                                </a:lnTo>
                                <a:lnTo>
                                  <a:pt x="2095727" y="1748652"/>
                                </a:lnTo>
                                <a:lnTo>
                                  <a:pt x="2091191" y="1750465"/>
                                </a:lnTo>
                                <a:lnTo>
                                  <a:pt x="2086655" y="1751599"/>
                                </a:lnTo>
                                <a:lnTo>
                                  <a:pt x="2082346" y="1752505"/>
                                </a:lnTo>
                                <a:lnTo>
                                  <a:pt x="2078264" y="1753411"/>
                                </a:lnTo>
                                <a:lnTo>
                                  <a:pt x="2074409" y="1753638"/>
                                </a:lnTo>
                                <a:lnTo>
                                  <a:pt x="2071007" y="1753411"/>
                                </a:lnTo>
                                <a:lnTo>
                                  <a:pt x="2069419" y="1753184"/>
                                </a:lnTo>
                                <a:lnTo>
                                  <a:pt x="2067605" y="1752505"/>
                                </a:lnTo>
                                <a:lnTo>
                                  <a:pt x="2065564" y="1752958"/>
                                </a:lnTo>
                                <a:lnTo>
                                  <a:pt x="2064884" y="1752278"/>
                                </a:lnTo>
                                <a:lnTo>
                                  <a:pt x="2057853" y="1748878"/>
                                </a:lnTo>
                                <a:lnTo>
                                  <a:pt x="2061709" y="1717829"/>
                                </a:lnTo>
                                <a:lnTo>
                                  <a:pt x="2066018" y="1686777"/>
                                </a:lnTo>
                                <a:lnTo>
                                  <a:pt x="2070553" y="1655724"/>
                                </a:lnTo>
                                <a:lnTo>
                                  <a:pt x="2073048" y="1640084"/>
                                </a:lnTo>
                                <a:lnTo>
                                  <a:pt x="2075316" y="1624897"/>
                                </a:lnTo>
                                <a:lnTo>
                                  <a:pt x="2080532" y="1644845"/>
                                </a:lnTo>
                                <a:lnTo>
                                  <a:pt x="2075543" y="1616738"/>
                                </a:lnTo>
                                <a:lnTo>
                                  <a:pt x="2079625" y="1592712"/>
                                </a:lnTo>
                                <a:lnTo>
                                  <a:pt x="2083707" y="1568460"/>
                                </a:lnTo>
                                <a:lnTo>
                                  <a:pt x="2087789" y="1544433"/>
                                </a:lnTo>
                                <a:lnTo>
                                  <a:pt x="2092325" y="1520406"/>
                                </a:lnTo>
                                <a:lnTo>
                                  <a:pt x="2101169" y="1472573"/>
                                </a:lnTo>
                                <a:lnTo>
                                  <a:pt x="2105025" y="1448998"/>
                                </a:lnTo>
                                <a:lnTo>
                                  <a:pt x="2108880" y="1425423"/>
                                </a:lnTo>
                                <a:lnTo>
                                  <a:pt x="2111602" y="1424516"/>
                                </a:lnTo>
                                <a:lnTo>
                                  <a:pt x="2115230" y="1424062"/>
                                </a:lnTo>
                                <a:lnTo>
                                  <a:pt x="2119539" y="1423609"/>
                                </a:lnTo>
                                <a:lnTo>
                                  <a:pt x="2124755" y="1423155"/>
                                </a:lnTo>
                                <a:lnTo>
                                  <a:pt x="2135414" y="1422702"/>
                                </a:lnTo>
                                <a:lnTo>
                                  <a:pt x="2146073" y="1422022"/>
                                </a:lnTo>
                                <a:lnTo>
                                  <a:pt x="2150835" y="1421342"/>
                                </a:lnTo>
                                <a:lnTo>
                                  <a:pt x="2154691" y="1420664"/>
                                </a:lnTo>
                                <a:lnTo>
                                  <a:pt x="2157866" y="1419983"/>
                                </a:lnTo>
                                <a:lnTo>
                                  <a:pt x="2158773" y="1419529"/>
                                </a:lnTo>
                                <a:lnTo>
                                  <a:pt x="2159453" y="1419076"/>
                                </a:lnTo>
                                <a:lnTo>
                                  <a:pt x="2159907" y="1418623"/>
                                </a:lnTo>
                                <a:lnTo>
                                  <a:pt x="2159907" y="1417715"/>
                                </a:lnTo>
                                <a:lnTo>
                                  <a:pt x="2159680" y="1417262"/>
                                </a:lnTo>
                                <a:lnTo>
                                  <a:pt x="2159000" y="1416582"/>
                                </a:lnTo>
                                <a:lnTo>
                                  <a:pt x="2158093" y="1415676"/>
                                </a:lnTo>
                                <a:lnTo>
                                  <a:pt x="2156278" y="1414541"/>
                                </a:lnTo>
                                <a:lnTo>
                                  <a:pt x="2151516" y="1412729"/>
                                </a:lnTo>
                                <a:lnTo>
                                  <a:pt x="2167391" y="1397311"/>
                                </a:lnTo>
                                <a:lnTo>
                                  <a:pt x="2214789" y="1374418"/>
                                </a:lnTo>
                                <a:lnTo>
                                  <a:pt x="2212975" y="1372378"/>
                                </a:lnTo>
                                <a:lnTo>
                                  <a:pt x="2211841" y="1370338"/>
                                </a:lnTo>
                                <a:lnTo>
                                  <a:pt x="2210707" y="1368525"/>
                                </a:lnTo>
                                <a:lnTo>
                                  <a:pt x="2210027" y="1366484"/>
                                </a:lnTo>
                                <a:lnTo>
                                  <a:pt x="2209800" y="1364671"/>
                                </a:lnTo>
                                <a:lnTo>
                                  <a:pt x="2209800" y="1362629"/>
                                </a:lnTo>
                                <a:lnTo>
                                  <a:pt x="2210027" y="1360590"/>
                                </a:lnTo>
                                <a:lnTo>
                                  <a:pt x="2210480" y="1358776"/>
                                </a:lnTo>
                                <a:lnTo>
                                  <a:pt x="2211614" y="1356736"/>
                                </a:lnTo>
                                <a:lnTo>
                                  <a:pt x="2212521" y="1354922"/>
                                </a:lnTo>
                                <a:lnTo>
                                  <a:pt x="2213655" y="1353108"/>
                                </a:lnTo>
                                <a:lnTo>
                                  <a:pt x="2215243" y="1351295"/>
                                </a:lnTo>
                                <a:lnTo>
                                  <a:pt x="2218644" y="1347667"/>
                                </a:lnTo>
                                <a:lnTo>
                                  <a:pt x="2222500" y="1344494"/>
                                </a:lnTo>
                                <a:lnTo>
                                  <a:pt x="2226582" y="1341321"/>
                                </a:lnTo>
                                <a:lnTo>
                                  <a:pt x="2231118" y="1338375"/>
                                </a:lnTo>
                                <a:lnTo>
                                  <a:pt x="2235880" y="1335655"/>
                                </a:lnTo>
                                <a:lnTo>
                                  <a:pt x="2240189" y="1333389"/>
                                </a:lnTo>
                                <a:lnTo>
                                  <a:pt x="2244498" y="1331802"/>
                                </a:lnTo>
                                <a:lnTo>
                                  <a:pt x="2248580" y="1330216"/>
                                </a:lnTo>
                                <a:lnTo>
                                  <a:pt x="2251982" y="1329308"/>
                                </a:lnTo>
                                <a:lnTo>
                                  <a:pt x="2254477" y="1328856"/>
                                </a:lnTo>
                                <a:lnTo>
                                  <a:pt x="2254651" y="1328956"/>
                                </a:lnTo>
                                <a:lnTo>
                                  <a:pt x="2254477" y="1328103"/>
                                </a:lnTo>
                                <a:lnTo>
                                  <a:pt x="2265172" y="1320846"/>
                                </a:lnTo>
                                <a:lnTo>
                                  <a:pt x="2273819" y="1314949"/>
                                </a:lnTo>
                                <a:lnTo>
                                  <a:pt x="2280646" y="1310867"/>
                                </a:lnTo>
                                <a:lnTo>
                                  <a:pt x="2285652" y="1308146"/>
                                </a:lnTo>
                                <a:lnTo>
                                  <a:pt x="2287472" y="1307465"/>
                                </a:lnTo>
                                <a:lnTo>
                                  <a:pt x="2288838" y="1307238"/>
                                </a:lnTo>
                                <a:lnTo>
                                  <a:pt x="2289520" y="1307238"/>
                                </a:lnTo>
                                <a:lnTo>
                                  <a:pt x="2289748" y="1307465"/>
                                </a:lnTo>
                                <a:lnTo>
                                  <a:pt x="2289975" y="1307691"/>
                                </a:lnTo>
                                <a:lnTo>
                                  <a:pt x="2289748" y="1308599"/>
                                </a:lnTo>
                                <a:lnTo>
                                  <a:pt x="2289293" y="1309960"/>
                                </a:lnTo>
                                <a:lnTo>
                                  <a:pt x="2287927" y="1311547"/>
                                </a:lnTo>
                                <a:lnTo>
                                  <a:pt x="2286699" y="1313587"/>
                                </a:lnTo>
                                <a:lnTo>
                                  <a:pt x="2295822" y="1308600"/>
                                </a:lnTo>
                                <a:lnTo>
                                  <a:pt x="2317750" y="1308133"/>
                                </a:lnTo>
                                <a:lnTo>
                                  <a:pt x="2317521" y="1308366"/>
                                </a:lnTo>
                                <a:lnTo>
                                  <a:pt x="2304946" y="1315437"/>
                                </a:lnTo>
                                <a:lnTo>
                                  <a:pt x="2308407" y="1314495"/>
                                </a:lnTo>
                                <a:lnTo>
                                  <a:pt x="2312958" y="1312908"/>
                                </a:lnTo>
                                <a:lnTo>
                                  <a:pt x="2316599" y="1311321"/>
                                </a:lnTo>
                                <a:lnTo>
                                  <a:pt x="2318874" y="1310187"/>
                                </a:lnTo>
                                <a:lnTo>
                                  <a:pt x="2318874" y="1307012"/>
                                </a:lnTo>
                                <a:lnTo>
                                  <a:pt x="2309955" y="1305680"/>
                                </a:lnTo>
                                <a:lnTo>
                                  <a:pt x="2297541" y="1307265"/>
                                </a:lnTo>
                                <a:lnTo>
                                  <a:pt x="2292350" y="1304322"/>
                                </a:lnTo>
                                <a:lnTo>
                                  <a:pt x="2304764" y="1298662"/>
                                </a:lnTo>
                                <a:lnTo>
                                  <a:pt x="2320338" y="1303869"/>
                                </a:lnTo>
                                <a:lnTo>
                                  <a:pt x="2311761" y="1299115"/>
                                </a:lnTo>
                                <a:lnTo>
                                  <a:pt x="2316952" y="1297756"/>
                                </a:lnTo>
                                <a:lnTo>
                                  <a:pt x="2317178" y="1297756"/>
                                </a:lnTo>
                                <a:lnTo>
                                  <a:pt x="2317404" y="1297756"/>
                                </a:lnTo>
                                <a:lnTo>
                                  <a:pt x="2317629" y="1297756"/>
                                </a:lnTo>
                                <a:lnTo>
                                  <a:pt x="2318984" y="1297304"/>
                                </a:lnTo>
                                <a:lnTo>
                                  <a:pt x="2316501" y="1295040"/>
                                </a:lnTo>
                                <a:lnTo>
                                  <a:pt x="2342232" y="1289154"/>
                                </a:lnTo>
                                <a:lnTo>
                                  <a:pt x="2334106" y="1288475"/>
                                </a:lnTo>
                                <a:lnTo>
                                  <a:pt x="2331398" y="1289607"/>
                                </a:lnTo>
                                <a:lnTo>
                                  <a:pt x="2328915" y="1290059"/>
                                </a:lnTo>
                                <a:lnTo>
                                  <a:pt x="2326884" y="1290286"/>
                                </a:lnTo>
                                <a:lnTo>
                                  <a:pt x="2324852" y="1290286"/>
                                </a:lnTo>
                                <a:lnTo>
                                  <a:pt x="2323272" y="1290059"/>
                                </a:lnTo>
                                <a:lnTo>
                                  <a:pt x="2321692" y="1289607"/>
                                </a:lnTo>
                                <a:lnTo>
                                  <a:pt x="2320564" y="1288929"/>
                                </a:lnTo>
                                <a:lnTo>
                                  <a:pt x="2319886" y="1288249"/>
                                </a:lnTo>
                                <a:lnTo>
                                  <a:pt x="2318984" y="1287343"/>
                                </a:lnTo>
                                <a:lnTo>
                                  <a:pt x="2318758" y="1286210"/>
                                </a:lnTo>
                                <a:lnTo>
                                  <a:pt x="2318758" y="1284852"/>
                                </a:lnTo>
                                <a:lnTo>
                                  <a:pt x="2318984" y="1283495"/>
                                </a:lnTo>
                                <a:lnTo>
                                  <a:pt x="2319661" y="1281909"/>
                                </a:lnTo>
                                <a:lnTo>
                                  <a:pt x="2320338" y="1280325"/>
                                </a:lnTo>
                                <a:lnTo>
                                  <a:pt x="2321241" y="1278514"/>
                                </a:lnTo>
                                <a:lnTo>
                                  <a:pt x="2322369" y="1276703"/>
                                </a:lnTo>
                                <a:lnTo>
                                  <a:pt x="2336815" y="1257686"/>
                                </a:lnTo>
                                <a:lnTo>
                                  <a:pt x="2346069" y="1240028"/>
                                </a:lnTo>
                                <a:lnTo>
                                  <a:pt x="2348552" y="1237312"/>
                                </a:lnTo>
                                <a:lnTo>
                                  <a:pt x="2361417" y="1232108"/>
                                </a:lnTo>
                                <a:lnTo>
                                  <a:pt x="2384440" y="1213772"/>
                                </a:lnTo>
                                <a:lnTo>
                                  <a:pt x="2389631" y="1211282"/>
                                </a:lnTo>
                                <a:lnTo>
                                  <a:pt x="2417394" y="1203359"/>
                                </a:lnTo>
                                <a:lnTo>
                                  <a:pt x="2435225" y="1217845"/>
                                </a:lnTo>
                                <a:lnTo>
                                  <a:pt x="2422585" y="1238444"/>
                                </a:lnTo>
                                <a:lnTo>
                                  <a:pt x="2422359" y="1238444"/>
                                </a:lnTo>
                                <a:lnTo>
                                  <a:pt x="2422134" y="1238444"/>
                                </a:lnTo>
                                <a:lnTo>
                                  <a:pt x="2421908" y="1238444"/>
                                </a:lnTo>
                                <a:lnTo>
                                  <a:pt x="2421682" y="1238444"/>
                                </a:lnTo>
                                <a:lnTo>
                                  <a:pt x="2421231" y="1238444"/>
                                </a:lnTo>
                                <a:lnTo>
                                  <a:pt x="2417619" y="1246593"/>
                                </a:lnTo>
                                <a:lnTo>
                                  <a:pt x="2418066" y="1260470"/>
                                </a:lnTo>
                                <a:lnTo>
                                  <a:pt x="2419095" y="1259271"/>
                                </a:lnTo>
                                <a:lnTo>
                                  <a:pt x="2419775" y="1258137"/>
                                </a:lnTo>
                                <a:lnTo>
                                  <a:pt x="2420455" y="1256780"/>
                                </a:lnTo>
                                <a:lnTo>
                                  <a:pt x="2420908" y="1255195"/>
                                </a:lnTo>
                                <a:lnTo>
                                  <a:pt x="2420908" y="1253836"/>
                                </a:lnTo>
                                <a:lnTo>
                                  <a:pt x="2420682" y="1252479"/>
                                </a:lnTo>
                                <a:lnTo>
                                  <a:pt x="2420455" y="1249535"/>
                                </a:lnTo>
                                <a:lnTo>
                                  <a:pt x="2420002" y="1246363"/>
                                </a:lnTo>
                                <a:lnTo>
                                  <a:pt x="2420002" y="1244553"/>
                                </a:lnTo>
                                <a:lnTo>
                                  <a:pt x="2420455" y="1242967"/>
                                </a:lnTo>
                                <a:lnTo>
                                  <a:pt x="2420908" y="1240927"/>
                                </a:lnTo>
                                <a:lnTo>
                                  <a:pt x="2421588" y="1238890"/>
                                </a:lnTo>
                                <a:lnTo>
                                  <a:pt x="2421815" y="1238890"/>
                                </a:lnTo>
                                <a:lnTo>
                                  <a:pt x="2422041" y="1238890"/>
                                </a:lnTo>
                                <a:lnTo>
                                  <a:pt x="2422268" y="1238890"/>
                                </a:lnTo>
                                <a:lnTo>
                                  <a:pt x="2424308" y="1238662"/>
                                </a:lnTo>
                                <a:lnTo>
                                  <a:pt x="2426801" y="1237532"/>
                                </a:lnTo>
                                <a:lnTo>
                                  <a:pt x="2429294" y="1235944"/>
                                </a:lnTo>
                                <a:lnTo>
                                  <a:pt x="2431560" y="1233906"/>
                                </a:lnTo>
                                <a:lnTo>
                                  <a:pt x="2433373" y="1231867"/>
                                </a:lnTo>
                                <a:lnTo>
                                  <a:pt x="2434960" y="1229603"/>
                                </a:lnTo>
                                <a:lnTo>
                                  <a:pt x="2436093" y="1227116"/>
                                </a:lnTo>
                                <a:lnTo>
                                  <a:pt x="2436773" y="1224626"/>
                                </a:lnTo>
                                <a:lnTo>
                                  <a:pt x="2437679" y="1222135"/>
                                </a:lnTo>
                                <a:lnTo>
                                  <a:pt x="2437906" y="1219641"/>
                                </a:lnTo>
                                <a:lnTo>
                                  <a:pt x="2437679" y="1216926"/>
                                </a:lnTo>
                                <a:lnTo>
                                  <a:pt x="2437226" y="1214437"/>
                                </a:lnTo>
                                <a:lnTo>
                                  <a:pt x="2436319" y="1212404"/>
                                </a:lnTo>
                                <a:lnTo>
                                  <a:pt x="2435413" y="1210128"/>
                                </a:lnTo>
                                <a:lnTo>
                                  <a:pt x="2434053" y="1208090"/>
                                </a:lnTo>
                                <a:lnTo>
                                  <a:pt x="2432240" y="1206282"/>
                                </a:lnTo>
                                <a:lnTo>
                                  <a:pt x="2429974" y="1204923"/>
                                </a:lnTo>
                                <a:lnTo>
                                  <a:pt x="2429974" y="1202658"/>
                                </a:lnTo>
                                <a:lnTo>
                                  <a:pt x="2429974" y="1200391"/>
                                </a:lnTo>
                                <a:lnTo>
                                  <a:pt x="2430200" y="1198811"/>
                                </a:lnTo>
                                <a:lnTo>
                                  <a:pt x="2430880" y="1196998"/>
                                </a:lnTo>
                                <a:lnTo>
                                  <a:pt x="2431560" y="1195635"/>
                                </a:lnTo>
                                <a:lnTo>
                                  <a:pt x="2432467" y="1194281"/>
                                </a:lnTo>
                                <a:lnTo>
                                  <a:pt x="2433373" y="1193374"/>
                                </a:lnTo>
                                <a:lnTo>
                                  <a:pt x="2434733" y="1192468"/>
                                </a:lnTo>
                                <a:lnTo>
                                  <a:pt x="2435866" y="1191564"/>
                                </a:lnTo>
                                <a:lnTo>
                                  <a:pt x="2437452" y="1191109"/>
                                </a:lnTo>
                                <a:lnTo>
                                  <a:pt x="2438812" y="1190884"/>
                                </a:lnTo>
                                <a:lnTo>
                                  <a:pt x="2440172" y="1190659"/>
                                </a:lnTo>
                                <a:lnTo>
                                  <a:pt x="2443572" y="1190432"/>
                                </a:lnTo>
                                <a:lnTo>
                                  <a:pt x="2447424" y="1190659"/>
                                </a:lnTo>
                                <a:lnTo>
                                  <a:pt x="2450824" y="1191109"/>
                                </a:lnTo>
                                <a:lnTo>
                                  <a:pt x="2454450" y="1191791"/>
                                </a:lnTo>
                                <a:lnTo>
                                  <a:pt x="2457623" y="1192921"/>
                                </a:lnTo>
                                <a:lnTo>
                                  <a:pt x="2460569" y="1194056"/>
                                </a:lnTo>
                                <a:lnTo>
                                  <a:pt x="2465328" y="1195861"/>
                                </a:lnTo>
                                <a:lnTo>
                                  <a:pt x="2466688" y="1196543"/>
                                </a:lnTo>
                                <a:lnTo>
                                  <a:pt x="2467141" y="1196998"/>
                                </a:lnTo>
                                <a:lnTo>
                                  <a:pt x="2474847" y="1197681"/>
                                </a:lnTo>
                                <a:lnTo>
                                  <a:pt x="2474847" y="1191564"/>
                                </a:lnTo>
                                <a:lnTo>
                                  <a:pt x="2476207" y="1190432"/>
                                </a:lnTo>
                                <a:lnTo>
                                  <a:pt x="2479606" y="1187714"/>
                                </a:lnTo>
                                <a:lnTo>
                                  <a:pt x="2482099" y="1186128"/>
                                </a:lnTo>
                                <a:lnTo>
                                  <a:pt x="2485045" y="1184544"/>
                                </a:lnTo>
                                <a:lnTo>
                                  <a:pt x="2488445" y="1182957"/>
                                </a:lnTo>
                                <a:lnTo>
                                  <a:pt x="2492071" y="1181598"/>
                                </a:lnTo>
                                <a:lnTo>
                                  <a:pt x="2495924" y="1180466"/>
                                </a:lnTo>
                                <a:lnTo>
                                  <a:pt x="2500003" y="1179559"/>
                                </a:lnTo>
                                <a:lnTo>
                                  <a:pt x="2504309" y="1179332"/>
                                </a:lnTo>
                                <a:lnTo>
                                  <a:pt x="2509068" y="1179332"/>
                                </a:lnTo>
                                <a:lnTo>
                                  <a:pt x="2511561" y="1179559"/>
                                </a:lnTo>
                                <a:lnTo>
                                  <a:pt x="2513828" y="1180012"/>
                                </a:lnTo>
                                <a:lnTo>
                                  <a:pt x="2516321" y="1180691"/>
                                </a:lnTo>
                                <a:lnTo>
                                  <a:pt x="2518814" y="1181371"/>
                                </a:lnTo>
                                <a:lnTo>
                                  <a:pt x="2521080" y="1182505"/>
                                </a:lnTo>
                                <a:lnTo>
                                  <a:pt x="2522670" y="1183166"/>
                                </a:lnTo>
                                <a:lnTo>
                                  <a:pt x="2529012" y="1186806"/>
                                </a:lnTo>
                                <a:lnTo>
                                  <a:pt x="2526292" y="1184997"/>
                                </a:lnTo>
                                <a:lnTo>
                                  <a:pt x="2523800" y="1183638"/>
                                </a:lnTo>
                                <a:lnTo>
                                  <a:pt x="2522670" y="1183166"/>
                                </a:lnTo>
                                <a:lnTo>
                                  <a:pt x="2507709" y="1174576"/>
                                </a:lnTo>
                                <a:lnTo>
                                  <a:pt x="2498417" y="1170493"/>
                                </a:lnTo>
                                <a:lnTo>
                                  <a:pt x="2502269" y="1168002"/>
                                </a:lnTo>
                                <a:lnTo>
                                  <a:pt x="2497510" y="1160527"/>
                                </a:lnTo>
                                <a:lnTo>
                                  <a:pt x="2499776" y="1157810"/>
                                </a:lnTo>
                                <a:lnTo>
                                  <a:pt x="2490031" y="1158715"/>
                                </a:lnTo>
                                <a:lnTo>
                                  <a:pt x="2502949" y="1150333"/>
                                </a:lnTo>
                                <a:lnTo>
                                  <a:pt x="2495924" y="1133341"/>
                                </a:lnTo>
                                <a:lnTo>
                                  <a:pt x="2498190" y="1132435"/>
                                </a:lnTo>
                                <a:lnTo>
                                  <a:pt x="2499525" y="1132561"/>
                                </a:lnTo>
                                <a:lnTo>
                                  <a:pt x="2498952" y="1132176"/>
                                </a:lnTo>
                                <a:lnTo>
                                  <a:pt x="2497137" y="1130119"/>
                                </a:lnTo>
                                <a:lnTo>
                                  <a:pt x="2495550" y="1128065"/>
                                </a:lnTo>
                                <a:lnTo>
                                  <a:pt x="2512105" y="1125781"/>
                                </a:lnTo>
                                <a:lnTo>
                                  <a:pt x="2520043" y="1124868"/>
                                </a:lnTo>
                                <a:lnTo>
                                  <a:pt x="2528207" y="1124184"/>
                                </a:lnTo>
                                <a:lnTo>
                                  <a:pt x="2531609" y="1131263"/>
                                </a:lnTo>
                                <a:lnTo>
                                  <a:pt x="2527073" y="1129207"/>
                                </a:lnTo>
                                <a:lnTo>
                                  <a:pt x="2523218" y="1131947"/>
                                </a:lnTo>
                                <a:lnTo>
                                  <a:pt x="2515734" y="1133547"/>
                                </a:lnTo>
                                <a:lnTo>
                                  <a:pt x="2514468" y="1133971"/>
                                </a:lnTo>
                                <a:lnTo>
                                  <a:pt x="2538984" y="1136286"/>
                                </a:lnTo>
                                <a:lnTo>
                                  <a:pt x="2537171" y="1137645"/>
                                </a:lnTo>
                                <a:lnTo>
                                  <a:pt x="2539890" y="1138777"/>
                                </a:lnTo>
                                <a:lnTo>
                                  <a:pt x="2534678" y="1146482"/>
                                </a:lnTo>
                                <a:lnTo>
                                  <a:pt x="2544650" y="1146253"/>
                                </a:lnTo>
                                <a:lnTo>
                                  <a:pt x="2543743" y="1150785"/>
                                </a:lnTo>
                                <a:lnTo>
                                  <a:pt x="2558021" y="1147614"/>
                                </a:lnTo>
                                <a:lnTo>
                                  <a:pt x="2560514" y="1147839"/>
                                </a:lnTo>
                                <a:lnTo>
                                  <a:pt x="2562780" y="1148294"/>
                                </a:lnTo>
                                <a:lnTo>
                                  <a:pt x="2564820" y="1147839"/>
                                </a:lnTo>
                                <a:lnTo>
                                  <a:pt x="2567313" y="1147614"/>
                                </a:lnTo>
                                <a:lnTo>
                                  <a:pt x="2569579" y="1146934"/>
                                </a:lnTo>
                                <a:lnTo>
                                  <a:pt x="2571619" y="1146253"/>
                                </a:lnTo>
                                <a:lnTo>
                                  <a:pt x="2573885" y="1145348"/>
                                </a:lnTo>
                                <a:lnTo>
                                  <a:pt x="2575925" y="1144216"/>
                                </a:lnTo>
                                <a:lnTo>
                                  <a:pt x="2564593" y="1162341"/>
                                </a:lnTo>
                                <a:lnTo>
                                  <a:pt x="2586803" y="1162793"/>
                                </a:lnTo>
                                <a:lnTo>
                                  <a:pt x="2591789" y="1155770"/>
                                </a:lnTo>
                                <a:lnTo>
                                  <a:pt x="2590203" y="1156223"/>
                                </a:lnTo>
                                <a:lnTo>
                                  <a:pt x="2595415" y="1153279"/>
                                </a:lnTo>
                                <a:lnTo>
                                  <a:pt x="2600855" y="1150785"/>
                                </a:lnTo>
                                <a:lnTo>
                                  <a:pt x="2606520" y="1148747"/>
                                </a:lnTo>
                                <a:lnTo>
                                  <a:pt x="2611733" y="1146707"/>
                                </a:lnTo>
                                <a:lnTo>
                                  <a:pt x="2617172" y="1144442"/>
                                </a:lnTo>
                                <a:lnTo>
                                  <a:pt x="2619620" y="1143422"/>
                                </a:lnTo>
                                <a:lnTo>
                                  <a:pt x="2619212" y="1144442"/>
                                </a:lnTo>
                                <a:lnTo>
                                  <a:pt x="2621037" y="1142832"/>
                                </a:lnTo>
                                <a:lnTo>
                                  <a:pt x="2622611" y="1142177"/>
                                </a:lnTo>
                                <a:lnTo>
                                  <a:pt x="2628051" y="1139230"/>
                                </a:lnTo>
                                <a:lnTo>
                                  <a:pt x="2630997" y="1137419"/>
                                </a:lnTo>
                                <a:lnTo>
                                  <a:pt x="2633716" y="1135833"/>
                                </a:lnTo>
                                <a:lnTo>
                                  <a:pt x="2633000" y="1135778"/>
                                </a:lnTo>
                                <a:lnTo>
                                  <a:pt x="2633943" y="1135606"/>
                                </a:lnTo>
                                <a:lnTo>
                                  <a:pt x="2635983" y="1135606"/>
                                </a:lnTo>
                                <a:lnTo>
                                  <a:pt x="2638022" y="1135833"/>
                                </a:lnTo>
                                <a:lnTo>
                                  <a:pt x="2640062" y="1136512"/>
                                </a:lnTo>
                                <a:lnTo>
                                  <a:pt x="2641875" y="1137419"/>
                                </a:lnTo>
                                <a:lnTo>
                                  <a:pt x="2643915" y="1138777"/>
                                </a:lnTo>
                                <a:lnTo>
                                  <a:pt x="2648221" y="1141043"/>
                                </a:lnTo>
                                <a:lnTo>
                                  <a:pt x="2650714" y="1142403"/>
                                </a:lnTo>
                                <a:lnTo>
                                  <a:pt x="2653433" y="1143309"/>
                                </a:lnTo>
                                <a:lnTo>
                                  <a:pt x="2656380" y="1143989"/>
                                </a:lnTo>
                                <a:lnTo>
                                  <a:pt x="2659779" y="1144216"/>
                                </a:lnTo>
                                <a:lnTo>
                                  <a:pt x="2671791" y="1156903"/>
                                </a:lnTo>
                                <a:lnTo>
                                  <a:pt x="2684255" y="1160753"/>
                                </a:lnTo>
                                <a:lnTo>
                                  <a:pt x="2688749" y="1170601"/>
                                </a:lnTo>
                                <a:lnTo>
                                  <a:pt x="2686059" y="1161356"/>
                                </a:lnTo>
                                <a:lnTo>
                                  <a:pt x="2687422" y="1159537"/>
                                </a:lnTo>
                                <a:lnTo>
                                  <a:pt x="2695828" y="1159765"/>
                                </a:lnTo>
                                <a:lnTo>
                                  <a:pt x="2695828" y="1152719"/>
                                </a:lnTo>
                                <a:lnTo>
                                  <a:pt x="2689694" y="1151128"/>
                                </a:lnTo>
                                <a:lnTo>
                                  <a:pt x="2688558" y="1152947"/>
                                </a:lnTo>
                                <a:lnTo>
                                  <a:pt x="2684696" y="1152037"/>
                                </a:lnTo>
                                <a:lnTo>
                                  <a:pt x="2684241" y="1149992"/>
                                </a:lnTo>
                                <a:lnTo>
                                  <a:pt x="2756032" y="1122722"/>
                                </a:lnTo>
                                <a:lnTo>
                                  <a:pt x="2759213" y="1119541"/>
                                </a:lnTo>
                                <a:lnTo>
                                  <a:pt x="2762621" y="1116587"/>
                                </a:lnTo>
                                <a:lnTo>
                                  <a:pt x="2766710" y="1113406"/>
                                </a:lnTo>
                                <a:lnTo>
                                  <a:pt x="2770799" y="1110681"/>
                                </a:lnTo>
                                <a:lnTo>
                                  <a:pt x="2775570" y="1107955"/>
                                </a:lnTo>
                                <a:lnTo>
                                  <a:pt x="2780341" y="1105229"/>
                                </a:lnTo>
                                <a:lnTo>
                                  <a:pt x="2785566" y="1102957"/>
                                </a:lnTo>
                                <a:lnTo>
                                  <a:pt x="2790565" y="1100911"/>
                                </a:lnTo>
                                <a:lnTo>
                                  <a:pt x="2796017" y="1098868"/>
                                </a:lnTo>
                                <a:lnTo>
                                  <a:pt x="2801242" y="1097278"/>
                                </a:lnTo>
                                <a:lnTo>
                                  <a:pt x="2806695" y="1095914"/>
                                </a:lnTo>
                                <a:lnTo>
                                  <a:pt x="2811920" y="1094780"/>
                                </a:lnTo>
                                <a:lnTo>
                                  <a:pt x="2817373" y="1094324"/>
                                </a:lnTo>
                                <a:lnTo>
                                  <a:pt x="2822371" y="1094098"/>
                                </a:lnTo>
                                <a:lnTo>
                                  <a:pt x="2827369" y="1094098"/>
                                </a:lnTo>
                                <a:lnTo>
                                  <a:pt x="2831685" y="1094552"/>
                                </a:lnTo>
                                <a:lnTo>
                                  <a:pt x="2840091" y="1096142"/>
                                </a:lnTo>
                                <a:lnTo>
                                  <a:pt x="2843726" y="1097278"/>
                                </a:lnTo>
                                <a:lnTo>
                                  <a:pt x="2844181" y="1097505"/>
                                </a:lnTo>
                                <a:lnTo>
                                  <a:pt x="2843953" y="1097732"/>
                                </a:lnTo>
                                <a:lnTo>
                                  <a:pt x="2841682" y="1097732"/>
                                </a:lnTo>
                                <a:lnTo>
                                  <a:pt x="2834184" y="1097278"/>
                                </a:lnTo>
                                <a:lnTo>
                                  <a:pt x="2831004" y="1097051"/>
                                </a:lnTo>
                                <a:lnTo>
                                  <a:pt x="2829868" y="1096823"/>
                                </a:lnTo>
                                <a:lnTo>
                                  <a:pt x="2832140" y="1099550"/>
                                </a:lnTo>
                                <a:lnTo>
                                  <a:pt x="2834639" y="1102048"/>
                                </a:lnTo>
                                <a:lnTo>
                                  <a:pt x="2837365" y="1104320"/>
                                </a:lnTo>
                                <a:lnTo>
                                  <a:pt x="2839864" y="1106138"/>
                                </a:lnTo>
                                <a:lnTo>
                                  <a:pt x="2842363" y="1107728"/>
                                </a:lnTo>
                                <a:lnTo>
                                  <a:pt x="2845089" y="1108864"/>
                                </a:lnTo>
                                <a:lnTo>
                                  <a:pt x="2847816" y="1109773"/>
                                </a:lnTo>
                                <a:lnTo>
                                  <a:pt x="2850542" y="1110453"/>
                                </a:lnTo>
                                <a:lnTo>
                                  <a:pt x="2853495" y="1110681"/>
                                </a:lnTo>
                                <a:lnTo>
                                  <a:pt x="2856222" y="1110681"/>
                                </a:lnTo>
                                <a:lnTo>
                                  <a:pt x="2859175" y="1110000"/>
                                </a:lnTo>
                                <a:lnTo>
                                  <a:pt x="2862128" y="1109318"/>
                                </a:lnTo>
                                <a:lnTo>
                                  <a:pt x="2864713" y="1108580"/>
                                </a:lnTo>
                                <a:lnTo>
                                  <a:pt x="2863264" y="1109544"/>
                                </a:lnTo>
                                <a:lnTo>
                                  <a:pt x="2862128" y="1110681"/>
                                </a:lnTo>
                                <a:lnTo>
                                  <a:pt x="2861901" y="1111135"/>
                                </a:lnTo>
                                <a:lnTo>
                                  <a:pt x="2861901" y="1111362"/>
                                </a:lnTo>
                                <a:lnTo>
                                  <a:pt x="2862356" y="1111590"/>
                                </a:lnTo>
                                <a:lnTo>
                                  <a:pt x="2863719" y="1111362"/>
                                </a:lnTo>
                                <a:lnTo>
                                  <a:pt x="2884393" y="1104092"/>
                                </a:lnTo>
                                <a:lnTo>
                                  <a:pt x="2888638" y="1103430"/>
                                </a:lnTo>
                                <a:lnTo>
                                  <a:pt x="2899156" y="1094944"/>
                                </a:lnTo>
                                <a:lnTo>
                                  <a:pt x="2907064" y="1090048"/>
                                </a:lnTo>
                                <a:lnTo>
                                  <a:pt x="2894411" y="1091214"/>
                                </a:lnTo>
                                <a:lnTo>
                                  <a:pt x="2879725" y="1104736"/>
                                </a:lnTo>
                                <a:lnTo>
                                  <a:pt x="2890344" y="1085153"/>
                                </a:lnTo>
                                <a:lnTo>
                                  <a:pt x="2891022" y="1082122"/>
                                </a:lnTo>
                                <a:lnTo>
                                  <a:pt x="2899382" y="1078624"/>
                                </a:lnTo>
                                <a:lnTo>
                                  <a:pt x="2912035" y="1074661"/>
                                </a:lnTo>
                                <a:lnTo>
                                  <a:pt x="2913617" y="1074427"/>
                                </a:lnTo>
                                <a:lnTo>
                                  <a:pt x="2912035" y="1077225"/>
                                </a:lnTo>
                                <a:lnTo>
                                  <a:pt x="2930111" y="1076293"/>
                                </a:lnTo>
                                <a:lnTo>
                                  <a:pt x="2933501" y="1075127"/>
                                </a:lnTo>
                                <a:lnTo>
                                  <a:pt x="2937116" y="1073961"/>
                                </a:lnTo>
                                <a:lnTo>
                                  <a:pt x="2944798" y="1071630"/>
                                </a:lnTo>
                                <a:lnTo>
                                  <a:pt x="2952481" y="1069999"/>
                                </a:lnTo>
                                <a:lnTo>
                                  <a:pt x="2960389" y="1068133"/>
                                </a:lnTo>
                                <a:lnTo>
                                  <a:pt x="2968523" y="1066968"/>
                                </a:lnTo>
                                <a:lnTo>
                                  <a:pt x="2976657" y="1065802"/>
                                </a:lnTo>
                                <a:lnTo>
                                  <a:pt x="2992925" y="1063702"/>
                                </a:lnTo>
                                <a:lnTo>
                                  <a:pt x="3000834" y="1069066"/>
                                </a:lnTo>
                                <a:lnTo>
                                  <a:pt x="2999930" y="1072096"/>
                                </a:lnTo>
                                <a:lnTo>
                                  <a:pt x="2998800" y="1074894"/>
                                </a:lnTo>
                                <a:lnTo>
                                  <a:pt x="2997670" y="1077458"/>
                                </a:lnTo>
                                <a:lnTo>
                                  <a:pt x="2997444" y="1080023"/>
                                </a:lnTo>
                                <a:lnTo>
                                  <a:pt x="2997444" y="1082588"/>
                                </a:lnTo>
                                <a:lnTo>
                                  <a:pt x="2997670" y="1085153"/>
                                </a:lnTo>
                                <a:lnTo>
                                  <a:pt x="2998800" y="1087950"/>
                                </a:lnTo>
                                <a:lnTo>
                                  <a:pt x="3000156" y="1090281"/>
                                </a:lnTo>
                                <a:lnTo>
                                  <a:pt x="3001694" y="1092463"/>
                                </a:lnTo>
                                <a:lnTo>
                                  <a:pt x="3002344" y="1092321"/>
                                </a:lnTo>
                                <a:lnTo>
                                  <a:pt x="3002217" y="1092069"/>
                                </a:lnTo>
                                <a:lnTo>
                                  <a:pt x="2997466" y="1080102"/>
                                </a:lnTo>
                                <a:lnTo>
                                  <a:pt x="3001086" y="1069037"/>
                                </a:lnTo>
                                <a:lnTo>
                                  <a:pt x="2993167" y="1063843"/>
                                </a:lnTo>
                                <a:lnTo>
                                  <a:pt x="3047243" y="1056843"/>
                                </a:lnTo>
                                <a:lnTo>
                                  <a:pt x="3101093" y="1050069"/>
                                </a:lnTo>
                                <a:lnTo>
                                  <a:pt x="3093174" y="1058423"/>
                                </a:lnTo>
                                <a:lnTo>
                                  <a:pt x="3088970" y="1073950"/>
                                </a:lnTo>
                                <a:lnTo>
                                  <a:pt x="3101068" y="1050825"/>
                                </a:lnTo>
                                <a:lnTo>
                                  <a:pt x="3114675" y="1048558"/>
                                </a:lnTo>
                                <a:lnTo>
                                  <a:pt x="3128509" y="1046064"/>
                                </a:lnTo>
                                <a:lnTo>
                                  <a:pt x="3156631" y="1040139"/>
                                </a:lnTo>
                                <a:lnTo>
                                  <a:pt x="3170918" y="1037645"/>
                                </a:lnTo>
                                <a:lnTo>
                                  <a:pt x="3184979" y="1034924"/>
                                </a:lnTo>
                                <a:lnTo>
                                  <a:pt x="3199040" y="1032656"/>
                                </a:lnTo>
                                <a:lnTo>
                                  <a:pt x="3206070" y="1031749"/>
                                </a:lnTo>
                                <a:lnTo>
                                  <a:pt x="3213100" y="1031295"/>
                                </a:lnTo>
                                <a:lnTo>
                                  <a:pt x="3219904" y="1030615"/>
                                </a:lnTo>
                                <a:lnTo>
                                  <a:pt x="3226707" y="1030388"/>
                                </a:lnTo>
                                <a:lnTo>
                                  <a:pt x="3233511" y="1030388"/>
                                </a:lnTo>
                                <a:lnTo>
                                  <a:pt x="3240088" y="1030615"/>
                                </a:lnTo>
                                <a:lnTo>
                                  <a:pt x="3246665" y="1031068"/>
                                </a:lnTo>
                                <a:lnTo>
                                  <a:pt x="3253241" y="1031749"/>
                                </a:lnTo>
                                <a:lnTo>
                                  <a:pt x="3259591" y="1032656"/>
                                </a:lnTo>
                                <a:lnTo>
                                  <a:pt x="3265941" y="1034243"/>
                                </a:lnTo>
                                <a:lnTo>
                                  <a:pt x="3272291" y="1035830"/>
                                </a:lnTo>
                                <a:lnTo>
                                  <a:pt x="3273852" y="1036455"/>
                                </a:lnTo>
                                <a:lnTo>
                                  <a:pt x="3273425" y="1035493"/>
                                </a:lnTo>
                                <a:lnTo>
                                  <a:pt x="3272744" y="1033906"/>
                                </a:lnTo>
                                <a:lnTo>
                                  <a:pt x="3272291" y="1031638"/>
                                </a:lnTo>
                                <a:lnTo>
                                  <a:pt x="3271837" y="1029597"/>
                                </a:lnTo>
                                <a:lnTo>
                                  <a:pt x="3272291" y="1027102"/>
                                </a:lnTo>
                                <a:lnTo>
                                  <a:pt x="3513818" y="993995"/>
                                </a:lnTo>
                                <a:close/>
                                <a:moveTo>
                                  <a:pt x="2184400" y="993845"/>
                                </a:moveTo>
                                <a:lnTo>
                                  <a:pt x="2185988" y="997526"/>
                                </a:lnTo>
                                <a:lnTo>
                                  <a:pt x="2185534" y="998608"/>
                                </a:lnTo>
                                <a:lnTo>
                                  <a:pt x="2184400" y="993845"/>
                                </a:lnTo>
                                <a:close/>
                                <a:moveTo>
                                  <a:pt x="1004888" y="993817"/>
                                </a:moveTo>
                                <a:lnTo>
                                  <a:pt x="998952" y="1000348"/>
                                </a:lnTo>
                                <a:lnTo>
                                  <a:pt x="969962" y="1025567"/>
                                </a:lnTo>
                                <a:lnTo>
                                  <a:pt x="1004888" y="993817"/>
                                </a:lnTo>
                                <a:close/>
                                <a:moveTo>
                                  <a:pt x="5263198" y="992938"/>
                                </a:moveTo>
                                <a:lnTo>
                                  <a:pt x="5263651" y="993391"/>
                                </a:lnTo>
                                <a:lnTo>
                                  <a:pt x="5264105" y="993618"/>
                                </a:lnTo>
                                <a:lnTo>
                                  <a:pt x="5263198" y="992938"/>
                                </a:lnTo>
                                <a:close/>
                                <a:moveTo>
                                  <a:pt x="3159951" y="991985"/>
                                </a:moveTo>
                                <a:lnTo>
                                  <a:pt x="3160488" y="992993"/>
                                </a:lnTo>
                                <a:lnTo>
                                  <a:pt x="3162300" y="997495"/>
                                </a:lnTo>
                                <a:lnTo>
                                  <a:pt x="3148705" y="1001097"/>
                                </a:lnTo>
                                <a:lnTo>
                                  <a:pt x="3142044" y="1012199"/>
                                </a:lnTo>
                                <a:lnTo>
                                  <a:pt x="3144838" y="1010204"/>
                                </a:lnTo>
                                <a:lnTo>
                                  <a:pt x="3148013" y="1007256"/>
                                </a:lnTo>
                                <a:lnTo>
                                  <a:pt x="3151188" y="1004308"/>
                                </a:lnTo>
                                <a:lnTo>
                                  <a:pt x="3154590" y="1001586"/>
                                </a:lnTo>
                                <a:lnTo>
                                  <a:pt x="3156404" y="1000679"/>
                                </a:lnTo>
                                <a:lnTo>
                                  <a:pt x="3158218" y="999545"/>
                                </a:lnTo>
                                <a:lnTo>
                                  <a:pt x="3160259" y="998865"/>
                                </a:lnTo>
                                <a:lnTo>
                                  <a:pt x="3162073" y="998411"/>
                                </a:lnTo>
                                <a:lnTo>
                                  <a:pt x="3170011" y="997504"/>
                                </a:lnTo>
                                <a:lnTo>
                                  <a:pt x="3179536" y="998865"/>
                                </a:lnTo>
                                <a:lnTo>
                                  <a:pt x="3196318" y="997050"/>
                                </a:lnTo>
                                <a:lnTo>
                                  <a:pt x="3204206" y="1001101"/>
                                </a:lnTo>
                                <a:lnTo>
                                  <a:pt x="3202490" y="997243"/>
                                </a:lnTo>
                                <a:lnTo>
                                  <a:pt x="3201582" y="996337"/>
                                </a:lnTo>
                                <a:lnTo>
                                  <a:pt x="3200675" y="995431"/>
                                </a:lnTo>
                                <a:lnTo>
                                  <a:pt x="3198406" y="994524"/>
                                </a:lnTo>
                                <a:lnTo>
                                  <a:pt x="3195911" y="993844"/>
                                </a:lnTo>
                                <a:lnTo>
                                  <a:pt x="3193189" y="993618"/>
                                </a:lnTo>
                                <a:lnTo>
                                  <a:pt x="3190467" y="993618"/>
                                </a:lnTo>
                                <a:lnTo>
                                  <a:pt x="3187518" y="993844"/>
                                </a:lnTo>
                                <a:lnTo>
                                  <a:pt x="3181166" y="994298"/>
                                </a:lnTo>
                                <a:lnTo>
                                  <a:pt x="3174814" y="994751"/>
                                </a:lnTo>
                                <a:lnTo>
                                  <a:pt x="3171638" y="994751"/>
                                </a:lnTo>
                                <a:lnTo>
                                  <a:pt x="3168462" y="994751"/>
                                </a:lnTo>
                                <a:lnTo>
                                  <a:pt x="3165513" y="994298"/>
                                </a:lnTo>
                                <a:lnTo>
                                  <a:pt x="3162564" y="993391"/>
                                </a:lnTo>
                                <a:lnTo>
                                  <a:pt x="3159951" y="991985"/>
                                </a:lnTo>
                                <a:close/>
                                <a:moveTo>
                                  <a:pt x="2609850" y="990691"/>
                                </a:moveTo>
                                <a:lnTo>
                                  <a:pt x="2609645" y="990967"/>
                                </a:lnTo>
                                <a:lnTo>
                                  <a:pt x="2603500" y="997042"/>
                                </a:lnTo>
                                <a:lnTo>
                                  <a:pt x="2605343" y="991796"/>
                                </a:lnTo>
                                <a:lnTo>
                                  <a:pt x="2609850" y="990691"/>
                                </a:lnTo>
                                <a:close/>
                                <a:moveTo>
                                  <a:pt x="1019247" y="990616"/>
                                </a:moveTo>
                                <a:lnTo>
                                  <a:pt x="1014488" y="1000368"/>
                                </a:lnTo>
                                <a:lnTo>
                                  <a:pt x="1013582" y="1001048"/>
                                </a:lnTo>
                                <a:lnTo>
                                  <a:pt x="1009277" y="1004903"/>
                                </a:lnTo>
                                <a:lnTo>
                                  <a:pt x="1013582" y="1001955"/>
                                </a:lnTo>
                                <a:lnTo>
                                  <a:pt x="1015395" y="1002636"/>
                                </a:lnTo>
                                <a:lnTo>
                                  <a:pt x="1011316" y="1008079"/>
                                </a:lnTo>
                                <a:lnTo>
                                  <a:pt x="1013355" y="1006037"/>
                                </a:lnTo>
                                <a:lnTo>
                                  <a:pt x="1015621" y="1004450"/>
                                </a:lnTo>
                                <a:lnTo>
                                  <a:pt x="1017661" y="1002636"/>
                                </a:lnTo>
                                <a:lnTo>
                                  <a:pt x="1019927" y="1001275"/>
                                </a:lnTo>
                                <a:lnTo>
                                  <a:pt x="1022193" y="999914"/>
                                </a:lnTo>
                                <a:lnTo>
                                  <a:pt x="1024459" y="998780"/>
                                </a:lnTo>
                                <a:lnTo>
                                  <a:pt x="1026951" y="997873"/>
                                </a:lnTo>
                                <a:lnTo>
                                  <a:pt x="1029217" y="997193"/>
                                </a:lnTo>
                                <a:lnTo>
                                  <a:pt x="1028764" y="998327"/>
                                </a:lnTo>
                                <a:lnTo>
                                  <a:pt x="1027631" y="999461"/>
                                </a:lnTo>
                                <a:lnTo>
                                  <a:pt x="1024912" y="1002636"/>
                                </a:lnTo>
                                <a:lnTo>
                                  <a:pt x="1018114" y="1010120"/>
                                </a:lnTo>
                                <a:lnTo>
                                  <a:pt x="1012902" y="1015789"/>
                                </a:lnTo>
                                <a:lnTo>
                                  <a:pt x="1012223" y="1016923"/>
                                </a:lnTo>
                                <a:lnTo>
                                  <a:pt x="1011996" y="1017377"/>
                                </a:lnTo>
                                <a:lnTo>
                                  <a:pt x="1012223" y="1017377"/>
                                </a:lnTo>
                                <a:lnTo>
                                  <a:pt x="1012902" y="1017150"/>
                                </a:lnTo>
                                <a:lnTo>
                                  <a:pt x="1014715" y="1017830"/>
                                </a:lnTo>
                                <a:lnTo>
                                  <a:pt x="1004518" y="1027582"/>
                                </a:lnTo>
                                <a:lnTo>
                                  <a:pt x="1009730" y="1024861"/>
                                </a:lnTo>
                                <a:lnTo>
                                  <a:pt x="999080" y="1035519"/>
                                </a:lnTo>
                                <a:lnTo>
                                  <a:pt x="998627" y="1035973"/>
                                </a:lnTo>
                                <a:lnTo>
                                  <a:pt x="990242" y="1044137"/>
                                </a:lnTo>
                                <a:lnTo>
                                  <a:pt x="992055" y="1043003"/>
                                </a:lnTo>
                                <a:lnTo>
                                  <a:pt x="989109" y="1046635"/>
                                </a:lnTo>
                                <a:lnTo>
                                  <a:pt x="990469" y="1046409"/>
                                </a:lnTo>
                                <a:lnTo>
                                  <a:pt x="990242" y="1050037"/>
                                </a:lnTo>
                                <a:lnTo>
                                  <a:pt x="992055" y="1050944"/>
                                </a:lnTo>
                                <a:lnTo>
                                  <a:pt x="987859" y="1056944"/>
                                </a:lnTo>
                                <a:lnTo>
                                  <a:pt x="945376" y="1089952"/>
                                </a:lnTo>
                                <a:lnTo>
                                  <a:pt x="945829" y="1092219"/>
                                </a:lnTo>
                                <a:lnTo>
                                  <a:pt x="949002" y="1093581"/>
                                </a:lnTo>
                                <a:lnTo>
                                  <a:pt x="948549" y="1094714"/>
                                </a:lnTo>
                                <a:lnTo>
                                  <a:pt x="947869" y="1096075"/>
                                </a:lnTo>
                                <a:lnTo>
                                  <a:pt x="945150" y="1099477"/>
                                </a:lnTo>
                                <a:lnTo>
                                  <a:pt x="941751" y="1103332"/>
                                </a:lnTo>
                                <a:lnTo>
                                  <a:pt x="937899" y="1107187"/>
                                </a:lnTo>
                                <a:lnTo>
                                  <a:pt x="929968" y="1114898"/>
                                </a:lnTo>
                                <a:lnTo>
                                  <a:pt x="924983" y="1119434"/>
                                </a:lnTo>
                                <a:lnTo>
                                  <a:pt x="925436" y="1120794"/>
                                </a:lnTo>
                                <a:lnTo>
                                  <a:pt x="924756" y="1120794"/>
                                </a:lnTo>
                                <a:lnTo>
                                  <a:pt x="923623" y="1121248"/>
                                </a:lnTo>
                                <a:lnTo>
                                  <a:pt x="921584" y="1122382"/>
                                </a:lnTo>
                                <a:lnTo>
                                  <a:pt x="919318" y="1123970"/>
                                </a:lnTo>
                                <a:lnTo>
                                  <a:pt x="916599" y="1126238"/>
                                </a:lnTo>
                                <a:lnTo>
                                  <a:pt x="911613" y="1131227"/>
                                </a:lnTo>
                                <a:lnTo>
                                  <a:pt x="906855" y="1136216"/>
                                </a:lnTo>
                                <a:lnTo>
                                  <a:pt x="902323" y="1141432"/>
                                </a:lnTo>
                                <a:lnTo>
                                  <a:pt x="909574" y="1132815"/>
                                </a:lnTo>
                                <a:lnTo>
                                  <a:pt x="896431" y="1144381"/>
                                </a:lnTo>
                                <a:lnTo>
                                  <a:pt x="896431" y="1146195"/>
                                </a:lnTo>
                                <a:lnTo>
                                  <a:pt x="894166" y="1149143"/>
                                </a:lnTo>
                                <a:lnTo>
                                  <a:pt x="895978" y="1147102"/>
                                </a:lnTo>
                                <a:lnTo>
                                  <a:pt x="898244" y="1145515"/>
                                </a:lnTo>
                                <a:lnTo>
                                  <a:pt x="900057" y="1143701"/>
                                </a:lnTo>
                                <a:lnTo>
                                  <a:pt x="902323" y="1142340"/>
                                </a:lnTo>
                                <a:lnTo>
                                  <a:pt x="904816" y="1140979"/>
                                </a:lnTo>
                                <a:lnTo>
                                  <a:pt x="906855" y="1140071"/>
                                </a:lnTo>
                                <a:lnTo>
                                  <a:pt x="909348" y="1139164"/>
                                </a:lnTo>
                                <a:lnTo>
                                  <a:pt x="912067" y="1138484"/>
                                </a:lnTo>
                                <a:lnTo>
                                  <a:pt x="910027" y="1142113"/>
                                </a:lnTo>
                                <a:lnTo>
                                  <a:pt x="907988" y="1145742"/>
                                </a:lnTo>
                                <a:lnTo>
                                  <a:pt x="905495" y="1149143"/>
                                </a:lnTo>
                                <a:lnTo>
                                  <a:pt x="902549" y="1152545"/>
                                </a:lnTo>
                                <a:lnTo>
                                  <a:pt x="899377" y="1155720"/>
                                </a:lnTo>
                                <a:lnTo>
                                  <a:pt x="899345" y="1155753"/>
                                </a:lnTo>
                                <a:lnTo>
                                  <a:pt x="897111" y="1157308"/>
                                </a:lnTo>
                                <a:lnTo>
                                  <a:pt x="891446" y="1161163"/>
                                </a:lnTo>
                                <a:lnTo>
                                  <a:pt x="886008" y="1165019"/>
                                </a:lnTo>
                                <a:lnTo>
                                  <a:pt x="881023" y="1169102"/>
                                </a:lnTo>
                                <a:lnTo>
                                  <a:pt x="875584" y="1173184"/>
                                </a:lnTo>
                                <a:lnTo>
                                  <a:pt x="870600" y="1177266"/>
                                </a:lnTo>
                                <a:lnTo>
                                  <a:pt x="865614" y="1181575"/>
                                </a:lnTo>
                                <a:lnTo>
                                  <a:pt x="860856" y="1186110"/>
                                </a:lnTo>
                                <a:lnTo>
                                  <a:pt x="866974" y="1181348"/>
                                </a:lnTo>
                                <a:lnTo>
                                  <a:pt x="873998" y="1176359"/>
                                </a:lnTo>
                                <a:lnTo>
                                  <a:pt x="881476" y="1170916"/>
                                </a:lnTo>
                                <a:lnTo>
                                  <a:pt x="888954" y="1165019"/>
                                </a:lnTo>
                                <a:lnTo>
                                  <a:pt x="892579" y="1162070"/>
                                </a:lnTo>
                                <a:lnTo>
                                  <a:pt x="895978" y="1159122"/>
                                </a:lnTo>
                                <a:lnTo>
                                  <a:pt x="899345" y="1155753"/>
                                </a:lnTo>
                                <a:lnTo>
                                  <a:pt x="902323" y="1153679"/>
                                </a:lnTo>
                                <a:lnTo>
                                  <a:pt x="885328" y="1170463"/>
                                </a:lnTo>
                                <a:lnTo>
                                  <a:pt x="900510" y="1157082"/>
                                </a:lnTo>
                                <a:lnTo>
                                  <a:pt x="878757" y="1179534"/>
                                </a:lnTo>
                                <a:lnTo>
                                  <a:pt x="927702" y="1141886"/>
                                </a:lnTo>
                                <a:lnTo>
                                  <a:pt x="910027" y="1161163"/>
                                </a:lnTo>
                                <a:lnTo>
                                  <a:pt x="914559" y="1157534"/>
                                </a:lnTo>
                                <a:lnTo>
                                  <a:pt x="918638" y="1153452"/>
                                </a:lnTo>
                                <a:lnTo>
                                  <a:pt x="926795" y="1145515"/>
                                </a:lnTo>
                                <a:lnTo>
                                  <a:pt x="931101" y="1141432"/>
                                </a:lnTo>
                                <a:lnTo>
                                  <a:pt x="935633" y="1137577"/>
                                </a:lnTo>
                                <a:lnTo>
                                  <a:pt x="940165" y="1134175"/>
                                </a:lnTo>
                                <a:lnTo>
                                  <a:pt x="945376" y="1131001"/>
                                </a:lnTo>
                                <a:lnTo>
                                  <a:pt x="950588" y="1122836"/>
                                </a:lnTo>
                                <a:lnTo>
                                  <a:pt x="950135" y="1124423"/>
                                </a:lnTo>
                                <a:lnTo>
                                  <a:pt x="962598" y="1113764"/>
                                </a:lnTo>
                                <a:lnTo>
                                  <a:pt x="962144" y="1117166"/>
                                </a:lnTo>
                                <a:lnTo>
                                  <a:pt x="964184" y="1113992"/>
                                </a:lnTo>
                                <a:lnTo>
                                  <a:pt x="966223" y="1110816"/>
                                </a:lnTo>
                                <a:lnTo>
                                  <a:pt x="968263" y="1108322"/>
                                </a:lnTo>
                                <a:lnTo>
                                  <a:pt x="969849" y="1105827"/>
                                </a:lnTo>
                                <a:lnTo>
                                  <a:pt x="971888" y="1103786"/>
                                </a:lnTo>
                                <a:lnTo>
                                  <a:pt x="972794" y="1102878"/>
                                </a:lnTo>
                                <a:lnTo>
                                  <a:pt x="973701" y="1102425"/>
                                </a:lnTo>
                                <a:lnTo>
                                  <a:pt x="975060" y="1101971"/>
                                </a:lnTo>
                                <a:lnTo>
                                  <a:pt x="976194" y="1101518"/>
                                </a:lnTo>
                                <a:lnTo>
                                  <a:pt x="977553" y="1101518"/>
                                </a:lnTo>
                                <a:lnTo>
                                  <a:pt x="979140" y="1101518"/>
                                </a:lnTo>
                                <a:lnTo>
                                  <a:pt x="1002915" y="1081428"/>
                                </a:lnTo>
                                <a:lnTo>
                                  <a:pt x="1003838" y="1081561"/>
                                </a:lnTo>
                                <a:lnTo>
                                  <a:pt x="992509" y="1090632"/>
                                </a:lnTo>
                                <a:lnTo>
                                  <a:pt x="997947" y="1087911"/>
                                </a:lnTo>
                                <a:lnTo>
                                  <a:pt x="990242" y="1094941"/>
                                </a:lnTo>
                                <a:lnTo>
                                  <a:pt x="996814" y="1091085"/>
                                </a:lnTo>
                                <a:lnTo>
                                  <a:pt x="997041" y="1091085"/>
                                </a:lnTo>
                                <a:lnTo>
                                  <a:pt x="989300" y="1099110"/>
                                </a:lnTo>
                                <a:lnTo>
                                  <a:pt x="989189" y="1099289"/>
                                </a:lnTo>
                                <a:lnTo>
                                  <a:pt x="988972" y="1099450"/>
                                </a:lnTo>
                                <a:lnTo>
                                  <a:pt x="984351" y="1104239"/>
                                </a:lnTo>
                                <a:lnTo>
                                  <a:pt x="978686" y="1110362"/>
                                </a:lnTo>
                                <a:lnTo>
                                  <a:pt x="980499" y="1110589"/>
                                </a:lnTo>
                                <a:lnTo>
                                  <a:pt x="969396" y="1121702"/>
                                </a:lnTo>
                                <a:lnTo>
                                  <a:pt x="974834" y="1117846"/>
                                </a:lnTo>
                                <a:lnTo>
                                  <a:pt x="969622" y="1123290"/>
                                </a:lnTo>
                                <a:lnTo>
                                  <a:pt x="973021" y="1120794"/>
                                </a:lnTo>
                                <a:lnTo>
                                  <a:pt x="955573" y="1133948"/>
                                </a:lnTo>
                                <a:lnTo>
                                  <a:pt x="963957" y="1129412"/>
                                </a:lnTo>
                                <a:lnTo>
                                  <a:pt x="965317" y="1130773"/>
                                </a:lnTo>
                                <a:lnTo>
                                  <a:pt x="960558" y="1134402"/>
                                </a:lnTo>
                                <a:lnTo>
                                  <a:pt x="962371" y="1133722"/>
                                </a:lnTo>
                                <a:lnTo>
                                  <a:pt x="957159" y="1138484"/>
                                </a:lnTo>
                                <a:lnTo>
                                  <a:pt x="958972" y="1139164"/>
                                </a:lnTo>
                                <a:lnTo>
                                  <a:pt x="934726" y="1159122"/>
                                </a:lnTo>
                                <a:lnTo>
                                  <a:pt x="940165" y="1156627"/>
                                </a:lnTo>
                                <a:lnTo>
                                  <a:pt x="939032" y="1157534"/>
                                </a:lnTo>
                                <a:lnTo>
                                  <a:pt x="947869" y="1153679"/>
                                </a:lnTo>
                                <a:lnTo>
                                  <a:pt x="920904" y="1175226"/>
                                </a:lnTo>
                                <a:lnTo>
                                  <a:pt x="935633" y="1167514"/>
                                </a:lnTo>
                                <a:lnTo>
                                  <a:pt x="931554" y="1171143"/>
                                </a:lnTo>
                                <a:lnTo>
                                  <a:pt x="933593" y="1170463"/>
                                </a:lnTo>
                                <a:lnTo>
                                  <a:pt x="925209" y="1176813"/>
                                </a:lnTo>
                                <a:lnTo>
                                  <a:pt x="926795" y="1176813"/>
                                </a:lnTo>
                                <a:lnTo>
                                  <a:pt x="925663" y="1178173"/>
                                </a:lnTo>
                                <a:lnTo>
                                  <a:pt x="929741" y="1176813"/>
                                </a:lnTo>
                                <a:lnTo>
                                  <a:pt x="926569" y="1180894"/>
                                </a:lnTo>
                                <a:lnTo>
                                  <a:pt x="926401" y="1181089"/>
                                </a:lnTo>
                                <a:lnTo>
                                  <a:pt x="928688" y="1179564"/>
                                </a:lnTo>
                                <a:lnTo>
                                  <a:pt x="928688" y="1180555"/>
                                </a:lnTo>
                                <a:lnTo>
                                  <a:pt x="925660" y="1181944"/>
                                </a:lnTo>
                                <a:lnTo>
                                  <a:pt x="923623" y="1184297"/>
                                </a:lnTo>
                                <a:lnTo>
                                  <a:pt x="921584" y="1187470"/>
                                </a:lnTo>
                                <a:lnTo>
                                  <a:pt x="919318" y="1189966"/>
                                </a:lnTo>
                                <a:lnTo>
                                  <a:pt x="917052" y="1192006"/>
                                </a:lnTo>
                                <a:lnTo>
                                  <a:pt x="915050" y="1193463"/>
                                </a:lnTo>
                                <a:lnTo>
                                  <a:pt x="911225" y="1197026"/>
                                </a:lnTo>
                                <a:lnTo>
                                  <a:pt x="913643" y="1194279"/>
                                </a:lnTo>
                                <a:lnTo>
                                  <a:pt x="911387" y="1195407"/>
                                </a:lnTo>
                                <a:lnTo>
                                  <a:pt x="907535" y="1196995"/>
                                </a:lnTo>
                                <a:lnTo>
                                  <a:pt x="902096" y="1208560"/>
                                </a:lnTo>
                                <a:lnTo>
                                  <a:pt x="903456" y="1210375"/>
                                </a:lnTo>
                                <a:lnTo>
                                  <a:pt x="880570" y="1231237"/>
                                </a:lnTo>
                                <a:lnTo>
                                  <a:pt x="883742" y="1228516"/>
                                </a:lnTo>
                                <a:lnTo>
                                  <a:pt x="878530" y="1233278"/>
                                </a:lnTo>
                                <a:lnTo>
                                  <a:pt x="877624" y="1229195"/>
                                </a:lnTo>
                                <a:lnTo>
                                  <a:pt x="882609" y="1225568"/>
                                </a:lnTo>
                                <a:lnTo>
                                  <a:pt x="878983" y="1225568"/>
                                </a:lnTo>
                                <a:lnTo>
                                  <a:pt x="875131" y="1234865"/>
                                </a:lnTo>
                                <a:lnTo>
                                  <a:pt x="873545" y="1234865"/>
                                </a:lnTo>
                                <a:lnTo>
                                  <a:pt x="876944" y="1236907"/>
                                </a:lnTo>
                                <a:lnTo>
                                  <a:pt x="875466" y="1238470"/>
                                </a:lnTo>
                                <a:lnTo>
                                  <a:pt x="877888" y="1236709"/>
                                </a:lnTo>
                                <a:lnTo>
                                  <a:pt x="875927" y="1241469"/>
                                </a:lnTo>
                                <a:lnTo>
                                  <a:pt x="873634" y="1240406"/>
                                </a:lnTo>
                                <a:lnTo>
                                  <a:pt x="870621" y="1243593"/>
                                </a:lnTo>
                                <a:lnTo>
                                  <a:pt x="871538" y="1243963"/>
                                </a:lnTo>
                                <a:lnTo>
                                  <a:pt x="870977" y="1244644"/>
                                </a:lnTo>
                                <a:lnTo>
                                  <a:pt x="868362" y="1246232"/>
                                </a:lnTo>
                                <a:lnTo>
                                  <a:pt x="868469" y="1245868"/>
                                </a:lnTo>
                                <a:lnTo>
                                  <a:pt x="864934" y="1249606"/>
                                </a:lnTo>
                                <a:lnTo>
                                  <a:pt x="861536" y="1250514"/>
                                </a:lnTo>
                                <a:lnTo>
                                  <a:pt x="861309" y="1252555"/>
                                </a:lnTo>
                                <a:lnTo>
                                  <a:pt x="862895" y="1253689"/>
                                </a:lnTo>
                                <a:lnTo>
                                  <a:pt x="866068" y="1252102"/>
                                </a:lnTo>
                                <a:lnTo>
                                  <a:pt x="857230" y="1261854"/>
                                </a:lnTo>
                                <a:lnTo>
                                  <a:pt x="858363" y="1263214"/>
                                </a:lnTo>
                                <a:lnTo>
                                  <a:pt x="854737" y="1268430"/>
                                </a:lnTo>
                                <a:lnTo>
                                  <a:pt x="856324" y="1268203"/>
                                </a:lnTo>
                                <a:lnTo>
                                  <a:pt x="855870" y="1269337"/>
                                </a:lnTo>
                                <a:lnTo>
                                  <a:pt x="852018" y="1273192"/>
                                </a:lnTo>
                                <a:lnTo>
                                  <a:pt x="851792" y="1273192"/>
                                </a:lnTo>
                                <a:lnTo>
                                  <a:pt x="852245" y="1273647"/>
                                </a:lnTo>
                                <a:lnTo>
                                  <a:pt x="857004" y="1270698"/>
                                </a:lnTo>
                                <a:lnTo>
                                  <a:pt x="851112" y="1277275"/>
                                </a:lnTo>
                                <a:lnTo>
                                  <a:pt x="858363" y="1271832"/>
                                </a:lnTo>
                                <a:lnTo>
                                  <a:pt x="845447" y="1285893"/>
                                </a:lnTo>
                                <a:lnTo>
                                  <a:pt x="848846" y="1284078"/>
                                </a:lnTo>
                                <a:lnTo>
                                  <a:pt x="844314" y="1289068"/>
                                </a:lnTo>
                                <a:lnTo>
                                  <a:pt x="831171" y="1289748"/>
                                </a:lnTo>
                                <a:lnTo>
                                  <a:pt x="817122" y="1291109"/>
                                </a:lnTo>
                                <a:lnTo>
                                  <a:pt x="802167" y="1292244"/>
                                </a:lnTo>
                                <a:lnTo>
                                  <a:pt x="787438" y="1293151"/>
                                </a:lnTo>
                                <a:lnTo>
                                  <a:pt x="779960" y="1293378"/>
                                </a:lnTo>
                                <a:lnTo>
                                  <a:pt x="772483" y="1293378"/>
                                </a:lnTo>
                                <a:lnTo>
                                  <a:pt x="765005" y="1293151"/>
                                </a:lnTo>
                                <a:lnTo>
                                  <a:pt x="757981" y="1292697"/>
                                </a:lnTo>
                                <a:lnTo>
                                  <a:pt x="750956" y="1292017"/>
                                </a:lnTo>
                                <a:lnTo>
                                  <a:pt x="744385" y="1290883"/>
                                </a:lnTo>
                                <a:lnTo>
                                  <a:pt x="737814" y="1289068"/>
                                </a:lnTo>
                                <a:lnTo>
                                  <a:pt x="735094" y="1288161"/>
                                </a:lnTo>
                                <a:lnTo>
                                  <a:pt x="732149" y="1286801"/>
                                </a:lnTo>
                                <a:lnTo>
                                  <a:pt x="742345" y="1275687"/>
                                </a:lnTo>
                                <a:lnTo>
                                  <a:pt x="752769" y="1264348"/>
                                </a:lnTo>
                                <a:lnTo>
                                  <a:pt x="762966" y="1252329"/>
                                </a:lnTo>
                                <a:lnTo>
                                  <a:pt x="773163" y="1240534"/>
                                </a:lnTo>
                                <a:lnTo>
                                  <a:pt x="793330" y="1216496"/>
                                </a:lnTo>
                                <a:lnTo>
                                  <a:pt x="813724" y="1192232"/>
                                </a:lnTo>
                                <a:lnTo>
                                  <a:pt x="823920" y="1180442"/>
                                </a:lnTo>
                                <a:lnTo>
                                  <a:pt x="834117" y="1168875"/>
                                </a:lnTo>
                                <a:lnTo>
                                  <a:pt x="844541" y="1157308"/>
                                </a:lnTo>
                                <a:lnTo>
                                  <a:pt x="854964" y="1146195"/>
                                </a:lnTo>
                                <a:lnTo>
                                  <a:pt x="865388" y="1135309"/>
                                </a:lnTo>
                                <a:lnTo>
                                  <a:pt x="875811" y="1125104"/>
                                </a:lnTo>
                                <a:lnTo>
                                  <a:pt x="886461" y="1115125"/>
                                </a:lnTo>
                                <a:lnTo>
                                  <a:pt x="897564" y="1105600"/>
                                </a:lnTo>
                                <a:lnTo>
                                  <a:pt x="943790" y="1057748"/>
                                </a:lnTo>
                                <a:lnTo>
                                  <a:pt x="942430" y="1058429"/>
                                </a:lnTo>
                                <a:lnTo>
                                  <a:pt x="960558" y="1040509"/>
                                </a:lnTo>
                                <a:lnTo>
                                  <a:pt x="969849" y="1031210"/>
                                </a:lnTo>
                                <a:lnTo>
                                  <a:pt x="979366" y="1021912"/>
                                </a:lnTo>
                                <a:lnTo>
                                  <a:pt x="989109" y="1013068"/>
                                </a:lnTo>
                                <a:lnTo>
                                  <a:pt x="994095" y="1008759"/>
                                </a:lnTo>
                                <a:lnTo>
                                  <a:pt x="999080" y="1004903"/>
                                </a:lnTo>
                                <a:lnTo>
                                  <a:pt x="1004065" y="1001048"/>
                                </a:lnTo>
                                <a:lnTo>
                                  <a:pt x="1009050" y="997193"/>
                                </a:lnTo>
                                <a:lnTo>
                                  <a:pt x="1014035" y="993791"/>
                                </a:lnTo>
                                <a:lnTo>
                                  <a:pt x="1019247" y="990616"/>
                                </a:lnTo>
                                <a:close/>
                                <a:moveTo>
                                  <a:pt x="1103086" y="987471"/>
                                </a:moveTo>
                                <a:lnTo>
                                  <a:pt x="1103312" y="989181"/>
                                </a:lnTo>
                                <a:lnTo>
                                  <a:pt x="1102632" y="989425"/>
                                </a:lnTo>
                                <a:lnTo>
                                  <a:pt x="1093787" y="993821"/>
                                </a:lnTo>
                                <a:lnTo>
                                  <a:pt x="1103086" y="987471"/>
                                </a:lnTo>
                                <a:close/>
                                <a:moveTo>
                                  <a:pt x="1101558" y="987471"/>
                                </a:moveTo>
                                <a:lnTo>
                                  <a:pt x="1101726" y="987471"/>
                                </a:lnTo>
                                <a:lnTo>
                                  <a:pt x="1101391" y="987616"/>
                                </a:lnTo>
                                <a:lnTo>
                                  <a:pt x="1098550" y="989059"/>
                                </a:lnTo>
                                <a:lnTo>
                                  <a:pt x="1101558" y="987471"/>
                                </a:lnTo>
                                <a:close/>
                                <a:moveTo>
                                  <a:pt x="1017588" y="987467"/>
                                </a:moveTo>
                                <a:lnTo>
                                  <a:pt x="1017588" y="987996"/>
                                </a:lnTo>
                                <a:lnTo>
                                  <a:pt x="1017412" y="988525"/>
                                </a:lnTo>
                                <a:lnTo>
                                  <a:pt x="1016000" y="990642"/>
                                </a:lnTo>
                                <a:lnTo>
                                  <a:pt x="1017588" y="987467"/>
                                </a:lnTo>
                                <a:close/>
                                <a:moveTo>
                                  <a:pt x="1017323" y="987467"/>
                                </a:moveTo>
                                <a:lnTo>
                                  <a:pt x="1017587" y="987467"/>
                                </a:lnTo>
                                <a:lnTo>
                                  <a:pt x="1017323" y="987785"/>
                                </a:lnTo>
                                <a:lnTo>
                                  <a:pt x="1014412" y="989055"/>
                                </a:lnTo>
                                <a:lnTo>
                                  <a:pt x="1017323" y="987467"/>
                                </a:lnTo>
                                <a:close/>
                                <a:moveTo>
                                  <a:pt x="1039813" y="982704"/>
                                </a:moveTo>
                                <a:lnTo>
                                  <a:pt x="1038810" y="984972"/>
                                </a:lnTo>
                                <a:lnTo>
                                  <a:pt x="1038059" y="986106"/>
                                </a:lnTo>
                                <a:lnTo>
                                  <a:pt x="1035050" y="987466"/>
                                </a:lnTo>
                                <a:lnTo>
                                  <a:pt x="1039813" y="982704"/>
                                </a:lnTo>
                                <a:close/>
                                <a:moveTo>
                                  <a:pt x="1065213" y="977944"/>
                                </a:moveTo>
                                <a:lnTo>
                                  <a:pt x="1060547" y="986108"/>
                                </a:lnTo>
                                <a:lnTo>
                                  <a:pt x="1054100" y="990644"/>
                                </a:lnTo>
                                <a:lnTo>
                                  <a:pt x="1061435" y="982253"/>
                                </a:lnTo>
                                <a:lnTo>
                                  <a:pt x="1062323" y="979985"/>
                                </a:lnTo>
                                <a:lnTo>
                                  <a:pt x="1061657" y="980212"/>
                                </a:lnTo>
                                <a:lnTo>
                                  <a:pt x="1065213" y="977944"/>
                                </a:lnTo>
                                <a:close/>
                                <a:moveTo>
                                  <a:pt x="5217147" y="977755"/>
                                </a:moveTo>
                                <a:lnTo>
                                  <a:pt x="5217374" y="978435"/>
                                </a:lnTo>
                                <a:lnTo>
                                  <a:pt x="5217374" y="977982"/>
                                </a:lnTo>
                                <a:lnTo>
                                  <a:pt x="5217147" y="977755"/>
                                </a:lnTo>
                                <a:close/>
                                <a:moveTo>
                                  <a:pt x="1020762" y="971593"/>
                                </a:moveTo>
                                <a:lnTo>
                                  <a:pt x="1016397" y="976621"/>
                                </a:lnTo>
                                <a:lnTo>
                                  <a:pt x="1009503" y="982790"/>
                                </a:lnTo>
                                <a:lnTo>
                                  <a:pt x="995258" y="994444"/>
                                </a:lnTo>
                                <a:lnTo>
                                  <a:pt x="986297" y="1001756"/>
                                </a:lnTo>
                                <a:lnTo>
                                  <a:pt x="988824" y="999243"/>
                                </a:lnTo>
                                <a:lnTo>
                                  <a:pt x="985838" y="1001528"/>
                                </a:lnTo>
                                <a:lnTo>
                                  <a:pt x="1014328" y="975021"/>
                                </a:lnTo>
                                <a:lnTo>
                                  <a:pt x="1013869" y="975935"/>
                                </a:lnTo>
                                <a:lnTo>
                                  <a:pt x="1014788" y="975935"/>
                                </a:lnTo>
                                <a:lnTo>
                                  <a:pt x="1017315" y="973878"/>
                                </a:lnTo>
                                <a:lnTo>
                                  <a:pt x="1020762" y="971593"/>
                                </a:lnTo>
                                <a:close/>
                                <a:moveTo>
                                  <a:pt x="2836439" y="968467"/>
                                </a:moveTo>
                                <a:lnTo>
                                  <a:pt x="2840038" y="970747"/>
                                </a:lnTo>
                                <a:lnTo>
                                  <a:pt x="2833741" y="983971"/>
                                </a:lnTo>
                                <a:lnTo>
                                  <a:pt x="2837564" y="986706"/>
                                </a:lnTo>
                                <a:lnTo>
                                  <a:pt x="2821596" y="1005402"/>
                                </a:lnTo>
                                <a:lnTo>
                                  <a:pt x="2814174" y="1011329"/>
                                </a:lnTo>
                                <a:lnTo>
                                  <a:pt x="2819347" y="1002894"/>
                                </a:lnTo>
                                <a:lnTo>
                                  <a:pt x="2813050" y="988074"/>
                                </a:lnTo>
                                <a:lnTo>
                                  <a:pt x="2824295" y="973483"/>
                                </a:lnTo>
                                <a:lnTo>
                                  <a:pt x="2836439" y="968467"/>
                                </a:lnTo>
                                <a:close/>
                                <a:moveTo>
                                  <a:pt x="3136143" y="964863"/>
                                </a:moveTo>
                                <a:lnTo>
                                  <a:pt x="3136243" y="965078"/>
                                </a:lnTo>
                                <a:lnTo>
                                  <a:pt x="3137830" y="967780"/>
                                </a:lnTo>
                                <a:lnTo>
                                  <a:pt x="3139416" y="970031"/>
                                </a:lnTo>
                                <a:lnTo>
                                  <a:pt x="3141455" y="971832"/>
                                </a:lnTo>
                                <a:lnTo>
                                  <a:pt x="3143267" y="973633"/>
                                </a:lnTo>
                                <a:lnTo>
                                  <a:pt x="3145533" y="975209"/>
                                </a:lnTo>
                                <a:lnTo>
                                  <a:pt x="3149838" y="979036"/>
                                </a:lnTo>
                                <a:lnTo>
                                  <a:pt x="3152104" y="980837"/>
                                </a:lnTo>
                                <a:lnTo>
                                  <a:pt x="3152426" y="981189"/>
                                </a:lnTo>
                                <a:lnTo>
                                  <a:pt x="3149634" y="977755"/>
                                </a:lnTo>
                                <a:lnTo>
                                  <a:pt x="3147138" y="974583"/>
                                </a:lnTo>
                                <a:lnTo>
                                  <a:pt x="3143962" y="971637"/>
                                </a:lnTo>
                                <a:lnTo>
                                  <a:pt x="3140787" y="969144"/>
                                </a:lnTo>
                                <a:lnTo>
                                  <a:pt x="3136143" y="964863"/>
                                </a:lnTo>
                                <a:close/>
                                <a:moveTo>
                                  <a:pt x="2844998" y="963705"/>
                                </a:moveTo>
                                <a:lnTo>
                                  <a:pt x="2847975" y="965788"/>
                                </a:lnTo>
                                <a:lnTo>
                                  <a:pt x="2847776" y="966086"/>
                                </a:lnTo>
                                <a:lnTo>
                                  <a:pt x="2841625" y="968468"/>
                                </a:lnTo>
                                <a:lnTo>
                                  <a:pt x="2844998" y="963705"/>
                                </a:lnTo>
                                <a:close/>
                                <a:moveTo>
                                  <a:pt x="1395412" y="963690"/>
                                </a:moveTo>
                                <a:lnTo>
                                  <a:pt x="1395412" y="964484"/>
                                </a:lnTo>
                                <a:lnTo>
                                  <a:pt x="1392237" y="968453"/>
                                </a:lnTo>
                                <a:lnTo>
                                  <a:pt x="1393931" y="964220"/>
                                </a:lnTo>
                                <a:lnTo>
                                  <a:pt x="1395412" y="963690"/>
                                </a:lnTo>
                                <a:close/>
                                <a:moveTo>
                                  <a:pt x="2421203" y="963636"/>
                                </a:moveTo>
                                <a:lnTo>
                                  <a:pt x="2422526" y="969305"/>
                                </a:lnTo>
                                <a:lnTo>
                                  <a:pt x="2420409" y="973160"/>
                                </a:lnTo>
                                <a:lnTo>
                                  <a:pt x="2417763" y="970439"/>
                                </a:lnTo>
                                <a:lnTo>
                                  <a:pt x="2421203" y="963636"/>
                                </a:lnTo>
                                <a:close/>
                                <a:moveTo>
                                  <a:pt x="5740491" y="960760"/>
                                </a:moveTo>
                                <a:lnTo>
                                  <a:pt x="5744347" y="963479"/>
                                </a:lnTo>
                                <a:lnTo>
                                  <a:pt x="5744120" y="963253"/>
                                </a:lnTo>
                                <a:lnTo>
                                  <a:pt x="5740491" y="960760"/>
                                </a:lnTo>
                                <a:close/>
                                <a:moveTo>
                                  <a:pt x="1404088" y="955753"/>
                                </a:moveTo>
                                <a:lnTo>
                                  <a:pt x="1406525" y="956468"/>
                                </a:lnTo>
                                <a:lnTo>
                                  <a:pt x="1406304" y="956468"/>
                                </a:lnTo>
                                <a:lnTo>
                                  <a:pt x="1398993" y="960040"/>
                                </a:lnTo>
                                <a:lnTo>
                                  <a:pt x="1397222" y="960516"/>
                                </a:lnTo>
                                <a:lnTo>
                                  <a:pt x="1397000" y="960516"/>
                                </a:lnTo>
                                <a:lnTo>
                                  <a:pt x="1404088" y="955753"/>
                                </a:lnTo>
                                <a:close/>
                                <a:moveTo>
                                  <a:pt x="1054100" y="954129"/>
                                </a:moveTo>
                                <a:lnTo>
                                  <a:pt x="1048965" y="961387"/>
                                </a:lnTo>
                                <a:lnTo>
                                  <a:pt x="1039812" y="968417"/>
                                </a:lnTo>
                                <a:lnTo>
                                  <a:pt x="1054100" y="954129"/>
                                </a:lnTo>
                                <a:close/>
                                <a:moveTo>
                                  <a:pt x="2431822" y="952793"/>
                                </a:moveTo>
                                <a:lnTo>
                                  <a:pt x="2428670" y="957980"/>
                                </a:lnTo>
                                <a:lnTo>
                                  <a:pt x="2427060" y="958911"/>
                                </a:lnTo>
                                <a:lnTo>
                                  <a:pt x="2425699" y="958458"/>
                                </a:lnTo>
                                <a:lnTo>
                                  <a:pt x="2425926" y="958458"/>
                                </a:lnTo>
                                <a:lnTo>
                                  <a:pt x="2431822" y="952793"/>
                                </a:lnTo>
                                <a:close/>
                                <a:moveTo>
                                  <a:pt x="2458810" y="952340"/>
                                </a:moveTo>
                                <a:lnTo>
                                  <a:pt x="2457559" y="953047"/>
                                </a:lnTo>
                                <a:lnTo>
                                  <a:pt x="2458636" y="952861"/>
                                </a:lnTo>
                                <a:lnTo>
                                  <a:pt x="2458810" y="952340"/>
                                </a:lnTo>
                                <a:close/>
                                <a:moveTo>
                                  <a:pt x="2427288" y="952051"/>
                                </a:moveTo>
                                <a:lnTo>
                                  <a:pt x="2427288" y="952266"/>
                                </a:lnTo>
                                <a:lnTo>
                                  <a:pt x="2427233" y="952083"/>
                                </a:lnTo>
                                <a:lnTo>
                                  <a:pt x="2427288" y="952051"/>
                                </a:lnTo>
                                <a:close/>
                                <a:moveTo>
                                  <a:pt x="2425473" y="947760"/>
                                </a:moveTo>
                                <a:lnTo>
                                  <a:pt x="2425700" y="947760"/>
                                </a:lnTo>
                                <a:lnTo>
                                  <a:pt x="2425927" y="947760"/>
                                </a:lnTo>
                                <a:lnTo>
                                  <a:pt x="2427233" y="952083"/>
                                </a:lnTo>
                                <a:lnTo>
                                  <a:pt x="2420938" y="955698"/>
                                </a:lnTo>
                                <a:lnTo>
                                  <a:pt x="2422525" y="949477"/>
                                </a:lnTo>
                                <a:lnTo>
                                  <a:pt x="2425473" y="947760"/>
                                </a:lnTo>
                                <a:close/>
                                <a:moveTo>
                                  <a:pt x="5274994" y="946710"/>
                                </a:moveTo>
                                <a:lnTo>
                                  <a:pt x="5276582" y="948750"/>
                                </a:lnTo>
                                <a:lnTo>
                                  <a:pt x="5275901" y="947164"/>
                                </a:lnTo>
                                <a:lnTo>
                                  <a:pt x="5274994" y="946710"/>
                                </a:lnTo>
                                <a:close/>
                                <a:moveTo>
                                  <a:pt x="1425575" y="946229"/>
                                </a:moveTo>
                                <a:lnTo>
                                  <a:pt x="1425335" y="946473"/>
                                </a:lnTo>
                                <a:lnTo>
                                  <a:pt x="1417637" y="952578"/>
                                </a:lnTo>
                                <a:lnTo>
                                  <a:pt x="1425575" y="946229"/>
                                </a:lnTo>
                                <a:close/>
                                <a:moveTo>
                                  <a:pt x="1152302" y="946196"/>
                                </a:moveTo>
                                <a:lnTo>
                                  <a:pt x="1152525" y="946431"/>
                                </a:lnTo>
                                <a:lnTo>
                                  <a:pt x="1152079" y="946666"/>
                                </a:lnTo>
                                <a:lnTo>
                                  <a:pt x="1143167" y="956309"/>
                                </a:lnTo>
                                <a:lnTo>
                                  <a:pt x="1139825" y="958896"/>
                                </a:lnTo>
                                <a:lnTo>
                                  <a:pt x="1152302" y="946196"/>
                                </a:lnTo>
                                <a:close/>
                                <a:moveTo>
                                  <a:pt x="1066800" y="946192"/>
                                </a:moveTo>
                                <a:lnTo>
                                  <a:pt x="1061367" y="953198"/>
                                </a:lnTo>
                                <a:lnTo>
                                  <a:pt x="1059145" y="955614"/>
                                </a:lnTo>
                                <a:lnTo>
                                  <a:pt x="1058650" y="956097"/>
                                </a:lnTo>
                                <a:lnTo>
                                  <a:pt x="1055687" y="957305"/>
                                </a:lnTo>
                                <a:lnTo>
                                  <a:pt x="1066800" y="946192"/>
                                </a:lnTo>
                                <a:close/>
                                <a:moveTo>
                                  <a:pt x="2611093" y="945138"/>
                                </a:moveTo>
                                <a:lnTo>
                                  <a:pt x="2610530" y="946223"/>
                                </a:lnTo>
                                <a:lnTo>
                                  <a:pt x="2607355" y="952340"/>
                                </a:lnTo>
                                <a:lnTo>
                                  <a:pt x="2605371" y="956457"/>
                                </a:lnTo>
                                <a:lnTo>
                                  <a:pt x="2605994" y="956612"/>
                                </a:lnTo>
                                <a:lnTo>
                                  <a:pt x="2606901" y="956612"/>
                                </a:lnTo>
                                <a:lnTo>
                                  <a:pt x="2607355" y="956386"/>
                                </a:lnTo>
                                <a:lnTo>
                                  <a:pt x="2608035" y="956159"/>
                                </a:lnTo>
                                <a:lnTo>
                                  <a:pt x="2608489" y="955705"/>
                                </a:lnTo>
                                <a:lnTo>
                                  <a:pt x="2609396" y="954343"/>
                                </a:lnTo>
                                <a:lnTo>
                                  <a:pt x="2609849" y="952982"/>
                                </a:lnTo>
                                <a:lnTo>
                                  <a:pt x="2610303" y="950941"/>
                                </a:lnTo>
                                <a:lnTo>
                                  <a:pt x="2610983" y="946403"/>
                                </a:lnTo>
                                <a:lnTo>
                                  <a:pt x="2611093" y="945138"/>
                                </a:lnTo>
                                <a:close/>
                                <a:moveTo>
                                  <a:pt x="1304712" y="943387"/>
                                </a:moveTo>
                                <a:lnTo>
                                  <a:pt x="1298588" y="945657"/>
                                </a:lnTo>
                                <a:lnTo>
                                  <a:pt x="1304485" y="943614"/>
                                </a:lnTo>
                                <a:lnTo>
                                  <a:pt x="1304712" y="943387"/>
                                </a:lnTo>
                                <a:close/>
                                <a:moveTo>
                                  <a:pt x="1042328" y="941490"/>
                                </a:moveTo>
                                <a:lnTo>
                                  <a:pt x="1041680" y="942084"/>
                                </a:lnTo>
                                <a:lnTo>
                                  <a:pt x="1042311" y="941496"/>
                                </a:lnTo>
                                <a:lnTo>
                                  <a:pt x="1042328" y="941490"/>
                                </a:lnTo>
                                <a:close/>
                                <a:moveTo>
                                  <a:pt x="2428587" y="941410"/>
                                </a:moveTo>
                                <a:lnTo>
                                  <a:pt x="2432051" y="948604"/>
                                </a:lnTo>
                                <a:lnTo>
                                  <a:pt x="2427288" y="949348"/>
                                </a:lnTo>
                                <a:lnTo>
                                  <a:pt x="2428587" y="941410"/>
                                </a:lnTo>
                                <a:close/>
                                <a:moveTo>
                                  <a:pt x="1434901" y="939878"/>
                                </a:moveTo>
                                <a:lnTo>
                                  <a:pt x="1435100" y="939878"/>
                                </a:lnTo>
                                <a:lnTo>
                                  <a:pt x="1434505" y="940514"/>
                                </a:lnTo>
                                <a:lnTo>
                                  <a:pt x="1433315" y="941466"/>
                                </a:lnTo>
                                <a:lnTo>
                                  <a:pt x="1431925" y="941149"/>
                                </a:lnTo>
                                <a:lnTo>
                                  <a:pt x="1434901" y="939878"/>
                                </a:lnTo>
                                <a:close/>
                                <a:moveTo>
                                  <a:pt x="2249304" y="939870"/>
                                </a:moveTo>
                                <a:lnTo>
                                  <a:pt x="2249528" y="939870"/>
                                </a:lnTo>
                                <a:lnTo>
                                  <a:pt x="2246394" y="946784"/>
                                </a:lnTo>
                                <a:lnTo>
                                  <a:pt x="2250424" y="943885"/>
                                </a:lnTo>
                                <a:lnTo>
                                  <a:pt x="2252663" y="948569"/>
                                </a:lnTo>
                                <a:lnTo>
                                  <a:pt x="2251991" y="949461"/>
                                </a:lnTo>
                                <a:lnTo>
                                  <a:pt x="2243036" y="963289"/>
                                </a:lnTo>
                                <a:lnTo>
                                  <a:pt x="2237215" y="966858"/>
                                </a:lnTo>
                                <a:lnTo>
                                  <a:pt x="2239901" y="963067"/>
                                </a:lnTo>
                                <a:lnTo>
                                  <a:pt x="2239454" y="955037"/>
                                </a:lnTo>
                                <a:lnTo>
                                  <a:pt x="2236543" y="955706"/>
                                </a:lnTo>
                                <a:lnTo>
                                  <a:pt x="2235424" y="955929"/>
                                </a:lnTo>
                                <a:lnTo>
                                  <a:pt x="2235200" y="955037"/>
                                </a:lnTo>
                                <a:lnTo>
                                  <a:pt x="2235424" y="952584"/>
                                </a:lnTo>
                                <a:lnTo>
                                  <a:pt x="2246170" y="949238"/>
                                </a:lnTo>
                                <a:lnTo>
                                  <a:pt x="2241469" y="944331"/>
                                </a:lnTo>
                                <a:lnTo>
                                  <a:pt x="2249304" y="939870"/>
                                </a:lnTo>
                                <a:close/>
                                <a:moveTo>
                                  <a:pt x="1044399" y="939590"/>
                                </a:moveTo>
                                <a:lnTo>
                                  <a:pt x="1042586" y="941404"/>
                                </a:lnTo>
                                <a:lnTo>
                                  <a:pt x="1042328" y="941490"/>
                                </a:lnTo>
                                <a:lnTo>
                                  <a:pt x="1044399" y="939590"/>
                                </a:lnTo>
                                <a:close/>
                                <a:moveTo>
                                  <a:pt x="2261989" y="938283"/>
                                </a:moveTo>
                                <a:lnTo>
                                  <a:pt x="2263775" y="938945"/>
                                </a:lnTo>
                                <a:lnTo>
                                  <a:pt x="2260600" y="939871"/>
                                </a:lnTo>
                                <a:lnTo>
                                  <a:pt x="2261989" y="938283"/>
                                </a:lnTo>
                                <a:close/>
                                <a:moveTo>
                                  <a:pt x="1158863" y="938212"/>
                                </a:moveTo>
                                <a:lnTo>
                                  <a:pt x="1157045" y="939346"/>
                                </a:lnTo>
                                <a:lnTo>
                                  <a:pt x="1158635" y="938665"/>
                                </a:lnTo>
                                <a:lnTo>
                                  <a:pt x="1158863" y="938212"/>
                                </a:lnTo>
                                <a:close/>
                                <a:moveTo>
                                  <a:pt x="5713041" y="937193"/>
                                </a:moveTo>
                                <a:lnTo>
                                  <a:pt x="5714403" y="938552"/>
                                </a:lnTo>
                                <a:lnTo>
                                  <a:pt x="5715991" y="939686"/>
                                </a:lnTo>
                                <a:lnTo>
                                  <a:pt x="5715083" y="938779"/>
                                </a:lnTo>
                                <a:lnTo>
                                  <a:pt x="5713041" y="937193"/>
                                </a:lnTo>
                                <a:close/>
                                <a:moveTo>
                                  <a:pt x="3044742" y="937143"/>
                                </a:moveTo>
                                <a:lnTo>
                                  <a:pt x="3042710" y="937369"/>
                                </a:lnTo>
                                <a:lnTo>
                                  <a:pt x="3040452" y="937595"/>
                                </a:lnTo>
                                <a:lnTo>
                                  <a:pt x="3038195" y="938273"/>
                                </a:lnTo>
                                <a:lnTo>
                                  <a:pt x="3036163" y="938726"/>
                                </a:lnTo>
                                <a:lnTo>
                                  <a:pt x="3035990" y="938787"/>
                                </a:lnTo>
                                <a:lnTo>
                                  <a:pt x="3036321" y="938739"/>
                                </a:lnTo>
                                <a:lnTo>
                                  <a:pt x="3042892" y="938289"/>
                                </a:lnTo>
                                <a:lnTo>
                                  <a:pt x="3049690" y="938739"/>
                                </a:lnTo>
                                <a:lnTo>
                                  <a:pt x="3056260" y="939190"/>
                                </a:lnTo>
                                <a:lnTo>
                                  <a:pt x="3063058" y="939865"/>
                                </a:lnTo>
                                <a:lnTo>
                                  <a:pt x="3067531" y="940667"/>
                                </a:lnTo>
                                <a:lnTo>
                                  <a:pt x="3067092" y="940534"/>
                                </a:lnTo>
                                <a:lnTo>
                                  <a:pt x="3060093" y="938726"/>
                                </a:lnTo>
                                <a:lnTo>
                                  <a:pt x="3056481" y="938048"/>
                                </a:lnTo>
                                <a:lnTo>
                                  <a:pt x="3052869" y="937369"/>
                                </a:lnTo>
                                <a:lnTo>
                                  <a:pt x="3049031" y="937143"/>
                                </a:lnTo>
                                <a:lnTo>
                                  <a:pt x="3044742" y="937143"/>
                                </a:lnTo>
                                <a:close/>
                                <a:moveTo>
                                  <a:pt x="2255384" y="936695"/>
                                </a:moveTo>
                                <a:lnTo>
                                  <a:pt x="2257426" y="939190"/>
                                </a:lnTo>
                                <a:lnTo>
                                  <a:pt x="2252663" y="944633"/>
                                </a:lnTo>
                                <a:lnTo>
                                  <a:pt x="2255384" y="936695"/>
                                </a:lnTo>
                                <a:close/>
                                <a:moveTo>
                                  <a:pt x="2438559" y="936647"/>
                                </a:moveTo>
                                <a:lnTo>
                                  <a:pt x="2439988" y="938462"/>
                                </a:lnTo>
                                <a:lnTo>
                                  <a:pt x="2436178" y="941410"/>
                                </a:lnTo>
                                <a:lnTo>
                                  <a:pt x="2430463" y="940049"/>
                                </a:lnTo>
                                <a:lnTo>
                                  <a:pt x="2434035" y="938916"/>
                                </a:lnTo>
                                <a:lnTo>
                                  <a:pt x="2438559" y="936647"/>
                                </a:lnTo>
                                <a:close/>
                                <a:moveTo>
                                  <a:pt x="1047791" y="936383"/>
                                </a:moveTo>
                                <a:lnTo>
                                  <a:pt x="1042311" y="941496"/>
                                </a:lnTo>
                                <a:lnTo>
                                  <a:pt x="1041907" y="941630"/>
                                </a:lnTo>
                                <a:lnTo>
                                  <a:pt x="1047791" y="936383"/>
                                </a:lnTo>
                                <a:close/>
                                <a:moveTo>
                                  <a:pt x="3123767" y="933876"/>
                                </a:moveTo>
                                <a:lnTo>
                                  <a:pt x="3117209" y="945282"/>
                                </a:lnTo>
                                <a:lnTo>
                                  <a:pt x="3117435" y="945509"/>
                                </a:lnTo>
                                <a:lnTo>
                                  <a:pt x="3117209" y="945509"/>
                                </a:lnTo>
                                <a:lnTo>
                                  <a:pt x="3116984" y="945509"/>
                                </a:lnTo>
                                <a:lnTo>
                                  <a:pt x="3102987" y="944378"/>
                                </a:lnTo>
                                <a:lnTo>
                                  <a:pt x="3098697" y="945509"/>
                                </a:lnTo>
                                <a:lnTo>
                                  <a:pt x="3098118" y="945577"/>
                                </a:lnTo>
                                <a:lnTo>
                                  <a:pt x="3104069" y="946168"/>
                                </a:lnTo>
                                <a:lnTo>
                                  <a:pt x="3110866" y="946393"/>
                                </a:lnTo>
                                <a:lnTo>
                                  <a:pt x="3117437" y="946168"/>
                                </a:lnTo>
                                <a:lnTo>
                                  <a:pt x="3117664" y="946168"/>
                                </a:lnTo>
                                <a:lnTo>
                                  <a:pt x="3117890" y="946168"/>
                                </a:lnTo>
                                <a:lnTo>
                                  <a:pt x="3125190" y="949957"/>
                                </a:lnTo>
                                <a:lnTo>
                                  <a:pt x="3124907" y="949203"/>
                                </a:lnTo>
                                <a:lnTo>
                                  <a:pt x="3124453" y="946937"/>
                                </a:lnTo>
                                <a:lnTo>
                                  <a:pt x="3124000" y="944671"/>
                                </a:lnTo>
                                <a:lnTo>
                                  <a:pt x="3123773" y="942405"/>
                                </a:lnTo>
                                <a:lnTo>
                                  <a:pt x="3123546" y="939686"/>
                                </a:lnTo>
                                <a:lnTo>
                                  <a:pt x="3123546" y="936966"/>
                                </a:lnTo>
                                <a:lnTo>
                                  <a:pt x="3123767" y="933876"/>
                                </a:lnTo>
                                <a:close/>
                                <a:moveTo>
                                  <a:pt x="1079500" y="933492"/>
                                </a:moveTo>
                                <a:lnTo>
                                  <a:pt x="1077996" y="934853"/>
                                </a:lnTo>
                                <a:lnTo>
                                  <a:pt x="1074737" y="936667"/>
                                </a:lnTo>
                                <a:lnTo>
                                  <a:pt x="1079500" y="933492"/>
                                </a:lnTo>
                                <a:close/>
                                <a:moveTo>
                                  <a:pt x="2264429" y="931933"/>
                                </a:moveTo>
                                <a:lnTo>
                                  <a:pt x="2265363" y="933124"/>
                                </a:lnTo>
                                <a:lnTo>
                                  <a:pt x="2263869" y="936696"/>
                                </a:lnTo>
                                <a:lnTo>
                                  <a:pt x="2262188" y="933719"/>
                                </a:lnTo>
                                <a:lnTo>
                                  <a:pt x="2264429" y="931933"/>
                                </a:lnTo>
                                <a:close/>
                                <a:moveTo>
                                  <a:pt x="4959672" y="931301"/>
                                </a:moveTo>
                                <a:lnTo>
                                  <a:pt x="4969653" y="936966"/>
                                </a:lnTo>
                                <a:lnTo>
                                  <a:pt x="4979862" y="942631"/>
                                </a:lnTo>
                                <a:lnTo>
                                  <a:pt x="4984275" y="944884"/>
                                </a:lnTo>
                                <a:lnTo>
                                  <a:pt x="4990977" y="948523"/>
                                </a:lnTo>
                                <a:lnTo>
                                  <a:pt x="4996882" y="951472"/>
                                </a:lnTo>
                                <a:lnTo>
                                  <a:pt x="5000278" y="953282"/>
                                </a:lnTo>
                                <a:lnTo>
                                  <a:pt x="5001412" y="953735"/>
                                </a:lnTo>
                                <a:lnTo>
                                  <a:pt x="4996882" y="951472"/>
                                </a:lnTo>
                                <a:lnTo>
                                  <a:pt x="4990070" y="947843"/>
                                </a:lnTo>
                                <a:lnTo>
                                  <a:pt x="4984275" y="944884"/>
                                </a:lnTo>
                                <a:lnTo>
                                  <a:pt x="4980542" y="942858"/>
                                </a:lnTo>
                                <a:lnTo>
                                  <a:pt x="4970107" y="937193"/>
                                </a:lnTo>
                                <a:lnTo>
                                  <a:pt x="4959672" y="931301"/>
                                </a:lnTo>
                                <a:close/>
                                <a:moveTo>
                                  <a:pt x="4349069" y="930047"/>
                                </a:moveTo>
                                <a:lnTo>
                                  <a:pt x="4345214" y="932542"/>
                                </a:lnTo>
                                <a:lnTo>
                                  <a:pt x="4345441" y="932542"/>
                                </a:lnTo>
                                <a:lnTo>
                                  <a:pt x="4349069" y="930047"/>
                                </a:lnTo>
                                <a:close/>
                                <a:moveTo>
                                  <a:pt x="2809875" y="928781"/>
                                </a:moveTo>
                                <a:lnTo>
                                  <a:pt x="2809875" y="928939"/>
                                </a:lnTo>
                                <a:lnTo>
                                  <a:pt x="2806700" y="930369"/>
                                </a:lnTo>
                                <a:lnTo>
                                  <a:pt x="2809875" y="928781"/>
                                </a:lnTo>
                                <a:close/>
                                <a:moveTo>
                                  <a:pt x="1440582" y="927724"/>
                                </a:moveTo>
                                <a:lnTo>
                                  <a:pt x="1439772" y="928178"/>
                                </a:lnTo>
                                <a:lnTo>
                                  <a:pt x="1439646" y="929560"/>
                                </a:lnTo>
                                <a:lnTo>
                                  <a:pt x="1439646" y="929361"/>
                                </a:lnTo>
                                <a:lnTo>
                                  <a:pt x="1436394" y="930071"/>
                                </a:lnTo>
                                <a:lnTo>
                                  <a:pt x="1434912" y="930902"/>
                                </a:lnTo>
                                <a:lnTo>
                                  <a:pt x="1439675" y="929767"/>
                                </a:lnTo>
                                <a:lnTo>
                                  <a:pt x="1439675" y="929994"/>
                                </a:lnTo>
                                <a:lnTo>
                                  <a:pt x="1440582" y="927724"/>
                                </a:lnTo>
                                <a:close/>
                                <a:moveTo>
                                  <a:pt x="2817813" y="925605"/>
                                </a:moveTo>
                                <a:lnTo>
                                  <a:pt x="2817813" y="925805"/>
                                </a:lnTo>
                                <a:lnTo>
                                  <a:pt x="2816225" y="928781"/>
                                </a:lnTo>
                                <a:lnTo>
                                  <a:pt x="2817813" y="925605"/>
                                </a:lnTo>
                                <a:close/>
                                <a:moveTo>
                                  <a:pt x="2955926" y="925549"/>
                                </a:moveTo>
                                <a:lnTo>
                                  <a:pt x="2973388" y="929405"/>
                                </a:lnTo>
                                <a:lnTo>
                                  <a:pt x="2973161" y="929405"/>
                                </a:lnTo>
                                <a:lnTo>
                                  <a:pt x="2972254" y="929178"/>
                                </a:lnTo>
                                <a:lnTo>
                                  <a:pt x="2972028" y="929178"/>
                                </a:lnTo>
                                <a:lnTo>
                                  <a:pt x="2971347" y="929178"/>
                                </a:lnTo>
                                <a:lnTo>
                                  <a:pt x="2970213" y="929631"/>
                                </a:lnTo>
                                <a:lnTo>
                                  <a:pt x="2969079" y="930085"/>
                                </a:lnTo>
                                <a:lnTo>
                                  <a:pt x="2965224" y="933260"/>
                                </a:lnTo>
                                <a:lnTo>
                                  <a:pt x="2958420" y="939383"/>
                                </a:lnTo>
                                <a:lnTo>
                                  <a:pt x="2945720" y="941651"/>
                                </a:lnTo>
                                <a:lnTo>
                                  <a:pt x="2941865" y="948001"/>
                                </a:lnTo>
                                <a:lnTo>
                                  <a:pt x="2936876" y="954124"/>
                                </a:lnTo>
                                <a:lnTo>
                                  <a:pt x="2936876" y="949135"/>
                                </a:lnTo>
                                <a:lnTo>
                                  <a:pt x="2938236" y="945053"/>
                                </a:lnTo>
                                <a:lnTo>
                                  <a:pt x="2937783" y="944146"/>
                                </a:lnTo>
                                <a:lnTo>
                                  <a:pt x="2932340" y="940290"/>
                                </a:lnTo>
                                <a:lnTo>
                                  <a:pt x="2931659" y="937796"/>
                                </a:lnTo>
                                <a:lnTo>
                                  <a:pt x="2928938" y="932580"/>
                                </a:lnTo>
                                <a:lnTo>
                                  <a:pt x="2929391" y="932580"/>
                                </a:lnTo>
                                <a:lnTo>
                                  <a:pt x="2929618" y="932580"/>
                                </a:lnTo>
                                <a:lnTo>
                                  <a:pt x="2939370" y="931672"/>
                                </a:lnTo>
                                <a:lnTo>
                                  <a:pt x="2945267" y="927591"/>
                                </a:lnTo>
                                <a:lnTo>
                                  <a:pt x="2955926" y="925549"/>
                                </a:lnTo>
                                <a:close/>
                                <a:moveTo>
                                  <a:pt x="2422701" y="925536"/>
                                </a:moveTo>
                                <a:lnTo>
                                  <a:pt x="2425700" y="927845"/>
                                </a:lnTo>
                                <a:lnTo>
                                  <a:pt x="2425347" y="929769"/>
                                </a:lnTo>
                                <a:lnTo>
                                  <a:pt x="2422878" y="931693"/>
                                </a:lnTo>
                                <a:lnTo>
                                  <a:pt x="2422701" y="931886"/>
                                </a:lnTo>
                                <a:lnTo>
                                  <a:pt x="2422525" y="931886"/>
                                </a:lnTo>
                                <a:lnTo>
                                  <a:pt x="2422701" y="925536"/>
                                </a:lnTo>
                                <a:close/>
                                <a:moveTo>
                                  <a:pt x="2969243" y="920786"/>
                                </a:moveTo>
                                <a:lnTo>
                                  <a:pt x="2974976" y="922930"/>
                                </a:lnTo>
                                <a:lnTo>
                                  <a:pt x="2974756" y="923168"/>
                                </a:lnTo>
                                <a:lnTo>
                                  <a:pt x="2968802" y="925549"/>
                                </a:lnTo>
                                <a:lnTo>
                                  <a:pt x="2967038" y="921501"/>
                                </a:lnTo>
                                <a:lnTo>
                                  <a:pt x="2969243" y="920786"/>
                                </a:lnTo>
                                <a:close/>
                                <a:moveTo>
                                  <a:pt x="2117725" y="919166"/>
                                </a:moveTo>
                                <a:lnTo>
                                  <a:pt x="2120900" y="926246"/>
                                </a:lnTo>
                                <a:lnTo>
                                  <a:pt x="2120476" y="927104"/>
                                </a:lnTo>
                                <a:lnTo>
                                  <a:pt x="2117725" y="919166"/>
                                </a:lnTo>
                                <a:close/>
                                <a:moveTo>
                                  <a:pt x="3110776" y="917177"/>
                                </a:moveTo>
                                <a:lnTo>
                                  <a:pt x="3110888" y="918603"/>
                                </a:lnTo>
                                <a:lnTo>
                                  <a:pt x="3111340" y="919281"/>
                                </a:lnTo>
                                <a:lnTo>
                                  <a:pt x="3113181" y="920693"/>
                                </a:lnTo>
                                <a:lnTo>
                                  <a:pt x="3111069" y="917705"/>
                                </a:lnTo>
                                <a:lnTo>
                                  <a:pt x="3110776" y="917177"/>
                                </a:lnTo>
                                <a:close/>
                                <a:moveTo>
                                  <a:pt x="2426798" y="914418"/>
                                </a:moveTo>
                                <a:lnTo>
                                  <a:pt x="2430462" y="917016"/>
                                </a:lnTo>
                                <a:lnTo>
                                  <a:pt x="2430218" y="917016"/>
                                </a:lnTo>
                                <a:lnTo>
                                  <a:pt x="2427043" y="917593"/>
                                </a:lnTo>
                                <a:lnTo>
                                  <a:pt x="2424112" y="915572"/>
                                </a:lnTo>
                                <a:lnTo>
                                  <a:pt x="2426798" y="914418"/>
                                </a:lnTo>
                                <a:close/>
                                <a:moveTo>
                                  <a:pt x="1330118" y="909717"/>
                                </a:moveTo>
                                <a:lnTo>
                                  <a:pt x="1330325" y="910205"/>
                                </a:lnTo>
                                <a:lnTo>
                                  <a:pt x="1330118" y="910450"/>
                                </a:lnTo>
                                <a:lnTo>
                                  <a:pt x="1325562" y="912892"/>
                                </a:lnTo>
                                <a:lnTo>
                                  <a:pt x="1330118" y="909717"/>
                                </a:lnTo>
                                <a:close/>
                                <a:moveTo>
                                  <a:pt x="2128610" y="909641"/>
                                </a:moveTo>
                                <a:lnTo>
                                  <a:pt x="2128837" y="911758"/>
                                </a:lnTo>
                                <a:lnTo>
                                  <a:pt x="2127476" y="914404"/>
                                </a:lnTo>
                                <a:lnTo>
                                  <a:pt x="2125662" y="911229"/>
                                </a:lnTo>
                                <a:lnTo>
                                  <a:pt x="2128610" y="909641"/>
                                </a:lnTo>
                                <a:close/>
                                <a:moveTo>
                                  <a:pt x="2824018" y="908142"/>
                                </a:moveTo>
                                <a:lnTo>
                                  <a:pt x="2825750" y="908310"/>
                                </a:lnTo>
                                <a:lnTo>
                                  <a:pt x="2822502" y="910314"/>
                                </a:lnTo>
                                <a:lnTo>
                                  <a:pt x="2820987" y="911317"/>
                                </a:lnTo>
                                <a:lnTo>
                                  <a:pt x="2824018" y="908142"/>
                                </a:lnTo>
                                <a:close/>
                                <a:moveTo>
                                  <a:pt x="2967038" y="908086"/>
                                </a:moveTo>
                                <a:lnTo>
                                  <a:pt x="2970213" y="908086"/>
                                </a:lnTo>
                                <a:lnTo>
                                  <a:pt x="2967435" y="909674"/>
                                </a:lnTo>
                                <a:lnTo>
                                  <a:pt x="2967038" y="908086"/>
                                </a:lnTo>
                                <a:close/>
                                <a:moveTo>
                                  <a:pt x="2949438" y="908086"/>
                                </a:moveTo>
                                <a:lnTo>
                                  <a:pt x="2955738" y="909930"/>
                                </a:lnTo>
                                <a:lnTo>
                                  <a:pt x="2960688" y="914769"/>
                                </a:lnTo>
                                <a:lnTo>
                                  <a:pt x="2959788" y="915691"/>
                                </a:lnTo>
                                <a:lnTo>
                                  <a:pt x="2955288" y="918226"/>
                                </a:lnTo>
                                <a:lnTo>
                                  <a:pt x="2952363" y="921683"/>
                                </a:lnTo>
                                <a:lnTo>
                                  <a:pt x="2949888" y="922374"/>
                                </a:lnTo>
                                <a:lnTo>
                                  <a:pt x="2946513" y="919839"/>
                                </a:lnTo>
                                <a:lnTo>
                                  <a:pt x="2942688" y="916613"/>
                                </a:lnTo>
                                <a:lnTo>
                                  <a:pt x="2932113" y="915922"/>
                                </a:lnTo>
                                <a:lnTo>
                                  <a:pt x="2949438" y="908086"/>
                                </a:lnTo>
                                <a:close/>
                                <a:moveTo>
                                  <a:pt x="2121666" y="901705"/>
                                </a:moveTo>
                                <a:lnTo>
                                  <a:pt x="2124075" y="902452"/>
                                </a:lnTo>
                                <a:lnTo>
                                  <a:pt x="2123856" y="902639"/>
                                </a:lnTo>
                                <a:lnTo>
                                  <a:pt x="2119476" y="904880"/>
                                </a:lnTo>
                                <a:lnTo>
                                  <a:pt x="2117725" y="903760"/>
                                </a:lnTo>
                                <a:lnTo>
                                  <a:pt x="2121666" y="901705"/>
                                </a:lnTo>
                                <a:close/>
                                <a:moveTo>
                                  <a:pt x="1342564" y="900192"/>
                                </a:moveTo>
                                <a:lnTo>
                                  <a:pt x="1343026" y="900721"/>
                                </a:lnTo>
                                <a:lnTo>
                                  <a:pt x="1342564" y="900986"/>
                                </a:lnTo>
                                <a:lnTo>
                                  <a:pt x="1330325" y="908130"/>
                                </a:lnTo>
                                <a:lnTo>
                                  <a:pt x="1339100" y="902044"/>
                                </a:lnTo>
                                <a:lnTo>
                                  <a:pt x="1342564" y="900192"/>
                                </a:lnTo>
                                <a:close/>
                                <a:moveTo>
                                  <a:pt x="1485901" y="897018"/>
                                </a:moveTo>
                                <a:lnTo>
                                  <a:pt x="1484966" y="899525"/>
                                </a:lnTo>
                                <a:lnTo>
                                  <a:pt x="1484733" y="899525"/>
                                </a:lnTo>
                                <a:lnTo>
                                  <a:pt x="1477962" y="900193"/>
                                </a:lnTo>
                                <a:lnTo>
                                  <a:pt x="1485901" y="897018"/>
                                </a:lnTo>
                                <a:close/>
                                <a:moveTo>
                                  <a:pt x="2428346" y="896961"/>
                                </a:moveTo>
                                <a:lnTo>
                                  <a:pt x="2430463" y="898549"/>
                                </a:lnTo>
                                <a:lnTo>
                                  <a:pt x="2427288" y="898305"/>
                                </a:lnTo>
                                <a:lnTo>
                                  <a:pt x="2428346" y="896961"/>
                                </a:lnTo>
                                <a:close/>
                                <a:moveTo>
                                  <a:pt x="2124075" y="895353"/>
                                </a:moveTo>
                                <a:lnTo>
                                  <a:pt x="2124319" y="895353"/>
                                </a:lnTo>
                                <a:lnTo>
                                  <a:pt x="2128227" y="898289"/>
                                </a:lnTo>
                                <a:lnTo>
                                  <a:pt x="2128227" y="897660"/>
                                </a:lnTo>
                                <a:lnTo>
                                  <a:pt x="2130181" y="899547"/>
                                </a:lnTo>
                                <a:lnTo>
                                  <a:pt x="2130181" y="902902"/>
                                </a:lnTo>
                                <a:lnTo>
                                  <a:pt x="2130425" y="905627"/>
                                </a:lnTo>
                                <a:lnTo>
                                  <a:pt x="2130181" y="906466"/>
                                </a:lnTo>
                                <a:lnTo>
                                  <a:pt x="2124075" y="895353"/>
                                </a:lnTo>
                                <a:close/>
                                <a:moveTo>
                                  <a:pt x="1135454" y="895325"/>
                                </a:moveTo>
                                <a:lnTo>
                                  <a:pt x="1129318" y="899636"/>
                                </a:lnTo>
                                <a:lnTo>
                                  <a:pt x="1121137" y="907578"/>
                                </a:lnTo>
                                <a:lnTo>
                                  <a:pt x="1125682" y="903267"/>
                                </a:lnTo>
                                <a:lnTo>
                                  <a:pt x="1129091" y="900771"/>
                                </a:lnTo>
                                <a:lnTo>
                                  <a:pt x="1134091" y="897367"/>
                                </a:lnTo>
                                <a:lnTo>
                                  <a:pt x="1134545" y="896913"/>
                                </a:lnTo>
                                <a:lnTo>
                                  <a:pt x="1134773" y="896460"/>
                                </a:lnTo>
                                <a:lnTo>
                                  <a:pt x="1134091" y="897140"/>
                                </a:lnTo>
                                <a:lnTo>
                                  <a:pt x="1135454" y="895325"/>
                                </a:lnTo>
                                <a:close/>
                                <a:moveTo>
                                  <a:pt x="2130425" y="893766"/>
                                </a:moveTo>
                                <a:lnTo>
                                  <a:pt x="2135188" y="899521"/>
                                </a:lnTo>
                                <a:lnTo>
                                  <a:pt x="2133600" y="901614"/>
                                </a:lnTo>
                                <a:lnTo>
                                  <a:pt x="2133600" y="901704"/>
                                </a:lnTo>
                                <a:lnTo>
                                  <a:pt x="2132012" y="901704"/>
                                </a:lnTo>
                                <a:lnTo>
                                  <a:pt x="2132013" y="901705"/>
                                </a:lnTo>
                                <a:lnTo>
                                  <a:pt x="2131748" y="901705"/>
                                </a:lnTo>
                                <a:lnTo>
                                  <a:pt x="2130425" y="900117"/>
                                </a:lnTo>
                                <a:lnTo>
                                  <a:pt x="2132012" y="901704"/>
                                </a:lnTo>
                                <a:lnTo>
                                  <a:pt x="2132012" y="900116"/>
                                </a:lnTo>
                                <a:lnTo>
                                  <a:pt x="2132921" y="900116"/>
                                </a:lnTo>
                                <a:lnTo>
                                  <a:pt x="2132081" y="897934"/>
                                </a:lnTo>
                                <a:lnTo>
                                  <a:pt x="2131667" y="900513"/>
                                </a:lnTo>
                                <a:lnTo>
                                  <a:pt x="2130425" y="893766"/>
                                </a:lnTo>
                                <a:close/>
                                <a:moveTo>
                                  <a:pt x="2640305" y="891985"/>
                                </a:moveTo>
                                <a:lnTo>
                                  <a:pt x="2636610" y="899095"/>
                                </a:lnTo>
                                <a:lnTo>
                                  <a:pt x="2630033" y="911103"/>
                                </a:lnTo>
                                <a:lnTo>
                                  <a:pt x="2622231" y="924711"/>
                                </a:lnTo>
                                <a:lnTo>
                                  <a:pt x="2636610" y="911235"/>
                                </a:lnTo>
                                <a:lnTo>
                                  <a:pt x="2638197" y="908739"/>
                                </a:lnTo>
                                <a:lnTo>
                                  <a:pt x="2639785" y="906243"/>
                                </a:lnTo>
                                <a:lnTo>
                                  <a:pt x="2640919" y="903521"/>
                                </a:lnTo>
                                <a:lnTo>
                                  <a:pt x="2641599" y="901025"/>
                                </a:lnTo>
                                <a:lnTo>
                                  <a:pt x="2641826" y="898075"/>
                                </a:lnTo>
                                <a:lnTo>
                                  <a:pt x="2641826" y="896714"/>
                                </a:lnTo>
                                <a:lnTo>
                                  <a:pt x="2641599" y="895353"/>
                                </a:lnTo>
                                <a:lnTo>
                                  <a:pt x="2641146" y="894219"/>
                                </a:lnTo>
                                <a:lnTo>
                                  <a:pt x="2640692" y="892630"/>
                                </a:lnTo>
                                <a:lnTo>
                                  <a:pt x="2640305" y="891985"/>
                                </a:lnTo>
                                <a:close/>
                                <a:moveTo>
                                  <a:pt x="4422775" y="891497"/>
                                </a:moveTo>
                                <a:lnTo>
                                  <a:pt x="4418919" y="892858"/>
                                </a:lnTo>
                                <a:lnTo>
                                  <a:pt x="4422548" y="891724"/>
                                </a:lnTo>
                                <a:lnTo>
                                  <a:pt x="4422775" y="891497"/>
                                </a:lnTo>
                                <a:close/>
                                <a:moveTo>
                                  <a:pt x="2142278" y="890591"/>
                                </a:moveTo>
                                <a:lnTo>
                                  <a:pt x="2143125" y="893554"/>
                                </a:lnTo>
                                <a:lnTo>
                                  <a:pt x="2139950" y="896941"/>
                                </a:lnTo>
                                <a:lnTo>
                                  <a:pt x="2142278" y="890591"/>
                                </a:lnTo>
                                <a:close/>
                                <a:moveTo>
                                  <a:pt x="1358243" y="885502"/>
                                </a:moveTo>
                                <a:lnTo>
                                  <a:pt x="1353253" y="887545"/>
                                </a:lnTo>
                                <a:lnTo>
                                  <a:pt x="1358471" y="885502"/>
                                </a:lnTo>
                                <a:lnTo>
                                  <a:pt x="1358243" y="885502"/>
                                </a:lnTo>
                                <a:close/>
                                <a:moveTo>
                                  <a:pt x="1504712" y="884209"/>
                                </a:moveTo>
                                <a:lnTo>
                                  <a:pt x="1501776" y="890669"/>
                                </a:lnTo>
                                <a:lnTo>
                                  <a:pt x="1503200" y="886125"/>
                                </a:lnTo>
                                <a:lnTo>
                                  <a:pt x="1502996" y="886125"/>
                                </a:lnTo>
                                <a:lnTo>
                                  <a:pt x="1504712" y="884209"/>
                                </a:lnTo>
                                <a:close/>
                                <a:moveTo>
                                  <a:pt x="1230678" y="881483"/>
                                </a:moveTo>
                                <a:lnTo>
                                  <a:pt x="1229996" y="881710"/>
                                </a:lnTo>
                                <a:lnTo>
                                  <a:pt x="1230224" y="881710"/>
                                </a:lnTo>
                                <a:lnTo>
                                  <a:pt x="1230678" y="881483"/>
                                </a:lnTo>
                                <a:close/>
                                <a:moveTo>
                                  <a:pt x="2865487" y="881137"/>
                                </a:moveTo>
                                <a:lnTo>
                                  <a:pt x="2870200" y="882726"/>
                                </a:lnTo>
                                <a:lnTo>
                                  <a:pt x="2862262" y="882461"/>
                                </a:lnTo>
                                <a:lnTo>
                                  <a:pt x="2865487" y="881137"/>
                                </a:lnTo>
                                <a:close/>
                                <a:moveTo>
                                  <a:pt x="1353740" y="879556"/>
                                </a:moveTo>
                                <a:lnTo>
                                  <a:pt x="1354137" y="879556"/>
                                </a:lnTo>
                                <a:lnTo>
                                  <a:pt x="1350962" y="881143"/>
                                </a:lnTo>
                                <a:lnTo>
                                  <a:pt x="1353740" y="879556"/>
                                </a:lnTo>
                                <a:close/>
                                <a:moveTo>
                                  <a:pt x="4736646" y="879252"/>
                                </a:moveTo>
                                <a:lnTo>
                                  <a:pt x="4739368" y="879706"/>
                                </a:lnTo>
                                <a:lnTo>
                                  <a:pt x="4739141" y="879479"/>
                                </a:lnTo>
                                <a:lnTo>
                                  <a:pt x="4736646" y="879252"/>
                                </a:lnTo>
                                <a:close/>
                                <a:moveTo>
                                  <a:pt x="1372988" y="876422"/>
                                </a:moveTo>
                                <a:lnTo>
                                  <a:pt x="1367316" y="882097"/>
                                </a:lnTo>
                                <a:lnTo>
                                  <a:pt x="1366182" y="883459"/>
                                </a:lnTo>
                                <a:lnTo>
                                  <a:pt x="1366182" y="883913"/>
                                </a:lnTo>
                                <a:lnTo>
                                  <a:pt x="1367089" y="883913"/>
                                </a:lnTo>
                                <a:lnTo>
                                  <a:pt x="1373214" y="878238"/>
                                </a:lnTo>
                                <a:lnTo>
                                  <a:pt x="1373668" y="878011"/>
                                </a:lnTo>
                                <a:lnTo>
                                  <a:pt x="1372988" y="876422"/>
                                </a:lnTo>
                                <a:close/>
                                <a:moveTo>
                                  <a:pt x="2850515" y="876376"/>
                                </a:moveTo>
                                <a:lnTo>
                                  <a:pt x="2852738" y="879551"/>
                                </a:lnTo>
                                <a:lnTo>
                                  <a:pt x="2852420" y="879551"/>
                                </a:lnTo>
                                <a:lnTo>
                                  <a:pt x="2847975" y="878845"/>
                                </a:lnTo>
                                <a:lnTo>
                                  <a:pt x="2847975" y="878669"/>
                                </a:lnTo>
                                <a:lnTo>
                                  <a:pt x="2850515" y="876376"/>
                                </a:lnTo>
                                <a:close/>
                                <a:moveTo>
                                  <a:pt x="2505981" y="875984"/>
                                </a:moveTo>
                                <a:lnTo>
                                  <a:pt x="2497590" y="888446"/>
                                </a:lnTo>
                                <a:lnTo>
                                  <a:pt x="2504394" y="886180"/>
                                </a:lnTo>
                                <a:lnTo>
                                  <a:pt x="2503033" y="886180"/>
                                </a:lnTo>
                                <a:lnTo>
                                  <a:pt x="2505981" y="875984"/>
                                </a:lnTo>
                                <a:close/>
                                <a:moveTo>
                                  <a:pt x="3121047" y="875094"/>
                                </a:moveTo>
                                <a:lnTo>
                                  <a:pt x="3121047" y="875192"/>
                                </a:lnTo>
                                <a:lnTo>
                                  <a:pt x="3114952" y="877905"/>
                                </a:lnTo>
                                <a:lnTo>
                                  <a:pt x="3114049" y="879261"/>
                                </a:lnTo>
                                <a:lnTo>
                                  <a:pt x="3113819" y="880184"/>
                                </a:lnTo>
                                <a:lnTo>
                                  <a:pt x="3114926" y="878955"/>
                                </a:lnTo>
                                <a:lnTo>
                                  <a:pt x="3117648" y="877142"/>
                                </a:lnTo>
                                <a:lnTo>
                                  <a:pt x="3121051" y="875329"/>
                                </a:lnTo>
                                <a:lnTo>
                                  <a:pt x="3121277" y="875556"/>
                                </a:lnTo>
                                <a:lnTo>
                                  <a:pt x="3121277" y="875329"/>
                                </a:lnTo>
                                <a:lnTo>
                                  <a:pt x="3121504" y="875329"/>
                                </a:lnTo>
                                <a:lnTo>
                                  <a:pt x="3121047" y="875094"/>
                                </a:lnTo>
                                <a:close/>
                                <a:moveTo>
                                  <a:pt x="4841256" y="874876"/>
                                </a:moveTo>
                                <a:lnTo>
                                  <a:pt x="4874277" y="889686"/>
                                </a:lnTo>
                                <a:lnTo>
                                  <a:pt x="4874312" y="889703"/>
                                </a:lnTo>
                                <a:lnTo>
                                  <a:pt x="4875511" y="890286"/>
                                </a:lnTo>
                                <a:lnTo>
                                  <a:pt x="4874603" y="889832"/>
                                </a:lnTo>
                                <a:lnTo>
                                  <a:pt x="4874277" y="889686"/>
                                </a:lnTo>
                                <a:lnTo>
                                  <a:pt x="4867117" y="886207"/>
                                </a:lnTo>
                                <a:lnTo>
                                  <a:pt x="4858497" y="882128"/>
                                </a:lnTo>
                                <a:lnTo>
                                  <a:pt x="4850103" y="878502"/>
                                </a:lnTo>
                                <a:lnTo>
                                  <a:pt x="4841256" y="874876"/>
                                </a:lnTo>
                                <a:close/>
                                <a:moveTo>
                                  <a:pt x="2813050" y="873218"/>
                                </a:moveTo>
                                <a:lnTo>
                                  <a:pt x="2819400" y="877981"/>
                                </a:lnTo>
                                <a:lnTo>
                                  <a:pt x="2819181" y="877981"/>
                                </a:lnTo>
                                <a:lnTo>
                                  <a:pt x="2813050" y="873218"/>
                                </a:lnTo>
                                <a:close/>
                                <a:moveTo>
                                  <a:pt x="2957513" y="873200"/>
                                </a:moveTo>
                                <a:lnTo>
                                  <a:pt x="2957513" y="873654"/>
                                </a:lnTo>
                                <a:lnTo>
                                  <a:pt x="2949779" y="874788"/>
                                </a:lnTo>
                                <a:lnTo>
                                  <a:pt x="2949575" y="874334"/>
                                </a:lnTo>
                                <a:lnTo>
                                  <a:pt x="2957513" y="873200"/>
                                </a:lnTo>
                                <a:close/>
                                <a:moveTo>
                                  <a:pt x="2857209" y="871613"/>
                                </a:moveTo>
                                <a:lnTo>
                                  <a:pt x="2857422" y="871613"/>
                                </a:lnTo>
                                <a:lnTo>
                                  <a:pt x="2870200" y="875961"/>
                                </a:lnTo>
                                <a:lnTo>
                                  <a:pt x="2862107" y="874995"/>
                                </a:lnTo>
                                <a:lnTo>
                                  <a:pt x="2861894" y="874995"/>
                                </a:lnTo>
                                <a:lnTo>
                                  <a:pt x="2856996" y="882726"/>
                                </a:lnTo>
                                <a:lnTo>
                                  <a:pt x="2852737" y="876203"/>
                                </a:lnTo>
                                <a:lnTo>
                                  <a:pt x="2857422" y="879102"/>
                                </a:lnTo>
                                <a:lnTo>
                                  <a:pt x="2857209" y="871613"/>
                                </a:lnTo>
                                <a:close/>
                                <a:moveTo>
                                  <a:pt x="1218989" y="869997"/>
                                </a:moveTo>
                                <a:lnTo>
                                  <a:pt x="1219200" y="869997"/>
                                </a:lnTo>
                                <a:lnTo>
                                  <a:pt x="1216025" y="871585"/>
                                </a:lnTo>
                                <a:lnTo>
                                  <a:pt x="1218989" y="869997"/>
                                </a:lnTo>
                                <a:close/>
                                <a:moveTo>
                                  <a:pt x="2437778" y="869968"/>
                                </a:moveTo>
                                <a:lnTo>
                                  <a:pt x="2442955" y="871238"/>
                                </a:lnTo>
                                <a:lnTo>
                                  <a:pt x="2443162" y="871238"/>
                                </a:lnTo>
                                <a:lnTo>
                                  <a:pt x="2443162" y="871397"/>
                                </a:lnTo>
                                <a:lnTo>
                                  <a:pt x="2433637" y="871556"/>
                                </a:lnTo>
                                <a:lnTo>
                                  <a:pt x="2437778" y="869968"/>
                                </a:lnTo>
                                <a:close/>
                                <a:moveTo>
                                  <a:pt x="4469493" y="869048"/>
                                </a:moveTo>
                                <a:lnTo>
                                  <a:pt x="4462462" y="871089"/>
                                </a:lnTo>
                                <a:lnTo>
                                  <a:pt x="4468812" y="869275"/>
                                </a:lnTo>
                                <a:lnTo>
                                  <a:pt x="4469493" y="869048"/>
                                </a:lnTo>
                                <a:close/>
                                <a:moveTo>
                                  <a:pt x="1360487" y="868443"/>
                                </a:moveTo>
                                <a:lnTo>
                                  <a:pt x="1360487" y="868670"/>
                                </a:lnTo>
                                <a:lnTo>
                                  <a:pt x="1359510" y="869577"/>
                                </a:lnTo>
                                <a:lnTo>
                                  <a:pt x="1357312" y="871617"/>
                                </a:lnTo>
                                <a:lnTo>
                                  <a:pt x="1357312" y="870030"/>
                                </a:lnTo>
                                <a:lnTo>
                                  <a:pt x="1360487" y="868443"/>
                                </a:lnTo>
                                <a:close/>
                                <a:moveTo>
                                  <a:pt x="2925762" y="868437"/>
                                </a:moveTo>
                                <a:lnTo>
                                  <a:pt x="2925762" y="868664"/>
                                </a:lnTo>
                                <a:lnTo>
                                  <a:pt x="2922587" y="870025"/>
                                </a:lnTo>
                                <a:lnTo>
                                  <a:pt x="2925762" y="868437"/>
                                </a:lnTo>
                                <a:close/>
                                <a:moveTo>
                                  <a:pt x="1264558" y="868408"/>
                                </a:moveTo>
                                <a:lnTo>
                                  <a:pt x="1265238" y="868408"/>
                                </a:lnTo>
                                <a:lnTo>
                                  <a:pt x="1263878" y="869678"/>
                                </a:lnTo>
                                <a:lnTo>
                                  <a:pt x="1260475" y="871583"/>
                                </a:lnTo>
                                <a:lnTo>
                                  <a:pt x="1264558" y="868408"/>
                                </a:lnTo>
                                <a:close/>
                                <a:moveTo>
                                  <a:pt x="2462439" y="866921"/>
                                </a:moveTo>
                                <a:lnTo>
                                  <a:pt x="2453821" y="868280"/>
                                </a:lnTo>
                                <a:lnTo>
                                  <a:pt x="2457449" y="869640"/>
                                </a:lnTo>
                                <a:lnTo>
                                  <a:pt x="2463346" y="868734"/>
                                </a:lnTo>
                                <a:lnTo>
                                  <a:pt x="2463119" y="871453"/>
                                </a:lnTo>
                                <a:lnTo>
                                  <a:pt x="2473778" y="867147"/>
                                </a:lnTo>
                                <a:lnTo>
                                  <a:pt x="2474458" y="866921"/>
                                </a:lnTo>
                                <a:lnTo>
                                  <a:pt x="2459717" y="867374"/>
                                </a:lnTo>
                                <a:lnTo>
                                  <a:pt x="2462439" y="866921"/>
                                </a:lnTo>
                                <a:close/>
                                <a:moveTo>
                                  <a:pt x="2485798" y="865562"/>
                                </a:moveTo>
                                <a:lnTo>
                                  <a:pt x="2478087" y="866015"/>
                                </a:lnTo>
                                <a:lnTo>
                                  <a:pt x="2486024" y="865562"/>
                                </a:lnTo>
                                <a:lnTo>
                                  <a:pt x="2485798" y="865562"/>
                                </a:lnTo>
                                <a:close/>
                                <a:moveTo>
                                  <a:pt x="4611461" y="865420"/>
                                </a:moveTo>
                                <a:lnTo>
                                  <a:pt x="4620305" y="868594"/>
                                </a:lnTo>
                                <a:lnTo>
                                  <a:pt x="4611687" y="865420"/>
                                </a:lnTo>
                                <a:lnTo>
                                  <a:pt x="4611461" y="865420"/>
                                </a:lnTo>
                                <a:close/>
                                <a:moveTo>
                                  <a:pt x="2929964" y="865262"/>
                                </a:moveTo>
                                <a:lnTo>
                                  <a:pt x="2933700" y="865857"/>
                                </a:lnTo>
                                <a:lnTo>
                                  <a:pt x="2930198" y="866850"/>
                                </a:lnTo>
                                <a:lnTo>
                                  <a:pt x="2925762" y="866453"/>
                                </a:lnTo>
                                <a:lnTo>
                                  <a:pt x="2929964" y="865262"/>
                                </a:lnTo>
                                <a:close/>
                                <a:moveTo>
                                  <a:pt x="2441258" y="865211"/>
                                </a:moveTo>
                                <a:lnTo>
                                  <a:pt x="2443163" y="867063"/>
                                </a:lnTo>
                                <a:lnTo>
                                  <a:pt x="2442528" y="868386"/>
                                </a:lnTo>
                                <a:lnTo>
                                  <a:pt x="2438400" y="866005"/>
                                </a:lnTo>
                                <a:lnTo>
                                  <a:pt x="2441258" y="865211"/>
                                </a:lnTo>
                                <a:close/>
                                <a:moveTo>
                                  <a:pt x="2952750" y="863675"/>
                                </a:moveTo>
                                <a:lnTo>
                                  <a:pt x="2952070" y="864129"/>
                                </a:lnTo>
                                <a:lnTo>
                                  <a:pt x="2947307" y="874107"/>
                                </a:lnTo>
                                <a:lnTo>
                                  <a:pt x="2944813" y="875241"/>
                                </a:lnTo>
                                <a:lnTo>
                                  <a:pt x="2936875" y="876375"/>
                                </a:lnTo>
                                <a:lnTo>
                                  <a:pt x="2939597" y="870705"/>
                                </a:lnTo>
                                <a:lnTo>
                                  <a:pt x="2937329" y="868437"/>
                                </a:lnTo>
                                <a:lnTo>
                                  <a:pt x="2952750" y="863675"/>
                                </a:lnTo>
                                <a:close/>
                                <a:moveTo>
                                  <a:pt x="4636634" y="862698"/>
                                </a:moveTo>
                                <a:lnTo>
                                  <a:pt x="4635500" y="863379"/>
                                </a:lnTo>
                                <a:lnTo>
                                  <a:pt x="4635500" y="864059"/>
                                </a:lnTo>
                                <a:lnTo>
                                  <a:pt x="4636634" y="862698"/>
                                </a:lnTo>
                                <a:close/>
                                <a:moveTo>
                                  <a:pt x="1366837" y="862093"/>
                                </a:moveTo>
                                <a:lnTo>
                                  <a:pt x="1366367" y="862546"/>
                                </a:lnTo>
                                <a:lnTo>
                                  <a:pt x="1360487" y="865268"/>
                                </a:lnTo>
                                <a:lnTo>
                                  <a:pt x="1366837" y="862093"/>
                                </a:lnTo>
                                <a:close/>
                                <a:moveTo>
                                  <a:pt x="2935568" y="862087"/>
                                </a:moveTo>
                                <a:lnTo>
                                  <a:pt x="2936875" y="863476"/>
                                </a:lnTo>
                                <a:lnTo>
                                  <a:pt x="2933700" y="863675"/>
                                </a:lnTo>
                                <a:lnTo>
                                  <a:pt x="2935568" y="862087"/>
                                </a:lnTo>
                                <a:close/>
                                <a:moveTo>
                                  <a:pt x="4691970" y="861338"/>
                                </a:moveTo>
                                <a:lnTo>
                                  <a:pt x="4702628" y="868821"/>
                                </a:lnTo>
                                <a:lnTo>
                                  <a:pt x="4702402" y="868367"/>
                                </a:lnTo>
                                <a:lnTo>
                                  <a:pt x="4691970" y="861338"/>
                                </a:lnTo>
                                <a:close/>
                                <a:moveTo>
                                  <a:pt x="2917825" y="860501"/>
                                </a:moveTo>
                                <a:lnTo>
                                  <a:pt x="2924175" y="865025"/>
                                </a:lnTo>
                                <a:lnTo>
                                  <a:pt x="2923956" y="865263"/>
                                </a:lnTo>
                                <a:lnTo>
                                  <a:pt x="2917825" y="861215"/>
                                </a:lnTo>
                                <a:lnTo>
                                  <a:pt x="2917825" y="860501"/>
                                </a:lnTo>
                                <a:close/>
                                <a:moveTo>
                                  <a:pt x="1368166" y="859888"/>
                                </a:moveTo>
                                <a:lnTo>
                                  <a:pt x="1367770" y="860079"/>
                                </a:lnTo>
                                <a:lnTo>
                                  <a:pt x="1366636" y="860306"/>
                                </a:lnTo>
                                <a:lnTo>
                                  <a:pt x="1368166" y="859888"/>
                                </a:lnTo>
                                <a:close/>
                                <a:moveTo>
                                  <a:pt x="2902790" y="858913"/>
                                </a:moveTo>
                                <a:lnTo>
                                  <a:pt x="2906713" y="859905"/>
                                </a:lnTo>
                                <a:lnTo>
                                  <a:pt x="2901950" y="860501"/>
                                </a:lnTo>
                                <a:lnTo>
                                  <a:pt x="2902790" y="858913"/>
                                </a:lnTo>
                                <a:close/>
                                <a:moveTo>
                                  <a:pt x="1141413" y="858881"/>
                                </a:moveTo>
                                <a:lnTo>
                                  <a:pt x="1140695" y="860083"/>
                                </a:lnTo>
                                <a:lnTo>
                                  <a:pt x="1123950" y="874756"/>
                                </a:lnTo>
                                <a:lnTo>
                                  <a:pt x="1141413" y="858881"/>
                                </a:lnTo>
                                <a:close/>
                                <a:moveTo>
                                  <a:pt x="1390453" y="856674"/>
                                </a:moveTo>
                                <a:lnTo>
                                  <a:pt x="1387055" y="858490"/>
                                </a:lnTo>
                                <a:lnTo>
                                  <a:pt x="1387051" y="858490"/>
                                </a:lnTo>
                                <a:lnTo>
                                  <a:pt x="1370493" y="867343"/>
                                </a:lnTo>
                                <a:lnTo>
                                  <a:pt x="1387055" y="858490"/>
                                </a:lnTo>
                                <a:lnTo>
                                  <a:pt x="1396425" y="859324"/>
                                </a:lnTo>
                                <a:lnTo>
                                  <a:pt x="1396351" y="859398"/>
                                </a:lnTo>
                                <a:lnTo>
                                  <a:pt x="1396630" y="859342"/>
                                </a:lnTo>
                                <a:lnTo>
                                  <a:pt x="1397258" y="859398"/>
                                </a:lnTo>
                                <a:lnTo>
                                  <a:pt x="1397485" y="859171"/>
                                </a:lnTo>
                                <a:lnTo>
                                  <a:pt x="1396630" y="859342"/>
                                </a:lnTo>
                                <a:lnTo>
                                  <a:pt x="1396425" y="859324"/>
                                </a:lnTo>
                                <a:lnTo>
                                  <a:pt x="1398620" y="857128"/>
                                </a:lnTo>
                                <a:lnTo>
                                  <a:pt x="1390453" y="856674"/>
                                </a:lnTo>
                                <a:close/>
                                <a:moveTo>
                                  <a:pt x="1546559" y="855744"/>
                                </a:moveTo>
                                <a:lnTo>
                                  <a:pt x="1547813" y="856032"/>
                                </a:lnTo>
                                <a:lnTo>
                                  <a:pt x="1543551" y="858919"/>
                                </a:lnTo>
                                <a:lnTo>
                                  <a:pt x="1543050" y="857187"/>
                                </a:lnTo>
                                <a:lnTo>
                                  <a:pt x="1546559" y="855744"/>
                                </a:lnTo>
                                <a:close/>
                                <a:moveTo>
                                  <a:pt x="1147762" y="855706"/>
                                </a:moveTo>
                                <a:lnTo>
                                  <a:pt x="1142285" y="861526"/>
                                </a:lnTo>
                                <a:lnTo>
                                  <a:pt x="1137464" y="865617"/>
                                </a:lnTo>
                                <a:lnTo>
                                  <a:pt x="1132522" y="869810"/>
                                </a:lnTo>
                                <a:lnTo>
                                  <a:pt x="1132760" y="869810"/>
                                </a:lnTo>
                                <a:lnTo>
                                  <a:pt x="1131808" y="870929"/>
                                </a:lnTo>
                                <a:lnTo>
                                  <a:pt x="1128712" y="873168"/>
                                </a:lnTo>
                                <a:lnTo>
                                  <a:pt x="1132760" y="869138"/>
                                </a:lnTo>
                                <a:lnTo>
                                  <a:pt x="1132522" y="869138"/>
                                </a:lnTo>
                                <a:lnTo>
                                  <a:pt x="1132284" y="869138"/>
                                </a:lnTo>
                                <a:lnTo>
                                  <a:pt x="1132046" y="869138"/>
                                </a:lnTo>
                                <a:lnTo>
                                  <a:pt x="1131808" y="869138"/>
                                </a:lnTo>
                                <a:lnTo>
                                  <a:pt x="1142047" y="860631"/>
                                </a:lnTo>
                                <a:lnTo>
                                  <a:pt x="1147762" y="855706"/>
                                </a:lnTo>
                                <a:close/>
                                <a:moveTo>
                                  <a:pt x="2459778" y="854097"/>
                                </a:moveTo>
                                <a:lnTo>
                                  <a:pt x="2463800" y="854097"/>
                                </a:lnTo>
                                <a:lnTo>
                                  <a:pt x="2463588" y="854530"/>
                                </a:lnTo>
                                <a:lnTo>
                                  <a:pt x="2457450" y="855685"/>
                                </a:lnTo>
                                <a:lnTo>
                                  <a:pt x="2457450" y="854530"/>
                                </a:lnTo>
                                <a:lnTo>
                                  <a:pt x="2459778" y="854097"/>
                                </a:lnTo>
                                <a:close/>
                                <a:moveTo>
                                  <a:pt x="5670167" y="853575"/>
                                </a:moveTo>
                                <a:lnTo>
                                  <a:pt x="5674931" y="857654"/>
                                </a:lnTo>
                                <a:lnTo>
                                  <a:pt x="5674704" y="857654"/>
                                </a:lnTo>
                                <a:lnTo>
                                  <a:pt x="5670167" y="853575"/>
                                </a:lnTo>
                                <a:close/>
                                <a:moveTo>
                                  <a:pt x="1158876" y="849355"/>
                                </a:moveTo>
                                <a:lnTo>
                                  <a:pt x="1155780" y="851695"/>
                                </a:lnTo>
                                <a:lnTo>
                                  <a:pt x="1154112" y="852530"/>
                                </a:lnTo>
                                <a:lnTo>
                                  <a:pt x="1158876" y="849355"/>
                                </a:lnTo>
                                <a:close/>
                                <a:moveTo>
                                  <a:pt x="2467336" y="849335"/>
                                </a:moveTo>
                                <a:lnTo>
                                  <a:pt x="2470151" y="849335"/>
                                </a:lnTo>
                                <a:lnTo>
                                  <a:pt x="2470151" y="849562"/>
                                </a:lnTo>
                                <a:lnTo>
                                  <a:pt x="2465388" y="855685"/>
                                </a:lnTo>
                                <a:lnTo>
                                  <a:pt x="2467336" y="849335"/>
                                </a:lnTo>
                                <a:close/>
                                <a:moveTo>
                                  <a:pt x="4760686" y="848639"/>
                                </a:moveTo>
                                <a:lnTo>
                                  <a:pt x="4777014" y="854762"/>
                                </a:lnTo>
                                <a:lnTo>
                                  <a:pt x="4776561" y="854535"/>
                                </a:lnTo>
                                <a:lnTo>
                                  <a:pt x="4760686" y="848639"/>
                                </a:lnTo>
                                <a:close/>
                                <a:moveTo>
                                  <a:pt x="4745718" y="848412"/>
                                </a:moveTo>
                                <a:lnTo>
                                  <a:pt x="4744130" y="849773"/>
                                </a:lnTo>
                                <a:lnTo>
                                  <a:pt x="4744584" y="849546"/>
                                </a:lnTo>
                                <a:lnTo>
                                  <a:pt x="4745718" y="848412"/>
                                </a:lnTo>
                                <a:close/>
                                <a:moveTo>
                                  <a:pt x="5358021" y="847457"/>
                                </a:moveTo>
                                <a:lnTo>
                                  <a:pt x="5364146" y="849043"/>
                                </a:lnTo>
                                <a:lnTo>
                                  <a:pt x="5363919" y="848817"/>
                                </a:lnTo>
                                <a:lnTo>
                                  <a:pt x="5358021" y="847457"/>
                                </a:lnTo>
                                <a:close/>
                                <a:moveTo>
                                  <a:pt x="1147095" y="846428"/>
                                </a:moveTo>
                                <a:lnTo>
                                  <a:pt x="1143348" y="849841"/>
                                </a:lnTo>
                                <a:lnTo>
                                  <a:pt x="1134132" y="857947"/>
                                </a:lnTo>
                                <a:lnTo>
                                  <a:pt x="1131041" y="861040"/>
                                </a:lnTo>
                                <a:lnTo>
                                  <a:pt x="1122323" y="868944"/>
                                </a:lnTo>
                                <a:lnTo>
                                  <a:pt x="1131348" y="860260"/>
                                </a:lnTo>
                                <a:lnTo>
                                  <a:pt x="1140477" y="852277"/>
                                </a:lnTo>
                                <a:lnTo>
                                  <a:pt x="1147095" y="846428"/>
                                </a:lnTo>
                                <a:close/>
                                <a:moveTo>
                                  <a:pt x="1264541" y="846085"/>
                                </a:moveTo>
                                <a:lnTo>
                                  <a:pt x="1263177" y="847219"/>
                                </a:lnTo>
                                <a:lnTo>
                                  <a:pt x="1264769" y="846085"/>
                                </a:lnTo>
                                <a:lnTo>
                                  <a:pt x="1264541" y="846085"/>
                                </a:lnTo>
                                <a:close/>
                                <a:moveTo>
                                  <a:pt x="2481035" y="839959"/>
                                </a:moveTo>
                                <a:lnTo>
                                  <a:pt x="2482536" y="840333"/>
                                </a:lnTo>
                                <a:lnTo>
                                  <a:pt x="2480808" y="840412"/>
                                </a:lnTo>
                                <a:lnTo>
                                  <a:pt x="2480355" y="840412"/>
                                </a:lnTo>
                                <a:lnTo>
                                  <a:pt x="2481035" y="839959"/>
                                </a:lnTo>
                                <a:close/>
                                <a:moveTo>
                                  <a:pt x="1600654" y="838282"/>
                                </a:moveTo>
                                <a:lnTo>
                                  <a:pt x="1601788" y="839076"/>
                                </a:lnTo>
                                <a:lnTo>
                                  <a:pt x="1597025" y="843045"/>
                                </a:lnTo>
                                <a:lnTo>
                                  <a:pt x="1597252" y="840134"/>
                                </a:lnTo>
                                <a:lnTo>
                                  <a:pt x="1600654" y="838282"/>
                                </a:lnTo>
                                <a:close/>
                                <a:moveTo>
                                  <a:pt x="1600200" y="836694"/>
                                </a:moveTo>
                                <a:lnTo>
                                  <a:pt x="1600200" y="836921"/>
                                </a:lnTo>
                                <a:lnTo>
                                  <a:pt x="1600043" y="836716"/>
                                </a:lnTo>
                                <a:lnTo>
                                  <a:pt x="1600200" y="836694"/>
                                </a:lnTo>
                                <a:close/>
                                <a:moveTo>
                                  <a:pt x="1239838" y="835073"/>
                                </a:moveTo>
                                <a:lnTo>
                                  <a:pt x="1238073" y="838348"/>
                                </a:lnTo>
                                <a:lnTo>
                                  <a:pt x="1236662" y="839836"/>
                                </a:lnTo>
                                <a:lnTo>
                                  <a:pt x="1239838" y="835073"/>
                                </a:lnTo>
                                <a:close/>
                                <a:moveTo>
                                  <a:pt x="3096883" y="834324"/>
                                </a:moveTo>
                                <a:lnTo>
                                  <a:pt x="3096591" y="834647"/>
                                </a:lnTo>
                                <a:lnTo>
                                  <a:pt x="3096641" y="834647"/>
                                </a:lnTo>
                                <a:lnTo>
                                  <a:pt x="3096883" y="834324"/>
                                </a:lnTo>
                                <a:close/>
                                <a:moveTo>
                                  <a:pt x="1597593" y="833519"/>
                                </a:moveTo>
                                <a:lnTo>
                                  <a:pt x="1600043" y="836716"/>
                                </a:lnTo>
                                <a:lnTo>
                                  <a:pt x="1598541" y="836921"/>
                                </a:lnTo>
                                <a:lnTo>
                                  <a:pt x="1594750" y="840550"/>
                                </a:lnTo>
                                <a:lnTo>
                                  <a:pt x="1584325" y="844632"/>
                                </a:lnTo>
                                <a:lnTo>
                                  <a:pt x="1586931" y="840096"/>
                                </a:lnTo>
                                <a:lnTo>
                                  <a:pt x="1597593" y="833519"/>
                                </a:lnTo>
                                <a:close/>
                                <a:moveTo>
                                  <a:pt x="4503930" y="833407"/>
                                </a:moveTo>
                                <a:lnTo>
                                  <a:pt x="4510055" y="834087"/>
                                </a:lnTo>
                                <a:lnTo>
                                  <a:pt x="4510508" y="834087"/>
                                </a:lnTo>
                                <a:lnTo>
                                  <a:pt x="4503930" y="833407"/>
                                </a:lnTo>
                                <a:close/>
                                <a:moveTo>
                                  <a:pt x="1612900" y="831932"/>
                                </a:moveTo>
                                <a:lnTo>
                                  <a:pt x="1612665" y="832149"/>
                                </a:lnTo>
                                <a:lnTo>
                                  <a:pt x="1606550" y="836695"/>
                                </a:lnTo>
                                <a:lnTo>
                                  <a:pt x="1612900" y="831932"/>
                                </a:lnTo>
                                <a:close/>
                                <a:moveTo>
                                  <a:pt x="2529794" y="830442"/>
                                </a:moveTo>
                                <a:lnTo>
                                  <a:pt x="2519815" y="830895"/>
                                </a:lnTo>
                                <a:lnTo>
                                  <a:pt x="2530021" y="830442"/>
                                </a:lnTo>
                                <a:lnTo>
                                  <a:pt x="2529794" y="830442"/>
                                </a:lnTo>
                                <a:close/>
                                <a:moveTo>
                                  <a:pt x="1618654" y="828757"/>
                                </a:moveTo>
                                <a:lnTo>
                                  <a:pt x="1618853" y="828757"/>
                                </a:lnTo>
                                <a:lnTo>
                                  <a:pt x="1611312" y="835107"/>
                                </a:lnTo>
                                <a:lnTo>
                                  <a:pt x="1618654" y="828757"/>
                                </a:lnTo>
                                <a:close/>
                                <a:moveTo>
                                  <a:pt x="5607556" y="828649"/>
                                </a:moveTo>
                                <a:lnTo>
                                  <a:pt x="5608010" y="829102"/>
                                </a:lnTo>
                                <a:lnTo>
                                  <a:pt x="5616177" y="836580"/>
                                </a:lnTo>
                                <a:lnTo>
                                  <a:pt x="5607556" y="828649"/>
                                </a:lnTo>
                                <a:close/>
                                <a:moveTo>
                                  <a:pt x="1412875" y="822414"/>
                                </a:moveTo>
                                <a:lnTo>
                                  <a:pt x="1412461" y="822573"/>
                                </a:lnTo>
                                <a:lnTo>
                                  <a:pt x="1408526" y="824002"/>
                                </a:lnTo>
                                <a:lnTo>
                                  <a:pt x="1408319" y="824002"/>
                                </a:lnTo>
                                <a:lnTo>
                                  <a:pt x="1408112" y="824002"/>
                                </a:lnTo>
                                <a:lnTo>
                                  <a:pt x="1412875" y="822414"/>
                                </a:lnTo>
                                <a:close/>
                                <a:moveTo>
                                  <a:pt x="1411284" y="821548"/>
                                </a:moveTo>
                                <a:lnTo>
                                  <a:pt x="1409701" y="822414"/>
                                </a:lnTo>
                                <a:lnTo>
                                  <a:pt x="1409918" y="822134"/>
                                </a:lnTo>
                                <a:lnTo>
                                  <a:pt x="1411284" y="821548"/>
                                </a:lnTo>
                                <a:close/>
                                <a:moveTo>
                                  <a:pt x="1311358" y="821351"/>
                                </a:moveTo>
                                <a:lnTo>
                                  <a:pt x="1308858" y="822713"/>
                                </a:lnTo>
                                <a:lnTo>
                                  <a:pt x="1311358" y="821578"/>
                                </a:lnTo>
                                <a:lnTo>
                                  <a:pt x="1311358" y="821351"/>
                                </a:lnTo>
                                <a:close/>
                                <a:moveTo>
                                  <a:pt x="1317625" y="820783"/>
                                </a:moveTo>
                                <a:lnTo>
                                  <a:pt x="1317625" y="820784"/>
                                </a:lnTo>
                                <a:lnTo>
                                  <a:pt x="1317625" y="821842"/>
                                </a:lnTo>
                                <a:lnTo>
                                  <a:pt x="1317625" y="822106"/>
                                </a:lnTo>
                                <a:lnTo>
                                  <a:pt x="1316037" y="822371"/>
                                </a:lnTo>
                                <a:lnTo>
                                  <a:pt x="1317625" y="820783"/>
                                </a:lnTo>
                                <a:close/>
                                <a:moveTo>
                                  <a:pt x="1418416" y="817651"/>
                                </a:moveTo>
                                <a:lnTo>
                                  <a:pt x="1420377" y="817651"/>
                                </a:lnTo>
                                <a:lnTo>
                                  <a:pt x="1418677" y="818380"/>
                                </a:lnTo>
                                <a:lnTo>
                                  <a:pt x="1419941" y="818538"/>
                                </a:lnTo>
                                <a:lnTo>
                                  <a:pt x="1419487" y="818538"/>
                                </a:lnTo>
                                <a:lnTo>
                                  <a:pt x="1418307" y="818538"/>
                                </a:lnTo>
                                <a:lnTo>
                                  <a:pt x="1411284" y="821548"/>
                                </a:lnTo>
                                <a:lnTo>
                                  <a:pt x="1414037" y="820044"/>
                                </a:lnTo>
                                <a:lnTo>
                                  <a:pt x="1408600" y="822397"/>
                                </a:lnTo>
                                <a:lnTo>
                                  <a:pt x="1408373" y="822397"/>
                                </a:lnTo>
                                <a:lnTo>
                                  <a:pt x="1414500" y="819791"/>
                                </a:lnTo>
                                <a:lnTo>
                                  <a:pt x="1418416" y="817651"/>
                                </a:lnTo>
                                <a:close/>
                                <a:moveTo>
                                  <a:pt x="2523926" y="817580"/>
                                </a:moveTo>
                                <a:lnTo>
                                  <a:pt x="2524125" y="818714"/>
                                </a:lnTo>
                                <a:lnTo>
                                  <a:pt x="2522537" y="820755"/>
                                </a:lnTo>
                                <a:lnTo>
                                  <a:pt x="2523926" y="817580"/>
                                </a:lnTo>
                                <a:close/>
                                <a:moveTo>
                                  <a:pt x="1313630" y="816359"/>
                                </a:moveTo>
                                <a:lnTo>
                                  <a:pt x="1299313" y="823848"/>
                                </a:lnTo>
                                <a:lnTo>
                                  <a:pt x="1313175" y="816813"/>
                                </a:lnTo>
                                <a:lnTo>
                                  <a:pt x="1313630" y="816359"/>
                                </a:lnTo>
                                <a:close/>
                                <a:moveTo>
                                  <a:pt x="1328480" y="816021"/>
                                </a:moveTo>
                                <a:lnTo>
                                  <a:pt x="1328480" y="816248"/>
                                </a:lnTo>
                                <a:lnTo>
                                  <a:pt x="1328738" y="816248"/>
                                </a:lnTo>
                                <a:lnTo>
                                  <a:pt x="1327963" y="816701"/>
                                </a:lnTo>
                                <a:lnTo>
                                  <a:pt x="1317625" y="820784"/>
                                </a:lnTo>
                                <a:lnTo>
                                  <a:pt x="1328480" y="816021"/>
                                </a:lnTo>
                                <a:close/>
                                <a:moveTo>
                                  <a:pt x="4719184" y="815985"/>
                                </a:moveTo>
                                <a:lnTo>
                                  <a:pt x="4723039" y="816212"/>
                                </a:lnTo>
                                <a:lnTo>
                                  <a:pt x="4726668" y="816665"/>
                                </a:lnTo>
                                <a:lnTo>
                                  <a:pt x="4730296" y="817119"/>
                                </a:lnTo>
                                <a:lnTo>
                                  <a:pt x="4733925" y="817572"/>
                                </a:lnTo>
                                <a:lnTo>
                                  <a:pt x="4737327" y="818479"/>
                                </a:lnTo>
                                <a:lnTo>
                                  <a:pt x="4740955" y="819613"/>
                                </a:lnTo>
                                <a:lnTo>
                                  <a:pt x="4744584" y="820974"/>
                                </a:lnTo>
                                <a:lnTo>
                                  <a:pt x="4748212" y="822561"/>
                                </a:lnTo>
                                <a:lnTo>
                                  <a:pt x="4751614" y="824602"/>
                                </a:lnTo>
                                <a:lnTo>
                                  <a:pt x="4755470" y="826870"/>
                                </a:lnTo>
                                <a:lnTo>
                                  <a:pt x="4759098" y="829137"/>
                                </a:lnTo>
                                <a:lnTo>
                                  <a:pt x="4762727" y="832085"/>
                                </a:lnTo>
                                <a:lnTo>
                                  <a:pt x="4766355" y="835260"/>
                                </a:lnTo>
                                <a:lnTo>
                                  <a:pt x="4769984" y="838888"/>
                                </a:lnTo>
                                <a:lnTo>
                                  <a:pt x="4773612" y="842743"/>
                                </a:lnTo>
                                <a:lnTo>
                                  <a:pt x="4794023" y="865646"/>
                                </a:lnTo>
                                <a:lnTo>
                                  <a:pt x="4814207" y="888550"/>
                                </a:lnTo>
                                <a:lnTo>
                                  <a:pt x="4834164" y="911906"/>
                                </a:lnTo>
                                <a:lnTo>
                                  <a:pt x="4854121" y="935263"/>
                                </a:lnTo>
                                <a:lnTo>
                                  <a:pt x="4877480" y="963155"/>
                                </a:lnTo>
                                <a:lnTo>
                                  <a:pt x="4900612" y="991500"/>
                                </a:lnTo>
                                <a:lnTo>
                                  <a:pt x="4923291" y="1020300"/>
                                </a:lnTo>
                                <a:lnTo>
                                  <a:pt x="4945743" y="1048874"/>
                                </a:lnTo>
                                <a:lnTo>
                                  <a:pt x="4967741" y="1078127"/>
                                </a:lnTo>
                                <a:lnTo>
                                  <a:pt x="4989739" y="1107380"/>
                                </a:lnTo>
                                <a:lnTo>
                                  <a:pt x="5011284" y="1136632"/>
                                </a:lnTo>
                                <a:lnTo>
                                  <a:pt x="5032829" y="1166340"/>
                                </a:lnTo>
                                <a:lnTo>
                                  <a:pt x="5053012" y="1195364"/>
                                </a:lnTo>
                                <a:lnTo>
                                  <a:pt x="5073196" y="1224389"/>
                                </a:lnTo>
                                <a:lnTo>
                                  <a:pt x="5093154" y="1253868"/>
                                </a:lnTo>
                                <a:lnTo>
                                  <a:pt x="5112430" y="1283348"/>
                                </a:lnTo>
                                <a:lnTo>
                                  <a:pt x="5131707" y="1313055"/>
                                </a:lnTo>
                                <a:lnTo>
                                  <a:pt x="5150757" y="1342762"/>
                                </a:lnTo>
                                <a:lnTo>
                                  <a:pt x="5169354" y="1372923"/>
                                </a:lnTo>
                                <a:lnTo>
                                  <a:pt x="5187950" y="1403080"/>
                                </a:lnTo>
                                <a:lnTo>
                                  <a:pt x="5206093" y="1433466"/>
                                </a:lnTo>
                                <a:lnTo>
                                  <a:pt x="5224009" y="1464080"/>
                                </a:lnTo>
                                <a:lnTo>
                                  <a:pt x="5241471" y="1494693"/>
                                </a:lnTo>
                                <a:lnTo>
                                  <a:pt x="5259161" y="1525533"/>
                                </a:lnTo>
                                <a:lnTo>
                                  <a:pt x="5276170" y="1556374"/>
                                </a:lnTo>
                                <a:lnTo>
                                  <a:pt x="5292952" y="1587667"/>
                                </a:lnTo>
                                <a:lnTo>
                                  <a:pt x="5309734" y="1618961"/>
                                </a:lnTo>
                                <a:lnTo>
                                  <a:pt x="5325836" y="1650255"/>
                                </a:lnTo>
                                <a:lnTo>
                                  <a:pt x="5318125" y="1635968"/>
                                </a:lnTo>
                                <a:lnTo>
                                  <a:pt x="5310641" y="1622363"/>
                                </a:lnTo>
                                <a:lnTo>
                                  <a:pt x="5303157" y="1609891"/>
                                </a:lnTo>
                                <a:lnTo>
                                  <a:pt x="5295900" y="1598552"/>
                                </a:lnTo>
                                <a:lnTo>
                                  <a:pt x="5288416" y="1587894"/>
                                </a:lnTo>
                                <a:lnTo>
                                  <a:pt x="5281159" y="1577917"/>
                                </a:lnTo>
                                <a:lnTo>
                                  <a:pt x="5273902" y="1569072"/>
                                </a:lnTo>
                                <a:lnTo>
                                  <a:pt x="5266871" y="1560909"/>
                                </a:lnTo>
                                <a:lnTo>
                                  <a:pt x="5260068" y="1553653"/>
                                </a:lnTo>
                                <a:lnTo>
                                  <a:pt x="5253264" y="1547076"/>
                                </a:lnTo>
                                <a:lnTo>
                                  <a:pt x="5246687" y="1541407"/>
                                </a:lnTo>
                                <a:lnTo>
                                  <a:pt x="5240111" y="1536191"/>
                                </a:lnTo>
                                <a:lnTo>
                                  <a:pt x="5233761" y="1531883"/>
                                </a:lnTo>
                                <a:lnTo>
                                  <a:pt x="5227637" y="1528255"/>
                                </a:lnTo>
                                <a:lnTo>
                                  <a:pt x="5221741" y="1525080"/>
                                </a:lnTo>
                                <a:lnTo>
                                  <a:pt x="5215845" y="1522585"/>
                                </a:lnTo>
                                <a:lnTo>
                                  <a:pt x="5210175" y="1520998"/>
                                </a:lnTo>
                                <a:lnTo>
                                  <a:pt x="5204959" y="1519864"/>
                                </a:lnTo>
                                <a:lnTo>
                                  <a:pt x="5199743" y="1518957"/>
                                </a:lnTo>
                                <a:lnTo>
                                  <a:pt x="5194754" y="1518730"/>
                                </a:lnTo>
                                <a:lnTo>
                                  <a:pt x="5189991" y="1519184"/>
                                </a:lnTo>
                                <a:lnTo>
                                  <a:pt x="5185455" y="1520091"/>
                                </a:lnTo>
                                <a:lnTo>
                                  <a:pt x="5181373" y="1521225"/>
                                </a:lnTo>
                                <a:lnTo>
                                  <a:pt x="5177064" y="1523039"/>
                                </a:lnTo>
                                <a:lnTo>
                                  <a:pt x="5173436" y="1525080"/>
                                </a:lnTo>
                                <a:lnTo>
                                  <a:pt x="5169807" y="1527574"/>
                                </a:lnTo>
                                <a:lnTo>
                                  <a:pt x="5166632" y="1530296"/>
                                </a:lnTo>
                                <a:lnTo>
                                  <a:pt x="5163684" y="1533470"/>
                                </a:lnTo>
                                <a:lnTo>
                                  <a:pt x="5161189" y="1536872"/>
                                </a:lnTo>
                                <a:lnTo>
                                  <a:pt x="5158921" y="1540500"/>
                                </a:lnTo>
                                <a:lnTo>
                                  <a:pt x="5156880" y="1544582"/>
                                </a:lnTo>
                                <a:lnTo>
                                  <a:pt x="5155293" y="1548664"/>
                                </a:lnTo>
                                <a:lnTo>
                                  <a:pt x="5153705" y="1552972"/>
                                </a:lnTo>
                                <a:lnTo>
                                  <a:pt x="5152798" y="1557507"/>
                                </a:lnTo>
                                <a:lnTo>
                                  <a:pt x="5152345" y="1562269"/>
                                </a:lnTo>
                                <a:lnTo>
                                  <a:pt x="5152118" y="1567032"/>
                                </a:lnTo>
                                <a:lnTo>
                                  <a:pt x="5152118" y="1572020"/>
                                </a:lnTo>
                                <a:lnTo>
                                  <a:pt x="5152571" y="1576783"/>
                                </a:lnTo>
                                <a:lnTo>
                                  <a:pt x="5153252" y="1581998"/>
                                </a:lnTo>
                                <a:lnTo>
                                  <a:pt x="5154839" y="1587214"/>
                                </a:lnTo>
                                <a:lnTo>
                                  <a:pt x="5156200" y="1591976"/>
                                </a:lnTo>
                                <a:lnTo>
                                  <a:pt x="5158468" y="1596965"/>
                                </a:lnTo>
                                <a:lnTo>
                                  <a:pt x="5160962" y="1602180"/>
                                </a:lnTo>
                                <a:lnTo>
                                  <a:pt x="5163684" y="1606943"/>
                                </a:lnTo>
                                <a:lnTo>
                                  <a:pt x="5167086" y="1611704"/>
                                </a:lnTo>
                                <a:lnTo>
                                  <a:pt x="5170941" y="1616467"/>
                                </a:lnTo>
                                <a:lnTo>
                                  <a:pt x="5175250" y="1621002"/>
                                </a:lnTo>
                                <a:lnTo>
                                  <a:pt x="5179786" y="1625310"/>
                                </a:lnTo>
                                <a:lnTo>
                                  <a:pt x="5185229" y="1629392"/>
                                </a:lnTo>
                                <a:lnTo>
                                  <a:pt x="5190671" y="1633247"/>
                                </a:lnTo>
                                <a:lnTo>
                                  <a:pt x="5197021" y="1636876"/>
                                </a:lnTo>
                                <a:lnTo>
                                  <a:pt x="5203598" y="1640277"/>
                                </a:lnTo>
                                <a:lnTo>
                                  <a:pt x="5210629" y="1643452"/>
                                </a:lnTo>
                                <a:lnTo>
                                  <a:pt x="5218566" y="1646173"/>
                                </a:lnTo>
                                <a:lnTo>
                                  <a:pt x="5226730" y="1648668"/>
                                </a:lnTo>
                                <a:lnTo>
                                  <a:pt x="5235575" y="1650482"/>
                                </a:lnTo>
                                <a:lnTo>
                                  <a:pt x="5244646" y="1652296"/>
                                </a:lnTo>
                                <a:lnTo>
                                  <a:pt x="5254625" y="1653430"/>
                                </a:lnTo>
                                <a:lnTo>
                                  <a:pt x="5265057" y="1654110"/>
                                </a:lnTo>
                                <a:lnTo>
                                  <a:pt x="5276170" y="1654337"/>
                                </a:lnTo>
                                <a:lnTo>
                                  <a:pt x="5287509" y="1654110"/>
                                </a:lnTo>
                                <a:lnTo>
                                  <a:pt x="5299755" y="1653430"/>
                                </a:lnTo>
                                <a:lnTo>
                                  <a:pt x="5312455" y="1652296"/>
                                </a:lnTo>
                                <a:lnTo>
                                  <a:pt x="5325836" y="1650255"/>
                                </a:lnTo>
                                <a:lnTo>
                                  <a:pt x="5174796" y="1674292"/>
                                </a:lnTo>
                                <a:lnTo>
                                  <a:pt x="5023304" y="1697649"/>
                                </a:lnTo>
                                <a:lnTo>
                                  <a:pt x="4872037" y="1720552"/>
                                </a:lnTo>
                                <a:lnTo>
                                  <a:pt x="4720545" y="1743229"/>
                                </a:lnTo>
                                <a:lnTo>
                                  <a:pt x="4709659" y="1744817"/>
                                </a:lnTo>
                                <a:lnTo>
                                  <a:pt x="4697186" y="1747311"/>
                                </a:lnTo>
                                <a:lnTo>
                                  <a:pt x="4667930" y="1753207"/>
                                </a:lnTo>
                                <a:lnTo>
                                  <a:pt x="4633459" y="1760690"/>
                                </a:lnTo>
                                <a:lnTo>
                                  <a:pt x="4595359" y="1768627"/>
                                </a:lnTo>
                                <a:lnTo>
                                  <a:pt x="4575175" y="1772709"/>
                                </a:lnTo>
                                <a:lnTo>
                                  <a:pt x="4554311" y="1777017"/>
                                </a:lnTo>
                                <a:lnTo>
                                  <a:pt x="4533220" y="1781099"/>
                                </a:lnTo>
                                <a:lnTo>
                                  <a:pt x="4511221" y="1784954"/>
                                </a:lnTo>
                                <a:lnTo>
                                  <a:pt x="4489450" y="1788582"/>
                                </a:lnTo>
                                <a:lnTo>
                                  <a:pt x="4467225" y="1791757"/>
                                </a:lnTo>
                                <a:lnTo>
                                  <a:pt x="4445453" y="1794705"/>
                                </a:lnTo>
                                <a:lnTo>
                                  <a:pt x="4423455" y="1797199"/>
                                </a:lnTo>
                                <a:lnTo>
                                  <a:pt x="4401911" y="1799014"/>
                                </a:lnTo>
                                <a:lnTo>
                                  <a:pt x="4391252" y="1799694"/>
                                </a:lnTo>
                                <a:lnTo>
                                  <a:pt x="4380819" y="1800374"/>
                                </a:lnTo>
                                <a:lnTo>
                                  <a:pt x="4370387" y="1800601"/>
                                </a:lnTo>
                                <a:lnTo>
                                  <a:pt x="4360182" y="1800828"/>
                                </a:lnTo>
                                <a:lnTo>
                                  <a:pt x="4350203" y="1800828"/>
                                </a:lnTo>
                                <a:lnTo>
                                  <a:pt x="4340225" y="1800601"/>
                                </a:lnTo>
                                <a:lnTo>
                                  <a:pt x="4330473" y="1800374"/>
                                </a:lnTo>
                                <a:lnTo>
                                  <a:pt x="4320948" y="1799467"/>
                                </a:lnTo>
                                <a:lnTo>
                                  <a:pt x="4311650" y="1798787"/>
                                </a:lnTo>
                                <a:lnTo>
                                  <a:pt x="4302352" y="1797653"/>
                                </a:lnTo>
                                <a:lnTo>
                                  <a:pt x="4293734" y="1796292"/>
                                </a:lnTo>
                                <a:lnTo>
                                  <a:pt x="4285116" y="1794705"/>
                                </a:lnTo>
                                <a:lnTo>
                                  <a:pt x="4276952" y="1792664"/>
                                </a:lnTo>
                                <a:lnTo>
                                  <a:pt x="4269241" y="1790850"/>
                                </a:lnTo>
                                <a:lnTo>
                                  <a:pt x="4261530" y="1788356"/>
                                </a:lnTo>
                                <a:lnTo>
                                  <a:pt x="4257895" y="1786992"/>
                                </a:lnTo>
                                <a:lnTo>
                                  <a:pt x="4266839" y="1796468"/>
                                </a:lnTo>
                                <a:lnTo>
                                  <a:pt x="4280906" y="1808482"/>
                                </a:lnTo>
                                <a:lnTo>
                                  <a:pt x="4088513" y="1835683"/>
                                </a:lnTo>
                                <a:lnTo>
                                  <a:pt x="4099404" y="1833868"/>
                                </a:lnTo>
                                <a:lnTo>
                                  <a:pt x="4107344" y="1832735"/>
                                </a:lnTo>
                                <a:lnTo>
                                  <a:pt x="4112789" y="1831602"/>
                                </a:lnTo>
                                <a:lnTo>
                                  <a:pt x="4116193" y="1830696"/>
                                </a:lnTo>
                                <a:lnTo>
                                  <a:pt x="4117554" y="1830016"/>
                                </a:lnTo>
                                <a:lnTo>
                                  <a:pt x="4117554" y="1829789"/>
                                </a:lnTo>
                                <a:lnTo>
                                  <a:pt x="4117327" y="1829789"/>
                                </a:lnTo>
                                <a:lnTo>
                                  <a:pt x="4115512" y="1829562"/>
                                </a:lnTo>
                                <a:lnTo>
                                  <a:pt x="4113016" y="1829562"/>
                                </a:lnTo>
                                <a:lnTo>
                                  <a:pt x="4105756" y="1830016"/>
                                </a:lnTo>
                                <a:lnTo>
                                  <a:pt x="4101672" y="1830696"/>
                                </a:lnTo>
                                <a:lnTo>
                                  <a:pt x="4097815" y="1831602"/>
                                </a:lnTo>
                                <a:lnTo>
                                  <a:pt x="4094185" y="1832283"/>
                                </a:lnTo>
                                <a:lnTo>
                                  <a:pt x="4091236" y="1833189"/>
                                </a:lnTo>
                                <a:lnTo>
                                  <a:pt x="4090329" y="1833642"/>
                                </a:lnTo>
                                <a:lnTo>
                                  <a:pt x="4089194" y="1834322"/>
                                </a:lnTo>
                                <a:lnTo>
                                  <a:pt x="4088740" y="1835002"/>
                                </a:lnTo>
                                <a:lnTo>
                                  <a:pt x="4088513" y="1835683"/>
                                </a:lnTo>
                                <a:lnTo>
                                  <a:pt x="4088740" y="1834322"/>
                                </a:lnTo>
                                <a:lnTo>
                                  <a:pt x="4088745" y="1834299"/>
                                </a:lnTo>
                                <a:lnTo>
                                  <a:pt x="4088239" y="1834737"/>
                                </a:lnTo>
                                <a:lnTo>
                                  <a:pt x="3970448" y="1851569"/>
                                </a:lnTo>
                                <a:lnTo>
                                  <a:pt x="3911440" y="1859757"/>
                                </a:lnTo>
                                <a:lnTo>
                                  <a:pt x="3863263" y="1866256"/>
                                </a:lnTo>
                                <a:lnTo>
                                  <a:pt x="3866470" y="1867632"/>
                                </a:lnTo>
                                <a:lnTo>
                                  <a:pt x="3868057" y="1868768"/>
                                </a:lnTo>
                                <a:lnTo>
                                  <a:pt x="3869418" y="1869449"/>
                                </a:lnTo>
                                <a:lnTo>
                                  <a:pt x="3869871" y="1870130"/>
                                </a:lnTo>
                                <a:lnTo>
                                  <a:pt x="3869871" y="1870584"/>
                                </a:lnTo>
                                <a:lnTo>
                                  <a:pt x="3869871" y="1870811"/>
                                </a:lnTo>
                                <a:lnTo>
                                  <a:pt x="3868738" y="1871493"/>
                                </a:lnTo>
                                <a:lnTo>
                                  <a:pt x="3867150" y="1871947"/>
                                </a:lnTo>
                                <a:lnTo>
                                  <a:pt x="3864202" y="1872401"/>
                                </a:lnTo>
                                <a:lnTo>
                                  <a:pt x="3860573" y="1872628"/>
                                </a:lnTo>
                                <a:lnTo>
                                  <a:pt x="3849688" y="1872628"/>
                                </a:lnTo>
                                <a:lnTo>
                                  <a:pt x="3833359" y="1872401"/>
                                </a:lnTo>
                                <a:lnTo>
                                  <a:pt x="3811134" y="1871493"/>
                                </a:lnTo>
                                <a:lnTo>
                                  <a:pt x="3823380" y="1855143"/>
                                </a:lnTo>
                                <a:lnTo>
                                  <a:pt x="3823607" y="1852418"/>
                                </a:lnTo>
                                <a:lnTo>
                                  <a:pt x="3823834" y="1850148"/>
                                </a:lnTo>
                                <a:lnTo>
                                  <a:pt x="3823834" y="1848331"/>
                                </a:lnTo>
                                <a:lnTo>
                                  <a:pt x="3823607" y="1846742"/>
                                </a:lnTo>
                                <a:lnTo>
                                  <a:pt x="3823154" y="1845833"/>
                                </a:lnTo>
                                <a:lnTo>
                                  <a:pt x="3822473" y="1844925"/>
                                </a:lnTo>
                                <a:lnTo>
                                  <a:pt x="3821339" y="1844471"/>
                                </a:lnTo>
                                <a:lnTo>
                                  <a:pt x="3820432" y="1843790"/>
                                </a:lnTo>
                                <a:lnTo>
                                  <a:pt x="3819298" y="1843790"/>
                                </a:lnTo>
                                <a:lnTo>
                                  <a:pt x="3817711" y="1843790"/>
                                </a:lnTo>
                                <a:lnTo>
                                  <a:pt x="3816577" y="1844016"/>
                                </a:lnTo>
                                <a:lnTo>
                                  <a:pt x="3814762" y="1844697"/>
                                </a:lnTo>
                                <a:lnTo>
                                  <a:pt x="3811587" y="1846060"/>
                                </a:lnTo>
                                <a:lnTo>
                                  <a:pt x="3808186" y="1847877"/>
                                </a:lnTo>
                                <a:lnTo>
                                  <a:pt x="3805237" y="1849694"/>
                                </a:lnTo>
                                <a:lnTo>
                                  <a:pt x="3802062" y="1851964"/>
                                </a:lnTo>
                                <a:lnTo>
                                  <a:pt x="3796620" y="1855597"/>
                                </a:lnTo>
                                <a:lnTo>
                                  <a:pt x="3794579" y="1856733"/>
                                </a:lnTo>
                                <a:lnTo>
                                  <a:pt x="3793931" y="1857122"/>
                                </a:lnTo>
                                <a:lnTo>
                                  <a:pt x="3793671" y="1856279"/>
                                </a:lnTo>
                                <a:lnTo>
                                  <a:pt x="3793218" y="1857186"/>
                                </a:lnTo>
                                <a:lnTo>
                                  <a:pt x="3793218" y="1857414"/>
                                </a:lnTo>
                                <a:lnTo>
                                  <a:pt x="3793445" y="1857414"/>
                                </a:lnTo>
                                <a:lnTo>
                                  <a:pt x="3793931" y="1857122"/>
                                </a:lnTo>
                                <a:lnTo>
                                  <a:pt x="3794579" y="1859231"/>
                                </a:lnTo>
                                <a:lnTo>
                                  <a:pt x="3792991" y="1860820"/>
                                </a:lnTo>
                                <a:lnTo>
                                  <a:pt x="3791630" y="1862410"/>
                                </a:lnTo>
                                <a:lnTo>
                                  <a:pt x="3790043" y="1863545"/>
                                </a:lnTo>
                                <a:lnTo>
                                  <a:pt x="3788455" y="1864680"/>
                                </a:lnTo>
                                <a:lnTo>
                                  <a:pt x="3786868" y="1865362"/>
                                </a:lnTo>
                                <a:lnTo>
                                  <a:pt x="3785507" y="1865589"/>
                                </a:lnTo>
                                <a:lnTo>
                                  <a:pt x="3783920" y="1865816"/>
                                </a:lnTo>
                                <a:lnTo>
                                  <a:pt x="3782559" y="1865816"/>
                                </a:lnTo>
                                <a:lnTo>
                                  <a:pt x="3781425" y="1865589"/>
                                </a:lnTo>
                                <a:lnTo>
                                  <a:pt x="3779837" y="1865134"/>
                                </a:lnTo>
                                <a:lnTo>
                                  <a:pt x="3778477" y="1864680"/>
                                </a:lnTo>
                                <a:lnTo>
                                  <a:pt x="3777116" y="1863545"/>
                                </a:lnTo>
                                <a:lnTo>
                                  <a:pt x="3775755" y="1862637"/>
                                </a:lnTo>
                                <a:lnTo>
                                  <a:pt x="3774395" y="1861274"/>
                                </a:lnTo>
                                <a:lnTo>
                                  <a:pt x="3772127" y="1858322"/>
                                </a:lnTo>
                                <a:lnTo>
                                  <a:pt x="3769405" y="1854689"/>
                                </a:lnTo>
                                <a:lnTo>
                                  <a:pt x="3767137" y="1850148"/>
                                </a:lnTo>
                                <a:lnTo>
                                  <a:pt x="3764870" y="1845606"/>
                                </a:lnTo>
                                <a:lnTo>
                                  <a:pt x="3762602" y="1840156"/>
                                </a:lnTo>
                                <a:lnTo>
                                  <a:pt x="3760334" y="1834479"/>
                                </a:lnTo>
                                <a:lnTo>
                                  <a:pt x="3758520" y="1828576"/>
                                </a:lnTo>
                                <a:lnTo>
                                  <a:pt x="3756479" y="1822217"/>
                                </a:lnTo>
                                <a:lnTo>
                                  <a:pt x="3754664" y="1815633"/>
                                </a:lnTo>
                                <a:lnTo>
                                  <a:pt x="3751262" y="1802008"/>
                                </a:lnTo>
                                <a:lnTo>
                                  <a:pt x="3748087" y="1788383"/>
                                </a:lnTo>
                                <a:lnTo>
                                  <a:pt x="3745366" y="1774758"/>
                                </a:lnTo>
                                <a:lnTo>
                                  <a:pt x="3742871" y="1762042"/>
                                </a:lnTo>
                                <a:lnTo>
                                  <a:pt x="3739016" y="1741154"/>
                                </a:lnTo>
                                <a:lnTo>
                                  <a:pt x="3737882" y="1733888"/>
                                </a:lnTo>
                                <a:lnTo>
                                  <a:pt x="3736748" y="1728892"/>
                                </a:lnTo>
                                <a:lnTo>
                                  <a:pt x="3732666" y="1712999"/>
                                </a:lnTo>
                                <a:lnTo>
                                  <a:pt x="3728357" y="1695970"/>
                                </a:lnTo>
                                <a:lnTo>
                                  <a:pt x="3724048" y="1678032"/>
                                </a:lnTo>
                                <a:lnTo>
                                  <a:pt x="3719512" y="1660320"/>
                                </a:lnTo>
                                <a:lnTo>
                                  <a:pt x="3717698" y="1651692"/>
                                </a:lnTo>
                                <a:lnTo>
                                  <a:pt x="3715884" y="1642836"/>
                                </a:lnTo>
                                <a:lnTo>
                                  <a:pt x="3714296" y="1634207"/>
                                </a:lnTo>
                                <a:lnTo>
                                  <a:pt x="3712936" y="1626033"/>
                                </a:lnTo>
                                <a:lnTo>
                                  <a:pt x="3712029" y="1618086"/>
                                </a:lnTo>
                                <a:lnTo>
                                  <a:pt x="3711348" y="1610365"/>
                                </a:lnTo>
                                <a:lnTo>
                                  <a:pt x="3711121" y="1603099"/>
                                </a:lnTo>
                                <a:lnTo>
                                  <a:pt x="3711348" y="1596287"/>
                                </a:lnTo>
                                <a:lnTo>
                                  <a:pt x="3713162" y="1598557"/>
                                </a:lnTo>
                                <a:lnTo>
                                  <a:pt x="3714296" y="1594923"/>
                                </a:lnTo>
                                <a:lnTo>
                                  <a:pt x="3724729" y="1602645"/>
                                </a:lnTo>
                                <a:lnTo>
                                  <a:pt x="3743779" y="1615587"/>
                                </a:lnTo>
                                <a:lnTo>
                                  <a:pt x="3760334" y="1608775"/>
                                </a:lnTo>
                                <a:lnTo>
                                  <a:pt x="3786414" y="1616042"/>
                                </a:lnTo>
                                <a:lnTo>
                                  <a:pt x="3792084" y="1616723"/>
                                </a:lnTo>
                                <a:lnTo>
                                  <a:pt x="3797754" y="1617631"/>
                                </a:lnTo>
                                <a:lnTo>
                                  <a:pt x="3809773" y="1618766"/>
                                </a:lnTo>
                                <a:lnTo>
                                  <a:pt x="3822700" y="1619221"/>
                                </a:lnTo>
                                <a:lnTo>
                                  <a:pt x="3835854" y="1619221"/>
                                </a:lnTo>
                                <a:lnTo>
                                  <a:pt x="3849461" y="1618540"/>
                                </a:lnTo>
                                <a:lnTo>
                                  <a:pt x="3856264" y="1618086"/>
                                </a:lnTo>
                                <a:lnTo>
                                  <a:pt x="3863295" y="1617178"/>
                                </a:lnTo>
                                <a:lnTo>
                                  <a:pt x="3870098" y="1616496"/>
                                </a:lnTo>
                                <a:lnTo>
                                  <a:pt x="3877129" y="1615587"/>
                                </a:lnTo>
                                <a:lnTo>
                                  <a:pt x="3883932" y="1614452"/>
                                </a:lnTo>
                                <a:lnTo>
                                  <a:pt x="3890736" y="1613090"/>
                                </a:lnTo>
                                <a:lnTo>
                                  <a:pt x="3897539" y="1611727"/>
                                </a:lnTo>
                                <a:lnTo>
                                  <a:pt x="3904343" y="1609911"/>
                                </a:lnTo>
                                <a:lnTo>
                                  <a:pt x="3911146" y="1608321"/>
                                </a:lnTo>
                                <a:lnTo>
                                  <a:pt x="3917723" y="1606278"/>
                                </a:lnTo>
                                <a:lnTo>
                                  <a:pt x="3924073" y="1604234"/>
                                </a:lnTo>
                                <a:lnTo>
                                  <a:pt x="3930423" y="1601964"/>
                                </a:lnTo>
                                <a:lnTo>
                                  <a:pt x="3936546" y="1599466"/>
                                </a:lnTo>
                                <a:lnTo>
                                  <a:pt x="3942670" y="1596741"/>
                                </a:lnTo>
                                <a:lnTo>
                                  <a:pt x="3948566" y="1594016"/>
                                </a:lnTo>
                                <a:lnTo>
                                  <a:pt x="3954236" y="1591064"/>
                                </a:lnTo>
                                <a:lnTo>
                                  <a:pt x="3959452" y="1587885"/>
                                </a:lnTo>
                                <a:lnTo>
                                  <a:pt x="3964895" y="1584479"/>
                                </a:lnTo>
                                <a:lnTo>
                                  <a:pt x="3969657" y="1580845"/>
                                </a:lnTo>
                                <a:lnTo>
                                  <a:pt x="3974420" y="1577213"/>
                                </a:lnTo>
                                <a:lnTo>
                                  <a:pt x="3978955" y="1572898"/>
                                </a:lnTo>
                                <a:lnTo>
                                  <a:pt x="3983038" y="1568812"/>
                                </a:lnTo>
                                <a:lnTo>
                                  <a:pt x="3983038" y="1569038"/>
                                </a:lnTo>
                                <a:lnTo>
                                  <a:pt x="3983491" y="1569038"/>
                                </a:lnTo>
                                <a:lnTo>
                                  <a:pt x="3985532" y="1569038"/>
                                </a:lnTo>
                                <a:lnTo>
                                  <a:pt x="3991882" y="1568357"/>
                                </a:lnTo>
                                <a:lnTo>
                                  <a:pt x="3994885" y="1567972"/>
                                </a:lnTo>
                                <a:lnTo>
                                  <a:pt x="3993697" y="1567179"/>
                                </a:lnTo>
                                <a:lnTo>
                                  <a:pt x="3992336" y="1565365"/>
                                </a:lnTo>
                                <a:lnTo>
                                  <a:pt x="3990749" y="1563325"/>
                                </a:lnTo>
                                <a:lnTo>
                                  <a:pt x="3989388" y="1561056"/>
                                </a:lnTo>
                                <a:lnTo>
                                  <a:pt x="3988028" y="1558334"/>
                                </a:lnTo>
                                <a:lnTo>
                                  <a:pt x="3985533" y="1551985"/>
                                </a:lnTo>
                                <a:lnTo>
                                  <a:pt x="3983719" y="1548582"/>
                                </a:lnTo>
                                <a:lnTo>
                                  <a:pt x="3981904" y="1544953"/>
                                </a:lnTo>
                                <a:lnTo>
                                  <a:pt x="3952422" y="1512748"/>
                                </a:lnTo>
                                <a:lnTo>
                                  <a:pt x="3869050" y="1487441"/>
                                </a:lnTo>
                                <a:lnTo>
                                  <a:pt x="3868511" y="1487890"/>
                                </a:lnTo>
                                <a:lnTo>
                                  <a:pt x="3859666" y="1484942"/>
                                </a:lnTo>
                                <a:lnTo>
                                  <a:pt x="3848780" y="1481541"/>
                                </a:lnTo>
                                <a:lnTo>
                                  <a:pt x="3822927" y="1474057"/>
                                </a:lnTo>
                                <a:lnTo>
                                  <a:pt x="3793218" y="1465894"/>
                                </a:lnTo>
                                <a:lnTo>
                                  <a:pt x="3777796" y="1461132"/>
                                </a:lnTo>
                                <a:lnTo>
                                  <a:pt x="3762828" y="1456597"/>
                                </a:lnTo>
                                <a:lnTo>
                                  <a:pt x="3747861" y="1451608"/>
                                </a:lnTo>
                                <a:lnTo>
                                  <a:pt x="3734027" y="1446846"/>
                                </a:lnTo>
                                <a:lnTo>
                                  <a:pt x="3721553" y="1442084"/>
                                </a:lnTo>
                                <a:lnTo>
                                  <a:pt x="3715657" y="1439590"/>
                                </a:lnTo>
                                <a:lnTo>
                                  <a:pt x="3710214" y="1436868"/>
                                </a:lnTo>
                                <a:lnTo>
                                  <a:pt x="3705452" y="1434374"/>
                                </a:lnTo>
                                <a:lnTo>
                                  <a:pt x="3700689" y="1432106"/>
                                </a:lnTo>
                                <a:lnTo>
                                  <a:pt x="3696834" y="1429612"/>
                                </a:lnTo>
                                <a:lnTo>
                                  <a:pt x="3693659" y="1427117"/>
                                </a:lnTo>
                                <a:lnTo>
                                  <a:pt x="3691164" y="1424623"/>
                                </a:lnTo>
                                <a:lnTo>
                                  <a:pt x="3689123" y="1422356"/>
                                </a:lnTo>
                                <a:lnTo>
                                  <a:pt x="3688443" y="1420996"/>
                                </a:lnTo>
                                <a:lnTo>
                                  <a:pt x="3687989" y="1419862"/>
                                </a:lnTo>
                                <a:lnTo>
                                  <a:pt x="3687309" y="1418727"/>
                                </a:lnTo>
                                <a:lnTo>
                                  <a:pt x="3687309" y="1417367"/>
                                </a:lnTo>
                                <a:lnTo>
                                  <a:pt x="3678892" y="1412937"/>
                                </a:lnTo>
                                <a:lnTo>
                                  <a:pt x="3682093" y="1410337"/>
                                </a:lnTo>
                                <a:lnTo>
                                  <a:pt x="3689803" y="1411697"/>
                                </a:lnTo>
                                <a:lnTo>
                                  <a:pt x="3693205" y="1412151"/>
                                </a:lnTo>
                                <a:lnTo>
                                  <a:pt x="3696834" y="1412605"/>
                                </a:lnTo>
                                <a:lnTo>
                                  <a:pt x="3700009" y="1412605"/>
                                </a:lnTo>
                                <a:lnTo>
                                  <a:pt x="3702957" y="1412605"/>
                                </a:lnTo>
                                <a:lnTo>
                                  <a:pt x="3705678" y="1412378"/>
                                </a:lnTo>
                                <a:lnTo>
                                  <a:pt x="3708173" y="1411924"/>
                                </a:lnTo>
                                <a:lnTo>
                                  <a:pt x="3710214" y="1410791"/>
                                </a:lnTo>
                                <a:lnTo>
                                  <a:pt x="3712028" y="1409884"/>
                                </a:lnTo>
                                <a:lnTo>
                                  <a:pt x="3713162" y="1408523"/>
                                </a:lnTo>
                                <a:lnTo>
                                  <a:pt x="3714069" y="1406709"/>
                                </a:lnTo>
                                <a:lnTo>
                                  <a:pt x="3714523" y="1404895"/>
                                </a:lnTo>
                                <a:lnTo>
                                  <a:pt x="3714296" y="1402400"/>
                                </a:lnTo>
                                <a:lnTo>
                                  <a:pt x="3713843" y="1399452"/>
                                </a:lnTo>
                                <a:lnTo>
                                  <a:pt x="3712709" y="1396277"/>
                                </a:lnTo>
                                <a:lnTo>
                                  <a:pt x="3715203" y="1390835"/>
                                </a:lnTo>
                                <a:lnTo>
                                  <a:pt x="3717471" y="1386073"/>
                                </a:lnTo>
                                <a:lnTo>
                                  <a:pt x="3720193" y="1381765"/>
                                </a:lnTo>
                                <a:lnTo>
                                  <a:pt x="3721780" y="1379725"/>
                                </a:lnTo>
                                <a:lnTo>
                                  <a:pt x="3723368" y="1377911"/>
                                </a:lnTo>
                                <a:lnTo>
                                  <a:pt x="3725182" y="1376097"/>
                                </a:lnTo>
                                <a:lnTo>
                                  <a:pt x="3726769" y="1374736"/>
                                </a:lnTo>
                                <a:lnTo>
                                  <a:pt x="3728811" y="1373376"/>
                                </a:lnTo>
                                <a:lnTo>
                                  <a:pt x="3730625" y="1372242"/>
                                </a:lnTo>
                                <a:lnTo>
                                  <a:pt x="3733119" y="1371335"/>
                                </a:lnTo>
                                <a:lnTo>
                                  <a:pt x="3735614" y="1370881"/>
                                </a:lnTo>
                                <a:lnTo>
                                  <a:pt x="3738109" y="1370201"/>
                                </a:lnTo>
                                <a:lnTo>
                                  <a:pt x="3741057" y="1369975"/>
                                </a:lnTo>
                                <a:lnTo>
                                  <a:pt x="3735387" y="1368161"/>
                                </a:lnTo>
                                <a:lnTo>
                                  <a:pt x="3729491" y="1365892"/>
                                </a:lnTo>
                                <a:lnTo>
                                  <a:pt x="3723821" y="1363397"/>
                                </a:lnTo>
                                <a:lnTo>
                                  <a:pt x="3718605" y="1361129"/>
                                </a:lnTo>
                                <a:lnTo>
                                  <a:pt x="3712936" y="1358181"/>
                                </a:lnTo>
                                <a:lnTo>
                                  <a:pt x="3707719" y="1355233"/>
                                </a:lnTo>
                                <a:lnTo>
                                  <a:pt x="3702503" y="1352058"/>
                                </a:lnTo>
                                <a:lnTo>
                                  <a:pt x="3697287" y="1348884"/>
                                </a:lnTo>
                                <a:lnTo>
                                  <a:pt x="3706586" y="1346617"/>
                                </a:lnTo>
                                <a:lnTo>
                                  <a:pt x="3709987" y="1345709"/>
                                </a:lnTo>
                                <a:lnTo>
                                  <a:pt x="3712709" y="1344802"/>
                                </a:lnTo>
                                <a:lnTo>
                                  <a:pt x="3714977" y="1343895"/>
                                </a:lnTo>
                                <a:lnTo>
                                  <a:pt x="3716564" y="1342987"/>
                                </a:lnTo>
                                <a:lnTo>
                                  <a:pt x="3717698" y="1342082"/>
                                </a:lnTo>
                                <a:lnTo>
                                  <a:pt x="3718832" y="1341401"/>
                                </a:lnTo>
                                <a:lnTo>
                                  <a:pt x="3720193" y="1339588"/>
                                </a:lnTo>
                                <a:lnTo>
                                  <a:pt x="3721553" y="1338000"/>
                                </a:lnTo>
                                <a:lnTo>
                                  <a:pt x="3722914" y="1336186"/>
                                </a:lnTo>
                                <a:lnTo>
                                  <a:pt x="3723821" y="1335278"/>
                                </a:lnTo>
                                <a:lnTo>
                                  <a:pt x="3725409" y="1334599"/>
                                </a:lnTo>
                                <a:lnTo>
                                  <a:pt x="3731078" y="1332784"/>
                                </a:lnTo>
                                <a:lnTo>
                                  <a:pt x="3736521" y="1330970"/>
                                </a:lnTo>
                                <a:lnTo>
                                  <a:pt x="3738789" y="1329836"/>
                                </a:lnTo>
                                <a:lnTo>
                                  <a:pt x="3741057" y="1328929"/>
                                </a:lnTo>
                                <a:lnTo>
                                  <a:pt x="3743098" y="1327795"/>
                                </a:lnTo>
                                <a:lnTo>
                                  <a:pt x="3744686" y="1326434"/>
                                </a:lnTo>
                                <a:lnTo>
                                  <a:pt x="3746046" y="1325301"/>
                                </a:lnTo>
                                <a:lnTo>
                                  <a:pt x="3746953" y="1323940"/>
                                </a:lnTo>
                                <a:lnTo>
                                  <a:pt x="3747634" y="1322353"/>
                                </a:lnTo>
                                <a:lnTo>
                                  <a:pt x="3747634" y="1320765"/>
                                </a:lnTo>
                                <a:lnTo>
                                  <a:pt x="3747407" y="1318951"/>
                                </a:lnTo>
                                <a:lnTo>
                                  <a:pt x="3746500" y="1317137"/>
                                </a:lnTo>
                                <a:lnTo>
                                  <a:pt x="3745366" y="1314869"/>
                                </a:lnTo>
                                <a:lnTo>
                                  <a:pt x="3743098" y="1312602"/>
                                </a:lnTo>
                                <a:lnTo>
                                  <a:pt x="3735841" y="1314869"/>
                                </a:lnTo>
                                <a:lnTo>
                                  <a:pt x="3729264" y="1317137"/>
                                </a:lnTo>
                                <a:lnTo>
                                  <a:pt x="3723141" y="1318497"/>
                                </a:lnTo>
                                <a:lnTo>
                                  <a:pt x="3720193" y="1318951"/>
                                </a:lnTo>
                                <a:lnTo>
                                  <a:pt x="3717471" y="1319178"/>
                                </a:lnTo>
                                <a:lnTo>
                                  <a:pt x="3715203" y="1319178"/>
                                </a:lnTo>
                                <a:lnTo>
                                  <a:pt x="3712709" y="1318951"/>
                                </a:lnTo>
                                <a:lnTo>
                                  <a:pt x="3710214" y="1318271"/>
                                </a:lnTo>
                                <a:lnTo>
                                  <a:pt x="3708173" y="1317364"/>
                                </a:lnTo>
                                <a:lnTo>
                                  <a:pt x="3705905" y="1315550"/>
                                </a:lnTo>
                                <a:lnTo>
                                  <a:pt x="3704313" y="1314276"/>
                                </a:lnTo>
                                <a:lnTo>
                                  <a:pt x="3704334" y="1315699"/>
                                </a:lnTo>
                                <a:lnTo>
                                  <a:pt x="3704334" y="1322729"/>
                                </a:lnTo>
                                <a:lnTo>
                                  <a:pt x="3704107" y="1323183"/>
                                </a:lnTo>
                                <a:lnTo>
                                  <a:pt x="3702973" y="1324090"/>
                                </a:lnTo>
                                <a:lnTo>
                                  <a:pt x="3699573" y="1325677"/>
                                </a:lnTo>
                                <a:lnTo>
                                  <a:pt x="3694812" y="1327717"/>
                                </a:lnTo>
                                <a:lnTo>
                                  <a:pt x="3689144" y="1329532"/>
                                </a:lnTo>
                                <a:lnTo>
                                  <a:pt x="3683022" y="1331800"/>
                                </a:lnTo>
                                <a:lnTo>
                                  <a:pt x="3677581" y="1334067"/>
                                </a:lnTo>
                                <a:lnTo>
                                  <a:pt x="3672593" y="1336109"/>
                                </a:lnTo>
                                <a:lnTo>
                                  <a:pt x="3671006" y="1337242"/>
                                </a:lnTo>
                                <a:lnTo>
                                  <a:pt x="3669419" y="1338149"/>
                                </a:lnTo>
                                <a:lnTo>
                                  <a:pt x="3659217" y="1342005"/>
                                </a:lnTo>
                                <a:lnTo>
                                  <a:pt x="3656950" y="1343364"/>
                                </a:lnTo>
                                <a:lnTo>
                                  <a:pt x="3651962" y="1352436"/>
                                </a:lnTo>
                                <a:lnTo>
                                  <a:pt x="3638359" y="1350621"/>
                                </a:lnTo>
                                <a:lnTo>
                                  <a:pt x="3635638" y="1340871"/>
                                </a:lnTo>
                                <a:lnTo>
                                  <a:pt x="3632464" y="1330666"/>
                                </a:lnTo>
                                <a:lnTo>
                                  <a:pt x="3625663" y="1308896"/>
                                </a:lnTo>
                                <a:lnTo>
                                  <a:pt x="3618408" y="1286895"/>
                                </a:lnTo>
                                <a:lnTo>
                                  <a:pt x="3611606" y="1264213"/>
                                </a:lnTo>
                                <a:lnTo>
                                  <a:pt x="3608432" y="1253104"/>
                                </a:lnTo>
                                <a:lnTo>
                                  <a:pt x="3605258" y="1241990"/>
                                </a:lnTo>
                                <a:lnTo>
                                  <a:pt x="3602764" y="1231104"/>
                                </a:lnTo>
                                <a:lnTo>
                                  <a:pt x="3600497" y="1220679"/>
                                </a:lnTo>
                                <a:lnTo>
                                  <a:pt x="3598684" y="1210471"/>
                                </a:lnTo>
                                <a:lnTo>
                                  <a:pt x="3597550" y="1200725"/>
                                </a:lnTo>
                                <a:lnTo>
                                  <a:pt x="3597097" y="1196184"/>
                                </a:lnTo>
                                <a:lnTo>
                                  <a:pt x="3596870" y="1191427"/>
                                </a:lnTo>
                                <a:lnTo>
                                  <a:pt x="3596870" y="1187117"/>
                                </a:lnTo>
                                <a:lnTo>
                                  <a:pt x="3596870" y="1182809"/>
                                </a:lnTo>
                                <a:lnTo>
                                  <a:pt x="3604578" y="1183717"/>
                                </a:lnTo>
                                <a:lnTo>
                                  <a:pt x="3617955" y="1193924"/>
                                </a:lnTo>
                                <a:lnTo>
                                  <a:pt x="3631784" y="1198910"/>
                                </a:lnTo>
                                <a:lnTo>
                                  <a:pt x="3633825" y="1200267"/>
                                </a:lnTo>
                                <a:lnTo>
                                  <a:pt x="3635638" y="1201857"/>
                                </a:lnTo>
                                <a:lnTo>
                                  <a:pt x="3652642" y="1196184"/>
                                </a:lnTo>
                                <a:lnTo>
                                  <a:pt x="3664875" y="1196184"/>
                                </a:lnTo>
                                <a:lnTo>
                                  <a:pt x="3657373" y="1195592"/>
                                </a:lnTo>
                                <a:lnTo>
                                  <a:pt x="3649662" y="1195138"/>
                                </a:lnTo>
                                <a:lnTo>
                                  <a:pt x="3644219" y="1194684"/>
                                </a:lnTo>
                                <a:lnTo>
                                  <a:pt x="3638323" y="1200353"/>
                                </a:lnTo>
                                <a:lnTo>
                                  <a:pt x="3634694" y="1199220"/>
                                </a:lnTo>
                                <a:lnTo>
                                  <a:pt x="3631066" y="1197859"/>
                                </a:lnTo>
                                <a:lnTo>
                                  <a:pt x="3627664" y="1196499"/>
                                </a:lnTo>
                                <a:lnTo>
                                  <a:pt x="3624489" y="1195138"/>
                                </a:lnTo>
                                <a:lnTo>
                                  <a:pt x="3621314" y="1193324"/>
                                </a:lnTo>
                                <a:lnTo>
                                  <a:pt x="3618139" y="1191510"/>
                                </a:lnTo>
                                <a:lnTo>
                                  <a:pt x="3612016" y="1187656"/>
                                </a:lnTo>
                                <a:lnTo>
                                  <a:pt x="3606800" y="1183574"/>
                                </a:lnTo>
                                <a:lnTo>
                                  <a:pt x="3601357" y="1179039"/>
                                </a:lnTo>
                                <a:lnTo>
                                  <a:pt x="3596594" y="1173823"/>
                                </a:lnTo>
                                <a:lnTo>
                                  <a:pt x="3591832" y="1168381"/>
                                </a:lnTo>
                                <a:lnTo>
                                  <a:pt x="3587523" y="1162711"/>
                                </a:lnTo>
                                <a:lnTo>
                                  <a:pt x="3583668" y="1156588"/>
                                </a:lnTo>
                                <a:lnTo>
                                  <a:pt x="3580039" y="1150239"/>
                                </a:lnTo>
                                <a:lnTo>
                                  <a:pt x="3576410" y="1143662"/>
                                </a:lnTo>
                                <a:lnTo>
                                  <a:pt x="3573235" y="1136859"/>
                                </a:lnTo>
                                <a:lnTo>
                                  <a:pt x="3570060" y="1129829"/>
                                </a:lnTo>
                                <a:lnTo>
                                  <a:pt x="3567112" y="1122573"/>
                                </a:lnTo>
                                <a:lnTo>
                                  <a:pt x="3564391" y="1115090"/>
                                </a:lnTo>
                                <a:lnTo>
                                  <a:pt x="3561669" y="1107606"/>
                                </a:lnTo>
                                <a:lnTo>
                                  <a:pt x="3559402" y="1099670"/>
                                </a:lnTo>
                                <a:lnTo>
                                  <a:pt x="3554866" y="1084250"/>
                                </a:lnTo>
                                <a:lnTo>
                                  <a:pt x="3550784" y="1068150"/>
                                </a:lnTo>
                                <a:lnTo>
                                  <a:pt x="3546928" y="1052276"/>
                                </a:lnTo>
                                <a:lnTo>
                                  <a:pt x="3543073" y="1036627"/>
                                </a:lnTo>
                                <a:lnTo>
                                  <a:pt x="3539444" y="1020980"/>
                                </a:lnTo>
                                <a:lnTo>
                                  <a:pt x="3535135" y="1006014"/>
                                </a:lnTo>
                                <a:lnTo>
                                  <a:pt x="3533094" y="998530"/>
                                </a:lnTo>
                                <a:lnTo>
                                  <a:pt x="3530827" y="991500"/>
                                </a:lnTo>
                                <a:lnTo>
                                  <a:pt x="3810000" y="952270"/>
                                </a:lnTo>
                                <a:lnTo>
                                  <a:pt x="3949246" y="932315"/>
                                </a:lnTo>
                                <a:lnTo>
                                  <a:pt x="4088719" y="912360"/>
                                </a:lnTo>
                                <a:lnTo>
                                  <a:pt x="4227966" y="891951"/>
                                </a:lnTo>
                                <a:lnTo>
                                  <a:pt x="4367439" y="871542"/>
                                </a:lnTo>
                                <a:lnTo>
                                  <a:pt x="4506686" y="850453"/>
                                </a:lnTo>
                                <a:lnTo>
                                  <a:pt x="4645932" y="828684"/>
                                </a:lnTo>
                                <a:lnTo>
                                  <a:pt x="4655911" y="827096"/>
                                </a:lnTo>
                                <a:lnTo>
                                  <a:pt x="4665436" y="825055"/>
                                </a:lnTo>
                                <a:lnTo>
                                  <a:pt x="4683352" y="821200"/>
                                </a:lnTo>
                                <a:lnTo>
                                  <a:pt x="4691970" y="819386"/>
                                </a:lnTo>
                                <a:lnTo>
                                  <a:pt x="4699907" y="818026"/>
                                </a:lnTo>
                                <a:lnTo>
                                  <a:pt x="4707618" y="816892"/>
                                </a:lnTo>
                                <a:lnTo>
                                  <a:pt x="4715555" y="816212"/>
                                </a:lnTo>
                                <a:lnTo>
                                  <a:pt x="4719184" y="815985"/>
                                </a:lnTo>
                                <a:close/>
                                <a:moveTo>
                                  <a:pt x="1310221" y="815678"/>
                                </a:moveTo>
                                <a:lnTo>
                                  <a:pt x="1310221" y="815806"/>
                                </a:lnTo>
                                <a:lnTo>
                                  <a:pt x="1306813" y="817721"/>
                                </a:lnTo>
                                <a:lnTo>
                                  <a:pt x="1310221" y="815906"/>
                                </a:lnTo>
                                <a:lnTo>
                                  <a:pt x="1310221" y="815806"/>
                                </a:lnTo>
                                <a:lnTo>
                                  <a:pt x="1310449" y="815678"/>
                                </a:lnTo>
                                <a:lnTo>
                                  <a:pt x="1310221" y="815678"/>
                                </a:lnTo>
                                <a:close/>
                                <a:moveTo>
                                  <a:pt x="1328420" y="814433"/>
                                </a:moveTo>
                                <a:lnTo>
                                  <a:pt x="1328738" y="814433"/>
                                </a:lnTo>
                                <a:lnTo>
                                  <a:pt x="1327150" y="816021"/>
                                </a:lnTo>
                                <a:lnTo>
                                  <a:pt x="1328420" y="814433"/>
                                </a:lnTo>
                                <a:close/>
                                <a:moveTo>
                                  <a:pt x="2530803" y="812822"/>
                                </a:moveTo>
                                <a:lnTo>
                                  <a:pt x="2533650" y="814727"/>
                                </a:lnTo>
                                <a:lnTo>
                                  <a:pt x="2530146" y="815997"/>
                                </a:lnTo>
                                <a:lnTo>
                                  <a:pt x="2527300" y="815680"/>
                                </a:lnTo>
                                <a:lnTo>
                                  <a:pt x="2530803" y="812822"/>
                                </a:lnTo>
                                <a:close/>
                                <a:moveTo>
                                  <a:pt x="1323475" y="811258"/>
                                </a:moveTo>
                                <a:lnTo>
                                  <a:pt x="1323975" y="812701"/>
                                </a:lnTo>
                                <a:lnTo>
                                  <a:pt x="1321468" y="814433"/>
                                </a:lnTo>
                                <a:lnTo>
                                  <a:pt x="1319212" y="814145"/>
                                </a:lnTo>
                                <a:lnTo>
                                  <a:pt x="1323475" y="811258"/>
                                </a:lnTo>
                                <a:close/>
                                <a:moveTo>
                                  <a:pt x="2635134" y="810511"/>
                                </a:moveTo>
                                <a:lnTo>
                                  <a:pt x="2635023" y="810957"/>
                                </a:lnTo>
                                <a:lnTo>
                                  <a:pt x="2634569" y="814582"/>
                                </a:lnTo>
                                <a:lnTo>
                                  <a:pt x="2634115" y="818207"/>
                                </a:lnTo>
                                <a:lnTo>
                                  <a:pt x="2633889" y="821833"/>
                                </a:lnTo>
                                <a:lnTo>
                                  <a:pt x="2633889" y="825231"/>
                                </a:lnTo>
                                <a:lnTo>
                                  <a:pt x="2634115" y="828856"/>
                                </a:lnTo>
                                <a:lnTo>
                                  <a:pt x="2634569" y="832255"/>
                                </a:lnTo>
                                <a:lnTo>
                                  <a:pt x="2635023" y="835654"/>
                                </a:lnTo>
                                <a:lnTo>
                                  <a:pt x="2635703" y="839052"/>
                                </a:lnTo>
                                <a:lnTo>
                                  <a:pt x="2636837" y="842224"/>
                                </a:lnTo>
                                <a:lnTo>
                                  <a:pt x="2637120" y="842884"/>
                                </a:lnTo>
                                <a:lnTo>
                                  <a:pt x="2637064" y="842716"/>
                                </a:lnTo>
                                <a:lnTo>
                                  <a:pt x="2636156" y="839312"/>
                                </a:lnTo>
                                <a:lnTo>
                                  <a:pt x="2635249" y="835682"/>
                                </a:lnTo>
                                <a:lnTo>
                                  <a:pt x="2634796" y="832052"/>
                                </a:lnTo>
                                <a:lnTo>
                                  <a:pt x="2634342" y="828195"/>
                                </a:lnTo>
                                <a:lnTo>
                                  <a:pt x="2634342" y="824565"/>
                                </a:lnTo>
                                <a:lnTo>
                                  <a:pt x="2634115" y="820708"/>
                                </a:lnTo>
                                <a:lnTo>
                                  <a:pt x="2634342" y="817078"/>
                                </a:lnTo>
                                <a:lnTo>
                                  <a:pt x="2634796" y="813221"/>
                                </a:lnTo>
                                <a:lnTo>
                                  <a:pt x="2635134" y="810511"/>
                                </a:lnTo>
                                <a:close/>
                                <a:moveTo>
                                  <a:pt x="2540680" y="809647"/>
                                </a:moveTo>
                                <a:lnTo>
                                  <a:pt x="2543175" y="812822"/>
                                </a:lnTo>
                                <a:lnTo>
                                  <a:pt x="2536825" y="812142"/>
                                </a:lnTo>
                                <a:lnTo>
                                  <a:pt x="2540680" y="809647"/>
                                </a:lnTo>
                                <a:close/>
                                <a:moveTo>
                                  <a:pt x="1459636" y="809458"/>
                                </a:moveTo>
                                <a:lnTo>
                                  <a:pt x="1452605" y="811501"/>
                                </a:lnTo>
                                <a:lnTo>
                                  <a:pt x="1445799" y="813998"/>
                                </a:lnTo>
                                <a:lnTo>
                                  <a:pt x="1438767" y="816496"/>
                                </a:lnTo>
                                <a:lnTo>
                                  <a:pt x="1431963" y="819673"/>
                                </a:lnTo>
                                <a:lnTo>
                                  <a:pt x="1425384" y="823078"/>
                                </a:lnTo>
                                <a:lnTo>
                                  <a:pt x="1418807" y="826710"/>
                                </a:lnTo>
                                <a:lnTo>
                                  <a:pt x="1412229" y="830796"/>
                                </a:lnTo>
                                <a:lnTo>
                                  <a:pt x="1405877" y="834428"/>
                                </a:lnTo>
                                <a:lnTo>
                                  <a:pt x="1415177" y="829888"/>
                                </a:lnTo>
                                <a:lnTo>
                                  <a:pt x="1423570" y="825348"/>
                                </a:lnTo>
                                <a:lnTo>
                                  <a:pt x="1427427" y="823305"/>
                                </a:lnTo>
                                <a:lnTo>
                                  <a:pt x="1431282" y="821716"/>
                                </a:lnTo>
                                <a:lnTo>
                                  <a:pt x="1435365" y="819900"/>
                                </a:lnTo>
                                <a:lnTo>
                                  <a:pt x="1439448" y="818992"/>
                                </a:lnTo>
                                <a:lnTo>
                                  <a:pt x="1443984" y="818084"/>
                                </a:lnTo>
                                <a:lnTo>
                                  <a:pt x="1448295" y="817630"/>
                                </a:lnTo>
                                <a:lnTo>
                                  <a:pt x="1448975" y="817403"/>
                                </a:lnTo>
                                <a:lnTo>
                                  <a:pt x="1444439" y="817857"/>
                                </a:lnTo>
                                <a:lnTo>
                                  <a:pt x="1453965" y="812863"/>
                                </a:lnTo>
                                <a:lnTo>
                                  <a:pt x="1458275" y="812182"/>
                                </a:lnTo>
                                <a:lnTo>
                                  <a:pt x="1458729" y="811956"/>
                                </a:lnTo>
                                <a:lnTo>
                                  <a:pt x="1455327" y="810820"/>
                                </a:lnTo>
                                <a:lnTo>
                                  <a:pt x="1459636" y="809458"/>
                                </a:lnTo>
                                <a:close/>
                                <a:moveTo>
                                  <a:pt x="2781300" y="806716"/>
                                </a:moveTo>
                                <a:lnTo>
                                  <a:pt x="2781072" y="806868"/>
                                </a:lnTo>
                                <a:lnTo>
                                  <a:pt x="2781409" y="807162"/>
                                </a:lnTo>
                                <a:lnTo>
                                  <a:pt x="2781300" y="806755"/>
                                </a:lnTo>
                                <a:lnTo>
                                  <a:pt x="2781300" y="806716"/>
                                </a:lnTo>
                                <a:close/>
                                <a:moveTo>
                                  <a:pt x="2531836" y="804885"/>
                                </a:moveTo>
                                <a:lnTo>
                                  <a:pt x="2535238" y="808160"/>
                                </a:lnTo>
                                <a:lnTo>
                                  <a:pt x="2534784" y="808755"/>
                                </a:lnTo>
                                <a:lnTo>
                                  <a:pt x="2525713" y="809648"/>
                                </a:lnTo>
                                <a:lnTo>
                                  <a:pt x="2531836" y="804885"/>
                                </a:lnTo>
                                <a:close/>
                                <a:moveTo>
                                  <a:pt x="2546151" y="804885"/>
                                </a:moveTo>
                                <a:lnTo>
                                  <a:pt x="2546350" y="808060"/>
                                </a:lnTo>
                                <a:lnTo>
                                  <a:pt x="2546151" y="808060"/>
                                </a:lnTo>
                                <a:lnTo>
                                  <a:pt x="2543175" y="806649"/>
                                </a:lnTo>
                                <a:lnTo>
                                  <a:pt x="2546151" y="804885"/>
                                </a:lnTo>
                                <a:close/>
                                <a:moveTo>
                                  <a:pt x="1333501" y="801733"/>
                                </a:moveTo>
                                <a:lnTo>
                                  <a:pt x="1330653" y="805243"/>
                                </a:lnTo>
                                <a:lnTo>
                                  <a:pt x="1330435" y="805494"/>
                                </a:lnTo>
                                <a:lnTo>
                                  <a:pt x="1327150" y="806496"/>
                                </a:lnTo>
                                <a:lnTo>
                                  <a:pt x="1333501" y="801733"/>
                                </a:lnTo>
                                <a:close/>
                                <a:moveTo>
                                  <a:pt x="2556247" y="795360"/>
                                </a:moveTo>
                                <a:lnTo>
                                  <a:pt x="2560638" y="796242"/>
                                </a:lnTo>
                                <a:lnTo>
                                  <a:pt x="2560199" y="797124"/>
                                </a:lnTo>
                                <a:lnTo>
                                  <a:pt x="2540000" y="803298"/>
                                </a:lnTo>
                                <a:lnTo>
                                  <a:pt x="2550538" y="798888"/>
                                </a:lnTo>
                                <a:lnTo>
                                  <a:pt x="2547245" y="798667"/>
                                </a:lnTo>
                                <a:lnTo>
                                  <a:pt x="2556247" y="795360"/>
                                </a:lnTo>
                                <a:close/>
                                <a:moveTo>
                                  <a:pt x="2551489" y="792185"/>
                                </a:moveTo>
                                <a:lnTo>
                                  <a:pt x="2554288" y="792714"/>
                                </a:lnTo>
                                <a:lnTo>
                                  <a:pt x="2553857" y="793067"/>
                                </a:lnTo>
                                <a:lnTo>
                                  <a:pt x="2549552" y="794831"/>
                                </a:lnTo>
                                <a:lnTo>
                                  <a:pt x="2541588" y="795360"/>
                                </a:lnTo>
                                <a:lnTo>
                                  <a:pt x="2551489" y="792185"/>
                                </a:lnTo>
                                <a:close/>
                                <a:moveTo>
                                  <a:pt x="2801251" y="792102"/>
                                </a:moveTo>
                                <a:lnTo>
                                  <a:pt x="2801710" y="792120"/>
                                </a:lnTo>
                                <a:lnTo>
                                  <a:pt x="2798762" y="793255"/>
                                </a:lnTo>
                                <a:lnTo>
                                  <a:pt x="2801251" y="792102"/>
                                </a:lnTo>
                                <a:close/>
                                <a:moveTo>
                                  <a:pt x="1447161" y="788575"/>
                                </a:moveTo>
                                <a:lnTo>
                                  <a:pt x="1447614" y="789483"/>
                                </a:lnTo>
                                <a:lnTo>
                                  <a:pt x="1443078" y="792207"/>
                                </a:lnTo>
                                <a:lnTo>
                                  <a:pt x="1447161" y="788575"/>
                                </a:lnTo>
                                <a:close/>
                                <a:moveTo>
                                  <a:pt x="1279526" y="787450"/>
                                </a:moveTo>
                                <a:lnTo>
                                  <a:pt x="1274944" y="792666"/>
                                </a:lnTo>
                                <a:lnTo>
                                  <a:pt x="1276873" y="792439"/>
                                </a:lnTo>
                                <a:lnTo>
                                  <a:pt x="1274944" y="794480"/>
                                </a:lnTo>
                                <a:lnTo>
                                  <a:pt x="1269880" y="797882"/>
                                </a:lnTo>
                                <a:lnTo>
                                  <a:pt x="1266262" y="800150"/>
                                </a:lnTo>
                                <a:lnTo>
                                  <a:pt x="1263610" y="801284"/>
                                </a:lnTo>
                                <a:lnTo>
                                  <a:pt x="1262163" y="801738"/>
                                </a:lnTo>
                                <a:lnTo>
                                  <a:pt x="1260958" y="801511"/>
                                </a:lnTo>
                                <a:lnTo>
                                  <a:pt x="1260716" y="801057"/>
                                </a:lnTo>
                                <a:lnTo>
                                  <a:pt x="1260475" y="800830"/>
                                </a:lnTo>
                                <a:lnTo>
                                  <a:pt x="1260475" y="800603"/>
                                </a:lnTo>
                                <a:lnTo>
                                  <a:pt x="1273256" y="790171"/>
                                </a:lnTo>
                                <a:lnTo>
                                  <a:pt x="1279526" y="787450"/>
                                </a:lnTo>
                                <a:close/>
                                <a:moveTo>
                                  <a:pt x="1342781" y="784272"/>
                                </a:moveTo>
                                <a:lnTo>
                                  <a:pt x="1343026" y="785138"/>
                                </a:lnTo>
                                <a:lnTo>
                                  <a:pt x="1342781" y="785426"/>
                                </a:lnTo>
                                <a:lnTo>
                                  <a:pt x="1339850" y="787447"/>
                                </a:lnTo>
                                <a:lnTo>
                                  <a:pt x="1340583" y="786003"/>
                                </a:lnTo>
                                <a:lnTo>
                                  <a:pt x="1342781" y="784272"/>
                                </a:lnTo>
                                <a:close/>
                                <a:moveTo>
                                  <a:pt x="1277938" y="782687"/>
                                </a:moveTo>
                                <a:lnTo>
                                  <a:pt x="1273821" y="788626"/>
                                </a:lnTo>
                                <a:lnTo>
                                  <a:pt x="1263300" y="795885"/>
                                </a:lnTo>
                                <a:lnTo>
                                  <a:pt x="1249120" y="806882"/>
                                </a:lnTo>
                                <a:lnTo>
                                  <a:pt x="1246376" y="808422"/>
                                </a:lnTo>
                                <a:lnTo>
                                  <a:pt x="1243402" y="810621"/>
                                </a:lnTo>
                                <a:lnTo>
                                  <a:pt x="1240200" y="813041"/>
                                </a:lnTo>
                                <a:lnTo>
                                  <a:pt x="1236770" y="815240"/>
                                </a:lnTo>
                                <a:lnTo>
                                  <a:pt x="1233339" y="817440"/>
                                </a:lnTo>
                                <a:lnTo>
                                  <a:pt x="1231738" y="818100"/>
                                </a:lnTo>
                                <a:lnTo>
                                  <a:pt x="1230137" y="818760"/>
                                </a:lnTo>
                                <a:lnTo>
                                  <a:pt x="1228537" y="819200"/>
                                </a:lnTo>
                                <a:lnTo>
                                  <a:pt x="1226936" y="819200"/>
                                </a:lnTo>
                                <a:lnTo>
                                  <a:pt x="1225563" y="818980"/>
                                </a:lnTo>
                                <a:lnTo>
                                  <a:pt x="1223962" y="818540"/>
                                </a:lnTo>
                                <a:lnTo>
                                  <a:pt x="1223962" y="817660"/>
                                </a:lnTo>
                                <a:lnTo>
                                  <a:pt x="1224191" y="816780"/>
                                </a:lnTo>
                                <a:lnTo>
                                  <a:pt x="1224877" y="815680"/>
                                </a:lnTo>
                                <a:lnTo>
                                  <a:pt x="1225563" y="814581"/>
                                </a:lnTo>
                                <a:lnTo>
                                  <a:pt x="1227393" y="811941"/>
                                </a:lnTo>
                                <a:lnTo>
                                  <a:pt x="1230366" y="809302"/>
                                </a:lnTo>
                                <a:lnTo>
                                  <a:pt x="1233797" y="806662"/>
                                </a:lnTo>
                                <a:lnTo>
                                  <a:pt x="1237914" y="803583"/>
                                </a:lnTo>
                                <a:lnTo>
                                  <a:pt x="1242488" y="800503"/>
                                </a:lnTo>
                                <a:lnTo>
                                  <a:pt x="1247061" y="797644"/>
                                </a:lnTo>
                                <a:lnTo>
                                  <a:pt x="1256668" y="791925"/>
                                </a:lnTo>
                                <a:lnTo>
                                  <a:pt x="1265816" y="787306"/>
                                </a:lnTo>
                                <a:lnTo>
                                  <a:pt x="1269704" y="785546"/>
                                </a:lnTo>
                                <a:lnTo>
                                  <a:pt x="1273134" y="784007"/>
                                </a:lnTo>
                                <a:lnTo>
                                  <a:pt x="1276107" y="782907"/>
                                </a:lnTo>
                                <a:lnTo>
                                  <a:pt x="1277938" y="782687"/>
                                </a:lnTo>
                                <a:close/>
                                <a:moveTo>
                                  <a:pt x="1341438" y="782684"/>
                                </a:moveTo>
                                <a:lnTo>
                                  <a:pt x="1340948" y="783138"/>
                                </a:lnTo>
                                <a:lnTo>
                                  <a:pt x="1336552" y="785859"/>
                                </a:lnTo>
                                <a:lnTo>
                                  <a:pt x="1335088" y="785179"/>
                                </a:lnTo>
                                <a:lnTo>
                                  <a:pt x="1341438" y="782684"/>
                                </a:lnTo>
                                <a:close/>
                                <a:moveTo>
                                  <a:pt x="1233487" y="782681"/>
                                </a:moveTo>
                                <a:lnTo>
                                  <a:pt x="1231264" y="784722"/>
                                </a:lnTo>
                                <a:lnTo>
                                  <a:pt x="1211262" y="800144"/>
                                </a:lnTo>
                                <a:lnTo>
                                  <a:pt x="1233487" y="782681"/>
                                </a:lnTo>
                                <a:close/>
                                <a:moveTo>
                                  <a:pt x="2592614" y="781729"/>
                                </a:moveTo>
                                <a:lnTo>
                                  <a:pt x="2586264" y="782635"/>
                                </a:lnTo>
                                <a:lnTo>
                                  <a:pt x="2592840" y="781729"/>
                                </a:lnTo>
                                <a:lnTo>
                                  <a:pt x="2592614" y="781729"/>
                                </a:lnTo>
                                <a:close/>
                                <a:moveTo>
                                  <a:pt x="1260475" y="781100"/>
                                </a:moveTo>
                                <a:lnTo>
                                  <a:pt x="1258359" y="784275"/>
                                </a:lnTo>
                                <a:lnTo>
                                  <a:pt x="1254125" y="787450"/>
                                </a:lnTo>
                                <a:lnTo>
                                  <a:pt x="1260475" y="781100"/>
                                </a:lnTo>
                                <a:close/>
                                <a:moveTo>
                                  <a:pt x="1473699" y="781084"/>
                                </a:moveTo>
                                <a:lnTo>
                                  <a:pt x="1470977" y="781424"/>
                                </a:lnTo>
                                <a:lnTo>
                                  <a:pt x="1468709" y="781538"/>
                                </a:lnTo>
                                <a:lnTo>
                                  <a:pt x="1470070" y="781538"/>
                                </a:lnTo>
                                <a:lnTo>
                                  <a:pt x="1470977" y="781424"/>
                                </a:lnTo>
                                <a:lnTo>
                                  <a:pt x="1473246" y="781311"/>
                                </a:lnTo>
                                <a:lnTo>
                                  <a:pt x="1473699" y="781084"/>
                                </a:lnTo>
                                <a:close/>
                                <a:moveTo>
                                  <a:pt x="1481411" y="779949"/>
                                </a:moveTo>
                                <a:lnTo>
                                  <a:pt x="1475061" y="781765"/>
                                </a:lnTo>
                                <a:lnTo>
                                  <a:pt x="1458048" y="787440"/>
                                </a:lnTo>
                                <a:lnTo>
                                  <a:pt x="1449882" y="790391"/>
                                </a:lnTo>
                                <a:lnTo>
                                  <a:pt x="1445119" y="792207"/>
                                </a:lnTo>
                                <a:lnTo>
                                  <a:pt x="1444212" y="792661"/>
                                </a:lnTo>
                                <a:lnTo>
                                  <a:pt x="1444439" y="792888"/>
                                </a:lnTo>
                                <a:lnTo>
                                  <a:pt x="1444892" y="792888"/>
                                </a:lnTo>
                                <a:lnTo>
                                  <a:pt x="1447387" y="792661"/>
                                </a:lnTo>
                                <a:lnTo>
                                  <a:pt x="1451470" y="791753"/>
                                </a:lnTo>
                                <a:lnTo>
                                  <a:pt x="1452151" y="791299"/>
                                </a:lnTo>
                                <a:lnTo>
                                  <a:pt x="1450109" y="791753"/>
                                </a:lnTo>
                                <a:lnTo>
                                  <a:pt x="1458729" y="788802"/>
                                </a:lnTo>
                                <a:lnTo>
                                  <a:pt x="1461451" y="789028"/>
                                </a:lnTo>
                                <a:lnTo>
                                  <a:pt x="1464172" y="789483"/>
                                </a:lnTo>
                                <a:lnTo>
                                  <a:pt x="1469162" y="790845"/>
                                </a:lnTo>
                                <a:lnTo>
                                  <a:pt x="1474379" y="792661"/>
                                </a:lnTo>
                                <a:lnTo>
                                  <a:pt x="1479143" y="794704"/>
                                </a:lnTo>
                                <a:lnTo>
                                  <a:pt x="1474379" y="792207"/>
                                </a:lnTo>
                                <a:lnTo>
                                  <a:pt x="1487083" y="786986"/>
                                </a:lnTo>
                                <a:lnTo>
                                  <a:pt x="1475968" y="790391"/>
                                </a:lnTo>
                                <a:lnTo>
                                  <a:pt x="1474379" y="788121"/>
                                </a:lnTo>
                                <a:lnTo>
                                  <a:pt x="1488897" y="784035"/>
                                </a:lnTo>
                                <a:lnTo>
                                  <a:pt x="1491392" y="783127"/>
                                </a:lnTo>
                                <a:lnTo>
                                  <a:pt x="1484814" y="783581"/>
                                </a:lnTo>
                                <a:lnTo>
                                  <a:pt x="1484814" y="784035"/>
                                </a:lnTo>
                                <a:lnTo>
                                  <a:pt x="1485494" y="784262"/>
                                </a:lnTo>
                                <a:lnTo>
                                  <a:pt x="1478236" y="786532"/>
                                </a:lnTo>
                                <a:lnTo>
                                  <a:pt x="1480051" y="783127"/>
                                </a:lnTo>
                                <a:lnTo>
                                  <a:pt x="1486628" y="781084"/>
                                </a:lnTo>
                                <a:lnTo>
                                  <a:pt x="1486628" y="780176"/>
                                </a:lnTo>
                                <a:lnTo>
                                  <a:pt x="1482545" y="781084"/>
                                </a:lnTo>
                                <a:lnTo>
                                  <a:pt x="1480051" y="781992"/>
                                </a:lnTo>
                                <a:lnTo>
                                  <a:pt x="1479370" y="782219"/>
                                </a:lnTo>
                                <a:lnTo>
                                  <a:pt x="1476875" y="785624"/>
                                </a:lnTo>
                                <a:lnTo>
                                  <a:pt x="1469162" y="787894"/>
                                </a:lnTo>
                                <a:lnTo>
                                  <a:pt x="1470978" y="786986"/>
                                </a:lnTo>
                                <a:lnTo>
                                  <a:pt x="1466895" y="787666"/>
                                </a:lnTo>
                                <a:lnTo>
                                  <a:pt x="1467348" y="785170"/>
                                </a:lnTo>
                                <a:lnTo>
                                  <a:pt x="1473699" y="783127"/>
                                </a:lnTo>
                                <a:lnTo>
                                  <a:pt x="1481411" y="779949"/>
                                </a:lnTo>
                                <a:close/>
                                <a:moveTo>
                                  <a:pt x="1225090" y="779421"/>
                                </a:moveTo>
                                <a:lnTo>
                                  <a:pt x="1221371" y="782427"/>
                                </a:lnTo>
                                <a:lnTo>
                                  <a:pt x="1222051" y="781747"/>
                                </a:lnTo>
                                <a:lnTo>
                                  <a:pt x="1225090" y="779421"/>
                                </a:lnTo>
                                <a:close/>
                                <a:moveTo>
                                  <a:pt x="1292225" y="777925"/>
                                </a:moveTo>
                                <a:lnTo>
                                  <a:pt x="1288490" y="781209"/>
                                </a:lnTo>
                                <a:lnTo>
                                  <a:pt x="1284288" y="784275"/>
                                </a:lnTo>
                                <a:lnTo>
                                  <a:pt x="1292225" y="777925"/>
                                </a:lnTo>
                                <a:close/>
                                <a:moveTo>
                                  <a:pt x="1227263" y="777665"/>
                                </a:moveTo>
                                <a:lnTo>
                                  <a:pt x="1225903" y="778799"/>
                                </a:lnTo>
                                <a:lnTo>
                                  <a:pt x="1225090" y="779421"/>
                                </a:lnTo>
                                <a:lnTo>
                                  <a:pt x="1227263" y="777665"/>
                                </a:lnTo>
                                <a:close/>
                                <a:moveTo>
                                  <a:pt x="1465636" y="777186"/>
                                </a:moveTo>
                                <a:lnTo>
                                  <a:pt x="1463090" y="779325"/>
                                </a:lnTo>
                                <a:lnTo>
                                  <a:pt x="1462088" y="779552"/>
                                </a:lnTo>
                                <a:lnTo>
                                  <a:pt x="1465636" y="777186"/>
                                </a:lnTo>
                                <a:close/>
                                <a:moveTo>
                                  <a:pt x="1466600" y="776376"/>
                                </a:moveTo>
                                <a:lnTo>
                                  <a:pt x="1466851" y="776376"/>
                                </a:lnTo>
                                <a:lnTo>
                                  <a:pt x="1465636" y="777186"/>
                                </a:lnTo>
                                <a:lnTo>
                                  <a:pt x="1466600" y="776376"/>
                                </a:lnTo>
                                <a:close/>
                                <a:moveTo>
                                  <a:pt x="1342494" y="773700"/>
                                </a:moveTo>
                                <a:lnTo>
                                  <a:pt x="1342721" y="773700"/>
                                </a:lnTo>
                                <a:lnTo>
                                  <a:pt x="1340996" y="774482"/>
                                </a:lnTo>
                                <a:lnTo>
                                  <a:pt x="1341130" y="774381"/>
                                </a:lnTo>
                                <a:lnTo>
                                  <a:pt x="1342494" y="773700"/>
                                </a:lnTo>
                                <a:close/>
                                <a:moveTo>
                                  <a:pt x="1490735" y="773201"/>
                                </a:moveTo>
                                <a:lnTo>
                                  <a:pt x="1492251" y="773624"/>
                                </a:lnTo>
                                <a:lnTo>
                                  <a:pt x="1492033" y="773837"/>
                                </a:lnTo>
                                <a:lnTo>
                                  <a:pt x="1482725" y="776376"/>
                                </a:lnTo>
                                <a:lnTo>
                                  <a:pt x="1490735" y="773201"/>
                                </a:lnTo>
                                <a:close/>
                                <a:moveTo>
                                  <a:pt x="1276350" y="771575"/>
                                </a:moveTo>
                                <a:lnTo>
                                  <a:pt x="1275464" y="772845"/>
                                </a:lnTo>
                                <a:lnTo>
                                  <a:pt x="1266825" y="777925"/>
                                </a:lnTo>
                                <a:lnTo>
                                  <a:pt x="1267489" y="777290"/>
                                </a:lnTo>
                                <a:lnTo>
                                  <a:pt x="1272584" y="774327"/>
                                </a:lnTo>
                                <a:lnTo>
                                  <a:pt x="1276350" y="771575"/>
                                </a:lnTo>
                                <a:close/>
                                <a:moveTo>
                                  <a:pt x="1493838" y="770027"/>
                                </a:moveTo>
                                <a:lnTo>
                                  <a:pt x="1493118" y="770893"/>
                                </a:lnTo>
                                <a:lnTo>
                                  <a:pt x="1481137" y="774790"/>
                                </a:lnTo>
                                <a:lnTo>
                                  <a:pt x="1484971" y="773057"/>
                                </a:lnTo>
                                <a:lnTo>
                                  <a:pt x="1484731" y="773057"/>
                                </a:lnTo>
                                <a:lnTo>
                                  <a:pt x="1481617" y="773057"/>
                                </a:lnTo>
                                <a:lnTo>
                                  <a:pt x="1493838" y="770027"/>
                                </a:lnTo>
                                <a:close/>
                                <a:moveTo>
                                  <a:pt x="1296988" y="769987"/>
                                </a:moveTo>
                                <a:lnTo>
                                  <a:pt x="1293308" y="773761"/>
                                </a:lnTo>
                                <a:lnTo>
                                  <a:pt x="1282700" y="781100"/>
                                </a:lnTo>
                                <a:lnTo>
                                  <a:pt x="1282700" y="780890"/>
                                </a:lnTo>
                                <a:lnTo>
                                  <a:pt x="1296988" y="769987"/>
                                </a:lnTo>
                                <a:close/>
                                <a:moveTo>
                                  <a:pt x="1298575" y="769987"/>
                                </a:moveTo>
                                <a:lnTo>
                                  <a:pt x="1295995" y="773909"/>
                                </a:lnTo>
                                <a:lnTo>
                                  <a:pt x="1295797" y="773909"/>
                                </a:lnTo>
                                <a:lnTo>
                                  <a:pt x="1293812" y="774750"/>
                                </a:lnTo>
                                <a:lnTo>
                                  <a:pt x="1298575" y="769987"/>
                                </a:lnTo>
                                <a:close/>
                                <a:moveTo>
                                  <a:pt x="2018795" y="768385"/>
                                </a:moveTo>
                                <a:lnTo>
                                  <a:pt x="2023112" y="768840"/>
                                </a:lnTo>
                                <a:lnTo>
                                  <a:pt x="2023112" y="771800"/>
                                </a:lnTo>
                                <a:lnTo>
                                  <a:pt x="2023566" y="773849"/>
                                </a:lnTo>
                                <a:lnTo>
                                  <a:pt x="2024021" y="775442"/>
                                </a:lnTo>
                                <a:lnTo>
                                  <a:pt x="2024702" y="776581"/>
                                </a:lnTo>
                                <a:lnTo>
                                  <a:pt x="2025838" y="777036"/>
                                </a:lnTo>
                                <a:lnTo>
                                  <a:pt x="2026974" y="777264"/>
                                </a:lnTo>
                                <a:lnTo>
                                  <a:pt x="2028110" y="777036"/>
                                </a:lnTo>
                                <a:lnTo>
                                  <a:pt x="2029701" y="776808"/>
                                </a:lnTo>
                                <a:lnTo>
                                  <a:pt x="2033109" y="774987"/>
                                </a:lnTo>
                                <a:lnTo>
                                  <a:pt x="2036972" y="773166"/>
                                </a:lnTo>
                                <a:lnTo>
                                  <a:pt x="2041289" y="771117"/>
                                </a:lnTo>
                                <a:lnTo>
                                  <a:pt x="2043788" y="770206"/>
                                </a:lnTo>
                                <a:lnTo>
                                  <a:pt x="2046288" y="769295"/>
                                </a:lnTo>
                                <a:lnTo>
                                  <a:pt x="2030383" y="778630"/>
                                </a:lnTo>
                                <a:lnTo>
                                  <a:pt x="2029474" y="778857"/>
                                </a:lnTo>
                                <a:lnTo>
                                  <a:pt x="2035836" y="783183"/>
                                </a:lnTo>
                                <a:lnTo>
                                  <a:pt x="2024702" y="792290"/>
                                </a:lnTo>
                                <a:lnTo>
                                  <a:pt x="2037199" y="789102"/>
                                </a:lnTo>
                                <a:lnTo>
                                  <a:pt x="2025384" y="799575"/>
                                </a:lnTo>
                                <a:lnTo>
                                  <a:pt x="2039698" y="795249"/>
                                </a:lnTo>
                                <a:lnTo>
                                  <a:pt x="2044924" y="796387"/>
                                </a:lnTo>
                                <a:lnTo>
                                  <a:pt x="2032655" y="805722"/>
                                </a:lnTo>
                                <a:lnTo>
                                  <a:pt x="2041062" y="805039"/>
                                </a:lnTo>
                                <a:lnTo>
                                  <a:pt x="2031519" y="808681"/>
                                </a:lnTo>
                                <a:lnTo>
                                  <a:pt x="2031746" y="808681"/>
                                </a:lnTo>
                                <a:lnTo>
                                  <a:pt x="2038335" y="808681"/>
                                </a:lnTo>
                                <a:lnTo>
                                  <a:pt x="2039017" y="810503"/>
                                </a:lnTo>
                                <a:lnTo>
                                  <a:pt x="2037654" y="811869"/>
                                </a:lnTo>
                                <a:lnTo>
                                  <a:pt x="2024021" y="814373"/>
                                </a:lnTo>
                                <a:lnTo>
                                  <a:pt x="2029474" y="817332"/>
                                </a:lnTo>
                                <a:lnTo>
                                  <a:pt x="2024702" y="818471"/>
                                </a:lnTo>
                                <a:lnTo>
                                  <a:pt x="2026066" y="818699"/>
                                </a:lnTo>
                                <a:lnTo>
                                  <a:pt x="2023112" y="820975"/>
                                </a:lnTo>
                                <a:lnTo>
                                  <a:pt x="2023566" y="822569"/>
                                </a:lnTo>
                                <a:lnTo>
                                  <a:pt x="2010615" y="826211"/>
                                </a:lnTo>
                                <a:lnTo>
                                  <a:pt x="2002435" y="831903"/>
                                </a:lnTo>
                                <a:lnTo>
                                  <a:pt x="2004026" y="832131"/>
                                </a:lnTo>
                                <a:lnTo>
                                  <a:pt x="1987666" y="843514"/>
                                </a:lnTo>
                                <a:lnTo>
                                  <a:pt x="1984258" y="843742"/>
                                </a:lnTo>
                                <a:lnTo>
                                  <a:pt x="1980850" y="844424"/>
                                </a:lnTo>
                                <a:lnTo>
                                  <a:pt x="1977896" y="845107"/>
                                </a:lnTo>
                                <a:lnTo>
                                  <a:pt x="1974715" y="846018"/>
                                </a:lnTo>
                                <a:lnTo>
                                  <a:pt x="1971761" y="846929"/>
                                </a:lnTo>
                                <a:lnTo>
                                  <a:pt x="1968807" y="848067"/>
                                </a:lnTo>
                                <a:lnTo>
                                  <a:pt x="1963127" y="850571"/>
                                </a:lnTo>
                                <a:lnTo>
                                  <a:pt x="1957673" y="853759"/>
                                </a:lnTo>
                                <a:lnTo>
                                  <a:pt x="1951766" y="856946"/>
                                </a:lnTo>
                                <a:lnTo>
                                  <a:pt x="1945858" y="860133"/>
                                </a:lnTo>
                                <a:lnTo>
                                  <a:pt x="1939496" y="863320"/>
                                </a:lnTo>
                                <a:lnTo>
                                  <a:pt x="1932225" y="865369"/>
                                </a:lnTo>
                                <a:lnTo>
                                  <a:pt x="1932452" y="862410"/>
                                </a:lnTo>
                                <a:lnTo>
                                  <a:pt x="1905868" y="872655"/>
                                </a:lnTo>
                                <a:lnTo>
                                  <a:pt x="1907004" y="873565"/>
                                </a:lnTo>
                                <a:lnTo>
                                  <a:pt x="1878829" y="885859"/>
                                </a:lnTo>
                                <a:lnTo>
                                  <a:pt x="1850655" y="878802"/>
                                </a:lnTo>
                                <a:lnTo>
                                  <a:pt x="1855653" y="873338"/>
                                </a:lnTo>
                                <a:lnTo>
                                  <a:pt x="1846338" y="877436"/>
                                </a:lnTo>
                                <a:lnTo>
                                  <a:pt x="1849973" y="875387"/>
                                </a:lnTo>
                                <a:lnTo>
                                  <a:pt x="1848837" y="874249"/>
                                </a:lnTo>
                                <a:lnTo>
                                  <a:pt x="1841566" y="875159"/>
                                </a:lnTo>
                                <a:lnTo>
                                  <a:pt x="1845201" y="871061"/>
                                </a:lnTo>
                                <a:lnTo>
                                  <a:pt x="1831569" y="875842"/>
                                </a:lnTo>
                                <a:lnTo>
                                  <a:pt x="1806575" y="880168"/>
                                </a:lnTo>
                                <a:lnTo>
                                  <a:pt x="1815663" y="870150"/>
                                </a:lnTo>
                                <a:lnTo>
                                  <a:pt x="1816345" y="872427"/>
                                </a:lnTo>
                                <a:lnTo>
                                  <a:pt x="1820662" y="870606"/>
                                </a:lnTo>
                                <a:lnTo>
                                  <a:pt x="1824752" y="868557"/>
                                </a:lnTo>
                                <a:lnTo>
                                  <a:pt x="1832932" y="864004"/>
                                </a:lnTo>
                                <a:lnTo>
                                  <a:pt x="1836567" y="861954"/>
                                </a:lnTo>
                                <a:lnTo>
                                  <a:pt x="1840430" y="859678"/>
                                </a:lnTo>
                                <a:lnTo>
                                  <a:pt x="1844520" y="857857"/>
                                </a:lnTo>
                                <a:lnTo>
                                  <a:pt x="1848610" y="856263"/>
                                </a:lnTo>
                                <a:lnTo>
                                  <a:pt x="1834977" y="860133"/>
                                </a:lnTo>
                                <a:lnTo>
                                  <a:pt x="1855426" y="846473"/>
                                </a:lnTo>
                                <a:lnTo>
                                  <a:pt x="1836794" y="855352"/>
                                </a:lnTo>
                                <a:lnTo>
                                  <a:pt x="1837022" y="851027"/>
                                </a:lnTo>
                                <a:lnTo>
                                  <a:pt x="1843157" y="845563"/>
                                </a:lnTo>
                                <a:lnTo>
                                  <a:pt x="1827706" y="844197"/>
                                </a:lnTo>
                                <a:lnTo>
                                  <a:pt x="1811574" y="848295"/>
                                </a:lnTo>
                                <a:lnTo>
                                  <a:pt x="1831796" y="837595"/>
                                </a:lnTo>
                                <a:lnTo>
                                  <a:pt x="1831569" y="840099"/>
                                </a:lnTo>
                                <a:lnTo>
                                  <a:pt x="1864742" y="829854"/>
                                </a:lnTo>
                                <a:lnTo>
                                  <a:pt x="1850427" y="830309"/>
                                </a:lnTo>
                                <a:lnTo>
                                  <a:pt x="1875648" y="818016"/>
                                </a:lnTo>
                                <a:lnTo>
                                  <a:pt x="1863606" y="819609"/>
                                </a:lnTo>
                                <a:lnTo>
                                  <a:pt x="1869059" y="815511"/>
                                </a:lnTo>
                                <a:lnTo>
                                  <a:pt x="1863833" y="817560"/>
                                </a:lnTo>
                                <a:lnTo>
                                  <a:pt x="1862924" y="816650"/>
                                </a:lnTo>
                                <a:lnTo>
                                  <a:pt x="1863379" y="815284"/>
                                </a:lnTo>
                                <a:lnTo>
                                  <a:pt x="1856108" y="818699"/>
                                </a:lnTo>
                                <a:lnTo>
                                  <a:pt x="1857244" y="815967"/>
                                </a:lnTo>
                                <a:lnTo>
                                  <a:pt x="1853836" y="817105"/>
                                </a:lnTo>
                                <a:lnTo>
                                  <a:pt x="1850655" y="818243"/>
                                </a:lnTo>
                                <a:lnTo>
                                  <a:pt x="1844293" y="820748"/>
                                </a:lnTo>
                                <a:lnTo>
                                  <a:pt x="1837703" y="823024"/>
                                </a:lnTo>
                                <a:lnTo>
                                  <a:pt x="1834522" y="824163"/>
                                </a:lnTo>
                                <a:lnTo>
                                  <a:pt x="1830887" y="824845"/>
                                </a:lnTo>
                                <a:lnTo>
                                  <a:pt x="1823389" y="822797"/>
                                </a:lnTo>
                                <a:lnTo>
                                  <a:pt x="1823162" y="822797"/>
                                </a:lnTo>
                                <a:lnTo>
                                  <a:pt x="1822934" y="822797"/>
                                </a:lnTo>
                                <a:lnTo>
                                  <a:pt x="1822707" y="822797"/>
                                </a:lnTo>
                                <a:lnTo>
                                  <a:pt x="1834977" y="819837"/>
                                </a:lnTo>
                                <a:lnTo>
                                  <a:pt x="1834295" y="818926"/>
                                </a:lnTo>
                                <a:lnTo>
                                  <a:pt x="1837703" y="817105"/>
                                </a:lnTo>
                                <a:lnTo>
                                  <a:pt x="1838839" y="811869"/>
                                </a:lnTo>
                                <a:lnTo>
                                  <a:pt x="1847627" y="813630"/>
                                </a:lnTo>
                                <a:lnTo>
                                  <a:pt x="1847474" y="813690"/>
                                </a:lnTo>
                                <a:lnTo>
                                  <a:pt x="1850200" y="814145"/>
                                </a:lnTo>
                                <a:lnTo>
                                  <a:pt x="1847627" y="813630"/>
                                </a:lnTo>
                                <a:lnTo>
                                  <a:pt x="1852700" y="811641"/>
                                </a:lnTo>
                                <a:lnTo>
                                  <a:pt x="1844747" y="809592"/>
                                </a:lnTo>
                                <a:lnTo>
                                  <a:pt x="1855199" y="807543"/>
                                </a:lnTo>
                                <a:lnTo>
                                  <a:pt x="1851564" y="805949"/>
                                </a:lnTo>
                                <a:lnTo>
                                  <a:pt x="1853154" y="800941"/>
                                </a:lnTo>
                                <a:lnTo>
                                  <a:pt x="1857017" y="801852"/>
                                </a:lnTo>
                                <a:lnTo>
                                  <a:pt x="1860879" y="799347"/>
                                </a:lnTo>
                                <a:lnTo>
                                  <a:pt x="1859743" y="798209"/>
                                </a:lnTo>
                                <a:lnTo>
                                  <a:pt x="1868605" y="797981"/>
                                </a:lnTo>
                                <a:lnTo>
                                  <a:pt x="1865197" y="802079"/>
                                </a:lnTo>
                                <a:lnTo>
                                  <a:pt x="1868605" y="799802"/>
                                </a:lnTo>
                                <a:lnTo>
                                  <a:pt x="1865878" y="803673"/>
                                </a:lnTo>
                                <a:lnTo>
                                  <a:pt x="1872013" y="800941"/>
                                </a:lnTo>
                                <a:lnTo>
                                  <a:pt x="1872695" y="802079"/>
                                </a:lnTo>
                                <a:lnTo>
                                  <a:pt x="1872240" y="804583"/>
                                </a:lnTo>
                                <a:lnTo>
                                  <a:pt x="1872013" y="806177"/>
                                </a:lnTo>
                                <a:lnTo>
                                  <a:pt x="1872013" y="807316"/>
                                </a:lnTo>
                                <a:lnTo>
                                  <a:pt x="1872240" y="807770"/>
                                </a:lnTo>
                                <a:lnTo>
                                  <a:pt x="1872467" y="807770"/>
                                </a:lnTo>
                                <a:lnTo>
                                  <a:pt x="1873149" y="807316"/>
                                </a:lnTo>
                                <a:lnTo>
                                  <a:pt x="1874058" y="805494"/>
                                </a:lnTo>
                                <a:lnTo>
                                  <a:pt x="1874967" y="802762"/>
                                </a:lnTo>
                                <a:lnTo>
                                  <a:pt x="1875194" y="801396"/>
                                </a:lnTo>
                                <a:lnTo>
                                  <a:pt x="1875421" y="799802"/>
                                </a:lnTo>
                                <a:lnTo>
                                  <a:pt x="1875421" y="798664"/>
                                </a:lnTo>
                                <a:lnTo>
                                  <a:pt x="1875194" y="797526"/>
                                </a:lnTo>
                                <a:lnTo>
                                  <a:pt x="1874740" y="796387"/>
                                </a:lnTo>
                                <a:lnTo>
                                  <a:pt x="1874058" y="795932"/>
                                </a:lnTo>
                                <a:lnTo>
                                  <a:pt x="1885192" y="791379"/>
                                </a:lnTo>
                                <a:lnTo>
                                  <a:pt x="1874967" y="790240"/>
                                </a:lnTo>
                                <a:lnTo>
                                  <a:pt x="1887918" y="784777"/>
                                </a:lnTo>
                                <a:lnTo>
                                  <a:pt x="1891099" y="789330"/>
                                </a:lnTo>
                                <a:lnTo>
                                  <a:pt x="1894962" y="791151"/>
                                </a:lnTo>
                                <a:lnTo>
                                  <a:pt x="1894507" y="795249"/>
                                </a:lnTo>
                                <a:lnTo>
                                  <a:pt x="1897234" y="797753"/>
                                </a:lnTo>
                                <a:lnTo>
                                  <a:pt x="1893826" y="799575"/>
                                </a:lnTo>
                                <a:lnTo>
                                  <a:pt x="1895416" y="799575"/>
                                </a:lnTo>
                                <a:lnTo>
                                  <a:pt x="1895643" y="800941"/>
                                </a:lnTo>
                                <a:lnTo>
                                  <a:pt x="1884510" y="808681"/>
                                </a:lnTo>
                                <a:lnTo>
                                  <a:pt x="1884283" y="807088"/>
                                </a:lnTo>
                                <a:lnTo>
                                  <a:pt x="1882238" y="817105"/>
                                </a:lnTo>
                                <a:lnTo>
                                  <a:pt x="1883828" y="817105"/>
                                </a:lnTo>
                                <a:lnTo>
                                  <a:pt x="1879738" y="827350"/>
                                </a:lnTo>
                                <a:lnTo>
                                  <a:pt x="1887918" y="816650"/>
                                </a:lnTo>
                                <a:lnTo>
                                  <a:pt x="1887691" y="818016"/>
                                </a:lnTo>
                                <a:lnTo>
                                  <a:pt x="1899733" y="809137"/>
                                </a:lnTo>
                                <a:lnTo>
                                  <a:pt x="1901097" y="809820"/>
                                </a:lnTo>
                                <a:lnTo>
                                  <a:pt x="1901097" y="813235"/>
                                </a:lnTo>
                                <a:lnTo>
                                  <a:pt x="1902006" y="813690"/>
                                </a:lnTo>
                                <a:lnTo>
                                  <a:pt x="1904732" y="810730"/>
                                </a:lnTo>
                                <a:lnTo>
                                  <a:pt x="1906095" y="811186"/>
                                </a:lnTo>
                                <a:lnTo>
                                  <a:pt x="1915411" y="799802"/>
                                </a:lnTo>
                                <a:lnTo>
                                  <a:pt x="1926090" y="790923"/>
                                </a:lnTo>
                                <a:lnTo>
                                  <a:pt x="1926772" y="802762"/>
                                </a:lnTo>
                                <a:lnTo>
                                  <a:pt x="1934952" y="796387"/>
                                </a:lnTo>
                                <a:lnTo>
                                  <a:pt x="1956310" y="785915"/>
                                </a:lnTo>
                                <a:lnTo>
                                  <a:pt x="1956537" y="790468"/>
                                </a:lnTo>
                                <a:lnTo>
                                  <a:pt x="1956310" y="794566"/>
                                </a:lnTo>
                                <a:lnTo>
                                  <a:pt x="1955856" y="798892"/>
                                </a:lnTo>
                                <a:lnTo>
                                  <a:pt x="1955174" y="802990"/>
                                </a:lnTo>
                                <a:lnTo>
                                  <a:pt x="1964490" y="785460"/>
                                </a:lnTo>
                                <a:lnTo>
                                  <a:pt x="1973124" y="790013"/>
                                </a:lnTo>
                                <a:lnTo>
                                  <a:pt x="1972897" y="792517"/>
                                </a:lnTo>
                                <a:lnTo>
                                  <a:pt x="1989711" y="781134"/>
                                </a:lnTo>
                                <a:lnTo>
                                  <a:pt x="1989938" y="781134"/>
                                </a:lnTo>
                                <a:lnTo>
                                  <a:pt x="1992438" y="781134"/>
                                </a:lnTo>
                                <a:lnTo>
                                  <a:pt x="1994482" y="780906"/>
                                </a:lnTo>
                                <a:lnTo>
                                  <a:pt x="1996527" y="780451"/>
                                </a:lnTo>
                                <a:lnTo>
                                  <a:pt x="1998345" y="779996"/>
                                </a:lnTo>
                                <a:lnTo>
                                  <a:pt x="1999708" y="778857"/>
                                </a:lnTo>
                                <a:lnTo>
                                  <a:pt x="2001072" y="778175"/>
                                </a:lnTo>
                                <a:lnTo>
                                  <a:pt x="2003798" y="775898"/>
                                </a:lnTo>
                                <a:lnTo>
                                  <a:pt x="2006525" y="773621"/>
                                </a:lnTo>
                                <a:lnTo>
                                  <a:pt x="2007888" y="772255"/>
                                </a:lnTo>
                                <a:lnTo>
                                  <a:pt x="2009706" y="771344"/>
                                </a:lnTo>
                                <a:lnTo>
                                  <a:pt x="2011296" y="770434"/>
                                </a:lnTo>
                                <a:lnTo>
                                  <a:pt x="2013569" y="769295"/>
                                </a:lnTo>
                                <a:lnTo>
                                  <a:pt x="2015841" y="768840"/>
                                </a:lnTo>
                                <a:lnTo>
                                  <a:pt x="2018795" y="768385"/>
                                </a:lnTo>
                                <a:close/>
                                <a:moveTo>
                                  <a:pt x="5558103" y="765426"/>
                                </a:moveTo>
                                <a:lnTo>
                                  <a:pt x="5564682" y="770411"/>
                                </a:lnTo>
                                <a:lnTo>
                                  <a:pt x="5561959" y="768145"/>
                                </a:lnTo>
                                <a:lnTo>
                                  <a:pt x="5558103" y="765426"/>
                                </a:lnTo>
                                <a:close/>
                                <a:moveTo>
                                  <a:pt x="2887990" y="765252"/>
                                </a:moveTo>
                                <a:lnTo>
                                  <a:pt x="2890837" y="767395"/>
                                </a:lnTo>
                                <a:lnTo>
                                  <a:pt x="2887771" y="770015"/>
                                </a:lnTo>
                                <a:lnTo>
                                  <a:pt x="2884487" y="767395"/>
                                </a:lnTo>
                                <a:lnTo>
                                  <a:pt x="2887990" y="765252"/>
                                </a:lnTo>
                                <a:close/>
                                <a:moveTo>
                                  <a:pt x="1348764" y="765222"/>
                                </a:moveTo>
                                <a:lnTo>
                                  <a:pt x="1349008" y="765222"/>
                                </a:lnTo>
                                <a:lnTo>
                                  <a:pt x="1349253" y="765222"/>
                                </a:lnTo>
                                <a:lnTo>
                                  <a:pt x="1349497" y="765222"/>
                                </a:lnTo>
                                <a:lnTo>
                                  <a:pt x="1349741" y="765222"/>
                                </a:lnTo>
                                <a:lnTo>
                                  <a:pt x="1350962" y="766810"/>
                                </a:lnTo>
                                <a:lnTo>
                                  <a:pt x="1350718" y="766810"/>
                                </a:lnTo>
                                <a:lnTo>
                                  <a:pt x="1347787" y="766633"/>
                                </a:lnTo>
                                <a:lnTo>
                                  <a:pt x="1348764" y="765222"/>
                                </a:lnTo>
                                <a:close/>
                                <a:moveTo>
                                  <a:pt x="5523849" y="764746"/>
                                </a:moveTo>
                                <a:lnTo>
                                  <a:pt x="5524983" y="766785"/>
                                </a:lnTo>
                                <a:lnTo>
                                  <a:pt x="5525210" y="766785"/>
                                </a:lnTo>
                                <a:lnTo>
                                  <a:pt x="5523849" y="764746"/>
                                </a:lnTo>
                                <a:close/>
                                <a:moveTo>
                                  <a:pt x="1487488" y="763677"/>
                                </a:moveTo>
                                <a:lnTo>
                                  <a:pt x="1485636" y="765066"/>
                                </a:lnTo>
                                <a:lnTo>
                                  <a:pt x="1479550" y="766852"/>
                                </a:lnTo>
                                <a:lnTo>
                                  <a:pt x="1487488" y="763677"/>
                                </a:lnTo>
                                <a:close/>
                                <a:moveTo>
                                  <a:pt x="1250950" y="763631"/>
                                </a:moveTo>
                                <a:lnTo>
                                  <a:pt x="1250449" y="764055"/>
                                </a:lnTo>
                                <a:lnTo>
                                  <a:pt x="1246187" y="766806"/>
                                </a:lnTo>
                                <a:lnTo>
                                  <a:pt x="1250950" y="763631"/>
                                </a:lnTo>
                                <a:close/>
                                <a:moveTo>
                                  <a:pt x="2909887" y="758902"/>
                                </a:moveTo>
                                <a:lnTo>
                                  <a:pt x="2909887" y="759129"/>
                                </a:lnTo>
                                <a:lnTo>
                                  <a:pt x="2906923" y="760490"/>
                                </a:lnTo>
                                <a:lnTo>
                                  <a:pt x="2906712" y="760490"/>
                                </a:lnTo>
                                <a:lnTo>
                                  <a:pt x="2909887" y="758902"/>
                                </a:lnTo>
                                <a:close/>
                                <a:moveTo>
                                  <a:pt x="1316130" y="757816"/>
                                </a:moveTo>
                                <a:lnTo>
                                  <a:pt x="1315676" y="758043"/>
                                </a:lnTo>
                                <a:lnTo>
                                  <a:pt x="1310221" y="760993"/>
                                </a:lnTo>
                                <a:lnTo>
                                  <a:pt x="1316130" y="757816"/>
                                </a:lnTo>
                                <a:close/>
                                <a:moveTo>
                                  <a:pt x="1503106" y="755739"/>
                                </a:moveTo>
                                <a:lnTo>
                                  <a:pt x="1504950" y="755739"/>
                                </a:lnTo>
                                <a:lnTo>
                                  <a:pt x="1503926" y="756137"/>
                                </a:lnTo>
                                <a:lnTo>
                                  <a:pt x="1492251" y="758915"/>
                                </a:lnTo>
                                <a:lnTo>
                                  <a:pt x="1503106" y="755739"/>
                                </a:lnTo>
                                <a:close/>
                                <a:moveTo>
                                  <a:pt x="2619375" y="755671"/>
                                </a:moveTo>
                                <a:lnTo>
                                  <a:pt x="2625725" y="758141"/>
                                </a:lnTo>
                                <a:lnTo>
                                  <a:pt x="2622659" y="758846"/>
                                </a:lnTo>
                                <a:lnTo>
                                  <a:pt x="2619375" y="755671"/>
                                </a:lnTo>
                                <a:close/>
                                <a:moveTo>
                                  <a:pt x="1359311" y="754412"/>
                                </a:moveTo>
                                <a:lnTo>
                                  <a:pt x="1359233" y="754463"/>
                                </a:lnTo>
                                <a:lnTo>
                                  <a:pt x="1358174" y="754639"/>
                                </a:lnTo>
                                <a:lnTo>
                                  <a:pt x="1354083" y="757816"/>
                                </a:lnTo>
                                <a:lnTo>
                                  <a:pt x="1359233" y="754463"/>
                                </a:lnTo>
                                <a:lnTo>
                                  <a:pt x="1359538" y="754412"/>
                                </a:lnTo>
                                <a:lnTo>
                                  <a:pt x="1359311" y="754412"/>
                                </a:lnTo>
                                <a:close/>
                                <a:moveTo>
                                  <a:pt x="2624773" y="754084"/>
                                </a:moveTo>
                                <a:lnTo>
                                  <a:pt x="2627313" y="755446"/>
                                </a:lnTo>
                                <a:lnTo>
                                  <a:pt x="2627101" y="755672"/>
                                </a:lnTo>
                                <a:lnTo>
                                  <a:pt x="2624138" y="755219"/>
                                </a:lnTo>
                                <a:lnTo>
                                  <a:pt x="2624773" y="754084"/>
                                </a:lnTo>
                                <a:close/>
                                <a:moveTo>
                                  <a:pt x="2624138" y="752496"/>
                                </a:moveTo>
                                <a:lnTo>
                                  <a:pt x="2623741" y="755671"/>
                                </a:lnTo>
                                <a:lnTo>
                                  <a:pt x="2620963" y="753290"/>
                                </a:lnTo>
                                <a:lnTo>
                                  <a:pt x="2624138" y="752496"/>
                                </a:lnTo>
                                <a:close/>
                                <a:moveTo>
                                  <a:pt x="1263419" y="748087"/>
                                </a:moveTo>
                                <a:lnTo>
                                  <a:pt x="1254983" y="754917"/>
                                </a:lnTo>
                                <a:lnTo>
                                  <a:pt x="1260902" y="749966"/>
                                </a:lnTo>
                                <a:lnTo>
                                  <a:pt x="1263419" y="748087"/>
                                </a:lnTo>
                                <a:close/>
                                <a:moveTo>
                                  <a:pt x="1311046" y="747762"/>
                                </a:moveTo>
                                <a:lnTo>
                                  <a:pt x="1311275" y="747983"/>
                                </a:lnTo>
                                <a:lnTo>
                                  <a:pt x="1309447" y="749752"/>
                                </a:lnTo>
                                <a:lnTo>
                                  <a:pt x="1282700" y="765225"/>
                                </a:lnTo>
                                <a:lnTo>
                                  <a:pt x="1311046" y="747762"/>
                                </a:lnTo>
                                <a:close/>
                                <a:moveTo>
                                  <a:pt x="5526798" y="746391"/>
                                </a:moveTo>
                                <a:lnTo>
                                  <a:pt x="5528612" y="747297"/>
                                </a:lnTo>
                                <a:lnTo>
                                  <a:pt x="5529066" y="747297"/>
                                </a:lnTo>
                                <a:lnTo>
                                  <a:pt x="5526798" y="746391"/>
                                </a:lnTo>
                                <a:close/>
                                <a:moveTo>
                                  <a:pt x="1320800" y="744587"/>
                                </a:moveTo>
                                <a:lnTo>
                                  <a:pt x="1319597" y="746242"/>
                                </a:lnTo>
                                <a:lnTo>
                                  <a:pt x="1320800" y="746006"/>
                                </a:lnTo>
                                <a:lnTo>
                                  <a:pt x="1320079" y="746479"/>
                                </a:lnTo>
                                <a:lnTo>
                                  <a:pt x="1305165" y="755700"/>
                                </a:lnTo>
                                <a:lnTo>
                                  <a:pt x="1304925" y="755700"/>
                                </a:lnTo>
                                <a:lnTo>
                                  <a:pt x="1320800" y="744587"/>
                                </a:lnTo>
                                <a:close/>
                                <a:moveTo>
                                  <a:pt x="2622108" y="744560"/>
                                </a:moveTo>
                                <a:lnTo>
                                  <a:pt x="2625726" y="744736"/>
                                </a:lnTo>
                                <a:lnTo>
                                  <a:pt x="2625209" y="745266"/>
                                </a:lnTo>
                                <a:lnTo>
                                  <a:pt x="2615879" y="746042"/>
                                </a:lnTo>
                                <a:lnTo>
                                  <a:pt x="2611438" y="747735"/>
                                </a:lnTo>
                                <a:lnTo>
                                  <a:pt x="2615655" y="745048"/>
                                </a:lnTo>
                                <a:lnTo>
                                  <a:pt x="2619376" y="744560"/>
                                </a:lnTo>
                                <a:lnTo>
                                  <a:pt x="2619128" y="744804"/>
                                </a:lnTo>
                                <a:lnTo>
                                  <a:pt x="2616841" y="745675"/>
                                </a:lnTo>
                                <a:lnTo>
                                  <a:pt x="2622108" y="744560"/>
                                </a:lnTo>
                                <a:close/>
                                <a:moveTo>
                                  <a:pt x="2930287" y="741438"/>
                                </a:moveTo>
                                <a:lnTo>
                                  <a:pt x="2930525" y="741583"/>
                                </a:lnTo>
                                <a:lnTo>
                                  <a:pt x="2929572" y="743026"/>
                                </a:lnTo>
                                <a:lnTo>
                                  <a:pt x="2925762" y="742160"/>
                                </a:lnTo>
                                <a:lnTo>
                                  <a:pt x="2929334" y="741583"/>
                                </a:lnTo>
                                <a:lnTo>
                                  <a:pt x="2930287" y="741438"/>
                                </a:lnTo>
                                <a:close/>
                                <a:moveTo>
                                  <a:pt x="2647042" y="740945"/>
                                </a:moveTo>
                                <a:lnTo>
                                  <a:pt x="2654753" y="741172"/>
                                </a:lnTo>
                                <a:lnTo>
                                  <a:pt x="2654980" y="741172"/>
                                </a:lnTo>
                                <a:lnTo>
                                  <a:pt x="2647042" y="740945"/>
                                </a:lnTo>
                                <a:close/>
                                <a:moveTo>
                                  <a:pt x="1811791" y="739859"/>
                                </a:moveTo>
                                <a:lnTo>
                                  <a:pt x="1812925" y="740971"/>
                                </a:lnTo>
                                <a:lnTo>
                                  <a:pt x="1812471" y="741130"/>
                                </a:lnTo>
                                <a:lnTo>
                                  <a:pt x="1808162" y="741447"/>
                                </a:lnTo>
                                <a:lnTo>
                                  <a:pt x="1811791" y="739859"/>
                                </a:lnTo>
                                <a:close/>
                                <a:moveTo>
                                  <a:pt x="1275495" y="739140"/>
                                </a:moveTo>
                                <a:lnTo>
                                  <a:pt x="1275739" y="739140"/>
                                </a:lnTo>
                                <a:lnTo>
                                  <a:pt x="1272275" y="741614"/>
                                </a:lnTo>
                                <a:lnTo>
                                  <a:pt x="1275495" y="739140"/>
                                </a:lnTo>
                                <a:close/>
                                <a:moveTo>
                                  <a:pt x="1390651" y="738236"/>
                                </a:moveTo>
                                <a:lnTo>
                                  <a:pt x="1390452" y="738500"/>
                                </a:lnTo>
                                <a:lnTo>
                                  <a:pt x="1385888" y="741410"/>
                                </a:lnTo>
                                <a:lnTo>
                                  <a:pt x="1390651" y="738236"/>
                                </a:lnTo>
                                <a:close/>
                                <a:moveTo>
                                  <a:pt x="1282202" y="736925"/>
                                </a:moveTo>
                                <a:lnTo>
                                  <a:pt x="1277568" y="740472"/>
                                </a:lnTo>
                                <a:lnTo>
                                  <a:pt x="1281348" y="737950"/>
                                </a:lnTo>
                                <a:lnTo>
                                  <a:pt x="1282202" y="736925"/>
                                </a:lnTo>
                                <a:close/>
                                <a:moveTo>
                                  <a:pt x="1327150" y="736650"/>
                                </a:moveTo>
                                <a:lnTo>
                                  <a:pt x="1325364" y="738194"/>
                                </a:lnTo>
                                <a:lnTo>
                                  <a:pt x="1312863" y="744588"/>
                                </a:lnTo>
                                <a:lnTo>
                                  <a:pt x="1323801" y="737973"/>
                                </a:lnTo>
                                <a:lnTo>
                                  <a:pt x="1327150" y="736650"/>
                                </a:lnTo>
                                <a:close/>
                                <a:moveTo>
                                  <a:pt x="2637196" y="736622"/>
                                </a:moveTo>
                                <a:lnTo>
                                  <a:pt x="2638425" y="736622"/>
                                </a:lnTo>
                                <a:lnTo>
                                  <a:pt x="2638220" y="736834"/>
                                </a:lnTo>
                                <a:lnTo>
                                  <a:pt x="2632075" y="739797"/>
                                </a:lnTo>
                                <a:lnTo>
                                  <a:pt x="2637196" y="736622"/>
                                </a:lnTo>
                                <a:close/>
                                <a:moveTo>
                                  <a:pt x="1393826" y="735061"/>
                                </a:moveTo>
                                <a:lnTo>
                                  <a:pt x="1392823" y="735710"/>
                                </a:lnTo>
                                <a:lnTo>
                                  <a:pt x="1384300" y="739824"/>
                                </a:lnTo>
                                <a:lnTo>
                                  <a:pt x="1387559" y="737875"/>
                                </a:lnTo>
                                <a:lnTo>
                                  <a:pt x="1393826" y="735061"/>
                                </a:lnTo>
                                <a:close/>
                                <a:moveTo>
                                  <a:pt x="1279526" y="735058"/>
                                </a:moveTo>
                                <a:lnTo>
                                  <a:pt x="1277788" y="736704"/>
                                </a:lnTo>
                                <a:lnTo>
                                  <a:pt x="1277045" y="737174"/>
                                </a:lnTo>
                                <a:lnTo>
                                  <a:pt x="1271587" y="741408"/>
                                </a:lnTo>
                                <a:lnTo>
                                  <a:pt x="1279526" y="735058"/>
                                </a:lnTo>
                                <a:close/>
                                <a:moveTo>
                                  <a:pt x="1309688" y="733476"/>
                                </a:moveTo>
                                <a:lnTo>
                                  <a:pt x="1308762" y="735857"/>
                                </a:lnTo>
                                <a:lnTo>
                                  <a:pt x="1308101" y="736651"/>
                                </a:lnTo>
                                <a:lnTo>
                                  <a:pt x="1308365" y="735857"/>
                                </a:lnTo>
                                <a:lnTo>
                                  <a:pt x="1309688" y="733476"/>
                                </a:lnTo>
                                <a:close/>
                                <a:moveTo>
                                  <a:pt x="1307812" y="733476"/>
                                </a:moveTo>
                                <a:lnTo>
                                  <a:pt x="1308101" y="733476"/>
                                </a:lnTo>
                                <a:lnTo>
                                  <a:pt x="1306946" y="734157"/>
                                </a:lnTo>
                                <a:lnTo>
                                  <a:pt x="1304925" y="735064"/>
                                </a:lnTo>
                                <a:lnTo>
                                  <a:pt x="1307812" y="733476"/>
                                </a:lnTo>
                                <a:close/>
                                <a:moveTo>
                                  <a:pt x="1323749" y="733476"/>
                                </a:moveTo>
                                <a:lnTo>
                                  <a:pt x="1323975" y="733476"/>
                                </a:lnTo>
                                <a:lnTo>
                                  <a:pt x="1322161" y="735285"/>
                                </a:lnTo>
                                <a:lnTo>
                                  <a:pt x="1308101" y="744589"/>
                                </a:lnTo>
                                <a:lnTo>
                                  <a:pt x="1312409" y="739161"/>
                                </a:lnTo>
                                <a:lnTo>
                                  <a:pt x="1315357" y="736060"/>
                                </a:lnTo>
                                <a:lnTo>
                                  <a:pt x="1315357" y="736319"/>
                                </a:lnTo>
                                <a:lnTo>
                                  <a:pt x="1314677" y="737352"/>
                                </a:lnTo>
                                <a:lnTo>
                                  <a:pt x="1315584" y="737094"/>
                                </a:lnTo>
                                <a:lnTo>
                                  <a:pt x="1319213" y="733734"/>
                                </a:lnTo>
                                <a:lnTo>
                                  <a:pt x="1318759" y="736060"/>
                                </a:lnTo>
                                <a:lnTo>
                                  <a:pt x="1320120" y="735543"/>
                                </a:lnTo>
                                <a:lnTo>
                                  <a:pt x="1323749" y="733476"/>
                                </a:lnTo>
                                <a:close/>
                                <a:moveTo>
                                  <a:pt x="2656541" y="732031"/>
                                </a:moveTo>
                                <a:lnTo>
                                  <a:pt x="2656794" y="732108"/>
                                </a:lnTo>
                                <a:lnTo>
                                  <a:pt x="2653846" y="733015"/>
                                </a:lnTo>
                                <a:lnTo>
                                  <a:pt x="2656541" y="732031"/>
                                </a:lnTo>
                                <a:close/>
                                <a:moveTo>
                                  <a:pt x="1283889" y="730648"/>
                                </a:moveTo>
                                <a:lnTo>
                                  <a:pt x="1283445" y="731108"/>
                                </a:lnTo>
                                <a:lnTo>
                                  <a:pt x="1260902" y="749966"/>
                                </a:lnTo>
                                <a:lnTo>
                                  <a:pt x="1259370" y="751109"/>
                                </a:lnTo>
                                <a:lnTo>
                                  <a:pt x="1283889" y="730648"/>
                                </a:lnTo>
                                <a:close/>
                                <a:moveTo>
                                  <a:pt x="1290638" y="725533"/>
                                </a:moveTo>
                                <a:lnTo>
                                  <a:pt x="1282315" y="732276"/>
                                </a:lnTo>
                                <a:lnTo>
                                  <a:pt x="1283445" y="731108"/>
                                </a:lnTo>
                                <a:lnTo>
                                  <a:pt x="1288165" y="727160"/>
                                </a:lnTo>
                                <a:lnTo>
                                  <a:pt x="1290638" y="725533"/>
                                </a:lnTo>
                                <a:close/>
                                <a:moveTo>
                                  <a:pt x="1311275" y="722363"/>
                                </a:moveTo>
                                <a:lnTo>
                                  <a:pt x="1307772" y="725737"/>
                                </a:lnTo>
                                <a:lnTo>
                                  <a:pt x="1304925" y="727126"/>
                                </a:lnTo>
                                <a:lnTo>
                                  <a:pt x="1305582" y="726134"/>
                                </a:lnTo>
                                <a:lnTo>
                                  <a:pt x="1305364" y="726134"/>
                                </a:lnTo>
                                <a:lnTo>
                                  <a:pt x="1311275" y="722363"/>
                                </a:lnTo>
                                <a:close/>
                                <a:moveTo>
                                  <a:pt x="3125920" y="718445"/>
                                </a:moveTo>
                                <a:lnTo>
                                  <a:pt x="3124389" y="719214"/>
                                </a:lnTo>
                                <a:lnTo>
                                  <a:pt x="3132298" y="721028"/>
                                </a:lnTo>
                                <a:lnTo>
                                  <a:pt x="3140886" y="723523"/>
                                </a:lnTo>
                                <a:lnTo>
                                  <a:pt x="3150341" y="726391"/>
                                </a:lnTo>
                                <a:lnTo>
                                  <a:pt x="3149407" y="725996"/>
                                </a:lnTo>
                                <a:lnTo>
                                  <a:pt x="3142374" y="723277"/>
                                </a:lnTo>
                                <a:lnTo>
                                  <a:pt x="3134435" y="720784"/>
                                </a:lnTo>
                                <a:lnTo>
                                  <a:pt x="3125920" y="718445"/>
                                </a:lnTo>
                                <a:close/>
                                <a:moveTo>
                                  <a:pt x="2643452" y="717572"/>
                                </a:moveTo>
                                <a:lnTo>
                                  <a:pt x="2644775" y="720747"/>
                                </a:lnTo>
                                <a:lnTo>
                                  <a:pt x="2640012" y="720218"/>
                                </a:lnTo>
                                <a:lnTo>
                                  <a:pt x="2643452" y="717572"/>
                                </a:lnTo>
                                <a:close/>
                                <a:moveTo>
                                  <a:pt x="3130643" y="715281"/>
                                </a:moveTo>
                                <a:lnTo>
                                  <a:pt x="3129417" y="716266"/>
                                </a:lnTo>
                                <a:lnTo>
                                  <a:pt x="3129898" y="716026"/>
                                </a:lnTo>
                                <a:lnTo>
                                  <a:pt x="3130643" y="715281"/>
                                </a:lnTo>
                                <a:close/>
                                <a:moveTo>
                                  <a:pt x="1571149" y="714465"/>
                                </a:moveTo>
                                <a:lnTo>
                                  <a:pt x="1571625" y="714688"/>
                                </a:lnTo>
                                <a:lnTo>
                                  <a:pt x="1570196" y="718030"/>
                                </a:lnTo>
                                <a:lnTo>
                                  <a:pt x="1559242" y="724046"/>
                                </a:lnTo>
                                <a:lnTo>
                                  <a:pt x="1552575" y="727165"/>
                                </a:lnTo>
                                <a:lnTo>
                                  <a:pt x="1560909" y="720258"/>
                                </a:lnTo>
                                <a:lnTo>
                                  <a:pt x="1566624" y="717139"/>
                                </a:lnTo>
                                <a:lnTo>
                                  <a:pt x="1568053" y="716248"/>
                                </a:lnTo>
                                <a:lnTo>
                                  <a:pt x="1566862" y="716248"/>
                                </a:lnTo>
                                <a:lnTo>
                                  <a:pt x="1571149" y="714465"/>
                                </a:lnTo>
                                <a:close/>
                                <a:moveTo>
                                  <a:pt x="1547970" y="706529"/>
                                </a:moveTo>
                                <a:lnTo>
                                  <a:pt x="1554162" y="708116"/>
                                </a:lnTo>
                                <a:lnTo>
                                  <a:pt x="1551950" y="715600"/>
                                </a:lnTo>
                                <a:lnTo>
                                  <a:pt x="1553941" y="718775"/>
                                </a:lnTo>
                                <a:lnTo>
                                  <a:pt x="1553498" y="719909"/>
                                </a:lnTo>
                                <a:lnTo>
                                  <a:pt x="1547749" y="725352"/>
                                </a:lnTo>
                                <a:lnTo>
                                  <a:pt x="1509712" y="739866"/>
                                </a:lnTo>
                                <a:lnTo>
                                  <a:pt x="1513029" y="734650"/>
                                </a:lnTo>
                                <a:lnTo>
                                  <a:pt x="1522538" y="733516"/>
                                </a:lnTo>
                                <a:lnTo>
                                  <a:pt x="1522317" y="733289"/>
                                </a:lnTo>
                                <a:lnTo>
                                  <a:pt x="1527182" y="729661"/>
                                </a:lnTo>
                                <a:lnTo>
                                  <a:pt x="1519442" y="732609"/>
                                </a:lnTo>
                                <a:lnTo>
                                  <a:pt x="1522317" y="731248"/>
                                </a:lnTo>
                                <a:lnTo>
                                  <a:pt x="1518336" y="732382"/>
                                </a:lnTo>
                                <a:lnTo>
                                  <a:pt x="1518336" y="732155"/>
                                </a:lnTo>
                                <a:lnTo>
                                  <a:pt x="1521432" y="730341"/>
                                </a:lnTo>
                                <a:lnTo>
                                  <a:pt x="1517894" y="731021"/>
                                </a:lnTo>
                                <a:lnTo>
                                  <a:pt x="1517425" y="730340"/>
                                </a:lnTo>
                                <a:lnTo>
                                  <a:pt x="1515240" y="727166"/>
                                </a:lnTo>
                                <a:lnTo>
                                  <a:pt x="1521211" y="726712"/>
                                </a:lnTo>
                                <a:lnTo>
                                  <a:pt x="1521654" y="723538"/>
                                </a:lnTo>
                                <a:lnTo>
                                  <a:pt x="1532932" y="718775"/>
                                </a:lnTo>
                                <a:lnTo>
                                  <a:pt x="1532490" y="716507"/>
                                </a:lnTo>
                                <a:lnTo>
                                  <a:pt x="1547970" y="706529"/>
                                </a:lnTo>
                                <a:close/>
                                <a:moveTo>
                                  <a:pt x="3136629" y="704552"/>
                                </a:moveTo>
                                <a:lnTo>
                                  <a:pt x="3136140" y="706514"/>
                                </a:lnTo>
                                <a:lnTo>
                                  <a:pt x="3135462" y="708782"/>
                                </a:lnTo>
                                <a:lnTo>
                                  <a:pt x="3134332" y="710823"/>
                                </a:lnTo>
                                <a:lnTo>
                                  <a:pt x="3133400" y="712694"/>
                                </a:lnTo>
                                <a:lnTo>
                                  <a:pt x="3134435" y="711040"/>
                                </a:lnTo>
                                <a:lnTo>
                                  <a:pt x="3135342" y="709228"/>
                                </a:lnTo>
                                <a:lnTo>
                                  <a:pt x="3136023" y="707188"/>
                                </a:lnTo>
                                <a:lnTo>
                                  <a:pt x="3136930" y="704695"/>
                                </a:lnTo>
                                <a:lnTo>
                                  <a:pt x="3136629" y="704552"/>
                                </a:lnTo>
                                <a:close/>
                                <a:moveTo>
                                  <a:pt x="5371859" y="700843"/>
                                </a:moveTo>
                                <a:lnTo>
                                  <a:pt x="5377530" y="700843"/>
                                </a:lnTo>
                                <a:lnTo>
                                  <a:pt x="5382975" y="701070"/>
                                </a:lnTo>
                                <a:lnTo>
                                  <a:pt x="5388419" y="701976"/>
                                </a:lnTo>
                                <a:lnTo>
                                  <a:pt x="5394090" y="702883"/>
                                </a:lnTo>
                                <a:lnTo>
                                  <a:pt x="5399308" y="704242"/>
                                </a:lnTo>
                                <a:lnTo>
                                  <a:pt x="5404752" y="706055"/>
                                </a:lnTo>
                                <a:lnTo>
                                  <a:pt x="5409970" y="708094"/>
                                </a:lnTo>
                                <a:lnTo>
                                  <a:pt x="5415414" y="710587"/>
                                </a:lnTo>
                                <a:lnTo>
                                  <a:pt x="5420632" y="713306"/>
                                </a:lnTo>
                                <a:lnTo>
                                  <a:pt x="5424645" y="715572"/>
                                </a:lnTo>
                                <a:lnTo>
                                  <a:pt x="5426983" y="717385"/>
                                </a:lnTo>
                                <a:lnTo>
                                  <a:pt x="5457155" y="741179"/>
                                </a:lnTo>
                                <a:lnTo>
                                  <a:pt x="5481571" y="760765"/>
                                </a:lnTo>
                                <a:lnTo>
                                  <a:pt x="5485284" y="764293"/>
                                </a:lnTo>
                                <a:lnTo>
                                  <a:pt x="5503432" y="781515"/>
                                </a:lnTo>
                                <a:lnTo>
                                  <a:pt x="5512506" y="789446"/>
                                </a:lnTo>
                                <a:lnTo>
                                  <a:pt x="5520899" y="797150"/>
                                </a:lnTo>
                                <a:lnTo>
                                  <a:pt x="5543585" y="816185"/>
                                </a:lnTo>
                                <a:lnTo>
                                  <a:pt x="5565816" y="835674"/>
                                </a:lnTo>
                                <a:lnTo>
                                  <a:pt x="5588047" y="855388"/>
                                </a:lnTo>
                                <a:lnTo>
                                  <a:pt x="5610278" y="875103"/>
                                </a:lnTo>
                                <a:lnTo>
                                  <a:pt x="5632056" y="895044"/>
                                </a:lnTo>
                                <a:lnTo>
                                  <a:pt x="5653607" y="915212"/>
                                </a:lnTo>
                                <a:lnTo>
                                  <a:pt x="5675385" y="935380"/>
                                </a:lnTo>
                                <a:lnTo>
                                  <a:pt x="5696708" y="956001"/>
                                </a:lnTo>
                                <a:lnTo>
                                  <a:pt x="5717805" y="976622"/>
                                </a:lnTo>
                                <a:lnTo>
                                  <a:pt x="5738903" y="997470"/>
                                </a:lnTo>
                                <a:lnTo>
                                  <a:pt x="5759773" y="1018318"/>
                                </a:lnTo>
                                <a:lnTo>
                                  <a:pt x="5780416" y="1039845"/>
                                </a:lnTo>
                                <a:lnTo>
                                  <a:pt x="5800833" y="1061149"/>
                                </a:lnTo>
                                <a:lnTo>
                                  <a:pt x="5821022" y="1082676"/>
                                </a:lnTo>
                                <a:lnTo>
                                  <a:pt x="5841212" y="1104430"/>
                                </a:lnTo>
                                <a:lnTo>
                                  <a:pt x="5861175" y="1126185"/>
                                </a:lnTo>
                                <a:lnTo>
                                  <a:pt x="5880911" y="1148392"/>
                                </a:lnTo>
                                <a:lnTo>
                                  <a:pt x="5900193" y="1170601"/>
                                </a:lnTo>
                                <a:lnTo>
                                  <a:pt x="5919702" y="1193034"/>
                                </a:lnTo>
                                <a:lnTo>
                                  <a:pt x="5938757" y="1215693"/>
                                </a:lnTo>
                                <a:lnTo>
                                  <a:pt x="5957586" y="1238125"/>
                                </a:lnTo>
                                <a:lnTo>
                                  <a:pt x="5976415" y="1261240"/>
                                </a:lnTo>
                                <a:lnTo>
                                  <a:pt x="5995017" y="1284355"/>
                                </a:lnTo>
                                <a:lnTo>
                                  <a:pt x="6013391" y="1307469"/>
                                </a:lnTo>
                                <a:lnTo>
                                  <a:pt x="6031539" y="1330810"/>
                                </a:lnTo>
                                <a:lnTo>
                                  <a:pt x="6049687" y="1354376"/>
                                </a:lnTo>
                                <a:lnTo>
                                  <a:pt x="6067382" y="1378171"/>
                                </a:lnTo>
                                <a:lnTo>
                                  <a:pt x="6084849" y="1401964"/>
                                </a:lnTo>
                                <a:lnTo>
                                  <a:pt x="6102317" y="1425757"/>
                                </a:lnTo>
                                <a:lnTo>
                                  <a:pt x="6119331" y="1450004"/>
                                </a:lnTo>
                                <a:lnTo>
                                  <a:pt x="6133759" y="1470566"/>
                                </a:lnTo>
                                <a:lnTo>
                                  <a:pt x="6125455" y="1459295"/>
                                </a:lnTo>
                                <a:lnTo>
                                  <a:pt x="6117289" y="1447965"/>
                                </a:lnTo>
                                <a:lnTo>
                                  <a:pt x="6109122" y="1437541"/>
                                </a:lnTo>
                                <a:lnTo>
                                  <a:pt x="6101636" y="1427797"/>
                                </a:lnTo>
                                <a:lnTo>
                                  <a:pt x="6094604" y="1419186"/>
                                </a:lnTo>
                                <a:lnTo>
                                  <a:pt x="6087798" y="1411254"/>
                                </a:lnTo>
                                <a:lnTo>
                                  <a:pt x="6081447" y="1403776"/>
                                </a:lnTo>
                                <a:lnTo>
                                  <a:pt x="6075321" y="1397205"/>
                                </a:lnTo>
                                <a:lnTo>
                                  <a:pt x="6069877" y="1391766"/>
                                </a:lnTo>
                                <a:lnTo>
                                  <a:pt x="6064433" y="1386555"/>
                                </a:lnTo>
                                <a:lnTo>
                                  <a:pt x="6059669" y="1382024"/>
                                </a:lnTo>
                                <a:lnTo>
                                  <a:pt x="6055132" y="1378398"/>
                                </a:lnTo>
                                <a:lnTo>
                                  <a:pt x="6051049" y="1375226"/>
                                </a:lnTo>
                                <a:lnTo>
                                  <a:pt x="6047192" y="1372733"/>
                                </a:lnTo>
                                <a:lnTo>
                                  <a:pt x="6043789" y="1370694"/>
                                </a:lnTo>
                                <a:lnTo>
                                  <a:pt x="6040613" y="1369334"/>
                                </a:lnTo>
                                <a:lnTo>
                                  <a:pt x="6037664" y="1368428"/>
                                </a:lnTo>
                                <a:lnTo>
                                  <a:pt x="6035169" y="1368201"/>
                                </a:lnTo>
                                <a:lnTo>
                                  <a:pt x="6033127" y="1368201"/>
                                </a:lnTo>
                                <a:lnTo>
                                  <a:pt x="6031085" y="1368654"/>
                                </a:lnTo>
                                <a:lnTo>
                                  <a:pt x="6029725" y="1369787"/>
                                </a:lnTo>
                                <a:lnTo>
                                  <a:pt x="6028137" y="1371147"/>
                                </a:lnTo>
                                <a:lnTo>
                                  <a:pt x="6027229" y="1372960"/>
                                </a:lnTo>
                                <a:lnTo>
                                  <a:pt x="6026775" y="1375226"/>
                                </a:lnTo>
                                <a:lnTo>
                                  <a:pt x="6026322" y="1377718"/>
                                </a:lnTo>
                                <a:lnTo>
                                  <a:pt x="6026095" y="1380437"/>
                                </a:lnTo>
                                <a:lnTo>
                                  <a:pt x="6026322" y="1383609"/>
                                </a:lnTo>
                                <a:lnTo>
                                  <a:pt x="6026549" y="1387008"/>
                                </a:lnTo>
                                <a:lnTo>
                                  <a:pt x="6027229" y="1390633"/>
                                </a:lnTo>
                                <a:lnTo>
                                  <a:pt x="6028137" y="1394711"/>
                                </a:lnTo>
                                <a:lnTo>
                                  <a:pt x="6029271" y="1398791"/>
                                </a:lnTo>
                                <a:lnTo>
                                  <a:pt x="6030632" y="1403097"/>
                                </a:lnTo>
                                <a:lnTo>
                                  <a:pt x="6032220" y="1407403"/>
                                </a:lnTo>
                                <a:lnTo>
                                  <a:pt x="6034035" y="1412162"/>
                                </a:lnTo>
                                <a:lnTo>
                                  <a:pt x="6036303" y="1416693"/>
                                </a:lnTo>
                                <a:lnTo>
                                  <a:pt x="6038345" y="1421678"/>
                                </a:lnTo>
                                <a:lnTo>
                                  <a:pt x="6040840" y="1426211"/>
                                </a:lnTo>
                                <a:lnTo>
                                  <a:pt x="6043563" y="1431195"/>
                                </a:lnTo>
                                <a:lnTo>
                                  <a:pt x="6046511" y="1436181"/>
                                </a:lnTo>
                                <a:lnTo>
                                  <a:pt x="6049687" y="1440939"/>
                                </a:lnTo>
                                <a:lnTo>
                                  <a:pt x="6052863" y="1445925"/>
                                </a:lnTo>
                                <a:lnTo>
                                  <a:pt x="6056266" y="1450457"/>
                                </a:lnTo>
                                <a:lnTo>
                                  <a:pt x="6059895" y="1455442"/>
                                </a:lnTo>
                                <a:lnTo>
                                  <a:pt x="6063752" y="1459975"/>
                                </a:lnTo>
                                <a:lnTo>
                                  <a:pt x="6067609" y="1464280"/>
                                </a:lnTo>
                                <a:lnTo>
                                  <a:pt x="6071692" y="1468812"/>
                                </a:lnTo>
                                <a:lnTo>
                                  <a:pt x="6075775" y="1472891"/>
                                </a:lnTo>
                                <a:lnTo>
                                  <a:pt x="6080312" y="1476744"/>
                                </a:lnTo>
                                <a:lnTo>
                                  <a:pt x="6084849" y="1480596"/>
                                </a:lnTo>
                                <a:lnTo>
                                  <a:pt x="6089386" y="1483995"/>
                                </a:lnTo>
                                <a:lnTo>
                                  <a:pt x="6094150" y="1487167"/>
                                </a:lnTo>
                                <a:lnTo>
                                  <a:pt x="6098914" y="1490340"/>
                                </a:lnTo>
                                <a:lnTo>
                                  <a:pt x="6104131" y="1492833"/>
                                </a:lnTo>
                                <a:lnTo>
                                  <a:pt x="6109122" y="1495099"/>
                                </a:lnTo>
                                <a:lnTo>
                                  <a:pt x="6114340" y="1497138"/>
                                </a:lnTo>
                                <a:lnTo>
                                  <a:pt x="6119557" y="1498498"/>
                                </a:lnTo>
                                <a:lnTo>
                                  <a:pt x="6125002" y="1499858"/>
                                </a:lnTo>
                                <a:lnTo>
                                  <a:pt x="6130673" y="1500537"/>
                                </a:lnTo>
                                <a:lnTo>
                                  <a:pt x="6136117" y="1500764"/>
                                </a:lnTo>
                                <a:lnTo>
                                  <a:pt x="6141789" y="1500537"/>
                                </a:lnTo>
                                <a:lnTo>
                                  <a:pt x="6147460" y="1499858"/>
                                </a:lnTo>
                                <a:lnTo>
                                  <a:pt x="6153131" y="1498498"/>
                                </a:lnTo>
                                <a:lnTo>
                                  <a:pt x="6129539" y="1504616"/>
                                </a:lnTo>
                                <a:lnTo>
                                  <a:pt x="6105946" y="1510508"/>
                                </a:lnTo>
                                <a:lnTo>
                                  <a:pt x="6082354" y="1516400"/>
                                </a:lnTo>
                                <a:lnTo>
                                  <a:pt x="6058761" y="1521612"/>
                                </a:lnTo>
                                <a:lnTo>
                                  <a:pt x="6034942" y="1527277"/>
                                </a:lnTo>
                                <a:lnTo>
                                  <a:pt x="6011123" y="1532263"/>
                                </a:lnTo>
                                <a:lnTo>
                                  <a:pt x="5963484" y="1542460"/>
                                </a:lnTo>
                                <a:lnTo>
                                  <a:pt x="5915846" y="1551977"/>
                                </a:lnTo>
                                <a:lnTo>
                                  <a:pt x="5867980" y="1561268"/>
                                </a:lnTo>
                                <a:lnTo>
                                  <a:pt x="5819888" y="1570106"/>
                                </a:lnTo>
                                <a:lnTo>
                                  <a:pt x="5771569" y="1578490"/>
                                </a:lnTo>
                                <a:lnTo>
                                  <a:pt x="5723477" y="1586422"/>
                                </a:lnTo>
                                <a:lnTo>
                                  <a:pt x="5675385" y="1594580"/>
                                </a:lnTo>
                                <a:lnTo>
                                  <a:pt x="5578746" y="1609762"/>
                                </a:lnTo>
                                <a:lnTo>
                                  <a:pt x="5482789" y="1624945"/>
                                </a:lnTo>
                                <a:lnTo>
                                  <a:pt x="5386604" y="1640128"/>
                                </a:lnTo>
                                <a:lnTo>
                                  <a:pt x="5380025" y="1641034"/>
                                </a:lnTo>
                                <a:lnTo>
                                  <a:pt x="5373901" y="1641487"/>
                                </a:lnTo>
                                <a:lnTo>
                                  <a:pt x="5368002" y="1641487"/>
                                </a:lnTo>
                                <a:lnTo>
                                  <a:pt x="5362558" y="1641261"/>
                                </a:lnTo>
                                <a:lnTo>
                                  <a:pt x="5357340" y="1640354"/>
                                </a:lnTo>
                                <a:lnTo>
                                  <a:pt x="5352350" y="1639448"/>
                                </a:lnTo>
                                <a:lnTo>
                                  <a:pt x="5348040" y="1638088"/>
                                </a:lnTo>
                                <a:lnTo>
                                  <a:pt x="5343729" y="1636049"/>
                                </a:lnTo>
                                <a:lnTo>
                                  <a:pt x="5339419" y="1634236"/>
                                </a:lnTo>
                                <a:lnTo>
                                  <a:pt x="5335790" y="1631743"/>
                                </a:lnTo>
                                <a:lnTo>
                                  <a:pt x="5332160" y="1628797"/>
                                </a:lnTo>
                                <a:lnTo>
                                  <a:pt x="5328757" y="1625851"/>
                                </a:lnTo>
                                <a:lnTo>
                                  <a:pt x="5325581" y="1622679"/>
                                </a:lnTo>
                                <a:lnTo>
                                  <a:pt x="5322859" y="1619053"/>
                                </a:lnTo>
                                <a:lnTo>
                                  <a:pt x="5319910" y="1615428"/>
                                </a:lnTo>
                                <a:lnTo>
                                  <a:pt x="5317188" y="1611575"/>
                                </a:lnTo>
                                <a:lnTo>
                                  <a:pt x="5314466" y="1607496"/>
                                </a:lnTo>
                                <a:lnTo>
                                  <a:pt x="5311970" y="1602964"/>
                                </a:lnTo>
                                <a:lnTo>
                                  <a:pt x="5307207" y="1593900"/>
                                </a:lnTo>
                                <a:lnTo>
                                  <a:pt x="5302670" y="1583929"/>
                                </a:lnTo>
                                <a:lnTo>
                                  <a:pt x="5297906" y="1573732"/>
                                </a:lnTo>
                                <a:lnTo>
                                  <a:pt x="5293369" y="1562854"/>
                                </a:lnTo>
                                <a:lnTo>
                                  <a:pt x="5288378" y="1551977"/>
                                </a:lnTo>
                                <a:lnTo>
                                  <a:pt x="5283160" y="1541100"/>
                                </a:lnTo>
                                <a:lnTo>
                                  <a:pt x="5280438" y="1535661"/>
                                </a:lnTo>
                                <a:lnTo>
                                  <a:pt x="5277262" y="1530223"/>
                                </a:lnTo>
                                <a:lnTo>
                                  <a:pt x="5261156" y="1501444"/>
                                </a:lnTo>
                                <a:lnTo>
                                  <a:pt x="5244596" y="1472891"/>
                                </a:lnTo>
                                <a:lnTo>
                                  <a:pt x="5228263" y="1444339"/>
                                </a:lnTo>
                                <a:lnTo>
                                  <a:pt x="5211476" y="1416240"/>
                                </a:lnTo>
                                <a:lnTo>
                                  <a:pt x="5194462" y="1388594"/>
                                </a:lnTo>
                                <a:lnTo>
                                  <a:pt x="5177221" y="1361175"/>
                                </a:lnTo>
                                <a:lnTo>
                                  <a:pt x="5159981" y="1333756"/>
                                </a:lnTo>
                                <a:lnTo>
                                  <a:pt x="5142513" y="1306563"/>
                                </a:lnTo>
                                <a:lnTo>
                                  <a:pt x="5124819" y="1279142"/>
                                </a:lnTo>
                                <a:lnTo>
                                  <a:pt x="5107125" y="1252176"/>
                                </a:lnTo>
                                <a:lnTo>
                                  <a:pt x="5088750" y="1225663"/>
                                </a:lnTo>
                                <a:lnTo>
                                  <a:pt x="5070375" y="1199152"/>
                                </a:lnTo>
                                <a:lnTo>
                                  <a:pt x="5052227" y="1173547"/>
                                </a:lnTo>
                                <a:lnTo>
                                  <a:pt x="5034306" y="1148166"/>
                                </a:lnTo>
                                <a:lnTo>
                                  <a:pt x="5015931" y="1123013"/>
                                </a:lnTo>
                                <a:lnTo>
                                  <a:pt x="4997102" y="1098085"/>
                                </a:lnTo>
                                <a:lnTo>
                                  <a:pt x="4978501" y="1073159"/>
                                </a:lnTo>
                                <a:lnTo>
                                  <a:pt x="4959445" y="1048459"/>
                                </a:lnTo>
                                <a:lnTo>
                                  <a:pt x="4940163" y="1023983"/>
                                </a:lnTo>
                                <a:lnTo>
                                  <a:pt x="4920881" y="999736"/>
                                </a:lnTo>
                                <a:lnTo>
                                  <a:pt x="4901145" y="975263"/>
                                </a:lnTo>
                                <a:lnTo>
                                  <a:pt x="4881182" y="951242"/>
                                </a:lnTo>
                                <a:lnTo>
                                  <a:pt x="4861219" y="927449"/>
                                </a:lnTo>
                                <a:lnTo>
                                  <a:pt x="4840802" y="903882"/>
                                </a:lnTo>
                                <a:lnTo>
                                  <a:pt x="4820386" y="880315"/>
                                </a:lnTo>
                                <a:lnTo>
                                  <a:pt x="4799516" y="857428"/>
                                </a:lnTo>
                                <a:lnTo>
                                  <a:pt x="4778419" y="834314"/>
                                </a:lnTo>
                                <a:lnTo>
                                  <a:pt x="4757322" y="811427"/>
                                </a:lnTo>
                                <a:lnTo>
                                  <a:pt x="4873015" y="792392"/>
                                </a:lnTo>
                                <a:lnTo>
                                  <a:pt x="4930862" y="783101"/>
                                </a:lnTo>
                                <a:lnTo>
                                  <a:pt x="4988709" y="773357"/>
                                </a:lnTo>
                                <a:lnTo>
                                  <a:pt x="5046329" y="763386"/>
                                </a:lnTo>
                                <a:lnTo>
                                  <a:pt x="5103949" y="753189"/>
                                </a:lnTo>
                                <a:lnTo>
                                  <a:pt x="5161569" y="742765"/>
                                </a:lnTo>
                                <a:lnTo>
                                  <a:pt x="5219189" y="731888"/>
                                </a:lnTo>
                                <a:lnTo>
                                  <a:pt x="5254577" y="724863"/>
                                </a:lnTo>
                                <a:lnTo>
                                  <a:pt x="5290193" y="717839"/>
                                </a:lnTo>
                                <a:lnTo>
                                  <a:pt x="5325355" y="710587"/>
                                </a:lnTo>
                                <a:lnTo>
                                  <a:pt x="5360743" y="702656"/>
                                </a:lnTo>
                                <a:lnTo>
                                  <a:pt x="5366188" y="701523"/>
                                </a:lnTo>
                                <a:lnTo>
                                  <a:pt x="5371859" y="700843"/>
                                </a:lnTo>
                                <a:close/>
                                <a:moveTo>
                                  <a:pt x="1549047" y="700179"/>
                                </a:moveTo>
                                <a:lnTo>
                                  <a:pt x="1549400" y="701237"/>
                                </a:lnTo>
                                <a:lnTo>
                                  <a:pt x="1549223" y="701237"/>
                                </a:lnTo>
                                <a:lnTo>
                                  <a:pt x="1546225" y="703353"/>
                                </a:lnTo>
                                <a:lnTo>
                                  <a:pt x="1549047" y="700179"/>
                                </a:lnTo>
                                <a:close/>
                                <a:moveTo>
                                  <a:pt x="2660718" y="700109"/>
                                </a:moveTo>
                                <a:lnTo>
                                  <a:pt x="2663825" y="702996"/>
                                </a:lnTo>
                                <a:lnTo>
                                  <a:pt x="2663618" y="703284"/>
                                </a:lnTo>
                                <a:lnTo>
                                  <a:pt x="2659062" y="703284"/>
                                </a:lnTo>
                                <a:lnTo>
                                  <a:pt x="2660718" y="700109"/>
                                </a:lnTo>
                                <a:close/>
                                <a:moveTo>
                                  <a:pt x="1592228" y="696757"/>
                                </a:moveTo>
                                <a:lnTo>
                                  <a:pt x="1592263" y="696777"/>
                                </a:lnTo>
                                <a:lnTo>
                                  <a:pt x="1592263" y="697004"/>
                                </a:lnTo>
                                <a:lnTo>
                                  <a:pt x="1592228" y="696757"/>
                                </a:lnTo>
                                <a:close/>
                                <a:moveTo>
                                  <a:pt x="1592036" y="695416"/>
                                </a:moveTo>
                                <a:lnTo>
                                  <a:pt x="1592228" y="696757"/>
                                </a:lnTo>
                                <a:lnTo>
                                  <a:pt x="1590675" y="695870"/>
                                </a:lnTo>
                                <a:lnTo>
                                  <a:pt x="1592036" y="695416"/>
                                </a:lnTo>
                                <a:close/>
                                <a:moveTo>
                                  <a:pt x="2973282" y="695402"/>
                                </a:moveTo>
                                <a:lnTo>
                                  <a:pt x="2978150" y="696249"/>
                                </a:lnTo>
                                <a:lnTo>
                                  <a:pt x="2973705" y="697730"/>
                                </a:lnTo>
                                <a:lnTo>
                                  <a:pt x="2968625" y="698577"/>
                                </a:lnTo>
                                <a:lnTo>
                                  <a:pt x="2973282" y="695402"/>
                                </a:lnTo>
                                <a:close/>
                                <a:moveTo>
                                  <a:pt x="2674090" y="695347"/>
                                </a:moveTo>
                                <a:lnTo>
                                  <a:pt x="2674937" y="695612"/>
                                </a:lnTo>
                                <a:lnTo>
                                  <a:pt x="2671762" y="696935"/>
                                </a:lnTo>
                                <a:lnTo>
                                  <a:pt x="2674090" y="695347"/>
                                </a:lnTo>
                                <a:close/>
                                <a:moveTo>
                                  <a:pt x="3115910" y="692238"/>
                                </a:moveTo>
                                <a:lnTo>
                                  <a:pt x="3115349" y="692907"/>
                                </a:lnTo>
                                <a:lnTo>
                                  <a:pt x="3116149" y="693313"/>
                                </a:lnTo>
                                <a:lnTo>
                                  <a:pt x="3115910" y="692238"/>
                                </a:lnTo>
                                <a:close/>
                                <a:moveTo>
                                  <a:pt x="2701017" y="690192"/>
                                </a:moveTo>
                                <a:lnTo>
                                  <a:pt x="2700735" y="690409"/>
                                </a:lnTo>
                                <a:lnTo>
                                  <a:pt x="2683782" y="695403"/>
                                </a:lnTo>
                                <a:lnTo>
                                  <a:pt x="2686730" y="698122"/>
                                </a:lnTo>
                                <a:lnTo>
                                  <a:pt x="2692173" y="696989"/>
                                </a:lnTo>
                                <a:lnTo>
                                  <a:pt x="2700735" y="690409"/>
                                </a:lnTo>
                                <a:lnTo>
                                  <a:pt x="2701471" y="690192"/>
                                </a:lnTo>
                                <a:lnTo>
                                  <a:pt x="2701017" y="690192"/>
                                </a:lnTo>
                                <a:close/>
                                <a:moveTo>
                                  <a:pt x="1597025" y="689066"/>
                                </a:moveTo>
                                <a:lnTo>
                                  <a:pt x="1596344" y="692241"/>
                                </a:lnTo>
                                <a:lnTo>
                                  <a:pt x="1596117" y="692241"/>
                                </a:lnTo>
                                <a:lnTo>
                                  <a:pt x="1595437" y="689384"/>
                                </a:lnTo>
                                <a:lnTo>
                                  <a:pt x="1597025" y="689066"/>
                                </a:lnTo>
                                <a:close/>
                                <a:moveTo>
                                  <a:pt x="3118771" y="688830"/>
                                </a:moveTo>
                                <a:lnTo>
                                  <a:pt x="3118751" y="688853"/>
                                </a:lnTo>
                                <a:lnTo>
                                  <a:pt x="3118782" y="688833"/>
                                </a:lnTo>
                                <a:lnTo>
                                  <a:pt x="3118771" y="688830"/>
                                </a:lnTo>
                                <a:close/>
                                <a:moveTo>
                                  <a:pt x="1420899" y="686792"/>
                                </a:moveTo>
                                <a:lnTo>
                                  <a:pt x="1420899" y="687019"/>
                                </a:lnTo>
                                <a:lnTo>
                                  <a:pt x="1418343" y="688411"/>
                                </a:lnTo>
                                <a:lnTo>
                                  <a:pt x="1418506" y="688204"/>
                                </a:lnTo>
                                <a:lnTo>
                                  <a:pt x="1420899" y="686792"/>
                                </a:lnTo>
                                <a:close/>
                                <a:moveTo>
                                  <a:pt x="1604021" y="682717"/>
                                </a:moveTo>
                                <a:lnTo>
                                  <a:pt x="1604491" y="682717"/>
                                </a:lnTo>
                                <a:lnTo>
                                  <a:pt x="1604962" y="684502"/>
                                </a:lnTo>
                                <a:lnTo>
                                  <a:pt x="1604727" y="684701"/>
                                </a:lnTo>
                                <a:lnTo>
                                  <a:pt x="1598612" y="685891"/>
                                </a:lnTo>
                                <a:lnTo>
                                  <a:pt x="1604021" y="682717"/>
                                </a:lnTo>
                                <a:close/>
                                <a:moveTo>
                                  <a:pt x="5372784" y="679348"/>
                                </a:moveTo>
                                <a:lnTo>
                                  <a:pt x="5372881" y="679383"/>
                                </a:lnTo>
                                <a:lnTo>
                                  <a:pt x="5376396" y="682035"/>
                                </a:lnTo>
                                <a:lnTo>
                                  <a:pt x="5372784" y="679348"/>
                                </a:lnTo>
                                <a:close/>
                                <a:moveTo>
                                  <a:pt x="1427036" y="678396"/>
                                </a:moveTo>
                                <a:lnTo>
                                  <a:pt x="1423399" y="679985"/>
                                </a:lnTo>
                                <a:lnTo>
                                  <a:pt x="1427263" y="678396"/>
                                </a:lnTo>
                                <a:lnTo>
                                  <a:pt x="1427036" y="678396"/>
                                </a:lnTo>
                                <a:close/>
                                <a:moveTo>
                                  <a:pt x="2687410" y="676297"/>
                                </a:moveTo>
                                <a:lnTo>
                                  <a:pt x="2688998" y="676297"/>
                                </a:lnTo>
                                <a:lnTo>
                                  <a:pt x="2682875" y="677885"/>
                                </a:lnTo>
                                <a:lnTo>
                                  <a:pt x="2687410" y="676297"/>
                                </a:lnTo>
                                <a:close/>
                                <a:moveTo>
                                  <a:pt x="3104442" y="676183"/>
                                </a:moveTo>
                                <a:lnTo>
                                  <a:pt x="3102919" y="677032"/>
                                </a:lnTo>
                                <a:lnTo>
                                  <a:pt x="3101337" y="678393"/>
                                </a:lnTo>
                                <a:lnTo>
                                  <a:pt x="3100885" y="678847"/>
                                </a:lnTo>
                                <a:lnTo>
                                  <a:pt x="3100659" y="679300"/>
                                </a:lnTo>
                                <a:lnTo>
                                  <a:pt x="3100659" y="679980"/>
                                </a:lnTo>
                                <a:lnTo>
                                  <a:pt x="3100659" y="680434"/>
                                </a:lnTo>
                                <a:lnTo>
                                  <a:pt x="3101111" y="681568"/>
                                </a:lnTo>
                                <a:lnTo>
                                  <a:pt x="3102241" y="682475"/>
                                </a:lnTo>
                                <a:lnTo>
                                  <a:pt x="3103597" y="683382"/>
                                </a:lnTo>
                                <a:lnTo>
                                  <a:pt x="3105179" y="684289"/>
                                </a:lnTo>
                                <a:lnTo>
                                  <a:pt x="3109247" y="686103"/>
                                </a:lnTo>
                                <a:lnTo>
                                  <a:pt x="3110349" y="686394"/>
                                </a:lnTo>
                                <a:lnTo>
                                  <a:pt x="3110162" y="686340"/>
                                </a:lnTo>
                                <a:lnTo>
                                  <a:pt x="3104442" y="676183"/>
                                </a:lnTo>
                                <a:close/>
                                <a:moveTo>
                                  <a:pt x="3100967" y="674166"/>
                                </a:moveTo>
                                <a:lnTo>
                                  <a:pt x="3101563" y="674764"/>
                                </a:lnTo>
                                <a:lnTo>
                                  <a:pt x="3103145" y="675444"/>
                                </a:lnTo>
                                <a:lnTo>
                                  <a:pt x="3104171" y="675702"/>
                                </a:lnTo>
                                <a:lnTo>
                                  <a:pt x="3104037" y="675463"/>
                                </a:lnTo>
                                <a:lnTo>
                                  <a:pt x="3100967" y="674166"/>
                                </a:lnTo>
                                <a:close/>
                                <a:moveTo>
                                  <a:pt x="1438626" y="673858"/>
                                </a:moveTo>
                                <a:lnTo>
                                  <a:pt x="1440445" y="674085"/>
                                </a:lnTo>
                                <a:lnTo>
                                  <a:pt x="1441435" y="674415"/>
                                </a:lnTo>
                                <a:lnTo>
                                  <a:pt x="1431581" y="679531"/>
                                </a:lnTo>
                                <a:lnTo>
                                  <a:pt x="1438626" y="674766"/>
                                </a:lnTo>
                                <a:lnTo>
                                  <a:pt x="1421952" y="683859"/>
                                </a:lnTo>
                                <a:lnTo>
                                  <a:pt x="1423399" y="682254"/>
                                </a:lnTo>
                                <a:lnTo>
                                  <a:pt x="1424400" y="681346"/>
                                </a:lnTo>
                                <a:lnTo>
                                  <a:pt x="1432944" y="675900"/>
                                </a:lnTo>
                                <a:lnTo>
                                  <a:pt x="1431581" y="676808"/>
                                </a:lnTo>
                                <a:lnTo>
                                  <a:pt x="1432944" y="676127"/>
                                </a:lnTo>
                                <a:lnTo>
                                  <a:pt x="1436436" y="674077"/>
                                </a:lnTo>
                                <a:lnTo>
                                  <a:pt x="1438626" y="673858"/>
                                </a:lnTo>
                                <a:close/>
                                <a:moveTo>
                                  <a:pt x="1442944" y="673631"/>
                                </a:moveTo>
                                <a:lnTo>
                                  <a:pt x="1441565" y="674458"/>
                                </a:lnTo>
                                <a:lnTo>
                                  <a:pt x="1441435" y="674415"/>
                                </a:lnTo>
                                <a:lnTo>
                                  <a:pt x="1442944" y="673631"/>
                                </a:lnTo>
                                <a:close/>
                                <a:moveTo>
                                  <a:pt x="1600200" y="673192"/>
                                </a:moveTo>
                                <a:lnTo>
                                  <a:pt x="1595891" y="678393"/>
                                </a:lnTo>
                                <a:lnTo>
                                  <a:pt x="1587500" y="681130"/>
                                </a:lnTo>
                                <a:lnTo>
                                  <a:pt x="1600200" y="673192"/>
                                </a:lnTo>
                                <a:close/>
                                <a:moveTo>
                                  <a:pt x="5445812" y="671837"/>
                                </a:moveTo>
                                <a:lnTo>
                                  <a:pt x="5450576" y="675463"/>
                                </a:lnTo>
                                <a:lnTo>
                                  <a:pt x="5456247" y="678862"/>
                                </a:lnTo>
                                <a:lnTo>
                                  <a:pt x="5467817" y="686340"/>
                                </a:lnTo>
                                <a:lnTo>
                                  <a:pt x="5473715" y="690193"/>
                                </a:lnTo>
                                <a:lnTo>
                                  <a:pt x="5478932" y="694272"/>
                                </a:lnTo>
                                <a:lnTo>
                                  <a:pt x="5481428" y="696538"/>
                                </a:lnTo>
                                <a:lnTo>
                                  <a:pt x="5483696" y="698804"/>
                                </a:lnTo>
                                <a:lnTo>
                                  <a:pt x="5485738" y="700843"/>
                                </a:lnTo>
                                <a:lnTo>
                                  <a:pt x="5487552" y="703109"/>
                                </a:lnTo>
                                <a:lnTo>
                                  <a:pt x="5518177" y="726676"/>
                                </a:lnTo>
                                <a:lnTo>
                                  <a:pt x="5548575" y="750696"/>
                                </a:lnTo>
                                <a:lnTo>
                                  <a:pt x="5578519" y="774943"/>
                                </a:lnTo>
                                <a:lnTo>
                                  <a:pt x="5608010" y="799417"/>
                                </a:lnTo>
                                <a:lnTo>
                                  <a:pt x="5637274" y="824796"/>
                                </a:lnTo>
                                <a:lnTo>
                                  <a:pt x="5665857" y="850176"/>
                                </a:lnTo>
                                <a:lnTo>
                                  <a:pt x="5694667" y="876236"/>
                                </a:lnTo>
                                <a:lnTo>
                                  <a:pt x="5722796" y="902749"/>
                                </a:lnTo>
                                <a:lnTo>
                                  <a:pt x="5764537" y="942178"/>
                                </a:lnTo>
                                <a:lnTo>
                                  <a:pt x="5810360" y="985007"/>
                                </a:lnTo>
                                <a:lnTo>
                                  <a:pt x="5834179" y="1007667"/>
                                </a:lnTo>
                                <a:lnTo>
                                  <a:pt x="5857999" y="1030555"/>
                                </a:lnTo>
                                <a:lnTo>
                                  <a:pt x="5882045" y="1053670"/>
                                </a:lnTo>
                                <a:lnTo>
                                  <a:pt x="5905637" y="1076557"/>
                                </a:lnTo>
                                <a:lnTo>
                                  <a:pt x="5928549" y="1099898"/>
                                </a:lnTo>
                                <a:lnTo>
                                  <a:pt x="5950554" y="1122786"/>
                                </a:lnTo>
                                <a:lnTo>
                                  <a:pt x="5961216" y="1133889"/>
                                </a:lnTo>
                                <a:lnTo>
                                  <a:pt x="5971424" y="1145220"/>
                                </a:lnTo>
                                <a:lnTo>
                                  <a:pt x="5981405" y="1156098"/>
                                </a:lnTo>
                                <a:lnTo>
                                  <a:pt x="5991160" y="1166974"/>
                                </a:lnTo>
                                <a:lnTo>
                                  <a:pt x="6000461" y="1177399"/>
                                </a:lnTo>
                                <a:lnTo>
                                  <a:pt x="6009081" y="1187822"/>
                                </a:lnTo>
                                <a:lnTo>
                                  <a:pt x="6017248" y="1198019"/>
                                </a:lnTo>
                                <a:lnTo>
                                  <a:pt x="6024961" y="1207989"/>
                                </a:lnTo>
                                <a:lnTo>
                                  <a:pt x="6032220" y="1217732"/>
                                </a:lnTo>
                                <a:lnTo>
                                  <a:pt x="6038799" y="1227023"/>
                                </a:lnTo>
                                <a:lnTo>
                                  <a:pt x="6044697" y="1236086"/>
                                </a:lnTo>
                                <a:lnTo>
                                  <a:pt x="6050141" y="1244698"/>
                                </a:lnTo>
                                <a:lnTo>
                                  <a:pt x="6067155" y="1266452"/>
                                </a:lnTo>
                                <a:lnTo>
                                  <a:pt x="6088479" y="1294326"/>
                                </a:lnTo>
                                <a:lnTo>
                                  <a:pt x="6098914" y="1307922"/>
                                </a:lnTo>
                                <a:lnTo>
                                  <a:pt x="6107988" y="1320160"/>
                                </a:lnTo>
                                <a:lnTo>
                                  <a:pt x="6114567" y="1329451"/>
                                </a:lnTo>
                                <a:lnTo>
                                  <a:pt x="6116608" y="1333077"/>
                                </a:lnTo>
                                <a:lnTo>
                                  <a:pt x="6118196" y="1335569"/>
                                </a:lnTo>
                                <a:lnTo>
                                  <a:pt x="6117969" y="1335116"/>
                                </a:lnTo>
                                <a:lnTo>
                                  <a:pt x="6119103" y="1336022"/>
                                </a:lnTo>
                                <a:lnTo>
                                  <a:pt x="6125002" y="1342821"/>
                                </a:lnTo>
                                <a:lnTo>
                                  <a:pt x="6144737" y="1365708"/>
                                </a:lnTo>
                                <a:lnTo>
                                  <a:pt x="6154492" y="1377038"/>
                                </a:lnTo>
                                <a:lnTo>
                                  <a:pt x="6161525" y="1385875"/>
                                </a:lnTo>
                                <a:lnTo>
                                  <a:pt x="6163113" y="1388368"/>
                                </a:lnTo>
                                <a:lnTo>
                                  <a:pt x="6163566" y="1389047"/>
                                </a:lnTo>
                                <a:lnTo>
                                  <a:pt x="6163566" y="1389274"/>
                                </a:lnTo>
                                <a:lnTo>
                                  <a:pt x="6163113" y="1389047"/>
                                </a:lnTo>
                                <a:lnTo>
                                  <a:pt x="6162432" y="1388368"/>
                                </a:lnTo>
                                <a:lnTo>
                                  <a:pt x="6159256" y="1385196"/>
                                </a:lnTo>
                                <a:lnTo>
                                  <a:pt x="6180353" y="1414201"/>
                                </a:lnTo>
                                <a:lnTo>
                                  <a:pt x="6186478" y="1422585"/>
                                </a:lnTo>
                                <a:lnTo>
                                  <a:pt x="6189881" y="1427117"/>
                                </a:lnTo>
                                <a:lnTo>
                                  <a:pt x="6190335" y="1427344"/>
                                </a:lnTo>
                                <a:lnTo>
                                  <a:pt x="6189654" y="1426437"/>
                                </a:lnTo>
                                <a:lnTo>
                                  <a:pt x="6186417" y="1421294"/>
                                </a:lnTo>
                                <a:lnTo>
                                  <a:pt x="6215742" y="1462467"/>
                                </a:lnTo>
                                <a:lnTo>
                                  <a:pt x="6221413" y="1470399"/>
                                </a:lnTo>
                                <a:lnTo>
                                  <a:pt x="6219371" y="1473798"/>
                                </a:lnTo>
                                <a:lnTo>
                                  <a:pt x="6217103" y="1476970"/>
                                </a:lnTo>
                                <a:lnTo>
                                  <a:pt x="6214381" y="1479689"/>
                                </a:lnTo>
                                <a:lnTo>
                                  <a:pt x="6211205" y="1481729"/>
                                </a:lnTo>
                                <a:lnTo>
                                  <a:pt x="6207802" y="1483768"/>
                                </a:lnTo>
                                <a:lnTo>
                                  <a:pt x="6203945" y="1484901"/>
                                </a:lnTo>
                                <a:lnTo>
                                  <a:pt x="6199862" y="1486034"/>
                                </a:lnTo>
                                <a:lnTo>
                                  <a:pt x="6195325" y="1486488"/>
                                </a:lnTo>
                                <a:lnTo>
                                  <a:pt x="6189654" y="1490114"/>
                                </a:lnTo>
                                <a:lnTo>
                                  <a:pt x="6184209" y="1493286"/>
                                </a:lnTo>
                                <a:lnTo>
                                  <a:pt x="6178992" y="1495779"/>
                                </a:lnTo>
                                <a:lnTo>
                                  <a:pt x="6174001" y="1497365"/>
                                </a:lnTo>
                                <a:lnTo>
                                  <a:pt x="6171733" y="1497818"/>
                                </a:lnTo>
                                <a:lnTo>
                                  <a:pt x="6169237" y="1498271"/>
                                </a:lnTo>
                                <a:lnTo>
                                  <a:pt x="6166969" y="1498498"/>
                                </a:lnTo>
                                <a:lnTo>
                                  <a:pt x="6164927" y="1498498"/>
                                </a:lnTo>
                                <a:lnTo>
                                  <a:pt x="6162659" y="1498498"/>
                                </a:lnTo>
                                <a:lnTo>
                                  <a:pt x="6160617" y="1498045"/>
                                </a:lnTo>
                                <a:lnTo>
                                  <a:pt x="6158802" y="1497818"/>
                                </a:lnTo>
                                <a:lnTo>
                                  <a:pt x="6156761" y="1497138"/>
                                </a:lnTo>
                                <a:lnTo>
                                  <a:pt x="6154946" y="1496459"/>
                                </a:lnTo>
                                <a:lnTo>
                                  <a:pt x="6152904" y="1495325"/>
                                </a:lnTo>
                                <a:lnTo>
                                  <a:pt x="6151316" y="1494192"/>
                                </a:lnTo>
                                <a:lnTo>
                                  <a:pt x="6149501" y="1492833"/>
                                </a:lnTo>
                                <a:lnTo>
                                  <a:pt x="6148554" y="1491886"/>
                                </a:lnTo>
                                <a:lnTo>
                                  <a:pt x="6139372" y="1478624"/>
                                </a:lnTo>
                                <a:lnTo>
                                  <a:pt x="6138159" y="1475837"/>
                                </a:lnTo>
                                <a:lnTo>
                                  <a:pt x="6135891" y="1469945"/>
                                </a:lnTo>
                                <a:lnTo>
                                  <a:pt x="6134076" y="1463147"/>
                                </a:lnTo>
                                <a:lnTo>
                                  <a:pt x="6110256" y="1429383"/>
                                </a:lnTo>
                                <a:lnTo>
                                  <a:pt x="6085757" y="1395844"/>
                                </a:lnTo>
                                <a:lnTo>
                                  <a:pt x="6061030" y="1362535"/>
                                </a:lnTo>
                                <a:lnTo>
                                  <a:pt x="6035623" y="1329678"/>
                                </a:lnTo>
                                <a:lnTo>
                                  <a:pt x="6013618" y="1301124"/>
                                </a:lnTo>
                                <a:lnTo>
                                  <a:pt x="5991160" y="1273024"/>
                                </a:lnTo>
                                <a:lnTo>
                                  <a:pt x="5968475" y="1244924"/>
                                </a:lnTo>
                                <a:lnTo>
                                  <a:pt x="5945336" y="1217280"/>
                                </a:lnTo>
                                <a:lnTo>
                                  <a:pt x="5921971" y="1189635"/>
                                </a:lnTo>
                                <a:lnTo>
                                  <a:pt x="5898378" y="1162443"/>
                                </a:lnTo>
                                <a:lnTo>
                                  <a:pt x="5874332" y="1135476"/>
                                </a:lnTo>
                                <a:lnTo>
                                  <a:pt x="5850059" y="1108736"/>
                                </a:lnTo>
                                <a:lnTo>
                                  <a:pt x="5823971" y="1080637"/>
                                </a:lnTo>
                                <a:lnTo>
                                  <a:pt x="5797430" y="1052311"/>
                                </a:lnTo>
                                <a:lnTo>
                                  <a:pt x="5770661" y="1024889"/>
                                </a:lnTo>
                                <a:lnTo>
                                  <a:pt x="5743666" y="997470"/>
                                </a:lnTo>
                                <a:lnTo>
                                  <a:pt x="5716444" y="970504"/>
                                </a:lnTo>
                                <a:lnTo>
                                  <a:pt x="5688769" y="943764"/>
                                </a:lnTo>
                                <a:lnTo>
                                  <a:pt x="5660866" y="917252"/>
                                </a:lnTo>
                                <a:lnTo>
                                  <a:pt x="5632510" y="891192"/>
                                </a:lnTo>
                                <a:lnTo>
                                  <a:pt x="5604154" y="865359"/>
                                </a:lnTo>
                                <a:lnTo>
                                  <a:pt x="5575344" y="839752"/>
                                </a:lnTo>
                                <a:lnTo>
                                  <a:pt x="5546307" y="814826"/>
                                </a:lnTo>
                                <a:lnTo>
                                  <a:pt x="5516816" y="789899"/>
                                </a:lnTo>
                                <a:lnTo>
                                  <a:pt x="5487099" y="765199"/>
                                </a:lnTo>
                                <a:lnTo>
                                  <a:pt x="5481571" y="760765"/>
                                </a:lnTo>
                                <a:lnTo>
                                  <a:pt x="5475983" y="755455"/>
                                </a:lnTo>
                                <a:lnTo>
                                  <a:pt x="5466229" y="746844"/>
                                </a:lnTo>
                                <a:lnTo>
                                  <a:pt x="5456474" y="738233"/>
                                </a:lnTo>
                                <a:lnTo>
                                  <a:pt x="5446493" y="730302"/>
                                </a:lnTo>
                                <a:lnTo>
                                  <a:pt x="5441502" y="726676"/>
                                </a:lnTo>
                                <a:lnTo>
                                  <a:pt x="5436284" y="723050"/>
                                </a:lnTo>
                                <a:lnTo>
                                  <a:pt x="5431294" y="719651"/>
                                </a:lnTo>
                                <a:lnTo>
                                  <a:pt x="5425849" y="716252"/>
                                </a:lnTo>
                                <a:lnTo>
                                  <a:pt x="5424645" y="715572"/>
                                </a:lnTo>
                                <a:lnTo>
                                  <a:pt x="5396586" y="693818"/>
                                </a:lnTo>
                                <a:lnTo>
                                  <a:pt x="5395451" y="694045"/>
                                </a:lnTo>
                                <a:lnTo>
                                  <a:pt x="5400669" y="692912"/>
                                </a:lnTo>
                                <a:lnTo>
                                  <a:pt x="5409289" y="690419"/>
                                </a:lnTo>
                                <a:lnTo>
                                  <a:pt x="5420405" y="687020"/>
                                </a:lnTo>
                                <a:lnTo>
                                  <a:pt x="5426076" y="685207"/>
                                </a:lnTo>
                                <a:lnTo>
                                  <a:pt x="5431747" y="683168"/>
                                </a:lnTo>
                                <a:lnTo>
                                  <a:pt x="5436511" y="680902"/>
                                </a:lnTo>
                                <a:lnTo>
                                  <a:pt x="5440821" y="679089"/>
                                </a:lnTo>
                                <a:lnTo>
                                  <a:pt x="5443997" y="677050"/>
                                </a:lnTo>
                                <a:lnTo>
                                  <a:pt x="5445358" y="676143"/>
                                </a:lnTo>
                                <a:lnTo>
                                  <a:pt x="5446266" y="675237"/>
                                </a:lnTo>
                                <a:lnTo>
                                  <a:pt x="5446719" y="674104"/>
                                </a:lnTo>
                                <a:lnTo>
                                  <a:pt x="5446719" y="673424"/>
                                </a:lnTo>
                                <a:lnTo>
                                  <a:pt x="5446493" y="672517"/>
                                </a:lnTo>
                                <a:lnTo>
                                  <a:pt x="5445812" y="671837"/>
                                </a:lnTo>
                                <a:close/>
                                <a:moveTo>
                                  <a:pt x="1609548" y="671604"/>
                                </a:moveTo>
                                <a:lnTo>
                                  <a:pt x="1614487" y="671604"/>
                                </a:lnTo>
                                <a:lnTo>
                                  <a:pt x="1613546" y="672080"/>
                                </a:lnTo>
                                <a:lnTo>
                                  <a:pt x="1601787" y="676366"/>
                                </a:lnTo>
                                <a:lnTo>
                                  <a:pt x="1609548" y="671604"/>
                                </a:lnTo>
                                <a:close/>
                                <a:moveTo>
                                  <a:pt x="1365159" y="669915"/>
                                </a:moveTo>
                                <a:lnTo>
                                  <a:pt x="1360916" y="673146"/>
                                </a:lnTo>
                                <a:lnTo>
                                  <a:pt x="1364763" y="670198"/>
                                </a:lnTo>
                                <a:lnTo>
                                  <a:pt x="1365159" y="669915"/>
                                </a:lnTo>
                                <a:close/>
                                <a:moveTo>
                                  <a:pt x="1615394" y="666841"/>
                                </a:moveTo>
                                <a:lnTo>
                                  <a:pt x="1615848" y="666841"/>
                                </a:lnTo>
                                <a:lnTo>
                                  <a:pt x="1611312" y="668430"/>
                                </a:lnTo>
                                <a:lnTo>
                                  <a:pt x="1615394" y="666841"/>
                                </a:lnTo>
                                <a:close/>
                                <a:moveTo>
                                  <a:pt x="2705100" y="665184"/>
                                </a:moveTo>
                                <a:lnTo>
                                  <a:pt x="2705100" y="665448"/>
                                </a:lnTo>
                                <a:lnTo>
                                  <a:pt x="2702378" y="666772"/>
                                </a:lnTo>
                                <a:lnTo>
                                  <a:pt x="2701925" y="665581"/>
                                </a:lnTo>
                                <a:lnTo>
                                  <a:pt x="2705100" y="665184"/>
                                </a:lnTo>
                                <a:close/>
                                <a:moveTo>
                                  <a:pt x="1959339" y="664861"/>
                                </a:moveTo>
                                <a:lnTo>
                                  <a:pt x="1957906" y="665111"/>
                                </a:lnTo>
                                <a:lnTo>
                                  <a:pt x="1957297" y="665088"/>
                                </a:lnTo>
                                <a:lnTo>
                                  <a:pt x="1959339" y="664861"/>
                                </a:lnTo>
                                <a:close/>
                                <a:moveTo>
                                  <a:pt x="5351750" y="663827"/>
                                </a:moveTo>
                                <a:lnTo>
                                  <a:pt x="5355979" y="666852"/>
                                </a:lnTo>
                                <a:lnTo>
                                  <a:pt x="5372784" y="679348"/>
                                </a:lnTo>
                                <a:lnTo>
                                  <a:pt x="5371405" y="678862"/>
                                </a:lnTo>
                                <a:lnTo>
                                  <a:pt x="5367322" y="677050"/>
                                </a:lnTo>
                                <a:lnTo>
                                  <a:pt x="5363465" y="674557"/>
                                </a:lnTo>
                                <a:lnTo>
                                  <a:pt x="5359609" y="672064"/>
                                </a:lnTo>
                                <a:lnTo>
                                  <a:pt x="5355979" y="668665"/>
                                </a:lnTo>
                                <a:lnTo>
                                  <a:pt x="5352350" y="664586"/>
                                </a:lnTo>
                                <a:lnTo>
                                  <a:pt x="5351750" y="663827"/>
                                </a:lnTo>
                                <a:close/>
                                <a:moveTo>
                                  <a:pt x="1377950" y="663592"/>
                                </a:moveTo>
                                <a:lnTo>
                                  <a:pt x="1365487" y="673117"/>
                                </a:lnTo>
                                <a:lnTo>
                                  <a:pt x="1367980" y="671983"/>
                                </a:lnTo>
                                <a:lnTo>
                                  <a:pt x="1367074" y="672663"/>
                                </a:lnTo>
                                <a:lnTo>
                                  <a:pt x="1329231" y="701011"/>
                                </a:lnTo>
                                <a:lnTo>
                                  <a:pt x="1317448" y="710083"/>
                                </a:lnTo>
                                <a:lnTo>
                                  <a:pt x="1309971" y="715979"/>
                                </a:lnTo>
                                <a:lnTo>
                                  <a:pt x="1312463" y="714619"/>
                                </a:lnTo>
                                <a:lnTo>
                                  <a:pt x="1299094" y="723463"/>
                                </a:lnTo>
                                <a:lnTo>
                                  <a:pt x="1300680" y="722783"/>
                                </a:lnTo>
                                <a:lnTo>
                                  <a:pt x="1282569" y="736645"/>
                                </a:lnTo>
                                <a:lnTo>
                                  <a:pt x="1282700" y="736645"/>
                                </a:lnTo>
                                <a:lnTo>
                                  <a:pt x="1281490" y="737855"/>
                                </a:lnTo>
                                <a:lnTo>
                                  <a:pt x="1283686" y="736390"/>
                                </a:lnTo>
                                <a:lnTo>
                                  <a:pt x="1271863" y="745687"/>
                                </a:lnTo>
                                <a:lnTo>
                                  <a:pt x="1276350" y="742994"/>
                                </a:lnTo>
                                <a:lnTo>
                                  <a:pt x="1274814" y="744030"/>
                                </a:lnTo>
                                <a:lnTo>
                                  <a:pt x="1271564" y="745922"/>
                                </a:lnTo>
                                <a:lnTo>
                                  <a:pt x="1270075" y="747093"/>
                                </a:lnTo>
                                <a:lnTo>
                                  <a:pt x="1270090" y="747049"/>
                                </a:lnTo>
                                <a:lnTo>
                                  <a:pt x="1267824" y="748863"/>
                                </a:lnTo>
                                <a:lnTo>
                                  <a:pt x="1270075" y="747093"/>
                                </a:lnTo>
                                <a:lnTo>
                                  <a:pt x="1269995" y="747335"/>
                                </a:lnTo>
                                <a:lnTo>
                                  <a:pt x="1271587" y="746170"/>
                                </a:lnTo>
                                <a:lnTo>
                                  <a:pt x="1269976" y="747455"/>
                                </a:lnTo>
                                <a:lnTo>
                                  <a:pt x="1269949" y="747473"/>
                                </a:lnTo>
                                <a:lnTo>
                                  <a:pt x="1269947" y="747479"/>
                                </a:lnTo>
                                <a:lnTo>
                                  <a:pt x="1269976" y="747455"/>
                                </a:lnTo>
                                <a:lnTo>
                                  <a:pt x="1270122" y="747360"/>
                                </a:lnTo>
                                <a:lnTo>
                                  <a:pt x="1269943" y="747492"/>
                                </a:lnTo>
                                <a:lnTo>
                                  <a:pt x="1269863" y="747729"/>
                                </a:lnTo>
                                <a:lnTo>
                                  <a:pt x="1269636" y="748409"/>
                                </a:lnTo>
                                <a:lnTo>
                                  <a:pt x="1268050" y="750224"/>
                                </a:lnTo>
                                <a:lnTo>
                                  <a:pt x="1266238" y="752038"/>
                                </a:lnTo>
                                <a:lnTo>
                                  <a:pt x="1264132" y="753970"/>
                                </a:lnTo>
                                <a:lnTo>
                                  <a:pt x="1258307" y="757934"/>
                                </a:lnTo>
                                <a:lnTo>
                                  <a:pt x="1247203" y="765645"/>
                                </a:lnTo>
                                <a:lnTo>
                                  <a:pt x="1236327" y="774036"/>
                                </a:lnTo>
                                <a:lnTo>
                                  <a:pt x="1225903" y="782654"/>
                                </a:lnTo>
                                <a:lnTo>
                                  <a:pt x="1234288" y="776304"/>
                                </a:lnTo>
                                <a:lnTo>
                                  <a:pt x="1249469" y="765645"/>
                                </a:lnTo>
                                <a:lnTo>
                                  <a:pt x="1256947" y="759976"/>
                                </a:lnTo>
                                <a:lnTo>
                                  <a:pt x="1263518" y="754533"/>
                                </a:lnTo>
                                <a:lnTo>
                                  <a:pt x="1264132" y="753970"/>
                                </a:lnTo>
                                <a:lnTo>
                                  <a:pt x="1269636" y="750224"/>
                                </a:lnTo>
                                <a:lnTo>
                                  <a:pt x="1249469" y="766779"/>
                                </a:lnTo>
                                <a:lnTo>
                                  <a:pt x="1239499" y="774717"/>
                                </a:lnTo>
                                <a:lnTo>
                                  <a:pt x="1233364" y="779493"/>
                                </a:lnTo>
                                <a:lnTo>
                                  <a:pt x="1233381" y="779479"/>
                                </a:lnTo>
                                <a:lnTo>
                                  <a:pt x="1229302" y="782654"/>
                                </a:lnTo>
                                <a:lnTo>
                                  <a:pt x="1233364" y="779493"/>
                                </a:lnTo>
                                <a:lnTo>
                                  <a:pt x="1227037" y="784468"/>
                                </a:lnTo>
                                <a:lnTo>
                                  <a:pt x="1220465" y="789231"/>
                                </a:lnTo>
                                <a:lnTo>
                                  <a:pt x="1208002" y="799663"/>
                                </a:lnTo>
                                <a:lnTo>
                                  <a:pt x="1183076" y="821208"/>
                                </a:lnTo>
                                <a:lnTo>
                                  <a:pt x="1280740" y="748863"/>
                                </a:lnTo>
                                <a:lnTo>
                                  <a:pt x="1303173" y="732988"/>
                                </a:lnTo>
                                <a:lnTo>
                                  <a:pt x="1302947" y="734122"/>
                                </a:lnTo>
                                <a:lnTo>
                                  <a:pt x="1307252" y="732081"/>
                                </a:lnTo>
                                <a:lnTo>
                                  <a:pt x="1298188" y="743647"/>
                                </a:lnTo>
                                <a:lnTo>
                                  <a:pt x="1297055" y="742967"/>
                                </a:lnTo>
                                <a:lnTo>
                                  <a:pt x="1296602" y="743874"/>
                                </a:lnTo>
                                <a:lnTo>
                                  <a:pt x="1287558" y="752709"/>
                                </a:lnTo>
                                <a:lnTo>
                                  <a:pt x="1287538" y="752719"/>
                                </a:lnTo>
                                <a:lnTo>
                                  <a:pt x="1287084" y="753172"/>
                                </a:lnTo>
                                <a:lnTo>
                                  <a:pt x="1287558" y="752709"/>
                                </a:lnTo>
                                <a:lnTo>
                                  <a:pt x="1290030" y="751584"/>
                                </a:lnTo>
                                <a:lnTo>
                                  <a:pt x="1290030" y="751811"/>
                                </a:lnTo>
                                <a:lnTo>
                                  <a:pt x="1288671" y="754306"/>
                                </a:lnTo>
                                <a:lnTo>
                                  <a:pt x="1284819" y="757027"/>
                                </a:lnTo>
                                <a:lnTo>
                                  <a:pt x="1272356" y="764511"/>
                                </a:lnTo>
                                <a:lnTo>
                                  <a:pt x="1273489" y="764285"/>
                                </a:lnTo>
                                <a:lnTo>
                                  <a:pt x="1273489" y="765418"/>
                                </a:lnTo>
                                <a:lnTo>
                                  <a:pt x="1254454" y="777665"/>
                                </a:lnTo>
                                <a:lnTo>
                                  <a:pt x="1255587" y="776304"/>
                                </a:lnTo>
                                <a:lnTo>
                                  <a:pt x="1250829" y="779026"/>
                                </a:lnTo>
                                <a:lnTo>
                                  <a:pt x="1248812" y="780540"/>
                                </a:lnTo>
                                <a:lnTo>
                                  <a:pt x="1248658" y="780829"/>
                                </a:lnTo>
                                <a:lnTo>
                                  <a:pt x="1248481" y="781093"/>
                                </a:lnTo>
                                <a:lnTo>
                                  <a:pt x="1248074" y="781093"/>
                                </a:lnTo>
                                <a:lnTo>
                                  <a:pt x="1245391" y="783107"/>
                                </a:lnTo>
                                <a:lnTo>
                                  <a:pt x="1238820" y="788097"/>
                                </a:lnTo>
                                <a:lnTo>
                                  <a:pt x="1231568" y="793994"/>
                                </a:lnTo>
                                <a:lnTo>
                                  <a:pt x="1215706" y="806693"/>
                                </a:lnTo>
                                <a:lnTo>
                                  <a:pt x="1199618" y="820074"/>
                                </a:lnTo>
                                <a:lnTo>
                                  <a:pt x="1185342" y="832093"/>
                                </a:lnTo>
                                <a:lnTo>
                                  <a:pt x="1178998" y="836856"/>
                                </a:lnTo>
                                <a:lnTo>
                                  <a:pt x="1174013" y="840484"/>
                                </a:lnTo>
                                <a:lnTo>
                                  <a:pt x="1169934" y="842979"/>
                                </a:lnTo>
                                <a:lnTo>
                                  <a:pt x="1168801" y="843659"/>
                                </a:lnTo>
                                <a:lnTo>
                                  <a:pt x="1167668" y="843886"/>
                                </a:lnTo>
                                <a:lnTo>
                                  <a:pt x="1167215" y="843659"/>
                                </a:lnTo>
                                <a:lnTo>
                                  <a:pt x="1166761" y="843206"/>
                                </a:lnTo>
                                <a:lnTo>
                                  <a:pt x="1167215" y="842072"/>
                                </a:lnTo>
                                <a:lnTo>
                                  <a:pt x="1167894" y="840257"/>
                                </a:lnTo>
                                <a:lnTo>
                                  <a:pt x="1179678" y="831186"/>
                                </a:lnTo>
                                <a:lnTo>
                                  <a:pt x="1172426" y="836175"/>
                                </a:lnTo>
                                <a:lnTo>
                                  <a:pt x="1183076" y="826197"/>
                                </a:lnTo>
                                <a:lnTo>
                                  <a:pt x="1176732" y="830506"/>
                                </a:lnTo>
                                <a:lnTo>
                                  <a:pt x="1179904" y="829145"/>
                                </a:lnTo>
                                <a:lnTo>
                                  <a:pt x="1169481" y="838670"/>
                                </a:lnTo>
                                <a:lnTo>
                                  <a:pt x="1151806" y="853411"/>
                                </a:lnTo>
                                <a:lnTo>
                                  <a:pt x="1157698" y="847741"/>
                                </a:lnTo>
                                <a:lnTo>
                                  <a:pt x="1148860" y="855225"/>
                                </a:lnTo>
                                <a:lnTo>
                                  <a:pt x="1162683" y="841165"/>
                                </a:lnTo>
                                <a:lnTo>
                                  <a:pt x="1158831" y="842525"/>
                                </a:lnTo>
                                <a:lnTo>
                                  <a:pt x="1159737" y="841391"/>
                                </a:lnTo>
                                <a:lnTo>
                                  <a:pt x="1147728" y="852050"/>
                                </a:lnTo>
                                <a:lnTo>
                                  <a:pt x="1134811" y="862936"/>
                                </a:lnTo>
                                <a:lnTo>
                                  <a:pt x="1131687" y="865616"/>
                                </a:lnTo>
                                <a:lnTo>
                                  <a:pt x="1131231" y="866385"/>
                                </a:lnTo>
                                <a:lnTo>
                                  <a:pt x="1113873" y="881647"/>
                                </a:lnTo>
                                <a:lnTo>
                                  <a:pt x="1107561" y="887115"/>
                                </a:lnTo>
                                <a:lnTo>
                                  <a:pt x="1117931" y="878686"/>
                                </a:lnTo>
                                <a:lnTo>
                                  <a:pt x="1111619" y="885975"/>
                                </a:lnTo>
                                <a:lnTo>
                                  <a:pt x="1105081" y="893037"/>
                                </a:lnTo>
                                <a:lnTo>
                                  <a:pt x="1098319" y="899871"/>
                                </a:lnTo>
                                <a:lnTo>
                                  <a:pt x="1091557" y="906705"/>
                                </a:lnTo>
                                <a:lnTo>
                                  <a:pt x="1084568" y="913540"/>
                                </a:lnTo>
                                <a:lnTo>
                                  <a:pt x="1077579" y="920146"/>
                                </a:lnTo>
                                <a:lnTo>
                                  <a:pt x="1063378" y="933359"/>
                                </a:lnTo>
                                <a:lnTo>
                                  <a:pt x="1070141" y="929941"/>
                                </a:lnTo>
                                <a:lnTo>
                                  <a:pt x="1056164" y="944065"/>
                                </a:lnTo>
                                <a:lnTo>
                                  <a:pt x="1055713" y="945887"/>
                                </a:lnTo>
                                <a:lnTo>
                                  <a:pt x="1054586" y="947254"/>
                                </a:lnTo>
                                <a:lnTo>
                                  <a:pt x="1053684" y="948393"/>
                                </a:lnTo>
                                <a:lnTo>
                                  <a:pt x="1052783" y="949304"/>
                                </a:lnTo>
                                <a:lnTo>
                                  <a:pt x="1051656" y="949760"/>
                                </a:lnTo>
                                <a:lnTo>
                                  <a:pt x="1050979" y="949988"/>
                                </a:lnTo>
                                <a:lnTo>
                                  <a:pt x="1050303" y="949988"/>
                                </a:lnTo>
                                <a:lnTo>
                                  <a:pt x="1050078" y="949304"/>
                                </a:lnTo>
                                <a:lnTo>
                                  <a:pt x="1050078" y="948393"/>
                                </a:lnTo>
                                <a:lnTo>
                                  <a:pt x="1050528" y="946799"/>
                                </a:lnTo>
                                <a:lnTo>
                                  <a:pt x="1051656" y="944520"/>
                                </a:lnTo>
                                <a:lnTo>
                                  <a:pt x="1053459" y="942015"/>
                                </a:lnTo>
                                <a:lnTo>
                                  <a:pt x="1056164" y="938825"/>
                                </a:lnTo>
                                <a:lnTo>
                                  <a:pt x="1059320" y="935181"/>
                                </a:lnTo>
                                <a:lnTo>
                                  <a:pt x="1063603" y="930625"/>
                                </a:lnTo>
                                <a:lnTo>
                                  <a:pt x="1068563" y="925613"/>
                                </a:lnTo>
                                <a:lnTo>
                                  <a:pt x="1045794" y="944976"/>
                                </a:lnTo>
                                <a:lnTo>
                                  <a:pt x="1022350" y="963656"/>
                                </a:lnTo>
                                <a:lnTo>
                                  <a:pt x="1025957" y="959783"/>
                                </a:lnTo>
                                <a:lnTo>
                                  <a:pt x="1047372" y="939509"/>
                                </a:lnTo>
                                <a:lnTo>
                                  <a:pt x="1038130" y="946571"/>
                                </a:lnTo>
                                <a:lnTo>
                                  <a:pt x="1124585" y="871192"/>
                                </a:lnTo>
                                <a:lnTo>
                                  <a:pt x="1121895" y="873141"/>
                                </a:lnTo>
                                <a:lnTo>
                                  <a:pt x="1115551" y="878130"/>
                                </a:lnTo>
                                <a:lnTo>
                                  <a:pt x="1109206" y="882440"/>
                                </a:lnTo>
                                <a:lnTo>
                                  <a:pt x="1132999" y="859534"/>
                                </a:lnTo>
                                <a:lnTo>
                                  <a:pt x="1129373" y="862709"/>
                                </a:lnTo>
                                <a:lnTo>
                                  <a:pt x="1131041" y="861040"/>
                                </a:lnTo>
                                <a:lnTo>
                                  <a:pt x="1133452" y="858854"/>
                                </a:lnTo>
                                <a:lnTo>
                                  <a:pt x="1143348" y="849841"/>
                                </a:lnTo>
                                <a:lnTo>
                                  <a:pt x="1164043" y="831640"/>
                                </a:lnTo>
                                <a:lnTo>
                                  <a:pt x="1168606" y="827626"/>
                                </a:lnTo>
                                <a:lnTo>
                                  <a:pt x="1183303" y="815084"/>
                                </a:lnTo>
                                <a:lnTo>
                                  <a:pt x="1204052" y="797347"/>
                                </a:lnTo>
                                <a:lnTo>
                                  <a:pt x="1205254" y="796323"/>
                                </a:lnTo>
                                <a:lnTo>
                                  <a:pt x="1212668" y="790140"/>
                                </a:lnTo>
                                <a:lnTo>
                                  <a:pt x="1224997" y="780159"/>
                                </a:lnTo>
                                <a:lnTo>
                                  <a:pt x="1240406" y="767686"/>
                                </a:lnTo>
                                <a:lnTo>
                                  <a:pt x="1256267" y="755213"/>
                                </a:lnTo>
                                <a:lnTo>
                                  <a:pt x="1249016" y="760883"/>
                                </a:lnTo>
                                <a:lnTo>
                                  <a:pt x="1251282" y="759069"/>
                                </a:lnTo>
                                <a:lnTo>
                                  <a:pt x="1245164" y="763831"/>
                                </a:lnTo>
                                <a:lnTo>
                                  <a:pt x="1255135" y="755667"/>
                                </a:lnTo>
                                <a:lnTo>
                                  <a:pt x="1268300" y="745828"/>
                                </a:lnTo>
                                <a:lnTo>
                                  <a:pt x="1262839" y="749997"/>
                                </a:lnTo>
                                <a:lnTo>
                                  <a:pt x="1272129" y="742967"/>
                                </a:lnTo>
                                <a:lnTo>
                                  <a:pt x="1268300" y="745828"/>
                                </a:lnTo>
                                <a:lnTo>
                                  <a:pt x="1276208" y="739792"/>
                                </a:lnTo>
                                <a:lnTo>
                                  <a:pt x="1273489" y="741606"/>
                                </a:lnTo>
                                <a:lnTo>
                                  <a:pt x="1282779" y="733895"/>
                                </a:lnTo>
                                <a:lnTo>
                                  <a:pt x="1279380" y="736390"/>
                                </a:lnTo>
                                <a:lnTo>
                                  <a:pt x="1280449" y="735509"/>
                                </a:lnTo>
                                <a:lnTo>
                                  <a:pt x="1278646" y="736737"/>
                                </a:lnTo>
                                <a:lnTo>
                                  <a:pt x="1280868" y="735058"/>
                                </a:lnTo>
                                <a:lnTo>
                                  <a:pt x="1280997" y="735058"/>
                                </a:lnTo>
                                <a:lnTo>
                                  <a:pt x="1283232" y="733215"/>
                                </a:lnTo>
                                <a:lnTo>
                                  <a:pt x="1303626" y="717113"/>
                                </a:lnTo>
                                <a:lnTo>
                                  <a:pt x="1324473" y="701465"/>
                                </a:lnTo>
                                <a:lnTo>
                                  <a:pt x="1323113" y="702599"/>
                                </a:lnTo>
                                <a:lnTo>
                                  <a:pt x="1352344" y="681054"/>
                                </a:lnTo>
                                <a:lnTo>
                                  <a:pt x="1348039" y="684456"/>
                                </a:lnTo>
                                <a:lnTo>
                                  <a:pt x="1377950" y="663592"/>
                                </a:lnTo>
                                <a:close/>
                                <a:moveTo>
                                  <a:pt x="1619568" y="662079"/>
                                </a:moveTo>
                                <a:lnTo>
                                  <a:pt x="1623025" y="662317"/>
                                </a:lnTo>
                                <a:lnTo>
                                  <a:pt x="1623272" y="662317"/>
                                </a:lnTo>
                                <a:lnTo>
                                  <a:pt x="1624013" y="662317"/>
                                </a:lnTo>
                                <a:lnTo>
                                  <a:pt x="1623025" y="662555"/>
                                </a:lnTo>
                                <a:lnTo>
                                  <a:pt x="1612900" y="666842"/>
                                </a:lnTo>
                                <a:lnTo>
                                  <a:pt x="1613641" y="665175"/>
                                </a:lnTo>
                                <a:lnTo>
                                  <a:pt x="1619568" y="662079"/>
                                </a:lnTo>
                                <a:close/>
                                <a:moveTo>
                                  <a:pt x="1442262" y="658882"/>
                                </a:moveTo>
                                <a:lnTo>
                                  <a:pt x="1436126" y="663420"/>
                                </a:lnTo>
                                <a:lnTo>
                                  <a:pt x="1440672" y="660470"/>
                                </a:lnTo>
                                <a:lnTo>
                                  <a:pt x="1442096" y="660877"/>
                                </a:lnTo>
                                <a:lnTo>
                                  <a:pt x="1442035" y="661605"/>
                                </a:lnTo>
                                <a:lnTo>
                                  <a:pt x="1442262" y="660924"/>
                                </a:lnTo>
                                <a:lnTo>
                                  <a:pt x="1442096" y="660877"/>
                                </a:lnTo>
                                <a:lnTo>
                                  <a:pt x="1442262" y="658882"/>
                                </a:lnTo>
                                <a:close/>
                                <a:moveTo>
                                  <a:pt x="3101789" y="658209"/>
                                </a:moveTo>
                                <a:lnTo>
                                  <a:pt x="3099755" y="658663"/>
                                </a:lnTo>
                                <a:lnTo>
                                  <a:pt x="3097721" y="659343"/>
                                </a:lnTo>
                                <a:lnTo>
                                  <a:pt x="3096817" y="660023"/>
                                </a:lnTo>
                                <a:lnTo>
                                  <a:pt x="3095687" y="660703"/>
                                </a:lnTo>
                                <a:lnTo>
                                  <a:pt x="3097043" y="661611"/>
                                </a:lnTo>
                                <a:lnTo>
                                  <a:pt x="3097947" y="662291"/>
                                </a:lnTo>
                                <a:lnTo>
                                  <a:pt x="3098139" y="662675"/>
                                </a:lnTo>
                                <a:lnTo>
                                  <a:pt x="3098139" y="660054"/>
                                </a:lnTo>
                                <a:lnTo>
                                  <a:pt x="3104049" y="658209"/>
                                </a:lnTo>
                                <a:lnTo>
                                  <a:pt x="3101789" y="658209"/>
                                </a:lnTo>
                                <a:close/>
                                <a:moveTo>
                                  <a:pt x="1427945" y="657293"/>
                                </a:moveTo>
                                <a:lnTo>
                                  <a:pt x="1424990" y="659109"/>
                                </a:lnTo>
                                <a:lnTo>
                                  <a:pt x="1427718" y="657520"/>
                                </a:lnTo>
                                <a:lnTo>
                                  <a:pt x="1427945" y="657293"/>
                                </a:lnTo>
                                <a:close/>
                                <a:moveTo>
                                  <a:pt x="1606550" y="655729"/>
                                </a:moveTo>
                                <a:lnTo>
                                  <a:pt x="1606042" y="656364"/>
                                </a:lnTo>
                                <a:lnTo>
                                  <a:pt x="1600200" y="658904"/>
                                </a:lnTo>
                                <a:lnTo>
                                  <a:pt x="1606550" y="655729"/>
                                </a:lnTo>
                                <a:close/>
                                <a:moveTo>
                                  <a:pt x="3258527" y="654121"/>
                                </a:moveTo>
                                <a:lnTo>
                                  <a:pt x="3267075" y="658451"/>
                                </a:lnTo>
                                <a:lnTo>
                                  <a:pt x="3263168" y="658884"/>
                                </a:lnTo>
                                <a:lnTo>
                                  <a:pt x="3254375" y="654986"/>
                                </a:lnTo>
                                <a:lnTo>
                                  <a:pt x="3258527" y="654121"/>
                                </a:lnTo>
                                <a:close/>
                                <a:moveTo>
                                  <a:pt x="3273425" y="650940"/>
                                </a:moveTo>
                                <a:lnTo>
                                  <a:pt x="3273220" y="651167"/>
                                </a:lnTo>
                                <a:lnTo>
                                  <a:pt x="3267075" y="652528"/>
                                </a:lnTo>
                                <a:lnTo>
                                  <a:pt x="3270762" y="651167"/>
                                </a:lnTo>
                                <a:lnTo>
                                  <a:pt x="3273425" y="650940"/>
                                </a:lnTo>
                                <a:close/>
                                <a:moveTo>
                                  <a:pt x="3389645" y="649359"/>
                                </a:moveTo>
                                <a:lnTo>
                                  <a:pt x="3390310" y="649359"/>
                                </a:lnTo>
                                <a:lnTo>
                                  <a:pt x="3392303" y="649609"/>
                                </a:lnTo>
                                <a:lnTo>
                                  <a:pt x="3394075" y="654121"/>
                                </a:lnTo>
                                <a:lnTo>
                                  <a:pt x="3384550" y="653119"/>
                                </a:lnTo>
                                <a:lnTo>
                                  <a:pt x="3391639" y="653119"/>
                                </a:lnTo>
                                <a:lnTo>
                                  <a:pt x="3389645" y="649359"/>
                                </a:lnTo>
                                <a:close/>
                                <a:moveTo>
                                  <a:pt x="1405506" y="640764"/>
                                </a:moveTo>
                                <a:lnTo>
                                  <a:pt x="1402094" y="643178"/>
                                </a:lnTo>
                                <a:lnTo>
                                  <a:pt x="1396720" y="647093"/>
                                </a:lnTo>
                                <a:lnTo>
                                  <a:pt x="1402103" y="643211"/>
                                </a:lnTo>
                                <a:lnTo>
                                  <a:pt x="1405506" y="640764"/>
                                </a:lnTo>
                                <a:close/>
                                <a:moveTo>
                                  <a:pt x="2682875" y="639784"/>
                                </a:moveTo>
                                <a:lnTo>
                                  <a:pt x="2682875" y="641755"/>
                                </a:lnTo>
                                <a:lnTo>
                                  <a:pt x="2676525" y="646134"/>
                                </a:lnTo>
                                <a:lnTo>
                                  <a:pt x="2678906" y="643069"/>
                                </a:lnTo>
                                <a:lnTo>
                                  <a:pt x="2682875" y="639784"/>
                                </a:lnTo>
                                <a:close/>
                                <a:moveTo>
                                  <a:pt x="2688930" y="638197"/>
                                </a:moveTo>
                                <a:lnTo>
                                  <a:pt x="2690812" y="638197"/>
                                </a:lnTo>
                                <a:lnTo>
                                  <a:pt x="2690812" y="638364"/>
                                </a:lnTo>
                                <a:lnTo>
                                  <a:pt x="2684462" y="641372"/>
                                </a:lnTo>
                                <a:lnTo>
                                  <a:pt x="2688930" y="638197"/>
                                </a:lnTo>
                                <a:close/>
                                <a:moveTo>
                                  <a:pt x="2727552" y="638196"/>
                                </a:moveTo>
                                <a:lnTo>
                                  <a:pt x="2730500" y="638629"/>
                                </a:lnTo>
                                <a:lnTo>
                                  <a:pt x="2730273" y="638629"/>
                                </a:lnTo>
                                <a:lnTo>
                                  <a:pt x="2724150" y="639784"/>
                                </a:lnTo>
                                <a:lnTo>
                                  <a:pt x="2727552" y="638196"/>
                                </a:lnTo>
                                <a:close/>
                                <a:moveTo>
                                  <a:pt x="1631473" y="636678"/>
                                </a:moveTo>
                                <a:lnTo>
                                  <a:pt x="1631712" y="636678"/>
                                </a:lnTo>
                                <a:lnTo>
                                  <a:pt x="1627187" y="638266"/>
                                </a:lnTo>
                                <a:lnTo>
                                  <a:pt x="1631473" y="636678"/>
                                </a:lnTo>
                                <a:close/>
                                <a:moveTo>
                                  <a:pt x="1637739" y="636677"/>
                                </a:moveTo>
                                <a:lnTo>
                                  <a:pt x="1638300" y="636677"/>
                                </a:lnTo>
                                <a:lnTo>
                                  <a:pt x="1637926" y="636942"/>
                                </a:lnTo>
                                <a:lnTo>
                                  <a:pt x="1635125" y="638265"/>
                                </a:lnTo>
                                <a:lnTo>
                                  <a:pt x="1637739" y="636677"/>
                                </a:lnTo>
                                <a:close/>
                                <a:moveTo>
                                  <a:pt x="1412875" y="636633"/>
                                </a:moveTo>
                                <a:lnTo>
                                  <a:pt x="1412656" y="637134"/>
                                </a:lnTo>
                                <a:lnTo>
                                  <a:pt x="1408277" y="640393"/>
                                </a:lnTo>
                                <a:lnTo>
                                  <a:pt x="1406525" y="641396"/>
                                </a:lnTo>
                                <a:lnTo>
                                  <a:pt x="1412875" y="636633"/>
                                </a:lnTo>
                                <a:close/>
                                <a:moveTo>
                                  <a:pt x="1644415" y="633502"/>
                                </a:moveTo>
                                <a:lnTo>
                                  <a:pt x="1644650" y="633502"/>
                                </a:lnTo>
                                <a:lnTo>
                                  <a:pt x="1638300" y="636677"/>
                                </a:lnTo>
                                <a:lnTo>
                                  <a:pt x="1644415" y="633502"/>
                                </a:lnTo>
                                <a:close/>
                                <a:moveTo>
                                  <a:pt x="2746375" y="633433"/>
                                </a:moveTo>
                                <a:lnTo>
                                  <a:pt x="2745910" y="633830"/>
                                </a:lnTo>
                                <a:lnTo>
                                  <a:pt x="2736850" y="636608"/>
                                </a:lnTo>
                                <a:lnTo>
                                  <a:pt x="2740335" y="634227"/>
                                </a:lnTo>
                                <a:lnTo>
                                  <a:pt x="2746375" y="633433"/>
                                </a:lnTo>
                                <a:close/>
                                <a:moveTo>
                                  <a:pt x="1417491" y="631644"/>
                                </a:moveTo>
                                <a:lnTo>
                                  <a:pt x="1412512" y="635273"/>
                                </a:lnTo>
                                <a:lnTo>
                                  <a:pt x="1411833" y="635500"/>
                                </a:lnTo>
                                <a:lnTo>
                                  <a:pt x="1349375" y="681084"/>
                                </a:lnTo>
                                <a:lnTo>
                                  <a:pt x="1385130" y="654096"/>
                                </a:lnTo>
                                <a:lnTo>
                                  <a:pt x="1389656" y="650921"/>
                                </a:lnTo>
                                <a:lnTo>
                                  <a:pt x="1384677" y="655003"/>
                                </a:lnTo>
                                <a:lnTo>
                                  <a:pt x="1392146" y="649107"/>
                                </a:lnTo>
                                <a:lnTo>
                                  <a:pt x="1404719" y="640177"/>
                                </a:lnTo>
                                <a:lnTo>
                                  <a:pt x="1417491" y="631644"/>
                                </a:lnTo>
                                <a:close/>
                                <a:moveTo>
                                  <a:pt x="1952534" y="631266"/>
                                </a:moveTo>
                                <a:lnTo>
                                  <a:pt x="1950719" y="631493"/>
                                </a:lnTo>
                                <a:lnTo>
                                  <a:pt x="1950039" y="631493"/>
                                </a:lnTo>
                                <a:lnTo>
                                  <a:pt x="1945729" y="632174"/>
                                </a:lnTo>
                                <a:lnTo>
                                  <a:pt x="1948451" y="632401"/>
                                </a:lnTo>
                                <a:lnTo>
                                  <a:pt x="1953214" y="631266"/>
                                </a:lnTo>
                                <a:lnTo>
                                  <a:pt x="1952761" y="631266"/>
                                </a:lnTo>
                                <a:lnTo>
                                  <a:pt x="1952534" y="631266"/>
                                </a:lnTo>
                                <a:close/>
                                <a:moveTo>
                                  <a:pt x="2705100" y="630259"/>
                                </a:moveTo>
                                <a:lnTo>
                                  <a:pt x="2708275" y="631212"/>
                                </a:lnTo>
                                <a:lnTo>
                                  <a:pt x="2707542" y="631847"/>
                                </a:lnTo>
                                <a:lnTo>
                                  <a:pt x="2705100" y="630259"/>
                                </a:lnTo>
                                <a:close/>
                                <a:moveTo>
                                  <a:pt x="2701017" y="630259"/>
                                </a:moveTo>
                                <a:lnTo>
                                  <a:pt x="2706687" y="631480"/>
                                </a:lnTo>
                                <a:lnTo>
                                  <a:pt x="2706233" y="631724"/>
                                </a:lnTo>
                                <a:lnTo>
                                  <a:pt x="2690812" y="639784"/>
                                </a:lnTo>
                                <a:lnTo>
                                  <a:pt x="2693306" y="636120"/>
                                </a:lnTo>
                                <a:lnTo>
                                  <a:pt x="2691946" y="634899"/>
                                </a:lnTo>
                                <a:lnTo>
                                  <a:pt x="2694214" y="632213"/>
                                </a:lnTo>
                                <a:lnTo>
                                  <a:pt x="2701017" y="630259"/>
                                </a:lnTo>
                                <a:close/>
                                <a:moveTo>
                                  <a:pt x="1647031" y="628740"/>
                                </a:moveTo>
                                <a:lnTo>
                                  <a:pt x="1647428" y="628939"/>
                                </a:lnTo>
                                <a:lnTo>
                                  <a:pt x="1647825" y="628741"/>
                                </a:lnTo>
                                <a:lnTo>
                                  <a:pt x="1647707" y="629078"/>
                                </a:lnTo>
                                <a:lnTo>
                                  <a:pt x="1647825" y="629137"/>
                                </a:lnTo>
                                <a:lnTo>
                                  <a:pt x="1647666" y="629197"/>
                                </a:lnTo>
                                <a:lnTo>
                                  <a:pt x="1647415" y="629917"/>
                                </a:lnTo>
                                <a:lnTo>
                                  <a:pt x="1646596" y="630857"/>
                                </a:lnTo>
                                <a:lnTo>
                                  <a:pt x="1637378" y="634620"/>
                                </a:lnTo>
                                <a:lnTo>
                                  <a:pt x="1636763" y="634855"/>
                                </a:lnTo>
                                <a:lnTo>
                                  <a:pt x="1636559" y="634855"/>
                                </a:lnTo>
                                <a:lnTo>
                                  <a:pt x="1636354" y="634855"/>
                                </a:lnTo>
                                <a:lnTo>
                                  <a:pt x="1636149" y="634855"/>
                                </a:lnTo>
                                <a:lnTo>
                                  <a:pt x="1635739" y="634855"/>
                                </a:lnTo>
                                <a:lnTo>
                                  <a:pt x="1635739" y="635091"/>
                                </a:lnTo>
                                <a:lnTo>
                                  <a:pt x="1635534" y="635091"/>
                                </a:lnTo>
                                <a:lnTo>
                                  <a:pt x="1635125" y="635091"/>
                                </a:lnTo>
                                <a:lnTo>
                                  <a:pt x="1639764" y="632771"/>
                                </a:lnTo>
                                <a:lnTo>
                                  <a:pt x="1630362" y="635091"/>
                                </a:lnTo>
                                <a:lnTo>
                                  <a:pt x="1640183" y="631916"/>
                                </a:lnTo>
                                <a:lnTo>
                                  <a:pt x="1641184" y="632061"/>
                                </a:lnTo>
                                <a:lnTo>
                                  <a:pt x="1644650" y="630328"/>
                                </a:lnTo>
                                <a:lnTo>
                                  <a:pt x="1647031" y="628740"/>
                                </a:lnTo>
                                <a:close/>
                                <a:moveTo>
                                  <a:pt x="1420885" y="628696"/>
                                </a:moveTo>
                                <a:lnTo>
                                  <a:pt x="1404719" y="640177"/>
                                </a:lnTo>
                                <a:lnTo>
                                  <a:pt x="1404591" y="640263"/>
                                </a:lnTo>
                                <a:lnTo>
                                  <a:pt x="1420885" y="628696"/>
                                </a:lnTo>
                                <a:close/>
                                <a:moveTo>
                                  <a:pt x="1425575" y="628696"/>
                                </a:moveTo>
                                <a:lnTo>
                                  <a:pt x="1412875" y="636634"/>
                                </a:lnTo>
                                <a:lnTo>
                                  <a:pt x="1422889" y="630283"/>
                                </a:lnTo>
                                <a:lnTo>
                                  <a:pt x="1425575" y="628696"/>
                                </a:lnTo>
                                <a:close/>
                                <a:moveTo>
                                  <a:pt x="2725420" y="628671"/>
                                </a:moveTo>
                                <a:lnTo>
                                  <a:pt x="2725738" y="628671"/>
                                </a:lnTo>
                                <a:lnTo>
                                  <a:pt x="2720975" y="631846"/>
                                </a:lnTo>
                                <a:lnTo>
                                  <a:pt x="2725420" y="628671"/>
                                </a:lnTo>
                                <a:close/>
                                <a:moveTo>
                                  <a:pt x="1653139" y="623977"/>
                                </a:moveTo>
                                <a:lnTo>
                                  <a:pt x="1654175" y="625035"/>
                                </a:lnTo>
                                <a:lnTo>
                                  <a:pt x="1650240" y="627152"/>
                                </a:lnTo>
                                <a:lnTo>
                                  <a:pt x="1649412" y="625882"/>
                                </a:lnTo>
                                <a:lnTo>
                                  <a:pt x="1653139" y="623977"/>
                                </a:lnTo>
                                <a:close/>
                                <a:moveTo>
                                  <a:pt x="2728912" y="623909"/>
                                </a:moveTo>
                                <a:lnTo>
                                  <a:pt x="2728239" y="624703"/>
                                </a:lnTo>
                                <a:lnTo>
                                  <a:pt x="2709862" y="631847"/>
                                </a:lnTo>
                                <a:lnTo>
                                  <a:pt x="2719051" y="625695"/>
                                </a:lnTo>
                                <a:lnTo>
                                  <a:pt x="2722188" y="626886"/>
                                </a:lnTo>
                                <a:lnTo>
                                  <a:pt x="2728912" y="623909"/>
                                </a:lnTo>
                                <a:close/>
                                <a:moveTo>
                                  <a:pt x="2926254" y="618574"/>
                                </a:moveTo>
                                <a:lnTo>
                                  <a:pt x="2925989" y="626268"/>
                                </a:lnTo>
                                <a:lnTo>
                                  <a:pt x="2931885" y="627629"/>
                                </a:lnTo>
                                <a:lnTo>
                                  <a:pt x="2929617" y="633074"/>
                                </a:lnTo>
                                <a:lnTo>
                                  <a:pt x="2930524" y="637158"/>
                                </a:lnTo>
                                <a:lnTo>
                                  <a:pt x="2939143" y="645780"/>
                                </a:lnTo>
                                <a:lnTo>
                                  <a:pt x="2937102" y="662796"/>
                                </a:lnTo>
                                <a:lnTo>
                                  <a:pt x="2943482" y="667738"/>
                                </a:lnTo>
                                <a:lnTo>
                                  <a:pt x="2942689" y="666146"/>
                                </a:lnTo>
                                <a:lnTo>
                                  <a:pt x="2941559" y="663198"/>
                                </a:lnTo>
                                <a:lnTo>
                                  <a:pt x="2940655" y="660250"/>
                                </a:lnTo>
                                <a:lnTo>
                                  <a:pt x="2939977" y="657075"/>
                                </a:lnTo>
                                <a:lnTo>
                                  <a:pt x="2939525" y="654127"/>
                                </a:lnTo>
                                <a:lnTo>
                                  <a:pt x="2939299" y="651179"/>
                                </a:lnTo>
                                <a:lnTo>
                                  <a:pt x="2939073" y="648457"/>
                                </a:lnTo>
                                <a:lnTo>
                                  <a:pt x="2939299" y="645736"/>
                                </a:lnTo>
                                <a:lnTo>
                                  <a:pt x="2939525" y="643241"/>
                                </a:lnTo>
                                <a:lnTo>
                                  <a:pt x="2930485" y="636211"/>
                                </a:lnTo>
                                <a:lnTo>
                                  <a:pt x="2932971" y="628047"/>
                                </a:lnTo>
                                <a:lnTo>
                                  <a:pt x="2926254" y="618574"/>
                                </a:lnTo>
                                <a:close/>
                                <a:moveTo>
                                  <a:pt x="1658937" y="617628"/>
                                </a:moveTo>
                                <a:lnTo>
                                  <a:pt x="1658720" y="617844"/>
                                </a:lnTo>
                                <a:lnTo>
                                  <a:pt x="1649412" y="622391"/>
                                </a:lnTo>
                                <a:lnTo>
                                  <a:pt x="1658937" y="617628"/>
                                </a:lnTo>
                                <a:close/>
                                <a:moveTo>
                                  <a:pt x="2756022" y="617558"/>
                                </a:moveTo>
                                <a:lnTo>
                                  <a:pt x="2757488" y="619756"/>
                                </a:lnTo>
                                <a:lnTo>
                                  <a:pt x="2752725" y="620733"/>
                                </a:lnTo>
                                <a:lnTo>
                                  <a:pt x="2756022" y="617558"/>
                                </a:lnTo>
                                <a:close/>
                                <a:moveTo>
                                  <a:pt x="2797233" y="616949"/>
                                </a:moveTo>
                                <a:lnTo>
                                  <a:pt x="2796948" y="617461"/>
                                </a:lnTo>
                                <a:lnTo>
                                  <a:pt x="2795133" y="619500"/>
                                </a:lnTo>
                                <a:lnTo>
                                  <a:pt x="2792866" y="621993"/>
                                </a:lnTo>
                                <a:lnTo>
                                  <a:pt x="2789691" y="624712"/>
                                </a:lnTo>
                                <a:lnTo>
                                  <a:pt x="2786289" y="627657"/>
                                </a:lnTo>
                                <a:lnTo>
                                  <a:pt x="2785797" y="628019"/>
                                </a:lnTo>
                                <a:lnTo>
                                  <a:pt x="2794226" y="627175"/>
                                </a:lnTo>
                                <a:lnTo>
                                  <a:pt x="2797233" y="616949"/>
                                </a:lnTo>
                                <a:close/>
                                <a:moveTo>
                                  <a:pt x="1496055" y="614412"/>
                                </a:moveTo>
                                <a:lnTo>
                                  <a:pt x="1496274" y="614648"/>
                                </a:lnTo>
                                <a:lnTo>
                                  <a:pt x="1494513" y="617711"/>
                                </a:lnTo>
                                <a:lnTo>
                                  <a:pt x="1496494" y="618419"/>
                                </a:lnTo>
                                <a:lnTo>
                                  <a:pt x="1501776" y="617711"/>
                                </a:lnTo>
                                <a:lnTo>
                                  <a:pt x="1501776" y="618654"/>
                                </a:lnTo>
                                <a:lnTo>
                                  <a:pt x="1501776" y="619597"/>
                                </a:lnTo>
                                <a:lnTo>
                                  <a:pt x="1501555" y="620539"/>
                                </a:lnTo>
                                <a:lnTo>
                                  <a:pt x="1501115" y="621482"/>
                                </a:lnTo>
                                <a:lnTo>
                                  <a:pt x="1499795" y="623131"/>
                                </a:lnTo>
                                <a:lnTo>
                                  <a:pt x="1498035" y="625017"/>
                                </a:lnTo>
                                <a:lnTo>
                                  <a:pt x="1493413" y="628787"/>
                                </a:lnTo>
                                <a:lnTo>
                                  <a:pt x="1491213" y="630908"/>
                                </a:lnTo>
                                <a:lnTo>
                                  <a:pt x="1488572" y="633028"/>
                                </a:lnTo>
                                <a:lnTo>
                                  <a:pt x="1486372" y="635149"/>
                                </a:lnTo>
                                <a:lnTo>
                                  <a:pt x="1483732" y="637035"/>
                                </a:lnTo>
                                <a:lnTo>
                                  <a:pt x="1480870" y="639627"/>
                                </a:lnTo>
                                <a:lnTo>
                                  <a:pt x="1479330" y="640570"/>
                                </a:lnTo>
                                <a:lnTo>
                                  <a:pt x="1473389" y="643397"/>
                                </a:lnTo>
                                <a:lnTo>
                                  <a:pt x="1472949" y="643397"/>
                                </a:lnTo>
                                <a:lnTo>
                                  <a:pt x="1470089" y="640334"/>
                                </a:lnTo>
                                <a:lnTo>
                                  <a:pt x="1462166" y="643161"/>
                                </a:lnTo>
                                <a:lnTo>
                                  <a:pt x="1457325" y="644575"/>
                                </a:lnTo>
                                <a:lnTo>
                                  <a:pt x="1464367" y="637270"/>
                                </a:lnTo>
                                <a:lnTo>
                                  <a:pt x="1475149" y="629023"/>
                                </a:lnTo>
                                <a:lnTo>
                                  <a:pt x="1496055" y="614412"/>
                                </a:lnTo>
                                <a:close/>
                                <a:moveTo>
                                  <a:pt x="1477943" y="614407"/>
                                </a:moveTo>
                                <a:lnTo>
                                  <a:pt x="1439527" y="639574"/>
                                </a:lnTo>
                                <a:lnTo>
                                  <a:pt x="1439990" y="638914"/>
                                </a:lnTo>
                                <a:lnTo>
                                  <a:pt x="1440445" y="638006"/>
                                </a:lnTo>
                                <a:lnTo>
                                  <a:pt x="1424309" y="647990"/>
                                </a:lnTo>
                                <a:lnTo>
                                  <a:pt x="1422945" y="649124"/>
                                </a:lnTo>
                                <a:lnTo>
                                  <a:pt x="1422718" y="649124"/>
                                </a:lnTo>
                                <a:lnTo>
                                  <a:pt x="1415900" y="654570"/>
                                </a:lnTo>
                                <a:lnTo>
                                  <a:pt x="1417549" y="653972"/>
                                </a:lnTo>
                                <a:lnTo>
                                  <a:pt x="1401336" y="664594"/>
                                </a:lnTo>
                                <a:lnTo>
                                  <a:pt x="1401809" y="663647"/>
                                </a:lnTo>
                                <a:lnTo>
                                  <a:pt x="1402264" y="662058"/>
                                </a:lnTo>
                                <a:lnTo>
                                  <a:pt x="1402492" y="660924"/>
                                </a:lnTo>
                                <a:lnTo>
                                  <a:pt x="1402492" y="660243"/>
                                </a:lnTo>
                                <a:lnTo>
                                  <a:pt x="1402036" y="659789"/>
                                </a:lnTo>
                                <a:lnTo>
                                  <a:pt x="1401355" y="659789"/>
                                </a:lnTo>
                                <a:lnTo>
                                  <a:pt x="1400218" y="660017"/>
                                </a:lnTo>
                                <a:lnTo>
                                  <a:pt x="1397719" y="661605"/>
                                </a:lnTo>
                                <a:lnTo>
                                  <a:pt x="1394310" y="663874"/>
                                </a:lnTo>
                                <a:lnTo>
                                  <a:pt x="1389991" y="666824"/>
                                </a:lnTo>
                                <a:lnTo>
                                  <a:pt x="1385446" y="670681"/>
                                </a:lnTo>
                                <a:lnTo>
                                  <a:pt x="1375446" y="679304"/>
                                </a:lnTo>
                                <a:lnTo>
                                  <a:pt x="1365447" y="687700"/>
                                </a:lnTo>
                                <a:lnTo>
                                  <a:pt x="1363160" y="689602"/>
                                </a:lnTo>
                                <a:lnTo>
                                  <a:pt x="1362947" y="689742"/>
                                </a:lnTo>
                                <a:lnTo>
                                  <a:pt x="1349083" y="696776"/>
                                </a:lnTo>
                                <a:lnTo>
                                  <a:pt x="1361226" y="691211"/>
                                </a:lnTo>
                                <a:lnTo>
                                  <a:pt x="1357265" y="694507"/>
                                </a:lnTo>
                                <a:lnTo>
                                  <a:pt x="1356295" y="695338"/>
                                </a:lnTo>
                                <a:lnTo>
                                  <a:pt x="1351584" y="698819"/>
                                </a:lnTo>
                                <a:lnTo>
                                  <a:pt x="1354083" y="697230"/>
                                </a:lnTo>
                                <a:lnTo>
                                  <a:pt x="1356295" y="695338"/>
                                </a:lnTo>
                                <a:lnTo>
                                  <a:pt x="1362947" y="690423"/>
                                </a:lnTo>
                                <a:lnTo>
                                  <a:pt x="1361226" y="691211"/>
                                </a:lnTo>
                                <a:lnTo>
                                  <a:pt x="1363160" y="689602"/>
                                </a:lnTo>
                                <a:lnTo>
                                  <a:pt x="1401336" y="664594"/>
                                </a:lnTo>
                                <a:lnTo>
                                  <a:pt x="1399536" y="668185"/>
                                </a:lnTo>
                                <a:lnTo>
                                  <a:pt x="1418400" y="653663"/>
                                </a:lnTo>
                                <a:lnTo>
                                  <a:pt x="1417549" y="653972"/>
                                </a:lnTo>
                                <a:lnTo>
                                  <a:pt x="1439527" y="639574"/>
                                </a:lnTo>
                                <a:lnTo>
                                  <a:pt x="1436808" y="643452"/>
                                </a:lnTo>
                                <a:lnTo>
                                  <a:pt x="1448172" y="634375"/>
                                </a:lnTo>
                                <a:lnTo>
                                  <a:pt x="1448853" y="636417"/>
                                </a:lnTo>
                                <a:lnTo>
                                  <a:pt x="1451126" y="633467"/>
                                </a:lnTo>
                                <a:lnTo>
                                  <a:pt x="1453626" y="631198"/>
                                </a:lnTo>
                                <a:lnTo>
                                  <a:pt x="1456125" y="629156"/>
                                </a:lnTo>
                                <a:lnTo>
                                  <a:pt x="1458399" y="627795"/>
                                </a:lnTo>
                                <a:lnTo>
                                  <a:pt x="1460216" y="626660"/>
                                </a:lnTo>
                                <a:lnTo>
                                  <a:pt x="1462034" y="626206"/>
                                </a:lnTo>
                                <a:lnTo>
                                  <a:pt x="1463398" y="626206"/>
                                </a:lnTo>
                                <a:lnTo>
                                  <a:pt x="1463853" y="626433"/>
                                </a:lnTo>
                                <a:lnTo>
                                  <a:pt x="1464080" y="626887"/>
                                </a:lnTo>
                                <a:lnTo>
                                  <a:pt x="1487488" y="618037"/>
                                </a:lnTo>
                                <a:lnTo>
                                  <a:pt x="1478852" y="625072"/>
                                </a:lnTo>
                                <a:lnTo>
                                  <a:pt x="1469534" y="631879"/>
                                </a:lnTo>
                                <a:lnTo>
                                  <a:pt x="1460216" y="638687"/>
                                </a:lnTo>
                                <a:lnTo>
                                  <a:pt x="1450672" y="645267"/>
                                </a:lnTo>
                                <a:lnTo>
                                  <a:pt x="1440899" y="651394"/>
                                </a:lnTo>
                                <a:lnTo>
                                  <a:pt x="1431581" y="657520"/>
                                </a:lnTo>
                                <a:lnTo>
                                  <a:pt x="1421809" y="663420"/>
                                </a:lnTo>
                                <a:lnTo>
                                  <a:pt x="1411809" y="669320"/>
                                </a:lnTo>
                                <a:lnTo>
                                  <a:pt x="1429536" y="659563"/>
                                </a:lnTo>
                                <a:lnTo>
                                  <a:pt x="1428172" y="661832"/>
                                </a:lnTo>
                                <a:lnTo>
                                  <a:pt x="1443399" y="651847"/>
                                </a:lnTo>
                                <a:lnTo>
                                  <a:pt x="1432035" y="659336"/>
                                </a:lnTo>
                                <a:lnTo>
                                  <a:pt x="1439308" y="656159"/>
                                </a:lnTo>
                                <a:lnTo>
                                  <a:pt x="1424309" y="667958"/>
                                </a:lnTo>
                                <a:lnTo>
                                  <a:pt x="1431809" y="662739"/>
                                </a:lnTo>
                                <a:lnTo>
                                  <a:pt x="1420899" y="672496"/>
                                </a:lnTo>
                                <a:lnTo>
                                  <a:pt x="1426808" y="667958"/>
                                </a:lnTo>
                                <a:lnTo>
                                  <a:pt x="1423399" y="671589"/>
                                </a:lnTo>
                                <a:lnTo>
                                  <a:pt x="1422490" y="672496"/>
                                </a:lnTo>
                                <a:lnTo>
                                  <a:pt x="1424763" y="670681"/>
                                </a:lnTo>
                                <a:lnTo>
                                  <a:pt x="1432717" y="662966"/>
                                </a:lnTo>
                                <a:lnTo>
                                  <a:pt x="1439308" y="657067"/>
                                </a:lnTo>
                                <a:lnTo>
                                  <a:pt x="1439762" y="656840"/>
                                </a:lnTo>
                                <a:lnTo>
                                  <a:pt x="1439308" y="657293"/>
                                </a:lnTo>
                                <a:lnTo>
                                  <a:pt x="1435671" y="661378"/>
                                </a:lnTo>
                                <a:lnTo>
                                  <a:pt x="1443626" y="655705"/>
                                </a:lnTo>
                                <a:lnTo>
                                  <a:pt x="1447717" y="652982"/>
                                </a:lnTo>
                                <a:lnTo>
                                  <a:pt x="1451808" y="650713"/>
                                </a:lnTo>
                                <a:lnTo>
                                  <a:pt x="1455671" y="648897"/>
                                </a:lnTo>
                                <a:lnTo>
                                  <a:pt x="1459762" y="647082"/>
                                </a:lnTo>
                                <a:lnTo>
                                  <a:pt x="1463853" y="645948"/>
                                </a:lnTo>
                                <a:lnTo>
                                  <a:pt x="1466125" y="645721"/>
                                </a:lnTo>
                                <a:lnTo>
                                  <a:pt x="1468399" y="645494"/>
                                </a:lnTo>
                                <a:lnTo>
                                  <a:pt x="1463626" y="650713"/>
                                </a:lnTo>
                                <a:lnTo>
                                  <a:pt x="1468852" y="649124"/>
                                </a:lnTo>
                                <a:lnTo>
                                  <a:pt x="1464989" y="652301"/>
                                </a:lnTo>
                                <a:lnTo>
                                  <a:pt x="1460898" y="655251"/>
                                </a:lnTo>
                                <a:lnTo>
                                  <a:pt x="1456808" y="657974"/>
                                </a:lnTo>
                                <a:lnTo>
                                  <a:pt x="1452489" y="660470"/>
                                </a:lnTo>
                                <a:lnTo>
                                  <a:pt x="1448172" y="662966"/>
                                </a:lnTo>
                                <a:lnTo>
                                  <a:pt x="1447161" y="663471"/>
                                </a:lnTo>
                                <a:lnTo>
                                  <a:pt x="1445444" y="663874"/>
                                </a:lnTo>
                                <a:lnTo>
                                  <a:pt x="1441581" y="665236"/>
                                </a:lnTo>
                                <a:lnTo>
                                  <a:pt x="1437945" y="666824"/>
                                </a:lnTo>
                                <a:lnTo>
                                  <a:pt x="1434535" y="669093"/>
                                </a:lnTo>
                                <a:lnTo>
                                  <a:pt x="1439080" y="667051"/>
                                </a:lnTo>
                                <a:lnTo>
                                  <a:pt x="1443626" y="665236"/>
                                </a:lnTo>
                                <a:lnTo>
                                  <a:pt x="1447161" y="663471"/>
                                </a:lnTo>
                                <a:lnTo>
                                  <a:pt x="1449307" y="662966"/>
                                </a:lnTo>
                                <a:lnTo>
                                  <a:pt x="1447142" y="664167"/>
                                </a:lnTo>
                                <a:lnTo>
                                  <a:pt x="1445217" y="665008"/>
                                </a:lnTo>
                                <a:lnTo>
                                  <a:pt x="1441808" y="666370"/>
                                </a:lnTo>
                                <a:lnTo>
                                  <a:pt x="1438399" y="668185"/>
                                </a:lnTo>
                                <a:lnTo>
                                  <a:pt x="1435217" y="670001"/>
                                </a:lnTo>
                                <a:lnTo>
                                  <a:pt x="1431809" y="672270"/>
                                </a:lnTo>
                                <a:lnTo>
                                  <a:pt x="1428854" y="674312"/>
                                </a:lnTo>
                                <a:lnTo>
                                  <a:pt x="1447142" y="664167"/>
                                </a:lnTo>
                                <a:lnTo>
                                  <a:pt x="1448853" y="663420"/>
                                </a:lnTo>
                                <a:lnTo>
                                  <a:pt x="1452489" y="662512"/>
                                </a:lnTo>
                                <a:lnTo>
                                  <a:pt x="1456353" y="661605"/>
                                </a:lnTo>
                                <a:lnTo>
                                  <a:pt x="1454308" y="662966"/>
                                </a:lnTo>
                                <a:lnTo>
                                  <a:pt x="1450444" y="665462"/>
                                </a:lnTo>
                                <a:lnTo>
                                  <a:pt x="1440672" y="671589"/>
                                </a:lnTo>
                                <a:lnTo>
                                  <a:pt x="1436436" y="674077"/>
                                </a:lnTo>
                                <a:lnTo>
                                  <a:pt x="1436353" y="674085"/>
                                </a:lnTo>
                                <a:lnTo>
                                  <a:pt x="1434535" y="674766"/>
                                </a:lnTo>
                                <a:lnTo>
                                  <a:pt x="1432262" y="675446"/>
                                </a:lnTo>
                                <a:lnTo>
                                  <a:pt x="1429990" y="676581"/>
                                </a:lnTo>
                                <a:lnTo>
                                  <a:pt x="1428172" y="678170"/>
                                </a:lnTo>
                                <a:lnTo>
                                  <a:pt x="1425899" y="679985"/>
                                </a:lnTo>
                                <a:lnTo>
                                  <a:pt x="1424400" y="681346"/>
                                </a:lnTo>
                                <a:lnTo>
                                  <a:pt x="1411582" y="689515"/>
                                </a:lnTo>
                                <a:lnTo>
                                  <a:pt x="1421952" y="683859"/>
                                </a:lnTo>
                                <a:lnTo>
                                  <a:pt x="1421354" y="684523"/>
                                </a:lnTo>
                                <a:lnTo>
                                  <a:pt x="1419081" y="687473"/>
                                </a:lnTo>
                                <a:lnTo>
                                  <a:pt x="1418506" y="688204"/>
                                </a:lnTo>
                                <a:lnTo>
                                  <a:pt x="1415900" y="689742"/>
                                </a:lnTo>
                                <a:lnTo>
                                  <a:pt x="1418343" y="688411"/>
                                </a:lnTo>
                                <a:lnTo>
                                  <a:pt x="1416582" y="690650"/>
                                </a:lnTo>
                                <a:lnTo>
                                  <a:pt x="1416208" y="691270"/>
                                </a:lnTo>
                                <a:lnTo>
                                  <a:pt x="1412492" y="693600"/>
                                </a:lnTo>
                                <a:lnTo>
                                  <a:pt x="1412945" y="693600"/>
                                </a:lnTo>
                                <a:lnTo>
                                  <a:pt x="1415702" y="692114"/>
                                </a:lnTo>
                                <a:lnTo>
                                  <a:pt x="1414536" y="694053"/>
                                </a:lnTo>
                                <a:lnTo>
                                  <a:pt x="1423854" y="688608"/>
                                </a:lnTo>
                                <a:lnTo>
                                  <a:pt x="1426127" y="687473"/>
                                </a:lnTo>
                                <a:lnTo>
                                  <a:pt x="1427263" y="685884"/>
                                </a:lnTo>
                                <a:lnTo>
                                  <a:pt x="1415702" y="692114"/>
                                </a:lnTo>
                                <a:lnTo>
                                  <a:pt x="1416208" y="691270"/>
                                </a:lnTo>
                                <a:lnTo>
                                  <a:pt x="1435671" y="679077"/>
                                </a:lnTo>
                                <a:lnTo>
                                  <a:pt x="1423627" y="685204"/>
                                </a:lnTo>
                                <a:lnTo>
                                  <a:pt x="1441565" y="674458"/>
                                </a:lnTo>
                                <a:lnTo>
                                  <a:pt x="1442489" y="674766"/>
                                </a:lnTo>
                                <a:lnTo>
                                  <a:pt x="1443677" y="675211"/>
                                </a:lnTo>
                                <a:lnTo>
                                  <a:pt x="1444625" y="674737"/>
                                </a:lnTo>
                                <a:lnTo>
                                  <a:pt x="1444420" y="674904"/>
                                </a:lnTo>
                                <a:lnTo>
                                  <a:pt x="1443743" y="675235"/>
                                </a:lnTo>
                                <a:lnTo>
                                  <a:pt x="1444236" y="675420"/>
                                </a:lnTo>
                                <a:lnTo>
                                  <a:pt x="1444331" y="675332"/>
                                </a:lnTo>
                                <a:lnTo>
                                  <a:pt x="1446213" y="674736"/>
                                </a:lnTo>
                                <a:lnTo>
                                  <a:pt x="1445085" y="675878"/>
                                </a:lnTo>
                                <a:lnTo>
                                  <a:pt x="1446353" y="676581"/>
                                </a:lnTo>
                                <a:lnTo>
                                  <a:pt x="1448400" y="678396"/>
                                </a:lnTo>
                                <a:lnTo>
                                  <a:pt x="1446580" y="680212"/>
                                </a:lnTo>
                                <a:lnTo>
                                  <a:pt x="1444081" y="682481"/>
                                </a:lnTo>
                                <a:lnTo>
                                  <a:pt x="1441354" y="684523"/>
                                </a:lnTo>
                                <a:lnTo>
                                  <a:pt x="1437945" y="687019"/>
                                </a:lnTo>
                                <a:lnTo>
                                  <a:pt x="1430520" y="691737"/>
                                </a:lnTo>
                                <a:lnTo>
                                  <a:pt x="1434824" y="690611"/>
                                </a:lnTo>
                                <a:lnTo>
                                  <a:pt x="1435100" y="690611"/>
                                </a:lnTo>
                                <a:lnTo>
                                  <a:pt x="1430468" y="691770"/>
                                </a:lnTo>
                                <a:lnTo>
                                  <a:pt x="1430445" y="691784"/>
                                </a:lnTo>
                                <a:lnTo>
                                  <a:pt x="1425458" y="694567"/>
                                </a:lnTo>
                                <a:lnTo>
                                  <a:pt x="1425575" y="694845"/>
                                </a:lnTo>
                                <a:lnTo>
                                  <a:pt x="1425131" y="695479"/>
                                </a:lnTo>
                                <a:lnTo>
                                  <a:pt x="1417102" y="698984"/>
                                </a:lnTo>
                                <a:lnTo>
                                  <a:pt x="1415442" y="699838"/>
                                </a:lnTo>
                                <a:lnTo>
                                  <a:pt x="1410218" y="702222"/>
                                </a:lnTo>
                                <a:lnTo>
                                  <a:pt x="1402945" y="706307"/>
                                </a:lnTo>
                                <a:lnTo>
                                  <a:pt x="1409082" y="703130"/>
                                </a:lnTo>
                                <a:lnTo>
                                  <a:pt x="1415218" y="699953"/>
                                </a:lnTo>
                                <a:lnTo>
                                  <a:pt x="1415442" y="699838"/>
                                </a:lnTo>
                                <a:lnTo>
                                  <a:pt x="1418173" y="698592"/>
                                </a:lnTo>
                                <a:lnTo>
                                  <a:pt x="1425899" y="695415"/>
                                </a:lnTo>
                                <a:lnTo>
                                  <a:pt x="1434081" y="692919"/>
                                </a:lnTo>
                                <a:lnTo>
                                  <a:pt x="1423399" y="699499"/>
                                </a:lnTo>
                                <a:lnTo>
                                  <a:pt x="1415092" y="704441"/>
                                </a:lnTo>
                                <a:lnTo>
                                  <a:pt x="1414536" y="704718"/>
                                </a:lnTo>
                                <a:lnTo>
                                  <a:pt x="1410445" y="706761"/>
                                </a:lnTo>
                                <a:lnTo>
                                  <a:pt x="1406976" y="708839"/>
                                </a:lnTo>
                                <a:lnTo>
                                  <a:pt x="1403991" y="710391"/>
                                </a:lnTo>
                                <a:lnTo>
                                  <a:pt x="1403627" y="710391"/>
                                </a:lnTo>
                                <a:lnTo>
                                  <a:pt x="1399536" y="712433"/>
                                </a:lnTo>
                                <a:lnTo>
                                  <a:pt x="1390673" y="717198"/>
                                </a:lnTo>
                                <a:lnTo>
                                  <a:pt x="1401809" y="711526"/>
                                </a:lnTo>
                                <a:lnTo>
                                  <a:pt x="1403991" y="710391"/>
                                </a:lnTo>
                                <a:lnTo>
                                  <a:pt x="1404310" y="710391"/>
                                </a:lnTo>
                                <a:lnTo>
                                  <a:pt x="1403627" y="710618"/>
                                </a:lnTo>
                                <a:lnTo>
                                  <a:pt x="1401939" y="711882"/>
                                </a:lnTo>
                                <a:lnTo>
                                  <a:pt x="1394764" y="716518"/>
                                </a:lnTo>
                                <a:lnTo>
                                  <a:pt x="1388173" y="720829"/>
                                </a:lnTo>
                                <a:lnTo>
                                  <a:pt x="1381583" y="725140"/>
                                </a:lnTo>
                                <a:lnTo>
                                  <a:pt x="1385446" y="722644"/>
                                </a:lnTo>
                                <a:lnTo>
                                  <a:pt x="1390673" y="719241"/>
                                </a:lnTo>
                                <a:lnTo>
                                  <a:pt x="1400900" y="712660"/>
                                </a:lnTo>
                                <a:lnTo>
                                  <a:pt x="1401939" y="711882"/>
                                </a:lnTo>
                                <a:lnTo>
                                  <a:pt x="1402492" y="711526"/>
                                </a:lnTo>
                                <a:lnTo>
                                  <a:pt x="1406976" y="708839"/>
                                </a:lnTo>
                                <a:lnTo>
                                  <a:pt x="1412719" y="705853"/>
                                </a:lnTo>
                                <a:lnTo>
                                  <a:pt x="1415092" y="704441"/>
                                </a:lnTo>
                                <a:lnTo>
                                  <a:pt x="1418173" y="702903"/>
                                </a:lnTo>
                                <a:lnTo>
                                  <a:pt x="1421581" y="701315"/>
                                </a:lnTo>
                                <a:lnTo>
                                  <a:pt x="1424536" y="700407"/>
                                </a:lnTo>
                                <a:lnTo>
                                  <a:pt x="1426582" y="700180"/>
                                </a:lnTo>
                                <a:lnTo>
                                  <a:pt x="1427718" y="700180"/>
                                </a:lnTo>
                                <a:lnTo>
                                  <a:pt x="1428626" y="700180"/>
                                </a:lnTo>
                                <a:lnTo>
                                  <a:pt x="1430445" y="699499"/>
                                </a:lnTo>
                                <a:lnTo>
                                  <a:pt x="1429081" y="700407"/>
                                </a:lnTo>
                                <a:lnTo>
                                  <a:pt x="1420218" y="705399"/>
                                </a:lnTo>
                                <a:lnTo>
                                  <a:pt x="1413742" y="708880"/>
                                </a:lnTo>
                                <a:lnTo>
                                  <a:pt x="1411127" y="709937"/>
                                </a:lnTo>
                                <a:lnTo>
                                  <a:pt x="1409536" y="710845"/>
                                </a:lnTo>
                                <a:lnTo>
                                  <a:pt x="1411355" y="710164"/>
                                </a:lnTo>
                                <a:lnTo>
                                  <a:pt x="1413742" y="708880"/>
                                </a:lnTo>
                                <a:lnTo>
                                  <a:pt x="1430218" y="702222"/>
                                </a:lnTo>
                                <a:lnTo>
                                  <a:pt x="1429990" y="702903"/>
                                </a:lnTo>
                                <a:lnTo>
                                  <a:pt x="1429536" y="703584"/>
                                </a:lnTo>
                                <a:lnTo>
                                  <a:pt x="1427945" y="705399"/>
                                </a:lnTo>
                                <a:lnTo>
                                  <a:pt x="1425444" y="706987"/>
                                </a:lnTo>
                                <a:lnTo>
                                  <a:pt x="1422036" y="709256"/>
                                </a:lnTo>
                                <a:lnTo>
                                  <a:pt x="1413854" y="714022"/>
                                </a:lnTo>
                                <a:lnTo>
                                  <a:pt x="1405218" y="719014"/>
                                </a:lnTo>
                                <a:lnTo>
                                  <a:pt x="1402361" y="720440"/>
                                </a:lnTo>
                                <a:lnTo>
                                  <a:pt x="1400900" y="720829"/>
                                </a:lnTo>
                                <a:lnTo>
                                  <a:pt x="1397719" y="721737"/>
                                </a:lnTo>
                                <a:lnTo>
                                  <a:pt x="1394310" y="723325"/>
                                </a:lnTo>
                                <a:lnTo>
                                  <a:pt x="1391355" y="724687"/>
                                </a:lnTo>
                                <a:lnTo>
                                  <a:pt x="1388173" y="726502"/>
                                </a:lnTo>
                                <a:lnTo>
                                  <a:pt x="1385219" y="728317"/>
                                </a:lnTo>
                                <a:lnTo>
                                  <a:pt x="1382264" y="730360"/>
                                </a:lnTo>
                                <a:lnTo>
                                  <a:pt x="1388629" y="727410"/>
                                </a:lnTo>
                                <a:lnTo>
                                  <a:pt x="1396127" y="723552"/>
                                </a:lnTo>
                                <a:lnTo>
                                  <a:pt x="1402361" y="720440"/>
                                </a:lnTo>
                                <a:lnTo>
                                  <a:pt x="1404310" y="719922"/>
                                </a:lnTo>
                                <a:lnTo>
                                  <a:pt x="1407718" y="719241"/>
                                </a:lnTo>
                                <a:lnTo>
                                  <a:pt x="1404082" y="722191"/>
                                </a:lnTo>
                                <a:lnTo>
                                  <a:pt x="1400218" y="724914"/>
                                </a:lnTo>
                                <a:lnTo>
                                  <a:pt x="1398649" y="726020"/>
                                </a:lnTo>
                                <a:lnTo>
                                  <a:pt x="1396582" y="726956"/>
                                </a:lnTo>
                                <a:lnTo>
                                  <a:pt x="1374992" y="737167"/>
                                </a:lnTo>
                                <a:lnTo>
                                  <a:pt x="1379537" y="735805"/>
                                </a:lnTo>
                                <a:lnTo>
                                  <a:pt x="1384083" y="733990"/>
                                </a:lnTo>
                                <a:lnTo>
                                  <a:pt x="1388173" y="731948"/>
                                </a:lnTo>
                                <a:lnTo>
                                  <a:pt x="1392264" y="729906"/>
                                </a:lnTo>
                                <a:lnTo>
                                  <a:pt x="1396355" y="727636"/>
                                </a:lnTo>
                                <a:lnTo>
                                  <a:pt x="1398649" y="726020"/>
                                </a:lnTo>
                                <a:lnTo>
                                  <a:pt x="1418627" y="716972"/>
                                </a:lnTo>
                                <a:lnTo>
                                  <a:pt x="1402036" y="731948"/>
                                </a:lnTo>
                                <a:lnTo>
                                  <a:pt x="1368628" y="741478"/>
                                </a:lnTo>
                                <a:lnTo>
                                  <a:pt x="1381355" y="739209"/>
                                </a:lnTo>
                                <a:lnTo>
                                  <a:pt x="1382719" y="741024"/>
                                </a:lnTo>
                                <a:lnTo>
                                  <a:pt x="1387491" y="741705"/>
                                </a:lnTo>
                                <a:lnTo>
                                  <a:pt x="1387264" y="743520"/>
                                </a:lnTo>
                                <a:lnTo>
                                  <a:pt x="1387037" y="745109"/>
                                </a:lnTo>
                                <a:lnTo>
                                  <a:pt x="1386128" y="746697"/>
                                </a:lnTo>
                                <a:lnTo>
                                  <a:pt x="1385446" y="747832"/>
                                </a:lnTo>
                                <a:lnTo>
                                  <a:pt x="1384538" y="748739"/>
                                </a:lnTo>
                                <a:lnTo>
                                  <a:pt x="1383173" y="749647"/>
                                </a:lnTo>
                                <a:lnTo>
                                  <a:pt x="1382037" y="750101"/>
                                </a:lnTo>
                                <a:lnTo>
                                  <a:pt x="1380901" y="750555"/>
                                </a:lnTo>
                                <a:lnTo>
                                  <a:pt x="1379310" y="750781"/>
                                </a:lnTo>
                                <a:lnTo>
                                  <a:pt x="1378174" y="750555"/>
                                </a:lnTo>
                                <a:lnTo>
                                  <a:pt x="1377037" y="750328"/>
                                </a:lnTo>
                                <a:lnTo>
                                  <a:pt x="1375446" y="750101"/>
                                </a:lnTo>
                                <a:lnTo>
                                  <a:pt x="1374538" y="749420"/>
                                </a:lnTo>
                                <a:lnTo>
                                  <a:pt x="1373174" y="748285"/>
                                </a:lnTo>
                                <a:lnTo>
                                  <a:pt x="1372492" y="747378"/>
                                </a:lnTo>
                                <a:lnTo>
                                  <a:pt x="1371810" y="746243"/>
                                </a:lnTo>
                                <a:lnTo>
                                  <a:pt x="1369097" y="747174"/>
                                </a:lnTo>
                                <a:lnTo>
                                  <a:pt x="1369083" y="747151"/>
                                </a:lnTo>
                                <a:lnTo>
                                  <a:pt x="1364538" y="748739"/>
                                </a:lnTo>
                                <a:lnTo>
                                  <a:pt x="1369097" y="747174"/>
                                </a:lnTo>
                                <a:lnTo>
                                  <a:pt x="1370447" y="749420"/>
                                </a:lnTo>
                                <a:lnTo>
                                  <a:pt x="1365447" y="750555"/>
                                </a:lnTo>
                                <a:lnTo>
                                  <a:pt x="1364083" y="752597"/>
                                </a:lnTo>
                                <a:lnTo>
                                  <a:pt x="1365901" y="753505"/>
                                </a:lnTo>
                                <a:lnTo>
                                  <a:pt x="1357720" y="757816"/>
                                </a:lnTo>
                                <a:lnTo>
                                  <a:pt x="1354765" y="762127"/>
                                </a:lnTo>
                                <a:lnTo>
                                  <a:pt x="1352267" y="762127"/>
                                </a:lnTo>
                                <a:lnTo>
                                  <a:pt x="1351811" y="764623"/>
                                </a:lnTo>
                                <a:lnTo>
                                  <a:pt x="1349311" y="764623"/>
                                </a:lnTo>
                                <a:lnTo>
                                  <a:pt x="1349083" y="764623"/>
                                </a:lnTo>
                                <a:lnTo>
                                  <a:pt x="1348857" y="764623"/>
                                </a:lnTo>
                                <a:lnTo>
                                  <a:pt x="1348630" y="764623"/>
                                </a:lnTo>
                                <a:lnTo>
                                  <a:pt x="1348403" y="764623"/>
                                </a:lnTo>
                                <a:lnTo>
                                  <a:pt x="1346583" y="764623"/>
                                </a:lnTo>
                                <a:lnTo>
                                  <a:pt x="1344766" y="763035"/>
                                </a:lnTo>
                                <a:lnTo>
                                  <a:pt x="1343174" y="764396"/>
                                </a:lnTo>
                                <a:lnTo>
                                  <a:pt x="1345675" y="768027"/>
                                </a:lnTo>
                                <a:lnTo>
                                  <a:pt x="1337039" y="772111"/>
                                </a:lnTo>
                                <a:lnTo>
                                  <a:pt x="1339084" y="773246"/>
                                </a:lnTo>
                                <a:lnTo>
                                  <a:pt x="1335221" y="777103"/>
                                </a:lnTo>
                                <a:lnTo>
                                  <a:pt x="1340996" y="774482"/>
                                </a:lnTo>
                                <a:lnTo>
                                  <a:pt x="1336357" y="778011"/>
                                </a:lnTo>
                                <a:lnTo>
                                  <a:pt x="1338403" y="776650"/>
                                </a:lnTo>
                                <a:lnTo>
                                  <a:pt x="1345448" y="776423"/>
                                </a:lnTo>
                                <a:lnTo>
                                  <a:pt x="1332948" y="780280"/>
                                </a:lnTo>
                                <a:lnTo>
                                  <a:pt x="1337266" y="779145"/>
                                </a:lnTo>
                                <a:lnTo>
                                  <a:pt x="1326811" y="786407"/>
                                </a:lnTo>
                                <a:lnTo>
                                  <a:pt x="1334312" y="781868"/>
                                </a:lnTo>
                                <a:lnTo>
                                  <a:pt x="1336584" y="782549"/>
                                </a:lnTo>
                                <a:lnTo>
                                  <a:pt x="1329539" y="787541"/>
                                </a:lnTo>
                                <a:lnTo>
                                  <a:pt x="1334539" y="786407"/>
                                </a:lnTo>
                                <a:lnTo>
                                  <a:pt x="1331812" y="788222"/>
                                </a:lnTo>
                                <a:lnTo>
                                  <a:pt x="1320903" y="795710"/>
                                </a:lnTo>
                                <a:lnTo>
                                  <a:pt x="1340220" y="785045"/>
                                </a:lnTo>
                                <a:lnTo>
                                  <a:pt x="1326504" y="795069"/>
                                </a:lnTo>
                                <a:lnTo>
                                  <a:pt x="1325676" y="795483"/>
                                </a:lnTo>
                                <a:lnTo>
                                  <a:pt x="1321812" y="798206"/>
                                </a:lnTo>
                                <a:lnTo>
                                  <a:pt x="1318176" y="801156"/>
                                </a:lnTo>
                                <a:lnTo>
                                  <a:pt x="1326504" y="795069"/>
                                </a:lnTo>
                                <a:lnTo>
                                  <a:pt x="1329766" y="793441"/>
                                </a:lnTo>
                                <a:lnTo>
                                  <a:pt x="1334084" y="791172"/>
                                </a:lnTo>
                                <a:lnTo>
                                  <a:pt x="1330944" y="793966"/>
                                </a:lnTo>
                                <a:lnTo>
                                  <a:pt x="1330675" y="794122"/>
                                </a:lnTo>
                                <a:lnTo>
                                  <a:pt x="1328175" y="795710"/>
                                </a:lnTo>
                                <a:lnTo>
                                  <a:pt x="1326130" y="797752"/>
                                </a:lnTo>
                                <a:lnTo>
                                  <a:pt x="1323857" y="800022"/>
                                </a:lnTo>
                                <a:lnTo>
                                  <a:pt x="1321585" y="802291"/>
                                </a:lnTo>
                                <a:lnTo>
                                  <a:pt x="1330944" y="793966"/>
                                </a:lnTo>
                                <a:lnTo>
                                  <a:pt x="1333402" y="792533"/>
                                </a:lnTo>
                                <a:lnTo>
                                  <a:pt x="1335902" y="791626"/>
                                </a:lnTo>
                                <a:lnTo>
                                  <a:pt x="1338858" y="790718"/>
                                </a:lnTo>
                                <a:lnTo>
                                  <a:pt x="1341811" y="790037"/>
                                </a:lnTo>
                                <a:lnTo>
                                  <a:pt x="1323630" y="802064"/>
                                </a:lnTo>
                                <a:lnTo>
                                  <a:pt x="1331130" y="797979"/>
                                </a:lnTo>
                                <a:lnTo>
                                  <a:pt x="1328858" y="800249"/>
                                </a:lnTo>
                                <a:lnTo>
                                  <a:pt x="1336357" y="796618"/>
                                </a:lnTo>
                                <a:lnTo>
                                  <a:pt x="1329993" y="800702"/>
                                </a:lnTo>
                                <a:lnTo>
                                  <a:pt x="1334539" y="799114"/>
                                </a:lnTo>
                                <a:lnTo>
                                  <a:pt x="1332493" y="800929"/>
                                </a:lnTo>
                                <a:lnTo>
                                  <a:pt x="1330675" y="802064"/>
                                </a:lnTo>
                                <a:lnTo>
                                  <a:pt x="1326584" y="804787"/>
                                </a:lnTo>
                                <a:lnTo>
                                  <a:pt x="1322266" y="807056"/>
                                </a:lnTo>
                                <a:lnTo>
                                  <a:pt x="1319085" y="809098"/>
                                </a:lnTo>
                                <a:lnTo>
                                  <a:pt x="1317948" y="810006"/>
                                </a:lnTo>
                                <a:lnTo>
                                  <a:pt x="1317039" y="810913"/>
                                </a:lnTo>
                                <a:lnTo>
                                  <a:pt x="1316358" y="811821"/>
                                </a:lnTo>
                                <a:lnTo>
                                  <a:pt x="1316130" y="812502"/>
                                </a:lnTo>
                                <a:lnTo>
                                  <a:pt x="1316358" y="813637"/>
                                </a:lnTo>
                                <a:lnTo>
                                  <a:pt x="1317039" y="814317"/>
                                </a:lnTo>
                                <a:lnTo>
                                  <a:pt x="1318176" y="814998"/>
                                </a:lnTo>
                                <a:lnTo>
                                  <a:pt x="1319993" y="815906"/>
                                </a:lnTo>
                                <a:lnTo>
                                  <a:pt x="1327266" y="812729"/>
                                </a:lnTo>
                                <a:lnTo>
                                  <a:pt x="1305024" y="828517"/>
                                </a:lnTo>
                                <a:lnTo>
                                  <a:pt x="1301812" y="830655"/>
                                </a:lnTo>
                                <a:lnTo>
                                  <a:pt x="1298176" y="833378"/>
                                </a:lnTo>
                                <a:lnTo>
                                  <a:pt x="1305024" y="828517"/>
                                </a:lnTo>
                                <a:lnTo>
                                  <a:pt x="1305903" y="827932"/>
                                </a:lnTo>
                                <a:lnTo>
                                  <a:pt x="1309994" y="825890"/>
                                </a:lnTo>
                                <a:lnTo>
                                  <a:pt x="1314312" y="824301"/>
                                </a:lnTo>
                                <a:lnTo>
                                  <a:pt x="1300676" y="834739"/>
                                </a:lnTo>
                                <a:lnTo>
                                  <a:pt x="1300903" y="834739"/>
                                </a:lnTo>
                                <a:lnTo>
                                  <a:pt x="1314994" y="825890"/>
                                </a:lnTo>
                                <a:lnTo>
                                  <a:pt x="1309539" y="832016"/>
                                </a:lnTo>
                                <a:lnTo>
                                  <a:pt x="1322266" y="823848"/>
                                </a:lnTo>
                                <a:lnTo>
                                  <a:pt x="1319539" y="827024"/>
                                </a:lnTo>
                                <a:lnTo>
                                  <a:pt x="1321812" y="827251"/>
                                </a:lnTo>
                                <a:lnTo>
                                  <a:pt x="1314085" y="835420"/>
                                </a:lnTo>
                                <a:lnTo>
                                  <a:pt x="1309312" y="836555"/>
                                </a:lnTo>
                                <a:lnTo>
                                  <a:pt x="1310449" y="834285"/>
                                </a:lnTo>
                                <a:lnTo>
                                  <a:pt x="1305903" y="836101"/>
                                </a:lnTo>
                                <a:lnTo>
                                  <a:pt x="1307949" y="837462"/>
                                </a:lnTo>
                                <a:lnTo>
                                  <a:pt x="1298631" y="843362"/>
                                </a:lnTo>
                                <a:lnTo>
                                  <a:pt x="1300903" y="844043"/>
                                </a:lnTo>
                                <a:lnTo>
                                  <a:pt x="1293177" y="846539"/>
                                </a:lnTo>
                                <a:lnTo>
                                  <a:pt x="1292496" y="844270"/>
                                </a:lnTo>
                                <a:lnTo>
                                  <a:pt x="1284313" y="848808"/>
                                </a:lnTo>
                                <a:lnTo>
                                  <a:pt x="1285677" y="846766"/>
                                </a:lnTo>
                                <a:lnTo>
                                  <a:pt x="1283404" y="849262"/>
                                </a:lnTo>
                                <a:lnTo>
                                  <a:pt x="1274314" y="856977"/>
                                </a:lnTo>
                                <a:lnTo>
                                  <a:pt x="1275904" y="854708"/>
                                </a:lnTo>
                                <a:lnTo>
                                  <a:pt x="1259542" y="869003"/>
                                </a:lnTo>
                                <a:lnTo>
                                  <a:pt x="1259314" y="869003"/>
                                </a:lnTo>
                                <a:lnTo>
                                  <a:pt x="1253632" y="871726"/>
                                </a:lnTo>
                                <a:lnTo>
                                  <a:pt x="1259996" y="862877"/>
                                </a:lnTo>
                                <a:lnTo>
                                  <a:pt x="1243860" y="875810"/>
                                </a:lnTo>
                                <a:lnTo>
                                  <a:pt x="1236133" y="883526"/>
                                </a:lnTo>
                                <a:lnTo>
                                  <a:pt x="1230451" y="888972"/>
                                </a:lnTo>
                                <a:lnTo>
                                  <a:pt x="1225224" y="894190"/>
                                </a:lnTo>
                                <a:lnTo>
                                  <a:pt x="1220679" y="898048"/>
                                </a:lnTo>
                                <a:lnTo>
                                  <a:pt x="1219089" y="899182"/>
                                </a:lnTo>
                                <a:lnTo>
                                  <a:pt x="1218179" y="899410"/>
                                </a:lnTo>
                                <a:lnTo>
                                  <a:pt x="1217952" y="899182"/>
                                </a:lnTo>
                                <a:lnTo>
                                  <a:pt x="1217952" y="898956"/>
                                </a:lnTo>
                                <a:lnTo>
                                  <a:pt x="1218406" y="897140"/>
                                </a:lnTo>
                                <a:lnTo>
                                  <a:pt x="1219770" y="894644"/>
                                </a:lnTo>
                                <a:lnTo>
                                  <a:pt x="1222497" y="890560"/>
                                </a:lnTo>
                                <a:lnTo>
                                  <a:pt x="1217270" y="893510"/>
                                </a:lnTo>
                                <a:lnTo>
                                  <a:pt x="1226588" y="884433"/>
                                </a:lnTo>
                                <a:lnTo>
                                  <a:pt x="1218406" y="888972"/>
                                </a:lnTo>
                                <a:lnTo>
                                  <a:pt x="1227269" y="881029"/>
                                </a:lnTo>
                                <a:lnTo>
                                  <a:pt x="1224770" y="880349"/>
                                </a:lnTo>
                                <a:lnTo>
                                  <a:pt x="1238405" y="871726"/>
                                </a:lnTo>
                                <a:lnTo>
                                  <a:pt x="1231588" y="874676"/>
                                </a:lnTo>
                                <a:lnTo>
                                  <a:pt x="1240905" y="869230"/>
                                </a:lnTo>
                                <a:lnTo>
                                  <a:pt x="1240678" y="869230"/>
                                </a:lnTo>
                                <a:lnTo>
                                  <a:pt x="1233406" y="871272"/>
                                </a:lnTo>
                                <a:lnTo>
                                  <a:pt x="1261132" y="853346"/>
                                </a:lnTo>
                                <a:lnTo>
                                  <a:pt x="1256587" y="855842"/>
                                </a:lnTo>
                                <a:lnTo>
                                  <a:pt x="1251814" y="858338"/>
                                </a:lnTo>
                                <a:lnTo>
                                  <a:pt x="1246588" y="860153"/>
                                </a:lnTo>
                                <a:lnTo>
                                  <a:pt x="1241814" y="861969"/>
                                </a:lnTo>
                                <a:lnTo>
                                  <a:pt x="1252950" y="850850"/>
                                </a:lnTo>
                                <a:lnTo>
                                  <a:pt x="1247951" y="852665"/>
                                </a:lnTo>
                                <a:lnTo>
                                  <a:pt x="1252855" y="847692"/>
                                </a:lnTo>
                                <a:lnTo>
                                  <a:pt x="1252537" y="847772"/>
                                </a:lnTo>
                                <a:lnTo>
                                  <a:pt x="1250950" y="847772"/>
                                </a:lnTo>
                                <a:lnTo>
                                  <a:pt x="1253173" y="846184"/>
                                </a:lnTo>
                                <a:lnTo>
                                  <a:pt x="1254125" y="846343"/>
                                </a:lnTo>
                                <a:lnTo>
                                  <a:pt x="1253933" y="846599"/>
                                </a:lnTo>
                                <a:lnTo>
                                  <a:pt x="1262496" y="837916"/>
                                </a:lnTo>
                                <a:lnTo>
                                  <a:pt x="1254769" y="842000"/>
                                </a:lnTo>
                                <a:lnTo>
                                  <a:pt x="1249087" y="846312"/>
                                </a:lnTo>
                                <a:lnTo>
                                  <a:pt x="1245451" y="849035"/>
                                </a:lnTo>
                                <a:lnTo>
                                  <a:pt x="1245678" y="846539"/>
                                </a:lnTo>
                                <a:lnTo>
                                  <a:pt x="1239088" y="852665"/>
                                </a:lnTo>
                                <a:lnTo>
                                  <a:pt x="1230224" y="860380"/>
                                </a:lnTo>
                                <a:lnTo>
                                  <a:pt x="1226815" y="862877"/>
                                </a:lnTo>
                                <a:lnTo>
                                  <a:pt x="1225906" y="863557"/>
                                </a:lnTo>
                                <a:lnTo>
                                  <a:pt x="1225451" y="863784"/>
                                </a:lnTo>
                                <a:lnTo>
                                  <a:pt x="1225451" y="863330"/>
                                </a:lnTo>
                                <a:lnTo>
                                  <a:pt x="1226361" y="861969"/>
                                </a:lnTo>
                                <a:lnTo>
                                  <a:pt x="1230451" y="856977"/>
                                </a:lnTo>
                                <a:lnTo>
                                  <a:pt x="1229697" y="855621"/>
                                </a:lnTo>
                                <a:lnTo>
                                  <a:pt x="1230451" y="854934"/>
                                </a:lnTo>
                                <a:lnTo>
                                  <a:pt x="1229542" y="854934"/>
                                </a:lnTo>
                                <a:lnTo>
                                  <a:pt x="1229315" y="854934"/>
                                </a:lnTo>
                                <a:lnTo>
                                  <a:pt x="1229697" y="855621"/>
                                </a:lnTo>
                                <a:lnTo>
                                  <a:pt x="1220224" y="864238"/>
                                </a:lnTo>
                                <a:lnTo>
                                  <a:pt x="1220452" y="864238"/>
                                </a:lnTo>
                                <a:lnTo>
                                  <a:pt x="1220452" y="864692"/>
                                </a:lnTo>
                                <a:lnTo>
                                  <a:pt x="1216588" y="868095"/>
                                </a:lnTo>
                                <a:lnTo>
                                  <a:pt x="1217952" y="869003"/>
                                </a:lnTo>
                                <a:lnTo>
                                  <a:pt x="1205907" y="877853"/>
                                </a:lnTo>
                                <a:lnTo>
                                  <a:pt x="1215452" y="873541"/>
                                </a:lnTo>
                                <a:lnTo>
                                  <a:pt x="1207043" y="880576"/>
                                </a:lnTo>
                                <a:lnTo>
                                  <a:pt x="1209543" y="879895"/>
                                </a:lnTo>
                                <a:lnTo>
                                  <a:pt x="1209770" y="879895"/>
                                </a:lnTo>
                                <a:lnTo>
                                  <a:pt x="1193634" y="893964"/>
                                </a:lnTo>
                                <a:lnTo>
                                  <a:pt x="1198634" y="891468"/>
                                </a:lnTo>
                                <a:lnTo>
                                  <a:pt x="1185225" y="902586"/>
                                </a:lnTo>
                                <a:lnTo>
                                  <a:pt x="1194543" y="895779"/>
                                </a:lnTo>
                                <a:lnTo>
                                  <a:pt x="1182726" y="907805"/>
                                </a:lnTo>
                                <a:lnTo>
                                  <a:pt x="1189771" y="903494"/>
                                </a:lnTo>
                                <a:lnTo>
                                  <a:pt x="1186135" y="906897"/>
                                </a:lnTo>
                                <a:lnTo>
                                  <a:pt x="1194089" y="901452"/>
                                </a:lnTo>
                                <a:lnTo>
                                  <a:pt x="1193634" y="902132"/>
                                </a:lnTo>
                                <a:lnTo>
                                  <a:pt x="1188634" y="905990"/>
                                </a:lnTo>
                                <a:lnTo>
                                  <a:pt x="1184316" y="909394"/>
                                </a:lnTo>
                                <a:lnTo>
                                  <a:pt x="1182726" y="910755"/>
                                </a:lnTo>
                                <a:lnTo>
                                  <a:pt x="1181816" y="912343"/>
                                </a:lnTo>
                                <a:lnTo>
                                  <a:pt x="1181362" y="912797"/>
                                </a:lnTo>
                                <a:lnTo>
                                  <a:pt x="1181362" y="913291"/>
                                </a:lnTo>
                                <a:lnTo>
                                  <a:pt x="1192213" y="906508"/>
                                </a:lnTo>
                                <a:lnTo>
                                  <a:pt x="1191963" y="907442"/>
                                </a:lnTo>
                                <a:lnTo>
                                  <a:pt x="1191216" y="907909"/>
                                </a:lnTo>
                                <a:lnTo>
                                  <a:pt x="1181362" y="913414"/>
                                </a:lnTo>
                                <a:lnTo>
                                  <a:pt x="1181362" y="913478"/>
                                </a:lnTo>
                                <a:lnTo>
                                  <a:pt x="1181589" y="913932"/>
                                </a:lnTo>
                                <a:lnTo>
                                  <a:pt x="1181816" y="914386"/>
                                </a:lnTo>
                                <a:lnTo>
                                  <a:pt x="1179771" y="916201"/>
                                </a:lnTo>
                                <a:lnTo>
                                  <a:pt x="1184543" y="914159"/>
                                </a:lnTo>
                                <a:lnTo>
                                  <a:pt x="1178862" y="920512"/>
                                </a:lnTo>
                                <a:lnTo>
                                  <a:pt x="1172954" y="926412"/>
                                </a:lnTo>
                                <a:lnTo>
                                  <a:pt x="1167045" y="932312"/>
                                </a:lnTo>
                                <a:lnTo>
                                  <a:pt x="1161546" y="937394"/>
                                </a:lnTo>
                                <a:lnTo>
                                  <a:pt x="1161493" y="937473"/>
                                </a:lnTo>
                                <a:lnTo>
                                  <a:pt x="1162272" y="936850"/>
                                </a:lnTo>
                                <a:lnTo>
                                  <a:pt x="1161817" y="937531"/>
                                </a:lnTo>
                                <a:lnTo>
                                  <a:pt x="1160937" y="938274"/>
                                </a:lnTo>
                                <a:lnTo>
                                  <a:pt x="1160066" y="939533"/>
                                </a:lnTo>
                                <a:lnTo>
                                  <a:pt x="1157685" y="941518"/>
                                </a:lnTo>
                                <a:lnTo>
                                  <a:pt x="1155700" y="944605"/>
                                </a:lnTo>
                                <a:lnTo>
                                  <a:pt x="1156983" y="941468"/>
                                </a:lnTo>
                                <a:lnTo>
                                  <a:pt x="1154773" y="943430"/>
                                </a:lnTo>
                                <a:lnTo>
                                  <a:pt x="1148408" y="949103"/>
                                </a:lnTo>
                                <a:lnTo>
                                  <a:pt x="1141818" y="954095"/>
                                </a:lnTo>
                                <a:lnTo>
                                  <a:pt x="1135000" y="959314"/>
                                </a:lnTo>
                                <a:lnTo>
                                  <a:pt x="1139825" y="953946"/>
                                </a:lnTo>
                                <a:lnTo>
                                  <a:pt x="1139825" y="953854"/>
                                </a:lnTo>
                                <a:lnTo>
                                  <a:pt x="1143000" y="949371"/>
                                </a:lnTo>
                                <a:lnTo>
                                  <a:pt x="1143937" y="949371"/>
                                </a:lnTo>
                                <a:lnTo>
                                  <a:pt x="1150909" y="941615"/>
                                </a:lnTo>
                                <a:lnTo>
                                  <a:pt x="1135227" y="956138"/>
                                </a:lnTo>
                                <a:lnTo>
                                  <a:pt x="1114091" y="976560"/>
                                </a:lnTo>
                                <a:lnTo>
                                  <a:pt x="1115910" y="971795"/>
                                </a:lnTo>
                                <a:lnTo>
                                  <a:pt x="1114546" y="973156"/>
                                </a:lnTo>
                                <a:lnTo>
                                  <a:pt x="1113183" y="975425"/>
                                </a:lnTo>
                                <a:lnTo>
                                  <a:pt x="1111592" y="977694"/>
                                </a:lnTo>
                                <a:lnTo>
                                  <a:pt x="1110001" y="979509"/>
                                </a:lnTo>
                                <a:lnTo>
                                  <a:pt x="1108183" y="981098"/>
                                </a:lnTo>
                                <a:lnTo>
                                  <a:pt x="1106364" y="982913"/>
                                </a:lnTo>
                                <a:lnTo>
                                  <a:pt x="1104092" y="984048"/>
                                </a:lnTo>
                                <a:lnTo>
                                  <a:pt x="1101819" y="985182"/>
                                </a:lnTo>
                                <a:lnTo>
                                  <a:pt x="1099774" y="986317"/>
                                </a:lnTo>
                                <a:lnTo>
                                  <a:pt x="1110909" y="975879"/>
                                </a:lnTo>
                                <a:lnTo>
                                  <a:pt x="1108183" y="975879"/>
                                </a:lnTo>
                                <a:lnTo>
                                  <a:pt x="1112956" y="970887"/>
                                </a:lnTo>
                                <a:lnTo>
                                  <a:pt x="1110001" y="971795"/>
                                </a:lnTo>
                                <a:lnTo>
                                  <a:pt x="1112501" y="967029"/>
                                </a:lnTo>
                                <a:lnTo>
                                  <a:pt x="1105683" y="974291"/>
                                </a:lnTo>
                                <a:lnTo>
                                  <a:pt x="1116592" y="961130"/>
                                </a:lnTo>
                                <a:lnTo>
                                  <a:pt x="1106137" y="970433"/>
                                </a:lnTo>
                                <a:lnTo>
                                  <a:pt x="1114319" y="961810"/>
                                </a:lnTo>
                                <a:lnTo>
                                  <a:pt x="1109774" y="965668"/>
                                </a:lnTo>
                                <a:lnTo>
                                  <a:pt x="1117727" y="957499"/>
                                </a:lnTo>
                                <a:lnTo>
                                  <a:pt x="1113183" y="961130"/>
                                </a:lnTo>
                                <a:lnTo>
                                  <a:pt x="1116364" y="956365"/>
                                </a:lnTo>
                                <a:lnTo>
                                  <a:pt x="1119319" y="952053"/>
                                </a:lnTo>
                                <a:lnTo>
                                  <a:pt x="1123183" y="947515"/>
                                </a:lnTo>
                                <a:lnTo>
                                  <a:pt x="1127046" y="943658"/>
                                </a:lnTo>
                                <a:lnTo>
                                  <a:pt x="1113410" y="956365"/>
                                </a:lnTo>
                                <a:lnTo>
                                  <a:pt x="1120683" y="946380"/>
                                </a:lnTo>
                                <a:lnTo>
                                  <a:pt x="1118636" y="944792"/>
                                </a:lnTo>
                                <a:lnTo>
                                  <a:pt x="1099320" y="969752"/>
                                </a:lnTo>
                                <a:lnTo>
                                  <a:pt x="1094547" y="973156"/>
                                </a:lnTo>
                                <a:lnTo>
                                  <a:pt x="1097274" y="971795"/>
                                </a:lnTo>
                                <a:lnTo>
                                  <a:pt x="1091365" y="980190"/>
                                </a:lnTo>
                                <a:lnTo>
                                  <a:pt x="1084092" y="990402"/>
                                </a:lnTo>
                                <a:lnTo>
                                  <a:pt x="1080229" y="995394"/>
                                </a:lnTo>
                                <a:lnTo>
                                  <a:pt x="1076365" y="1000159"/>
                                </a:lnTo>
                                <a:lnTo>
                                  <a:pt x="1072274" y="1004470"/>
                                </a:lnTo>
                                <a:lnTo>
                                  <a:pt x="1067730" y="1008555"/>
                                </a:lnTo>
                                <a:lnTo>
                                  <a:pt x="1065684" y="1010370"/>
                                </a:lnTo>
                                <a:lnTo>
                                  <a:pt x="1063185" y="1011731"/>
                                </a:lnTo>
                                <a:lnTo>
                                  <a:pt x="1060684" y="1013320"/>
                                </a:lnTo>
                                <a:lnTo>
                                  <a:pt x="1058184" y="1014454"/>
                                </a:lnTo>
                                <a:lnTo>
                                  <a:pt x="1057276" y="1002201"/>
                                </a:lnTo>
                                <a:lnTo>
                                  <a:pt x="1070911" y="981779"/>
                                </a:lnTo>
                                <a:lnTo>
                                  <a:pt x="1066365" y="982687"/>
                                </a:lnTo>
                                <a:lnTo>
                                  <a:pt x="1079320" y="966575"/>
                                </a:lnTo>
                                <a:lnTo>
                                  <a:pt x="1071820" y="970887"/>
                                </a:lnTo>
                                <a:lnTo>
                                  <a:pt x="1072956" y="969526"/>
                                </a:lnTo>
                                <a:lnTo>
                                  <a:pt x="1074548" y="967483"/>
                                </a:lnTo>
                                <a:lnTo>
                                  <a:pt x="1076821" y="965668"/>
                                </a:lnTo>
                                <a:lnTo>
                                  <a:pt x="1079320" y="963172"/>
                                </a:lnTo>
                                <a:lnTo>
                                  <a:pt x="1085002" y="958180"/>
                                </a:lnTo>
                                <a:lnTo>
                                  <a:pt x="1091138" y="953415"/>
                                </a:lnTo>
                                <a:lnTo>
                                  <a:pt x="1095910" y="949330"/>
                                </a:lnTo>
                                <a:lnTo>
                                  <a:pt x="1097501" y="947515"/>
                                </a:lnTo>
                                <a:lnTo>
                                  <a:pt x="1098637" y="946380"/>
                                </a:lnTo>
                                <a:lnTo>
                                  <a:pt x="1098865" y="945926"/>
                                </a:lnTo>
                                <a:lnTo>
                                  <a:pt x="1098865" y="945473"/>
                                </a:lnTo>
                                <a:lnTo>
                                  <a:pt x="1098637" y="945019"/>
                                </a:lnTo>
                                <a:lnTo>
                                  <a:pt x="1098183" y="945019"/>
                                </a:lnTo>
                                <a:lnTo>
                                  <a:pt x="1096592" y="945473"/>
                                </a:lnTo>
                                <a:lnTo>
                                  <a:pt x="1093410" y="946153"/>
                                </a:lnTo>
                                <a:lnTo>
                                  <a:pt x="1102274" y="939346"/>
                                </a:lnTo>
                                <a:lnTo>
                                  <a:pt x="1097728" y="941615"/>
                                </a:lnTo>
                                <a:lnTo>
                                  <a:pt x="1107274" y="932539"/>
                                </a:lnTo>
                                <a:lnTo>
                                  <a:pt x="1103864" y="934808"/>
                                </a:lnTo>
                                <a:lnTo>
                                  <a:pt x="1110909" y="927547"/>
                                </a:lnTo>
                                <a:lnTo>
                                  <a:pt x="1109774" y="928454"/>
                                </a:lnTo>
                                <a:lnTo>
                                  <a:pt x="1127727" y="912343"/>
                                </a:lnTo>
                                <a:lnTo>
                                  <a:pt x="1123825" y="914849"/>
                                </a:lnTo>
                                <a:lnTo>
                                  <a:pt x="1123730" y="915150"/>
                                </a:lnTo>
                                <a:lnTo>
                                  <a:pt x="1118217" y="919619"/>
                                </a:lnTo>
                                <a:lnTo>
                                  <a:pt x="1116012" y="920795"/>
                                </a:lnTo>
                                <a:lnTo>
                                  <a:pt x="1120422" y="917267"/>
                                </a:lnTo>
                                <a:lnTo>
                                  <a:pt x="1121908" y="916079"/>
                                </a:lnTo>
                                <a:lnTo>
                                  <a:pt x="1121364" y="916428"/>
                                </a:lnTo>
                                <a:lnTo>
                                  <a:pt x="1127046" y="910528"/>
                                </a:lnTo>
                                <a:lnTo>
                                  <a:pt x="1112273" y="920739"/>
                                </a:lnTo>
                                <a:lnTo>
                                  <a:pt x="1127501" y="907805"/>
                                </a:lnTo>
                                <a:lnTo>
                                  <a:pt x="1122251" y="910988"/>
                                </a:lnTo>
                                <a:lnTo>
                                  <a:pt x="1123864" y="909242"/>
                                </a:lnTo>
                                <a:lnTo>
                                  <a:pt x="1131365" y="902586"/>
                                </a:lnTo>
                                <a:lnTo>
                                  <a:pt x="1129773" y="903721"/>
                                </a:lnTo>
                                <a:lnTo>
                                  <a:pt x="1127955" y="905309"/>
                                </a:lnTo>
                                <a:lnTo>
                                  <a:pt x="1124773" y="908259"/>
                                </a:lnTo>
                                <a:lnTo>
                                  <a:pt x="1123864" y="909242"/>
                                </a:lnTo>
                                <a:lnTo>
                                  <a:pt x="1121137" y="911663"/>
                                </a:lnTo>
                                <a:lnTo>
                                  <a:pt x="1122251" y="910988"/>
                                </a:lnTo>
                                <a:lnTo>
                                  <a:pt x="1119319" y="914159"/>
                                </a:lnTo>
                                <a:lnTo>
                                  <a:pt x="1118409" y="915520"/>
                                </a:lnTo>
                                <a:lnTo>
                                  <a:pt x="1117274" y="916428"/>
                                </a:lnTo>
                                <a:lnTo>
                                  <a:pt x="1116364" y="917108"/>
                                </a:lnTo>
                                <a:lnTo>
                                  <a:pt x="1115000" y="917335"/>
                                </a:lnTo>
                                <a:lnTo>
                                  <a:pt x="1114091" y="917335"/>
                                </a:lnTo>
                                <a:lnTo>
                                  <a:pt x="1113183" y="916882"/>
                                </a:lnTo>
                                <a:lnTo>
                                  <a:pt x="1111819" y="915974"/>
                                </a:lnTo>
                                <a:lnTo>
                                  <a:pt x="1110909" y="914159"/>
                                </a:lnTo>
                                <a:lnTo>
                                  <a:pt x="1090683" y="927547"/>
                                </a:lnTo>
                                <a:lnTo>
                                  <a:pt x="1100228" y="913932"/>
                                </a:lnTo>
                                <a:lnTo>
                                  <a:pt x="1104319" y="910301"/>
                                </a:lnTo>
                                <a:lnTo>
                                  <a:pt x="1109546" y="906444"/>
                                </a:lnTo>
                                <a:lnTo>
                                  <a:pt x="1121137" y="898048"/>
                                </a:lnTo>
                                <a:lnTo>
                                  <a:pt x="1132727" y="889879"/>
                                </a:lnTo>
                                <a:lnTo>
                                  <a:pt x="1142272" y="883752"/>
                                </a:lnTo>
                                <a:lnTo>
                                  <a:pt x="1141137" y="888744"/>
                                </a:lnTo>
                                <a:lnTo>
                                  <a:pt x="1143409" y="887383"/>
                                </a:lnTo>
                                <a:lnTo>
                                  <a:pt x="1145455" y="888291"/>
                                </a:lnTo>
                                <a:lnTo>
                                  <a:pt x="1149318" y="885341"/>
                                </a:lnTo>
                                <a:lnTo>
                                  <a:pt x="1151817" y="886022"/>
                                </a:lnTo>
                                <a:lnTo>
                                  <a:pt x="1161135" y="879895"/>
                                </a:lnTo>
                                <a:lnTo>
                                  <a:pt x="1169771" y="873768"/>
                                </a:lnTo>
                                <a:lnTo>
                                  <a:pt x="1187045" y="861288"/>
                                </a:lnTo>
                                <a:lnTo>
                                  <a:pt x="1195907" y="854934"/>
                                </a:lnTo>
                                <a:lnTo>
                                  <a:pt x="1204771" y="848808"/>
                                </a:lnTo>
                                <a:lnTo>
                                  <a:pt x="1213634" y="842908"/>
                                </a:lnTo>
                                <a:lnTo>
                                  <a:pt x="1223179" y="837462"/>
                                </a:lnTo>
                                <a:lnTo>
                                  <a:pt x="1225224" y="838143"/>
                                </a:lnTo>
                                <a:lnTo>
                                  <a:pt x="1226134" y="840639"/>
                                </a:lnTo>
                                <a:lnTo>
                                  <a:pt x="1225224" y="842000"/>
                                </a:lnTo>
                                <a:lnTo>
                                  <a:pt x="1223633" y="843816"/>
                                </a:lnTo>
                                <a:lnTo>
                                  <a:pt x="1219998" y="847446"/>
                                </a:lnTo>
                                <a:lnTo>
                                  <a:pt x="1215452" y="851304"/>
                                </a:lnTo>
                                <a:lnTo>
                                  <a:pt x="1210452" y="855161"/>
                                </a:lnTo>
                                <a:lnTo>
                                  <a:pt x="1202271" y="861515"/>
                                </a:lnTo>
                                <a:lnTo>
                                  <a:pt x="1199998" y="863104"/>
                                </a:lnTo>
                                <a:lnTo>
                                  <a:pt x="1201135" y="862877"/>
                                </a:lnTo>
                                <a:lnTo>
                                  <a:pt x="1216815" y="852892"/>
                                </a:lnTo>
                                <a:lnTo>
                                  <a:pt x="1218634" y="853573"/>
                                </a:lnTo>
                                <a:lnTo>
                                  <a:pt x="1220224" y="854027"/>
                                </a:lnTo>
                                <a:lnTo>
                                  <a:pt x="1222043" y="853573"/>
                                </a:lnTo>
                                <a:lnTo>
                                  <a:pt x="1223406" y="853346"/>
                                </a:lnTo>
                                <a:lnTo>
                                  <a:pt x="1224997" y="852665"/>
                                </a:lnTo>
                                <a:lnTo>
                                  <a:pt x="1226134" y="851985"/>
                                </a:lnTo>
                                <a:lnTo>
                                  <a:pt x="1228634" y="850169"/>
                                </a:lnTo>
                                <a:lnTo>
                                  <a:pt x="1230451" y="848354"/>
                                </a:lnTo>
                                <a:lnTo>
                                  <a:pt x="1231815" y="846539"/>
                                </a:lnTo>
                                <a:lnTo>
                                  <a:pt x="1232725" y="845858"/>
                                </a:lnTo>
                                <a:lnTo>
                                  <a:pt x="1232952" y="845858"/>
                                </a:lnTo>
                                <a:lnTo>
                                  <a:pt x="1232952" y="846085"/>
                                </a:lnTo>
                                <a:lnTo>
                                  <a:pt x="1247951" y="826343"/>
                                </a:lnTo>
                                <a:lnTo>
                                  <a:pt x="1228406" y="839731"/>
                                </a:lnTo>
                                <a:lnTo>
                                  <a:pt x="1225451" y="835647"/>
                                </a:lnTo>
                                <a:lnTo>
                                  <a:pt x="1294540" y="780280"/>
                                </a:lnTo>
                                <a:lnTo>
                                  <a:pt x="1289086" y="783003"/>
                                </a:lnTo>
                                <a:lnTo>
                                  <a:pt x="1303858" y="769161"/>
                                </a:lnTo>
                                <a:lnTo>
                                  <a:pt x="1296358" y="774607"/>
                                </a:lnTo>
                                <a:lnTo>
                                  <a:pt x="1309312" y="761673"/>
                                </a:lnTo>
                                <a:lnTo>
                                  <a:pt x="1307039" y="763035"/>
                                </a:lnTo>
                                <a:lnTo>
                                  <a:pt x="1307722" y="760766"/>
                                </a:lnTo>
                                <a:lnTo>
                                  <a:pt x="1301358" y="764623"/>
                                </a:lnTo>
                                <a:lnTo>
                                  <a:pt x="1294085" y="768708"/>
                                </a:lnTo>
                                <a:lnTo>
                                  <a:pt x="1291586" y="770069"/>
                                </a:lnTo>
                                <a:lnTo>
                                  <a:pt x="1290903" y="770296"/>
                                </a:lnTo>
                                <a:lnTo>
                                  <a:pt x="1290676" y="770069"/>
                                </a:lnTo>
                                <a:lnTo>
                                  <a:pt x="1291131" y="769616"/>
                                </a:lnTo>
                                <a:lnTo>
                                  <a:pt x="1292268" y="768481"/>
                                </a:lnTo>
                                <a:lnTo>
                                  <a:pt x="1296358" y="764850"/>
                                </a:lnTo>
                                <a:lnTo>
                                  <a:pt x="1301131" y="761219"/>
                                </a:lnTo>
                                <a:lnTo>
                                  <a:pt x="1313175" y="755093"/>
                                </a:lnTo>
                                <a:lnTo>
                                  <a:pt x="1322721" y="750101"/>
                                </a:lnTo>
                                <a:lnTo>
                                  <a:pt x="1329993" y="746017"/>
                                </a:lnTo>
                                <a:lnTo>
                                  <a:pt x="1334539" y="742840"/>
                                </a:lnTo>
                                <a:lnTo>
                                  <a:pt x="1335902" y="741478"/>
                                </a:lnTo>
                                <a:lnTo>
                                  <a:pt x="1336811" y="740344"/>
                                </a:lnTo>
                                <a:lnTo>
                                  <a:pt x="1337039" y="739663"/>
                                </a:lnTo>
                                <a:lnTo>
                                  <a:pt x="1336811" y="739436"/>
                                </a:lnTo>
                                <a:lnTo>
                                  <a:pt x="1336584" y="739209"/>
                                </a:lnTo>
                                <a:lnTo>
                                  <a:pt x="1335448" y="738982"/>
                                </a:lnTo>
                                <a:lnTo>
                                  <a:pt x="1333857" y="738982"/>
                                </a:lnTo>
                                <a:lnTo>
                                  <a:pt x="1331585" y="739209"/>
                                </a:lnTo>
                                <a:lnTo>
                                  <a:pt x="1328631" y="739663"/>
                                </a:lnTo>
                                <a:lnTo>
                                  <a:pt x="1337039" y="732628"/>
                                </a:lnTo>
                                <a:lnTo>
                                  <a:pt x="1332948" y="734217"/>
                                </a:lnTo>
                                <a:lnTo>
                                  <a:pt x="1350447" y="721510"/>
                                </a:lnTo>
                                <a:lnTo>
                                  <a:pt x="1350447" y="719241"/>
                                </a:lnTo>
                                <a:lnTo>
                                  <a:pt x="1363856" y="707668"/>
                                </a:lnTo>
                                <a:lnTo>
                                  <a:pt x="1353629" y="714022"/>
                                </a:lnTo>
                                <a:lnTo>
                                  <a:pt x="1342494" y="721056"/>
                                </a:lnTo>
                                <a:lnTo>
                                  <a:pt x="1333629" y="726956"/>
                                </a:lnTo>
                                <a:lnTo>
                                  <a:pt x="1330902" y="728317"/>
                                </a:lnTo>
                                <a:lnTo>
                                  <a:pt x="1329993" y="728998"/>
                                </a:lnTo>
                                <a:lnTo>
                                  <a:pt x="1329539" y="729225"/>
                                </a:lnTo>
                                <a:lnTo>
                                  <a:pt x="1326811" y="729452"/>
                                </a:lnTo>
                                <a:lnTo>
                                  <a:pt x="1328175" y="724460"/>
                                </a:lnTo>
                                <a:lnTo>
                                  <a:pt x="1315448" y="735125"/>
                                </a:lnTo>
                                <a:lnTo>
                                  <a:pt x="1329539" y="719922"/>
                                </a:lnTo>
                                <a:lnTo>
                                  <a:pt x="1311813" y="734671"/>
                                </a:lnTo>
                                <a:lnTo>
                                  <a:pt x="1313312" y="732561"/>
                                </a:lnTo>
                                <a:lnTo>
                                  <a:pt x="1312741" y="732899"/>
                                </a:lnTo>
                                <a:lnTo>
                                  <a:pt x="1311275" y="733476"/>
                                </a:lnTo>
                                <a:lnTo>
                                  <a:pt x="1313427" y="732400"/>
                                </a:lnTo>
                                <a:lnTo>
                                  <a:pt x="1316812" y="727636"/>
                                </a:lnTo>
                                <a:lnTo>
                                  <a:pt x="1311585" y="728544"/>
                                </a:lnTo>
                                <a:lnTo>
                                  <a:pt x="1313403" y="724233"/>
                                </a:lnTo>
                                <a:lnTo>
                                  <a:pt x="1309312" y="727183"/>
                                </a:lnTo>
                                <a:lnTo>
                                  <a:pt x="1327721" y="712433"/>
                                </a:lnTo>
                                <a:lnTo>
                                  <a:pt x="1322266" y="714475"/>
                                </a:lnTo>
                                <a:lnTo>
                                  <a:pt x="1317948" y="716064"/>
                                </a:lnTo>
                                <a:lnTo>
                                  <a:pt x="1343402" y="695642"/>
                                </a:lnTo>
                                <a:lnTo>
                                  <a:pt x="1347947" y="692919"/>
                                </a:lnTo>
                                <a:lnTo>
                                  <a:pt x="1344766" y="697457"/>
                                </a:lnTo>
                                <a:lnTo>
                                  <a:pt x="1358402" y="687700"/>
                                </a:lnTo>
                                <a:lnTo>
                                  <a:pt x="1358174" y="687700"/>
                                </a:lnTo>
                                <a:lnTo>
                                  <a:pt x="1357947" y="687700"/>
                                </a:lnTo>
                                <a:lnTo>
                                  <a:pt x="1357720" y="687700"/>
                                </a:lnTo>
                                <a:lnTo>
                                  <a:pt x="1356811" y="685657"/>
                                </a:lnTo>
                                <a:lnTo>
                                  <a:pt x="1362947" y="679985"/>
                                </a:lnTo>
                                <a:lnTo>
                                  <a:pt x="1369537" y="674766"/>
                                </a:lnTo>
                                <a:lnTo>
                                  <a:pt x="1376356" y="669093"/>
                                </a:lnTo>
                                <a:lnTo>
                                  <a:pt x="1383400" y="663647"/>
                                </a:lnTo>
                                <a:lnTo>
                                  <a:pt x="1391128" y="658428"/>
                                </a:lnTo>
                                <a:lnTo>
                                  <a:pt x="1398628" y="653209"/>
                                </a:lnTo>
                                <a:lnTo>
                                  <a:pt x="1406354" y="648217"/>
                                </a:lnTo>
                                <a:lnTo>
                                  <a:pt x="1414309" y="643225"/>
                                </a:lnTo>
                                <a:lnTo>
                                  <a:pt x="1422264" y="638687"/>
                                </a:lnTo>
                                <a:lnTo>
                                  <a:pt x="1430218" y="634375"/>
                                </a:lnTo>
                                <a:lnTo>
                                  <a:pt x="1438399" y="630064"/>
                                </a:lnTo>
                                <a:lnTo>
                                  <a:pt x="1446353" y="626206"/>
                                </a:lnTo>
                                <a:lnTo>
                                  <a:pt x="1454308" y="622576"/>
                                </a:lnTo>
                                <a:lnTo>
                                  <a:pt x="1462489" y="619399"/>
                                </a:lnTo>
                                <a:lnTo>
                                  <a:pt x="1470216" y="616449"/>
                                </a:lnTo>
                                <a:lnTo>
                                  <a:pt x="1477943" y="614407"/>
                                </a:lnTo>
                                <a:close/>
                                <a:moveTo>
                                  <a:pt x="3377618" y="613373"/>
                                </a:moveTo>
                                <a:lnTo>
                                  <a:pt x="3384424" y="630142"/>
                                </a:lnTo>
                                <a:lnTo>
                                  <a:pt x="3390776" y="646911"/>
                                </a:lnTo>
                                <a:lnTo>
                                  <a:pt x="3386564" y="644867"/>
                                </a:lnTo>
                                <a:lnTo>
                                  <a:pt x="3387725" y="645939"/>
                                </a:lnTo>
                                <a:lnTo>
                                  <a:pt x="3387725" y="646183"/>
                                </a:lnTo>
                                <a:lnTo>
                                  <a:pt x="3386263" y="644721"/>
                                </a:lnTo>
                                <a:lnTo>
                                  <a:pt x="3374896" y="639206"/>
                                </a:lnTo>
                                <a:lnTo>
                                  <a:pt x="3360604" y="631955"/>
                                </a:lnTo>
                                <a:lnTo>
                                  <a:pt x="3361512" y="626970"/>
                                </a:lnTo>
                                <a:lnTo>
                                  <a:pt x="3368317" y="622437"/>
                                </a:lnTo>
                                <a:lnTo>
                                  <a:pt x="3376484" y="614733"/>
                                </a:lnTo>
                                <a:lnTo>
                                  <a:pt x="3377618" y="613373"/>
                                </a:lnTo>
                                <a:close/>
                                <a:moveTo>
                                  <a:pt x="1665022" y="612866"/>
                                </a:moveTo>
                                <a:lnTo>
                                  <a:pt x="1665287" y="612866"/>
                                </a:lnTo>
                                <a:lnTo>
                                  <a:pt x="1658937" y="616040"/>
                                </a:lnTo>
                                <a:lnTo>
                                  <a:pt x="1665022" y="612866"/>
                                </a:lnTo>
                                <a:close/>
                                <a:moveTo>
                                  <a:pt x="2727098" y="609622"/>
                                </a:moveTo>
                                <a:lnTo>
                                  <a:pt x="2727325" y="611033"/>
                                </a:lnTo>
                                <a:lnTo>
                                  <a:pt x="2727325" y="612091"/>
                                </a:lnTo>
                                <a:lnTo>
                                  <a:pt x="2724150" y="612796"/>
                                </a:lnTo>
                                <a:lnTo>
                                  <a:pt x="2727098" y="609622"/>
                                </a:lnTo>
                                <a:close/>
                                <a:moveTo>
                                  <a:pt x="2840956" y="609568"/>
                                </a:moveTo>
                                <a:lnTo>
                                  <a:pt x="2833234" y="610211"/>
                                </a:lnTo>
                                <a:lnTo>
                                  <a:pt x="2822121" y="610891"/>
                                </a:lnTo>
                                <a:lnTo>
                                  <a:pt x="2811462" y="611344"/>
                                </a:lnTo>
                                <a:lnTo>
                                  <a:pt x="2806888" y="611441"/>
                                </a:lnTo>
                                <a:lnTo>
                                  <a:pt x="2810101" y="611747"/>
                                </a:lnTo>
                                <a:lnTo>
                                  <a:pt x="2816224" y="612201"/>
                                </a:lnTo>
                                <a:lnTo>
                                  <a:pt x="2822801" y="612201"/>
                                </a:lnTo>
                                <a:lnTo>
                                  <a:pt x="2829378" y="611747"/>
                                </a:lnTo>
                                <a:lnTo>
                                  <a:pt x="2832553" y="611520"/>
                                </a:lnTo>
                                <a:lnTo>
                                  <a:pt x="2835728" y="611066"/>
                                </a:lnTo>
                                <a:lnTo>
                                  <a:pt x="2838449" y="610613"/>
                                </a:lnTo>
                                <a:lnTo>
                                  <a:pt x="2840956" y="609568"/>
                                </a:lnTo>
                                <a:close/>
                                <a:moveTo>
                                  <a:pt x="1670483" y="608102"/>
                                </a:moveTo>
                                <a:lnTo>
                                  <a:pt x="1671638" y="608102"/>
                                </a:lnTo>
                                <a:lnTo>
                                  <a:pt x="1670050" y="612865"/>
                                </a:lnTo>
                                <a:lnTo>
                                  <a:pt x="1670483" y="608102"/>
                                </a:lnTo>
                                <a:close/>
                                <a:moveTo>
                                  <a:pt x="2843172" y="607200"/>
                                </a:moveTo>
                                <a:lnTo>
                                  <a:pt x="2843725" y="608428"/>
                                </a:lnTo>
                                <a:lnTo>
                                  <a:pt x="2845253" y="607663"/>
                                </a:lnTo>
                                <a:lnTo>
                                  <a:pt x="2843172" y="607200"/>
                                </a:lnTo>
                                <a:close/>
                                <a:moveTo>
                                  <a:pt x="1671402" y="606516"/>
                                </a:moveTo>
                                <a:lnTo>
                                  <a:pt x="1671637" y="606516"/>
                                </a:lnTo>
                                <a:lnTo>
                                  <a:pt x="1665287" y="609691"/>
                                </a:lnTo>
                                <a:lnTo>
                                  <a:pt x="1671402" y="606516"/>
                                </a:lnTo>
                                <a:close/>
                                <a:moveTo>
                                  <a:pt x="1473200" y="606476"/>
                                </a:moveTo>
                                <a:lnTo>
                                  <a:pt x="1470025" y="608064"/>
                                </a:lnTo>
                                <a:lnTo>
                                  <a:pt x="1470025" y="607746"/>
                                </a:lnTo>
                                <a:lnTo>
                                  <a:pt x="1473200" y="606476"/>
                                </a:lnTo>
                                <a:close/>
                                <a:moveTo>
                                  <a:pt x="2745350" y="606446"/>
                                </a:moveTo>
                                <a:lnTo>
                                  <a:pt x="2745812" y="612862"/>
                                </a:lnTo>
                                <a:lnTo>
                                  <a:pt x="2749048" y="611029"/>
                                </a:lnTo>
                                <a:lnTo>
                                  <a:pt x="2749279" y="611258"/>
                                </a:lnTo>
                                <a:lnTo>
                                  <a:pt x="2743732" y="619048"/>
                                </a:lnTo>
                                <a:lnTo>
                                  <a:pt x="2756443" y="608279"/>
                                </a:lnTo>
                                <a:lnTo>
                                  <a:pt x="2763838" y="610570"/>
                                </a:lnTo>
                                <a:lnTo>
                                  <a:pt x="2763144" y="613091"/>
                                </a:lnTo>
                                <a:lnTo>
                                  <a:pt x="2759447" y="616528"/>
                                </a:lnTo>
                                <a:lnTo>
                                  <a:pt x="2752514" y="618132"/>
                                </a:lnTo>
                                <a:lnTo>
                                  <a:pt x="2749972" y="619964"/>
                                </a:lnTo>
                                <a:lnTo>
                                  <a:pt x="2746506" y="622943"/>
                                </a:lnTo>
                                <a:lnTo>
                                  <a:pt x="2746506" y="620194"/>
                                </a:lnTo>
                                <a:lnTo>
                                  <a:pt x="2740728" y="626609"/>
                                </a:lnTo>
                                <a:lnTo>
                                  <a:pt x="2734951" y="625922"/>
                                </a:lnTo>
                                <a:lnTo>
                                  <a:pt x="2738186" y="622485"/>
                                </a:lnTo>
                                <a:lnTo>
                                  <a:pt x="2727325" y="628671"/>
                                </a:lnTo>
                                <a:lnTo>
                                  <a:pt x="2731022" y="619964"/>
                                </a:lnTo>
                                <a:lnTo>
                                  <a:pt x="2737031" y="618132"/>
                                </a:lnTo>
                                <a:lnTo>
                                  <a:pt x="2736681" y="616047"/>
                                </a:lnTo>
                                <a:lnTo>
                                  <a:pt x="2736369" y="616347"/>
                                </a:lnTo>
                                <a:lnTo>
                                  <a:pt x="2724342" y="620733"/>
                                </a:lnTo>
                                <a:lnTo>
                                  <a:pt x="2725738" y="620733"/>
                                </a:lnTo>
                                <a:lnTo>
                                  <a:pt x="2725523" y="621187"/>
                                </a:lnTo>
                                <a:lnTo>
                                  <a:pt x="2717800" y="622321"/>
                                </a:lnTo>
                                <a:lnTo>
                                  <a:pt x="2722091" y="620733"/>
                                </a:lnTo>
                                <a:lnTo>
                                  <a:pt x="2724342" y="620733"/>
                                </a:lnTo>
                                <a:lnTo>
                                  <a:pt x="2722658" y="618886"/>
                                </a:lnTo>
                                <a:lnTo>
                                  <a:pt x="2729634" y="616347"/>
                                </a:lnTo>
                                <a:lnTo>
                                  <a:pt x="2721455" y="618655"/>
                                </a:lnTo>
                                <a:lnTo>
                                  <a:pt x="2713037" y="619810"/>
                                </a:lnTo>
                                <a:lnTo>
                                  <a:pt x="2723139" y="613806"/>
                                </a:lnTo>
                                <a:lnTo>
                                  <a:pt x="2727950" y="614268"/>
                                </a:lnTo>
                                <a:lnTo>
                                  <a:pt x="2729634" y="608034"/>
                                </a:lnTo>
                                <a:lnTo>
                                  <a:pt x="2735647" y="612883"/>
                                </a:lnTo>
                                <a:lnTo>
                                  <a:pt x="2736644" y="615370"/>
                                </a:lnTo>
                                <a:lnTo>
                                  <a:pt x="2740959" y="614695"/>
                                </a:lnTo>
                                <a:lnTo>
                                  <a:pt x="2745350" y="606446"/>
                                </a:lnTo>
                                <a:close/>
                                <a:moveTo>
                                  <a:pt x="3080709" y="605895"/>
                                </a:moveTo>
                                <a:lnTo>
                                  <a:pt x="3080546" y="606276"/>
                                </a:lnTo>
                                <a:lnTo>
                                  <a:pt x="3078738" y="609451"/>
                                </a:lnTo>
                                <a:lnTo>
                                  <a:pt x="3076930" y="612399"/>
                                </a:lnTo>
                                <a:lnTo>
                                  <a:pt x="3074896" y="614893"/>
                                </a:lnTo>
                                <a:lnTo>
                                  <a:pt x="3070602" y="618976"/>
                                </a:lnTo>
                                <a:lnTo>
                                  <a:pt x="3068794" y="620790"/>
                                </a:lnTo>
                                <a:lnTo>
                                  <a:pt x="3067438" y="622604"/>
                                </a:lnTo>
                                <a:lnTo>
                                  <a:pt x="3066534" y="624418"/>
                                </a:lnTo>
                                <a:lnTo>
                                  <a:pt x="3066534" y="625325"/>
                                </a:lnTo>
                                <a:lnTo>
                                  <a:pt x="3066308" y="626233"/>
                                </a:lnTo>
                                <a:lnTo>
                                  <a:pt x="3066534" y="627140"/>
                                </a:lnTo>
                                <a:lnTo>
                                  <a:pt x="3066760" y="628274"/>
                                </a:lnTo>
                                <a:lnTo>
                                  <a:pt x="3067438" y="629408"/>
                                </a:lnTo>
                                <a:lnTo>
                                  <a:pt x="3068116" y="630315"/>
                                </a:lnTo>
                                <a:lnTo>
                                  <a:pt x="3070602" y="633036"/>
                                </a:lnTo>
                                <a:lnTo>
                                  <a:pt x="3074218" y="635758"/>
                                </a:lnTo>
                                <a:lnTo>
                                  <a:pt x="3079416" y="639159"/>
                                </a:lnTo>
                                <a:lnTo>
                                  <a:pt x="3085518" y="642788"/>
                                </a:lnTo>
                                <a:lnTo>
                                  <a:pt x="3099755" y="650498"/>
                                </a:lnTo>
                                <a:lnTo>
                                  <a:pt x="3099945" y="650609"/>
                                </a:lnTo>
                                <a:lnTo>
                                  <a:pt x="3096324" y="646231"/>
                                </a:lnTo>
                                <a:lnTo>
                                  <a:pt x="3092467" y="642152"/>
                                </a:lnTo>
                                <a:lnTo>
                                  <a:pt x="3088611" y="638753"/>
                                </a:lnTo>
                                <a:lnTo>
                                  <a:pt x="3085889" y="636260"/>
                                </a:lnTo>
                                <a:lnTo>
                                  <a:pt x="3083167" y="634448"/>
                                </a:lnTo>
                                <a:lnTo>
                                  <a:pt x="3081125" y="632635"/>
                                </a:lnTo>
                                <a:lnTo>
                                  <a:pt x="3079537" y="631275"/>
                                </a:lnTo>
                                <a:lnTo>
                                  <a:pt x="3078176" y="629689"/>
                                </a:lnTo>
                                <a:lnTo>
                                  <a:pt x="3077495" y="628103"/>
                                </a:lnTo>
                                <a:lnTo>
                                  <a:pt x="3077042" y="626063"/>
                                </a:lnTo>
                                <a:lnTo>
                                  <a:pt x="3077042" y="623344"/>
                                </a:lnTo>
                                <a:lnTo>
                                  <a:pt x="3077495" y="619945"/>
                                </a:lnTo>
                                <a:lnTo>
                                  <a:pt x="3078403" y="615639"/>
                                </a:lnTo>
                                <a:lnTo>
                                  <a:pt x="3080709" y="605895"/>
                                </a:lnTo>
                                <a:close/>
                                <a:moveTo>
                                  <a:pt x="2916622" y="605316"/>
                                </a:moveTo>
                                <a:lnTo>
                                  <a:pt x="2919185" y="606982"/>
                                </a:lnTo>
                                <a:lnTo>
                                  <a:pt x="2921226" y="608344"/>
                                </a:lnTo>
                                <a:lnTo>
                                  <a:pt x="2923040" y="609705"/>
                                </a:lnTo>
                                <a:lnTo>
                                  <a:pt x="2925081" y="611520"/>
                                </a:lnTo>
                                <a:lnTo>
                                  <a:pt x="2926442" y="613108"/>
                                </a:lnTo>
                                <a:lnTo>
                                  <a:pt x="2926391" y="614604"/>
                                </a:lnTo>
                                <a:lnTo>
                                  <a:pt x="2927547" y="613533"/>
                                </a:lnTo>
                                <a:lnTo>
                                  <a:pt x="2926417" y="612172"/>
                                </a:lnTo>
                                <a:lnTo>
                                  <a:pt x="2924835" y="610811"/>
                                </a:lnTo>
                                <a:lnTo>
                                  <a:pt x="2921445" y="608090"/>
                                </a:lnTo>
                                <a:lnTo>
                                  <a:pt x="2917151" y="605595"/>
                                </a:lnTo>
                                <a:lnTo>
                                  <a:pt x="2916622" y="605316"/>
                                </a:lnTo>
                                <a:close/>
                                <a:moveTo>
                                  <a:pt x="1671864" y="604928"/>
                                </a:moveTo>
                                <a:lnTo>
                                  <a:pt x="1672998" y="604928"/>
                                </a:lnTo>
                                <a:lnTo>
                                  <a:pt x="1665287" y="608104"/>
                                </a:lnTo>
                                <a:lnTo>
                                  <a:pt x="1671864" y="604928"/>
                                </a:lnTo>
                                <a:close/>
                                <a:moveTo>
                                  <a:pt x="2761933" y="604858"/>
                                </a:moveTo>
                                <a:lnTo>
                                  <a:pt x="2763838" y="605493"/>
                                </a:lnTo>
                                <a:lnTo>
                                  <a:pt x="2761361" y="608033"/>
                                </a:lnTo>
                                <a:lnTo>
                                  <a:pt x="2759075" y="607080"/>
                                </a:lnTo>
                                <a:lnTo>
                                  <a:pt x="2761933" y="604858"/>
                                </a:lnTo>
                                <a:close/>
                                <a:moveTo>
                                  <a:pt x="2281010" y="604856"/>
                                </a:moveTo>
                                <a:lnTo>
                                  <a:pt x="2281237" y="605885"/>
                                </a:lnTo>
                                <a:lnTo>
                                  <a:pt x="2276247" y="609384"/>
                                </a:lnTo>
                                <a:lnTo>
                                  <a:pt x="2267176" y="611030"/>
                                </a:lnTo>
                                <a:lnTo>
                                  <a:pt x="2255837" y="615969"/>
                                </a:lnTo>
                                <a:lnTo>
                                  <a:pt x="2260599" y="612470"/>
                                </a:lnTo>
                                <a:lnTo>
                                  <a:pt x="2261733" y="612264"/>
                                </a:lnTo>
                                <a:lnTo>
                                  <a:pt x="2276474" y="606091"/>
                                </a:lnTo>
                                <a:lnTo>
                                  <a:pt x="2281010" y="604856"/>
                                </a:lnTo>
                                <a:close/>
                                <a:moveTo>
                                  <a:pt x="2777358" y="603270"/>
                                </a:moveTo>
                                <a:lnTo>
                                  <a:pt x="2781300" y="606093"/>
                                </a:lnTo>
                                <a:lnTo>
                                  <a:pt x="2781081" y="606446"/>
                                </a:lnTo>
                                <a:lnTo>
                                  <a:pt x="2774950" y="606093"/>
                                </a:lnTo>
                                <a:lnTo>
                                  <a:pt x="2777358" y="603270"/>
                                </a:lnTo>
                                <a:close/>
                                <a:moveTo>
                                  <a:pt x="1471613" y="601708"/>
                                </a:moveTo>
                                <a:lnTo>
                                  <a:pt x="1463242" y="608992"/>
                                </a:lnTo>
                                <a:lnTo>
                                  <a:pt x="1469350" y="606033"/>
                                </a:lnTo>
                                <a:lnTo>
                                  <a:pt x="1469803" y="606943"/>
                                </a:lnTo>
                                <a:lnTo>
                                  <a:pt x="1464826" y="611496"/>
                                </a:lnTo>
                                <a:lnTo>
                                  <a:pt x="1442202" y="624242"/>
                                </a:lnTo>
                                <a:lnTo>
                                  <a:pt x="1413696" y="642225"/>
                                </a:lnTo>
                                <a:lnTo>
                                  <a:pt x="1410755" y="643590"/>
                                </a:lnTo>
                                <a:lnTo>
                                  <a:pt x="1413243" y="640176"/>
                                </a:lnTo>
                                <a:lnTo>
                                  <a:pt x="1409172" y="641997"/>
                                </a:lnTo>
                                <a:lnTo>
                                  <a:pt x="1400801" y="649053"/>
                                </a:lnTo>
                                <a:lnTo>
                                  <a:pt x="1379760" y="662482"/>
                                </a:lnTo>
                                <a:lnTo>
                                  <a:pt x="1381118" y="661799"/>
                                </a:lnTo>
                                <a:lnTo>
                                  <a:pt x="1377950" y="663621"/>
                                </a:lnTo>
                                <a:lnTo>
                                  <a:pt x="1384737" y="658613"/>
                                </a:lnTo>
                                <a:lnTo>
                                  <a:pt x="1384285" y="658613"/>
                                </a:lnTo>
                                <a:lnTo>
                                  <a:pt x="1450834" y="612695"/>
                                </a:lnTo>
                                <a:lnTo>
                                  <a:pt x="1449441" y="613772"/>
                                </a:lnTo>
                                <a:lnTo>
                                  <a:pt x="1446727" y="615820"/>
                                </a:lnTo>
                                <a:lnTo>
                                  <a:pt x="1451252" y="612406"/>
                                </a:lnTo>
                                <a:lnTo>
                                  <a:pt x="1450834" y="612695"/>
                                </a:lnTo>
                                <a:lnTo>
                                  <a:pt x="1452383" y="611496"/>
                                </a:lnTo>
                                <a:lnTo>
                                  <a:pt x="1455324" y="609447"/>
                                </a:lnTo>
                                <a:lnTo>
                                  <a:pt x="1458491" y="607626"/>
                                </a:lnTo>
                                <a:lnTo>
                                  <a:pt x="1461658" y="605578"/>
                                </a:lnTo>
                                <a:lnTo>
                                  <a:pt x="1464826" y="604212"/>
                                </a:lnTo>
                                <a:lnTo>
                                  <a:pt x="1468220" y="602618"/>
                                </a:lnTo>
                                <a:lnTo>
                                  <a:pt x="1471613" y="601708"/>
                                </a:lnTo>
                                <a:close/>
                                <a:moveTo>
                                  <a:pt x="2751953" y="596921"/>
                                </a:moveTo>
                                <a:lnTo>
                                  <a:pt x="2754313" y="596921"/>
                                </a:lnTo>
                                <a:lnTo>
                                  <a:pt x="2754077" y="597793"/>
                                </a:lnTo>
                                <a:lnTo>
                                  <a:pt x="2736850" y="608034"/>
                                </a:lnTo>
                                <a:lnTo>
                                  <a:pt x="2751953" y="596921"/>
                                </a:lnTo>
                                <a:close/>
                                <a:moveTo>
                                  <a:pt x="1471613" y="595366"/>
                                </a:moveTo>
                                <a:lnTo>
                                  <a:pt x="1471436" y="595630"/>
                                </a:lnTo>
                                <a:lnTo>
                                  <a:pt x="1470025" y="596953"/>
                                </a:lnTo>
                                <a:lnTo>
                                  <a:pt x="1471613" y="595366"/>
                                </a:lnTo>
                                <a:close/>
                                <a:moveTo>
                                  <a:pt x="1484313" y="589015"/>
                                </a:moveTo>
                                <a:lnTo>
                                  <a:pt x="1483677" y="589767"/>
                                </a:lnTo>
                                <a:lnTo>
                                  <a:pt x="1480080" y="592525"/>
                                </a:lnTo>
                                <a:lnTo>
                                  <a:pt x="1477962" y="593778"/>
                                </a:lnTo>
                                <a:lnTo>
                                  <a:pt x="1484313" y="589015"/>
                                </a:lnTo>
                                <a:close/>
                                <a:moveTo>
                                  <a:pt x="1487487" y="589015"/>
                                </a:moveTo>
                                <a:lnTo>
                                  <a:pt x="1482407" y="592984"/>
                                </a:lnTo>
                                <a:lnTo>
                                  <a:pt x="1481137" y="593778"/>
                                </a:lnTo>
                                <a:lnTo>
                                  <a:pt x="1487487" y="589015"/>
                                </a:lnTo>
                                <a:close/>
                                <a:moveTo>
                                  <a:pt x="2041596" y="587462"/>
                                </a:moveTo>
                                <a:lnTo>
                                  <a:pt x="2043112" y="587607"/>
                                </a:lnTo>
                                <a:lnTo>
                                  <a:pt x="2042462" y="587751"/>
                                </a:lnTo>
                                <a:lnTo>
                                  <a:pt x="2033587" y="589050"/>
                                </a:lnTo>
                                <a:lnTo>
                                  <a:pt x="2041596" y="587462"/>
                                </a:lnTo>
                                <a:close/>
                                <a:moveTo>
                                  <a:pt x="2065509" y="585873"/>
                                </a:moveTo>
                                <a:lnTo>
                                  <a:pt x="2068478" y="590968"/>
                                </a:lnTo>
                                <a:lnTo>
                                  <a:pt x="2071219" y="590746"/>
                                </a:lnTo>
                                <a:lnTo>
                                  <a:pt x="2073275" y="596505"/>
                                </a:lnTo>
                                <a:lnTo>
                                  <a:pt x="2073046" y="596505"/>
                                </a:lnTo>
                                <a:lnTo>
                                  <a:pt x="2063453" y="595398"/>
                                </a:lnTo>
                                <a:lnTo>
                                  <a:pt x="2062311" y="598942"/>
                                </a:lnTo>
                                <a:lnTo>
                                  <a:pt x="2066422" y="600714"/>
                                </a:lnTo>
                                <a:lnTo>
                                  <a:pt x="2057514" y="604922"/>
                                </a:lnTo>
                                <a:lnTo>
                                  <a:pt x="2051575" y="600271"/>
                                </a:lnTo>
                                <a:lnTo>
                                  <a:pt x="2043809" y="597834"/>
                                </a:lnTo>
                                <a:lnTo>
                                  <a:pt x="2042895" y="597391"/>
                                </a:lnTo>
                                <a:lnTo>
                                  <a:pt x="2041525" y="594733"/>
                                </a:lnTo>
                                <a:lnTo>
                                  <a:pt x="2051347" y="586759"/>
                                </a:lnTo>
                                <a:lnTo>
                                  <a:pt x="2065509" y="585873"/>
                                </a:lnTo>
                                <a:close/>
                                <a:moveTo>
                                  <a:pt x="2862942" y="585061"/>
                                </a:moveTo>
                                <a:lnTo>
                                  <a:pt x="2864530" y="588233"/>
                                </a:lnTo>
                                <a:lnTo>
                                  <a:pt x="2854778" y="590272"/>
                                </a:lnTo>
                                <a:lnTo>
                                  <a:pt x="2854551" y="590499"/>
                                </a:lnTo>
                                <a:lnTo>
                                  <a:pt x="2854325" y="590499"/>
                                </a:lnTo>
                                <a:lnTo>
                                  <a:pt x="2854098" y="590499"/>
                                </a:lnTo>
                                <a:lnTo>
                                  <a:pt x="2853871" y="590499"/>
                                </a:lnTo>
                                <a:lnTo>
                                  <a:pt x="2852510" y="590725"/>
                                </a:lnTo>
                                <a:lnTo>
                                  <a:pt x="2845026" y="592311"/>
                                </a:lnTo>
                                <a:lnTo>
                                  <a:pt x="2845214" y="592670"/>
                                </a:lnTo>
                                <a:lnTo>
                                  <a:pt x="2847294" y="592462"/>
                                </a:lnTo>
                                <a:lnTo>
                                  <a:pt x="2852510" y="592235"/>
                                </a:lnTo>
                                <a:lnTo>
                                  <a:pt x="2857726" y="592235"/>
                                </a:lnTo>
                                <a:lnTo>
                                  <a:pt x="2863396" y="592235"/>
                                </a:lnTo>
                                <a:lnTo>
                                  <a:pt x="2864512" y="592278"/>
                                </a:lnTo>
                                <a:lnTo>
                                  <a:pt x="2854325" y="590854"/>
                                </a:lnTo>
                                <a:lnTo>
                                  <a:pt x="2854551" y="590854"/>
                                </a:lnTo>
                                <a:lnTo>
                                  <a:pt x="2854777" y="590854"/>
                                </a:lnTo>
                                <a:lnTo>
                                  <a:pt x="2855455" y="590628"/>
                                </a:lnTo>
                                <a:lnTo>
                                  <a:pt x="2866076" y="587906"/>
                                </a:lnTo>
                                <a:lnTo>
                                  <a:pt x="2863139" y="585412"/>
                                </a:lnTo>
                                <a:lnTo>
                                  <a:pt x="2864037" y="585159"/>
                                </a:lnTo>
                                <a:lnTo>
                                  <a:pt x="2862942" y="585061"/>
                                </a:lnTo>
                                <a:close/>
                                <a:moveTo>
                                  <a:pt x="2825750" y="584607"/>
                                </a:moveTo>
                                <a:lnTo>
                                  <a:pt x="2820987" y="585061"/>
                                </a:lnTo>
                                <a:lnTo>
                                  <a:pt x="2824389" y="588913"/>
                                </a:lnTo>
                                <a:lnTo>
                                  <a:pt x="2827110" y="585740"/>
                                </a:lnTo>
                                <a:lnTo>
                                  <a:pt x="2825750" y="584607"/>
                                </a:lnTo>
                                <a:close/>
                                <a:moveTo>
                                  <a:pt x="2786211" y="584221"/>
                                </a:moveTo>
                                <a:lnTo>
                                  <a:pt x="2794673" y="585879"/>
                                </a:lnTo>
                                <a:lnTo>
                                  <a:pt x="2794215" y="586827"/>
                                </a:lnTo>
                                <a:lnTo>
                                  <a:pt x="2795588" y="588486"/>
                                </a:lnTo>
                                <a:lnTo>
                                  <a:pt x="2792386" y="592277"/>
                                </a:lnTo>
                                <a:lnTo>
                                  <a:pt x="2791014" y="593698"/>
                                </a:lnTo>
                                <a:lnTo>
                                  <a:pt x="2793987" y="594646"/>
                                </a:lnTo>
                                <a:lnTo>
                                  <a:pt x="2791928" y="595120"/>
                                </a:lnTo>
                                <a:lnTo>
                                  <a:pt x="2785982" y="595831"/>
                                </a:lnTo>
                                <a:lnTo>
                                  <a:pt x="2774089" y="600096"/>
                                </a:lnTo>
                                <a:lnTo>
                                  <a:pt x="2768600" y="599622"/>
                                </a:lnTo>
                                <a:lnTo>
                                  <a:pt x="2775232" y="597016"/>
                                </a:lnTo>
                                <a:lnTo>
                                  <a:pt x="2772030" y="595831"/>
                                </a:lnTo>
                                <a:lnTo>
                                  <a:pt x="2775461" y="593935"/>
                                </a:lnTo>
                                <a:lnTo>
                                  <a:pt x="2772030" y="594646"/>
                                </a:lnTo>
                                <a:lnTo>
                                  <a:pt x="2769057" y="592040"/>
                                </a:lnTo>
                                <a:lnTo>
                                  <a:pt x="2782780" y="588723"/>
                                </a:lnTo>
                                <a:lnTo>
                                  <a:pt x="2776833" y="587538"/>
                                </a:lnTo>
                                <a:lnTo>
                                  <a:pt x="2782094" y="586827"/>
                                </a:lnTo>
                                <a:lnTo>
                                  <a:pt x="2785982" y="585879"/>
                                </a:lnTo>
                                <a:lnTo>
                                  <a:pt x="2786439" y="586590"/>
                                </a:lnTo>
                                <a:lnTo>
                                  <a:pt x="2786211" y="584221"/>
                                </a:lnTo>
                                <a:close/>
                                <a:moveTo>
                                  <a:pt x="3406775" y="582678"/>
                                </a:moveTo>
                                <a:lnTo>
                                  <a:pt x="3409950" y="582678"/>
                                </a:lnTo>
                                <a:lnTo>
                                  <a:pt x="3409553" y="584266"/>
                                </a:lnTo>
                                <a:lnTo>
                                  <a:pt x="3406775" y="584266"/>
                                </a:lnTo>
                                <a:lnTo>
                                  <a:pt x="3406775" y="582678"/>
                                </a:lnTo>
                                <a:close/>
                                <a:moveTo>
                                  <a:pt x="1705617" y="581116"/>
                                </a:moveTo>
                                <a:lnTo>
                                  <a:pt x="1706563" y="581116"/>
                                </a:lnTo>
                                <a:lnTo>
                                  <a:pt x="1705617" y="581982"/>
                                </a:lnTo>
                                <a:lnTo>
                                  <a:pt x="1698287" y="584291"/>
                                </a:lnTo>
                                <a:lnTo>
                                  <a:pt x="1695450" y="584291"/>
                                </a:lnTo>
                                <a:lnTo>
                                  <a:pt x="1698287" y="582560"/>
                                </a:lnTo>
                                <a:lnTo>
                                  <a:pt x="1705617" y="581116"/>
                                </a:lnTo>
                                <a:close/>
                                <a:moveTo>
                                  <a:pt x="1706562" y="579528"/>
                                </a:moveTo>
                                <a:lnTo>
                                  <a:pt x="1705428" y="580520"/>
                                </a:lnTo>
                                <a:lnTo>
                                  <a:pt x="1703387" y="581116"/>
                                </a:lnTo>
                                <a:lnTo>
                                  <a:pt x="1703614" y="580719"/>
                                </a:lnTo>
                                <a:lnTo>
                                  <a:pt x="1706562" y="579528"/>
                                </a:lnTo>
                                <a:close/>
                                <a:moveTo>
                                  <a:pt x="2068170" y="579524"/>
                                </a:moveTo>
                                <a:lnTo>
                                  <a:pt x="2087563" y="582276"/>
                                </a:lnTo>
                                <a:lnTo>
                                  <a:pt x="2086661" y="582699"/>
                                </a:lnTo>
                                <a:lnTo>
                                  <a:pt x="2080798" y="585027"/>
                                </a:lnTo>
                                <a:lnTo>
                                  <a:pt x="2081023" y="588414"/>
                                </a:lnTo>
                                <a:lnTo>
                                  <a:pt x="2070425" y="589049"/>
                                </a:lnTo>
                                <a:lnTo>
                                  <a:pt x="2069072" y="587144"/>
                                </a:lnTo>
                                <a:lnTo>
                                  <a:pt x="2065689" y="584816"/>
                                </a:lnTo>
                                <a:lnTo>
                                  <a:pt x="2047875" y="586509"/>
                                </a:lnTo>
                                <a:lnTo>
                                  <a:pt x="2068170" y="579524"/>
                                </a:lnTo>
                                <a:close/>
                                <a:moveTo>
                                  <a:pt x="3040582" y="573627"/>
                                </a:moveTo>
                                <a:lnTo>
                                  <a:pt x="3038285" y="584731"/>
                                </a:lnTo>
                                <a:lnTo>
                                  <a:pt x="3053200" y="590628"/>
                                </a:lnTo>
                                <a:lnTo>
                                  <a:pt x="3080576" y="602401"/>
                                </a:lnTo>
                                <a:lnTo>
                                  <a:pt x="3079764" y="601590"/>
                                </a:lnTo>
                                <a:lnTo>
                                  <a:pt x="3077495" y="599550"/>
                                </a:lnTo>
                                <a:lnTo>
                                  <a:pt x="3072505" y="595471"/>
                                </a:lnTo>
                                <a:lnTo>
                                  <a:pt x="3066380" y="591166"/>
                                </a:lnTo>
                                <a:lnTo>
                                  <a:pt x="3059801" y="586634"/>
                                </a:lnTo>
                                <a:lnTo>
                                  <a:pt x="3047324" y="578476"/>
                                </a:lnTo>
                                <a:lnTo>
                                  <a:pt x="3042560" y="575077"/>
                                </a:lnTo>
                                <a:lnTo>
                                  <a:pt x="3040582" y="573627"/>
                                </a:lnTo>
                                <a:close/>
                                <a:moveTo>
                                  <a:pt x="2969446" y="572075"/>
                                </a:moveTo>
                                <a:lnTo>
                                  <a:pt x="2962048" y="580983"/>
                                </a:lnTo>
                                <a:lnTo>
                                  <a:pt x="2957513" y="585740"/>
                                </a:lnTo>
                                <a:lnTo>
                                  <a:pt x="2953430" y="590272"/>
                                </a:lnTo>
                                <a:lnTo>
                                  <a:pt x="2950576" y="590562"/>
                                </a:lnTo>
                                <a:lnTo>
                                  <a:pt x="2954441" y="590401"/>
                                </a:lnTo>
                                <a:lnTo>
                                  <a:pt x="2969582" y="572712"/>
                                </a:lnTo>
                                <a:lnTo>
                                  <a:pt x="2969446" y="572075"/>
                                </a:lnTo>
                                <a:close/>
                                <a:moveTo>
                                  <a:pt x="2061157" y="571587"/>
                                </a:moveTo>
                                <a:lnTo>
                                  <a:pt x="2076450" y="574762"/>
                                </a:lnTo>
                                <a:lnTo>
                                  <a:pt x="2075550" y="574961"/>
                                </a:lnTo>
                                <a:lnTo>
                                  <a:pt x="2068803" y="576350"/>
                                </a:lnTo>
                                <a:lnTo>
                                  <a:pt x="2056434" y="575358"/>
                                </a:lnTo>
                                <a:lnTo>
                                  <a:pt x="2050361" y="575953"/>
                                </a:lnTo>
                                <a:lnTo>
                                  <a:pt x="2049462" y="575953"/>
                                </a:lnTo>
                                <a:lnTo>
                                  <a:pt x="2061157" y="571587"/>
                                </a:lnTo>
                                <a:close/>
                                <a:moveTo>
                                  <a:pt x="3034476" y="571016"/>
                                </a:moveTo>
                                <a:lnTo>
                                  <a:pt x="3034217" y="571125"/>
                                </a:lnTo>
                                <a:lnTo>
                                  <a:pt x="3034047" y="571260"/>
                                </a:lnTo>
                                <a:lnTo>
                                  <a:pt x="3034476" y="571016"/>
                                </a:lnTo>
                                <a:close/>
                                <a:moveTo>
                                  <a:pt x="2816225" y="566758"/>
                                </a:moveTo>
                                <a:lnTo>
                                  <a:pt x="2809875" y="569932"/>
                                </a:lnTo>
                                <a:lnTo>
                                  <a:pt x="2810110" y="567692"/>
                                </a:lnTo>
                                <a:lnTo>
                                  <a:pt x="2816225" y="566758"/>
                                </a:lnTo>
                                <a:close/>
                                <a:moveTo>
                                  <a:pt x="2835275" y="566757"/>
                                </a:moveTo>
                                <a:lnTo>
                                  <a:pt x="2835054" y="567353"/>
                                </a:lnTo>
                                <a:lnTo>
                                  <a:pt x="2827337" y="571520"/>
                                </a:lnTo>
                                <a:lnTo>
                                  <a:pt x="2832849" y="567353"/>
                                </a:lnTo>
                                <a:lnTo>
                                  <a:pt x="2835275" y="566757"/>
                                </a:lnTo>
                                <a:close/>
                                <a:moveTo>
                                  <a:pt x="2853266" y="566757"/>
                                </a:moveTo>
                                <a:lnTo>
                                  <a:pt x="2854325" y="566757"/>
                                </a:lnTo>
                                <a:lnTo>
                                  <a:pt x="2852737" y="569932"/>
                                </a:lnTo>
                                <a:lnTo>
                                  <a:pt x="2851150" y="569720"/>
                                </a:lnTo>
                                <a:lnTo>
                                  <a:pt x="2853266" y="566757"/>
                                </a:lnTo>
                                <a:close/>
                                <a:moveTo>
                                  <a:pt x="1523755" y="565520"/>
                                </a:moveTo>
                                <a:lnTo>
                                  <a:pt x="1523695" y="565603"/>
                                </a:lnTo>
                                <a:lnTo>
                                  <a:pt x="1516062" y="569966"/>
                                </a:lnTo>
                                <a:lnTo>
                                  <a:pt x="1520336" y="567425"/>
                                </a:lnTo>
                                <a:lnTo>
                                  <a:pt x="1523755" y="565520"/>
                                </a:lnTo>
                                <a:close/>
                                <a:moveTo>
                                  <a:pt x="2821878" y="565171"/>
                                </a:moveTo>
                                <a:lnTo>
                                  <a:pt x="2825363" y="567487"/>
                                </a:lnTo>
                                <a:lnTo>
                                  <a:pt x="2826989" y="566972"/>
                                </a:lnTo>
                                <a:lnTo>
                                  <a:pt x="2832100" y="566458"/>
                                </a:lnTo>
                                <a:lnTo>
                                  <a:pt x="2831867" y="566715"/>
                                </a:lnTo>
                                <a:lnTo>
                                  <a:pt x="2820019" y="573151"/>
                                </a:lnTo>
                                <a:lnTo>
                                  <a:pt x="2817928" y="574180"/>
                                </a:lnTo>
                                <a:lnTo>
                                  <a:pt x="2816764" y="574611"/>
                                </a:lnTo>
                                <a:lnTo>
                                  <a:pt x="2817813" y="574960"/>
                                </a:lnTo>
                                <a:lnTo>
                                  <a:pt x="2817349" y="575423"/>
                                </a:lnTo>
                                <a:lnTo>
                                  <a:pt x="2813175" y="578433"/>
                                </a:lnTo>
                                <a:lnTo>
                                  <a:pt x="2797175" y="584221"/>
                                </a:lnTo>
                                <a:lnTo>
                                  <a:pt x="2802508" y="581442"/>
                                </a:lnTo>
                                <a:lnTo>
                                  <a:pt x="2800653" y="581442"/>
                                </a:lnTo>
                                <a:lnTo>
                                  <a:pt x="2806218" y="578896"/>
                                </a:lnTo>
                                <a:lnTo>
                                  <a:pt x="2804827" y="578896"/>
                                </a:lnTo>
                                <a:lnTo>
                                  <a:pt x="2807842" y="575423"/>
                                </a:lnTo>
                                <a:lnTo>
                                  <a:pt x="2809465" y="578201"/>
                                </a:lnTo>
                                <a:lnTo>
                                  <a:pt x="2809233" y="574034"/>
                                </a:lnTo>
                                <a:lnTo>
                                  <a:pt x="2810856" y="573107"/>
                                </a:lnTo>
                                <a:lnTo>
                                  <a:pt x="2812943" y="573107"/>
                                </a:lnTo>
                                <a:lnTo>
                                  <a:pt x="2816410" y="574492"/>
                                </a:lnTo>
                                <a:lnTo>
                                  <a:pt x="2813050" y="569032"/>
                                </a:lnTo>
                                <a:lnTo>
                                  <a:pt x="2821878" y="565171"/>
                                </a:lnTo>
                                <a:close/>
                                <a:moveTo>
                                  <a:pt x="1530350" y="563616"/>
                                </a:moveTo>
                                <a:lnTo>
                                  <a:pt x="1526660" y="566900"/>
                                </a:lnTo>
                                <a:lnTo>
                                  <a:pt x="1522740" y="569966"/>
                                </a:lnTo>
                                <a:lnTo>
                                  <a:pt x="1518590" y="572374"/>
                                </a:lnTo>
                                <a:lnTo>
                                  <a:pt x="1513978" y="574783"/>
                                </a:lnTo>
                                <a:lnTo>
                                  <a:pt x="1489075" y="589015"/>
                                </a:lnTo>
                                <a:lnTo>
                                  <a:pt x="1491612" y="585950"/>
                                </a:lnTo>
                                <a:lnTo>
                                  <a:pt x="1494609" y="583541"/>
                                </a:lnTo>
                                <a:lnTo>
                                  <a:pt x="1498069" y="581133"/>
                                </a:lnTo>
                                <a:lnTo>
                                  <a:pt x="1501757" y="578943"/>
                                </a:lnTo>
                                <a:lnTo>
                                  <a:pt x="1499682" y="580038"/>
                                </a:lnTo>
                                <a:lnTo>
                                  <a:pt x="1507291" y="575878"/>
                                </a:lnTo>
                                <a:lnTo>
                                  <a:pt x="1515131" y="571717"/>
                                </a:lnTo>
                                <a:lnTo>
                                  <a:pt x="1530350" y="563616"/>
                                </a:lnTo>
                                <a:close/>
                                <a:moveTo>
                                  <a:pt x="1527175" y="563615"/>
                                </a:moveTo>
                                <a:lnTo>
                                  <a:pt x="1527175" y="564039"/>
                                </a:lnTo>
                                <a:lnTo>
                                  <a:pt x="1525892" y="564886"/>
                                </a:lnTo>
                                <a:lnTo>
                                  <a:pt x="1522687" y="567002"/>
                                </a:lnTo>
                                <a:lnTo>
                                  <a:pt x="1523695" y="565603"/>
                                </a:lnTo>
                                <a:lnTo>
                                  <a:pt x="1527175" y="563615"/>
                                </a:lnTo>
                                <a:close/>
                                <a:moveTo>
                                  <a:pt x="1522412" y="562029"/>
                                </a:moveTo>
                                <a:lnTo>
                                  <a:pt x="1520144" y="563617"/>
                                </a:lnTo>
                                <a:lnTo>
                                  <a:pt x="1519690" y="563617"/>
                                </a:lnTo>
                                <a:lnTo>
                                  <a:pt x="1520824" y="562558"/>
                                </a:lnTo>
                                <a:lnTo>
                                  <a:pt x="1522412" y="562029"/>
                                </a:lnTo>
                                <a:close/>
                                <a:moveTo>
                                  <a:pt x="2819399" y="561995"/>
                                </a:moveTo>
                                <a:lnTo>
                                  <a:pt x="2820987" y="564263"/>
                                </a:lnTo>
                                <a:lnTo>
                                  <a:pt x="2820987" y="564490"/>
                                </a:lnTo>
                                <a:lnTo>
                                  <a:pt x="2820760" y="565170"/>
                                </a:lnTo>
                                <a:lnTo>
                                  <a:pt x="2817812" y="564036"/>
                                </a:lnTo>
                                <a:lnTo>
                                  <a:pt x="2819399" y="561995"/>
                                </a:lnTo>
                                <a:close/>
                                <a:moveTo>
                                  <a:pt x="2827337" y="560407"/>
                                </a:moveTo>
                                <a:lnTo>
                                  <a:pt x="2832848" y="560407"/>
                                </a:lnTo>
                                <a:lnTo>
                                  <a:pt x="2840037" y="563582"/>
                                </a:lnTo>
                                <a:lnTo>
                                  <a:pt x="2839078" y="563582"/>
                                </a:lnTo>
                                <a:lnTo>
                                  <a:pt x="2834046" y="565170"/>
                                </a:lnTo>
                                <a:lnTo>
                                  <a:pt x="2827337" y="560407"/>
                                </a:lnTo>
                                <a:close/>
                                <a:moveTo>
                                  <a:pt x="2853225" y="557232"/>
                                </a:moveTo>
                                <a:lnTo>
                                  <a:pt x="2855912" y="557483"/>
                                </a:lnTo>
                                <a:lnTo>
                                  <a:pt x="2855912" y="557984"/>
                                </a:lnTo>
                                <a:lnTo>
                                  <a:pt x="2846631" y="561995"/>
                                </a:lnTo>
                                <a:lnTo>
                                  <a:pt x="2846387" y="560992"/>
                                </a:lnTo>
                                <a:lnTo>
                                  <a:pt x="2853225" y="557232"/>
                                </a:lnTo>
                                <a:close/>
                                <a:moveTo>
                                  <a:pt x="1544637" y="554091"/>
                                </a:moveTo>
                                <a:lnTo>
                                  <a:pt x="1544637" y="554318"/>
                                </a:lnTo>
                                <a:lnTo>
                                  <a:pt x="1543972" y="554545"/>
                                </a:lnTo>
                                <a:lnTo>
                                  <a:pt x="1535112" y="560441"/>
                                </a:lnTo>
                                <a:lnTo>
                                  <a:pt x="1544637" y="554091"/>
                                </a:lnTo>
                                <a:close/>
                                <a:moveTo>
                                  <a:pt x="3064657" y="552325"/>
                                </a:moveTo>
                                <a:lnTo>
                                  <a:pt x="3064329" y="552434"/>
                                </a:lnTo>
                                <a:lnTo>
                                  <a:pt x="3052082" y="556965"/>
                                </a:lnTo>
                                <a:lnTo>
                                  <a:pt x="3041808" y="564391"/>
                                </a:lnTo>
                                <a:lnTo>
                                  <a:pt x="3044215" y="565146"/>
                                </a:lnTo>
                                <a:lnTo>
                                  <a:pt x="3044602" y="564880"/>
                                </a:lnTo>
                                <a:lnTo>
                                  <a:pt x="3048232" y="562387"/>
                                </a:lnTo>
                                <a:lnTo>
                                  <a:pt x="3051634" y="560121"/>
                                </a:lnTo>
                                <a:lnTo>
                                  <a:pt x="3055718" y="557628"/>
                                </a:lnTo>
                                <a:lnTo>
                                  <a:pt x="3059574" y="555136"/>
                                </a:lnTo>
                                <a:lnTo>
                                  <a:pt x="3064111" y="552870"/>
                                </a:lnTo>
                                <a:lnTo>
                                  <a:pt x="3064657" y="552325"/>
                                </a:lnTo>
                                <a:close/>
                                <a:moveTo>
                                  <a:pt x="1535886" y="552289"/>
                                </a:moveTo>
                                <a:lnTo>
                                  <a:pt x="1532155" y="553993"/>
                                </a:lnTo>
                                <a:lnTo>
                                  <a:pt x="1531921" y="554147"/>
                                </a:lnTo>
                                <a:lnTo>
                                  <a:pt x="1531765" y="554644"/>
                                </a:lnTo>
                                <a:lnTo>
                                  <a:pt x="1535886" y="552289"/>
                                </a:lnTo>
                                <a:close/>
                                <a:moveTo>
                                  <a:pt x="1538955" y="550918"/>
                                </a:moveTo>
                                <a:lnTo>
                                  <a:pt x="1538452" y="551117"/>
                                </a:lnTo>
                                <a:lnTo>
                                  <a:pt x="1538454" y="551116"/>
                                </a:lnTo>
                                <a:lnTo>
                                  <a:pt x="1537953" y="551315"/>
                                </a:lnTo>
                                <a:lnTo>
                                  <a:pt x="1538452" y="551117"/>
                                </a:lnTo>
                                <a:lnTo>
                                  <a:pt x="1536846" y="551851"/>
                                </a:lnTo>
                                <a:lnTo>
                                  <a:pt x="1534366" y="553457"/>
                                </a:lnTo>
                                <a:lnTo>
                                  <a:pt x="1531104" y="555163"/>
                                </a:lnTo>
                                <a:lnTo>
                                  <a:pt x="1530350" y="555680"/>
                                </a:lnTo>
                                <a:lnTo>
                                  <a:pt x="1530423" y="555596"/>
                                </a:lnTo>
                                <a:lnTo>
                                  <a:pt x="1528207" y="557601"/>
                                </a:lnTo>
                                <a:lnTo>
                                  <a:pt x="1529066" y="557262"/>
                                </a:lnTo>
                                <a:lnTo>
                                  <a:pt x="1528885" y="557378"/>
                                </a:lnTo>
                                <a:lnTo>
                                  <a:pt x="1529337" y="557155"/>
                                </a:lnTo>
                                <a:lnTo>
                                  <a:pt x="1529066" y="557262"/>
                                </a:lnTo>
                                <a:lnTo>
                                  <a:pt x="1538955" y="550918"/>
                                </a:lnTo>
                                <a:close/>
                                <a:moveTo>
                                  <a:pt x="1550987" y="550916"/>
                                </a:moveTo>
                                <a:lnTo>
                                  <a:pt x="1550987" y="551093"/>
                                </a:lnTo>
                                <a:lnTo>
                                  <a:pt x="1547812" y="552504"/>
                                </a:lnTo>
                                <a:lnTo>
                                  <a:pt x="1550987" y="550916"/>
                                </a:lnTo>
                                <a:close/>
                                <a:moveTo>
                                  <a:pt x="1609492" y="550915"/>
                                </a:moveTo>
                                <a:lnTo>
                                  <a:pt x="1609725" y="551135"/>
                                </a:lnTo>
                                <a:lnTo>
                                  <a:pt x="1608328" y="552017"/>
                                </a:lnTo>
                                <a:lnTo>
                                  <a:pt x="1598316" y="557530"/>
                                </a:lnTo>
                                <a:lnTo>
                                  <a:pt x="1597384" y="557750"/>
                                </a:lnTo>
                                <a:lnTo>
                                  <a:pt x="1597384" y="557971"/>
                                </a:lnTo>
                                <a:lnTo>
                                  <a:pt x="1596453" y="557530"/>
                                </a:lnTo>
                                <a:lnTo>
                                  <a:pt x="1594124" y="558412"/>
                                </a:lnTo>
                                <a:lnTo>
                                  <a:pt x="1592262" y="558853"/>
                                </a:lnTo>
                                <a:lnTo>
                                  <a:pt x="1609492" y="550915"/>
                                </a:lnTo>
                                <a:close/>
                                <a:moveTo>
                                  <a:pt x="2892736" y="547706"/>
                                </a:moveTo>
                                <a:lnTo>
                                  <a:pt x="2901950" y="550393"/>
                                </a:lnTo>
                                <a:lnTo>
                                  <a:pt x="2898463" y="550882"/>
                                </a:lnTo>
                                <a:lnTo>
                                  <a:pt x="2889250" y="549172"/>
                                </a:lnTo>
                                <a:lnTo>
                                  <a:pt x="2892736" y="547706"/>
                                </a:lnTo>
                                <a:close/>
                                <a:moveTo>
                                  <a:pt x="3066597" y="545410"/>
                                </a:moveTo>
                                <a:lnTo>
                                  <a:pt x="3066953" y="547010"/>
                                </a:lnTo>
                                <a:lnTo>
                                  <a:pt x="3067060" y="546751"/>
                                </a:lnTo>
                                <a:lnTo>
                                  <a:pt x="3080898" y="546071"/>
                                </a:lnTo>
                                <a:lnTo>
                                  <a:pt x="3080987" y="545410"/>
                                </a:lnTo>
                                <a:lnTo>
                                  <a:pt x="3066597" y="545410"/>
                                </a:lnTo>
                                <a:close/>
                                <a:moveTo>
                                  <a:pt x="1576555" y="541733"/>
                                </a:moveTo>
                                <a:lnTo>
                                  <a:pt x="1573584" y="542893"/>
                                </a:lnTo>
                                <a:lnTo>
                                  <a:pt x="1575869" y="542661"/>
                                </a:lnTo>
                                <a:lnTo>
                                  <a:pt x="1576555" y="541733"/>
                                </a:lnTo>
                                <a:close/>
                                <a:moveTo>
                                  <a:pt x="1678598" y="539841"/>
                                </a:moveTo>
                                <a:lnTo>
                                  <a:pt x="1679331" y="539841"/>
                                </a:lnTo>
                                <a:lnTo>
                                  <a:pt x="1679575" y="540436"/>
                                </a:lnTo>
                                <a:lnTo>
                                  <a:pt x="1676400" y="541429"/>
                                </a:lnTo>
                                <a:lnTo>
                                  <a:pt x="1678598" y="539841"/>
                                </a:lnTo>
                                <a:close/>
                                <a:moveTo>
                                  <a:pt x="2912886" y="539770"/>
                                </a:moveTo>
                                <a:lnTo>
                                  <a:pt x="2913547" y="540828"/>
                                </a:lnTo>
                                <a:lnTo>
                                  <a:pt x="2914650" y="543368"/>
                                </a:lnTo>
                                <a:lnTo>
                                  <a:pt x="2908476" y="547601"/>
                                </a:lnTo>
                                <a:lnTo>
                                  <a:pt x="2905610" y="549294"/>
                                </a:lnTo>
                                <a:lnTo>
                                  <a:pt x="2902523" y="546966"/>
                                </a:lnTo>
                                <a:lnTo>
                                  <a:pt x="2898775" y="546754"/>
                                </a:lnTo>
                                <a:lnTo>
                                  <a:pt x="2912886" y="539770"/>
                                </a:lnTo>
                                <a:close/>
                                <a:moveTo>
                                  <a:pt x="3057419" y="539768"/>
                                </a:moveTo>
                                <a:lnTo>
                                  <a:pt x="3058477" y="539768"/>
                                </a:lnTo>
                                <a:lnTo>
                                  <a:pt x="3062287" y="541039"/>
                                </a:lnTo>
                                <a:lnTo>
                                  <a:pt x="3062076" y="541356"/>
                                </a:lnTo>
                                <a:lnTo>
                                  <a:pt x="3055937" y="541356"/>
                                </a:lnTo>
                                <a:lnTo>
                                  <a:pt x="3057419" y="539768"/>
                                </a:lnTo>
                                <a:close/>
                                <a:moveTo>
                                  <a:pt x="3016250" y="539519"/>
                                </a:moveTo>
                                <a:lnTo>
                                  <a:pt x="3013075" y="539746"/>
                                </a:lnTo>
                                <a:lnTo>
                                  <a:pt x="3009673" y="540425"/>
                                </a:lnTo>
                                <a:lnTo>
                                  <a:pt x="3006498" y="541332"/>
                                </a:lnTo>
                                <a:lnTo>
                                  <a:pt x="3003323" y="542691"/>
                                </a:lnTo>
                                <a:lnTo>
                                  <a:pt x="3000375" y="544051"/>
                                </a:lnTo>
                                <a:lnTo>
                                  <a:pt x="2998647" y="544914"/>
                                </a:lnTo>
                                <a:lnTo>
                                  <a:pt x="3003482" y="544591"/>
                                </a:lnTo>
                                <a:lnTo>
                                  <a:pt x="3010487" y="544591"/>
                                </a:lnTo>
                                <a:lnTo>
                                  <a:pt x="3017493" y="545044"/>
                                </a:lnTo>
                                <a:lnTo>
                                  <a:pt x="3024273" y="545724"/>
                                </a:lnTo>
                                <a:lnTo>
                                  <a:pt x="3030827" y="546859"/>
                                </a:lnTo>
                                <a:lnTo>
                                  <a:pt x="3036477" y="547993"/>
                                </a:lnTo>
                                <a:lnTo>
                                  <a:pt x="3041449" y="549126"/>
                                </a:lnTo>
                                <a:lnTo>
                                  <a:pt x="3045291" y="550714"/>
                                </a:lnTo>
                                <a:lnTo>
                                  <a:pt x="3039415" y="563640"/>
                                </a:lnTo>
                                <a:lnTo>
                                  <a:pt x="3041249" y="564216"/>
                                </a:lnTo>
                                <a:lnTo>
                                  <a:pt x="3040289" y="561723"/>
                                </a:lnTo>
                                <a:lnTo>
                                  <a:pt x="3045732" y="550395"/>
                                </a:lnTo>
                                <a:lnTo>
                                  <a:pt x="3041650" y="547449"/>
                                </a:lnTo>
                                <a:lnTo>
                                  <a:pt x="3037795" y="544957"/>
                                </a:lnTo>
                                <a:lnTo>
                                  <a:pt x="3034166" y="543144"/>
                                </a:lnTo>
                                <a:lnTo>
                                  <a:pt x="3030311" y="541558"/>
                                </a:lnTo>
                                <a:lnTo>
                                  <a:pt x="3026682" y="540425"/>
                                </a:lnTo>
                                <a:lnTo>
                                  <a:pt x="3023281" y="539746"/>
                                </a:lnTo>
                                <a:lnTo>
                                  <a:pt x="3019652" y="539519"/>
                                </a:lnTo>
                                <a:lnTo>
                                  <a:pt x="3016250" y="539519"/>
                                </a:lnTo>
                                <a:close/>
                                <a:moveTo>
                                  <a:pt x="1587953" y="537593"/>
                                </a:moveTo>
                                <a:lnTo>
                                  <a:pt x="1590448" y="537593"/>
                                </a:lnTo>
                                <a:lnTo>
                                  <a:pt x="1589994" y="538044"/>
                                </a:lnTo>
                                <a:lnTo>
                                  <a:pt x="1579789" y="543915"/>
                                </a:lnTo>
                                <a:lnTo>
                                  <a:pt x="1587273" y="539399"/>
                                </a:lnTo>
                                <a:lnTo>
                                  <a:pt x="1582510" y="542109"/>
                                </a:lnTo>
                                <a:lnTo>
                                  <a:pt x="1579109" y="543915"/>
                                </a:lnTo>
                                <a:lnTo>
                                  <a:pt x="1577975" y="544367"/>
                                </a:lnTo>
                                <a:lnTo>
                                  <a:pt x="1582346" y="540886"/>
                                </a:lnTo>
                                <a:lnTo>
                                  <a:pt x="1577975" y="542978"/>
                                </a:lnTo>
                                <a:lnTo>
                                  <a:pt x="1585285" y="538215"/>
                                </a:lnTo>
                                <a:lnTo>
                                  <a:pt x="1586837" y="538215"/>
                                </a:lnTo>
                                <a:lnTo>
                                  <a:pt x="1587953" y="537593"/>
                                </a:lnTo>
                                <a:close/>
                                <a:moveTo>
                                  <a:pt x="1563245" y="537522"/>
                                </a:moveTo>
                                <a:lnTo>
                                  <a:pt x="1559854" y="540199"/>
                                </a:lnTo>
                                <a:lnTo>
                                  <a:pt x="1560080" y="540199"/>
                                </a:lnTo>
                                <a:lnTo>
                                  <a:pt x="1555333" y="543322"/>
                                </a:lnTo>
                                <a:lnTo>
                                  <a:pt x="1565731" y="537745"/>
                                </a:lnTo>
                                <a:lnTo>
                                  <a:pt x="1566184" y="537522"/>
                                </a:lnTo>
                                <a:lnTo>
                                  <a:pt x="1556689" y="543769"/>
                                </a:lnTo>
                                <a:lnTo>
                                  <a:pt x="1519391" y="566525"/>
                                </a:lnTo>
                                <a:lnTo>
                                  <a:pt x="1516000" y="568310"/>
                                </a:lnTo>
                                <a:lnTo>
                                  <a:pt x="1522782" y="564295"/>
                                </a:lnTo>
                                <a:lnTo>
                                  <a:pt x="1516000" y="567864"/>
                                </a:lnTo>
                                <a:lnTo>
                                  <a:pt x="1509897" y="571880"/>
                                </a:lnTo>
                                <a:lnTo>
                                  <a:pt x="1503793" y="575450"/>
                                </a:lnTo>
                                <a:lnTo>
                                  <a:pt x="1508314" y="572550"/>
                                </a:lnTo>
                                <a:lnTo>
                                  <a:pt x="1498820" y="577904"/>
                                </a:lnTo>
                                <a:lnTo>
                                  <a:pt x="1500177" y="576788"/>
                                </a:lnTo>
                                <a:lnTo>
                                  <a:pt x="1499273" y="577235"/>
                                </a:lnTo>
                                <a:lnTo>
                                  <a:pt x="1503115" y="574781"/>
                                </a:lnTo>
                                <a:lnTo>
                                  <a:pt x="1497012" y="577904"/>
                                </a:lnTo>
                                <a:lnTo>
                                  <a:pt x="1514870" y="566302"/>
                                </a:lnTo>
                                <a:lnTo>
                                  <a:pt x="1515096" y="566302"/>
                                </a:lnTo>
                                <a:lnTo>
                                  <a:pt x="1516452" y="565633"/>
                                </a:lnTo>
                                <a:lnTo>
                                  <a:pt x="1519843" y="564071"/>
                                </a:lnTo>
                                <a:lnTo>
                                  <a:pt x="1519617" y="564071"/>
                                </a:lnTo>
                                <a:lnTo>
                                  <a:pt x="1519843" y="563848"/>
                                </a:lnTo>
                                <a:lnTo>
                                  <a:pt x="1520312" y="563617"/>
                                </a:lnTo>
                                <a:lnTo>
                                  <a:pt x="1527077" y="560278"/>
                                </a:lnTo>
                                <a:lnTo>
                                  <a:pt x="1517130" y="563848"/>
                                </a:lnTo>
                                <a:lnTo>
                                  <a:pt x="1529879" y="555803"/>
                                </a:lnTo>
                                <a:lnTo>
                                  <a:pt x="1528700" y="556420"/>
                                </a:lnTo>
                                <a:lnTo>
                                  <a:pt x="1527175" y="557267"/>
                                </a:lnTo>
                                <a:lnTo>
                                  <a:pt x="1530748" y="555225"/>
                                </a:lnTo>
                                <a:lnTo>
                                  <a:pt x="1531385" y="554497"/>
                                </a:lnTo>
                                <a:lnTo>
                                  <a:pt x="1511862" y="567259"/>
                                </a:lnTo>
                                <a:lnTo>
                                  <a:pt x="1514589" y="565417"/>
                                </a:lnTo>
                                <a:lnTo>
                                  <a:pt x="1531146" y="554535"/>
                                </a:lnTo>
                                <a:lnTo>
                                  <a:pt x="1531621" y="554228"/>
                                </a:lnTo>
                                <a:lnTo>
                                  <a:pt x="1531739" y="554092"/>
                                </a:lnTo>
                                <a:lnTo>
                                  <a:pt x="1531830" y="554092"/>
                                </a:lnTo>
                                <a:lnTo>
                                  <a:pt x="1536755" y="550899"/>
                                </a:lnTo>
                                <a:lnTo>
                                  <a:pt x="1536700" y="550918"/>
                                </a:lnTo>
                                <a:lnTo>
                                  <a:pt x="1537384" y="550491"/>
                                </a:lnTo>
                                <a:lnTo>
                                  <a:pt x="1547929" y="543654"/>
                                </a:lnTo>
                                <a:lnTo>
                                  <a:pt x="1549444" y="542692"/>
                                </a:lnTo>
                                <a:lnTo>
                                  <a:pt x="1540339" y="548643"/>
                                </a:lnTo>
                                <a:lnTo>
                                  <a:pt x="1549400" y="542980"/>
                                </a:lnTo>
                                <a:lnTo>
                                  <a:pt x="1546860" y="544717"/>
                                </a:lnTo>
                                <a:lnTo>
                                  <a:pt x="1540394" y="548934"/>
                                </a:lnTo>
                                <a:lnTo>
                                  <a:pt x="1540394" y="548686"/>
                                </a:lnTo>
                                <a:lnTo>
                                  <a:pt x="1537392" y="550670"/>
                                </a:lnTo>
                                <a:lnTo>
                                  <a:pt x="1537053" y="550792"/>
                                </a:lnTo>
                                <a:lnTo>
                                  <a:pt x="1532217" y="553953"/>
                                </a:lnTo>
                                <a:lnTo>
                                  <a:pt x="1538281" y="550920"/>
                                </a:lnTo>
                                <a:lnTo>
                                  <a:pt x="1538288" y="550917"/>
                                </a:lnTo>
                                <a:lnTo>
                                  <a:pt x="1538285" y="550919"/>
                                </a:lnTo>
                                <a:lnTo>
                                  <a:pt x="1541317" y="549403"/>
                                </a:lnTo>
                                <a:lnTo>
                                  <a:pt x="1546969" y="545777"/>
                                </a:lnTo>
                                <a:lnTo>
                                  <a:pt x="1545839" y="546446"/>
                                </a:lnTo>
                                <a:lnTo>
                                  <a:pt x="1554655" y="541091"/>
                                </a:lnTo>
                                <a:lnTo>
                                  <a:pt x="1546517" y="546446"/>
                                </a:lnTo>
                                <a:lnTo>
                                  <a:pt x="1546517" y="546669"/>
                                </a:lnTo>
                                <a:lnTo>
                                  <a:pt x="1546517" y="546892"/>
                                </a:lnTo>
                                <a:lnTo>
                                  <a:pt x="1541092" y="550016"/>
                                </a:lnTo>
                                <a:lnTo>
                                  <a:pt x="1542448" y="549792"/>
                                </a:lnTo>
                                <a:lnTo>
                                  <a:pt x="1534084" y="554924"/>
                                </a:lnTo>
                                <a:lnTo>
                                  <a:pt x="1536119" y="554031"/>
                                </a:lnTo>
                                <a:lnTo>
                                  <a:pt x="1536797" y="553585"/>
                                </a:lnTo>
                                <a:lnTo>
                                  <a:pt x="1536571" y="553808"/>
                                </a:lnTo>
                                <a:lnTo>
                                  <a:pt x="1543352" y="549346"/>
                                </a:lnTo>
                                <a:lnTo>
                                  <a:pt x="1543352" y="549792"/>
                                </a:lnTo>
                                <a:lnTo>
                                  <a:pt x="1549004" y="545553"/>
                                </a:lnTo>
                                <a:lnTo>
                                  <a:pt x="1548778" y="545777"/>
                                </a:lnTo>
                                <a:lnTo>
                                  <a:pt x="1551942" y="544215"/>
                                </a:lnTo>
                                <a:lnTo>
                                  <a:pt x="1551716" y="544215"/>
                                </a:lnTo>
                                <a:lnTo>
                                  <a:pt x="1563245" y="537522"/>
                                </a:lnTo>
                                <a:close/>
                                <a:moveTo>
                                  <a:pt x="1611539" y="537367"/>
                                </a:moveTo>
                                <a:lnTo>
                                  <a:pt x="1607963" y="539704"/>
                                </a:lnTo>
                                <a:lnTo>
                                  <a:pt x="1599746" y="543689"/>
                                </a:lnTo>
                                <a:lnTo>
                                  <a:pt x="1599519" y="543689"/>
                                </a:lnTo>
                                <a:lnTo>
                                  <a:pt x="1600427" y="543012"/>
                                </a:lnTo>
                                <a:lnTo>
                                  <a:pt x="1605189" y="539399"/>
                                </a:lnTo>
                                <a:lnTo>
                                  <a:pt x="1606323" y="538270"/>
                                </a:lnTo>
                                <a:lnTo>
                                  <a:pt x="1594984" y="543915"/>
                                </a:lnTo>
                                <a:lnTo>
                                  <a:pt x="1600653" y="540077"/>
                                </a:lnTo>
                                <a:lnTo>
                                  <a:pt x="1593623" y="543689"/>
                                </a:lnTo>
                                <a:lnTo>
                                  <a:pt x="1591809" y="546399"/>
                                </a:lnTo>
                                <a:lnTo>
                                  <a:pt x="1587046" y="547528"/>
                                </a:lnTo>
                                <a:lnTo>
                                  <a:pt x="1586593" y="544818"/>
                                </a:lnTo>
                                <a:lnTo>
                                  <a:pt x="1592943" y="541432"/>
                                </a:lnTo>
                                <a:lnTo>
                                  <a:pt x="1594530" y="540077"/>
                                </a:lnTo>
                                <a:lnTo>
                                  <a:pt x="1585912" y="544367"/>
                                </a:lnTo>
                                <a:lnTo>
                                  <a:pt x="1583644" y="545044"/>
                                </a:lnTo>
                                <a:lnTo>
                                  <a:pt x="1590221" y="540302"/>
                                </a:lnTo>
                                <a:lnTo>
                                  <a:pt x="1580923" y="545270"/>
                                </a:lnTo>
                                <a:lnTo>
                                  <a:pt x="1579335" y="545947"/>
                                </a:lnTo>
                                <a:lnTo>
                                  <a:pt x="1579109" y="544818"/>
                                </a:lnTo>
                                <a:lnTo>
                                  <a:pt x="1591128" y="537593"/>
                                </a:lnTo>
                                <a:lnTo>
                                  <a:pt x="1599066" y="537593"/>
                                </a:lnTo>
                                <a:lnTo>
                                  <a:pt x="1611539" y="537367"/>
                                </a:lnTo>
                                <a:close/>
                                <a:moveTo>
                                  <a:pt x="1611539" y="537367"/>
                                </a:moveTo>
                                <a:lnTo>
                                  <a:pt x="1615848" y="537367"/>
                                </a:lnTo>
                                <a:lnTo>
                                  <a:pt x="1613580" y="539173"/>
                                </a:lnTo>
                                <a:lnTo>
                                  <a:pt x="1612219" y="539851"/>
                                </a:lnTo>
                                <a:lnTo>
                                  <a:pt x="1602468" y="544818"/>
                                </a:lnTo>
                                <a:lnTo>
                                  <a:pt x="1604282" y="542109"/>
                                </a:lnTo>
                                <a:lnTo>
                                  <a:pt x="1607963" y="539704"/>
                                </a:lnTo>
                                <a:lnTo>
                                  <a:pt x="1608591" y="539399"/>
                                </a:lnTo>
                                <a:lnTo>
                                  <a:pt x="1611539" y="537367"/>
                                </a:lnTo>
                                <a:close/>
                                <a:moveTo>
                                  <a:pt x="1566636" y="536629"/>
                                </a:moveTo>
                                <a:lnTo>
                                  <a:pt x="1566862" y="536629"/>
                                </a:lnTo>
                                <a:lnTo>
                                  <a:pt x="1566184" y="537522"/>
                                </a:lnTo>
                                <a:lnTo>
                                  <a:pt x="1565958" y="537522"/>
                                </a:lnTo>
                                <a:lnTo>
                                  <a:pt x="1566636" y="536629"/>
                                </a:lnTo>
                                <a:close/>
                                <a:moveTo>
                                  <a:pt x="1570841" y="536628"/>
                                </a:moveTo>
                                <a:lnTo>
                                  <a:pt x="1577697" y="537093"/>
                                </a:lnTo>
                                <a:lnTo>
                                  <a:pt x="1566499" y="543357"/>
                                </a:lnTo>
                                <a:lnTo>
                                  <a:pt x="1576555" y="538021"/>
                                </a:lnTo>
                                <a:lnTo>
                                  <a:pt x="1580668" y="537556"/>
                                </a:lnTo>
                                <a:lnTo>
                                  <a:pt x="1581582" y="537093"/>
                                </a:lnTo>
                                <a:lnTo>
                                  <a:pt x="1583868" y="537325"/>
                                </a:lnTo>
                                <a:lnTo>
                                  <a:pt x="1576326" y="542661"/>
                                </a:lnTo>
                                <a:lnTo>
                                  <a:pt x="1569699" y="549389"/>
                                </a:lnTo>
                                <a:lnTo>
                                  <a:pt x="1563071" y="551013"/>
                                </a:lnTo>
                                <a:lnTo>
                                  <a:pt x="1564899" y="547997"/>
                                </a:lnTo>
                                <a:lnTo>
                                  <a:pt x="1560329" y="550550"/>
                                </a:lnTo>
                                <a:lnTo>
                                  <a:pt x="1560786" y="550781"/>
                                </a:lnTo>
                                <a:lnTo>
                                  <a:pt x="1558043" y="553102"/>
                                </a:lnTo>
                                <a:lnTo>
                                  <a:pt x="1559872" y="552406"/>
                                </a:lnTo>
                                <a:lnTo>
                                  <a:pt x="1559872" y="553102"/>
                                </a:lnTo>
                                <a:lnTo>
                                  <a:pt x="1547759" y="558670"/>
                                </a:lnTo>
                                <a:lnTo>
                                  <a:pt x="1556672" y="555422"/>
                                </a:lnTo>
                                <a:lnTo>
                                  <a:pt x="1550273" y="559830"/>
                                </a:lnTo>
                                <a:lnTo>
                                  <a:pt x="1552787" y="558438"/>
                                </a:lnTo>
                                <a:lnTo>
                                  <a:pt x="1540446" y="565863"/>
                                </a:lnTo>
                                <a:lnTo>
                                  <a:pt x="1540675" y="565863"/>
                                </a:lnTo>
                                <a:lnTo>
                                  <a:pt x="1539303" y="566559"/>
                                </a:lnTo>
                                <a:lnTo>
                                  <a:pt x="1542274" y="565399"/>
                                </a:lnTo>
                                <a:lnTo>
                                  <a:pt x="1537475" y="569111"/>
                                </a:lnTo>
                                <a:lnTo>
                                  <a:pt x="1547531" y="563310"/>
                                </a:lnTo>
                                <a:lnTo>
                                  <a:pt x="1540903" y="568415"/>
                                </a:lnTo>
                                <a:lnTo>
                                  <a:pt x="1546159" y="566559"/>
                                </a:lnTo>
                                <a:lnTo>
                                  <a:pt x="1541589" y="569575"/>
                                </a:lnTo>
                                <a:lnTo>
                                  <a:pt x="1549587" y="565399"/>
                                </a:lnTo>
                                <a:lnTo>
                                  <a:pt x="1541589" y="571663"/>
                                </a:lnTo>
                                <a:lnTo>
                                  <a:pt x="1546388" y="570735"/>
                                </a:lnTo>
                                <a:lnTo>
                                  <a:pt x="1552558" y="566791"/>
                                </a:lnTo>
                                <a:lnTo>
                                  <a:pt x="1572212" y="560062"/>
                                </a:lnTo>
                                <a:lnTo>
                                  <a:pt x="1572212" y="560990"/>
                                </a:lnTo>
                                <a:lnTo>
                                  <a:pt x="1572212" y="561222"/>
                                </a:lnTo>
                                <a:lnTo>
                                  <a:pt x="1584096" y="557742"/>
                                </a:lnTo>
                                <a:lnTo>
                                  <a:pt x="1584325" y="557974"/>
                                </a:lnTo>
                                <a:lnTo>
                                  <a:pt x="1581125" y="561455"/>
                                </a:lnTo>
                                <a:lnTo>
                                  <a:pt x="1577697" y="563775"/>
                                </a:lnTo>
                                <a:lnTo>
                                  <a:pt x="1581125" y="563543"/>
                                </a:lnTo>
                                <a:lnTo>
                                  <a:pt x="1573812" y="568415"/>
                                </a:lnTo>
                                <a:lnTo>
                                  <a:pt x="1576555" y="567951"/>
                                </a:lnTo>
                                <a:lnTo>
                                  <a:pt x="1570156" y="572823"/>
                                </a:lnTo>
                                <a:lnTo>
                                  <a:pt x="1550730" y="582568"/>
                                </a:lnTo>
                                <a:lnTo>
                                  <a:pt x="1556901" y="580712"/>
                                </a:lnTo>
                                <a:lnTo>
                                  <a:pt x="1547074" y="586048"/>
                                </a:lnTo>
                                <a:lnTo>
                                  <a:pt x="1549816" y="583032"/>
                                </a:lnTo>
                                <a:lnTo>
                                  <a:pt x="1547074" y="584424"/>
                                </a:lnTo>
                                <a:lnTo>
                                  <a:pt x="1544103" y="586280"/>
                                </a:lnTo>
                                <a:lnTo>
                                  <a:pt x="1539760" y="589296"/>
                                </a:lnTo>
                                <a:lnTo>
                                  <a:pt x="1534276" y="592544"/>
                                </a:lnTo>
                                <a:lnTo>
                                  <a:pt x="1529248" y="595097"/>
                                </a:lnTo>
                                <a:lnTo>
                                  <a:pt x="1526963" y="596025"/>
                                </a:lnTo>
                                <a:lnTo>
                                  <a:pt x="1525363" y="596721"/>
                                </a:lnTo>
                                <a:lnTo>
                                  <a:pt x="1523763" y="596953"/>
                                </a:lnTo>
                                <a:lnTo>
                                  <a:pt x="1523077" y="596721"/>
                                </a:lnTo>
                                <a:lnTo>
                                  <a:pt x="1522849" y="596489"/>
                                </a:lnTo>
                                <a:lnTo>
                                  <a:pt x="1522620" y="596257"/>
                                </a:lnTo>
                                <a:lnTo>
                                  <a:pt x="1522620" y="595793"/>
                                </a:lnTo>
                                <a:lnTo>
                                  <a:pt x="1523077" y="594401"/>
                                </a:lnTo>
                                <a:lnTo>
                                  <a:pt x="1524449" y="592081"/>
                                </a:lnTo>
                                <a:lnTo>
                                  <a:pt x="1526963" y="589296"/>
                                </a:lnTo>
                                <a:lnTo>
                                  <a:pt x="1531990" y="585584"/>
                                </a:lnTo>
                                <a:lnTo>
                                  <a:pt x="1525591" y="589296"/>
                                </a:lnTo>
                                <a:lnTo>
                                  <a:pt x="1510508" y="595793"/>
                                </a:lnTo>
                                <a:lnTo>
                                  <a:pt x="1517364" y="590224"/>
                                </a:lnTo>
                                <a:lnTo>
                                  <a:pt x="1507766" y="595793"/>
                                </a:lnTo>
                                <a:lnTo>
                                  <a:pt x="1512108" y="592313"/>
                                </a:lnTo>
                                <a:lnTo>
                                  <a:pt x="1504109" y="596489"/>
                                </a:lnTo>
                                <a:lnTo>
                                  <a:pt x="1508908" y="592776"/>
                                </a:lnTo>
                                <a:lnTo>
                                  <a:pt x="1503652" y="595329"/>
                                </a:lnTo>
                                <a:lnTo>
                                  <a:pt x="1505480" y="593241"/>
                                </a:lnTo>
                                <a:lnTo>
                                  <a:pt x="1500682" y="596489"/>
                                </a:lnTo>
                                <a:lnTo>
                                  <a:pt x="1500224" y="596257"/>
                                </a:lnTo>
                                <a:lnTo>
                                  <a:pt x="1501596" y="594633"/>
                                </a:lnTo>
                                <a:lnTo>
                                  <a:pt x="1496340" y="596489"/>
                                </a:lnTo>
                                <a:lnTo>
                                  <a:pt x="1496111" y="596257"/>
                                </a:lnTo>
                                <a:lnTo>
                                  <a:pt x="1509365" y="587904"/>
                                </a:lnTo>
                                <a:lnTo>
                                  <a:pt x="1511651" y="585816"/>
                                </a:lnTo>
                                <a:lnTo>
                                  <a:pt x="1503423" y="590224"/>
                                </a:lnTo>
                                <a:lnTo>
                                  <a:pt x="1508451" y="586976"/>
                                </a:lnTo>
                                <a:lnTo>
                                  <a:pt x="1497253" y="593009"/>
                                </a:lnTo>
                                <a:lnTo>
                                  <a:pt x="1495425" y="593241"/>
                                </a:lnTo>
                                <a:lnTo>
                                  <a:pt x="1496111" y="592776"/>
                                </a:lnTo>
                                <a:lnTo>
                                  <a:pt x="1495653" y="591848"/>
                                </a:lnTo>
                                <a:lnTo>
                                  <a:pt x="1506851" y="584656"/>
                                </a:lnTo>
                                <a:lnTo>
                                  <a:pt x="1495882" y="590224"/>
                                </a:lnTo>
                                <a:lnTo>
                                  <a:pt x="1497939" y="588369"/>
                                </a:lnTo>
                                <a:lnTo>
                                  <a:pt x="1500453" y="586048"/>
                                </a:lnTo>
                                <a:lnTo>
                                  <a:pt x="1507309" y="581640"/>
                                </a:lnTo>
                                <a:lnTo>
                                  <a:pt x="1515079" y="576999"/>
                                </a:lnTo>
                                <a:lnTo>
                                  <a:pt x="1532447" y="566095"/>
                                </a:lnTo>
                                <a:lnTo>
                                  <a:pt x="1565128" y="544285"/>
                                </a:lnTo>
                                <a:lnTo>
                                  <a:pt x="1558272" y="547533"/>
                                </a:lnTo>
                                <a:lnTo>
                                  <a:pt x="1558729" y="546373"/>
                                </a:lnTo>
                                <a:lnTo>
                                  <a:pt x="1555758" y="547301"/>
                                </a:lnTo>
                                <a:lnTo>
                                  <a:pt x="1560100" y="545213"/>
                                </a:lnTo>
                                <a:lnTo>
                                  <a:pt x="1559643" y="544749"/>
                                </a:lnTo>
                                <a:lnTo>
                                  <a:pt x="1570156" y="538021"/>
                                </a:lnTo>
                                <a:lnTo>
                                  <a:pt x="1568099" y="539181"/>
                                </a:lnTo>
                                <a:lnTo>
                                  <a:pt x="1570841" y="536628"/>
                                </a:lnTo>
                                <a:close/>
                                <a:moveTo>
                                  <a:pt x="2917482" y="536594"/>
                                </a:moveTo>
                                <a:lnTo>
                                  <a:pt x="2917739" y="536594"/>
                                </a:lnTo>
                                <a:lnTo>
                                  <a:pt x="2924175" y="537865"/>
                                </a:lnTo>
                                <a:lnTo>
                                  <a:pt x="2914650" y="538182"/>
                                </a:lnTo>
                                <a:lnTo>
                                  <a:pt x="2917482" y="536594"/>
                                </a:lnTo>
                                <a:close/>
                                <a:moveTo>
                                  <a:pt x="1639207" y="536238"/>
                                </a:moveTo>
                                <a:lnTo>
                                  <a:pt x="1637166" y="537367"/>
                                </a:lnTo>
                                <a:lnTo>
                                  <a:pt x="1626734" y="541883"/>
                                </a:lnTo>
                                <a:lnTo>
                                  <a:pt x="1628775" y="539851"/>
                                </a:lnTo>
                                <a:lnTo>
                                  <a:pt x="1628775" y="539625"/>
                                </a:lnTo>
                                <a:lnTo>
                                  <a:pt x="1614941" y="545947"/>
                                </a:lnTo>
                                <a:lnTo>
                                  <a:pt x="1600653" y="550012"/>
                                </a:lnTo>
                                <a:lnTo>
                                  <a:pt x="1598159" y="550915"/>
                                </a:lnTo>
                                <a:lnTo>
                                  <a:pt x="1603602" y="548205"/>
                                </a:lnTo>
                                <a:lnTo>
                                  <a:pt x="1607684" y="546399"/>
                                </a:lnTo>
                                <a:lnTo>
                                  <a:pt x="1609498" y="545270"/>
                                </a:lnTo>
                                <a:lnTo>
                                  <a:pt x="1611085" y="544141"/>
                                </a:lnTo>
                                <a:lnTo>
                                  <a:pt x="1612900" y="542787"/>
                                </a:lnTo>
                                <a:lnTo>
                                  <a:pt x="1614487" y="540980"/>
                                </a:lnTo>
                                <a:lnTo>
                                  <a:pt x="1610859" y="541657"/>
                                </a:lnTo>
                                <a:lnTo>
                                  <a:pt x="1610632" y="541432"/>
                                </a:lnTo>
                                <a:lnTo>
                                  <a:pt x="1618116" y="537593"/>
                                </a:lnTo>
                                <a:lnTo>
                                  <a:pt x="1615168" y="538044"/>
                                </a:lnTo>
                                <a:lnTo>
                                  <a:pt x="1616302" y="537367"/>
                                </a:lnTo>
                                <a:lnTo>
                                  <a:pt x="1639207" y="536238"/>
                                </a:lnTo>
                                <a:close/>
                                <a:moveTo>
                                  <a:pt x="1687512" y="535078"/>
                                </a:moveTo>
                                <a:lnTo>
                                  <a:pt x="1687512" y="536401"/>
                                </a:lnTo>
                                <a:lnTo>
                                  <a:pt x="1687138" y="536401"/>
                                </a:lnTo>
                                <a:lnTo>
                                  <a:pt x="1684337" y="536666"/>
                                </a:lnTo>
                                <a:lnTo>
                                  <a:pt x="1687512" y="535078"/>
                                </a:lnTo>
                                <a:close/>
                                <a:moveTo>
                                  <a:pt x="1562100" y="535042"/>
                                </a:moveTo>
                                <a:lnTo>
                                  <a:pt x="1560285" y="536365"/>
                                </a:lnTo>
                                <a:lnTo>
                                  <a:pt x="1553935" y="540775"/>
                                </a:lnTo>
                                <a:lnTo>
                                  <a:pt x="1550307" y="542760"/>
                                </a:lnTo>
                                <a:lnTo>
                                  <a:pt x="1549400" y="542980"/>
                                </a:lnTo>
                                <a:lnTo>
                                  <a:pt x="1562100" y="535042"/>
                                </a:lnTo>
                                <a:close/>
                                <a:moveTo>
                                  <a:pt x="1564653" y="535042"/>
                                </a:moveTo>
                                <a:lnTo>
                                  <a:pt x="1565275" y="535286"/>
                                </a:lnTo>
                                <a:lnTo>
                                  <a:pt x="1565068" y="535774"/>
                                </a:lnTo>
                                <a:lnTo>
                                  <a:pt x="1560512" y="538217"/>
                                </a:lnTo>
                                <a:lnTo>
                                  <a:pt x="1561133" y="537484"/>
                                </a:lnTo>
                                <a:lnTo>
                                  <a:pt x="1563204" y="536019"/>
                                </a:lnTo>
                                <a:lnTo>
                                  <a:pt x="1564653" y="535042"/>
                                </a:lnTo>
                                <a:close/>
                                <a:moveTo>
                                  <a:pt x="2911475" y="535007"/>
                                </a:moveTo>
                                <a:lnTo>
                                  <a:pt x="2910333" y="536392"/>
                                </a:lnTo>
                                <a:lnTo>
                                  <a:pt x="2893658" y="545167"/>
                                </a:lnTo>
                                <a:lnTo>
                                  <a:pt x="2882923" y="547707"/>
                                </a:lnTo>
                                <a:lnTo>
                                  <a:pt x="2885664" y="545167"/>
                                </a:lnTo>
                                <a:lnTo>
                                  <a:pt x="2879725" y="544012"/>
                                </a:lnTo>
                                <a:lnTo>
                                  <a:pt x="2885435" y="543550"/>
                                </a:lnTo>
                                <a:lnTo>
                                  <a:pt x="2890460" y="541472"/>
                                </a:lnTo>
                                <a:lnTo>
                                  <a:pt x="2892288" y="540549"/>
                                </a:lnTo>
                                <a:lnTo>
                                  <a:pt x="2897998" y="541241"/>
                                </a:lnTo>
                                <a:lnTo>
                                  <a:pt x="2895257" y="540087"/>
                                </a:lnTo>
                                <a:lnTo>
                                  <a:pt x="2897998" y="539856"/>
                                </a:lnTo>
                                <a:lnTo>
                                  <a:pt x="2902795" y="535930"/>
                                </a:lnTo>
                                <a:lnTo>
                                  <a:pt x="2911475" y="535007"/>
                                </a:lnTo>
                                <a:close/>
                                <a:moveTo>
                                  <a:pt x="1566863" y="530281"/>
                                </a:moveTo>
                                <a:lnTo>
                                  <a:pt x="1560244" y="534717"/>
                                </a:lnTo>
                                <a:lnTo>
                                  <a:pt x="1532171" y="553626"/>
                                </a:lnTo>
                                <a:lnTo>
                                  <a:pt x="1531462" y="554092"/>
                                </a:lnTo>
                                <a:lnTo>
                                  <a:pt x="1514332" y="565356"/>
                                </a:lnTo>
                                <a:lnTo>
                                  <a:pt x="1514028" y="565678"/>
                                </a:lnTo>
                                <a:lnTo>
                                  <a:pt x="1510794" y="567958"/>
                                </a:lnTo>
                                <a:lnTo>
                                  <a:pt x="1511862" y="567259"/>
                                </a:lnTo>
                                <a:lnTo>
                                  <a:pt x="1509999" y="568518"/>
                                </a:lnTo>
                                <a:lnTo>
                                  <a:pt x="1503966" y="572772"/>
                                </a:lnTo>
                                <a:lnTo>
                                  <a:pt x="1498600" y="576318"/>
                                </a:lnTo>
                                <a:lnTo>
                                  <a:pt x="1502667" y="573471"/>
                                </a:lnTo>
                                <a:lnTo>
                                  <a:pt x="1481703" y="587635"/>
                                </a:lnTo>
                                <a:lnTo>
                                  <a:pt x="1449678" y="609491"/>
                                </a:lnTo>
                                <a:lnTo>
                                  <a:pt x="1451435" y="608512"/>
                                </a:lnTo>
                                <a:lnTo>
                                  <a:pt x="1450530" y="608966"/>
                                </a:lnTo>
                                <a:lnTo>
                                  <a:pt x="1454150" y="606471"/>
                                </a:lnTo>
                                <a:lnTo>
                                  <a:pt x="1452114" y="608286"/>
                                </a:lnTo>
                                <a:lnTo>
                                  <a:pt x="1444193" y="613729"/>
                                </a:lnTo>
                                <a:lnTo>
                                  <a:pt x="1451656" y="609728"/>
                                </a:lnTo>
                                <a:lnTo>
                                  <a:pt x="1463675" y="601716"/>
                                </a:lnTo>
                                <a:lnTo>
                                  <a:pt x="1461951" y="603568"/>
                                </a:lnTo>
                                <a:lnTo>
                                  <a:pt x="1453355" y="608818"/>
                                </a:lnTo>
                                <a:lnTo>
                                  <a:pt x="1453924" y="608512"/>
                                </a:lnTo>
                                <a:lnTo>
                                  <a:pt x="1445099" y="615316"/>
                                </a:lnTo>
                                <a:lnTo>
                                  <a:pt x="1435367" y="620986"/>
                                </a:lnTo>
                                <a:lnTo>
                                  <a:pt x="1436499" y="620079"/>
                                </a:lnTo>
                                <a:lnTo>
                                  <a:pt x="1411833" y="636407"/>
                                </a:lnTo>
                                <a:lnTo>
                                  <a:pt x="1417717" y="633005"/>
                                </a:lnTo>
                                <a:lnTo>
                                  <a:pt x="1400971" y="645025"/>
                                </a:lnTo>
                                <a:lnTo>
                                  <a:pt x="1407307" y="641169"/>
                                </a:lnTo>
                                <a:lnTo>
                                  <a:pt x="1377662" y="661807"/>
                                </a:lnTo>
                                <a:lnTo>
                                  <a:pt x="1381284" y="658859"/>
                                </a:lnTo>
                                <a:lnTo>
                                  <a:pt x="1381735" y="658405"/>
                                </a:lnTo>
                                <a:lnTo>
                                  <a:pt x="1381284" y="658632"/>
                                </a:lnTo>
                                <a:lnTo>
                                  <a:pt x="1375310" y="662688"/>
                                </a:lnTo>
                                <a:lnTo>
                                  <a:pt x="1372837" y="664489"/>
                                </a:lnTo>
                                <a:lnTo>
                                  <a:pt x="1344033" y="686252"/>
                                </a:lnTo>
                                <a:lnTo>
                                  <a:pt x="1315229" y="707790"/>
                                </a:lnTo>
                                <a:lnTo>
                                  <a:pt x="1300970" y="718989"/>
                                </a:lnTo>
                                <a:lnTo>
                                  <a:pt x="1296148" y="723010"/>
                                </a:lnTo>
                                <a:lnTo>
                                  <a:pt x="1298746" y="720735"/>
                                </a:lnTo>
                                <a:lnTo>
                                  <a:pt x="1283476" y="732727"/>
                                </a:lnTo>
                                <a:lnTo>
                                  <a:pt x="1273960" y="740233"/>
                                </a:lnTo>
                                <a:lnTo>
                                  <a:pt x="1277449" y="737552"/>
                                </a:lnTo>
                                <a:lnTo>
                                  <a:pt x="1278646" y="736737"/>
                                </a:lnTo>
                                <a:lnTo>
                                  <a:pt x="1272575" y="741326"/>
                                </a:lnTo>
                                <a:lnTo>
                                  <a:pt x="1271577" y="742113"/>
                                </a:lnTo>
                                <a:lnTo>
                                  <a:pt x="1272275" y="741614"/>
                                </a:lnTo>
                                <a:lnTo>
                                  <a:pt x="1269715" y="743581"/>
                                </a:lnTo>
                                <a:lnTo>
                                  <a:pt x="1254446" y="755625"/>
                                </a:lnTo>
                                <a:lnTo>
                                  <a:pt x="1245373" y="763333"/>
                                </a:lnTo>
                                <a:lnTo>
                                  <a:pt x="1219774" y="784213"/>
                                </a:lnTo>
                                <a:lnTo>
                                  <a:pt x="1212668" y="790140"/>
                                </a:lnTo>
                                <a:lnTo>
                                  <a:pt x="1211839" y="790811"/>
                                </a:lnTo>
                                <a:lnTo>
                                  <a:pt x="1207223" y="794647"/>
                                </a:lnTo>
                                <a:lnTo>
                                  <a:pt x="1205254" y="796323"/>
                                </a:lnTo>
                                <a:lnTo>
                                  <a:pt x="1205056" y="796488"/>
                                </a:lnTo>
                                <a:lnTo>
                                  <a:pt x="1204052" y="797347"/>
                                </a:lnTo>
                                <a:lnTo>
                                  <a:pt x="1194406" y="805559"/>
                                </a:lnTo>
                                <a:lnTo>
                                  <a:pt x="1183850" y="814416"/>
                                </a:lnTo>
                                <a:lnTo>
                                  <a:pt x="1175291" y="821823"/>
                                </a:lnTo>
                                <a:lnTo>
                                  <a:pt x="1172156" y="824504"/>
                                </a:lnTo>
                                <a:lnTo>
                                  <a:pt x="1168606" y="827626"/>
                                </a:lnTo>
                                <a:lnTo>
                                  <a:pt x="1161776" y="833454"/>
                                </a:lnTo>
                                <a:lnTo>
                                  <a:pt x="1147095" y="846428"/>
                                </a:lnTo>
                                <a:lnTo>
                                  <a:pt x="1155275" y="838978"/>
                                </a:lnTo>
                                <a:lnTo>
                                  <a:pt x="1138095" y="854243"/>
                                </a:lnTo>
                                <a:lnTo>
                                  <a:pt x="1131643" y="859976"/>
                                </a:lnTo>
                                <a:lnTo>
                                  <a:pt x="1131348" y="860260"/>
                                </a:lnTo>
                                <a:lnTo>
                                  <a:pt x="1129793" y="861619"/>
                                </a:lnTo>
                                <a:lnTo>
                                  <a:pt x="1129296" y="862061"/>
                                </a:lnTo>
                                <a:lnTo>
                                  <a:pt x="1116200" y="873780"/>
                                </a:lnTo>
                                <a:lnTo>
                                  <a:pt x="1101580" y="887115"/>
                                </a:lnTo>
                                <a:lnTo>
                                  <a:pt x="1083663" y="903665"/>
                                </a:lnTo>
                                <a:lnTo>
                                  <a:pt x="1065518" y="920441"/>
                                </a:lnTo>
                                <a:lnTo>
                                  <a:pt x="1062545" y="923224"/>
                                </a:lnTo>
                                <a:lnTo>
                                  <a:pt x="1064793" y="921220"/>
                                </a:lnTo>
                                <a:lnTo>
                                  <a:pt x="1087679" y="900355"/>
                                </a:lnTo>
                                <a:lnTo>
                                  <a:pt x="1122323" y="868944"/>
                                </a:lnTo>
                                <a:lnTo>
                                  <a:pt x="1120083" y="871100"/>
                                </a:lnTo>
                                <a:lnTo>
                                  <a:pt x="1114644" y="876316"/>
                                </a:lnTo>
                                <a:lnTo>
                                  <a:pt x="1109886" y="881533"/>
                                </a:lnTo>
                                <a:lnTo>
                                  <a:pt x="1100142" y="891965"/>
                                </a:lnTo>
                                <a:lnTo>
                                  <a:pt x="1054596" y="930745"/>
                                </a:lnTo>
                                <a:lnTo>
                                  <a:pt x="1054702" y="930569"/>
                                </a:lnTo>
                                <a:lnTo>
                                  <a:pt x="1047600" y="937218"/>
                                </a:lnTo>
                                <a:lnTo>
                                  <a:pt x="1030137" y="954221"/>
                                </a:lnTo>
                                <a:lnTo>
                                  <a:pt x="1012446" y="971224"/>
                                </a:lnTo>
                                <a:lnTo>
                                  <a:pt x="994982" y="988453"/>
                                </a:lnTo>
                                <a:lnTo>
                                  <a:pt x="977518" y="1006137"/>
                                </a:lnTo>
                                <a:lnTo>
                                  <a:pt x="960281" y="1023593"/>
                                </a:lnTo>
                                <a:lnTo>
                                  <a:pt x="943271" y="1041049"/>
                                </a:lnTo>
                                <a:lnTo>
                                  <a:pt x="926261" y="1058733"/>
                                </a:lnTo>
                                <a:lnTo>
                                  <a:pt x="909250" y="1076416"/>
                                </a:lnTo>
                                <a:lnTo>
                                  <a:pt x="892467" y="1094552"/>
                                </a:lnTo>
                                <a:lnTo>
                                  <a:pt x="875910" y="1112462"/>
                                </a:lnTo>
                                <a:lnTo>
                                  <a:pt x="859353" y="1130599"/>
                                </a:lnTo>
                                <a:lnTo>
                                  <a:pt x="843024" y="1148962"/>
                                </a:lnTo>
                                <a:lnTo>
                                  <a:pt x="826694" y="1167326"/>
                                </a:lnTo>
                                <a:lnTo>
                                  <a:pt x="810591" y="1185916"/>
                                </a:lnTo>
                                <a:lnTo>
                                  <a:pt x="794261" y="1204279"/>
                                </a:lnTo>
                                <a:lnTo>
                                  <a:pt x="778385" y="1223096"/>
                                </a:lnTo>
                                <a:lnTo>
                                  <a:pt x="762735" y="1241912"/>
                                </a:lnTo>
                                <a:lnTo>
                                  <a:pt x="748985" y="1258405"/>
                                </a:lnTo>
                                <a:lnTo>
                                  <a:pt x="752302" y="1254381"/>
                                </a:lnTo>
                                <a:lnTo>
                                  <a:pt x="775663" y="1226043"/>
                                </a:lnTo>
                                <a:lnTo>
                                  <a:pt x="799477" y="1197931"/>
                                </a:lnTo>
                                <a:lnTo>
                                  <a:pt x="823519" y="1170046"/>
                                </a:lnTo>
                                <a:lnTo>
                                  <a:pt x="847787" y="1142615"/>
                                </a:lnTo>
                                <a:lnTo>
                                  <a:pt x="872281" y="1115410"/>
                                </a:lnTo>
                                <a:lnTo>
                                  <a:pt x="897456" y="1088431"/>
                                </a:lnTo>
                                <a:lnTo>
                                  <a:pt x="922632" y="1061680"/>
                                </a:lnTo>
                                <a:lnTo>
                                  <a:pt x="948261" y="1035155"/>
                                </a:lnTo>
                                <a:lnTo>
                                  <a:pt x="973890" y="1008857"/>
                                </a:lnTo>
                                <a:lnTo>
                                  <a:pt x="999972" y="983012"/>
                                </a:lnTo>
                                <a:lnTo>
                                  <a:pt x="1026281" y="957168"/>
                                </a:lnTo>
                                <a:lnTo>
                                  <a:pt x="1052817" y="932003"/>
                                </a:lnTo>
                                <a:lnTo>
                                  <a:pt x="1054921" y="930024"/>
                                </a:lnTo>
                                <a:lnTo>
                                  <a:pt x="1047791" y="936383"/>
                                </a:lnTo>
                                <a:lnTo>
                                  <a:pt x="1055049" y="929611"/>
                                </a:lnTo>
                                <a:lnTo>
                                  <a:pt x="1053236" y="931425"/>
                                </a:lnTo>
                                <a:lnTo>
                                  <a:pt x="1062527" y="922807"/>
                                </a:lnTo>
                                <a:lnTo>
                                  <a:pt x="1057809" y="927287"/>
                                </a:lnTo>
                                <a:lnTo>
                                  <a:pt x="1055276" y="929611"/>
                                </a:lnTo>
                                <a:lnTo>
                                  <a:pt x="1055168" y="929792"/>
                                </a:lnTo>
                                <a:lnTo>
                                  <a:pt x="1055557" y="929425"/>
                                </a:lnTo>
                                <a:lnTo>
                                  <a:pt x="1057809" y="927287"/>
                                </a:lnTo>
                                <a:lnTo>
                                  <a:pt x="1058650" y="926515"/>
                                </a:lnTo>
                                <a:lnTo>
                                  <a:pt x="1079807" y="906612"/>
                                </a:lnTo>
                                <a:lnTo>
                                  <a:pt x="1106796" y="881901"/>
                                </a:lnTo>
                                <a:lnTo>
                                  <a:pt x="1134240" y="857417"/>
                                </a:lnTo>
                                <a:lnTo>
                                  <a:pt x="1161683" y="833159"/>
                                </a:lnTo>
                                <a:lnTo>
                                  <a:pt x="1189126" y="809581"/>
                                </a:lnTo>
                                <a:lnTo>
                                  <a:pt x="1191486" y="807625"/>
                                </a:lnTo>
                                <a:lnTo>
                                  <a:pt x="1202791" y="797849"/>
                                </a:lnTo>
                                <a:lnTo>
                                  <a:pt x="1214800" y="788097"/>
                                </a:lnTo>
                                <a:lnTo>
                                  <a:pt x="1226687" y="778445"/>
                                </a:lnTo>
                                <a:lnTo>
                                  <a:pt x="1231765" y="774215"/>
                                </a:lnTo>
                                <a:lnTo>
                                  <a:pt x="1250590" y="758572"/>
                                </a:lnTo>
                                <a:lnTo>
                                  <a:pt x="1250749" y="758445"/>
                                </a:lnTo>
                                <a:lnTo>
                                  <a:pt x="1249922" y="759015"/>
                                </a:lnTo>
                                <a:lnTo>
                                  <a:pt x="1254983" y="754917"/>
                                </a:lnTo>
                                <a:lnTo>
                                  <a:pt x="1251132" y="758139"/>
                                </a:lnTo>
                                <a:lnTo>
                                  <a:pt x="1269868" y="743156"/>
                                </a:lnTo>
                                <a:lnTo>
                                  <a:pt x="1275765" y="738622"/>
                                </a:lnTo>
                                <a:lnTo>
                                  <a:pt x="1277352" y="737035"/>
                                </a:lnTo>
                                <a:lnTo>
                                  <a:pt x="1280754" y="734541"/>
                                </a:lnTo>
                                <a:lnTo>
                                  <a:pt x="1290734" y="726606"/>
                                </a:lnTo>
                                <a:lnTo>
                                  <a:pt x="1291415" y="726153"/>
                                </a:lnTo>
                                <a:lnTo>
                                  <a:pt x="1296404" y="722526"/>
                                </a:lnTo>
                                <a:lnTo>
                                  <a:pt x="1299561" y="720021"/>
                                </a:lnTo>
                                <a:lnTo>
                                  <a:pt x="1301587" y="718247"/>
                                </a:lnTo>
                                <a:lnTo>
                                  <a:pt x="1301587" y="718414"/>
                                </a:lnTo>
                                <a:lnTo>
                                  <a:pt x="1310693" y="711190"/>
                                </a:lnTo>
                                <a:lnTo>
                                  <a:pt x="1324982" y="700308"/>
                                </a:lnTo>
                                <a:lnTo>
                                  <a:pt x="1354012" y="678544"/>
                                </a:lnTo>
                                <a:lnTo>
                                  <a:pt x="1373216" y="664148"/>
                                </a:lnTo>
                                <a:lnTo>
                                  <a:pt x="1365159" y="669915"/>
                                </a:lnTo>
                                <a:lnTo>
                                  <a:pt x="1372232" y="664528"/>
                                </a:lnTo>
                                <a:lnTo>
                                  <a:pt x="1370874" y="665663"/>
                                </a:lnTo>
                                <a:lnTo>
                                  <a:pt x="1371553" y="665209"/>
                                </a:lnTo>
                                <a:lnTo>
                                  <a:pt x="1377044" y="661278"/>
                                </a:lnTo>
                                <a:lnTo>
                                  <a:pt x="1383043" y="656781"/>
                                </a:lnTo>
                                <a:lnTo>
                                  <a:pt x="1412527" y="635470"/>
                                </a:lnTo>
                                <a:lnTo>
                                  <a:pt x="1413171" y="635256"/>
                                </a:lnTo>
                                <a:lnTo>
                                  <a:pt x="1414952" y="633976"/>
                                </a:lnTo>
                                <a:lnTo>
                                  <a:pt x="1418197" y="631616"/>
                                </a:lnTo>
                                <a:lnTo>
                                  <a:pt x="1426015" y="625875"/>
                                </a:lnTo>
                                <a:lnTo>
                                  <a:pt x="1424279" y="626882"/>
                                </a:lnTo>
                                <a:lnTo>
                                  <a:pt x="1430842" y="622346"/>
                                </a:lnTo>
                                <a:lnTo>
                                  <a:pt x="1438083" y="617131"/>
                                </a:lnTo>
                                <a:lnTo>
                                  <a:pt x="1442836" y="613729"/>
                                </a:lnTo>
                                <a:lnTo>
                                  <a:pt x="1448040" y="610100"/>
                                </a:lnTo>
                                <a:lnTo>
                                  <a:pt x="1450466" y="608885"/>
                                </a:lnTo>
                                <a:lnTo>
                                  <a:pt x="1466507" y="597837"/>
                                </a:lnTo>
                                <a:lnTo>
                                  <a:pt x="1485331" y="585141"/>
                                </a:lnTo>
                                <a:lnTo>
                                  <a:pt x="1503929" y="572445"/>
                                </a:lnTo>
                                <a:lnTo>
                                  <a:pt x="1507006" y="570434"/>
                                </a:lnTo>
                                <a:lnTo>
                                  <a:pt x="1513131" y="566146"/>
                                </a:lnTo>
                                <a:lnTo>
                                  <a:pt x="1503413" y="572536"/>
                                </a:lnTo>
                                <a:lnTo>
                                  <a:pt x="1496110" y="577439"/>
                                </a:lnTo>
                                <a:lnTo>
                                  <a:pt x="1495425" y="577905"/>
                                </a:lnTo>
                                <a:lnTo>
                                  <a:pt x="1497251" y="576504"/>
                                </a:lnTo>
                                <a:lnTo>
                                  <a:pt x="1501359" y="573003"/>
                                </a:lnTo>
                                <a:lnTo>
                                  <a:pt x="1505239" y="569734"/>
                                </a:lnTo>
                                <a:lnTo>
                                  <a:pt x="1509347" y="566466"/>
                                </a:lnTo>
                                <a:lnTo>
                                  <a:pt x="1513684" y="563664"/>
                                </a:lnTo>
                                <a:lnTo>
                                  <a:pt x="1518248" y="560863"/>
                                </a:lnTo>
                                <a:lnTo>
                                  <a:pt x="1522585" y="558062"/>
                                </a:lnTo>
                                <a:lnTo>
                                  <a:pt x="1527150" y="555494"/>
                                </a:lnTo>
                                <a:lnTo>
                                  <a:pt x="1529808" y="554382"/>
                                </a:lnTo>
                                <a:lnTo>
                                  <a:pt x="1525780" y="557128"/>
                                </a:lnTo>
                                <a:lnTo>
                                  <a:pt x="1530286" y="554181"/>
                                </a:lnTo>
                                <a:lnTo>
                                  <a:pt x="1532171" y="553393"/>
                                </a:lnTo>
                                <a:lnTo>
                                  <a:pt x="1539703" y="548023"/>
                                </a:lnTo>
                                <a:lnTo>
                                  <a:pt x="1530286" y="554181"/>
                                </a:lnTo>
                                <a:lnTo>
                                  <a:pt x="1529808" y="554382"/>
                                </a:lnTo>
                                <a:lnTo>
                                  <a:pt x="1533997" y="551525"/>
                                </a:lnTo>
                                <a:lnTo>
                                  <a:pt x="1530345" y="554093"/>
                                </a:lnTo>
                                <a:lnTo>
                                  <a:pt x="1554538" y="537985"/>
                                </a:lnTo>
                                <a:lnTo>
                                  <a:pt x="1564352" y="531448"/>
                                </a:lnTo>
                                <a:lnTo>
                                  <a:pt x="1566863" y="530281"/>
                                </a:lnTo>
                                <a:close/>
                                <a:moveTo>
                                  <a:pt x="2183039" y="528724"/>
                                </a:moveTo>
                                <a:lnTo>
                                  <a:pt x="2184400" y="530311"/>
                                </a:lnTo>
                                <a:lnTo>
                                  <a:pt x="2184173" y="530708"/>
                                </a:lnTo>
                                <a:lnTo>
                                  <a:pt x="2178050" y="531899"/>
                                </a:lnTo>
                                <a:lnTo>
                                  <a:pt x="2183039" y="528724"/>
                                </a:lnTo>
                                <a:close/>
                                <a:moveTo>
                                  <a:pt x="2921528" y="527069"/>
                                </a:moveTo>
                                <a:lnTo>
                                  <a:pt x="2925762" y="530244"/>
                                </a:lnTo>
                                <a:lnTo>
                                  <a:pt x="2925527" y="530244"/>
                                </a:lnTo>
                                <a:lnTo>
                                  <a:pt x="2919412" y="528657"/>
                                </a:lnTo>
                                <a:lnTo>
                                  <a:pt x="2921528" y="527069"/>
                                </a:lnTo>
                                <a:close/>
                                <a:moveTo>
                                  <a:pt x="1803054" y="524124"/>
                                </a:moveTo>
                                <a:lnTo>
                                  <a:pt x="1784227" y="538651"/>
                                </a:lnTo>
                                <a:lnTo>
                                  <a:pt x="1765627" y="553406"/>
                                </a:lnTo>
                                <a:lnTo>
                                  <a:pt x="1747027" y="568161"/>
                                </a:lnTo>
                                <a:lnTo>
                                  <a:pt x="1728654" y="583143"/>
                                </a:lnTo>
                                <a:lnTo>
                                  <a:pt x="1710281" y="598578"/>
                                </a:lnTo>
                                <a:lnTo>
                                  <a:pt x="1692135" y="614014"/>
                                </a:lnTo>
                                <a:lnTo>
                                  <a:pt x="1674215" y="629450"/>
                                </a:lnTo>
                                <a:lnTo>
                                  <a:pt x="1656523" y="645113"/>
                                </a:lnTo>
                                <a:lnTo>
                                  <a:pt x="1638603" y="660776"/>
                                </a:lnTo>
                                <a:lnTo>
                                  <a:pt x="1620911" y="676892"/>
                                </a:lnTo>
                                <a:lnTo>
                                  <a:pt x="1603672" y="693009"/>
                                </a:lnTo>
                                <a:lnTo>
                                  <a:pt x="1586206" y="709353"/>
                                </a:lnTo>
                                <a:lnTo>
                                  <a:pt x="1568967" y="725697"/>
                                </a:lnTo>
                                <a:lnTo>
                                  <a:pt x="1551955" y="742040"/>
                                </a:lnTo>
                                <a:lnTo>
                                  <a:pt x="1535169" y="758611"/>
                                </a:lnTo>
                                <a:lnTo>
                                  <a:pt x="1518384" y="775636"/>
                                </a:lnTo>
                                <a:lnTo>
                                  <a:pt x="1501599" y="792434"/>
                                </a:lnTo>
                                <a:lnTo>
                                  <a:pt x="1485041" y="809458"/>
                                </a:lnTo>
                                <a:lnTo>
                                  <a:pt x="1468709" y="826710"/>
                                </a:lnTo>
                                <a:lnTo>
                                  <a:pt x="1452378" y="844189"/>
                                </a:lnTo>
                                <a:lnTo>
                                  <a:pt x="1436273" y="861668"/>
                                </a:lnTo>
                                <a:lnTo>
                                  <a:pt x="1420394" y="879373"/>
                                </a:lnTo>
                                <a:lnTo>
                                  <a:pt x="1404517" y="896852"/>
                                </a:lnTo>
                                <a:lnTo>
                                  <a:pt x="1388638" y="915012"/>
                                </a:lnTo>
                                <a:lnTo>
                                  <a:pt x="1373214" y="932945"/>
                                </a:lnTo>
                                <a:lnTo>
                                  <a:pt x="1357790" y="950878"/>
                                </a:lnTo>
                                <a:lnTo>
                                  <a:pt x="1342592" y="969264"/>
                                </a:lnTo>
                                <a:lnTo>
                                  <a:pt x="1327395" y="987424"/>
                                </a:lnTo>
                                <a:lnTo>
                                  <a:pt x="1312425" y="1005811"/>
                                </a:lnTo>
                                <a:lnTo>
                                  <a:pt x="1297454" y="1024424"/>
                                </a:lnTo>
                                <a:lnTo>
                                  <a:pt x="1282936" y="1043038"/>
                                </a:lnTo>
                                <a:lnTo>
                                  <a:pt x="1268419" y="1061901"/>
                                </a:lnTo>
                                <a:lnTo>
                                  <a:pt x="1266378" y="1064169"/>
                                </a:lnTo>
                                <a:lnTo>
                                  <a:pt x="1263883" y="1066440"/>
                                </a:lnTo>
                                <a:lnTo>
                                  <a:pt x="1262062" y="1068263"/>
                                </a:lnTo>
                                <a:lnTo>
                                  <a:pt x="1262062" y="1069383"/>
                                </a:lnTo>
                                <a:lnTo>
                                  <a:pt x="1261624" y="1069591"/>
                                </a:lnTo>
                                <a:lnTo>
                                  <a:pt x="1258587" y="1070654"/>
                                </a:lnTo>
                                <a:lnTo>
                                  <a:pt x="1257758" y="1071206"/>
                                </a:lnTo>
                                <a:lnTo>
                                  <a:pt x="1256624" y="1071660"/>
                                </a:lnTo>
                                <a:lnTo>
                                  <a:pt x="1255490" y="1071886"/>
                                </a:lnTo>
                                <a:lnTo>
                                  <a:pt x="1254583" y="1071886"/>
                                </a:lnTo>
                                <a:lnTo>
                                  <a:pt x="1253675" y="1071433"/>
                                </a:lnTo>
                                <a:lnTo>
                                  <a:pt x="1252995" y="1070979"/>
                                </a:lnTo>
                                <a:lnTo>
                                  <a:pt x="1252542" y="1069844"/>
                                </a:lnTo>
                                <a:lnTo>
                                  <a:pt x="1252315" y="1068710"/>
                                </a:lnTo>
                                <a:lnTo>
                                  <a:pt x="1248912" y="1068710"/>
                                </a:lnTo>
                                <a:lnTo>
                                  <a:pt x="1273183" y="1051915"/>
                                </a:lnTo>
                                <a:lnTo>
                                  <a:pt x="1252542" y="1064398"/>
                                </a:lnTo>
                                <a:lnTo>
                                  <a:pt x="1260556" y="1057910"/>
                                </a:lnTo>
                                <a:lnTo>
                                  <a:pt x="1264785" y="1054478"/>
                                </a:lnTo>
                                <a:lnTo>
                                  <a:pt x="1264823" y="1054456"/>
                                </a:lnTo>
                                <a:lnTo>
                                  <a:pt x="1277492" y="1044173"/>
                                </a:lnTo>
                                <a:lnTo>
                                  <a:pt x="1260480" y="1054186"/>
                                </a:lnTo>
                                <a:lnTo>
                                  <a:pt x="1260253" y="1054186"/>
                                </a:lnTo>
                                <a:lnTo>
                                  <a:pt x="1261388" y="1053277"/>
                                </a:lnTo>
                                <a:lnTo>
                                  <a:pt x="1267512" y="1048284"/>
                                </a:lnTo>
                                <a:lnTo>
                                  <a:pt x="1260480" y="1051688"/>
                                </a:lnTo>
                                <a:lnTo>
                                  <a:pt x="1270234" y="1045308"/>
                                </a:lnTo>
                                <a:lnTo>
                                  <a:pt x="1256624" y="1053732"/>
                                </a:lnTo>
                                <a:lnTo>
                                  <a:pt x="1261841" y="1047376"/>
                                </a:lnTo>
                                <a:lnTo>
                                  <a:pt x="1259346" y="1048284"/>
                                </a:lnTo>
                                <a:lnTo>
                                  <a:pt x="1255944" y="1049193"/>
                                </a:lnTo>
                                <a:lnTo>
                                  <a:pt x="1259573" y="1047830"/>
                                </a:lnTo>
                                <a:lnTo>
                                  <a:pt x="1262975" y="1046242"/>
                                </a:lnTo>
                                <a:lnTo>
                                  <a:pt x="1266378" y="1044400"/>
                                </a:lnTo>
                                <a:lnTo>
                                  <a:pt x="1269328" y="1042357"/>
                                </a:lnTo>
                                <a:lnTo>
                                  <a:pt x="1272275" y="1040314"/>
                                </a:lnTo>
                                <a:lnTo>
                                  <a:pt x="1275224" y="1038044"/>
                                </a:lnTo>
                                <a:lnTo>
                                  <a:pt x="1277719" y="1035320"/>
                                </a:lnTo>
                                <a:lnTo>
                                  <a:pt x="1280215" y="1032597"/>
                                </a:lnTo>
                                <a:lnTo>
                                  <a:pt x="1268873" y="1040995"/>
                                </a:lnTo>
                                <a:lnTo>
                                  <a:pt x="1268079" y="1041336"/>
                                </a:lnTo>
                                <a:lnTo>
                                  <a:pt x="1268646" y="1040768"/>
                                </a:lnTo>
                                <a:lnTo>
                                  <a:pt x="1268873" y="1040541"/>
                                </a:lnTo>
                                <a:lnTo>
                                  <a:pt x="1268646" y="1040314"/>
                                </a:lnTo>
                                <a:lnTo>
                                  <a:pt x="1268192" y="1040541"/>
                                </a:lnTo>
                                <a:lnTo>
                                  <a:pt x="1267058" y="1040768"/>
                                </a:lnTo>
                                <a:lnTo>
                                  <a:pt x="1262975" y="1042811"/>
                                </a:lnTo>
                                <a:lnTo>
                                  <a:pt x="1262749" y="1042811"/>
                                </a:lnTo>
                                <a:lnTo>
                                  <a:pt x="1264563" y="1040768"/>
                                </a:lnTo>
                                <a:lnTo>
                                  <a:pt x="1258212" y="1042811"/>
                                </a:lnTo>
                                <a:lnTo>
                                  <a:pt x="1264791" y="1038952"/>
                                </a:lnTo>
                                <a:lnTo>
                                  <a:pt x="1261388" y="1040541"/>
                                </a:lnTo>
                                <a:lnTo>
                                  <a:pt x="1272218" y="1034637"/>
                                </a:lnTo>
                                <a:lnTo>
                                  <a:pt x="1272729" y="1034412"/>
                                </a:lnTo>
                                <a:lnTo>
                                  <a:pt x="1274116" y="1033603"/>
                                </a:lnTo>
                                <a:lnTo>
                                  <a:pt x="1276605" y="1032246"/>
                                </a:lnTo>
                                <a:lnTo>
                                  <a:pt x="1278173" y="1031461"/>
                                </a:lnTo>
                                <a:lnTo>
                                  <a:pt x="1278447" y="1031242"/>
                                </a:lnTo>
                                <a:lnTo>
                                  <a:pt x="1289288" y="1025333"/>
                                </a:lnTo>
                                <a:lnTo>
                                  <a:pt x="1285658" y="1026695"/>
                                </a:lnTo>
                                <a:lnTo>
                                  <a:pt x="1287473" y="1023971"/>
                                </a:lnTo>
                                <a:lnTo>
                                  <a:pt x="1285205" y="1026014"/>
                                </a:lnTo>
                                <a:lnTo>
                                  <a:pt x="1282936" y="1027829"/>
                                </a:lnTo>
                                <a:lnTo>
                                  <a:pt x="1280441" y="1029645"/>
                                </a:lnTo>
                                <a:lnTo>
                                  <a:pt x="1278447" y="1031242"/>
                                </a:lnTo>
                                <a:lnTo>
                                  <a:pt x="1276605" y="1032246"/>
                                </a:lnTo>
                                <a:lnTo>
                                  <a:pt x="1275452" y="1032824"/>
                                </a:lnTo>
                                <a:lnTo>
                                  <a:pt x="1274116" y="1033603"/>
                                </a:lnTo>
                                <a:lnTo>
                                  <a:pt x="1272218" y="1034637"/>
                                </a:lnTo>
                                <a:lnTo>
                                  <a:pt x="1267058" y="1036909"/>
                                </a:lnTo>
                                <a:lnTo>
                                  <a:pt x="1281122" y="1027148"/>
                                </a:lnTo>
                                <a:lnTo>
                                  <a:pt x="1285205" y="1021019"/>
                                </a:lnTo>
                                <a:lnTo>
                                  <a:pt x="1275905" y="1026014"/>
                                </a:lnTo>
                                <a:lnTo>
                                  <a:pt x="1266378" y="1031235"/>
                                </a:lnTo>
                                <a:lnTo>
                                  <a:pt x="1256851" y="1036228"/>
                                </a:lnTo>
                                <a:lnTo>
                                  <a:pt x="1248232" y="1041222"/>
                                </a:lnTo>
                                <a:lnTo>
                                  <a:pt x="1250273" y="1037363"/>
                                </a:lnTo>
                                <a:lnTo>
                                  <a:pt x="1238478" y="1039860"/>
                                </a:lnTo>
                                <a:lnTo>
                                  <a:pt x="1241654" y="1041449"/>
                                </a:lnTo>
                                <a:lnTo>
                                  <a:pt x="1230312" y="1042131"/>
                                </a:lnTo>
                                <a:lnTo>
                                  <a:pt x="1242334" y="1035774"/>
                                </a:lnTo>
                                <a:lnTo>
                                  <a:pt x="1235076" y="1036455"/>
                                </a:lnTo>
                                <a:lnTo>
                                  <a:pt x="1245963" y="1030781"/>
                                </a:lnTo>
                                <a:lnTo>
                                  <a:pt x="1242334" y="1030781"/>
                                </a:lnTo>
                                <a:lnTo>
                                  <a:pt x="1251181" y="1023289"/>
                                </a:lnTo>
                                <a:lnTo>
                                  <a:pt x="1238932" y="1031235"/>
                                </a:lnTo>
                                <a:lnTo>
                                  <a:pt x="1243241" y="1027603"/>
                                </a:lnTo>
                                <a:lnTo>
                                  <a:pt x="1240066" y="1027603"/>
                                </a:lnTo>
                                <a:lnTo>
                                  <a:pt x="1245284" y="1024198"/>
                                </a:lnTo>
                                <a:lnTo>
                                  <a:pt x="1245284" y="1022112"/>
                                </a:lnTo>
                                <a:lnTo>
                                  <a:pt x="1243012" y="1024016"/>
                                </a:lnTo>
                                <a:lnTo>
                                  <a:pt x="1245284" y="1021139"/>
                                </a:lnTo>
                                <a:lnTo>
                                  <a:pt x="1245284" y="1020566"/>
                                </a:lnTo>
                                <a:lnTo>
                                  <a:pt x="1239158" y="1022609"/>
                                </a:lnTo>
                                <a:lnTo>
                                  <a:pt x="1256397" y="1013983"/>
                                </a:lnTo>
                                <a:lnTo>
                                  <a:pt x="1247324" y="1016253"/>
                                </a:lnTo>
                                <a:lnTo>
                                  <a:pt x="1245511" y="1016707"/>
                                </a:lnTo>
                                <a:lnTo>
                                  <a:pt x="1245056" y="1016707"/>
                                </a:lnTo>
                                <a:lnTo>
                                  <a:pt x="1244829" y="1016707"/>
                                </a:lnTo>
                                <a:lnTo>
                                  <a:pt x="1245511" y="1015799"/>
                                </a:lnTo>
                                <a:lnTo>
                                  <a:pt x="1247097" y="1014891"/>
                                </a:lnTo>
                                <a:lnTo>
                                  <a:pt x="1253675" y="1011939"/>
                                </a:lnTo>
                                <a:lnTo>
                                  <a:pt x="1250273" y="1011486"/>
                                </a:lnTo>
                                <a:lnTo>
                                  <a:pt x="1255944" y="1006719"/>
                                </a:lnTo>
                                <a:lnTo>
                                  <a:pt x="1252542" y="1008081"/>
                                </a:lnTo>
                                <a:lnTo>
                                  <a:pt x="1253902" y="1006492"/>
                                </a:lnTo>
                                <a:lnTo>
                                  <a:pt x="1265244" y="998093"/>
                                </a:lnTo>
                                <a:lnTo>
                                  <a:pt x="1250501" y="1007627"/>
                                </a:lnTo>
                                <a:lnTo>
                                  <a:pt x="1270234" y="994234"/>
                                </a:lnTo>
                                <a:lnTo>
                                  <a:pt x="1269553" y="994007"/>
                                </a:lnTo>
                                <a:lnTo>
                                  <a:pt x="1270915" y="990829"/>
                                </a:lnTo>
                                <a:lnTo>
                                  <a:pt x="1255718" y="998547"/>
                                </a:lnTo>
                                <a:lnTo>
                                  <a:pt x="1269328" y="988332"/>
                                </a:lnTo>
                                <a:lnTo>
                                  <a:pt x="1264791" y="984473"/>
                                </a:lnTo>
                                <a:lnTo>
                                  <a:pt x="1265697" y="982203"/>
                                </a:lnTo>
                                <a:lnTo>
                                  <a:pt x="1267285" y="980160"/>
                                </a:lnTo>
                                <a:lnTo>
                                  <a:pt x="1269328" y="977663"/>
                                </a:lnTo>
                                <a:lnTo>
                                  <a:pt x="1271822" y="975166"/>
                                </a:lnTo>
                                <a:lnTo>
                                  <a:pt x="1277266" y="970854"/>
                                </a:lnTo>
                                <a:lnTo>
                                  <a:pt x="1282482" y="966767"/>
                                </a:lnTo>
                                <a:lnTo>
                                  <a:pt x="1287473" y="963136"/>
                                </a:lnTo>
                                <a:lnTo>
                                  <a:pt x="1279081" y="968129"/>
                                </a:lnTo>
                                <a:lnTo>
                                  <a:pt x="1289061" y="960866"/>
                                </a:lnTo>
                                <a:lnTo>
                                  <a:pt x="1279761" y="966767"/>
                                </a:lnTo>
                                <a:lnTo>
                                  <a:pt x="1284070" y="963362"/>
                                </a:lnTo>
                                <a:lnTo>
                                  <a:pt x="1288835" y="959958"/>
                                </a:lnTo>
                                <a:lnTo>
                                  <a:pt x="1292917" y="956779"/>
                                </a:lnTo>
                                <a:lnTo>
                                  <a:pt x="1296092" y="954055"/>
                                </a:lnTo>
                                <a:lnTo>
                                  <a:pt x="1297227" y="953147"/>
                                </a:lnTo>
                                <a:lnTo>
                                  <a:pt x="1297907" y="952240"/>
                                </a:lnTo>
                                <a:lnTo>
                                  <a:pt x="1297907" y="951559"/>
                                </a:lnTo>
                                <a:lnTo>
                                  <a:pt x="1297907" y="951332"/>
                                </a:lnTo>
                                <a:lnTo>
                                  <a:pt x="1297680" y="951104"/>
                                </a:lnTo>
                                <a:lnTo>
                                  <a:pt x="1296773" y="950878"/>
                                </a:lnTo>
                                <a:lnTo>
                                  <a:pt x="1294958" y="950878"/>
                                </a:lnTo>
                                <a:lnTo>
                                  <a:pt x="1292463" y="951332"/>
                                </a:lnTo>
                                <a:lnTo>
                                  <a:pt x="1289061" y="952240"/>
                                </a:lnTo>
                                <a:lnTo>
                                  <a:pt x="1302897" y="939528"/>
                                </a:lnTo>
                                <a:lnTo>
                                  <a:pt x="1299722" y="939982"/>
                                </a:lnTo>
                                <a:lnTo>
                                  <a:pt x="1310837" y="934534"/>
                                </a:lnTo>
                                <a:lnTo>
                                  <a:pt x="1297907" y="940435"/>
                                </a:lnTo>
                                <a:lnTo>
                                  <a:pt x="1299041" y="938848"/>
                                </a:lnTo>
                                <a:lnTo>
                                  <a:pt x="1299949" y="937259"/>
                                </a:lnTo>
                                <a:lnTo>
                                  <a:pt x="1301310" y="936124"/>
                                </a:lnTo>
                                <a:lnTo>
                                  <a:pt x="1303125" y="934761"/>
                                </a:lnTo>
                                <a:lnTo>
                                  <a:pt x="1304712" y="934080"/>
                                </a:lnTo>
                                <a:lnTo>
                                  <a:pt x="1306527" y="933172"/>
                                </a:lnTo>
                                <a:lnTo>
                                  <a:pt x="1310156" y="931583"/>
                                </a:lnTo>
                                <a:lnTo>
                                  <a:pt x="1312878" y="930448"/>
                                </a:lnTo>
                                <a:lnTo>
                                  <a:pt x="1313785" y="929994"/>
                                </a:lnTo>
                                <a:lnTo>
                                  <a:pt x="1314466" y="929313"/>
                                </a:lnTo>
                                <a:lnTo>
                                  <a:pt x="1314692" y="928632"/>
                                </a:lnTo>
                                <a:lnTo>
                                  <a:pt x="1314238" y="927724"/>
                                </a:lnTo>
                                <a:lnTo>
                                  <a:pt x="1313558" y="926816"/>
                                </a:lnTo>
                                <a:lnTo>
                                  <a:pt x="1311970" y="925681"/>
                                </a:lnTo>
                                <a:lnTo>
                                  <a:pt x="1339643" y="915693"/>
                                </a:lnTo>
                                <a:lnTo>
                                  <a:pt x="1340778" y="912742"/>
                                </a:lnTo>
                                <a:lnTo>
                                  <a:pt x="1337602" y="912515"/>
                                </a:lnTo>
                                <a:lnTo>
                                  <a:pt x="1343726" y="908429"/>
                                </a:lnTo>
                                <a:lnTo>
                                  <a:pt x="1337376" y="912515"/>
                                </a:lnTo>
                                <a:lnTo>
                                  <a:pt x="1334200" y="914104"/>
                                </a:lnTo>
                                <a:lnTo>
                                  <a:pt x="1331252" y="915693"/>
                                </a:lnTo>
                                <a:lnTo>
                                  <a:pt x="1328302" y="916828"/>
                                </a:lnTo>
                                <a:lnTo>
                                  <a:pt x="1325580" y="917509"/>
                                </a:lnTo>
                                <a:lnTo>
                                  <a:pt x="1323766" y="917509"/>
                                </a:lnTo>
                                <a:lnTo>
                                  <a:pt x="1322404" y="917509"/>
                                </a:lnTo>
                                <a:lnTo>
                                  <a:pt x="1320590" y="917509"/>
                                </a:lnTo>
                                <a:lnTo>
                                  <a:pt x="1319002" y="917282"/>
                                </a:lnTo>
                                <a:lnTo>
                                  <a:pt x="1329131" y="912875"/>
                                </a:lnTo>
                                <a:lnTo>
                                  <a:pt x="1333426" y="909395"/>
                                </a:lnTo>
                                <a:lnTo>
                                  <a:pt x="1345529" y="900192"/>
                                </a:lnTo>
                                <a:lnTo>
                                  <a:pt x="1346200" y="901645"/>
                                </a:lnTo>
                                <a:lnTo>
                                  <a:pt x="1345304" y="902129"/>
                                </a:lnTo>
                                <a:lnTo>
                                  <a:pt x="1330181" y="912418"/>
                                </a:lnTo>
                                <a:lnTo>
                                  <a:pt x="1350305" y="903662"/>
                                </a:lnTo>
                                <a:lnTo>
                                  <a:pt x="1347129" y="902981"/>
                                </a:lnTo>
                                <a:lnTo>
                                  <a:pt x="1350532" y="897760"/>
                                </a:lnTo>
                                <a:lnTo>
                                  <a:pt x="1357790" y="895490"/>
                                </a:lnTo>
                                <a:lnTo>
                                  <a:pt x="1352573" y="904343"/>
                                </a:lnTo>
                                <a:lnTo>
                                  <a:pt x="1353707" y="907748"/>
                                </a:lnTo>
                                <a:lnTo>
                                  <a:pt x="1357109" y="904116"/>
                                </a:lnTo>
                                <a:lnTo>
                                  <a:pt x="1363461" y="897306"/>
                                </a:lnTo>
                                <a:lnTo>
                                  <a:pt x="1366182" y="894128"/>
                                </a:lnTo>
                                <a:lnTo>
                                  <a:pt x="1367089" y="892766"/>
                                </a:lnTo>
                                <a:lnTo>
                                  <a:pt x="1367543" y="891859"/>
                                </a:lnTo>
                                <a:lnTo>
                                  <a:pt x="1367770" y="890950"/>
                                </a:lnTo>
                                <a:lnTo>
                                  <a:pt x="1367543" y="890723"/>
                                </a:lnTo>
                                <a:lnTo>
                                  <a:pt x="1367316" y="890497"/>
                                </a:lnTo>
                                <a:lnTo>
                                  <a:pt x="1366410" y="890723"/>
                                </a:lnTo>
                                <a:lnTo>
                                  <a:pt x="1364595" y="891631"/>
                                </a:lnTo>
                                <a:lnTo>
                                  <a:pt x="1361646" y="890497"/>
                                </a:lnTo>
                                <a:lnTo>
                                  <a:pt x="1363461" y="887545"/>
                                </a:lnTo>
                                <a:lnTo>
                                  <a:pt x="1345088" y="898214"/>
                                </a:lnTo>
                                <a:lnTo>
                                  <a:pt x="1350985" y="893220"/>
                                </a:lnTo>
                                <a:lnTo>
                                  <a:pt x="1343046" y="899122"/>
                                </a:lnTo>
                                <a:lnTo>
                                  <a:pt x="1334880" y="904116"/>
                                </a:lnTo>
                                <a:lnTo>
                                  <a:pt x="1326714" y="909337"/>
                                </a:lnTo>
                                <a:lnTo>
                                  <a:pt x="1317869" y="913877"/>
                                </a:lnTo>
                                <a:lnTo>
                                  <a:pt x="1322404" y="909791"/>
                                </a:lnTo>
                                <a:lnTo>
                                  <a:pt x="1326487" y="905932"/>
                                </a:lnTo>
                                <a:lnTo>
                                  <a:pt x="1330570" y="902300"/>
                                </a:lnTo>
                                <a:lnTo>
                                  <a:pt x="1334653" y="898895"/>
                                </a:lnTo>
                                <a:lnTo>
                                  <a:pt x="1343273" y="892539"/>
                                </a:lnTo>
                                <a:lnTo>
                                  <a:pt x="1352119" y="886183"/>
                                </a:lnTo>
                                <a:lnTo>
                                  <a:pt x="1342592" y="892312"/>
                                </a:lnTo>
                                <a:lnTo>
                                  <a:pt x="1341686" y="891859"/>
                                </a:lnTo>
                                <a:lnTo>
                                  <a:pt x="1361646" y="875060"/>
                                </a:lnTo>
                                <a:lnTo>
                                  <a:pt x="1355748" y="878466"/>
                                </a:lnTo>
                                <a:lnTo>
                                  <a:pt x="1359604" y="874153"/>
                                </a:lnTo>
                                <a:lnTo>
                                  <a:pt x="1353480" y="878011"/>
                                </a:lnTo>
                                <a:lnTo>
                                  <a:pt x="1366410" y="869386"/>
                                </a:lnTo>
                                <a:lnTo>
                                  <a:pt x="1363233" y="869386"/>
                                </a:lnTo>
                                <a:lnTo>
                                  <a:pt x="1372307" y="861895"/>
                                </a:lnTo>
                                <a:lnTo>
                                  <a:pt x="1365502" y="865073"/>
                                </a:lnTo>
                                <a:lnTo>
                                  <a:pt x="1374121" y="858263"/>
                                </a:lnTo>
                                <a:lnTo>
                                  <a:pt x="1368166" y="859888"/>
                                </a:lnTo>
                                <a:lnTo>
                                  <a:pt x="1380019" y="854177"/>
                                </a:lnTo>
                                <a:lnTo>
                                  <a:pt x="1394990" y="849637"/>
                                </a:lnTo>
                                <a:lnTo>
                                  <a:pt x="1397031" y="846913"/>
                                </a:lnTo>
                                <a:lnTo>
                                  <a:pt x="1385236" y="850091"/>
                                </a:lnTo>
                                <a:lnTo>
                                  <a:pt x="1384328" y="850318"/>
                                </a:lnTo>
                                <a:lnTo>
                                  <a:pt x="1374348" y="853042"/>
                                </a:lnTo>
                                <a:lnTo>
                                  <a:pt x="1380927" y="849864"/>
                                </a:lnTo>
                                <a:lnTo>
                                  <a:pt x="1374348" y="851453"/>
                                </a:lnTo>
                                <a:lnTo>
                                  <a:pt x="1397258" y="838514"/>
                                </a:lnTo>
                                <a:lnTo>
                                  <a:pt x="1383648" y="845551"/>
                                </a:lnTo>
                                <a:lnTo>
                                  <a:pt x="1379565" y="846913"/>
                                </a:lnTo>
                                <a:lnTo>
                                  <a:pt x="1377751" y="847594"/>
                                </a:lnTo>
                                <a:lnTo>
                                  <a:pt x="1377751" y="847367"/>
                                </a:lnTo>
                                <a:lnTo>
                                  <a:pt x="1377978" y="846913"/>
                                </a:lnTo>
                                <a:lnTo>
                                  <a:pt x="1379793" y="845778"/>
                                </a:lnTo>
                                <a:lnTo>
                                  <a:pt x="1384555" y="842827"/>
                                </a:lnTo>
                                <a:lnTo>
                                  <a:pt x="1387958" y="841011"/>
                                </a:lnTo>
                                <a:lnTo>
                                  <a:pt x="1384783" y="839876"/>
                                </a:lnTo>
                                <a:lnTo>
                                  <a:pt x="1386370" y="838968"/>
                                </a:lnTo>
                                <a:lnTo>
                                  <a:pt x="1388185" y="838060"/>
                                </a:lnTo>
                                <a:lnTo>
                                  <a:pt x="1393175" y="836244"/>
                                </a:lnTo>
                                <a:lnTo>
                                  <a:pt x="1403383" y="833293"/>
                                </a:lnTo>
                                <a:lnTo>
                                  <a:pt x="1407012" y="832158"/>
                                </a:lnTo>
                                <a:lnTo>
                                  <a:pt x="1407920" y="831704"/>
                                </a:lnTo>
                                <a:lnTo>
                                  <a:pt x="1408373" y="831478"/>
                                </a:lnTo>
                                <a:lnTo>
                                  <a:pt x="1408145" y="831250"/>
                                </a:lnTo>
                                <a:lnTo>
                                  <a:pt x="1407920" y="831250"/>
                                </a:lnTo>
                                <a:lnTo>
                                  <a:pt x="1406785" y="831023"/>
                                </a:lnTo>
                                <a:lnTo>
                                  <a:pt x="1401341" y="831023"/>
                                </a:lnTo>
                                <a:lnTo>
                                  <a:pt x="1402021" y="828072"/>
                                </a:lnTo>
                                <a:lnTo>
                                  <a:pt x="1413363" y="824667"/>
                                </a:lnTo>
                                <a:lnTo>
                                  <a:pt x="1410187" y="824667"/>
                                </a:lnTo>
                                <a:lnTo>
                                  <a:pt x="1422436" y="820581"/>
                                </a:lnTo>
                                <a:lnTo>
                                  <a:pt x="1426746" y="815360"/>
                                </a:lnTo>
                                <a:lnTo>
                                  <a:pt x="1412455" y="816269"/>
                                </a:lnTo>
                                <a:lnTo>
                                  <a:pt x="1421528" y="811956"/>
                                </a:lnTo>
                                <a:lnTo>
                                  <a:pt x="1418580" y="810594"/>
                                </a:lnTo>
                                <a:lnTo>
                                  <a:pt x="1424250" y="808324"/>
                                </a:lnTo>
                                <a:lnTo>
                                  <a:pt x="1429467" y="806053"/>
                                </a:lnTo>
                                <a:lnTo>
                                  <a:pt x="1432026" y="805163"/>
                                </a:lnTo>
                                <a:lnTo>
                                  <a:pt x="1444687" y="802396"/>
                                </a:lnTo>
                                <a:lnTo>
                                  <a:pt x="1444892" y="802421"/>
                                </a:lnTo>
                                <a:lnTo>
                                  <a:pt x="1446480" y="802876"/>
                                </a:lnTo>
                                <a:lnTo>
                                  <a:pt x="1448067" y="803784"/>
                                </a:lnTo>
                                <a:lnTo>
                                  <a:pt x="1448975" y="805146"/>
                                </a:lnTo>
                                <a:lnTo>
                                  <a:pt x="1449882" y="806961"/>
                                </a:lnTo>
                                <a:lnTo>
                                  <a:pt x="1450789" y="809004"/>
                                </a:lnTo>
                                <a:lnTo>
                                  <a:pt x="1461904" y="804919"/>
                                </a:lnTo>
                                <a:lnTo>
                                  <a:pt x="1455553" y="806961"/>
                                </a:lnTo>
                                <a:lnTo>
                                  <a:pt x="1453965" y="804011"/>
                                </a:lnTo>
                                <a:lnTo>
                                  <a:pt x="1463265" y="798336"/>
                                </a:lnTo>
                                <a:lnTo>
                                  <a:pt x="1444687" y="802396"/>
                                </a:lnTo>
                                <a:lnTo>
                                  <a:pt x="1443078" y="802194"/>
                                </a:lnTo>
                                <a:lnTo>
                                  <a:pt x="1441263" y="802421"/>
                                </a:lnTo>
                                <a:lnTo>
                                  <a:pt x="1439221" y="802648"/>
                                </a:lnTo>
                                <a:lnTo>
                                  <a:pt x="1434684" y="804238"/>
                                </a:lnTo>
                                <a:lnTo>
                                  <a:pt x="1432026" y="805163"/>
                                </a:lnTo>
                                <a:lnTo>
                                  <a:pt x="1423797" y="806961"/>
                                </a:lnTo>
                                <a:lnTo>
                                  <a:pt x="1436046" y="798109"/>
                                </a:lnTo>
                                <a:lnTo>
                                  <a:pt x="1435819" y="798109"/>
                                </a:lnTo>
                                <a:lnTo>
                                  <a:pt x="1446253" y="790845"/>
                                </a:lnTo>
                                <a:lnTo>
                                  <a:pt x="1468255" y="777906"/>
                                </a:lnTo>
                                <a:lnTo>
                                  <a:pt x="1468936" y="774728"/>
                                </a:lnTo>
                                <a:lnTo>
                                  <a:pt x="1475741" y="775863"/>
                                </a:lnTo>
                                <a:lnTo>
                                  <a:pt x="1478183" y="774085"/>
                                </a:lnTo>
                                <a:lnTo>
                                  <a:pt x="1478244" y="774067"/>
                                </a:lnTo>
                                <a:lnTo>
                                  <a:pt x="1479370" y="776998"/>
                                </a:lnTo>
                                <a:lnTo>
                                  <a:pt x="1489352" y="776998"/>
                                </a:lnTo>
                                <a:lnTo>
                                  <a:pt x="1495021" y="778814"/>
                                </a:lnTo>
                                <a:lnTo>
                                  <a:pt x="1494794" y="777225"/>
                                </a:lnTo>
                                <a:lnTo>
                                  <a:pt x="1494794" y="775409"/>
                                </a:lnTo>
                                <a:lnTo>
                                  <a:pt x="1494794" y="773820"/>
                                </a:lnTo>
                                <a:lnTo>
                                  <a:pt x="1495021" y="772231"/>
                                </a:lnTo>
                                <a:lnTo>
                                  <a:pt x="1495248" y="770869"/>
                                </a:lnTo>
                                <a:lnTo>
                                  <a:pt x="1495701" y="769734"/>
                                </a:lnTo>
                                <a:lnTo>
                                  <a:pt x="1496382" y="768372"/>
                                </a:lnTo>
                                <a:lnTo>
                                  <a:pt x="1497290" y="767464"/>
                                </a:lnTo>
                                <a:lnTo>
                                  <a:pt x="1497807" y="767119"/>
                                </a:lnTo>
                                <a:lnTo>
                                  <a:pt x="1510899" y="762016"/>
                                </a:lnTo>
                                <a:lnTo>
                                  <a:pt x="1506589" y="762924"/>
                                </a:lnTo>
                                <a:lnTo>
                                  <a:pt x="1502733" y="764059"/>
                                </a:lnTo>
                                <a:lnTo>
                                  <a:pt x="1501373" y="764740"/>
                                </a:lnTo>
                                <a:lnTo>
                                  <a:pt x="1499786" y="765421"/>
                                </a:lnTo>
                                <a:lnTo>
                                  <a:pt x="1498651" y="766556"/>
                                </a:lnTo>
                                <a:lnTo>
                                  <a:pt x="1497807" y="767119"/>
                                </a:lnTo>
                                <a:lnTo>
                                  <a:pt x="1489352" y="770415"/>
                                </a:lnTo>
                                <a:lnTo>
                                  <a:pt x="1482092" y="772912"/>
                                </a:lnTo>
                                <a:lnTo>
                                  <a:pt x="1478244" y="774067"/>
                                </a:lnTo>
                                <a:lnTo>
                                  <a:pt x="1478236" y="774047"/>
                                </a:lnTo>
                                <a:lnTo>
                                  <a:pt x="1478183" y="774085"/>
                                </a:lnTo>
                                <a:lnTo>
                                  <a:pt x="1477555" y="774274"/>
                                </a:lnTo>
                                <a:lnTo>
                                  <a:pt x="1476194" y="774501"/>
                                </a:lnTo>
                                <a:lnTo>
                                  <a:pt x="1475287" y="774728"/>
                                </a:lnTo>
                                <a:lnTo>
                                  <a:pt x="1475287" y="774501"/>
                                </a:lnTo>
                                <a:lnTo>
                                  <a:pt x="1475741" y="773820"/>
                                </a:lnTo>
                                <a:lnTo>
                                  <a:pt x="1478463" y="772004"/>
                                </a:lnTo>
                                <a:lnTo>
                                  <a:pt x="1483680" y="769053"/>
                                </a:lnTo>
                                <a:lnTo>
                                  <a:pt x="1480504" y="769053"/>
                                </a:lnTo>
                                <a:lnTo>
                                  <a:pt x="1474834" y="770869"/>
                                </a:lnTo>
                                <a:lnTo>
                                  <a:pt x="1483906" y="766556"/>
                                </a:lnTo>
                                <a:lnTo>
                                  <a:pt x="1492753" y="762016"/>
                                </a:lnTo>
                                <a:lnTo>
                                  <a:pt x="1496382" y="760654"/>
                                </a:lnTo>
                                <a:lnTo>
                                  <a:pt x="1499331" y="759519"/>
                                </a:lnTo>
                                <a:lnTo>
                                  <a:pt x="1500465" y="759065"/>
                                </a:lnTo>
                                <a:lnTo>
                                  <a:pt x="1501373" y="759065"/>
                                </a:lnTo>
                                <a:lnTo>
                                  <a:pt x="1501826" y="759519"/>
                                </a:lnTo>
                                <a:lnTo>
                                  <a:pt x="1502052" y="759973"/>
                                </a:lnTo>
                                <a:lnTo>
                                  <a:pt x="1504774" y="759746"/>
                                </a:lnTo>
                                <a:lnTo>
                                  <a:pt x="1509311" y="758838"/>
                                </a:lnTo>
                                <a:lnTo>
                                  <a:pt x="1514301" y="757930"/>
                                </a:lnTo>
                                <a:lnTo>
                                  <a:pt x="1519291" y="757022"/>
                                </a:lnTo>
                                <a:lnTo>
                                  <a:pt x="1522921" y="755660"/>
                                </a:lnTo>
                                <a:lnTo>
                                  <a:pt x="1524055" y="755206"/>
                                </a:lnTo>
                                <a:lnTo>
                                  <a:pt x="1524735" y="754752"/>
                                </a:lnTo>
                                <a:lnTo>
                                  <a:pt x="1524735" y="754525"/>
                                </a:lnTo>
                                <a:lnTo>
                                  <a:pt x="1524282" y="754298"/>
                                </a:lnTo>
                                <a:lnTo>
                                  <a:pt x="1523374" y="754071"/>
                                </a:lnTo>
                                <a:lnTo>
                                  <a:pt x="1521333" y="753844"/>
                                </a:lnTo>
                                <a:lnTo>
                                  <a:pt x="1518157" y="753617"/>
                                </a:lnTo>
                                <a:lnTo>
                                  <a:pt x="1520879" y="751120"/>
                                </a:lnTo>
                                <a:lnTo>
                                  <a:pt x="1528365" y="745218"/>
                                </a:lnTo>
                                <a:lnTo>
                                  <a:pt x="1532221" y="742721"/>
                                </a:lnTo>
                                <a:lnTo>
                                  <a:pt x="1535169" y="741132"/>
                                </a:lnTo>
                                <a:lnTo>
                                  <a:pt x="1536077" y="740678"/>
                                </a:lnTo>
                                <a:lnTo>
                                  <a:pt x="1536304" y="740678"/>
                                </a:lnTo>
                                <a:lnTo>
                                  <a:pt x="1536530" y="740906"/>
                                </a:lnTo>
                                <a:lnTo>
                                  <a:pt x="1536530" y="741132"/>
                                </a:lnTo>
                                <a:lnTo>
                                  <a:pt x="1536530" y="741587"/>
                                </a:lnTo>
                                <a:lnTo>
                                  <a:pt x="1536077" y="742949"/>
                                </a:lnTo>
                                <a:lnTo>
                                  <a:pt x="1538572" y="744991"/>
                                </a:lnTo>
                                <a:lnTo>
                                  <a:pt x="1547872" y="738635"/>
                                </a:lnTo>
                                <a:lnTo>
                                  <a:pt x="1547418" y="735231"/>
                                </a:lnTo>
                                <a:lnTo>
                                  <a:pt x="1539479" y="738409"/>
                                </a:lnTo>
                                <a:lnTo>
                                  <a:pt x="1545830" y="734322"/>
                                </a:lnTo>
                                <a:lnTo>
                                  <a:pt x="1551728" y="731144"/>
                                </a:lnTo>
                                <a:lnTo>
                                  <a:pt x="1553769" y="730010"/>
                                </a:lnTo>
                                <a:lnTo>
                                  <a:pt x="1555584" y="728648"/>
                                </a:lnTo>
                                <a:lnTo>
                                  <a:pt x="1556491" y="727740"/>
                                </a:lnTo>
                                <a:lnTo>
                                  <a:pt x="1556718" y="727286"/>
                                </a:lnTo>
                                <a:lnTo>
                                  <a:pt x="1556718" y="727058"/>
                                </a:lnTo>
                                <a:lnTo>
                                  <a:pt x="1583938" y="710034"/>
                                </a:lnTo>
                                <a:lnTo>
                                  <a:pt x="1570781" y="712758"/>
                                </a:lnTo>
                                <a:lnTo>
                                  <a:pt x="1573730" y="710488"/>
                                </a:lnTo>
                                <a:lnTo>
                                  <a:pt x="1567152" y="713666"/>
                                </a:lnTo>
                                <a:lnTo>
                                  <a:pt x="1562162" y="709580"/>
                                </a:lnTo>
                                <a:lnTo>
                                  <a:pt x="1563977" y="706175"/>
                                </a:lnTo>
                                <a:lnTo>
                                  <a:pt x="1558079" y="702770"/>
                                </a:lnTo>
                                <a:lnTo>
                                  <a:pt x="1558986" y="699138"/>
                                </a:lnTo>
                                <a:lnTo>
                                  <a:pt x="1559667" y="697322"/>
                                </a:lnTo>
                                <a:lnTo>
                                  <a:pt x="1560347" y="695960"/>
                                </a:lnTo>
                                <a:lnTo>
                                  <a:pt x="1561028" y="694371"/>
                                </a:lnTo>
                                <a:lnTo>
                                  <a:pt x="1561935" y="693463"/>
                                </a:lnTo>
                                <a:lnTo>
                                  <a:pt x="1562842" y="692555"/>
                                </a:lnTo>
                                <a:lnTo>
                                  <a:pt x="1563750" y="691420"/>
                                </a:lnTo>
                                <a:lnTo>
                                  <a:pt x="1566018" y="690285"/>
                                </a:lnTo>
                                <a:lnTo>
                                  <a:pt x="1568060" y="689604"/>
                                </a:lnTo>
                                <a:lnTo>
                                  <a:pt x="1570555" y="689150"/>
                                </a:lnTo>
                                <a:lnTo>
                                  <a:pt x="1573050" y="689377"/>
                                </a:lnTo>
                                <a:lnTo>
                                  <a:pt x="1575545" y="689831"/>
                                </a:lnTo>
                                <a:lnTo>
                                  <a:pt x="1577813" y="690512"/>
                                </a:lnTo>
                                <a:lnTo>
                                  <a:pt x="1580308" y="691874"/>
                                </a:lnTo>
                                <a:lnTo>
                                  <a:pt x="1582803" y="693236"/>
                                </a:lnTo>
                                <a:lnTo>
                                  <a:pt x="1584618" y="694825"/>
                                </a:lnTo>
                                <a:lnTo>
                                  <a:pt x="1586659" y="696868"/>
                                </a:lnTo>
                                <a:lnTo>
                                  <a:pt x="1588247" y="698911"/>
                                </a:lnTo>
                                <a:lnTo>
                                  <a:pt x="1589608" y="700727"/>
                                </a:lnTo>
                                <a:lnTo>
                                  <a:pt x="1598228" y="696414"/>
                                </a:lnTo>
                                <a:lnTo>
                                  <a:pt x="1594598" y="695960"/>
                                </a:lnTo>
                                <a:lnTo>
                                  <a:pt x="1596867" y="693690"/>
                                </a:lnTo>
                                <a:lnTo>
                                  <a:pt x="1599816" y="694598"/>
                                </a:lnTo>
                                <a:lnTo>
                                  <a:pt x="1603898" y="690739"/>
                                </a:lnTo>
                                <a:lnTo>
                                  <a:pt x="1601176" y="688696"/>
                                </a:lnTo>
                                <a:lnTo>
                                  <a:pt x="1607981" y="688015"/>
                                </a:lnTo>
                                <a:lnTo>
                                  <a:pt x="1608662" y="684383"/>
                                </a:lnTo>
                                <a:lnTo>
                                  <a:pt x="1606394" y="682340"/>
                                </a:lnTo>
                                <a:lnTo>
                                  <a:pt x="1607981" y="679843"/>
                                </a:lnTo>
                                <a:lnTo>
                                  <a:pt x="1617281" y="679843"/>
                                </a:lnTo>
                                <a:lnTo>
                                  <a:pt x="1616374" y="677119"/>
                                </a:lnTo>
                                <a:lnTo>
                                  <a:pt x="1610023" y="676439"/>
                                </a:lnTo>
                                <a:lnTo>
                                  <a:pt x="1613425" y="675304"/>
                                </a:lnTo>
                                <a:lnTo>
                                  <a:pt x="1617054" y="673715"/>
                                </a:lnTo>
                                <a:lnTo>
                                  <a:pt x="1620230" y="672125"/>
                                </a:lnTo>
                                <a:lnTo>
                                  <a:pt x="1623406" y="670083"/>
                                </a:lnTo>
                                <a:lnTo>
                                  <a:pt x="1619550" y="672352"/>
                                </a:lnTo>
                                <a:lnTo>
                                  <a:pt x="1615467" y="673715"/>
                                </a:lnTo>
                                <a:lnTo>
                                  <a:pt x="1611384" y="675076"/>
                                </a:lnTo>
                                <a:lnTo>
                                  <a:pt x="1607074" y="675757"/>
                                </a:lnTo>
                                <a:lnTo>
                                  <a:pt x="1625220" y="668267"/>
                                </a:lnTo>
                                <a:lnTo>
                                  <a:pt x="1625447" y="668267"/>
                                </a:lnTo>
                                <a:lnTo>
                                  <a:pt x="1625674" y="668267"/>
                                </a:lnTo>
                                <a:lnTo>
                                  <a:pt x="1628396" y="667585"/>
                                </a:lnTo>
                                <a:lnTo>
                                  <a:pt x="1631572" y="665770"/>
                                </a:lnTo>
                                <a:lnTo>
                                  <a:pt x="1610703" y="669855"/>
                                </a:lnTo>
                                <a:lnTo>
                                  <a:pt x="1636335" y="659641"/>
                                </a:lnTo>
                                <a:lnTo>
                                  <a:pt x="1620003" y="661457"/>
                                </a:lnTo>
                                <a:lnTo>
                                  <a:pt x="1637242" y="652377"/>
                                </a:lnTo>
                                <a:lnTo>
                                  <a:pt x="1622272" y="659187"/>
                                </a:lnTo>
                                <a:lnTo>
                                  <a:pt x="1643140" y="641935"/>
                                </a:lnTo>
                                <a:lnTo>
                                  <a:pt x="1638376" y="643751"/>
                                </a:lnTo>
                                <a:lnTo>
                                  <a:pt x="1634520" y="645794"/>
                                </a:lnTo>
                                <a:lnTo>
                                  <a:pt x="1630891" y="648064"/>
                                </a:lnTo>
                                <a:lnTo>
                                  <a:pt x="1627489" y="650334"/>
                                </a:lnTo>
                                <a:lnTo>
                                  <a:pt x="1624313" y="652604"/>
                                </a:lnTo>
                                <a:lnTo>
                                  <a:pt x="1621364" y="655101"/>
                                </a:lnTo>
                                <a:lnTo>
                                  <a:pt x="1615920" y="659641"/>
                                </a:lnTo>
                                <a:lnTo>
                                  <a:pt x="1613198" y="661911"/>
                                </a:lnTo>
                                <a:lnTo>
                                  <a:pt x="1610250" y="663727"/>
                                </a:lnTo>
                                <a:lnTo>
                                  <a:pt x="1607528" y="665543"/>
                                </a:lnTo>
                                <a:lnTo>
                                  <a:pt x="1604352" y="667131"/>
                                </a:lnTo>
                                <a:lnTo>
                                  <a:pt x="1600950" y="668494"/>
                                </a:lnTo>
                                <a:lnTo>
                                  <a:pt x="1597547" y="669174"/>
                                </a:lnTo>
                                <a:lnTo>
                                  <a:pt x="1593691" y="669628"/>
                                </a:lnTo>
                                <a:lnTo>
                                  <a:pt x="1589381" y="669628"/>
                                </a:lnTo>
                                <a:lnTo>
                                  <a:pt x="1585525" y="670990"/>
                                </a:lnTo>
                                <a:lnTo>
                                  <a:pt x="1590516" y="667359"/>
                                </a:lnTo>
                                <a:lnTo>
                                  <a:pt x="1595279" y="663954"/>
                                </a:lnTo>
                                <a:lnTo>
                                  <a:pt x="1600723" y="660549"/>
                                </a:lnTo>
                                <a:lnTo>
                                  <a:pt x="1605940" y="657598"/>
                                </a:lnTo>
                                <a:lnTo>
                                  <a:pt x="1611384" y="654874"/>
                                </a:lnTo>
                                <a:lnTo>
                                  <a:pt x="1611663" y="654734"/>
                                </a:lnTo>
                                <a:lnTo>
                                  <a:pt x="1612291" y="655101"/>
                                </a:lnTo>
                                <a:lnTo>
                                  <a:pt x="1628169" y="647383"/>
                                </a:lnTo>
                                <a:lnTo>
                                  <a:pt x="1622272" y="649653"/>
                                </a:lnTo>
                                <a:lnTo>
                                  <a:pt x="1616828" y="652150"/>
                                </a:lnTo>
                                <a:lnTo>
                                  <a:pt x="1611663" y="654734"/>
                                </a:lnTo>
                                <a:lnTo>
                                  <a:pt x="1609569" y="653512"/>
                                </a:lnTo>
                                <a:lnTo>
                                  <a:pt x="1613198" y="651923"/>
                                </a:lnTo>
                                <a:lnTo>
                                  <a:pt x="1617054" y="650107"/>
                                </a:lnTo>
                                <a:lnTo>
                                  <a:pt x="1620457" y="648745"/>
                                </a:lnTo>
                                <a:lnTo>
                                  <a:pt x="1623406" y="647156"/>
                                </a:lnTo>
                                <a:lnTo>
                                  <a:pt x="1625674" y="645794"/>
                                </a:lnTo>
                                <a:lnTo>
                                  <a:pt x="1626808" y="644886"/>
                                </a:lnTo>
                                <a:lnTo>
                                  <a:pt x="1627041" y="644419"/>
                                </a:lnTo>
                                <a:lnTo>
                                  <a:pt x="1617662" y="647791"/>
                                </a:lnTo>
                                <a:lnTo>
                                  <a:pt x="1627131" y="644239"/>
                                </a:lnTo>
                                <a:lnTo>
                                  <a:pt x="1627262" y="643978"/>
                                </a:lnTo>
                                <a:lnTo>
                                  <a:pt x="1627715" y="643297"/>
                                </a:lnTo>
                                <a:lnTo>
                                  <a:pt x="1627715" y="642616"/>
                                </a:lnTo>
                                <a:lnTo>
                                  <a:pt x="1627489" y="641708"/>
                                </a:lnTo>
                                <a:lnTo>
                                  <a:pt x="1626808" y="640573"/>
                                </a:lnTo>
                                <a:lnTo>
                                  <a:pt x="1628850" y="639892"/>
                                </a:lnTo>
                                <a:lnTo>
                                  <a:pt x="1631118" y="639665"/>
                                </a:lnTo>
                                <a:lnTo>
                                  <a:pt x="1634974" y="639665"/>
                                </a:lnTo>
                                <a:lnTo>
                                  <a:pt x="1636789" y="639438"/>
                                </a:lnTo>
                                <a:lnTo>
                                  <a:pt x="1638376" y="638984"/>
                                </a:lnTo>
                                <a:lnTo>
                                  <a:pt x="1638830" y="638303"/>
                                </a:lnTo>
                                <a:lnTo>
                                  <a:pt x="1639737" y="637849"/>
                                </a:lnTo>
                                <a:lnTo>
                                  <a:pt x="1640191" y="636714"/>
                                </a:lnTo>
                                <a:lnTo>
                                  <a:pt x="1640645" y="635579"/>
                                </a:lnTo>
                                <a:lnTo>
                                  <a:pt x="1646996" y="632628"/>
                                </a:lnTo>
                                <a:lnTo>
                                  <a:pt x="1649264" y="631266"/>
                                </a:lnTo>
                                <a:lnTo>
                                  <a:pt x="1651306" y="629904"/>
                                </a:lnTo>
                                <a:lnTo>
                                  <a:pt x="1653347" y="628542"/>
                                </a:lnTo>
                                <a:lnTo>
                                  <a:pt x="1654708" y="626726"/>
                                </a:lnTo>
                                <a:lnTo>
                                  <a:pt x="1656069" y="624910"/>
                                </a:lnTo>
                                <a:lnTo>
                                  <a:pt x="1657430" y="622186"/>
                                </a:lnTo>
                                <a:lnTo>
                                  <a:pt x="1657203" y="622186"/>
                                </a:lnTo>
                                <a:lnTo>
                                  <a:pt x="1656976" y="622186"/>
                                </a:lnTo>
                                <a:lnTo>
                                  <a:pt x="1656976" y="621051"/>
                                </a:lnTo>
                                <a:lnTo>
                                  <a:pt x="1670586" y="614014"/>
                                </a:lnTo>
                                <a:lnTo>
                                  <a:pt x="1671236" y="613165"/>
                                </a:lnTo>
                                <a:lnTo>
                                  <a:pt x="1665287" y="616040"/>
                                </a:lnTo>
                                <a:lnTo>
                                  <a:pt x="1671358" y="613004"/>
                                </a:lnTo>
                                <a:lnTo>
                                  <a:pt x="1673535" y="610155"/>
                                </a:lnTo>
                                <a:lnTo>
                                  <a:pt x="1676484" y="606750"/>
                                </a:lnTo>
                                <a:lnTo>
                                  <a:pt x="1679659" y="603799"/>
                                </a:lnTo>
                                <a:lnTo>
                                  <a:pt x="1682212" y="601245"/>
                                </a:lnTo>
                                <a:lnTo>
                                  <a:pt x="1676496" y="603341"/>
                                </a:lnTo>
                                <a:lnTo>
                                  <a:pt x="1674812" y="602494"/>
                                </a:lnTo>
                                <a:lnTo>
                                  <a:pt x="1680585" y="600166"/>
                                </a:lnTo>
                                <a:lnTo>
                                  <a:pt x="1682530" y="600927"/>
                                </a:lnTo>
                                <a:lnTo>
                                  <a:pt x="1682835" y="600622"/>
                                </a:lnTo>
                                <a:lnTo>
                                  <a:pt x="1686464" y="597671"/>
                                </a:lnTo>
                                <a:lnTo>
                                  <a:pt x="1690320" y="594720"/>
                                </a:lnTo>
                                <a:lnTo>
                                  <a:pt x="1693949" y="591996"/>
                                </a:lnTo>
                                <a:lnTo>
                                  <a:pt x="1697805" y="589271"/>
                                </a:lnTo>
                                <a:lnTo>
                                  <a:pt x="1681474" y="594039"/>
                                </a:lnTo>
                                <a:lnTo>
                                  <a:pt x="1690547" y="590860"/>
                                </a:lnTo>
                                <a:lnTo>
                                  <a:pt x="1694630" y="589045"/>
                                </a:lnTo>
                                <a:lnTo>
                                  <a:pt x="1698259" y="587456"/>
                                </a:lnTo>
                                <a:lnTo>
                                  <a:pt x="1701662" y="585640"/>
                                </a:lnTo>
                                <a:lnTo>
                                  <a:pt x="1703023" y="584505"/>
                                </a:lnTo>
                                <a:lnTo>
                                  <a:pt x="1704610" y="583143"/>
                                </a:lnTo>
                                <a:lnTo>
                                  <a:pt x="1705971" y="582008"/>
                                </a:lnTo>
                                <a:lnTo>
                                  <a:pt x="1707332" y="580646"/>
                                </a:lnTo>
                                <a:lnTo>
                                  <a:pt x="1708466" y="578830"/>
                                </a:lnTo>
                                <a:lnTo>
                                  <a:pt x="1709374" y="577241"/>
                                </a:lnTo>
                                <a:lnTo>
                                  <a:pt x="1718220" y="570204"/>
                                </a:lnTo>
                                <a:lnTo>
                                  <a:pt x="1716179" y="567253"/>
                                </a:lnTo>
                                <a:lnTo>
                                  <a:pt x="1727066" y="559081"/>
                                </a:lnTo>
                                <a:lnTo>
                                  <a:pt x="1724118" y="560216"/>
                                </a:lnTo>
                                <a:lnTo>
                                  <a:pt x="1737727" y="551136"/>
                                </a:lnTo>
                                <a:lnTo>
                                  <a:pt x="1734552" y="550682"/>
                                </a:lnTo>
                                <a:lnTo>
                                  <a:pt x="1736820" y="547958"/>
                                </a:lnTo>
                                <a:lnTo>
                                  <a:pt x="1733418" y="548185"/>
                                </a:lnTo>
                                <a:lnTo>
                                  <a:pt x="1737727" y="545688"/>
                                </a:lnTo>
                                <a:lnTo>
                                  <a:pt x="1731603" y="544780"/>
                                </a:lnTo>
                                <a:lnTo>
                                  <a:pt x="1735459" y="541375"/>
                                </a:lnTo>
                                <a:lnTo>
                                  <a:pt x="1722303" y="541602"/>
                                </a:lnTo>
                                <a:lnTo>
                                  <a:pt x="1723437" y="538651"/>
                                </a:lnTo>
                                <a:lnTo>
                                  <a:pt x="1709601" y="543872"/>
                                </a:lnTo>
                                <a:lnTo>
                                  <a:pt x="1709374" y="543872"/>
                                </a:lnTo>
                                <a:lnTo>
                                  <a:pt x="1710962" y="540921"/>
                                </a:lnTo>
                                <a:lnTo>
                                  <a:pt x="1705064" y="544099"/>
                                </a:lnTo>
                                <a:lnTo>
                                  <a:pt x="1703249" y="544099"/>
                                </a:lnTo>
                                <a:lnTo>
                                  <a:pt x="1693042" y="546823"/>
                                </a:lnTo>
                                <a:lnTo>
                                  <a:pt x="1699166" y="542283"/>
                                </a:lnTo>
                                <a:lnTo>
                                  <a:pt x="1688959" y="546369"/>
                                </a:lnTo>
                                <a:lnTo>
                                  <a:pt x="1690774" y="543646"/>
                                </a:lnTo>
                                <a:lnTo>
                                  <a:pt x="1679432" y="550682"/>
                                </a:lnTo>
                                <a:lnTo>
                                  <a:pt x="1673762" y="547731"/>
                                </a:lnTo>
                                <a:lnTo>
                                  <a:pt x="1675576" y="544780"/>
                                </a:lnTo>
                                <a:lnTo>
                                  <a:pt x="1677845" y="542056"/>
                                </a:lnTo>
                                <a:lnTo>
                                  <a:pt x="1680340" y="540013"/>
                                </a:lnTo>
                                <a:lnTo>
                                  <a:pt x="1682835" y="538197"/>
                                </a:lnTo>
                                <a:lnTo>
                                  <a:pt x="1685784" y="537063"/>
                                </a:lnTo>
                                <a:lnTo>
                                  <a:pt x="1688959" y="536154"/>
                                </a:lnTo>
                                <a:lnTo>
                                  <a:pt x="1692362" y="535473"/>
                                </a:lnTo>
                                <a:lnTo>
                                  <a:pt x="1695991" y="535473"/>
                                </a:lnTo>
                                <a:lnTo>
                                  <a:pt x="1702342" y="532977"/>
                                </a:lnTo>
                                <a:lnTo>
                                  <a:pt x="1752698" y="528437"/>
                                </a:lnTo>
                                <a:lnTo>
                                  <a:pt x="1803054" y="524124"/>
                                </a:lnTo>
                                <a:close/>
                                <a:moveTo>
                                  <a:pt x="1609292" y="523928"/>
                                </a:moveTo>
                                <a:lnTo>
                                  <a:pt x="1609725" y="523928"/>
                                </a:lnTo>
                                <a:lnTo>
                                  <a:pt x="1609075" y="524193"/>
                                </a:lnTo>
                                <a:lnTo>
                                  <a:pt x="1605828" y="526574"/>
                                </a:lnTo>
                                <a:lnTo>
                                  <a:pt x="1604962" y="527103"/>
                                </a:lnTo>
                                <a:lnTo>
                                  <a:pt x="1609292" y="523928"/>
                                </a:lnTo>
                                <a:close/>
                                <a:moveTo>
                                  <a:pt x="2965450" y="522894"/>
                                </a:moveTo>
                                <a:lnTo>
                                  <a:pt x="2965015" y="523129"/>
                                </a:lnTo>
                                <a:lnTo>
                                  <a:pt x="2964798" y="523129"/>
                                </a:lnTo>
                                <a:lnTo>
                                  <a:pt x="2964363" y="523129"/>
                                </a:lnTo>
                                <a:lnTo>
                                  <a:pt x="2964798" y="523035"/>
                                </a:lnTo>
                                <a:lnTo>
                                  <a:pt x="2965450" y="522894"/>
                                </a:lnTo>
                                <a:close/>
                                <a:moveTo>
                                  <a:pt x="1655535" y="522465"/>
                                </a:moveTo>
                                <a:lnTo>
                                  <a:pt x="1655989" y="522465"/>
                                </a:lnTo>
                                <a:lnTo>
                                  <a:pt x="1654628" y="524271"/>
                                </a:lnTo>
                                <a:lnTo>
                                  <a:pt x="1653494" y="524722"/>
                                </a:lnTo>
                                <a:lnTo>
                                  <a:pt x="1648278" y="525174"/>
                                </a:lnTo>
                                <a:lnTo>
                                  <a:pt x="1655535" y="522465"/>
                                </a:lnTo>
                                <a:close/>
                                <a:moveTo>
                                  <a:pt x="2171358" y="520788"/>
                                </a:moveTo>
                                <a:lnTo>
                                  <a:pt x="2174875" y="521445"/>
                                </a:lnTo>
                                <a:lnTo>
                                  <a:pt x="2169819" y="524510"/>
                                </a:lnTo>
                                <a:lnTo>
                                  <a:pt x="2173995" y="525605"/>
                                </a:lnTo>
                                <a:lnTo>
                                  <a:pt x="2172896" y="526043"/>
                                </a:lnTo>
                                <a:lnTo>
                                  <a:pt x="2160587" y="527138"/>
                                </a:lnTo>
                                <a:lnTo>
                                  <a:pt x="2171358" y="520788"/>
                                </a:lnTo>
                                <a:close/>
                                <a:moveTo>
                                  <a:pt x="2956534" y="519131"/>
                                </a:moveTo>
                                <a:lnTo>
                                  <a:pt x="2963711" y="519837"/>
                                </a:lnTo>
                                <a:lnTo>
                                  <a:pt x="2964363" y="523129"/>
                                </a:lnTo>
                                <a:lnTo>
                                  <a:pt x="2962406" y="523365"/>
                                </a:lnTo>
                                <a:lnTo>
                                  <a:pt x="2955447" y="525481"/>
                                </a:lnTo>
                                <a:lnTo>
                                  <a:pt x="2949575" y="521954"/>
                                </a:lnTo>
                                <a:lnTo>
                                  <a:pt x="2956534" y="519131"/>
                                </a:lnTo>
                                <a:close/>
                                <a:moveTo>
                                  <a:pt x="1644650" y="515990"/>
                                </a:moveTo>
                                <a:lnTo>
                                  <a:pt x="1642782" y="517578"/>
                                </a:lnTo>
                                <a:lnTo>
                                  <a:pt x="1641662" y="517578"/>
                                </a:lnTo>
                                <a:lnTo>
                                  <a:pt x="1641475" y="517049"/>
                                </a:lnTo>
                                <a:lnTo>
                                  <a:pt x="1644650" y="515990"/>
                                </a:lnTo>
                                <a:close/>
                                <a:moveTo>
                                  <a:pt x="1708523" y="514441"/>
                                </a:moveTo>
                                <a:lnTo>
                                  <a:pt x="1711325" y="516346"/>
                                </a:lnTo>
                                <a:lnTo>
                                  <a:pt x="1710624" y="516663"/>
                                </a:lnTo>
                                <a:lnTo>
                                  <a:pt x="1703387" y="517616"/>
                                </a:lnTo>
                                <a:lnTo>
                                  <a:pt x="1708523" y="514441"/>
                                </a:lnTo>
                                <a:close/>
                                <a:moveTo>
                                  <a:pt x="1716881" y="514441"/>
                                </a:moveTo>
                                <a:lnTo>
                                  <a:pt x="1720850" y="515235"/>
                                </a:lnTo>
                                <a:lnTo>
                                  <a:pt x="1720409" y="515499"/>
                                </a:lnTo>
                                <a:lnTo>
                                  <a:pt x="1712912" y="517616"/>
                                </a:lnTo>
                                <a:lnTo>
                                  <a:pt x="1716881" y="514441"/>
                                </a:lnTo>
                                <a:close/>
                                <a:moveTo>
                                  <a:pt x="1626728" y="514403"/>
                                </a:moveTo>
                                <a:lnTo>
                                  <a:pt x="1626958" y="514403"/>
                                </a:lnTo>
                                <a:lnTo>
                                  <a:pt x="1627188" y="514403"/>
                                </a:lnTo>
                                <a:lnTo>
                                  <a:pt x="1627188" y="514630"/>
                                </a:lnTo>
                                <a:lnTo>
                                  <a:pt x="1619375" y="520527"/>
                                </a:lnTo>
                                <a:lnTo>
                                  <a:pt x="1609725" y="525516"/>
                                </a:lnTo>
                                <a:lnTo>
                                  <a:pt x="1626728" y="514403"/>
                                </a:lnTo>
                                <a:close/>
                                <a:moveTo>
                                  <a:pt x="3004004" y="514369"/>
                                </a:moveTo>
                                <a:lnTo>
                                  <a:pt x="3017611" y="517768"/>
                                </a:lnTo>
                                <a:lnTo>
                                  <a:pt x="3005591" y="523206"/>
                                </a:lnTo>
                                <a:lnTo>
                                  <a:pt x="3011488" y="523659"/>
                                </a:lnTo>
                                <a:lnTo>
                                  <a:pt x="3004684" y="526831"/>
                                </a:lnTo>
                                <a:lnTo>
                                  <a:pt x="3014663" y="526151"/>
                                </a:lnTo>
                                <a:lnTo>
                                  <a:pt x="3009220" y="530456"/>
                                </a:lnTo>
                                <a:lnTo>
                                  <a:pt x="3018291" y="529097"/>
                                </a:lnTo>
                                <a:lnTo>
                                  <a:pt x="3016704" y="532495"/>
                                </a:lnTo>
                                <a:lnTo>
                                  <a:pt x="3021920" y="527964"/>
                                </a:lnTo>
                                <a:lnTo>
                                  <a:pt x="3019879" y="525698"/>
                                </a:lnTo>
                                <a:lnTo>
                                  <a:pt x="3021013" y="523885"/>
                                </a:lnTo>
                                <a:lnTo>
                                  <a:pt x="3022147" y="522526"/>
                                </a:lnTo>
                                <a:lnTo>
                                  <a:pt x="3023734" y="521167"/>
                                </a:lnTo>
                                <a:lnTo>
                                  <a:pt x="3025322" y="520260"/>
                                </a:lnTo>
                                <a:lnTo>
                                  <a:pt x="3027136" y="519580"/>
                                </a:lnTo>
                                <a:lnTo>
                                  <a:pt x="3029177" y="518674"/>
                                </a:lnTo>
                                <a:lnTo>
                                  <a:pt x="3030991" y="518447"/>
                                </a:lnTo>
                                <a:lnTo>
                                  <a:pt x="3033259" y="518221"/>
                                </a:lnTo>
                                <a:lnTo>
                                  <a:pt x="3037341" y="518221"/>
                                </a:lnTo>
                                <a:lnTo>
                                  <a:pt x="3041423" y="518674"/>
                                </a:lnTo>
                                <a:lnTo>
                                  <a:pt x="3045279" y="519580"/>
                                </a:lnTo>
                                <a:lnTo>
                                  <a:pt x="3048907" y="520487"/>
                                </a:lnTo>
                                <a:lnTo>
                                  <a:pt x="3056618" y="519807"/>
                                </a:lnTo>
                                <a:lnTo>
                                  <a:pt x="3057979" y="522979"/>
                                </a:lnTo>
                                <a:lnTo>
                                  <a:pt x="3075895" y="523206"/>
                                </a:lnTo>
                                <a:lnTo>
                                  <a:pt x="3077029" y="526604"/>
                                </a:lnTo>
                                <a:lnTo>
                                  <a:pt x="3073854" y="527511"/>
                                </a:lnTo>
                                <a:lnTo>
                                  <a:pt x="3068411" y="528644"/>
                                </a:lnTo>
                                <a:lnTo>
                                  <a:pt x="3053670" y="531589"/>
                                </a:lnTo>
                                <a:lnTo>
                                  <a:pt x="3046186" y="533401"/>
                                </a:lnTo>
                                <a:lnTo>
                                  <a:pt x="3039382" y="534988"/>
                                </a:lnTo>
                                <a:lnTo>
                                  <a:pt x="3034166" y="536574"/>
                                </a:lnTo>
                                <a:lnTo>
                                  <a:pt x="3032579" y="537253"/>
                                </a:lnTo>
                                <a:lnTo>
                                  <a:pt x="3031445" y="537933"/>
                                </a:lnTo>
                                <a:lnTo>
                                  <a:pt x="3048000" y="537706"/>
                                </a:lnTo>
                                <a:lnTo>
                                  <a:pt x="3049814" y="540652"/>
                                </a:lnTo>
                                <a:lnTo>
                                  <a:pt x="3055257" y="542918"/>
                                </a:lnTo>
                                <a:lnTo>
                                  <a:pt x="3052309" y="545410"/>
                                </a:lnTo>
                                <a:lnTo>
                                  <a:pt x="3064329" y="543824"/>
                                </a:lnTo>
                                <a:lnTo>
                                  <a:pt x="3063648" y="540425"/>
                                </a:lnTo>
                                <a:lnTo>
                                  <a:pt x="3079297" y="539972"/>
                                </a:lnTo>
                                <a:lnTo>
                                  <a:pt x="3080762" y="540704"/>
                                </a:lnTo>
                                <a:lnTo>
                                  <a:pt x="3085889" y="540859"/>
                                </a:lnTo>
                                <a:lnTo>
                                  <a:pt x="3088611" y="540859"/>
                                </a:lnTo>
                                <a:lnTo>
                                  <a:pt x="3091333" y="540633"/>
                                </a:lnTo>
                                <a:lnTo>
                                  <a:pt x="3094055" y="540180"/>
                                </a:lnTo>
                                <a:lnTo>
                                  <a:pt x="3096551" y="539047"/>
                                </a:lnTo>
                                <a:lnTo>
                                  <a:pt x="3099273" y="537687"/>
                                </a:lnTo>
                                <a:lnTo>
                                  <a:pt x="3101768" y="535874"/>
                                </a:lnTo>
                                <a:lnTo>
                                  <a:pt x="3101995" y="535874"/>
                                </a:lnTo>
                                <a:lnTo>
                                  <a:pt x="3102222" y="535874"/>
                                </a:lnTo>
                                <a:lnTo>
                                  <a:pt x="3102222" y="535647"/>
                                </a:lnTo>
                                <a:lnTo>
                                  <a:pt x="3104264" y="535421"/>
                                </a:lnTo>
                                <a:lnTo>
                                  <a:pt x="3102903" y="532702"/>
                                </a:lnTo>
                                <a:lnTo>
                                  <a:pt x="3130578" y="535647"/>
                                </a:lnTo>
                                <a:lnTo>
                                  <a:pt x="3107213" y="538140"/>
                                </a:lnTo>
                                <a:lnTo>
                                  <a:pt x="3107666" y="541313"/>
                                </a:lnTo>
                                <a:lnTo>
                                  <a:pt x="3117421" y="544258"/>
                                </a:lnTo>
                                <a:lnTo>
                                  <a:pt x="3114699" y="545618"/>
                                </a:lnTo>
                                <a:lnTo>
                                  <a:pt x="3120597" y="543352"/>
                                </a:lnTo>
                                <a:lnTo>
                                  <a:pt x="3122412" y="542899"/>
                                </a:lnTo>
                                <a:lnTo>
                                  <a:pt x="3131713" y="542899"/>
                                </a:lnTo>
                                <a:lnTo>
                                  <a:pt x="3131939" y="545165"/>
                                </a:lnTo>
                                <a:lnTo>
                                  <a:pt x="3142828" y="544032"/>
                                </a:lnTo>
                                <a:lnTo>
                                  <a:pt x="3141013" y="546071"/>
                                </a:lnTo>
                                <a:lnTo>
                                  <a:pt x="3143736" y="546751"/>
                                </a:lnTo>
                                <a:lnTo>
                                  <a:pt x="3141467" y="548337"/>
                                </a:lnTo>
                                <a:lnTo>
                                  <a:pt x="3143097" y="549225"/>
                                </a:lnTo>
                                <a:lnTo>
                                  <a:pt x="3141931" y="550674"/>
                                </a:lnTo>
                                <a:lnTo>
                                  <a:pt x="3137837" y="552643"/>
                                </a:lnTo>
                                <a:lnTo>
                                  <a:pt x="3137611" y="556042"/>
                                </a:lnTo>
                                <a:lnTo>
                                  <a:pt x="3141931" y="550674"/>
                                </a:lnTo>
                                <a:lnTo>
                                  <a:pt x="3143962" y="549697"/>
                                </a:lnTo>
                                <a:lnTo>
                                  <a:pt x="3143097" y="549225"/>
                                </a:lnTo>
                                <a:lnTo>
                                  <a:pt x="3146911" y="544485"/>
                                </a:lnTo>
                                <a:lnTo>
                                  <a:pt x="3148499" y="544485"/>
                                </a:lnTo>
                                <a:lnTo>
                                  <a:pt x="3153717" y="544485"/>
                                </a:lnTo>
                                <a:lnTo>
                                  <a:pt x="3168462" y="543579"/>
                                </a:lnTo>
                                <a:lnTo>
                                  <a:pt x="3181846" y="542672"/>
                                </a:lnTo>
                                <a:lnTo>
                                  <a:pt x="3185022" y="542446"/>
                                </a:lnTo>
                                <a:lnTo>
                                  <a:pt x="3184115" y="542672"/>
                                </a:lnTo>
                                <a:lnTo>
                                  <a:pt x="3184569" y="542672"/>
                                </a:lnTo>
                                <a:lnTo>
                                  <a:pt x="3184795" y="542672"/>
                                </a:lnTo>
                                <a:lnTo>
                                  <a:pt x="3185249" y="542672"/>
                                </a:lnTo>
                                <a:lnTo>
                                  <a:pt x="3185476" y="542446"/>
                                </a:lnTo>
                                <a:lnTo>
                                  <a:pt x="3185930" y="542446"/>
                                </a:lnTo>
                                <a:lnTo>
                                  <a:pt x="3186383" y="542446"/>
                                </a:lnTo>
                                <a:lnTo>
                                  <a:pt x="3188425" y="541992"/>
                                </a:lnTo>
                                <a:lnTo>
                                  <a:pt x="3193416" y="541539"/>
                                </a:lnTo>
                                <a:lnTo>
                                  <a:pt x="3199087" y="541539"/>
                                </a:lnTo>
                                <a:lnTo>
                                  <a:pt x="3205212" y="541766"/>
                                </a:lnTo>
                                <a:lnTo>
                                  <a:pt x="3211791" y="542219"/>
                                </a:lnTo>
                                <a:lnTo>
                                  <a:pt x="3218596" y="542899"/>
                                </a:lnTo>
                                <a:lnTo>
                                  <a:pt x="3225402" y="544032"/>
                                </a:lnTo>
                                <a:lnTo>
                                  <a:pt x="3239466" y="546298"/>
                                </a:lnTo>
                                <a:lnTo>
                                  <a:pt x="3252624" y="548791"/>
                                </a:lnTo>
                                <a:lnTo>
                                  <a:pt x="3264193" y="551057"/>
                                </a:lnTo>
                                <a:lnTo>
                                  <a:pt x="3273040" y="552643"/>
                                </a:lnTo>
                                <a:lnTo>
                                  <a:pt x="3276216" y="553096"/>
                                </a:lnTo>
                                <a:lnTo>
                                  <a:pt x="3278485" y="553549"/>
                                </a:lnTo>
                                <a:lnTo>
                                  <a:pt x="3283702" y="554909"/>
                                </a:lnTo>
                                <a:lnTo>
                                  <a:pt x="3289147" y="556269"/>
                                </a:lnTo>
                                <a:lnTo>
                                  <a:pt x="3293910" y="557402"/>
                                </a:lnTo>
                                <a:lnTo>
                                  <a:pt x="3298221" y="557855"/>
                                </a:lnTo>
                                <a:lnTo>
                                  <a:pt x="3302531" y="558081"/>
                                </a:lnTo>
                                <a:lnTo>
                                  <a:pt x="3304119" y="558081"/>
                                </a:lnTo>
                                <a:lnTo>
                                  <a:pt x="3305707" y="557855"/>
                                </a:lnTo>
                                <a:lnTo>
                                  <a:pt x="3306841" y="557402"/>
                                </a:lnTo>
                                <a:lnTo>
                                  <a:pt x="3307975" y="556948"/>
                                </a:lnTo>
                                <a:lnTo>
                                  <a:pt x="3309109" y="556269"/>
                                </a:lnTo>
                                <a:lnTo>
                                  <a:pt x="3309563" y="555362"/>
                                </a:lnTo>
                                <a:lnTo>
                                  <a:pt x="3319318" y="557402"/>
                                </a:lnTo>
                                <a:lnTo>
                                  <a:pt x="3328165" y="559668"/>
                                </a:lnTo>
                                <a:lnTo>
                                  <a:pt x="3332702" y="561027"/>
                                </a:lnTo>
                                <a:lnTo>
                                  <a:pt x="3336785" y="562387"/>
                                </a:lnTo>
                                <a:lnTo>
                                  <a:pt x="3340868" y="564200"/>
                                </a:lnTo>
                                <a:lnTo>
                                  <a:pt x="3344498" y="565786"/>
                                </a:lnTo>
                                <a:lnTo>
                                  <a:pt x="3348128" y="568052"/>
                                </a:lnTo>
                                <a:lnTo>
                                  <a:pt x="3351757" y="570318"/>
                                </a:lnTo>
                                <a:lnTo>
                                  <a:pt x="3354933" y="572811"/>
                                </a:lnTo>
                                <a:lnTo>
                                  <a:pt x="3358109" y="575757"/>
                                </a:lnTo>
                                <a:lnTo>
                                  <a:pt x="3361058" y="578929"/>
                                </a:lnTo>
                                <a:lnTo>
                                  <a:pt x="3363780" y="582555"/>
                                </a:lnTo>
                                <a:lnTo>
                                  <a:pt x="3366503" y="586407"/>
                                </a:lnTo>
                                <a:lnTo>
                                  <a:pt x="3368544" y="590939"/>
                                </a:lnTo>
                                <a:lnTo>
                                  <a:pt x="3367410" y="592752"/>
                                </a:lnTo>
                                <a:lnTo>
                                  <a:pt x="3366729" y="595018"/>
                                </a:lnTo>
                                <a:lnTo>
                                  <a:pt x="3365595" y="597284"/>
                                </a:lnTo>
                                <a:lnTo>
                                  <a:pt x="3364461" y="599324"/>
                                </a:lnTo>
                                <a:lnTo>
                                  <a:pt x="3363100" y="601363"/>
                                </a:lnTo>
                                <a:lnTo>
                                  <a:pt x="3361512" y="602949"/>
                                </a:lnTo>
                                <a:lnTo>
                                  <a:pt x="3359697" y="604989"/>
                                </a:lnTo>
                                <a:lnTo>
                                  <a:pt x="3357655" y="606348"/>
                                </a:lnTo>
                                <a:lnTo>
                                  <a:pt x="3355614" y="608161"/>
                                </a:lnTo>
                                <a:lnTo>
                                  <a:pt x="3353345" y="609521"/>
                                </a:lnTo>
                                <a:lnTo>
                                  <a:pt x="3350850" y="610881"/>
                                </a:lnTo>
                                <a:lnTo>
                                  <a:pt x="3345405" y="613373"/>
                                </a:lnTo>
                                <a:lnTo>
                                  <a:pt x="3339507" y="615639"/>
                                </a:lnTo>
                                <a:lnTo>
                                  <a:pt x="3332929" y="617226"/>
                                </a:lnTo>
                                <a:lnTo>
                                  <a:pt x="3326123" y="619038"/>
                                </a:lnTo>
                                <a:lnTo>
                                  <a:pt x="3318410" y="620171"/>
                                </a:lnTo>
                                <a:lnTo>
                                  <a:pt x="3310697" y="621304"/>
                                </a:lnTo>
                                <a:lnTo>
                                  <a:pt x="3302758" y="621984"/>
                                </a:lnTo>
                                <a:lnTo>
                                  <a:pt x="3294364" y="622437"/>
                                </a:lnTo>
                                <a:lnTo>
                                  <a:pt x="3285971" y="622664"/>
                                </a:lnTo>
                                <a:lnTo>
                                  <a:pt x="3277124" y="622891"/>
                                </a:lnTo>
                                <a:lnTo>
                                  <a:pt x="3268503" y="622664"/>
                                </a:lnTo>
                                <a:lnTo>
                                  <a:pt x="3259656" y="622437"/>
                                </a:lnTo>
                                <a:lnTo>
                                  <a:pt x="3250582" y="621984"/>
                                </a:lnTo>
                                <a:lnTo>
                                  <a:pt x="3233115" y="620625"/>
                                </a:lnTo>
                                <a:lnTo>
                                  <a:pt x="3216328" y="619038"/>
                                </a:lnTo>
                                <a:lnTo>
                                  <a:pt x="3200902" y="616772"/>
                                </a:lnTo>
                                <a:lnTo>
                                  <a:pt x="3186383" y="614733"/>
                                </a:lnTo>
                                <a:lnTo>
                                  <a:pt x="3174360" y="612467"/>
                                </a:lnTo>
                                <a:lnTo>
                                  <a:pt x="3164379" y="610201"/>
                                </a:lnTo>
                                <a:lnTo>
                                  <a:pt x="3157120" y="608161"/>
                                </a:lnTo>
                                <a:lnTo>
                                  <a:pt x="3132620" y="609748"/>
                                </a:lnTo>
                                <a:lnTo>
                                  <a:pt x="3136023" y="609974"/>
                                </a:lnTo>
                                <a:lnTo>
                                  <a:pt x="3139199" y="610201"/>
                                </a:lnTo>
                                <a:lnTo>
                                  <a:pt x="3142148" y="610201"/>
                                </a:lnTo>
                                <a:lnTo>
                                  <a:pt x="3144870" y="610427"/>
                                </a:lnTo>
                                <a:lnTo>
                                  <a:pt x="3147138" y="611107"/>
                                </a:lnTo>
                                <a:lnTo>
                                  <a:pt x="3147819" y="611560"/>
                                </a:lnTo>
                                <a:lnTo>
                                  <a:pt x="3148499" y="612014"/>
                                </a:lnTo>
                                <a:lnTo>
                                  <a:pt x="3149180" y="612693"/>
                                </a:lnTo>
                                <a:lnTo>
                                  <a:pt x="3149407" y="613373"/>
                                </a:lnTo>
                                <a:lnTo>
                                  <a:pt x="3149634" y="614506"/>
                                </a:lnTo>
                                <a:lnTo>
                                  <a:pt x="3150087" y="615639"/>
                                </a:lnTo>
                                <a:lnTo>
                                  <a:pt x="3172092" y="619718"/>
                                </a:lnTo>
                                <a:lnTo>
                                  <a:pt x="3166874" y="622437"/>
                                </a:lnTo>
                                <a:lnTo>
                                  <a:pt x="3178217" y="621984"/>
                                </a:lnTo>
                                <a:lnTo>
                                  <a:pt x="3169143" y="624477"/>
                                </a:lnTo>
                                <a:lnTo>
                                  <a:pt x="3186383" y="624704"/>
                                </a:lnTo>
                                <a:lnTo>
                                  <a:pt x="3179351" y="629009"/>
                                </a:lnTo>
                                <a:lnTo>
                                  <a:pt x="3188879" y="628556"/>
                                </a:lnTo>
                                <a:lnTo>
                                  <a:pt x="3193189" y="628329"/>
                                </a:lnTo>
                                <a:lnTo>
                                  <a:pt x="3197726" y="628556"/>
                                </a:lnTo>
                                <a:lnTo>
                                  <a:pt x="3201809" y="628782"/>
                                </a:lnTo>
                                <a:lnTo>
                                  <a:pt x="3205666" y="629009"/>
                                </a:lnTo>
                                <a:lnTo>
                                  <a:pt x="3209295" y="629689"/>
                                </a:lnTo>
                                <a:lnTo>
                                  <a:pt x="3212471" y="630595"/>
                                </a:lnTo>
                                <a:lnTo>
                                  <a:pt x="3215420" y="632181"/>
                                </a:lnTo>
                                <a:lnTo>
                                  <a:pt x="3218142" y="633768"/>
                                </a:lnTo>
                                <a:lnTo>
                                  <a:pt x="3219050" y="634901"/>
                                </a:lnTo>
                                <a:lnTo>
                                  <a:pt x="3219957" y="635807"/>
                                </a:lnTo>
                                <a:lnTo>
                                  <a:pt x="3221092" y="636940"/>
                                </a:lnTo>
                                <a:lnTo>
                                  <a:pt x="3221772" y="638300"/>
                                </a:lnTo>
                                <a:lnTo>
                                  <a:pt x="3222226" y="639660"/>
                                </a:lnTo>
                                <a:lnTo>
                                  <a:pt x="3222679" y="641246"/>
                                </a:lnTo>
                                <a:lnTo>
                                  <a:pt x="3223133" y="642832"/>
                                </a:lnTo>
                                <a:lnTo>
                                  <a:pt x="3223133" y="644645"/>
                                </a:lnTo>
                                <a:lnTo>
                                  <a:pt x="3223133" y="646458"/>
                                </a:lnTo>
                                <a:lnTo>
                                  <a:pt x="3223133" y="648724"/>
                                </a:lnTo>
                                <a:lnTo>
                                  <a:pt x="3222453" y="653029"/>
                                </a:lnTo>
                                <a:lnTo>
                                  <a:pt x="3245818" y="669798"/>
                                </a:lnTo>
                                <a:lnTo>
                                  <a:pt x="3243777" y="671611"/>
                                </a:lnTo>
                                <a:lnTo>
                                  <a:pt x="3248087" y="673197"/>
                                </a:lnTo>
                                <a:lnTo>
                                  <a:pt x="3245818" y="676596"/>
                                </a:lnTo>
                                <a:lnTo>
                                  <a:pt x="3258295" y="679542"/>
                                </a:lnTo>
                                <a:lnTo>
                                  <a:pt x="3272587" y="682715"/>
                                </a:lnTo>
                                <a:lnTo>
                                  <a:pt x="3280073" y="684301"/>
                                </a:lnTo>
                                <a:lnTo>
                                  <a:pt x="3287559" y="685887"/>
                                </a:lnTo>
                                <a:lnTo>
                                  <a:pt x="3295272" y="687020"/>
                                </a:lnTo>
                                <a:lnTo>
                                  <a:pt x="3302531" y="687927"/>
                                </a:lnTo>
                                <a:lnTo>
                                  <a:pt x="3309336" y="688606"/>
                                </a:lnTo>
                                <a:lnTo>
                                  <a:pt x="3312739" y="688606"/>
                                </a:lnTo>
                                <a:lnTo>
                                  <a:pt x="3315915" y="688606"/>
                                </a:lnTo>
                                <a:lnTo>
                                  <a:pt x="3318637" y="688153"/>
                                </a:lnTo>
                                <a:lnTo>
                                  <a:pt x="3321586" y="687700"/>
                                </a:lnTo>
                                <a:lnTo>
                                  <a:pt x="3324308" y="687247"/>
                                </a:lnTo>
                                <a:lnTo>
                                  <a:pt x="3326804" y="686567"/>
                                </a:lnTo>
                                <a:lnTo>
                                  <a:pt x="3329072" y="685660"/>
                                </a:lnTo>
                                <a:lnTo>
                                  <a:pt x="3331114" y="684301"/>
                                </a:lnTo>
                                <a:lnTo>
                                  <a:pt x="3332929" y="682941"/>
                                </a:lnTo>
                                <a:lnTo>
                                  <a:pt x="3334290" y="681128"/>
                                </a:lnTo>
                                <a:lnTo>
                                  <a:pt x="3335424" y="679316"/>
                                </a:lnTo>
                                <a:lnTo>
                                  <a:pt x="3336331" y="677050"/>
                                </a:lnTo>
                                <a:lnTo>
                                  <a:pt x="3337012" y="674557"/>
                                </a:lnTo>
                                <a:lnTo>
                                  <a:pt x="3337239" y="672064"/>
                                </a:lnTo>
                                <a:lnTo>
                                  <a:pt x="3332475" y="671158"/>
                                </a:lnTo>
                                <a:lnTo>
                                  <a:pt x="3326123" y="670478"/>
                                </a:lnTo>
                                <a:lnTo>
                                  <a:pt x="3318410" y="669571"/>
                                </a:lnTo>
                                <a:lnTo>
                                  <a:pt x="3310471" y="668438"/>
                                </a:lnTo>
                                <a:lnTo>
                                  <a:pt x="3302304" y="666626"/>
                                </a:lnTo>
                                <a:lnTo>
                                  <a:pt x="3298674" y="665719"/>
                                </a:lnTo>
                                <a:lnTo>
                                  <a:pt x="3294818" y="664586"/>
                                </a:lnTo>
                                <a:lnTo>
                                  <a:pt x="3291415" y="663453"/>
                                </a:lnTo>
                                <a:lnTo>
                                  <a:pt x="3288693" y="662093"/>
                                </a:lnTo>
                                <a:lnTo>
                                  <a:pt x="3285971" y="660281"/>
                                </a:lnTo>
                                <a:lnTo>
                                  <a:pt x="3283702" y="658694"/>
                                </a:lnTo>
                                <a:lnTo>
                                  <a:pt x="3305480" y="648950"/>
                                </a:lnTo>
                                <a:lnTo>
                                  <a:pt x="3335424" y="654162"/>
                                </a:lnTo>
                                <a:lnTo>
                                  <a:pt x="3331341" y="659148"/>
                                </a:lnTo>
                                <a:lnTo>
                                  <a:pt x="3336105" y="659148"/>
                                </a:lnTo>
                                <a:lnTo>
                                  <a:pt x="3340415" y="659148"/>
                                </a:lnTo>
                                <a:lnTo>
                                  <a:pt x="3348355" y="658694"/>
                                </a:lnTo>
                                <a:lnTo>
                                  <a:pt x="3355614" y="657788"/>
                                </a:lnTo>
                                <a:lnTo>
                                  <a:pt x="3361966" y="657108"/>
                                </a:lnTo>
                                <a:lnTo>
                                  <a:pt x="3372401" y="655522"/>
                                </a:lnTo>
                                <a:lnTo>
                                  <a:pt x="3376938" y="655069"/>
                                </a:lnTo>
                                <a:lnTo>
                                  <a:pt x="3378752" y="655069"/>
                                </a:lnTo>
                                <a:lnTo>
                                  <a:pt x="3380794" y="655069"/>
                                </a:lnTo>
                                <a:lnTo>
                                  <a:pt x="3382609" y="655295"/>
                                </a:lnTo>
                                <a:lnTo>
                                  <a:pt x="3384424" y="655749"/>
                                </a:lnTo>
                                <a:lnTo>
                                  <a:pt x="3386012" y="656428"/>
                                </a:lnTo>
                                <a:lnTo>
                                  <a:pt x="3387826" y="657108"/>
                                </a:lnTo>
                                <a:lnTo>
                                  <a:pt x="3389414" y="658468"/>
                                </a:lnTo>
                                <a:lnTo>
                                  <a:pt x="3391229" y="659601"/>
                                </a:lnTo>
                                <a:lnTo>
                                  <a:pt x="3392590" y="661187"/>
                                </a:lnTo>
                                <a:lnTo>
                                  <a:pt x="3394405" y="663227"/>
                                </a:lnTo>
                                <a:lnTo>
                                  <a:pt x="3395766" y="665719"/>
                                </a:lnTo>
                                <a:lnTo>
                                  <a:pt x="3397581" y="668212"/>
                                </a:lnTo>
                                <a:lnTo>
                                  <a:pt x="3400984" y="674330"/>
                                </a:lnTo>
                                <a:lnTo>
                                  <a:pt x="3404387" y="682488"/>
                                </a:lnTo>
                                <a:lnTo>
                                  <a:pt x="3408243" y="692232"/>
                                </a:lnTo>
                                <a:lnTo>
                                  <a:pt x="3422761" y="730982"/>
                                </a:lnTo>
                                <a:lnTo>
                                  <a:pt x="3436826" y="769731"/>
                                </a:lnTo>
                                <a:lnTo>
                                  <a:pt x="3455655" y="821851"/>
                                </a:lnTo>
                                <a:lnTo>
                                  <a:pt x="3473803" y="874423"/>
                                </a:lnTo>
                                <a:lnTo>
                                  <a:pt x="3491497" y="926769"/>
                                </a:lnTo>
                                <a:lnTo>
                                  <a:pt x="3508738" y="979568"/>
                                </a:lnTo>
                                <a:lnTo>
                                  <a:pt x="3406428" y="993391"/>
                                </a:lnTo>
                                <a:lnTo>
                                  <a:pt x="3355160" y="1000189"/>
                                </a:lnTo>
                                <a:lnTo>
                                  <a:pt x="3304119" y="1006534"/>
                                </a:lnTo>
                                <a:lnTo>
                                  <a:pt x="3297994" y="1006987"/>
                                </a:lnTo>
                                <a:lnTo>
                                  <a:pt x="3292096" y="1006987"/>
                                </a:lnTo>
                                <a:lnTo>
                                  <a:pt x="3286198" y="1006534"/>
                                </a:lnTo>
                                <a:lnTo>
                                  <a:pt x="3280073" y="1005628"/>
                                </a:lnTo>
                                <a:lnTo>
                                  <a:pt x="3274174" y="1004721"/>
                                </a:lnTo>
                                <a:lnTo>
                                  <a:pt x="3268503" y="1003815"/>
                                </a:lnTo>
                                <a:lnTo>
                                  <a:pt x="3256707" y="1001549"/>
                                </a:lnTo>
                                <a:lnTo>
                                  <a:pt x="3250809" y="1000643"/>
                                </a:lnTo>
                                <a:lnTo>
                                  <a:pt x="3244911" y="999963"/>
                                </a:lnTo>
                                <a:lnTo>
                                  <a:pt x="3239013" y="999510"/>
                                </a:lnTo>
                                <a:lnTo>
                                  <a:pt x="3237531" y="999566"/>
                                </a:lnTo>
                                <a:lnTo>
                                  <a:pt x="3263220" y="1009523"/>
                                </a:lnTo>
                                <a:lnTo>
                                  <a:pt x="3263673" y="1013833"/>
                                </a:lnTo>
                                <a:lnTo>
                                  <a:pt x="3255509" y="1014967"/>
                                </a:lnTo>
                                <a:lnTo>
                                  <a:pt x="3245984" y="1016328"/>
                                </a:lnTo>
                                <a:lnTo>
                                  <a:pt x="3225347" y="1020409"/>
                                </a:lnTo>
                                <a:lnTo>
                                  <a:pt x="3202895" y="1024492"/>
                                </a:lnTo>
                                <a:lnTo>
                                  <a:pt x="3191556" y="1026306"/>
                                </a:lnTo>
                                <a:lnTo>
                                  <a:pt x="3179990" y="1028121"/>
                                </a:lnTo>
                                <a:lnTo>
                                  <a:pt x="3168650" y="1029481"/>
                                </a:lnTo>
                                <a:lnTo>
                                  <a:pt x="3157991" y="1030615"/>
                                </a:lnTo>
                                <a:lnTo>
                                  <a:pt x="3147559" y="1030842"/>
                                </a:lnTo>
                                <a:lnTo>
                                  <a:pt x="3142570" y="1030842"/>
                                </a:lnTo>
                                <a:lnTo>
                                  <a:pt x="3138034" y="1030842"/>
                                </a:lnTo>
                                <a:lnTo>
                                  <a:pt x="3133725" y="1030388"/>
                                </a:lnTo>
                                <a:lnTo>
                                  <a:pt x="3129190" y="1029708"/>
                                </a:lnTo>
                                <a:lnTo>
                                  <a:pt x="3125334" y="1029028"/>
                                </a:lnTo>
                                <a:lnTo>
                                  <a:pt x="3121479" y="1028121"/>
                                </a:lnTo>
                                <a:lnTo>
                                  <a:pt x="3118077" y="1027213"/>
                                </a:lnTo>
                                <a:lnTo>
                                  <a:pt x="3115129" y="1025625"/>
                                </a:lnTo>
                                <a:lnTo>
                                  <a:pt x="3112181" y="1024038"/>
                                </a:lnTo>
                                <a:lnTo>
                                  <a:pt x="3109913" y="1021997"/>
                                </a:lnTo>
                                <a:lnTo>
                                  <a:pt x="3124427" y="1014287"/>
                                </a:lnTo>
                                <a:lnTo>
                                  <a:pt x="3135086" y="1014740"/>
                                </a:lnTo>
                                <a:lnTo>
                                  <a:pt x="3136900" y="1014514"/>
                                </a:lnTo>
                                <a:lnTo>
                                  <a:pt x="3138261" y="1014287"/>
                                </a:lnTo>
                                <a:lnTo>
                                  <a:pt x="3140075" y="1013606"/>
                                </a:lnTo>
                                <a:lnTo>
                                  <a:pt x="3141179" y="1012818"/>
                                </a:lnTo>
                                <a:lnTo>
                                  <a:pt x="3125368" y="1013254"/>
                                </a:lnTo>
                                <a:lnTo>
                                  <a:pt x="3110187" y="1020908"/>
                                </a:lnTo>
                                <a:lnTo>
                                  <a:pt x="3109507" y="1020458"/>
                                </a:lnTo>
                                <a:lnTo>
                                  <a:pt x="3099305" y="1017296"/>
                                </a:lnTo>
                                <a:lnTo>
                                  <a:pt x="3101772" y="1019348"/>
                                </a:lnTo>
                                <a:lnTo>
                                  <a:pt x="3104261" y="1021606"/>
                                </a:lnTo>
                                <a:lnTo>
                                  <a:pt x="3106524" y="1024090"/>
                                </a:lnTo>
                                <a:lnTo>
                                  <a:pt x="3108560" y="1027026"/>
                                </a:lnTo>
                                <a:lnTo>
                                  <a:pt x="3110370" y="1029962"/>
                                </a:lnTo>
                                <a:lnTo>
                                  <a:pt x="3111501" y="1033123"/>
                                </a:lnTo>
                                <a:lnTo>
                                  <a:pt x="2931397" y="1056843"/>
                                </a:lnTo>
                                <a:lnTo>
                                  <a:pt x="2940901" y="1055263"/>
                                </a:lnTo>
                                <a:lnTo>
                                  <a:pt x="2948141" y="1054133"/>
                                </a:lnTo>
                                <a:lnTo>
                                  <a:pt x="2952666" y="1053230"/>
                                </a:lnTo>
                                <a:lnTo>
                                  <a:pt x="2955155" y="1052101"/>
                                </a:lnTo>
                                <a:lnTo>
                                  <a:pt x="2955834" y="1051649"/>
                                </a:lnTo>
                                <a:lnTo>
                                  <a:pt x="2955834" y="1051423"/>
                                </a:lnTo>
                                <a:lnTo>
                                  <a:pt x="2955608" y="1051198"/>
                                </a:lnTo>
                                <a:lnTo>
                                  <a:pt x="2955155" y="1050972"/>
                                </a:lnTo>
                                <a:lnTo>
                                  <a:pt x="2953119" y="1050520"/>
                                </a:lnTo>
                                <a:lnTo>
                                  <a:pt x="2950177" y="1050520"/>
                                </a:lnTo>
                                <a:lnTo>
                                  <a:pt x="2946557" y="1050520"/>
                                </a:lnTo>
                                <a:lnTo>
                                  <a:pt x="2942937" y="1050746"/>
                                </a:lnTo>
                                <a:lnTo>
                                  <a:pt x="2939091" y="1051198"/>
                                </a:lnTo>
                                <a:lnTo>
                                  <a:pt x="2935697" y="1051875"/>
                                </a:lnTo>
                                <a:lnTo>
                                  <a:pt x="2932982" y="1052553"/>
                                </a:lnTo>
                                <a:lnTo>
                                  <a:pt x="2931850" y="1053230"/>
                                </a:lnTo>
                                <a:lnTo>
                                  <a:pt x="2931171" y="1053907"/>
                                </a:lnTo>
                                <a:lnTo>
                                  <a:pt x="2930492" y="1054358"/>
                                </a:lnTo>
                                <a:lnTo>
                                  <a:pt x="2930266" y="1055036"/>
                                </a:lnTo>
                                <a:lnTo>
                                  <a:pt x="2930492" y="1055714"/>
                                </a:lnTo>
                                <a:lnTo>
                                  <a:pt x="2931397" y="1056843"/>
                                </a:lnTo>
                                <a:lnTo>
                                  <a:pt x="2928456" y="1053907"/>
                                </a:lnTo>
                                <a:lnTo>
                                  <a:pt x="2925741" y="1050746"/>
                                </a:lnTo>
                                <a:lnTo>
                                  <a:pt x="2923252" y="1047585"/>
                                </a:lnTo>
                                <a:lnTo>
                                  <a:pt x="2921215" y="1044414"/>
                                </a:lnTo>
                                <a:lnTo>
                                  <a:pt x="2919405" y="1041027"/>
                                </a:lnTo>
                                <a:lnTo>
                                  <a:pt x="2918048" y="1037640"/>
                                </a:lnTo>
                                <a:lnTo>
                                  <a:pt x="2916917" y="1034252"/>
                                </a:lnTo>
                                <a:lnTo>
                                  <a:pt x="2916238" y="1030639"/>
                                </a:lnTo>
                                <a:lnTo>
                                  <a:pt x="2916464" y="1030639"/>
                                </a:lnTo>
                                <a:lnTo>
                                  <a:pt x="2922347" y="1026348"/>
                                </a:lnTo>
                                <a:lnTo>
                                  <a:pt x="2923478" y="1024768"/>
                                </a:lnTo>
                                <a:lnTo>
                                  <a:pt x="2924836" y="1023413"/>
                                </a:lnTo>
                                <a:lnTo>
                                  <a:pt x="2926193" y="1022058"/>
                                </a:lnTo>
                                <a:lnTo>
                                  <a:pt x="2928003" y="1020929"/>
                                </a:lnTo>
                                <a:lnTo>
                                  <a:pt x="2931623" y="1018671"/>
                                </a:lnTo>
                                <a:lnTo>
                                  <a:pt x="2935697" y="1016864"/>
                                </a:lnTo>
                                <a:lnTo>
                                  <a:pt x="2940222" y="1015057"/>
                                </a:lnTo>
                                <a:lnTo>
                                  <a:pt x="2945200" y="1013928"/>
                                </a:lnTo>
                                <a:lnTo>
                                  <a:pt x="2950177" y="1012799"/>
                                </a:lnTo>
                                <a:lnTo>
                                  <a:pt x="2955381" y="1011670"/>
                                </a:lnTo>
                                <a:lnTo>
                                  <a:pt x="2960585" y="1010993"/>
                                </a:lnTo>
                                <a:lnTo>
                                  <a:pt x="2965789" y="1010315"/>
                                </a:lnTo>
                                <a:lnTo>
                                  <a:pt x="2975519" y="1009637"/>
                                </a:lnTo>
                                <a:lnTo>
                                  <a:pt x="2983890" y="1009412"/>
                                </a:lnTo>
                                <a:lnTo>
                                  <a:pt x="2990678" y="1009412"/>
                                </a:lnTo>
                                <a:lnTo>
                                  <a:pt x="2990904" y="1008960"/>
                                </a:lnTo>
                                <a:lnTo>
                                  <a:pt x="2991131" y="1008960"/>
                                </a:lnTo>
                                <a:lnTo>
                                  <a:pt x="2991357" y="1008960"/>
                                </a:lnTo>
                                <a:lnTo>
                                  <a:pt x="2992036" y="1008960"/>
                                </a:lnTo>
                                <a:lnTo>
                                  <a:pt x="2992941" y="1008960"/>
                                </a:lnTo>
                                <a:lnTo>
                                  <a:pt x="3024391" y="1007153"/>
                                </a:lnTo>
                                <a:lnTo>
                                  <a:pt x="3036730" y="1001851"/>
                                </a:lnTo>
                                <a:lnTo>
                                  <a:pt x="3024313" y="1006951"/>
                                </a:lnTo>
                                <a:lnTo>
                                  <a:pt x="2992138" y="1008752"/>
                                </a:lnTo>
                                <a:lnTo>
                                  <a:pt x="2991911" y="1008752"/>
                                </a:lnTo>
                                <a:lnTo>
                                  <a:pt x="2991232" y="1008752"/>
                                </a:lnTo>
                                <a:lnTo>
                                  <a:pt x="2991005" y="1008752"/>
                                </a:lnTo>
                                <a:lnTo>
                                  <a:pt x="2990779" y="1008752"/>
                                </a:lnTo>
                                <a:lnTo>
                                  <a:pt x="2990552" y="1009202"/>
                                </a:lnTo>
                                <a:lnTo>
                                  <a:pt x="2983755" y="1009202"/>
                                </a:lnTo>
                                <a:lnTo>
                                  <a:pt x="2975371" y="1009427"/>
                                </a:lnTo>
                                <a:lnTo>
                                  <a:pt x="2965628" y="1010102"/>
                                </a:lnTo>
                                <a:lnTo>
                                  <a:pt x="2960417" y="1010778"/>
                                </a:lnTo>
                                <a:lnTo>
                                  <a:pt x="2955205" y="1011453"/>
                                </a:lnTo>
                                <a:lnTo>
                                  <a:pt x="2949994" y="1012579"/>
                                </a:lnTo>
                                <a:lnTo>
                                  <a:pt x="2945009" y="1013705"/>
                                </a:lnTo>
                                <a:lnTo>
                                  <a:pt x="2940024" y="1014830"/>
                                </a:lnTo>
                                <a:lnTo>
                                  <a:pt x="2935493" y="1016631"/>
                                </a:lnTo>
                                <a:lnTo>
                                  <a:pt x="2931414" y="1018432"/>
                                </a:lnTo>
                                <a:lnTo>
                                  <a:pt x="2927789" y="1020683"/>
                                </a:lnTo>
                                <a:lnTo>
                                  <a:pt x="2925976" y="1021808"/>
                                </a:lnTo>
                                <a:lnTo>
                                  <a:pt x="2924616" y="1023159"/>
                                </a:lnTo>
                                <a:lnTo>
                                  <a:pt x="2923257" y="1024510"/>
                                </a:lnTo>
                                <a:lnTo>
                                  <a:pt x="2922124" y="1026086"/>
                                </a:lnTo>
                                <a:lnTo>
                                  <a:pt x="2916233" y="1030363"/>
                                </a:lnTo>
                                <a:lnTo>
                                  <a:pt x="2916006" y="1030363"/>
                                </a:lnTo>
                                <a:lnTo>
                                  <a:pt x="2911475" y="1013705"/>
                                </a:lnTo>
                                <a:lnTo>
                                  <a:pt x="2913287" y="1016856"/>
                                </a:lnTo>
                                <a:lnTo>
                                  <a:pt x="2912608" y="1003349"/>
                                </a:lnTo>
                                <a:lnTo>
                                  <a:pt x="2920991" y="990967"/>
                                </a:lnTo>
                                <a:lnTo>
                                  <a:pt x="2922351" y="980161"/>
                                </a:lnTo>
                                <a:lnTo>
                                  <a:pt x="2925296" y="975209"/>
                                </a:lnTo>
                                <a:lnTo>
                                  <a:pt x="2956338" y="960126"/>
                                </a:lnTo>
                                <a:lnTo>
                                  <a:pt x="2980582" y="976560"/>
                                </a:lnTo>
                                <a:lnTo>
                                  <a:pt x="2982848" y="977685"/>
                                </a:lnTo>
                                <a:lnTo>
                                  <a:pt x="2985567" y="979036"/>
                                </a:lnTo>
                                <a:lnTo>
                                  <a:pt x="2988513" y="980161"/>
                                </a:lnTo>
                                <a:lnTo>
                                  <a:pt x="2991458" y="980837"/>
                                </a:lnTo>
                                <a:lnTo>
                                  <a:pt x="2995084" y="981512"/>
                                </a:lnTo>
                                <a:lnTo>
                                  <a:pt x="2998482" y="981737"/>
                                </a:lnTo>
                                <a:lnTo>
                                  <a:pt x="3002108" y="982188"/>
                                </a:lnTo>
                                <a:lnTo>
                                  <a:pt x="3005506" y="981737"/>
                                </a:lnTo>
                                <a:lnTo>
                                  <a:pt x="3008678" y="981062"/>
                                </a:lnTo>
                                <a:lnTo>
                                  <a:pt x="3011397" y="980161"/>
                                </a:lnTo>
                                <a:lnTo>
                                  <a:pt x="3012757" y="979486"/>
                                </a:lnTo>
                                <a:lnTo>
                                  <a:pt x="3013890" y="978585"/>
                                </a:lnTo>
                                <a:lnTo>
                                  <a:pt x="3015023" y="977910"/>
                                </a:lnTo>
                                <a:lnTo>
                                  <a:pt x="3016156" y="977010"/>
                                </a:lnTo>
                                <a:lnTo>
                                  <a:pt x="3017062" y="975884"/>
                                </a:lnTo>
                                <a:lnTo>
                                  <a:pt x="3017742" y="974533"/>
                                </a:lnTo>
                                <a:lnTo>
                                  <a:pt x="3018195" y="973183"/>
                                </a:lnTo>
                                <a:lnTo>
                                  <a:pt x="3018875" y="971607"/>
                                </a:lnTo>
                                <a:lnTo>
                                  <a:pt x="3019101" y="970031"/>
                                </a:lnTo>
                                <a:lnTo>
                                  <a:pt x="3019101" y="968230"/>
                                </a:lnTo>
                                <a:lnTo>
                                  <a:pt x="3018875" y="966429"/>
                                </a:lnTo>
                                <a:lnTo>
                                  <a:pt x="3018421" y="964178"/>
                                </a:lnTo>
                                <a:lnTo>
                                  <a:pt x="3011624" y="946844"/>
                                </a:lnTo>
                                <a:lnTo>
                                  <a:pt x="3012698" y="946187"/>
                                </a:lnTo>
                                <a:lnTo>
                                  <a:pt x="3011555" y="946187"/>
                                </a:lnTo>
                                <a:lnTo>
                                  <a:pt x="3014265" y="927873"/>
                                </a:lnTo>
                                <a:lnTo>
                                  <a:pt x="3009524" y="927873"/>
                                </a:lnTo>
                                <a:lnTo>
                                  <a:pt x="3000493" y="932847"/>
                                </a:lnTo>
                                <a:lnTo>
                                  <a:pt x="2980175" y="923577"/>
                                </a:lnTo>
                                <a:lnTo>
                                  <a:pt x="2979950" y="921542"/>
                                </a:lnTo>
                                <a:lnTo>
                                  <a:pt x="2980401" y="919733"/>
                                </a:lnTo>
                                <a:lnTo>
                                  <a:pt x="2981078" y="918151"/>
                                </a:lnTo>
                                <a:lnTo>
                                  <a:pt x="2982207" y="916794"/>
                                </a:lnTo>
                                <a:lnTo>
                                  <a:pt x="2983562" y="915890"/>
                                </a:lnTo>
                                <a:lnTo>
                                  <a:pt x="2985443" y="915262"/>
                                </a:lnTo>
                                <a:lnTo>
                                  <a:pt x="2990560" y="914759"/>
                                </a:lnTo>
                                <a:lnTo>
                                  <a:pt x="2987851" y="914985"/>
                                </a:lnTo>
                                <a:lnTo>
                                  <a:pt x="2985594" y="915211"/>
                                </a:lnTo>
                                <a:lnTo>
                                  <a:pt x="2985443" y="915262"/>
                                </a:lnTo>
                                <a:lnTo>
                                  <a:pt x="2979047" y="915890"/>
                                </a:lnTo>
                                <a:lnTo>
                                  <a:pt x="2978821" y="905715"/>
                                </a:lnTo>
                                <a:lnTo>
                                  <a:pt x="2977918" y="905037"/>
                                </a:lnTo>
                                <a:lnTo>
                                  <a:pt x="2977241" y="904359"/>
                                </a:lnTo>
                                <a:lnTo>
                                  <a:pt x="2976789" y="903454"/>
                                </a:lnTo>
                                <a:lnTo>
                                  <a:pt x="2976563" y="902776"/>
                                </a:lnTo>
                                <a:lnTo>
                                  <a:pt x="2976789" y="902098"/>
                                </a:lnTo>
                                <a:lnTo>
                                  <a:pt x="2977241" y="901419"/>
                                </a:lnTo>
                                <a:lnTo>
                                  <a:pt x="2977692" y="900289"/>
                                </a:lnTo>
                                <a:lnTo>
                                  <a:pt x="2978821" y="899611"/>
                                </a:lnTo>
                                <a:lnTo>
                                  <a:pt x="2980853" y="898254"/>
                                </a:lnTo>
                                <a:lnTo>
                                  <a:pt x="2984239" y="896897"/>
                                </a:lnTo>
                                <a:lnTo>
                                  <a:pt x="2988077" y="895767"/>
                                </a:lnTo>
                                <a:lnTo>
                                  <a:pt x="2992818" y="895089"/>
                                </a:lnTo>
                                <a:lnTo>
                                  <a:pt x="2991012" y="891245"/>
                                </a:lnTo>
                                <a:lnTo>
                                  <a:pt x="2994172" y="891471"/>
                                </a:lnTo>
                                <a:lnTo>
                                  <a:pt x="3002299" y="886497"/>
                                </a:lnTo>
                                <a:lnTo>
                                  <a:pt x="3012459" y="886497"/>
                                </a:lnTo>
                                <a:lnTo>
                                  <a:pt x="3015845" y="885819"/>
                                </a:lnTo>
                                <a:lnTo>
                                  <a:pt x="3019457" y="884914"/>
                                </a:lnTo>
                                <a:lnTo>
                                  <a:pt x="3023972" y="883558"/>
                                </a:lnTo>
                                <a:lnTo>
                                  <a:pt x="3028036" y="882201"/>
                                </a:lnTo>
                                <a:lnTo>
                                  <a:pt x="3030068" y="881297"/>
                                </a:lnTo>
                                <a:lnTo>
                                  <a:pt x="3031648" y="880618"/>
                                </a:lnTo>
                                <a:lnTo>
                                  <a:pt x="3033228" y="879488"/>
                                </a:lnTo>
                                <a:lnTo>
                                  <a:pt x="3033905" y="878583"/>
                                </a:lnTo>
                                <a:lnTo>
                                  <a:pt x="3034357" y="877679"/>
                                </a:lnTo>
                                <a:lnTo>
                                  <a:pt x="3034357" y="877227"/>
                                </a:lnTo>
                                <a:lnTo>
                                  <a:pt x="3034131" y="876548"/>
                                </a:lnTo>
                                <a:lnTo>
                                  <a:pt x="3062351" y="875192"/>
                                </a:lnTo>
                                <a:lnTo>
                                  <a:pt x="3084023" y="876775"/>
                                </a:lnTo>
                                <a:lnTo>
                                  <a:pt x="3092828" y="874514"/>
                                </a:lnTo>
                                <a:lnTo>
                                  <a:pt x="3098020" y="872931"/>
                                </a:lnTo>
                                <a:lnTo>
                                  <a:pt x="3103890" y="872027"/>
                                </a:lnTo>
                                <a:lnTo>
                                  <a:pt x="3106599" y="871800"/>
                                </a:lnTo>
                                <a:lnTo>
                                  <a:pt x="3109082" y="871574"/>
                                </a:lnTo>
                                <a:lnTo>
                                  <a:pt x="3111791" y="871574"/>
                                </a:lnTo>
                                <a:lnTo>
                                  <a:pt x="3114275" y="871574"/>
                                </a:lnTo>
                                <a:lnTo>
                                  <a:pt x="3114443" y="871608"/>
                                </a:lnTo>
                                <a:lnTo>
                                  <a:pt x="3111977" y="863319"/>
                                </a:lnTo>
                                <a:lnTo>
                                  <a:pt x="3113791" y="861280"/>
                                </a:lnTo>
                                <a:lnTo>
                                  <a:pt x="3114926" y="861280"/>
                                </a:lnTo>
                                <a:lnTo>
                                  <a:pt x="3116967" y="860827"/>
                                </a:lnTo>
                                <a:lnTo>
                                  <a:pt x="3121958" y="859014"/>
                                </a:lnTo>
                                <a:lnTo>
                                  <a:pt x="3128537" y="856295"/>
                                </a:lnTo>
                                <a:lnTo>
                                  <a:pt x="3135569" y="853349"/>
                                </a:lnTo>
                                <a:lnTo>
                                  <a:pt x="3147138" y="848363"/>
                                </a:lnTo>
                                <a:lnTo>
                                  <a:pt x="3149634" y="847230"/>
                                </a:lnTo>
                                <a:lnTo>
                                  <a:pt x="3178217" y="848363"/>
                                </a:lnTo>
                                <a:lnTo>
                                  <a:pt x="3177309" y="847457"/>
                                </a:lnTo>
                                <a:lnTo>
                                  <a:pt x="3175948" y="846551"/>
                                </a:lnTo>
                                <a:lnTo>
                                  <a:pt x="3172999" y="845191"/>
                                </a:lnTo>
                                <a:lnTo>
                                  <a:pt x="3169143" y="843831"/>
                                </a:lnTo>
                                <a:lnTo>
                                  <a:pt x="3164606" y="842245"/>
                                </a:lnTo>
                                <a:lnTo>
                                  <a:pt x="3159388" y="841112"/>
                                </a:lnTo>
                                <a:lnTo>
                                  <a:pt x="3154171" y="839752"/>
                                </a:lnTo>
                                <a:lnTo>
                                  <a:pt x="3143282" y="837713"/>
                                </a:lnTo>
                                <a:lnTo>
                                  <a:pt x="3133527" y="835900"/>
                                </a:lnTo>
                                <a:lnTo>
                                  <a:pt x="3125814" y="834767"/>
                                </a:lnTo>
                                <a:lnTo>
                                  <a:pt x="3122185" y="834087"/>
                                </a:lnTo>
                                <a:lnTo>
                                  <a:pt x="3122412" y="833861"/>
                                </a:lnTo>
                                <a:lnTo>
                                  <a:pt x="3124000" y="834087"/>
                                </a:lnTo>
                                <a:lnTo>
                                  <a:pt x="3120824" y="824796"/>
                                </a:lnTo>
                                <a:lnTo>
                                  <a:pt x="3097034" y="834661"/>
                                </a:lnTo>
                                <a:lnTo>
                                  <a:pt x="3096591" y="835327"/>
                                </a:lnTo>
                                <a:lnTo>
                                  <a:pt x="3057268" y="842811"/>
                                </a:lnTo>
                                <a:lnTo>
                                  <a:pt x="3056816" y="843718"/>
                                </a:lnTo>
                                <a:lnTo>
                                  <a:pt x="3055912" y="844398"/>
                                </a:lnTo>
                                <a:lnTo>
                                  <a:pt x="3053652" y="845305"/>
                                </a:lnTo>
                                <a:lnTo>
                                  <a:pt x="3050940" y="845986"/>
                                </a:lnTo>
                                <a:lnTo>
                                  <a:pt x="3048228" y="846439"/>
                                </a:lnTo>
                                <a:lnTo>
                                  <a:pt x="3044161" y="847347"/>
                                </a:lnTo>
                                <a:lnTo>
                                  <a:pt x="3043935" y="847347"/>
                                </a:lnTo>
                                <a:lnTo>
                                  <a:pt x="3040319" y="849387"/>
                                </a:lnTo>
                                <a:lnTo>
                                  <a:pt x="3041901" y="852562"/>
                                </a:lnTo>
                                <a:lnTo>
                                  <a:pt x="3033765" y="849161"/>
                                </a:lnTo>
                                <a:lnTo>
                                  <a:pt x="3032635" y="850748"/>
                                </a:lnTo>
                                <a:lnTo>
                                  <a:pt x="3031053" y="852335"/>
                                </a:lnTo>
                                <a:lnTo>
                                  <a:pt x="3029471" y="853923"/>
                                </a:lnTo>
                                <a:lnTo>
                                  <a:pt x="3027663" y="855284"/>
                                </a:lnTo>
                                <a:lnTo>
                                  <a:pt x="3023821" y="858005"/>
                                </a:lnTo>
                                <a:lnTo>
                                  <a:pt x="3019527" y="860273"/>
                                </a:lnTo>
                                <a:lnTo>
                                  <a:pt x="3014781" y="862541"/>
                                </a:lnTo>
                                <a:lnTo>
                                  <a:pt x="3010035" y="864582"/>
                                </a:lnTo>
                                <a:lnTo>
                                  <a:pt x="3004838" y="866170"/>
                                </a:lnTo>
                                <a:lnTo>
                                  <a:pt x="2999866" y="867757"/>
                                </a:lnTo>
                                <a:lnTo>
                                  <a:pt x="2995120" y="868891"/>
                                </a:lnTo>
                                <a:lnTo>
                                  <a:pt x="2990148" y="869798"/>
                                </a:lnTo>
                                <a:lnTo>
                                  <a:pt x="2985628" y="870478"/>
                                </a:lnTo>
                                <a:lnTo>
                                  <a:pt x="2981334" y="871159"/>
                                </a:lnTo>
                                <a:lnTo>
                                  <a:pt x="2977718" y="871385"/>
                                </a:lnTo>
                                <a:lnTo>
                                  <a:pt x="2974554" y="871612"/>
                                </a:lnTo>
                                <a:lnTo>
                                  <a:pt x="2972294" y="871385"/>
                                </a:lnTo>
                                <a:lnTo>
                                  <a:pt x="2970486" y="871159"/>
                                </a:lnTo>
                                <a:lnTo>
                                  <a:pt x="2955119" y="879549"/>
                                </a:lnTo>
                                <a:lnTo>
                                  <a:pt x="2960317" y="871839"/>
                                </a:lnTo>
                                <a:lnTo>
                                  <a:pt x="2962125" y="870478"/>
                                </a:lnTo>
                                <a:lnTo>
                                  <a:pt x="2951729" y="865943"/>
                                </a:lnTo>
                                <a:lnTo>
                                  <a:pt x="2956249" y="859820"/>
                                </a:lnTo>
                                <a:lnTo>
                                  <a:pt x="2951503" y="862087"/>
                                </a:lnTo>
                                <a:lnTo>
                                  <a:pt x="2949017" y="862994"/>
                                </a:lnTo>
                                <a:lnTo>
                                  <a:pt x="2946757" y="863675"/>
                                </a:lnTo>
                                <a:lnTo>
                                  <a:pt x="2944723" y="864355"/>
                                </a:lnTo>
                                <a:lnTo>
                                  <a:pt x="2942463" y="864582"/>
                                </a:lnTo>
                                <a:lnTo>
                                  <a:pt x="2940429" y="864128"/>
                                </a:lnTo>
                                <a:lnTo>
                                  <a:pt x="2938395" y="863221"/>
                                </a:lnTo>
                                <a:lnTo>
                                  <a:pt x="2939525" y="861180"/>
                                </a:lnTo>
                                <a:lnTo>
                                  <a:pt x="2913083" y="856417"/>
                                </a:lnTo>
                                <a:lnTo>
                                  <a:pt x="2911275" y="859366"/>
                                </a:lnTo>
                                <a:lnTo>
                                  <a:pt x="2905173" y="856191"/>
                                </a:lnTo>
                                <a:lnTo>
                                  <a:pt x="2899524" y="841223"/>
                                </a:lnTo>
                                <a:lnTo>
                                  <a:pt x="2899750" y="841223"/>
                                </a:lnTo>
                                <a:lnTo>
                                  <a:pt x="2901558" y="840770"/>
                                </a:lnTo>
                                <a:lnTo>
                                  <a:pt x="2904270" y="823081"/>
                                </a:lnTo>
                                <a:lnTo>
                                  <a:pt x="2908337" y="823761"/>
                                </a:lnTo>
                                <a:lnTo>
                                  <a:pt x="2894326" y="803804"/>
                                </a:lnTo>
                                <a:lnTo>
                                  <a:pt x="2885964" y="788156"/>
                                </a:lnTo>
                                <a:lnTo>
                                  <a:pt x="2887772" y="785888"/>
                                </a:lnTo>
                                <a:lnTo>
                                  <a:pt x="2889128" y="784074"/>
                                </a:lnTo>
                                <a:lnTo>
                                  <a:pt x="2891840" y="780899"/>
                                </a:lnTo>
                                <a:lnTo>
                                  <a:pt x="2894326" y="778178"/>
                                </a:lnTo>
                                <a:lnTo>
                                  <a:pt x="2896134" y="776136"/>
                                </a:lnTo>
                                <a:lnTo>
                                  <a:pt x="2897038" y="775002"/>
                                </a:lnTo>
                                <a:lnTo>
                                  <a:pt x="2897716" y="773869"/>
                                </a:lnTo>
                                <a:lnTo>
                                  <a:pt x="2898168" y="772734"/>
                                </a:lnTo>
                                <a:lnTo>
                                  <a:pt x="2898394" y="771374"/>
                                </a:lnTo>
                                <a:lnTo>
                                  <a:pt x="2898394" y="770013"/>
                                </a:lnTo>
                                <a:lnTo>
                                  <a:pt x="2898168" y="768199"/>
                                </a:lnTo>
                                <a:lnTo>
                                  <a:pt x="2897716" y="766611"/>
                                </a:lnTo>
                                <a:lnTo>
                                  <a:pt x="2896812" y="764570"/>
                                </a:lnTo>
                                <a:lnTo>
                                  <a:pt x="2914310" y="761956"/>
                                </a:lnTo>
                                <a:lnTo>
                                  <a:pt x="2911475" y="760942"/>
                                </a:lnTo>
                                <a:lnTo>
                                  <a:pt x="2914451" y="760488"/>
                                </a:lnTo>
                                <a:lnTo>
                                  <a:pt x="2914629" y="761908"/>
                                </a:lnTo>
                                <a:lnTo>
                                  <a:pt x="2918055" y="761396"/>
                                </a:lnTo>
                                <a:lnTo>
                                  <a:pt x="2915569" y="755953"/>
                                </a:lnTo>
                                <a:lnTo>
                                  <a:pt x="2919185" y="756860"/>
                                </a:lnTo>
                                <a:lnTo>
                                  <a:pt x="2917151" y="754592"/>
                                </a:lnTo>
                                <a:lnTo>
                                  <a:pt x="2930033" y="748242"/>
                                </a:lnTo>
                                <a:lnTo>
                                  <a:pt x="2930033" y="747108"/>
                                </a:lnTo>
                                <a:lnTo>
                                  <a:pt x="2930485" y="745974"/>
                                </a:lnTo>
                                <a:lnTo>
                                  <a:pt x="2931163" y="744614"/>
                                </a:lnTo>
                                <a:lnTo>
                                  <a:pt x="2931615" y="743480"/>
                                </a:lnTo>
                                <a:lnTo>
                                  <a:pt x="2933423" y="740985"/>
                                </a:lnTo>
                                <a:lnTo>
                                  <a:pt x="2935683" y="739171"/>
                                </a:lnTo>
                                <a:lnTo>
                                  <a:pt x="2937943" y="737129"/>
                                </a:lnTo>
                                <a:lnTo>
                                  <a:pt x="2939751" y="735769"/>
                                </a:lnTo>
                                <a:lnTo>
                                  <a:pt x="2941559" y="734408"/>
                                </a:lnTo>
                                <a:lnTo>
                                  <a:pt x="2942237" y="733501"/>
                                </a:lnTo>
                                <a:lnTo>
                                  <a:pt x="2944949" y="732594"/>
                                </a:lnTo>
                                <a:lnTo>
                                  <a:pt x="2947661" y="731006"/>
                                </a:lnTo>
                                <a:lnTo>
                                  <a:pt x="2950599" y="729192"/>
                                </a:lnTo>
                                <a:lnTo>
                                  <a:pt x="2953763" y="726924"/>
                                </a:lnTo>
                                <a:lnTo>
                                  <a:pt x="2960543" y="721708"/>
                                </a:lnTo>
                                <a:lnTo>
                                  <a:pt x="2967322" y="716039"/>
                                </a:lnTo>
                                <a:lnTo>
                                  <a:pt x="2979752" y="704700"/>
                                </a:lnTo>
                                <a:lnTo>
                                  <a:pt x="2984498" y="700391"/>
                                </a:lnTo>
                                <a:lnTo>
                                  <a:pt x="2986532" y="699030"/>
                                </a:lnTo>
                                <a:lnTo>
                                  <a:pt x="2987888" y="697670"/>
                                </a:lnTo>
                                <a:lnTo>
                                  <a:pt x="2990148" y="694494"/>
                                </a:lnTo>
                                <a:lnTo>
                                  <a:pt x="2984046" y="690639"/>
                                </a:lnTo>
                                <a:lnTo>
                                  <a:pt x="2983142" y="680887"/>
                                </a:lnTo>
                                <a:lnTo>
                                  <a:pt x="2960995" y="674311"/>
                                </a:lnTo>
                                <a:lnTo>
                                  <a:pt x="2959413" y="675218"/>
                                </a:lnTo>
                                <a:lnTo>
                                  <a:pt x="2957605" y="675671"/>
                                </a:lnTo>
                                <a:lnTo>
                                  <a:pt x="2956249" y="675898"/>
                                </a:lnTo>
                                <a:lnTo>
                                  <a:pt x="2954893" y="675898"/>
                                </a:lnTo>
                                <a:lnTo>
                                  <a:pt x="2953311" y="675898"/>
                                </a:lnTo>
                                <a:lnTo>
                                  <a:pt x="2952181" y="675671"/>
                                </a:lnTo>
                                <a:lnTo>
                                  <a:pt x="2950825" y="675218"/>
                                </a:lnTo>
                                <a:lnTo>
                                  <a:pt x="2949695" y="674764"/>
                                </a:lnTo>
                                <a:lnTo>
                                  <a:pt x="2949542" y="674657"/>
                                </a:lnTo>
                                <a:lnTo>
                                  <a:pt x="2941410" y="676636"/>
                                </a:lnTo>
                                <a:lnTo>
                                  <a:pt x="2938462" y="677317"/>
                                </a:lnTo>
                                <a:lnTo>
                                  <a:pt x="2935968" y="677997"/>
                                </a:lnTo>
                                <a:lnTo>
                                  <a:pt x="2934153" y="678224"/>
                                </a:lnTo>
                                <a:lnTo>
                                  <a:pt x="2931885" y="678224"/>
                                </a:lnTo>
                                <a:lnTo>
                                  <a:pt x="2930071" y="677997"/>
                                </a:lnTo>
                                <a:lnTo>
                                  <a:pt x="2927803" y="677770"/>
                                </a:lnTo>
                                <a:lnTo>
                                  <a:pt x="2928710" y="679132"/>
                                </a:lnTo>
                                <a:lnTo>
                                  <a:pt x="2914876" y="677770"/>
                                </a:lnTo>
                                <a:lnTo>
                                  <a:pt x="2913742" y="680039"/>
                                </a:lnTo>
                                <a:lnTo>
                                  <a:pt x="2905351" y="679359"/>
                                </a:lnTo>
                                <a:lnTo>
                                  <a:pt x="2904217" y="681855"/>
                                </a:lnTo>
                                <a:lnTo>
                                  <a:pt x="2907619" y="687526"/>
                                </a:lnTo>
                                <a:lnTo>
                                  <a:pt x="2900815" y="687980"/>
                                </a:lnTo>
                                <a:lnTo>
                                  <a:pt x="2902176" y="688661"/>
                                </a:lnTo>
                                <a:lnTo>
                                  <a:pt x="2898321" y="690476"/>
                                </a:lnTo>
                                <a:lnTo>
                                  <a:pt x="2895372" y="692291"/>
                                </a:lnTo>
                                <a:lnTo>
                                  <a:pt x="2893331" y="693880"/>
                                </a:lnTo>
                                <a:lnTo>
                                  <a:pt x="2891517" y="695467"/>
                                </a:lnTo>
                                <a:lnTo>
                                  <a:pt x="2890610" y="696829"/>
                                </a:lnTo>
                                <a:lnTo>
                                  <a:pt x="2889930" y="698417"/>
                                </a:lnTo>
                                <a:lnTo>
                                  <a:pt x="2889249" y="699779"/>
                                </a:lnTo>
                                <a:lnTo>
                                  <a:pt x="2888796" y="700913"/>
                                </a:lnTo>
                                <a:lnTo>
                                  <a:pt x="2888342" y="703862"/>
                                </a:lnTo>
                                <a:lnTo>
                                  <a:pt x="2887662" y="705450"/>
                                </a:lnTo>
                                <a:lnTo>
                                  <a:pt x="2886755" y="706812"/>
                                </a:lnTo>
                                <a:lnTo>
                                  <a:pt x="2885394" y="708627"/>
                                </a:lnTo>
                                <a:lnTo>
                                  <a:pt x="2883580" y="710215"/>
                                </a:lnTo>
                                <a:lnTo>
                                  <a:pt x="2880858" y="712257"/>
                                </a:lnTo>
                                <a:lnTo>
                                  <a:pt x="2877456" y="714072"/>
                                </a:lnTo>
                                <a:lnTo>
                                  <a:pt x="2879044" y="716795"/>
                                </a:lnTo>
                                <a:lnTo>
                                  <a:pt x="2881992" y="717248"/>
                                </a:lnTo>
                                <a:lnTo>
                                  <a:pt x="2879724" y="719518"/>
                                </a:lnTo>
                                <a:lnTo>
                                  <a:pt x="2882899" y="721786"/>
                                </a:lnTo>
                                <a:lnTo>
                                  <a:pt x="2885167" y="723601"/>
                                </a:lnTo>
                                <a:lnTo>
                                  <a:pt x="2885847" y="724509"/>
                                </a:lnTo>
                                <a:lnTo>
                                  <a:pt x="2886755" y="725643"/>
                                </a:lnTo>
                                <a:lnTo>
                                  <a:pt x="2887208" y="726551"/>
                                </a:lnTo>
                                <a:lnTo>
                                  <a:pt x="2887435" y="727458"/>
                                </a:lnTo>
                                <a:lnTo>
                                  <a:pt x="2887435" y="728139"/>
                                </a:lnTo>
                                <a:lnTo>
                                  <a:pt x="2887435" y="729273"/>
                                </a:lnTo>
                                <a:lnTo>
                                  <a:pt x="2886755" y="731089"/>
                                </a:lnTo>
                                <a:lnTo>
                                  <a:pt x="2885394" y="732903"/>
                                </a:lnTo>
                                <a:lnTo>
                                  <a:pt x="2883806" y="734718"/>
                                </a:lnTo>
                                <a:lnTo>
                                  <a:pt x="2881539" y="736761"/>
                                </a:lnTo>
                                <a:lnTo>
                                  <a:pt x="2879044" y="738803"/>
                                </a:lnTo>
                                <a:lnTo>
                                  <a:pt x="2873828" y="743113"/>
                                </a:lnTo>
                                <a:lnTo>
                                  <a:pt x="2870880" y="745609"/>
                                </a:lnTo>
                                <a:lnTo>
                                  <a:pt x="2867931" y="748105"/>
                                </a:lnTo>
                                <a:lnTo>
                                  <a:pt x="2864983" y="751054"/>
                                </a:lnTo>
                                <a:lnTo>
                                  <a:pt x="2862035" y="754004"/>
                                </a:lnTo>
                                <a:lnTo>
                                  <a:pt x="2834140" y="768524"/>
                                </a:lnTo>
                                <a:lnTo>
                                  <a:pt x="2816224" y="778280"/>
                                </a:lnTo>
                                <a:lnTo>
                                  <a:pt x="2809194" y="782137"/>
                                </a:lnTo>
                                <a:lnTo>
                                  <a:pt x="2804658" y="785087"/>
                                </a:lnTo>
                                <a:lnTo>
                                  <a:pt x="2810781" y="784860"/>
                                </a:lnTo>
                                <a:lnTo>
                                  <a:pt x="2811008" y="787583"/>
                                </a:lnTo>
                                <a:lnTo>
                                  <a:pt x="2801251" y="792102"/>
                                </a:lnTo>
                                <a:lnTo>
                                  <a:pt x="2796040" y="791893"/>
                                </a:lnTo>
                                <a:lnTo>
                                  <a:pt x="2793319" y="791213"/>
                                </a:lnTo>
                                <a:lnTo>
                                  <a:pt x="2791278" y="791213"/>
                                </a:lnTo>
                                <a:lnTo>
                                  <a:pt x="2790597" y="791213"/>
                                </a:lnTo>
                                <a:lnTo>
                                  <a:pt x="2790144" y="791667"/>
                                </a:lnTo>
                                <a:lnTo>
                                  <a:pt x="2789917" y="791893"/>
                                </a:lnTo>
                                <a:lnTo>
                                  <a:pt x="2789690" y="792347"/>
                                </a:lnTo>
                                <a:lnTo>
                                  <a:pt x="2789464" y="793935"/>
                                </a:lnTo>
                                <a:lnTo>
                                  <a:pt x="2789917" y="795297"/>
                                </a:lnTo>
                                <a:lnTo>
                                  <a:pt x="2790824" y="798927"/>
                                </a:lnTo>
                                <a:lnTo>
                                  <a:pt x="2791278" y="800742"/>
                                </a:lnTo>
                                <a:lnTo>
                                  <a:pt x="2791958" y="802330"/>
                                </a:lnTo>
                                <a:lnTo>
                                  <a:pt x="2791958" y="803918"/>
                                </a:lnTo>
                                <a:lnTo>
                                  <a:pt x="2791731" y="804599"/>
                                </a:lnTo>
                                <a:lnTo>
                                  <a:pt x="2791731" y="805280"/>
                                </a:lnTo>
                                <a:lnTo>
                                  <a:pt x="2791051" y="805734"/>
                                </a:lnTo>
                                <a:lnTo>
                                  <a:pt x="2790597" y="806187"/>
                                </a:lnTo>
                                <a:lnTo>
                                  <a:pt x="2789917" y="806414"/>
                                </a:lnTo>
                                <a:lnTo>
                                  <a:pt x="2789010" y="806641"/>
                                </a:lnTo>
                                <a:lnTo>
                                  <a:pt x="2786515" y="806414"/>
                                </a:lnTo>
                                <a:lnTo>
                                  <a:pt x="2783114" y="805506"/>
                                </a:lnTo>
                                <a:lnTo>
                                  <a:pt x="2781399" y="806650"/>
                                </a:lnTo>
                                <a:lnTo>
                                  <a:pt x="2782888" y="808237"/>
                                </a:lnTo>
                                <a:lnTo>
                                  <a:pt x="2782808" y="808387"/>
                                </a:lnTo>
                                <a:lnTo>
                                  <a:pt x="2782887" y="808456"/>
                                </a:lnTo>
                                <a:lnTo>
                                  <a:pt x="2784247" y="810045"/>
                                </a:lnTo>
                                <a:lnTo>
                                  <a:pt x="2785608" y="811632"/>
                                </a:lnTo>
                                <a:lnTo>
                                  <a:pt x="2786289" y="813221"/>
                                </a:lnTo>
                                <a:lnTo>
                                  <a:pt x="2786742" y="814355"/>
                                </a:lnTo>
                                <a:lnTo>
                                  <a:pt x="2786969" y="815717"/>
                                </a:lnTo>
                                <a:lnTo>
                                  <a:pt x="2786969" y="817305"/>
                                </a:lnTo>
                                <a:lnTo>
                                  <a:pt x="2786969" y="818666"/>
                                </a:lnTo>
                                <a:lnTo>
                                  <a:pt x="2786515" y="821842"/>
                                </a:lnTo>
                                <a:lnTo>
                                  <a:pt x="2785608" y="825699"/>
                                </a:lnTo>
                                <a:lnTo>
                                  <a:pt x="2785155" y="830464"/>
                                </a:lnTo>
                                <a:lnTo>
                                  <a:pt x="2784928" y="832960"/>
                                </a:lnTo>
                                <a:lnTo>
                                  <a:pt x="2784474" y="836136"/>
                                </a:lnTo>
                                <a:lnTo>
                                  <a:pt x="2775856" y="833640"/>
                                </a:lnTo>
                                <a:lnTo>
                                  <a:pt x="2778578" y="835001"/>
                                </a:lnTo>
                                <a:lnTo>
                                  <a:pt x="2775403" y="836136"/>
                                </a:lnTo>
                                <a:lnTo>
                                  <a:pt x="2777671" y="837497"/>
                                </a:lnTo>
                                <a:lnTo>
                                  <a:pt x="2774949" y="837724"/>
                                </a:lnTo>
                                <a:lnTo>
                                  <a:pt x="2777217" y="839312"/>
                                </a:lnTo>
                                <a:lnTo>
                                  <a:pt x="2774722" y="839312"/>
                                </a:lnTo>
                                <a:lnTo>
                                  <a:pt x="2776537" y="842489"/>
                                </a:lnTo>
                                <a:lnTo>
                                  <a:pt x="2773362" y="844758"/>
                                </a:lnTo>
                                <a:lnTo>
                                  <a:pt x="2774949" y="849749"/>
                                </a:lnTo>
                                <a:lnTo>
                                  <a:pt x="2776537" y="855875"/>
                                </a:lnTo>
                                <a:lnTo>
                                  <a:pt x="2777444" y="859051"/>
                                </a:lnTo>
                                <a:lnTo>
                                  <a:pt x="2778805" y="862001"/>
                                </a:lnTo>
                                <a:lnTo>
                                  <a:pt x="2780165" y="864950"/>
                                </a:lnTo>
                                <a:lnTo>
                                  <a:pt x="2781753" y="867446"/>
                                </a:lnTo>
                                <a:lnTo>
                                  <a:pt x="2777671" y="869715"/>
                                </a:lnTo>
                                <a:lnTo>
                                  <a:pt x="2783567" y="869942"/>
                                </a:lnTo>
                                <a:lnTo>
                                  <a:pt x="2788783" y="870622"/>
                                </a:lnTo>
                                <a:lnTo>
                                  <a:pt x="2793319" y="871530"/>
                                </a:lnTo>
                                <a:lnTo>
                                  <a:pt x="2797855" y="872891"/>
                                </a:lnTo>
                                <a:lnTo>
                                  <a:pt x="2802390" y="874480"/>
                                </a:lnTo>
                                <a:lnTo>
                                  <a:pt x="2806699" y="876067"/>
                                </a:lnTo>
                                <a:lnTo>
                                  <a:pt x="2811462" y="877883"/>
                                </a:lnTo>
                                <a:lnTo>
                                  <a:pt x="2816905" y="879471"/>
                                </a:lnTo>
                                <a:lnTo>
                                  <a:pt x="2817131" y="881059"/>
                                </a:lnTo>
                                <a:lnTo>
                                  <a:pt x="2817358" y="882194"/>
                                </a:lnTo>
                                <a:lnTo>
                                  <a:pt x="2818039" y="883328"/>
                                </a:lnTo>
                                <a:lnTo>
                                  <a:pt x="2818946" y="884236"/>
                                </a:lnTo>
                                <a:lnTo>
                                  <a:pt x="2819626" y="885143"/>
                                </a:lnTo>
                                <a:lnTo>
                                  <a:pt x="2820533" y="885597"/>
                                </a:lnTo>
                                <a:lnTo>
                                  <a:pt x="2822801" y="886731"/>
                                </a:lnTo>
                                <a:lnTo>
                                  <a:pt x="2825069" y="888093"/>
                                </a:lnTo>
                                <a:lnTo>
                                  <a:pt x="2827564" y="889000"/>
                                </a:lnTo>
                                <a:lnTo>
                                  <a:pt x="2830058" y="890362"/>
                                </a:lnTo>
                                <a:lnTo>
                                  <a:pt x="2831192" y="891496"/>
                                </a:lnTo>
                                <a:lnTo>
                                  <a:pt x="2832326" y="892630"/>
                                </a:lnTo>
                                <a:lnTo>
                                  <a:pt x="2829378" y="892404"/>
                                </a:lnTo>
                                <a:lnTo>
                                  <a:pt x="2833914" y="896941"/>
                                </a:lnTo>
                                <a:lnTo>
                                  <a:pt x="2811462" y="912823"/>
                                </a:lnTo>
                                <a:lnTo>
                                  <a:pt x="2812856" y="913521"/>
                                </a:lnTo>
                                <a:lnTo>
                                  <a:pt x="2807833" y="913958"/>
                                </a:lnTo>
                                <a:lnTo>
                                  <a:pt x="2813730" y="913958"/>
                                </a:lnTo>
                                <a:lnTo>
                                  <a:pt x="2812856" y="913521"/>
                                </a:lnTo>
                                <a:lnTo>
                                  <a:pt x="2818265" y="913050"/>
                                </a:lnTo>
                                <a:lnTo>
                                  <a:pt x="2822574" y="917361"/>
                                </a:lnTo>
                                <a:lnTo>
                                  <a:pt x="2821214" y="918496"/>
                                </a:lnTo>
                                <a:lnTo>
                                  <a:pt x="2814410" y="917815"/>
                                </a:lnTo>
                                <a:lnTo>
                                  <a:pt x="2814637" y="920766"/>
                                </a:lnTo>
                                <a:lnTo>
                                  <a:pt x="2817358" y="922353"/>
                                </a:lnTo>
                                <a:lnTo>
                                  <a:pt x="2799215" y="935513"/>
                                </a:lnTo>
                                <a:lnTo>
                                  <a:pt x="2792412" y="928706"/>
                                </a:lnTo>
                                <a:lnTo>
                                  <a:pt x="2795587" y="933243"/>
                                </a:lnTo>
                                <a:lnTo>
                                  <a:pt x="2791278" y="933470"/>
                                </a:lnTo>
                                <a:lnTo>
                                  <a:pt x="2792185" y="936192"/>
                                </a:lnTo>
                                <a:lnTo>
                                  <a:pt x="2789464" y="937332"/>
                                </a:lnTo>
                                <a:lnTo>
                                  <a:pt x="2789690" y="940504"/>
                                </a:lnTo>
                                <a:lnTo>
                                  <a:pt x="2776764" y="943907"/>
                                </a:lnTo>
                                <a:lnTo>
                                  <a:pt x="2778351" y="946403"/>
                                </a:lnTo>
                                <a:lnTo>
                                  <a:pt x="2757077" y="949984"/>
                                </a:lnTo>
                                <a:lnTo>
                                  <a:pt x="2756580" y="950033"/>
                                </a:lnTo>
                                <a:lnTo>
                                  <a:pt x="2754085" y="950487"/>
                                </a:lnTo>
                                <a:lnTo>
                                  <a:pt x="2757077" y="949984"/>
                                </a:lnTo>
                                <a:lnTo>
                                  <a:pt x="2758847" y="949806"/>
                                </a:lnTo>
                                <a:lnTo>
                                  <a:pt x="2760889" y="949806"/>
                                </a:lnTo>
                                <a:lnTo>
                                  <a:pt x="2763156" y="950260"/>
                                </a:lnTo>
                                <a:lnTo>
                                  <a:pt x="2765197" y="950714"/>
                                </a:lnTo>
                                <a:lnTo>
                                  <a:pt x="2767012" y="951847"/>
                                </a:lnTo>
                                <a:lnTo>
                                  <a:pt x="2768826" y="953209"/>
                                </a:lnTo>
                                <a:lnTo>
                                  <a:pt x="2770414" y="954571"/>
                                </a:lnTo>
                                <a:lnTo>
                                  <a:pt x="2766105" y="955024"/>
                                </a:lnTo>
                                <a:lnTo>
                                  <a:pt x="2762930" y="955478"/>
                                </a:lnTo>
                                <a:lnTo>
                                  <a:pt x="2761342" y="955932"/>
                                </a:lnTo>
                                <a:lnTo>
                                  <a:pt x="2760662" y="956386"/>
                                </a:lnTo>
                                <a:lnTo>
                                  <a:pt x="2760208" y="956612"/>
                                </a:lnTo>
                                <a:lnTo>
                                  <a:pt x="2760208" y="957066"/>
                                </a:lnTo>
                                <a:lnTo>
                                  <a:pt x="2760208" y="957293"/>
                                </a:lnTo>
                                <a:lnTo>
                                  <a:pt x="2760889" y="958427"/>
                                </a:lnTo>
                                <a:lnTo>
                                  <a:pt x="2763383" y="960470"/>
                                </a:lnTo>
                                <a:lnTo>
                                  <a:pt x="2764971" y="962058"/>
                                </a:lnTo>
                                <a:lnTo>
                                  <a:pt x="2766105" y="963419"/>
                                </a:lnTo>
                                <a:lnTo>
                                  <a:pt x="2767239" y="964780"/>
                                </a:lnTo>
                                <a:lnTo>
                                  <a:pt x="2768146" y="966595"/>
                                </a:lnTo>
                                <a:lnTo>
                                  <a:pt x="2768372" y="967502"/>
                                </a:lnTo>
                                <a:lnTo>
                                  <a:pt x="2768146" y="968637"/>
                                </a:lnTo>
                                <a:lnTo>
                                  <a:pt x="2767919" y="969545"/>
                                </a:lnTo>
                                <a:lnTo>
                                  <a:pt x="2767465" y="970453"/>
                                </a:lnTo>
                                <a:lnTo>
                                  <a:pt x="2766785" y="971360"/>
                                </a:lnTo>
                                <a:lnTo>
                                  <a:pt x="2765878" y="972721"/>
                                </a:lnTo>
                                <a:lnTo>
                                  <a:pt x="2764517" y="973629"/>
                                </a:lnTo>
                                <a:lnTo>
                                  <a:pt x="2762930" y="974763"/>
                                </a:lnTo>
                                <a:lnTo>
                                  <a:pt x="2765651" y="974536"/>
                                </a:lnTo>
                                <a:lnTo>
                                  <a:pt x="2766785" y="977259"/>
                                </a:lnTo>
                                <a:lnTo>
                                  <a:pt x="2758394" y="978167"/>
                                </a:lnTo>
                                <a:lnTo>
                                  <a:pt x="2765197" y="984519"/>
                                </a:lnTo>
                                <a:lnTo>
                                  <a:pt x="2760889" y="989283"/>
                                </a:lnTo>
                                <a:lnTo>
                                  <a:pt x="2761569" y="993821"/>
                                </a:lnTo>
                                <a:lnTo>
                                  <a:pt x="2762022" y="998132"/>
                                </a:lnTo>
                                <a:lnTo>
                                  <a:pt x="2762022" y="1002443"/>
                                </a:lnTo>
                                <a:lnTo>
                                  <a:pt x="2762022" y="1006300"/>
                                </a:lnTo>
                                <a:lnTo>
                                  <a:pt x="2761569" y="1009930"/>
                                </a:lnTo>
                                <a:lnTo>
                                  <a:pt x="2760889" y="1013334"/>
                                </a:lnTo>
                                <a:lnTo>
                                  <a:pt x="2760435" y="1016512"/>
                                </a:lnTo>
                                <a:lnTo>
                                  <a:pt x="2759528" y="1019460"/>
                                </a:lnTo>
                                <a:lnTo>
                                  <a:pt x="2758621" y="1021955"/>
                                </a:lnTo>
                                <a:lnTo>
                                  <a:pt x="2757260" y="1024451"/>
                                </a:lnTo>
                                <a:lnTo>
                                  <a:pt x="2756126" y="1026947"/>
                                </a:lnTo>
                                <a:lnTo>
                                  <a:pt x="2754765" y="1028762"/>
                                </a:lnTo>
                                <a:lnTo>
                                  <a:pt x="2752951" y="1031031"/>
                                </a:lnTo>
                                <a:lnTo>
                                  <a:pt x="2751364" y="1032846"/>
                                </a:lnTo>
                                <a:lnTo>
                                  <a:pt x="2749322" y="1034434"/>
                                </a:lnTo>
                                <a:lnTo>
                                  <a:pt x="2747055" y="1036249"/>
                                </a:lnTo>
                                <a:lnTo>
                                  <a:pt x="2742746" y="1038745"/>
                                </a:lnTo>
                                <a:lnTo>
                                  <a:pt x="2737983" y="1041467"/>
                                </a:lnTo>
                                <a:lnTo>
                                  <a:pt x="2732540" y="1043736"/>
                                </a:lnTo>
                                <a:lnTo>
                                  <a:pt x="2726871" y="1045807"/>
                                </a:lnTo>
                                <a:lnTo>
                                  <a:pt x="2715078" y="1050344"/>
                                </a:lnTo>
                                <a:lnTo>
                                  <a:pt x="2708728" y="1053066"/>
                                </a:lnTo>
                                <a:lnTo>
                                  <a:pt x="2702151" y="1055560"/>
                                </a:lnTo>
                                <a:lnTo>
                                  <a:pt x="2697162" y="1058509"/>
                                </a:lnTo>
                                <a:lnTo>
                                  <a:pt x="2693760" y="1061003"/>
                                </a:lnTo>
                                <a:lnTo>
                                  <a:pt x="2690358" y="1063725"/>
                                </a:lnTo>
                                <a:lnTo>
                                  <a:pt x="2688771" y="1065087"/>
                                </a:lnTo>
                                <a:lnTo>
                                  <a:pt x="2687410" y="1066675"/>
                                </a:lnTo>
                                <a:lnTo>
                                  <a:pt x="2686049" y="1068264"/>
                                </a:lnTo>
                                <a:lnTo>
                                  <a:pt x="2685369" y="1069624"/>
                                </a:lnTo>
                                <a:lnTo>
                                  <a:pt x="2684689" y="1071439"/>
                                </a:lnTo>
                                <a:lnTo>
                                  <a:pt x="2684689" y="1073482"/>
                                </a:lnTo>
                                <a:lnTo>
                                  <a:pt x="2684915" y="1075068"/>
                                </a:lnTo>
                                <a:lnTo>
                                  <a:pt x="2685596" y="1076883"/>
                                </a:lnTo>
                                <a:lnTo>
                                  <a:pt x="2685822" y="1088224"/>
                                </a:lnTo>
                                <a:lnTo>
                                  <a:pt x="2674256" y="1090266"/>
                                </a:lnTo>
                                <a:lnTo>
                                  <a:pt x="2662464" y="1091627"/>
                                </a:lnTo>
                                <a:lnTo>
                                  <a:pt x="2650671" y="1092761"/>
                                </a:lnTo>
                                <a:lnTo>
                                  <a:pt x="2638878" y="1093895"/>
                                </a:lnTo>
                                <a:lnTo>
                                  <a:pt x="2642280" y="1079378"/>
                                </a:lnTo>
                                <a:lnTo>
                                  <a:pt x="2629580" y="1061231"/>
                                </a:lnTo>
                                <a:lnTo>
                                  <a:pt x="2631621" y="1059190"/>
                                </a:lnTo>
                                <a:lnTo>
                                  <a:pt x="2634796" y="1059871"/>
                                </a:lnTo>
                                <a:lnTo>
                                  <a:pt x="2636383" y="1057149"/>
                                </a:lnTo>
                                <a:lnTo>
                                  <a:pt x="2634342" y="1051251"/>
                                </a:lnTo>
                                <a:lnTo>
                                  <a:pt x="2641826" y="1047848"/>
                                </a:lnTo>
                                <a:lnTo>
                                  <a:pt x="2612571" y="1016284"/>
                                </a:lnTo>
                                <a:lnTo>
                                  <a:pt x="2612964" y="986188"/>
                                </a:lnTo>
                                <a:lnTo>
                                  <a:pt x="2600325" y="989104"/>
                                </a:lnTo>
                                <a:lnTo>
                                  <a:pt x="2606076" y="985442"/>
                                </a:lnTo>
                                <a:lnTo>
                                  <a:pt x="2610389" y="982755"/>
                                </a:lnTo>
                                <a:lnTo>
                                  <a:pt x="2612965" y="986097"/>
                                </a:lnTo>
                                <a:lnTo>
                                  <a:pt x="2613024" y="981570"/>
                                </a:lnTo>
                                <a:lnTo>
                                  <a:pt x="2610530" y="980209"/>
                                </a:lnTo>
                                <a:lnTo>
                                  <a:pt x="2603272" y="984293"/>
                                </a:lnTo>
                                <a:lnTo>
                                  <a:pt x="2606674" y="978394"/>
                                </a:lnTo>
                                <a:lnTo>
                                  <a:pt x="2601912" y="982251"/>
                                </a:lnTo>
                                <a:lnTo>
                                  <a:pt x="2600324" y="980890"/>
                                </a:lnTo>
                                <a:lnTo>
                                  <a:pt x="2598510" y="979755"/>
                                </a:lnTo>
                                <a:lnTo>
                                  <a:pt x="2597149" y="978167"/>
                                </a:lnTo>
                                <a:lnTo>
                                  <a:pt x="2596015" y="976805"/>
                                </a:lnTo>
                                <a:lnTo>
                                  <a:pt x="2594881" y="974990"/>
                                </a:lnTo>
                                <a:lnTo>
                                  <a:pt x="2593974" y="973175"/>
                                </a:lnTo>
                                <a:lnTo>
                                  <a:pt x="2593294" y="971133"/>
                                </a:lnTo>
                                <a:lnTo>
                                  <a:pt x="2592840" y="969318"/>
                                </a:lnTo>
                                <a:lnTo>
                                  <a:pt x="2592387" y="967049"/>
                                </a:lnTo>
                                <a:lnTo>
                                  <a:pt x="2592387" y="964780"/>
                                </a:lnTo>
                                <a:lnTo>
                                  <a:pt x="2592387" y="962965"/>
                                </a:lnTo>
                                <a:lnTo>
                                  <a:pt x="2592614" y="960697"/>
                                </a:lnTo>
                                <a:lnTo>
                                  <a:pt x="2593294" y="958881"/>
                                </a:lnTo>
                                <a:lnTo>
                                  <a:pt x="2593974" y="956612"/>
                                </a:lnTo>
                                <a:lnTo>
                                  <a:pt x="2594881" y="954571"/>
                                </a:lnTo>
                                <a:lnTo>
                                  <a:pt x="2595774" y="953529"/>
                                </a:lnTo>
                                <a:lnTo>
                                  <a:pt x="2583769" y="946676"/>
                                </a:lnTo>
                                <a:lnTo>
                                  <a:pt x="2582635" y="944184"/>
                                </a:lnTo>
                                <a:lnTo>
                                  <a:pt x="2581728" y="941691"/>
                                </a:lnTo>
                                <a:lnTo>
                                  <a:pt x="2581501" y="938972"/>
                                </a:lnTo>
                                <a:lnTo>
                                  <a:pt x="2581501" y="936480"/>
                                </a:lnTo>
                                <a:lnTo>
                                  <a:pt x="2581955" y="933987"/>
                                </a:lnTo>
                                <a:lnTo>
                                  <a:pt x="2582862" y="931948"/>
                                </a:lnTo>
                                <a:lnTo>
                                  <a:pt x="2584449" y="929683"/>
                                </a:lnTo>
                                <a:lnTo>
                                  <a:pt x="2585130" y="929003"/>
                                </a:lnTo>
                                <a:lnTo>
                                  <a:pt x="2586037" y="928097"/>
                                </a:lnTo>
                                <a:lnTo>
                                  <a:pt x="2586717" y="925151"/>
                                </a:lnTo>
                                <a:lnTo>
                                  <a:pt x="2583542" y="923791"/>
                                </a:lnTo>
                                <a:lnTo>
                                  <a:pt x="2578099" y="938972"/>
                                </a:lnTo>
                                <a:lnTo>
                                  <a:pt x="2575378" y="936480"/>
                                </a:lnTo>
                                <a:lnTo>
                                  <a:pt x="2573564" y="938972"/>
                                </a:lnTo>
                                <a:lnTo>
                                  <a:pt x="2570389" y="938972"/>
                                </a:lnTo>
                                <a:lnTo>
                                  <a:pt x="2571296" y="940105"/>
                                </a:lnTo>
                                <a:lnTo>
                                  <a:pt x="2572203" y="941464"/>
                                </a:lnTo>
                                <a:lnTo>
                                  <a:pt x="2572657" y="942597"/>
                                </a:lnTo>
                                <a:lnTo>
                                  <a:pt x="2573337" y="943730"/>
                                </a:lnTo>
                                <a:lnTo>
                                  <a:pt x="2573790" y="945090"/>
                                </a:lnTo>
                                <a:lnTo>
                                  <a:pt x="2573790" y="945996"/>
                                </a:lnTo>
                                <a:lnTo>
                                  <a:pt x="2573790" y="947129"/>
                                </a:lnTo>
                                <a:lnTo>
                                  <a:pt x="2573790" y="948262"/>
                                </a:lnTo>
                                <a:lnTo>
                                  <a:pt x="2572657" y="950301"/>
                                </a:lnTo>
                                <a:lnTo>
                                  <a:pt x="2571523" y="952114"/>
                                </a:lnTo>
                                <a:lnTo>
                                  <a:pt x="2569935" y="953699"/>
                                </a:lnTo>
                                <a:lnTo>
                                  <a:pt x="2567894" y="955512"/>
                                </a:lnTo>
                                <a:lnTo>
                                  <a:pt x="2565399" y="956645"/>
                                </a:lnTo>
                                <a:lnTo>
                                  <a:pt x="2563132" y="957551"/>
                                </a:lnTo>
                                <a:lnTo>
                                  <a:pt x="2560410" y="958458"/>
                                </a:lnTo>
                                <a:lnTo>
                                  <a:pt x="2557462" y="959137"/>
                                </a:lnTo>
                                <a:lnTo>
                                  <a:pt x="2554740" y="959137"/>
                                </a:lnTo>
                                <a:lnTo>
                                  <a:pt x="2552019" y="959137"/>
                                </a:lnTo>
                                <a:lnTo>
                                  <a:pt x="2549524" y="958684"/>
                                </a:lnTo>
                                <a:lnTo>
                                  <a:pt x="2547030" y="958005"/>
                                </a:lnTo>
                                <a:lnTo>
                                  <a:pt x="2550205" y="960497"/>
                                </a:lnTo>
                                <a:lnTo>
                                  <a:pt x="2538639" y="968880"/>
                                </a:lnTo>
                                <a:lnTo>
                                  <a:pt x="2538185" y="968880"/>
                                </a:lnTo>
                                <a:lnTo>
                                  <a:pt x="2537958" y="972959"/>
                                </a:lnTo>
                                <a:lnTo>
                                  <a:pt x="2530701" y="974544"/>
                                </a:lnTo>
                                <a:lnTo>
                                  <a:pt x="2532062" y="978396"/>
                                </a:lnTo>
                                <a:lnTo>
                                  <a:pt x="2508930" y="989725"/>
                                </a:lnTo>
                                <a:lnTo>
                                  <a:pt x="2497590" y="994710"/>
                                </a:lnTo>
                                <a:lnTo>
                                  <a:pt x="2486931" y="999468"/>
                                </a:lnTo>
                                <a:lnTo>
                                  <a:pt x="2482169" y="1001054"/>
                                </a:lnTo>
                                <a:lnTo>
                                  <a:pt x="2477406" y="1002640"/>
                                </a:lnTo>
                                <a:lnTo>
                                  <a:pt x="2473098" y="1003773"/>
                                </a:lnTo>
                                <a:lnTo>
                                  <a:pt x="2469015" y="1004453"/>
                                </a:lnTo>
                                <a:lnTo>
                                  <a:pt x="2465387" y="1004906"/>
                                </a:lnTo>
                                <a:lnTo>
                                  <a:pt x="2462212" y="1004679"/>
                                </a:lnTo>
                                <a:lnTo>
                                  <a:pt x="2460624" y="1004453"/>
                                </a:lnTo>
                                <a:lnTo>
                                  <a:pt x="2459490" y="1004226"/>
                                </a:lnTo>
                                <a:lnTo>
                                  <a:pt x="2458356" y="1003773"/>
                                </a:lnTo>
                                <a:lnTo>
                                  <a:pt x="2456996" y="1003093"/>
                                </a:lnTo>
                                <a:lnTo>
                                  <a:pt x="2447697" y="1003546"/>
                                </a:lnTo>
                                <a:lnTo>
                                  <a:pt x="2444749" y="1003320"/>
                                </a:lnTo>
                                <a:lnTo>
                                  <a:pt x="2441801" y="1002867"/>
                                </a:lnTo>
                                <a:lnTo>
                                  <a:pt x="2439306" y="1002187"/>
                                </a:lnTo>
                                <a:lnTo>
                                  <a:pt x="2436812" y="1000827"/>
                                </a:lnTo>
                                <a:lnTo>
                                  <a:pt x="2434997" y="999695"/>
                                </a:lnTo>
                                <a:lnTo>
                                  <a:pt x="2432956" y="997882"/>
                                </a:lnTo>
                                <a:lnTo>
                                  <a:pt x="2431596" y="996296"/>
                                </a:lnTo>
                                <a:lnTo>
                                  <a:pt x="2430235" y="994483"/>
                                </a:lnTo>
                                <a:lnTo>
                                  <a:pt x="2429101" y="992444"/>
                                </a:lnTo>
                                <a:lnTo>
                                  <a:pt x="2428421" y="990405"/>
                                </a:lnTo>
                                <a:lnTo>
                                  <a:pt x="2427514" y="988366"/>
                                </a:lnTo>
                                <a:lnTo>
                                  <a:pt x="2427060" y="985873"/>
                                </a:lnTo>
                                <a:lnTo>
                                  <a:pt x="2427060" y="983608"/>
                                </a:lnTo>
                                <a:lnTo>
                                  <a:pt x="2427060" y="981568"/>
                                </a:lnTo>
                                <a:lnTo>
                                  <a:pt x="2427060" y="979303"/>
                                </a:lnTo>
                                <a:lnTo>
                                  <a:pt x="2427514" y="977037"/>
                                </a:lnTo>
                                <a:lnTo>
                                  <a:pt x="2429101" y="977037"/>
                                </a:lnTo>
                                <a:lnTo>
                                  <a:pt x="2445203" y="980662"/>
                                </a:lnTo>
                                <a:lnTo>
                                  <a:pt x="2445883" y="980662"/>
                                </a:lnTo>
                                <a:lnTo>
                                  <a:pt x="2442708" y="977943"/>
                                </a:lnTo>
                                <a:lnTo>
                                  <a:pt x="2444722" y="977167"/>
                                </a:lnTo>
                                <a:lnTo>
                                  <a:pt x="2445203" y="977264"/>
                                </a:lnTo>
                                <a:lnTo>
                                  <a:pt x="2446110" y="977037"/>
                                </a:lnTo>
                                <a:lnTo>
                                  <a:pt x="2447244" y="976810"/>
                                </a:lnTo>
                                <a:lnTo>
                                  <a:pt x="2449512" y="975678"/>
                                </a:lnTo>
                                <a:lnTo>
                                  <a:pt x="2451315" y="974627"/>
                                </a:lnTo>
                                <a:lnTo>
                                  <a:pt x="2458583" y="971826"/>
                                </a:lnTo>
                                <a:lnTo>
                                  <a:pt x="2456769" y="972279"/>
                                </a:lnTo>
                                <a:lnTo>
                                  <a:pt x="2455181" y="972732"/>
                                </a:lnTo>
                                <a:lnTo>
                                  <a:pt x="2452233" y="974091"/>
                                </a:lnTo>
                                <a:lnTo>
                                  <a:pt x="2451315" y="974627"/>
                                </a:lnTo>
                                <a:lnTo>
                                  <a:pt x="2444722" y="977167"/>
                                </a:lnTo>
                                <a:lnTo>
                                  <a:pt x="2444069" y="977037"/>
                                </a:lnTo>
                                <a:lnTo>
                                  <a:pt x="2443162" y="976810"/>
                                </a:lnTo>
                                <a:lnTo>
                                  <a:pt x="2442255" y="976131"/>
                                </a:lnTo>
                                <a:lnTo>
                                  <a:pt x="2441574" y="975224"/>
                                </a:lnTo>
                                <a:lnTo>
                                  <a:pt x="2440440" y="973638"/>
                                </a:lnTo>
                                <a:lnTo>
                                  <a:pt x="2439760" y="972052"/>
                                </a:lnTo>
                                <a:lnTo>
                                  <a:pt x="2455635" y="961856"/>
                                </a:lnTo>
                                <a:lnTo>
                                  <a:pt x="2445656" y="960950"/>
                                </a:lnTo>
                                <a:lnTo>
                                  <a:pt x="2456943" y="954027"/>
                                </a:lnTo>
                                <a:lnTo>
                                  <a:pt x="2451990" y="956195"/>
                                </a:lnTo>
                                <a:lnTo>
                                  <a:pt x="2441574" y="962083"/>
                                </a:lnTo>
                                <a:lnTo>
                                  <a:pt x="2445656" y="956872"/>
                                </a:lnTo>
                                <a:lnTo>
                                  <a:pt x="2435678" y="960724"/>
                                </a:lnTo>
                                <a:lnTo>
                                  <a:pt x="2438626" y="960044"/>
                                </a:lnTo>
                                <a:lnTo>
                                  <a:pt x="2438399" y="962989"/>
                                </a:lnTo>
                                <a:lnTo>
                                  <a:pt x="2432049" y="965708"/>
                                </a:lnTo>
                                <a:lnTo>
                                  <a:pt x="2432049" y="964349"/>
                                </a:lnTo>
                                <a:lnTo>
                                  <a:pt x="2432276" y="963669"/>
                                </a:lnTo>
                                <a:lnTo>
                                  <a:pt x="2432730" y="962763"/>
                                </a:lnTo>
                                <a:lnTo>
                                  <a:pt x="2432730" y="961630"/>
                                </a:lnTo>
                                <a:lnTo>
                                  <a:pt x="2432956" y="960724"/>
                                </a:lnTo>
                                <a:lnTo>
                                  <a:pt x="2433183" y="959591"/>
                                </a:lnTo>
                                <a:lnTo>
                                  <a:pt x="2433183" y="958684"/>
                                </a:lnTo>
                                <a:lnTo>
                                  <a:pt x="2432276" y="958458"/>
                                </a:lnTo>
                                <a:lnTo>
                                  <a:pt x="2427060" y="966388"/>
                                </a:lnTo>
                                <a:lnTo>
                                  <a:pt x="2424112" y="965482"/>
                                </a:lnTo>
                                <a:lnTo>
                                  <a:pt x="2428670" y="957980"/>
                                </a:lnTo>
                                <a:lnTo>
                                  <a:pt x="2450192" y="945543"/>
                                </a:lnTo>
                                <a:lnTo>
                                  <a:pt x="2451553" y="944637"/>
                                </a:lnTo>
                                <a:lnTo>
                                  <a:pt x="2438853" y="944863"/>
                                </a:lnTo>
                                <a:lnTo>
                                  <a:pt x="2456315" y="932401"/>
                                </a:lnTo>
                                <a:lnTo>
                                  <a:pt x="2454274" y="931495"/>
                                </a:lnTo>
                                <a:lnTo>
                                  <a:pt x="2455408" y="929456"/>
                                </a:lnTo>
                                <a:lnTo>
                                  <a:pt x="2456315" y="927870"/>
                                </a:lnTo>
                                <a:lnTo>
                                  <a:pt x="2457449" y="926284"/>
                                </a:lnTo>
                                <a:lnTo>
                                  <a:pt x="2459037" y="924698"/>
                                </a:lnTo>
                                <a:lnTo>
                                  <a:pt x="2460171" y="923338"/>
                                </a:lnTo>
                                <a:lnTo>
                                  <a:pt x="2461758" y="922206"/>
                                </a:lnTo>
                                <a:lnTo>
                                  <a:pt x="2463119" y="921299"/>
                                </a:lnTo>
                                <a:lnTo>
                                  <a:pt x="2464253" y="920846"/>
                                </a:lnTo>
                                <a:lnTo>
                                  <a:pt x="2465387" y="920166"/>
                                </a:lnTo>
                                <a:lnTo>
                                  <a:pt x="2466294" y="920166"/>
                                </a:lnTo>
                                <a:lnTo>
                                  <a:pt x="2466974" y="920846"/>
                                </a:lnTo>
                                <a:lnTo>
                                  <a:pt x="2467428" y="921526"/>
                                </a:lnTo>
                                <a:lnTo>
                                  <a:pt x="2467428" y="922659"/>
                                </a:lnTo>
                                <a:lnTo>
                                  <a:pt x="2467201" y="924698"/>
                                </a:lnTo>
                                <a:lnTo>
                                  <a:pt x="2466747" y="926737"/>
                                </a:lnTo>
                                <a:lnTo>
                                  <a:pt x="2465614" y="929683"/>
                                </a:lnTo>
                                <a:lnTo>
                                  <a:pt x="2467428" y="926964"/>
                                </a:lnTo>
                                <a:lnTo>
                                  <a:pt x="2469469" y="924924"/>
                                </a:lnTo>
                                <a:lnTo>
                                  <a:pt x="2471737" y="922659"/>
                                </a:lnTo>
                                <a:lnTo>
                                  <a:pt x="2473778" y="920846"/>
                                </a:lnTo>
                                <a:lnTo>
                                  <a:pt x="2476273" y="918807"/>
                                </a:lnTo>
                                <a:lnTo>
                                  <a:pt x="2478767" y="917448"/>
                                </a:lnTo>
                                <a:lnTo>
                                  <a:pt x="2481262" y="915862"/>
                                </a:lnTo>
                                <a:lnTo>
                                  <a:pt x="2483983" y="914728"/>
                                </a:lnTo>
                                <a:lnTo>
                                  <a:pt x="2478994" y="914955"/>
                                </a:lnTo>
                                <a:lnTo>
                                  <a:pt x="2474458" y="915408"/>
                                </a:lnTo>
                                <a:lnTo>
                                  <a:pt x="2470603" y="916088"/>
                                </a:lnTo>
                                <a:lnTo>
                                  <a:pt x="2466974" y="916995"/>
                                </a:lnTo>
                                <a:lnTo>
                                  <a:pt x="2464026" y="918127"/>
                                </a:lnTo>
                                <a:lnTo>
                                  <a:pt x="2461305" y="919033"/>
                                </a:lnTo>
                                <a:lnTo>
                                  <a:pt x="2456996" y="921299"/>
                                </a:lnTo>
                                <a:lnTo>
                                  <a:pt x="2453140" y="923112"/>
                                </a:lnTo>
                                <a:lnTo>
                                  <a:pt x="2451553" y="924245"/>
                                </a:lnTo>
                                <a:lnTo>
                                  <a:pt x="2449739" y="924698"/>
                                </a:lnTo>
                                <a:lnTo>
                                  <a:pt x="2448151" y="925151"/>
                                </a:lnTo>
                                <a:lnTo>
                                  <a:pt x="2446110" y="925377"/>
                                </a:lnTo>
                                <a:lnTo>
                                  <a:pt x="2443842" y="925377"/>
                                </a:lnTo>
                                <a:lnTo>
                                  <a:pt x="2441574" y="924924"/>
                                </a:lnTo>
                                <a:lnTo>
                                  <a:pt x="2431596" y="932401"/>
                                </a:lnTo>
                                <a:lnTo>
                                  <a:pt x="2429328" y="925377"/>
                                </a:lnTo>
                                <a:lnTo>
                                  <a:pt x="2435451" y="921526"/>
                                </a:lnTo>
                                <a:lnTo>
                                  <a:pt x="2437946" y="923112"/>
                                </a:lnTo>
                                <a:lnTo>
                                  <a:pt x="2440341" y="922115"/>
                                </a:lnTo>
                                <a:lnTo>
                                  <a:pt x="2435225" y="919324"/>
                                </a:lnTo>
                                <a:lnTo>
                                  <a:pt x="2445133" y="913534"/>
                                </a:lnTo>
                                <a:lnTo>
                                  <a:pt x="2447017" y="909971"/>
                                </a:lnTo>
                                <a:lnTo>
                                  <a:pt x="2433183" y="918354"/>
                                </a:lnTo>
                                <a:lnTo>
                                  <a:pt x="2430235" y="916314"/>
                                </a:lnTo>
                                <a:lnTo>
                                  <a:pt x="2430235" y="915635"/>
                                </a:lnTo>
                                <a:lnTo>
                                  <a:pt x="2426606" y="910877"/>
                                </a:lnTo>
                                <a:lnTo>
                                  <a:pt x="2426833" y="910877"/>
                                </a:lnTo>
                                <a:lnTo>
                                  <a:pt x="2429781" y="910877"/>
                                </a:lnTo>
                                <a:lnTo>
                                  <a:pt x="2436812" y="911783"/>
                                </a:lnTo>
                                <a:lnTo>
                                  <a:pt x="2441312" y="906163"/>
                                </a:lnTo>
                                <a:lnTo>
                                  <a:pt x="2441801" y="906119"/>
                                </a:lnTo>
                                <a:lnTo>
                                  <a:pt x="2441574" y="906119"/>
                                </a:lnTo>
                                <a:lnTo>
                                  <a:pt x="2441347" y="906119"/>
                                </a:lnTo>
                                <a:lnTo>
                                  <a:pt x="2441312" y="906163"/>
                                </a:lnTo>
                                <a:lnTo>
                                  <a:pt x="2439306" y="906345"/>
                                </a:lnTo>
                                <a:lnTo>
                                  <a:pt x="2430235" y="908838"/>
                                </a:lnTo>
                                <a:lnTo>
                                  <a:pt x="2429781" y="905439"/>
                                </a:lnTo>
                                <a:lnTo>
                                  <a:pt x="2432730" y="906119"/>
                                </a:lnTo>
                                <a:lnTo>
                                  <a:pt x="2432956" y="900228"/>
                                </a:lnTo>
                                <a:lnTo>
                                  <a:pt x="2446564" y="898642"/>
                                </a:lnTo>
                                <a:lnTo>
                                  <a:pt x="2461078" y="896829"/>
                                </a:lnTo>
                                <a:lnTo>
                                  <a:pt x="2468108" y="896376"/>
                                </a:lnTo>
                                <a:lnTo>
                                  <a:pt x="2475365" y="895923"/>
                                </a:lnTo>
                                <a:lnTo>
                                  <a:pt x="2481942" y="895923"/>
                                </a:lnTo>
                                <a:lnTo>
                                  <a:pt x="2487839" y="896149"/>
                                </a:lnTo>
                                <a:lnTo>
                                  <a:pt x="2496910" y="888672"/>
                                </a:lnTo>
                                <a:lnTo>
                                  <a:pt x="2490560" y="890032"/>
                                </a:lnTo>
                                <a:lnTo>
                                  <a:pt x="2488292" y="887992"/>
                                </a:lnTo>
                                <a:lnTo>
                                  <a:pt x="2477180" y="887539"/>
                                </a:lnTo>
                                <a:lnTo>
                                  <a:pt x="2479448" y="884821"/>
                                </a:lnTo>
                                <a:lnTo>
                                  <a:pt x="2473098" y="888446"/>
                                </a:lnTo>
                                <a:lnTo>
                                  <a:pt x="2466974" y="891618"/>
                                </a:lnTo>
                                <a:lnTo>
                                  <a:pt x="2460624" y="894110"/>
                                </a:lnTo>
                                <a:lnTo>
                                  <a:pt x="2457676" y="894790"/>
                                </a:lnTo>
                                <a:lnTo>
                                  <a:pt x="2455181" y="895470"/>
                                </a:lnTo>
                                <a:lnTo>
                                  <a:pt x="2452233" y="895923"/>
                                </a:lnTo>
                                <a:lnTo>
                                  <a:pt x="2449512" y="896376"/>
                                </a:lnTo>
                                <a:lnTo>
                                  <a:pt x="2447017" y="896376"/>
                                </a:lnTo>
                                <a:lnTo>
                                  <a:pt x="2444976" y="896376"/>
                                </a:lnTo>
                                <a:lnTo>
                                  <a:pt x="2442708" y="895923"/>
                                </a:lnTo>
                                <a:lnTo>
                                  <a:pt x="2440667" y="895470"/>
                                </a:lnTo>
                                <a:lnTo>
                                  <a:pt x="2439080" y="894790"/>
                                </a:lnTo>
                                <a:lnTo>
                                  <a:pt x="2437492" y="893430"/>
                                </a:lnTo>
                                <a:lnTo>
                                  <a:pt x="2436358" y="890938"/>
                                </a:lnTo>
                                <a:lnTo>
                                  <a:pt x="2449285" y="887313"/>
                                </a:lnTo>
                                <a:lnTo>
                                  <a:pt x="2435905" y="889579"/>
                                </a:lnTo>
                                <a:lnTo>
                                  <a:pt x="2437492" y="887086"/>
                                </a:lnTo>
                                <a:lnTo>
                                  <a:pt x="2434771" y="887313"/>
                                </a:lnTo>
                                <a:lnTo>
                                  <a:pt x="2445656" y="884821"/>
                                </a:lnTo>
                                <a:lnTo>
                                  <a:pt x="2445883" y="884821"/>
                                </a:lnTo>
                                <a:lnTo>
                                  <a:pt x="2446110" y="884821"/>
                                </a:lnTo>
                                <a:lnTo>
                                  <a:pt x="2446337" y="884821"/>
                                </a:lnTo>
                                <a:lnTo>
                                  <a:pt x="2446564" y="884821"/>
                                </a:lnTo>
                                <a:lnTo>
                                  <a:pt x="2446790" y="884821"/>
                                </a:lnTo>
                                <a:lnTo>
                                  <a:pt x="2447017" y="884594"/>
                                </a:lnTo>
                                <a:lnTo>
                                  <a:pt x="2448378" y="884594"/>
                                </a:lnTo>
                                <a:lnTo>
                                  <a:pt x="2454274" y="882555"/>
                                </a:lnTo>
                                <a:lnTo>
                                  <a:pt x="2442255" y="883688"/>
                                </a:lnTo>
                                <a:lnTo>
                                  <a:pt x="2445430" y="881195"/>
                                </a:lnTo>
                                <a:lnTo>
                                  <a:pt x="2442481" y="880969"/>
                                </a:lnTo>
                                <a:lnTo>
                                  <a:pt x="2446110" y="879609"/>
                                </a:lnTo>
                                <a:lnTo>
                                  <a:pt x="2435224" y="881195"/>
                                </a:lnTo>
                                <a:lnTo>
                                  <a:pt x="2446337" y="878023"/>
                                </a:lnTo>
                                <a:lnTo>
                                  <a:pt x="2436585" y="879156"/>
                                </a:lnTo>
                                <a:lnTo>
                                  <a:pt x="2437265" y="876437"/>
                                </a:lnTo>
                                <a:lnTo>
                                  <a:pt x="2440214" y="875758"/>
                                </a:lnTo>
                                <a:lnTo>
                                  <a:pt x="2441347" y="872586"/>
                                </a:lnTo>
                                <a:lnTo>
                                  <a:pt x="2444296" y="871226"/>
                                </a:lnTo>
                                <a:lnTo>
                                  <a:pt x="2444296" y="871000"/>
                                </a:lnTo>
                                <a:lnTo>
                                  <a:pt x="2446790" y="868960"/>
                                </a:lnTo>
                                <a:lnTo>
                                  <a:pt x="2443615" y="867374"/>
                                </a:lnTo>
                                <a:lnTo>
                                  <a:pt x="2447017" y="866468"/>
                                </a:lnTo>
                                <a:lnTo>
                                  <a:pt x="2448831" y="863069"/>
                                </a:lnTo>
                                <a:lnTo>
                                  <a:pt x="2445430" y="861936"/>
                                </a:lnTo>
                                <a:lnTo>
                                  <a:pt x="2444749" y="858311"/>
                                </a:lnTo>
                                <a:lnTo>
                                  <a:pt x="2452460" y="864202"/>
                                </a:lnTo>
                                <a:lnTo>
                                  <a:pt x="2456315" y="861483"/>
                                </a:lnTo>
                                <a:lnTo>
                                  <a:pt x="2454501" y="858764"/>
                                </a:lnTo>
                                <a:lnTo>
                                  <a:pt x="2457676" y="858311"/>
                                </a:lnTo>
                                <a:lnTo>
                                  <a:pt x="2460171" y="860803"/>
                                </a:lnTo>
                                <a:lnTo>
                                  <a:pt x="2461985" y="857858"/>
                                </a:lnTo>
                                <a:lnTo>
                                  <a:pt x="2465160" y="857405"/>
                                </a:lnTo>
                                <a:lnTo>
                                  <a:pt x="2466747" y="859444"/>
                                </a:lnTo>
                                <a:lnTo>
                                  <a:pt x="2474458" y="858764"/>
                                </a:lnTo>
                                <a:lnTo>
                                  <a:pt x="2469015" y="854686"/>
                                </a:lnTo>
                                <a:lnTo>
                                  <a:pt x="2483076" y="854459"/>
                                </a:lnTo>
                                <a:lnTo>
                                  <a:pt x="2486752" y="846299"/>
                                </a:lnTo>
                                <a:lnTo>
                                  <a:pt x="2489653" y="846756"/>
                                </a:lnTo>
                                <a:lnTo>
                                  <a:pt x="2492819" y="847057"/>
                                </a:lnTo>
                                <a:lnTo>
                                  <a:pt x="2492601" y="848795"/>
                                </a:lnTo>
                                <a:lnTo>
                                  <a:pt x="2492601" y="850834"/>
                                </a:lnTo>
                                <a:lnTo>
                                  <a:pt x="2492828" y="851514"/>
                                </a:lnTo>
                                <a:lnTo>
                                  <a:pt x="2493055" y="852420"/>
                                </a:lnTo>
                                <a:lnTo>
                                  <a:pt x="2493735" y="852873"/>
                                </a:lnTo>
                                <a:lnTo>
                                  <a:pt x="2494869" y="853553"/>
                                </a:lnTo>
                                <a:lnTo>
                                  <a:pt x="2496456" y="854006"/>
                                </a:lnTo>
                                <a:lnTo>
                                  <a:pt x="2498271" y="854006"/>
                                </a:lnTo>
                                <a:lnTo>
                                  <a:pt x="2496910" y="850834"/>
                                </a:lnTo>
                                <a:lnTo>
                                  <a:pt x="2505981" y="847889"/>
                                </a:lnTo>
                                <a:lnTo>
                                  <a:pt x="2505755" y="847889"/>
                                </a:lnTo>
                                <a:lnTo>
                                  <a:pt x="2505528" y="847889"/>
                                </a:lnTo>
                                <a:lnTo>
                                  <a:pt x="2505074" y="847889"/>
                                </a:lnTo>
                                <a:lnTo>
                                  <a:pt x="2502806" y="848115"/>
                                </a:lnTo>
                                <a:lnTo>
                                  <a:pt x="2499178" y="847662"/>
                                </a:lnTo>
                                <a:lnTo>
                                  <a:pt x="2494415" y="847209"/>
                                </a:lnTo>
                                <a:lnTo>
                                  <a:pt x="2492819" y="847057"/>
                                </a:lnTo>
                                <a:lnTo>
                                  <a:pt x="2492828" y="846982"/>
                                </a:lnTo>
                                <a:lnTo>
                                  <a:pt x="2492601" y="846076"/>
                                </a:lnTo>
                                <a:lnTo>
                                  <a:pt x="2492148" y="845623"/>
                                </a:lnTo>
                                <a:lnTo>
                                  <a:pt x="2491467" y="845170"/>
                                </a:lnTo>
                                <a:lnTo>
                                  <a:pt x="2490560" y="844943"/>
                                </a:lnTo>
                                <a:lnTo>
                                  <a:pt x="2489199" y="844943"/>
                                </a:lnTo>
                                <a:lnTo>
                                  <a:pt x="2487158" y="845396"/>
                                </a:lnTo>
                                <a:lnTo>
                                  <a:pt x="2486752" y="846299"/>
                                </a:lnTo>
                                <a:lnTo>
                                  <a:pt x="2485344" y="846076"/>
                                </a:lnTo>
                                <a:lnTo>
                                  <a:pt x="2482169" y="845623"/>
                                </a:lnTo>
                                <a:lnTo>
                                  <a:pt x="2481262" y="845170"/>
                                </a:lnTo>
                                <a:lnTo>
                                  <a:pt x="2481035" y="844943"/>
                                </a:lnTo>
                                <a:lnTo>
                                  <a:pt x="2481035" y="844717"/>
                                </a:lnTo>
                                <a:lnTo>
                                  <a:pt x="2481489" y="844263"/>
                                </a:lnTo>
                                <a:lnTo>
                                  <a:pt x="2482849" y="843584"/>
                                </a:lnTo>
                                <a:lnTo>
                                  <a:pt x="2485344" y="842677"/>
                                </a:lnTo>
                                <a:lnTo>
                                  <a:pt x="2488292" y="841771"/>
                                </a:lnTo>
                                <a:lnTo>
                                  <a:pt x="2482536" y="840333"/>
                                </a:lnTo>
                                <a:lnTo>
                                  <a:pt x="2485798" y="840185"/>
                                </a:lnTo>
                                <a:lnTo>
                                  <a:pt x="2502353" y="838146"/>
                                </a:lnTo>
                                <a:lnTo>
                                  <a:pt x="2514245" y="836475"/>
                                </a:lnTo>
                                <a:lnTo>
                                  <a:pt x="2515053" y="837013"/>
                                </a:lnTo>
                                <a:lnTo>
                                  <a:pt x="2519135" y="836107"/>
                                </a:lnTo>
                                <a:lnTo>
                                  <a:pt x="2516867" y="836107"/>
                                </a:lnTo>
                                <a:lnTo>
                                  <a:pt x="2514245" y="836475"/>
                                </a:lnTo>
                                <a:lnTo>
                                  <a:pt x="2512331" y="835200"/>
                                </a:lnTo>
                                <a:lnTo>
                                  <a:pt x="2514826" y="832482"/>
                                </a:lnTo>
                                <a:lnTo>
                                  <a:pt x="2512331" y="830895"/>
                                </a:lnTo>
                                <a:lnTo>
                                  <a:pt x="2515280" y="829763"/>
                                </a:lnTo>
                                <a:lnTo>
                                  <a:pt x="2510971" y="830895"/>
                                </a:lnTo>
                                <a:lnTo>
                                  <a:pt x="2503940" y="832482"/>
                                </a:lnTo>
                                <a:lnTo>
                                  <a:pt x="2501219" y="833161"/>
                                </a:lnTo>
                                <a:lnTo>
                                  <a:pt x="2500539" y="833161"/>
                                </a:lnTo>
                                <a:lnTo>
                                  <a:pt x="2500312" y="832708"/>
                                </a:lnTo>
                                <a:lnTo>
                                  <a:pt x="2500765" y="832482"/>
                                </a:lnTo>
                                <a:lnTo>
                                  <a:pt x="2501673" y="831802"/>
                                </a:lnTo>
                                <a:lnTo>
                                  <a:pt x="2506435" y="829763"/>
                                </a:lnTo>
                                <a:lnTo>
                                  <a:pt x="2500765" y="825684"/>
                                </a:lnTo>
                                <a:lnTo>
                                  <a:pt x="2517024" y="823407"/>
                                </a:lnTo>
                                <a:lnTo>
                                  <a:pt x="2514600" y="820379"/>
                                </a:lnTo>
                                <a:lnTo>
                                  <a:pt x="2518541" y="817585"/>
                                </a:lnTo>
                                <a:lnTo>
                                  <a:pt x="2520950" y="821141"/>
                                </a:lnTo>
                                <a:lnTo>
                                  <a:pt x="2518339" y="823223"/>
                                </a:lnTo>
                                <a:lnTo>
                                  <a:pt x="2525031" y="822286"/>
                                </a:lnTo>
                                <a:lnTo>
                                  <a:pt x="2525258" y="822286"/>
                                </a:lnTo>
                                <a:lnTo>
                                  <a:pt x="2525485" y="822286"/>
                                </a:lnTo>
                                <a:lnTo>
                                  <a:pt x="2525485" y="822059"/>
                                </a:lnTo>
                                <a:lnTo>
                                  <a:pt x="2527980" y="822059"/>
                                </a:lnTo>
                                <a:lnTo>
                                  <a:pt x="2540226" y="829763"/>
                                </a:lnTo>
                                <a:lnTo>
                                  <a:pt x="2528887" y="817301"/>
                                </a:lnTo>
                                <a:lnTo>
                                  <a:pt x="2540432" y="821382"/>
                                </a:lnTo>
                                <a:lnTo>
                                  <a:pt x="2540226" y="821606"/>
                                </a:lnTo>
                                <a:lnTo>
                                  <a:pt x="2543628" y="822512"/>
                                </a:lnTo>
                                <a:lnTo>
                                  <a:pt x="2540432" y="821382"/>
                                </a:lnTo>
                                <a:lnTo>
                                  <a:pt x="2542721" y="818887"/>
                                </a:lnTo>
                                <a:lnTo>
                                  <a:pt x="2537958" y="818887"/>
                                </a:lnTo>
                                <a:lnTo>
                                  <a:pt x="2541360" y="818207"/>
                                </a:lnTo>
                                <a:lnTo>
                                  <a:pt x="2535917" y="815262"/>
                                </a:lnTo>
                                <a:lnTo>
                                  <a:pt x="2552246" y="810730"/>
                                </a:lnTo>
                                <a:lnTo>
                                  <a:pt x="2549071" y="811183"/>
                                </a:lnTo>
                                <a:lnTo>
                                  <a:pt x="2546803" y="808691"/>
                                </a:lnTo>
                                <a:lnTo>
                                  <a:pt x="2560864" y="803253"/>
                                </a:lnTo>
                                <a:lnTo>
                                  <a:pt x="2559957" y="806199"/>
                                </a:lnTo>
                                <a:lnTo>
                                  <a:pt x="2568121" y="803253"/>
                                </a:lnTo>
                                <a:lnTo>
                                  <a:pt x="2569708" y="802800"/>
                                </a:lnTo>
                                <a:lnTo>
                                  <a:pt x="2563132" y="802800"/>
                                </a:lnTo>
                                <a:lnTo>
                                  <a:pt x="2569028" y="799854"/>
                                </a:lnTo>
                                <a:lnTo>
                                  <a:pt x="2562678" y="800534"/>
                                </a:lnTo>
                                <a:lnTo>
                                  <a:pt x="2576965" y="794190"/>
                                </a:lnTo>
                                <a:lnTo>
                                  <a:pt x="2579233" y="803480"/>
                                </a:lnTo>
                                <a:lnTo>
                                  <a:pt x="2588985" y="801667"/>
                                </a:lnTo>
                                <a:lnTo>
                                  <a:pt x="2587398" y="798948"/>
                                </a:lnTo>
                                <a:lnTo>
                                  <a:pt x="2605087" y="796003"/>
                                </a:lnTo>
                                <a:lnTo>
                                  <a:pt x="2605087" y="793058"/>
                                </a:lnTo>
                                <a:lnTo>
                                  <a:pt x="2608035" y="791471"/>
                                </a:lnTo>
                                <a:lnTo>
                                  <a:pt x="2601685" y="793284"/>
                                </a:lnTo>
                                <a:lnTo>
                                  <a:pt x="2621189" y="783088"/>
                                </a:lnTo>
                                <a:lnTo>
                                  <a:pt x="2619601" y="780369"/>
                                </a:lnTo>
                                <a:lnTo>
                                  <a:pt x="2616426" y="780822"/>
                                </a:lnTo>
                                <a:lnTo>
                                  <a:pt x="2625853" y="774252"/>
                                </a:lnTo>
                                <a:lnTo>
                                  <a:pt x="2625951" y="774252"/>
                                </a:lnTo>
                                <a:lnTo>
                                  <a:pt x="2626178" y="774025"/>
                                </a:lnTo>
                                <a:lnTo>
                                  <a:pt x="2625853" y="774252"/>
                                </a:lnTo>
                                <a:lnTo>
                                  <a:pt x="2625724" y="774252"/>
                                </a:lnTo>
                                <a:lnTo>
                                  <a:pt x="2625271" y="774252"/>
                                </a:lnTo>
                                <a:lnTo>
                                  <a:pt x="2624817" y="774252"/>
                                </a:lnTo>
                                <a:lnTo>
                                  <a:pt x="2624590" y="774478"/>
                                </a:lnTo>
                                <a:lnTo>
                                  <a:pt x="2624137" y="774478"/>
                                </a:lnTo>
                                <a:lnTo>
                                  <a:pt x="2623457" y="774478"/>
                                </a:lnTo>
                                <a:lnTo>
                                  <a:pt x="2620735" y="773572"/>
                                </a:lnTo>
                                <a:lnTo>
                                  <a:pt x="2623230" y="771533"/>
                                </a:lnTo>
                                <a:lnTo>
                                  <a:pt x="2605540" y="782408"/>
                                </a:lnTo>
                                <a:lnTo>
                                  <a:pt x="2611890" y="779689"/>
                                </a:lnTo>
                                <a:lnTo>
                                  <a:pt x="2611437" y="783314"/>
                                </a:lnTo>
                                <a:lnTo>
                                  <a:pt x="2609169" y="785354"/>
                                </a:lnTo>
                                <a:lnTo>
                                  <a:pt x="2606901" y="787393"/>
                                </a:lnTo>
                                <a:lnTo>
                                  <a:pt x="2604633" y="789206"/>
                                </a:lnTo>
                                <a:lnTo>
                                  <a:pt x="2602139" y="790565"/>
                                </a:lnTo>
                                <a:lnTo>
                                  <a:pt x="2599871" y="791924"/>
                                </a:lnTo>
                                <a:lnTo>
                                  <a:pt x="2597830" y="793058"/>
                                </a:lnTo>
                                <a:lnTo>
                                  <a:pt x="2595789" y="793737"/>
                                </a:lnTo>
                                <a:lnTo>
                                  <a:pt x="2593974" y="794190"/>
                                </a:lnTo>
                                <a:lnTo>
                                  <a:pt x="2591933" y="794417"/>
                                </a:lnTo>
                                <a:lnTo>
                                  <a:pt x="2590573" y="794417"/>
                                </a:lnTo>
                                <a:lnTo>
                                  <a:pt x="2588985" y="794190"/>
                                </a:lnTo>
                                <a:lnTo>
                                  <a:pt x="2588078" y="793511"/>
                                </a:lnTo>
                                <a:lnTo>
                                  <a:pt x="2587398" y="792604"/>
                                </a:lnTo>
                                <a:lnTo>
                                  <a:pt x="2586944" y="791018"/>
                                </a:lnTo>
                                <a:lnTo>
                                  <a:pt x="2586717" y="789432"/>
                                </a:lnTo>
                                <a:lnTo>
                                  <a:pt x="2586944" y="787393"/>
                                </a:lnTo>
                                <a:lnTo>
                                  <a:pt x="2575151" y="791698"/>
                                </a:lnTo>
                                <a:lnTo>
                                  <a:pt x="2574924" y="788753"/>
                                </a:lnTo>
                                <a:lnTo>
                                  <a:pt x="2574471" y="788753"/>
                                </a:lnTo>
                                <a:lnTo>
                                  <a:pt x="2586037" y="782635"/>
                                </a:lnTo>
                                <a:lnTo>
                                  <a:pt x="2586264" y="780369"/>
                                </a:lnTo>
                                <a:lnTo>
                                  <a:pt x="2598057" y="772439"/>
                                </a:lnTo>
                                <a:lnTo>
                                  <a:pt x="2598737" y="770173"/>
                                </a:lnTo>
                                <a:lnTo>
                                  <a:pt x="2599871" y="768361"/>
                                </a:lnTo>
                                <a:lnTo>
                                  <a:pt x="2601005" y="766775"/>
                                </a:lnTo>
                                <a:lnTo>
                                  <a:pt x="2602365" y="764962"/>
                                </a:lnTo>
                                <a:lnTo>
                                  <a:pt x="2603726" y="763829"/>
                                </a:lnTo>
                                <a:lnTo>
                                  <a:pt x="2605087" y="762470"/>
                                </a:lnTo>
                                <a:lnTo>
                                  <a:pt x="2606901" y="761337"/>
                                </a:lnTo>
                                <a:lnTo>
                                  <a:pt x="2608262" y="760430"/>
                                </a:lnTo>
                                <a:lnTo>
                                  <a:pt x="2609849" y="759751"/>
                                </a:lnTo>
                                <a:lnTo>
                                  <a:pt x="2611890" y="759298"/>
                                </a:lnTo>
                                <a:lnTo>
                                  <a:pt x="2613705" y="759071"/>
                                </a:lnTo>
                                <a:lnTo>
                                  <a:pt x="2615519" y="758845"/>
                                </a:lnTo>
                                <a:lnTo>
                                  <a:pt x="2617560" y="758845"/>
                                </a:lnTo>
                                <a:lnTo>
                                  <a:pt x="2619374" y="759071"/>
                                </a:lnTo>
                                <a:lnTo>
                                  <a:pt x="2621415" y="759524"/>
                                </a:lnTo>
                                <a:lnTo>
                                  <a:pt x="2623230" y="760204"/>
                                </a:lnTo>
                                <a:lnTo>
                                  <a:pt x="2622323" y="763149"/>
                                </a:lnTo>
                                <a:lnTo>
                                  <a:pt x="2632301" y="758165"/>
                                </a:lnTo>
                                <a:lnTo>
                                  <a:pt x="2630260" y="756126"/>
                                </a:lnTo>
                                <a:lnTo>
                                  <a:pt x="2633435" y="754313"/>
                                </a:lnTo>
                                <a:lnTo>
                                  <a:pt x="2627765" y="752500"/>
                                </a:lnTo>
                                <a:lnTo>
                                  <a:pt x="2637517" y="746836"/>
                                </a:lnTo>
                                <a:lnTo>
                                  <a:pt x="2624364" y="750008"/>
                                </a:lnTo>
                                <a:lnTo>
                                  <a:pt x="2624137" y="750008"/>
                                </a:lnTo>
                                <a:lnTo>
                                  <a:pt x="2625271" y="749555"/>
                                </a:lnTo>
                                <a:lnTo>
                                  <a:pt x="2626405" y="746383"/>
                                </a:lnTo>
                                <a:lnTo>
                                  <a:pt x="2632982" y="744344"/>
                                </a:lnTo>
                                <a:lnTo>
                                  <a:pt x="2626632" y="745250"/>
                                </a:lnTo>
                                <a:lnTo>
                                  <a:pt x="2642280" y="737773"/>
                                </a:lnTo>
                                <a:lnTo>
                                  <a:pt x="2641146" y="736414"/>
                                </a:lnTo>
                                <a:lnTo>
                                  <a:pt x="2649764" y="733015"/>
                                </a:lnTo>
                                <a:lnTo>
                                  <a:pt x="2651299" y="735059"/>
                                </a:lnTo>
                                <a:lnTo>
                                  <a:pt x="2645682" y="737546"/>
                                </a:lnTo>
                                <a:lnTo>
                                  <a:pt x="2651805" y="735734"/>
                                </a:lnTo>
                                <a:lnTo>
                                  <a:pt x="2651299" y="735059"/>
                                </a:lnTo>
                                <a:lnTo>
                                  <a:pt x="2665639" y="728710"/>
                                </a:lnTo>
                                <a:lnTo>
                                  <a:pt x="2656541" y="732031"/>
                                </a:lnTo>
                                <a:lnTo>
                                  <a:pt x="2653846" y="731202"/>
                                </a:lnTo>
                                <a:lnTo>
                                  <a:pt x="2654980" y="728030"/>
                                </a:lnTo>
                                <a:lnTo>
                                  <a:pt x="2648630" y="729163"/>
                                </a:lnTo>
                                <a:lnTo>
                                  <a:pt x="2654980" y="721686"/>
                                </a:lnTo>
                                <a:lnTo>
                                  <a:pt x="2655207" y="721686"/>
                                </a:lnTo>
                                <a:lnTo>
                                  <a:pt x="2659289" y="724405"/>
                                </a:lnTo>
                                <a:lnTo>
                                  <a:pt x="2665185" y="722366"/>
                                </a:lnTo>
                                <a:lnTo>
                                  <a:pt x="2656341" y="719420"/>
                                </a:lnTo>
                                <a:lnTo>
                                  <a:pt x="2657248" y="716248"/>
                                </a:lnTo>
                                <a:lnTo>
                                  <a:pt x="2663824" y="716248"/>
                                </a:lnTo>
                                <a:lnTo>
                                  <a:pt x="2662464" y="712849"/>
                                </a:lnTo>
                                <a:lnTo>
                                  <a:pt x="2676524" y="709224"/>
                                </a:lnTo>
                                <a:lnTo>
                                  <a:pt x="2668233" y="705560"/>
                                </a:lnTo>
                                <a:lnTo>
                                  <a:pt x="2667868" y="705700"/>
                                </a:lnTo>
                                <a:lnTo>
                                  <a:pt x="2655887" y="711223"/>
                                </a:lnTo>
                                <a:lnTo>
                                  <a:pt x="2664274" y="704872"/>
                                </a:lnTo>
                                <a:lnTo>
                                  <a:pt x="2667656" y="705305"/>
                                </a:lnTo>
                                <a:lnTo>
                                  <a:pt x="2664732" y="704013"/>
                                </a:lnTo>
                                <a:lnTo>
                                  <a:pt x="2671082" y="701747"/>
                                </a:lnTo>
                                <a:lnTo>
                                  <a:pt x="2678792" y="698575"/>
                                </a:lnTo>
                                <a:lnTo>
                                  <a:pt x="2681287" y="697216"/>
                                </a:lnTo>
                                <a:lnTo>
                                  <a:pt x="2681967" y="696989"/>
                                </a:lnTo>
                                <a:lnTo>
                                  <a:pt x="2681967" y="696763"/>
                                </a:lnTo>
                                <a:lnTo>
                                  <a:pt x="2681287" y="696763"/>
                                </a:lnTo>
                                <a:lnTo>
                                  <a:pt x="2679926" y="696989"/>
                                </a:lnTo>
                                <a:lnTo>
                                  <a:pt x="2674710" y="698349"/>
                                </a:lnTo>
                                <a:lnTo>
                                  <a:pt x="2684916" y="693137"/>
                                </a:lnTo>
                                <a:lnTo>
                                  <a:pt x="2674710" y="693817"/>
                                </a:lnTo>
                                <a:lnTo>
                                  <a:pt x="2676978" y="690419"/>
                                </a:lnTo>
                                <a:lnTo>
                                  <a:pt x="2675844" y="687926"/>
                                </a:lnTo>
                                <a:lnTo>
                                  <a:pt x="2682194" y="688833"/>
                                </a:lnTo>
                                <a:lnTo>
                                  <a:pt x="2691946" y="682942"/>
                                </a:lnTo>
                                <a:lnTo>
                                  <a:pt x="2682421" y="685434"/>
                                </a:lnTo>
                                <a:lnTo>
                                  <a:pt x="2681514" y="682489"/>
                                </a:lnTo>
                                <a:lnTo>
                                  <a:pt x="2693080" y="679543"/>
                                </a:lnTo>
                                <a:lnTo>
                                  <a:pt x="2689678" y="678183"/>
                                </a:lnTo>
                                <a:lnTo>
                                  <a:pt x="2696708" y="676371"/>
                                </a:lnTo>
                                <a:lnTo>
                                  <a:pt x="2691039" y="672746"/>
                                </a:lnTo>
                                <a:lnTo>
                                  <a:pt x="2711223" y="666401"/>
                                </a:lnTo>
                                <a:lnTo>
                                  <a:pt x="2708274" y="666401"/>
                                </a:lnTo>
                                <a:lnTo>
                                  <a:pt x="2708501" y="665495"/>
                                </a:lnTo>
                                <a:lnTo>
                                  <a:pt x="2734808" y="660964"/>
                                </a:lnTo>
                                <a:lnTo>
                                  <a:pt x="2734355" y="658018"/>
                                </a:lnTo>
                                <a:lnTo>
                                  <a:pt x="2710542" y="659378"/>
                                </a:lnTo>
                                <a:lnTo>
                                  <a:pt x="2722108" y="653713"/>
                                </a:lnTo>
                                <a:lnTo>
                                  <a:pt x="2719387" y="652354"/>
                                </a:lnTo>
                                <a:lnTo>
                                  <a:pt x="2722108" y="650768"/>
                                </a:lnTo>
                                <a:lnTo>
                                  <a:pt x="2741158" y="653033"/>
                                </a:lnTo>
                                <a:lnTo>
                                  <a:pt x="2739798" y="650315"/>
                                </a:lnTo>
                                <a:lnTo>
                                  <a:pt x="2745602" y="646969"/>
                                </a:lnTo>
                                <a:lnTo>
                                  <a:pt x="2745921" y="646916"/>
                                </a:lnTo>
                                <a:lnTo>
                                  <a:pt x="2745694" y="646916"/>
                                </a:lnTo>
                                <a:lnTo>
                                  <a:pt x="2745602" y="646969"/>
                                </a:lnTo>
                                <a:lnTo>
                                  <a:pt x="2743200" y="647369"/>
                                </a:lnTo>
                                <a:lnTo>
                                  <a:pt x="2730046" y="649408"/>
                                </a:lnTo>
                                <a:lnTo>
                                  <a:pt x="2733448" y="647822"/>
                                </a:lnTo>
                                <a:lnTo>
                                  <a:pt x="2732087" y="644877"/>
                                </a:lnTo>
                                <a:lnTo>
                                  <a:pt x="2744787" y="644197"/>
                                </a:lnTo>
                                <a:lnTo>
                                  <a:pt x="2743200" y="643517"/>
                                </a:lnTo>
                                <a:lnTo>
                                  <a:pt x="2741158" y="643291"/>
                                </a:lnTo>
                                <a:lnTo>
                                  <a:pt x="2739117" y="643291"/>
                                </a:lnTo>
                                <a:lnTo>
                                  <a:pt x="2736623" y="643517"/>
                                </a:lnTo>
                                <a:lnTo>
                                  <a:pt x="2731180" y="644877"/>
                                </a:lnTo>
                                <a:lnTo>
                                  <a:pt x="2726644" y="646236"/>
                                </a:lnTo>
                                <a:lnTo>
                                  <a:pt x="2723016" y="647596"/>
                                </a:lnTo>
                                <a:lnTo>
                                  <a:pt x="2721882" y="647822"/>
                                </a:lnTo>
                                <a:lnTo>
                                  <a:pt x="2720974" y="647822"/>
                                </a:lnTo>
                                <a:lnTo>
                                  <a:pt x="2720974" y="647596"/>
                                </a:lnTo>
                                <a:lnTo>
                                  <a:pt x="2722108" y="646689"/>
                                </a:lnTo>
                                <a:lnTo>
                                  <a:pt x="2726191" y="643517"/>
                                </a:lnTo>
                                <a:lnTo>
                                  <a:pt x="2723016" y="641931"/>
                                </a:lnTo>
                                <a:lnTo>
                                  <a:pt x="2726191" y="640572"/>
                                </a:lnTo>
                                <a:lnTo>
                                  <a:pt x="2729366" y="639439"/>
                                </a:lnTo>
                                <a:lnTo>
                                  <a:pt x="2735716" y="638080"/>
                                </a:lnTo>
                                <a:lnTo>
                                  <a:pt x="2738664" y="637173"/>
                                </a:lnTo>
                                <a:lnTo>
                                  <a:pt x="2741385" y="636040"/>
                                </a:lnTo>
                                <a:lnTo>
                                  <a:pt x="2744333" y="634908"/>
                                </a:lnTo>
                                <a:lnTo>
                                  <a:pt x="2746828" y="633321"/>
                                </a:lnTo>
                                <a:lnTo>
                                  <a:pt x="2733901" y="633775"/>
                                </a:lnTo>
                                <a:lnTo>
                                  <a:pt x="2751817" y="628790"/>
                                </a:lnTo>
                                <a:lnTo>
                                  <a:pt x="2753632" y="634681"/>
                                </a:lnTo>
                                <a:lnTo>
                                  <a:pt x="2757033" y="636493"/>
                                </a:lnTo>
                                <a:lnTo>
                                  <a:pt x="2755673" y="633321"/>
                                </a:lnTo>
                                <a:lnTo>
                                  <a:pt x="2759528" y="633775"/>
                                </a:lnTo>
                                <a:lnTo>
                                  <a:pt x="2756580" y="632415"/>
                                </a:lnTo>
                                <a:lnTo>
                                  <a:pt x="2759528" y="632868"/>
                                </a:lnTo>
                                <a:lnTo>
                                  <a:pt x="2761116" y="629923"/>
                                </a:lnTo>
                                <a:lnTo>
                                  <a:pt x="2764291" y="629470"/>
                                </a:lnTo>
                                <a:lnTo>
                                  <a:pt x="2757487" y="628110"/>
                                </a:lnTo>
                                <a:lnTo>
                                  <a:pt x="2760435" y="626524"/>
                                </a:lnTo>
                                <a:lnTo>
                                  <a:pt x="2753858" y="626524"/>
                                </a:lnTo>
                                <a:lnTo>
                                  <a:pt x="2755900" y="624032"/>
                                </a:lnTo>
                                <a:lnTo>
                                  <a:pt x="2765651" y="626524"/>
                                </a:lnTo>
                                <a:lnTo>
                                  <a:pt x="2757487" y="621766"/>
                                </a:lnTo>
                                <a:lnTo>
                                  <a:pt x="2780166" y="621993"/>
                                </a:lnTo>
                                <a:lnTo>
                                  <a:pt x="2781073" y="621993"/>
                                </a:lnTo>
                                <a:lnTo>
                                  <a:pt x="2779258" y="619500"/>
                                </a:lnTo>
                                <a:lnTo>
                                  <a:pt x="2791732" y="616555"/>
                                </a:lnTo>
                                <a:lnTo>
                                  <a:pt x="2760435" y="617914"/>
                                </a:lnTo>
                                <a:lnTo>
                                  <a:pt x="2763383" y="615875"/>
                                </a:lnTo>
                                <a:lnTo>
                                  <a:pt x="2766785" y="614062"/>
                                </a:lnTo>
                                <a:lnTo>
                                  <a:pt x="2773135" y="610438"/>
                                </a:lnTo>
                                <a:lnTo>
                                  <a:pt x="2773729" y="610141"/>
                                </a:lnTo>
                                <a:lnTo>
                                  <a:pt x="2768600" y="611208"/>
                                </a:lnTo>
                                <a:lnTo>
                                  <a:pt x="2772996" y="608033"/>
                                </a:lnTo>
                                <a:lnTo>
                                  <a:pt x="2774674" y="609669"/>
                                </a:lnTo>
                                <a:lnTo>
                                  <a:pt x="2778125" y="607945"/>
                                </a:lnTo>
                                <a:lnTo>
                                  <a:pt x="2779712" y="607492"/>
                                </a:lnTo>
                                <a:lnTo>
                                  <a:pt x="2780166" y="607492"/>
                                </a:lnTo>
                                <a:lnTo>
                                  <a:pt x="2788557" y="602960"/>
                                </a:lnTo>
                                <a:lnTo>
                                  <a:pt x="2785382" y="602507"/>
                                </a:lnTo>
                                <a:lnTo>
                                  <a:pt x="2796948" y="595257"/>
                                </a:lnTo>
                                <a:lnTo>
                                  <a:pt x="2795360" y="592311"/>
                                </a:lnTo>
                                <a:lnTo>
                                  <a:pt x="2805339" y="587100"/>
                                </a:lnTo>
                                <a:lnTo>
                                  <a:pt x="2806700" y="590045"/>
                                </a:lnTo>
                                <a:lnTo>
                                  <a:pt x="2815317" y="587780"/>
                                </a:lnTo>
                                <a:lnTo>
                                  <a:pt x="2807153" y="583248"/>
                                </a:lnTo>
                                <a:lnTo>
                                  <a:pt x="2822801" y="580756"/>
                                </a:lnTo>
                                <a:lnTo>
                                  <a:pt x="2816678" y="581209"/>
                                </a:lnTo>
                                <a:lnTo>
                                  <a:pt x="2817585" y="579170"/>
                                </a:lnTo>
                                <a:lnTo>
                                  <a:pt x="2818492" y="577584"/>
                                </a:lnTo>
                                <a:lnTo>
                                  <a:pt x="2819400" y="575998"/>
                                </a:lnTo>
                                <a:lnTo>
                                  <a:pt x="2820760" y="574865"/>
                                </a:lnTo>
                                <a:lnTo>
                                  <a:pt x="2822121" y="573958"/>
                                </a:lnTo>
                                <a:lnTo>
                                  <a:pt x="2823482" y="573279"/>
                                </a:lnTo>
                                <a:lnTo>
                                  <a:pt x="2824616" y="572599"/>
                                </a:lnTo>
                                <a:lnTo>
                                  <a:pt x="2825750" y="572373"/>
                                </a:lnTo>
                                <a:lnTo>
                                  <a:pt x="2827110" y="572599"/>
                                </a:lnTo>
                                <a:lnTo>
                                  <a:pt x="2828244" y="573052"/>
                                </a:lnTo>
                                <a:lnTo>
                                  <a:pt x="2829151" y="573732"/>
                                </a:lnTo>
                                <a:lnTo>
                                  <a:pt x="2830059" y="574638"/>
                                </a:lnTo>
                                <a:lnTo>
                                  <a:pt x="2830966" y="575771"/>
                                </a:lnTo>
                                <a:lnTo>
                                  <a:pt x="2831419" y="577584"/>
                                </a:lnTo>
                                <a:lnTo>
                                  <a:pt x="2831873" y="579170"/>
                                </a:lnTo>
                                <a:lnTo>
                                  <a:pt x="2831873" y="581435"/>
                                </a:lnTo>
                                <a:lnTo>
                                  <a:pt x="2837089" y="576904"/>
                                </a:lnTo>
                                <a:lnTo>
                                  <a:pt x="2835955" y="573732"/>
                                </a:lnTo>
                                <a:lnTo>
                                  <a:pt x="2847067" y="566935"/>
                                </a:lnTo>
                                <a:lnTo>
                                  <a:pt x="2847067" y="569653"/>
                                </a:lnTo>
                                <a:lnTo>
                                  <a:pt x="2846387" y="572146"/>
                                </a:lnTo>
                                <a:lnTo>
                                  <a:pt x="2845934" y="574638"/>
                                </a:lnTo>
                                <a:lnTo>
                                  <a:pt x="2845026" y="577131"/>
                                </a:lnTo>
                                <a:lnTo>
                                  <a:pt x="2843892" y="579170"/>
                                </a:lnTo>
                                <a:lnTo>
                                  <a:pt x="2842305" y="581435"/>
                                </a:lnTo>
                                <a:lnTo>
                                  <a:pt x="2840717" y="583701"/>
                                </a:lnTo>
                                <a:lnTo>
                                  <a:pt x="2838676" y="585514"/>
                                </a:lnTo>
                                <a:lnTo>
                                  <a:pt x="2845707" y="580983"/>
                                </a:lnTo>
                                <a:lnTo>
                                  <a:pt x="2850242" y="578264"/>
                                </a:lnTo>
                                <a:lnTo>
                                  <a:pt x="2852964" y="576451"/>
                                </a:lnTo>
                                <a:lnTo>
                                  <a:pt x="2852737" y="576451"/>
                                </a:lnTo>
                                <a:lnTo>
                                  <a:pt x="2852284" y="575998"/>
                                </a:lnTo>
                                <a:lnTo>
                                  <a:pt x="2852057" y="575545"/>
                                </a:lnTo>
                                <a:lnTo>
                                  <a:pt x="2852057" y="575091"/>
                                </a:lnTo>
                                <a:lnTo>
                                  <a:pt x="2852057" y="574185"/>
                                </a:lnTo>
                                <a:lnTo>
                                  <a:pt x="2852510" y="573052"/>
                                </a:lnTo>
                                <a:lnTo>
                                  <a:pt x="2860901" y="564442"/>
                                </a:lnTo>
                                <a:lnTo>
                                  <a:pt x="2859994" y="568294"/>
                                </a:lnTo>
                                <a:lnTo>
                                  <a:pt x="2867025" y="563083"/>
                                </a:lnTo>
                                <a:lnTo>
                                  <a:pt x="2884714" y="565802"/>
                                </a:lnTo>
                                <a:lnTo>
                                  <a:pt x="2880178" y="561497"/>
                                </a:lnTo>
                                <a:lnTo>
                                  <a:pt x="2883126" y="560591"/>
                                </a:lnTo>
                                <a:lnTo>
                                  <a:pt x="2881312" y="557419"/>
                                </a:lnTo>
                                <a:lnTo>
                                  <a:pt x="2863850" y="556285"/>
                                </a:lnTo>
                                <a:lnTo>
                                  <a:pt x="2869973" y="555832"/>
                                </a:lnTo>
                                <a:lnTo>
                                  <a:pt x="2870880" y="553114"/>
                                </a:lnTo>
                                <a:lnTo>
                                  <a:pt x="2877230" y="555606"/>
                                </a:lnTo>
                                <a:lnTo>
                                  <a:pt x="2878817" y="552434"/>
                                </a:lnTo>
                                <a:lnTo>
                                  <a:pt x="2890837" y="554926"/>
                                </a:lnTo>
                                <a:lnTo>
                                  <a:pt x="2890384" y="551981"/>
                                </a:lnTo>
                                <a:lnTo>
                                  <a:pt x="2901042" y="551981"/>
                                </a:lnTo>
                                <a:lnTo>
                                  <a:pt x="2892198" y="556965"/>
                                </a:lnTo>
                                <a:lnTo>
                                  <a:pt x="2902857" y="553340"/>
                                </a:lnTo>
                                <a:lnTo>
                                  <a:pt x="2904671" y="556965"/>
                                </a:lnTo>
                                <a:lnTo>
                                  <a:pt x="2915330" y="555606"/>
                                </a:lnTo>
                                <a:lnTo>
                                  <a:pt x="2908753" y="554020"/>
                                </a:lnTo>
                                <a:lnTo>
                                  <a:pt x="2911701" y="551074"/>
                                </a:lnTo>
                                <a:lnTo>
                                  <a:pt x="2908526" y="550395"/>
                                </a:lnTo>
                                <a:lnTo>
                                  <a:pt x="2909434" y="550395"/>
                                </a:lnTo>
                                <a:lnTo>
                                  <a:pt x="2913062" y="548355"/>
                                </a:lnTo>
                                <a:lnTo>
                                  <a:pt x="2916464" y="546996"/>
                                </a:lnTo>
                                <a:lnTo>
                                  <a:pt x="2922360" y="544277"/>
                                </a:lnTo>
                                <a:lnTo>
                                  <a:pt x="2924855" y="542918"/>
                                </a:lnTo>
                                <a:lnTo>
                                  <a:pt x="2926669" y="541332"/>
                                </a:lnTo>
                                <a:lnTo>
                                  <a:pt x="2927350" y="540425"/>
                                </a:lnTo>
                                <a:lnTo>
                                  <a:pt x="2928257" y="539519"/>
                                </a:lnTo>
                                <a:lnTo>
                                  <a:pt x="2928710" y="538160"/>
                                </a:lnTo>
                                <a:lnTo>
                                  <a:pt x="2928937" y="537253"/>
                                </a:lnTo>
                                <a:lnTo>
                                  <a:pt x="2935741" y="533855"/>
                                </a:lnTo>
                                <a:lnTo>
                                  <a:pt x="2929164" y="531362"/>
                                </a:lnTo>
                                <a:lnTo>
                                  <a:pt x="2935288" y="530909"/>
                                </a:lnTo>
                                <a:lnTo>
                                  <a:pt x="2935514" y="527964"/>
                                </a:lnTo>
                                <a:lnTo>
                                  <a:pt x="2938236" y="527511"/>
                                </a:lnTo>
                                <a:lnTo>
                                  <a:pt x="2940504" y="527284"/>
                                </a:lnTo>
                                <a:lnTo>
                                  <a:pt x="2945039" y="527737"/>
                                </a:lnTo>
                                <a:lnTo>
                                  <a:pt x="2946854" y="527964"/>
                                </a:lnTo>
                                <a:lnTo>
                                  <a:pt x="2948668" y="527737"/>
                                </a:lnTo>
                                <a:lnTo>
                                  <a:pt x="2949122" y="527511"/>
                                </a:lnTo>
                                <a:lnTo>
                                  <a:pt x="2949802" y="527057"/>
                                </a:lnTo>
                                <a:lnTo>
                                  <a:pt x="2950255" y="526604"/>
                                </a:lnTo>
                                <a:lnTo>
                                  <a:pt x="2950709" y="525924"/>
                                </a:lnTo>
                                <a:lnTo>
                                  <a:pt x="2952523" y="525924"/>
                                </a:lnTo>
                                <a:lnTo>
                                  <a:pt x="2962275" y="525924"/>
                                </a:lnTo>
                                <a:lnTo>
                                  <a:pt x="2947307" y="538386"/>
                                </a:lnTo>
                                <a:lnTo>
                                  <a:pt x="2950482" y="538386"/>
                                </a:lnTo>
                                <a:lnTo>
                                  <a:pt x="2946854" y="544504"/>
                                </a:lnTo>
                                <a:lnTo>
                                  <a:pt x="2948441" y="547676"/>
                                </a:lnTo>
                                <a:lnTo>
                                  <a:pt x="2951616" y="547676"/>
                                </a:lnTo>
                                <a:lnTo>
                                  <a:pt x="2955925" y="543824"/>
                                </a:lnTo>
                                <a:lnTo>
                                  <a:pt x="2978830" y="523206"/>
                                </a:lnTo>
                                <a:lnTo>
                                  <a:pt x="2979511" y="537480"/>
                                </a:lnTo>
                                <a:lnTo>
                                  <a:pt x="2990170" y="532948"/>
                                </a:lnTo>
                                <a:lnTo>
                                  <a:pt x="2988809" y="530003"/>
                                </a:lnTo>
                                <a:lnTo>
                                  <a:pt x="2991304" y="529323"/>
                                </a:lnTo>
                                <a:lnTo>
                                  <a:pt x="2989716" y="526151"/>
                                </a:lnTo>
                                <a:lnTo>
                                  <a:pt x="2991531" y="525245"/>
                                </a:lnTo>
                                <a:lnTo>
                                  <a:pt x="2997654" y="522526"/>
                                </a:lnTo>
                                <a:lnTo>
                                  <a:pt x="2990170" y="520940"/>
                                </a:lnTo>
                                <a:lnTo>
                                  <a:pt x="3004004" y="514369"/>
                                </a:lnTo>
                                <a:close/>
                                <a:moveTo>
                                  <a:pt x="1650546" y="512755"/>
                                </a:moveTo>
                                <a:lnTo>
                                  <a:pt x="1645103" y="514562"/>
                                </a:lnTo>
                                <a:lnTo>
                                  <a:pt x="1644423" y="514562"/>
                                </a:lnTo>
                                <a:lnTo>
                                  <a:pt x="1644877" y="514336"/>
                                </a:lnTo>
                                <a:lnTo>
                                  <a:pt x="1647130" y="513556"/>
                                </a:lnTo>
                                <a:lnTo>
                                  <a:pt x="1650546" y="512755"/>
                                </a:lnTo>
                                <a:close/>
                                <a:moveTo>
                                  <a:pt x="1621322" y="511229"/>
                                </a:moveTo>
                                <a:lnTo>
                                  <a:pt x="1622219" y="511872"/>
                                </a:lnTo>
                                <a:lnTo>
                                  <a:pt x="1623788" y="511658"/>
                                </a:lnTo>
                                <a:lnTo>
                                  <a:pt x="1624012" y="511658"/>
                                </a:lnTo>
                                <a:lnTo>
                                  <a:pt x="1619529" y="514661"/>
                                </a:lnTo>
                                <a:lnTo>
                                  <a:pt x="1611685" y="518308"/>
                                </a:lnTo>
                                <a:lnTo>
                                  <a:pt x="1611237" y="518308"/>
                                </a:lnTo>
                                <a:lnTo>
                                  <a:pt x="1609444" y="518094"/>
                                </a:lnTo>
                                <a:lnTo>
                                  <a:pt x="1604962" y="519167"/>
                                </a:lnTo>
                                <a:lnTo>
                                  <a:pt x="1621322" y="511229"/>
                                </a:lnTo>
                                <a:close/>
                                <a:moveTo>
                                  <a:pt x="3577234" y="508238"/>
                                </a:moveTo>
                                <a:lnTo>
                                  <a:pt x="3567113" y="512831"/>
                                </a:lnTo>
                                <a:lnTo>
                                  <a:pt x="3574522" y="508703"/>
                                </a:lnTo>
                                <a:lnTo>
                                  <a:pt x="3577234" y="508238"/>
                                </a:lnTo>
                                <a:close/>
                                <a:moveTo>
                                  <a:pt x="2216123" y="508088"/>
                                </a:moveTo>
                                <a:lnTo>
                                  <a:pt x="2216580" y="508088"/>
                                </a:lnTo>
                                <a:lnTo>
                                  <a:pt x="2216351" y="510530"/>
                                </a:lnTo>
                                <a:lnTo>
                                  <a:pt x="2209948" y="513461"/>
                                </a:lnTo>
                                <a:lnTo>
                                  <a:pt x="2216123" y="514926"/>
                                </a:lnTo>
                                <a:lnTo>
                                  <a:pt x="2219325" y="514193"/>
                                </a:lnTo>
                                <a:lnTo>
                                  <a:pt x="2217952" y="515414"/>
                                </a:lnTo>
                                <a:lnTo>
                                  <a:pt x="2209719" y="518345"/>
                                </a:lnTo>
                                <a:lnTo>
                                  <a:pt x="2192337" y="520787"/>
                                </a:lnTo>
                                <a:lnTo>
                                  <a:pt x="2203315" y="511507"/>
                                </a:lnTo>
                                <a:lnTo>
                                  <a:pt x="2209261" y="510774"/>
                                </a:lnTo>
                                <a:lnTo>
                                  <a:pt x="2213378" y="509797"/>
                                </a:lnTo>
                                <a:lnTo>
                                  <a:pt x="2216123" y="508088"/>
                                </a:lnTo>
                                <a:close/>
                                <a:moveTo>
                                  <a:pt x="3577609" y="508068"/>
                                </a:moveTo>
                                <a:lnTo>
                                  <a:pt x="3578226" y="508068"/>
                                </a:lnTo>
                                <a:lnTo>
                                  <a:pt x="3577234" y="508238"/>
                                </a:lnTo>
                                <a:lnTo>
                                  <a:pt x="3577609" y="508068"/>
                                </a:lnTo>
                                <a:close/>
                                <a:moveTo>
                                  <a:pt x="1606550" y="508055"/>
                                </a:moveTo>
                                <a:lnTo>
                                  <a:pt x="1591772" y="517353"/>
                                </a:lnTo>
                                <a:lnTo>
                                  <a:pt x="1592002" y="517353"/>
                                </a:lnTo>
                                <a:lnTo>
                                  <a:pt x="1587153" y="520301"/>
                                </a:lnTo>
                                <a:lnTo>
                                  <a:pt x="1581150" y="523930"/>
                                </a:lnTo>
                                <a:lnTo>
                                  <a:pt x="1581150" y="523703"/>
                                </a:lnTo>
                                <a:lnTo>
                                  <a:pt x="1581740" y="523339"/>
                                </a:lnTo>
                                <a:lnTo>
                                  <a:pt x="1582738" y="522342"/>
                                </a:lnTo>
                                <a:lnTo>
                                  <a:pt x="1582523" y="522857"/>
                                </a:lnTo>
                                <a:lnTo>
                                  <a:pt x="1606550" y="508055"/>
                                </a:lnTo>
                                <a:close/>
                                <a:moveTo>
                                  <a:pt x="1614487" y="504880"/>
                                </a:moveTo>
                                <a:lnTo>
                                  <a:pt x="1607992" y="510096"/>
                                </a:lnTo>
                                <a:lnTo>
                                  <a:pt x="1605611" y="511003"/>
                                </a:lnTo>
                                <a:lnTo>
                                  <a:pt x="1604962" y="511230"/>
                                </a:lnTo>
                                <a:lnTo>
                                  <a:pt x="1614487" y="504880"/>
                                </a:lnTo>
                                <a:close/>
                                <a:moveTo>
                                  <a:pt x="3596075" y="503243"/>
                                </a:moveTo>
                                <a:lnTo>
                                  <a:pt x="3596226" y="503243"/>
                                </a:lnTo>
                                <a:lnTo>
                                  <a:pt x="3596075" y="503469"/>
                                </a:lnTo>
                                <a:lnTo>
                                  <a:pt x="3596075" y="503243"/>
                                </a:lnTo>
                                <a:close/>
                                <a:moveTo>
                                  <a:pt x="1612516" y="502279"/>
                                </a:moveTo>
                                <a:lnTo>
                                  <a:pt x="1612494" y="502302"/>
                                </a:lnTo>
                                <a:lnTo>
                                  <a:pt x="1593850" y="514406"/>
                                </a:lnTo>
                                <a:lnTo>
                                  <a:pt x="1607569" y="505432"/>
                                </a:lnTo>
                                <a:lnTo>
                                  <a:pt x="1607344" y="505432"/>
                                </a:lnTo>
                                <a:lnTo>
                                  <a:pt x="1612516" y="502279"/>
                                </a:lnTo>
                                <a:close/>
                                <a:moveTo>
                                  <a:pt x="2178909" y="500062"/>
                                </a:moveTo>
                                <a:lnTo>
                                  <a:pt x="2174372" y="500743"/>
                                </a:lnTo>
                                <a:lnTo>
                                  <a:pt x="2179589" y="500062"/>
                                </a:lnTo>
                                <a:lnTo>
                                  <a:pt x="2179363" y="500062"/>
                                </a:lnTo>
                                <a:lnTo>
                                  <a:pt x="2179136" y="500062"/>
                                </a:lnTo>
                                <a:lnTo>
                                  <a:pt x="2178909" y="500062"/>
                                </a:lnTo>
                                <a:close/>
                                <a:moveTo>
                                  <a:pt x="1643063" y="498532"/>
                                </a:moveTo>
                                <a:lnTo>
                                  <a:pt x="1638300" y="501706"/>
                                </a:lnTo>
                                <a:lnTo>
                                  <a:pt x="1640807" y="499975"/>
                                </a:lnTo>
                                <a:lnTo>
                                  <a:pt x="1643063" y="498532"/>
                                </a:lnTo>
                                <a:close/>
                                <a:moveTo>
                                  <a:pt x="1620838" y="496943"/>
                                </a:moveTo>
                                <a:lnTo>
                                  <a:pt x="1615890" y="500338"/>
                                </a:lnTo>
                                <a:lnTo>
                                  <a:pt x="1612292" y="502522"/>
                                </a:lnTo>
                                <a:lnTo>
                                  <a:pt x="1612494" y="502302"/>
                                </a:lnTo>
                                <a:lnTo>
                                  <a:pt x="1617014" y="499368"/>
                                </a:lnTo>
                                <a:lnTo>
                                  <a:pt x="1620838" y="496943"/>
                                </a:lnTo>
                                <a:close/>
                                <a:moveTo>
                                  <a:pt x="1670050" y="495356"/>
                                </a:moveTo>
                                <a:lnTo>
                                  <a:pt x="1660525" y="500119"/>
                                </a:lnTo>
                                <a:lnTo>
                                  <a:pt x="1669400" y="495573"/>
                                </a:lnTo>
                                <a:lnTo>
                                  <a:pt x="1670050" y="495356"/>
                                </a:lnTo>
                                <a:close/>
                                <a:moveTo>
                                  <a:pt x="4027093" y="493935"/>
                                </a:moveTo>
                                <a:lnTo>
                                  <a:pt x="4025729" y="494179"/>
                                </a:lnTo>
                                <a:lnTo>
                                  <a:pt x="4019378" y="495085"/>
                                </a:lnTo>
                                <a:lnTo>
                                  <a:pt x="4023915" y="496218"/>
                                </a:lnTo>
                                <a:lnTo>
                                  <a:pt x="4028905" y="497125"/>
                                </a:lnTo>
                                <a:lnTo>
                                  <a:pt x="4034350" y="497578"/>
                                </a:lnTo>
                                <a:lnTo>
                                  <a:pt x="4040248" y="498258"/>
                                </a:lnTo>
                                <a:lnTo>
                                  <a:pt x="4044239" y="498405"/>
                                </a:lnTo>
                                <a:lnTo>
                                  <a:pt x="4031343" y="494858"/>
                                </a:lnTo>
                                <a:lnTo>
                                  <a:pt x="4025900" y="495074"/>
                                </a:lnTo>
                                <a:lnTo>
                                  <a:pt x="4027093" y="493935"/>
                                </a:lnTo>
                                <a:close/>
                                <a:moveTo>
                                  <a:pt x="3503858" y="492190"/>
                                </a:moveTo>
                                <a:lnTo>
                                  <a:pt x="3506617" y="492190"/>
                                </a:lnTo>
                                <a:lnTo>
                                  <a:pt x="3511447" y="492616"/>
                                </a:lnTo>
                                <a:lnTo>
                                  <a:pt x="3516966" y="493042"/>
                                </a:lnTo>
                                <a:lnTo>
                                  <a:pt x="3522945" y="493468"/>
                                </a:lnTo>
                                <a:lnTo>
                                  <a:pt x="3529154" y="493681"/>
                                </a:lnTo>
                                <a:lnTo>
                                  <a:pt x="3535363" y="498366"/>
                                </a:lnTo>
                                <a:lnTo>
                                  <a:pt x="3529384" y="500921"/>
                                </a:lnTo>
                                <a:lnTo>
                                  <a:pt x="3497649" y="509653"/>
                                </a:lnTo>
                                <a:lnTo>
                                  <a:pt x="3486150" y="498579"/>
                                </a:lnTo>
                                <a:lnTo>
                                  <a:pt x="3488910" y="497088"/>
                                </a:lnTo>
                                <a:lnTo>
                                  <a:pt x="3491439" y="495384"/>
                                </a:lnTo>
                                <a:lnTo>
                                  <a:pt x="3493969" y="494320"/>
                                </a:lnTo>
                                <a:lnTo>
                                  <a:pt x="3496499" y="493468"/>
                                </a:lnTo>
                                <a:lnTo>
                                  <a:pt x="3499028" y="493042"/>
                                </a:lnTo>
                                <a:lnTo>
                                  <a:pt x="3501558" y="492616"/>
                                </a:lnTo>
                                <a:lnTo>
                                  <a:pt x="3503858" y="492190"/>
                                </a:lnTo>
                                <a:close/>
                                <a:moveTo>
                                  <a:pt x="4057372" y="492187"/>
                                </a:moveTo>
                                <a:lnTo>
                                  <a:pt x="4070351" y="494873"/>
                                </a:lnTo>
                                <a:lnTo>
                                  <a:pt x="4070115" y="495362"/>
                                </a:lnTo>
                                <a:lnTo>
                                  <a:pt x="4052888" y="493896"/>
                                </a:lnTo>
                                <a:lnTo>
                                  <a:pt x="4057372" y="492187"/>
                                </a:lnTo>
                                <a:close/>
                                <a:moveTo>
                                  <a:pt x="1638877" y="490711"/>
                                </a:moveTo>
                                <a:lnTo>
                                  <a:pt x="1636721" y="492018"/>
                                </a:lnTo>
                                <a:lnTo>
                                  <a:pt x="1636618" y="492063"/>
                                </a:lnTo>
                                <a:lnTo>
                                  <a:pt x="1638877" y="490711"/>
                                </a:lnTo>
                                <a:close/>
                                <a:moveTo>
                                  <a:pt x="2187982" y="488485"/>
                                </a:moveTo>
                                <a:lnTo>
                                  <a:pt x="2179363" y="490301"/>
                                </a:lnTo>
                                <a:lnTo>
                                  <a:pt x="2188209" y="489847"/>
                                </a:lnTo>
                                <a:lnTo>
                                  <a:pt x="2186167" y="493479"/>
                                </a:lnTo>
                                <a:lnTo>
                                  <a:pt x="2198870" y="494160"/>
                                </a:lnTo>
                                <a:lnTo>
                                  <a:pt x="2196148" y="490528"/>
                                </a:lnTo>
                                <a:lnTo>
                                  <a:pt x="2201223" y="491751"/>
                                </a:lnTo>
                                <a:lnTo>
                                  <a:pt x="2198687" y="489034"/>
                                </a:lnTo>
                                <a:lnTo>
                                  <a:pt x="2201461" y="491808"/>
                                </a:lnTo>
                                <a:lnTo>
                                  <a:pt x="2208397" y="493479"/>
                                </a:lnTo>
                                <a:lnTo>
                                  <a:pt x="2204541" y="495522"/>
                                </a:lnTo>
                                <a:lnTo>
                                  <a:pt x="2204314" y="495522"/>
                                </a:lnTo>
                                <a:lnTo>
                                  <a:pt x="2195014" y="497792"/>
                                </a:lnTo>
                                <a:lnTo>
                                  <a:pt x="2199777" y="498473"/>
                                </a:lnTo>
                                <a:lnTo>
                                  <a:pt x="2201592" y="502786"/>
                                </a:lnTo>
                                <a:lnTo>
                                  <a:pt x="2197962" y="505964"/>
                                </a:lnTo>
                                <a:lnTo>
                                  <a:pt x="2194787" y="509369"/>
                                </a:lnTo>
                                <a:lnTo>
                                  <a:pt x="2191838" y="511866"/>
                                </a:lnTo>
                                <a:lnTo>
                                  <a:pt x="2188889" y="514363"/>
                                </a:lnTo>
                                <a:lnTo>
                                  <a:pt x="2187755" y="515044"/>
                                </a:lnTo>
                                <a:lnTo>
                                  <a:pt x="2186167" y="515952"/>
                                </a:lnTo>
                                <a:lnTo>
                                  <a:pt x="2185033" y="516406"/>
                                </a:lnTo>
                                <a:lnTo>
                                  <a:pt x="2183672" y="516633"/>
                                </a:lnTo>
                                <a:lnTo>
                                  <a:pt x="2182084" y="516406"/>
                                </a:lnTo>
                                <a:lnTo>
                                  <a:pt x="2180724" y="516179"/>
                                </a:lnTo>
                                <a:lnTo>
                                  <a:pt x="2179136" y="515271"/>
                                </a:lnTo>
                                <a:lnTo>
                                  <a:pt x="2177775" y="514136"/>
                                </a:lnTo>
                                <a:lnTo>
                                  <a:pt x="2164846" y="508688"/>
                                </a:lnTo>
                                <a:lnTo>
                                  <a:pt x="2160309" y="509596"/>
                                </a:lnTo>
                                <a:lnTo>
                                  <a:pt x="2162804" y="513001"/>
                                </a:lnTo>
                                <a:lnTo>
                                  <a:pt x="2158721" y="513682"/>
                                </a:lnTo>
                                <a:lnTo>
                                  <a:pt x="2169155" y="515952"/>
                                </a:lnTo>
                                <a:lnTo>
                                  <a:pt x="2168021" y="520492"/>
                                </a:lnTo>
                                <a:lnTo>
                                  <a:pt x="2165299" y="520946"/>
                                </a:lnTo>
                                <a:lnTo>
                                  <a:pt x="2161670" y="521173"/>
                                </a:lnTo>
                                <a:lnTo>
                                  <a:pt x="2154185" y="521854"/>
                                </a:lnTo>
                                <a:lnTo>
                                  <a:pt x="2151009" y="522308"/>
                                </a:lnTo>
                                <a:lnTo>
                                  <a:pt x="2149875" y="522988"/>
                                </a:lnTo>
                                <a:lnTo>
                                  <a:pt x="2148968" y="523216"/>
                                </a:lnTo>
                                <a:lnTo>
                                  <a:pt x="2148741" y="523670"/>
                                </a:lnTo>
                                <a:lnTo>
                                  <a:pt x="2148741" y="524124"/>
                                </a:lnTo>
                                <a:lnTo>
                                  <a:pt x="2149194" y="524805"/>
                                </a:lnTo>
                                <a:lnTo>
                                  <a:pt x="2150555" y="525486"/>
                                </a:lnTo>
                                <a:lnTo>
                                  <a:pt x="2163938" y="523670"/>
                                </a:lnTo>
                                <a:lnTo>
                                  <a:pt x="2152597" y="532977"/>
                                </a:lnTo>
                                <a:lnTo>
                                  <a:pt x="2175280" y="530480"/>
                                </a:lnTo>
                                <a:lnTo>
                                  <a:pt x="2174372" y="534792"/>
                                </a:lnTo>
                                <a:lnTo>
                                  <a:pt x="2168021" y="538425"/>
                                </a:lnTo>
                                <a:lnTo>
                                  <a:pt x="2165072" y="540013"/>
                                </a:lnTo>
                                <a:lnTo>
                                  <a:pt x="2162350" y="540921"/>
                                </a:lnTo>
                                <a:lnTo>
                                  <a:pt x="2160989" y="541148"/>
                                </a:lnTo>
                                <a:lnTo>
                                  <a:pt x="2159628" y="541148"/>
                                </a:lnTo>
                                <a:lnTo>
                                  <a:pt x="2158267" y="541148"/>
                                </a:lnTo>
                                <a:lnTo>
                                  <a:pt x="2157133" y="540921"/>
                                </a:lnTo>
                                <a:lnTo>
                                  <a:pt x="2155546" y="540467"/>
                                </a:lnTo>
                                <a:lnTo>
                                  <a:pt x="2154411" y="539787"/>
                                </a:lnTo>
                                <a:lnTo>
                                  <a:pt x="2152824" y="538879"/>
                                </a:lnTo>
                                <a:lnTo>
                                  <a:pt x="2151463" y="537743"/>
                                </a:lnTo>
                                <a:lnTo>
                                  <a:pt x="2145620" y="538259"/>
                                </a:lnTo>
                                <a:lnTo>
                                  <a:pt x="2150350" y="540907"/>
                                </a:lnTo>
                                <a:lnTo>
                                  <a:pt x="2151062" y="543788"/>
                                </a:lnTo>
                                <a:lnTo>
                                  <a:pt x="2150112" y="543788"/>
                                </a:lnTo>
                                <a:lnTo>
                                  <a:pt x="2141566" y="546224"/>
                                </a:lnTo>
                                <a:lnTo>
                                  <a:pt x="2135157" y="547553"/>
                                </a:lnTo>
                                <a:lnTo>
                                  <a:pt x="2132783" y="547775"/>
                                </a:lnTo>
                                <a:lnTo>
                                  <a:pt x="2130884" y="547775"/>
                                </a:lnTo>
                                <a:lnTo>
                                  <a:pt x="2129222" y="547775"/>
                                </a:lnTo>
                                <a:lnTo>
                                  <a:pt x="2128036" y="547775"/>
                                </a:lnTo>
                                <a:lnTo>
                                  <a:pt x="2127323" y="547332"/>
                                </a:lnTo>
                                <a:lnTo>
                                  <a:pt x="2126611" y="547110"/>
                                </a:lnTo>
                                <a:lnTo>
                                  <a:pt x="2126137" y="546667"/>
                                </a:lnTo>
                                <a:lnTo>
                                  <a:pt x="2126137" y="546445"/>
                                </a:lnTo>
                                <a:lnTo>
                                  <a:pt x="2125662" y="545559"/>
                                </a:lnTo>
                                <a:lnTo>
                                  <a:pt x="2126137" y="545116"/>
                                </a:lnTo>
                                <a:lnTo>
                                  <a:pt x="2145559" y="538265"/>
                                </a:lnTo>
                                <a:lnTo>
                                  <a:pt x="2136038" y="539106"/>
                                </a:lnTo>
                                <a:lnTo>
                                  <a:pt x="2132409" y="539559"/>
                                </a:lnTo>
                                <a:lnTo>
                                  <a:pt x="2113355" y="551363"/>
                                </a:lnTo>
                                <a:lnTo>
                                  <a:pt x="2114263" y="555903"/>
                                </a:lnTo>
                                <a:lnTo>
                                  <a:pt x="2110180" y="561124"/>
                                </a:lnTo>
                                <a:lnTo>
                                  <a:pt x="2123336" y="550001"/>
                                </a:lnTo>
                                <a:lnTo>
                                  <a:pt x="2123563" y="550001"/>
                                </a:lnTo>
                                <a:lnTo>
                                  <a:pt x="2138080" y="553406"/>
                                </a:lnTo>
                                <a:lnTo>
                                  <a:pt x="2132409" y="557492"/>
                                </a:lnTo>
                                <a:lnTo>
                                  <a:pt x="2129007" y="559308"/>
                                </a:lnTo>
                                <a:lnTo>
                                  <a:pt x="2125151" y="561578"/>
                                </a:lnTo>
                                <a:lnTo>
                                  <a:pt x="2121294" y="563848"/>
                                </a:lnTo>
                                <a:lnTo>
                                  <a:pt x="2117212" y="565664"/>
                                </a:lnTo>
                                <a:lnTo>
                                  <a:pt x="2112902" y="567480"/>
                                </a:lnTo>
                                <a:lnTo>
                                  <a:pt x="2108365" y="568842"/>
                                </a:lnTo>
                                <a:lnTo>
                                  <a:pt x="2104055" y="570431"/>
                                </a:lnTo>
                                <a:lnTo>
                                  <a:pt x="2099519" y="571112"/>
                                </a:lnTo>
                                <a:lnTo>
                                  <a:pt x="2094982" y="571793"/>
                                </a:lnTo>
                                <a:lnTo>
                                  <a:pt x="2090899" y="571793"/>
                                </a:lnTo>
                                <a:lnTo>
                                  <a:pt x="2086590" y="571339"/>
                                </a:lnTo>
                                <a:lnTo>
                                  <a:pt x="2084548" y="570885"/>
                                </a:lnTo>
                                <a:lnTo>
                                  <a:pt x="2082734" y="570431"/>
                                </a:lnTo>
                                <a:lnTo>
                                  <a:pt x="2080692" y="569523"/>
                                </a:lnTo>
                                <a:lnTo>
                                  <a:pt x="2079104" y="568615"/>
                                </a:lnTo>
                                <a:lnTo>
                                  <a:pt x="2077290" y="567707"/>
                                </a:lnTo>
                                <a:lnTo>
                                  <a:pt x="2076893" y="567310"/>
                                </a:lnTo>
                                <a:lnTo>
                                  <a:pt x="2077517" y="567253"/>
                                </a:lnTo>
                                <a:lnTo>
                                  <a:pt x="2082960" y="566572"/>
                                </a:lnTo>
                                <a:lnTo>
                                  <a:pt x="2088631" y="565210"/>
                                </a:lnTo>
                                <a:lnTo>
                                  <a:pt x="2095209" y="564075"/>
                                </a:lnTo>
                                <a:lnTo>
                                  <a:pt x="2102694" y="562713"/>
                                </a:lnTo>
                                <a:lnTo>
                                  <a:pt x="2075702" y="566118"/>
                                </a:lnTo>
                                <a:lnTo>
                                  <a:pt x="2076893" y="567310"/>
                                </a:lnTo>
                                <a:lnTo>
                                  <a:pt x="2075021" y="567480"/>
                                </a:lnTo>
                                <a:lnTo>
                                  <a:pt x="2072753" y="567480"/>
                                </a:lnTo>
                                <a:lnTo>
                                  <a:pt x="2070485" y="567253"/>
                                </a:lnTo>
                                <a:lnTo>
                                  <a:pt x="2068217" y="566572"/>
                                </a:lnTo>
                                <a:lnTo>
                                  <a:pt x="2066175" y="565664"/>
                                </a:lnTo>
                                <a:lnTo>
                                  <a:pt x="2063907" y="564529"/>
                                </a:lnTo>
                                <a:lnTo>
                                  <a:pt x="2061639" y="563167"/>
                                </a:lnTo>
                                <a:lnTo>
                                  <a:pt x="2059824" y="561124"/>
                                </a:lnTo>
                                <a:lnTo>
                                  <a:pt x="2060731" y="570658"/>
                                </a:lnTo>
                                <a:lnTo>
                                  <a:pt x="2057102" y="571566"/>
                                </a:lnTo>
                                <a:lnTo>
                                  <a:pt x="2051885" y="572928"/>
                                </a:lnTo>
                                <a:lnTo>
                                  <a:pt x="2039409" y="577241"/>
                                </a:lnTo>
                                <a:lnTo>
                                  <a:pt x="2028975" y="580646"/>
                                </a:lnTo>
                                <a:lnTo>
                                  <a:pt x="2026253" y="581327"/>
                                </a:lnTo>
                                <a:lnTo>
                                  <a:pt x="2025800" y="581327"/>
                                </a:lnTo>
                                <a:lnTo>
                                  <a:pt x="2026026" y="580873"/>
                                </a:lnTo>
                                <a:lnTo>
                                  <a:pt x="2008787" y="584732"/>
                                </a:lnTo>
                                <a:lnTo>
                                  <a:pt x="2009014" y="586094"/>
                                </a:lnTo>
                                <a:lnTo>
                                  <a:pt x="2006066" y="589725"/>
                                </a:lnTo>
                                <a:lnTo>
                                  <a:pt x="2018995" y="584051"/>
                                </a:lnTo>
                                <a:lnTo>
                                  <a:pt x="2019222" y="583824"/>
                                </a:lnTo>
                                <a:lnTo>
                                  <a:pt x="2019448" y="583824"/>
                                </a:lnTo>
                                <a:lnTo>
                                  <a:pt x="2019675" y="583824"/>
                                </a:lnTo>
                                <a:lnTo>
                                  <a:pt x="2023758" y="582916"/>
                                </a:lnTo>
                                <a:lnTo>
                                  <a:pt x="2041904" y="584959"/>
                                </a:lnTo>
                                <a:lnTo>
                                  <a:pt x="2023466" y="591233"/>
                                </a:lnTo>
                                <a:lnTo>
                                  <a:pt x="2022851" y="591315"/>
                                </a:lnTo>
                                <a:lnTo>
                                  <a:pt x="2019675" y="592223"/>
                                </a:lnTo>
                                <a:lnTo>
                                  <a:pt x="2018833" y="592644"/>
                                </a:lnTo>
                                <a:lnTo>
                                  <a:pt x="2016500" y="592450"/>
                                </a:lnTo>
                                <a:lnTo>
                                  <a:pt x="2002436" y="592677"/>
                                </a:lnTo>
                                <a:lnTo>
                                  <a:pt x="2014685" y="594493"/>
                                </a:lnTo>
                                <a:lnTo>
                                  <a:pt x="2014013" y="594973"/>
                                </a:lnTo>
                                <a:lnTo>
                                  <a:pt x="2013097" y="595400"/>
                                </a:lnTo>
                                <a:lnTo>
                                  <a:pt x="2009922" y="597898"/>
                                </a:lnTo>
                                <a:lnTo>
                                  <a:pt x="2014013" y="594973"/>
                                </a:lnTo>
                                <a:lnTo>
                                  <a:pt x="2016500" y="593811"/>
                                </a:lnTo>
                                <a:lnTo>
                                  <a:pt x="2018833" y="592644"/>
                                </a:lnTo>
                                <a:lnTo>
                                  <a:pt x="2019222" y="592677"/>
                                </a:lnTo>
                                <a:lnTo>
                                  <a:pt x="2023466" y="591233"/>
                                </a:lnTo>
                                <a:lnTo>
                                  <a:pt x="2026253" y="590860"/>
                                </a:lnTo>
                                <a:lnTo>
                                  <a:pt x="2029429" y="591088"/>
                                </a:lnTo>
                                <a:lnTo>
                                  <a:pt x="2032831" y="591542"/>
                                </a:lnTo>
                                <a:lnTo>
                                  <a:pt x="2036234" y="592450"/>
                                </a:lnTo>
                                <a:lnTo>
                                  <a:pt x="2035553" y="593811"/>
                                </a:lnTo>
                                <a:lnTo>
                                  <a:pt x="2033965" y="594946"/>
                                </a:lnTo>
                                <a:lnTo>
                                  <a:pt x="2030336" y="597443"/>
                                </a:lnTo>
                                <a:lnTo>
                                  <a:pt x="2026026" y="599941"/>
                                </a:lnTo>
                                <a:lnTo>
                                  <a:pt x="2021490" y="602210"/>
                                </a:lnTo>
                                <a:lnTo>
                                  <a:pt x="2015836" y="605040"/>
                                </a:lnTo>
                                <a:lnTo>
                                  <a:pt x="2016726" y="604254"/>
                                </a:lnTo>
                                <a:lnTo>
                                  <a:pt x="2014685" y="605388"/>
                                </a:lnTo>
                                <a:lnTo>
                                  <a:pt x="2015139" y="605388"/>
                                </a:lnTo>
                                <a:lnTo>
                                  <a:pt x="2015836" y="605040"/>
                                </a:lnTo>
                                <a:lnTo>
                                  <a:pt x="2012870" y="607658"/>
                                </a:lnTo>
                                <a:lnTo>
                                  <a:pt x="2016726" y="605842"/>
                                </a:lnTo>
                                <a:lnTo>
                                  <a:pt x="2020356" y="604707"/>
                                </a:lnTo>
                                <a:lnTo>
                                  <a:pt x="2023985" y="603799"/>
                                </a:lnTo>
                                <a:lnTo>
                                  <a:pt x="2027161" y="603118"/>
                                </a:lnTo>
                                <a:lnTo>
                                  <a:pt x="2030109" y="602891"/>
                                </a:lnTo>
                                <a:lnTo>
                                  <a:pt x="2032831" y="603118"/>
                                </a:lnTo>
                                <a:lnTo>
                                  <a:pt x="2035326" y="603346"/>
                                </a:lnTo>
                                <a:lnTo>
                                  <a:pt x="2037141" y="604480"/>
                                </a:lnTo>
                                <a:lnTo>
                                  <a:pt x="2038729" y="605388"/>
                                </a:lnTo>
                                <a:lnTo>
                                  <a:pt x="2039182" y="606069"/>
                                </a:lnTo>
                                <a:lnTo>
                                  <a:pt x="2039636" y="606750"/>
                                </a:lnTo>
                                <a:lnTo>
                                  <a:pt x="2039863" y="607658"/>
                                </a:lnTo>
                                <a:lnTo>
                                  <a:pt x="2039863" y="608566"/>
                                </a:lnTo>
                                <a:lnTo>
                                  <a:pt x="2039863" y="610155"/>
                                </a:lnTo>
                                <a:lnTo>
                                  <a:pt x="2039182" y="612425"/>
                                </a:lnTo>
                                <a:lnTo>
                                  <a:pt x="2037595" y="615149"/>
                                </a:lnTo>
                                <a:lnTo>
                                  <a:pt x="2035780" y="617873"/>
                                </a:lnTo>
                                <a:lnTo>
                                  <a:pt x="2032831" y="620824"/>
                                </a:lnTo>
                                <a:lnTo>
                                  <a:pt x="2040997" y="618554"/>
                                </a:lnTo>
                                <a:lnTo>
                                  <a:pt x="2038048" y="621732"/>
                                </a:lnTo>
                                <a:lnTo>
                                  <a:pt x="2052792" y="616284"/>
                                </a:lnTo>
                                <a:lnTo>
                                  <a:pt x="2049843" y="617873"/>
                                </a:lnTo>
                                <a:lnTo>
                                  <a:pt x="2045761" y="619690"/>
                                </a:lnTo>
                                <a:lnTo>
                                  <a:pt x="2041224" y="622186"/>
                                </a:lnTo>
                                <a:lnTo>
                                  <a:pt x="2037368" y="624683"/>
                                </a:lnTo>
                                <a:lnTo>
                                  <a:pt x="2034646" y="626272"/>
                                </a:lnTo>
                                <a:lnTo>
                                  <a:pt x="2034192" y="626953"/>
                                </a:lnTo>
                                <a:lnTo>
                                  <a:pt x="2033965" y="626953"/>
                                </a:lnTo>
                                <a:lnTo>
                                  <a:pt x="2033965" y="627180"/>
                                </a:lnTo>
                                <a:lnTo>
                                  <a:pt x="2034646" y="627180"/>
                                </a:lnTo>
                                <a:lnTo>
                                  <a:pt x="2036234" y="626726"/>
                                </a:lnTo>
                                <a:lnTo>
                                  <a:pt x="2041904" y="624910"/>
                                </a:lnTo>
                                <a:lnTo>
                                  <a:pt x="2045987" y="627180"/>
                                </a:lnTo>
                                <a:lnTo>
                                  <a:pt x="2042358" y="629450"/>
                                </a:lnTo>
                                <a:lnTo>
                                  <a:pt x="2037368" y="632401"/>
                                </a:lnTo>
                                <a:lnTo>
                                  <a:pt x="2030336" y="636033"/>
                                </a:lnTo>
                                <a:lnTo>
                                  <a:pt x="2032831" y="635806"/>
                                </a:lnTo>
                                <a:lnTo>
                                  <a:pt x="2036914" y="635125"/>
                                </a:lnTo>
                                <a:lnTo>
                                  <a:pt x="2020356" y="653966"/>
                                </a:lnTo>
                                <a:lnTo>
                                  <a:pt x="2011283" y="651469"/>
                                </a:lnTo>
                                <a:lnTo>
                                  <a:pt x="2014005" y="645794"/>
                                </a:lnTo>
                                <a:lnTo>
                                  <a:pt x="2012870" y="648064"/>
                                </a:lnTo>
                                <a:lnTo>
                                  <a:pt x="2011509" y="649653"/>
                                </a:lnTo>
                                <a:lnTo>
                                  <a:pt x="2010148" y="651469"/>
                                </a:lnTo>
                                <a:lnTo>
                                  <a:pt x="2008787" y="652831"/>
                                </a:lnTo>
                                <a:lnTo>
                                  <a:pt x="2006973" y="653966"/>
                                </a:lnTo>
                                <a:lnTo>
                                  <a:pt x="2005612" y="655101"/>
                                </a:lnTo>
                                <a:lnTo>
                                  <a:pt x="2004024" y="655782"/>
                                </a:lnTo>
                                <a:lnTo>
                                  <a:pt x="2002436" y="656236"/>
                                </a:lnTo>
                                <a:lnTo>
                                  <a:pt x="2000622" y="656463"/>
                                </a:lnTo>
                                <a:lnTo>
                                  <a:pt x="1999034" y="656236"/>
                                </a:lnTo>
                                <a:lnTo>
                                  <a:pt x="1997219" y="656009"/>
                                </a:lnTo>
                                <a:lnTo>
                                  <a:pt x="1995631" y="655555"/>
                                </a:lnTo>
                                <a:lnTo>
                                  <a:pt x="1993590" y="654874"/>
                                </a:lnTo>
                                <a:lnTo>
                                  <a:pt x="1992002" y="653739"/>
                                </a:lnTo>
                                <a:lnTo>
                                  <a:pt x="1989961" y="652604"/>
                                </a:lnTo>
                                <a:lnTo>
                                  <a:pt x="1988146" y="651242"/>
                                </a:lnTo>
                                <a:lnTo>
                                  <a:pt x="1996766" y="636033"/>
                                </a:lnTo>
                                <a:lnTo>
                                  <a:pt x="1994044" y="632855"/>
                                </a:lnTo>
                                <a:lnTo>
                                  <a:pt x="1968639" y="628088"/>
                                </a:lnTo>
                                <a:lnTo>
                                  <a:pt x="1961380" y="616511"/>
                                </a:lnTo>
                                <a:lnTo>
                                  <a:pt x="1959792" y="621051"/>
                                </a:lnTo>
                                <a:lnTo>
                                  <a:pt x="1964102" y="623321"/>
                                </a:lnTo>
                                <a:lnTo>
                                  <a:pt x="1964102" y="627861"/>
                                </a:lnTo>
                                <a:lnTo>
                                  <a:pt x="1959566" y="629677"/>
                                </a:lnTo>
                                <a:lnTo>
                                  <a:pt x="1962741" y="630812"/>
                                </a:lnTo>
                                <a:lnTo>
                                  <a:pt x="1966144" y="631266"/>
                                </a:lnTo>
                                <a:lnTo>
                                  <a:pt x="1969546" y="631493"/>
                                </a:lnTo>
                                <a:lnTo>
                                  <a:pt x="1972949" y="631720"/>
                                </a:lnTo>
                                <a:lnTo>
                                  <a:pt x="1979300" y="632174"/>
                                </a:lnTo>
                                <a:lnTo>
                                  <a:pt x="1982249" y="632401"/>
                                </a:lnTo>
                                <a:lnTo>
                                  <a:pt x="1984970" y="633309"/>
                                </a:lnTo>
                                <a:lnTo>
                                  <a:pt x="1982475" y="635579"/>
                                </a:lnTo>
                                <a:lnTo>
                                  <a:pt x="1979980" y="637849"/>
                                </a:lnTo>
                                <a:lnTo>
                                  <a:pt x="1977485" y="639438"/>
                                </a:lnTo>
                                <a:lnTo>
                                  <a:pt x="1974536" y="641254"/>
                                </a:lnTo>
                                <a:lnTo>
                                  <a:pt x="1971588" y="642389"/>
                                </a:lnTo>
                                <a:lnTo>
                                  <a:pt x="1968412" y="643524"/>
                                </a:lnTo>
                                <a:lnTo>
                                  <a:pt x="1965236" y="644432"/>
                                </a:lnTo>
                                <a:lnTo>
                                  <a:pt x="1962061" y="645113"/>
                                </a:lnTo>
                                <a:lnTo>
                                  <a:pt x="1958885" y="645567"/>
                                </a:lnTo>
                                <a:lnTo>
                                  <a:pt x="1955710" y="645794"/>
                                </a:lnTo>
                                <a:lnTo>
                                  <a:pt x="1952761" y="646021"/>
                                </a:lnTo>
                                <a:lnTo>
                                  <a:pt x="1949812" y="645794"/>
                                </a:lnTo>
                                <a:lnTo>
                                  <a:pt x="1947317" y="645567"/>
                                </a:lnTo>
                                <a:lnTo>
                                  <a:pt x="1944822" y="645340"/>
                                </a:lnTo>
                                <a:lnTo>
                                  <a:pt x="1942780" y="644659"/>
                                </a:lnTo>
                                <a:lnTo>
                                  <a:pt x="1940966" y="643751"/>
                                </a:lnTo>
                                <a:lnTo>
                                  <a:pt x="1936202" y="648064"/>
                                </a:lnTo>
                                <a:lnTo>
                                  <a:pt x="1931212" y="651923"/>
                                </a:lnTo>
                                <a:lnTo>
                                  <a:pt x="1928919" y="653419"/>
                                </a:lnTo>
                                <a:lnTo>
                                  <a:pt x="1927810" y="653512"/>
                                </a:lnTo>
                                <a:lnTo>
                                  <a:pt x="1924634" y="654193"/>
                                </a:lnTo>
                                <a:lnTo>
                                  <a:pt x="1921232" y="655555"/>
                                </a:lnTo>
                                <a:lnTo>
                                  <a:pt x="1917149" y="657143"/>
                                </a:lnTo>
                                <a:lnTo>
                                  <a:pt x="1912839" y="659187"/>
                                </a:lnTo>
                                <a:lnTo>
                                  <a:pt x="1908076" y="661684"/>
                                </a:lnTo>
                                <a:lnTo>
                                  <a:pt x="1902859" y="664408"/>
                                </a:lnTo>
                                <a:lnTo>
                                  <a:pt x="1897415" y="667585"/>
                                </a:lnTo>
                                <a:lnTo>
                                  <a:pt x="1903766" y="665770"/>
                                </a:lnTo>
                                <a:lnTo>
                                  <a:pt x="1909437" y="663499"/>
                                </a:lnTo>
                                <a:lnTo>
                                  <a:pt x="1915107" y="661003"/>
                                </a:lnTo>
                                <a:lnTo>
                                  <a:pt x="1920778" y="658506"/>
                                </a:lnTo>
                                <a:lnTo>
                                  <a:pt x="1925995" y="655328"/>
                                </a:lnTo>
                                <a:lnTo>
                                  <a:pt x="1928919" y="653419"/>
                                </a:lnTo>
                                <a:lnTo>
                                  <a:pt x="1930532" y="653285"/>
                                </a:lnTo>
                                <a:lnTo>
                                  <a:pt x="1932800" y="653285"/>
                                </a:lnTo>
                                <a:lnTo>
                                  <a:pt x="1933427" y="653424"/>
                                </a:lnTo>
                                <a:lnTo>
                                  <a:pt x="1938416" y="650960"/>
                                </a:lnTo>
                                <a:lnTo>
                                  <a:pt x="1941512" y="651384"/>
                                </a:lnTo>
                                <a:lnTo>
                                  <a:pt x="1941274" y="651807"/>
                                </a:lnTo>
                                <a:lnTo>
                                  <a:pt x="1934166" y="653589"/>
                                </a:lnTo>
                                <a:lnTo>
                                  <a:pt x="1934841" y="653739"/>
                                </a:lnTo>
                                <a:lnTo>
                                  <a:pt x="1936202" y="654647"/>
                                </a:lnTo>
                                <a:lnTo>
                                  <a:pt x="1936470" y="654914"/>
                                </a:lnTo>
                                <a:lnTo>
                                  <a:pt x="1938299" y="654135"/>
                                </a:lnTo>
                                <a:lnTo>
                                  <a:pt x="1945023" y="650960"/>
                                </a:lnTo>
                                <a:lnTo>
                                  <a:pt x="1958470" y="647785"/>
                                </a:lnTo>
                                <a:lnTo>
                                  <a:pt x="1969452" y="643703"/>
                                </a:lnTo>
                                <a:lnTo>
                                  <a:pt x="1970796" y="643476"/>
                                </a:lnTo>
                                <a:lnTo>
                                  <a:pt x="1973262" y="643023"/>
                                </a:lnTo>
                                <a:lnTo>
                                  <a:pt x="1970348" y="645743"/>
                                </a:lnTo>
                                <a:lnTo>
                                  <a:pt x="1971469" y="649146"/>
                                </a:lnTo>
                                <a:lnTo>
                                  <a:pt x="1967659" y="651414"/>
                                </a:lnTo>
                                <a:lnTo>
                                  <a:pt x="1967659" y="654135"/>
                                </a:lnTo>
                                <a:lnTo>
                                  <a:pt x="1965418" y="655269"/>
                                </a:lnTo>
                                <a:lnTo>
                                  <a:pt x="1951971" y="659124"/>
                                </a:lnTo>
                                <a:lnTo>
                                  <a:pt x="1938697" y="661595"/>
                                </a:lnTo>
                                <a:lnTo>
                                  <a:pt x="1938697" y="662364"/>
                                </a:lnTo>
                                <a:lnTo>
                                  <a:pt x="1938244" y="665315"/>
                                </a:lnTo>
                                <a:lnTo>
                                  <a:pt x="1903388" y="676681"/>
                                </a:lnTo>
                                <a:lnTo>
                                  <a:pt x="1898776" y="677800"/>
                                </a:lnTo>
                                <a:lnTo>
                                  <a:pt x="1897415" y="678481"/>
                                </a:lnTo>
                                <a:lnTo>
                                  <a:pt x="1897868" y="678481"/>
                                </a:lnTo>
                                <a:lnTo>
                                  <a:pt x="1903388" y="676681"/>
                                </a:lnTo>
                                <a:lnTo>
                                  <a:pt x="1906261" y="675984"/>
                                </a:lnTo>
                                <a:lnTo>
                                  <a:pt x="1931212" y="670536"/>
                                </a:lnTo>
                                <a:lnTo>
                                  <a:pt x="1954122" y="665770"/>
                                </a:lnTo>
                                <a:lnTo>
                                  <a:pt x="1957906" y="665111"/>
                                </a:lnTo>
                                <a:lnTo>
                                  <a:pt x="2000622" y="666678"/>
                                </a:lnTo>
                                <a:lnTo>
                                  <a:pt x="1978392" y="676892"/>
                                </a:lnTo>
                                <a:lnTo>
                                  <a:pt x="1974536" y="675304"/>
                                </a:lnTo>
                                <a:lnTo>
                                  <a:pt x="1971588" y="677573"/>
                                </a:lnTo>
                                <a:lnTo>
                                  <a:pt x="1968185" y="680298"/>
                                </a:lnTo>
                                <a:lnTo>
                                  <a:pt x="1966977" y="681104"/>
                                </a:lnTo>
                                <a:lnTo>
                                  <a:pt x="1972355" y="679535"/>
                                </a:lnTo>
                                <a:lnTo>
                                  <a:pt x="1973262" y="679667"/>
                                </a:lnTo>
                                <a:lnTo>
                                  <a:pt x="1972808" y="679799"/>
                                </a:lnTo>
                                <a:lnTo>
                                  <a:pt x="1966967" y="681110"/>
                                </a:lnTo>
                                <a:lnTo>
                                  <a:pt x="1964783" y="682567"/>
                                </a:lnTo>
                                <a:lnTo>
                                  <a:pt x="1960927" y="685064"/>
                                </a:lnTo>
                                <a:lnTo>
                                  <a:pt x="1956844" y="687107"/>
                                </a:lnTo>
                                <a:lnTo>
                                  <a:pt x="1952761" y="689150"/>
                                </a:lnTo>
                                <a:lnTo>
                                  <a:pt x="1944368" y="693009"/>
                                </a:lnTo>
                                <a:lnTo>
                                  <a:pt x="1935522" y="696641"/>
                                </a:lnTo>
                                <a:lnTo>
                                  <a:pt x="1926902" y="700046"/>
                                </a:lnTo>
                                <a:lnTo>
                                  <a:pt x="1918510" y="703224"/>
                                </a:lnTo>
                                <a:lnTo>
                                  <a:pt x="1911024" y="706402"/>
                                </a:lnTo>
                                <a:lnTo>
                                  <a:pt x="1911705" y="706402"/>
                                </a:lnTo>
                                <a:lnTo>
                                  <a:pt x="1817344" y="737954"/>
                                </a:lnTo>
                                <a:lnTo>
                                  <a:pt x="1814169" y="735231"/>
                                </a:lnTo>
                                <a:lnTo>
                                  <a:pt x="1806456" y="739543"/>
                                </a:lnTo>
                                <a:lnTo>
                                  <a:pt x="1805776" y="743629"/>
                                </a:lnTo>
                                <a:lnTo>
                                  <a:pt x="1801466" y="744310"/>
                                </a:lnTo>
                                <a:lnTo>
                                  <a:pt x="1798744" y="741360"/>
                                </a:lnTo>
                                <a:lnTo>
                                  <a:pt x="1796249" y="745218"/>
                                </a:lnTo>
                                <a:lnTo>
                                  <a:pt x="1790352" y="746581"/>
                                </a:lnTo>
                                <a:lnTo>
                                  <a:pt x="1787403" y="747261"/>
                                </a:lnTo>
                                <a:lnTo>
                                  <a:pt x="1784908" y="747488"/>
                                </a:lnTo>
                                <a:lnTo>
                                  <a:pt x="1783774" y="747261"/>
                                </a:lnTo>
                                <a:lnTo>
                                  <a:pt x="1783093" y="747261"/>
                                </a:lnTo>
                                <a:lnTo>
                                  <a:pt x="1782413" y="747034"/>
                                </a:lnTo>
                                <a:lnTo>
                                  <a:pt x="1781959" y="746581"/>
                                </a:lnTo>
                                <a:lnTo>
                                  <a:pt x="1781732" y="745899"/>
                                </a:lnTo>
                                <a:lnTo>
                                  <a:pt x="1781959" y="744991"/>
                                </a:lnTo>
                                <a:lnTo>
                                  <a:pt x="1782413" y="743857"/>
                                </a:lnTo>
                                <a:lnTo>
                                  <a:pt x="1783093" y="742721"/>
                                </a:lnTo>
                                <a:lnTo>
                                  <a:pt x="1779237" y="739998"/>
                                </a:lnTo>
                                <a:lnTo>
                                  <a:pt x="1782639" y="731144"/>
                                </a:lnTo>
                                <a:lnTo>
                                  <a:pt x="1774474" y="737727"/>
                                </a:lnTo>
                                <a:lnTo>
                                  <a:pt x="1769937" y="742495"/>
                                </a:lnTo>
                                <a:lnTo>
                                  <a:pt x="1764720" y="746807"/>
                                </a:lnTo>
                                <a:lnTo>
                                  <a:pt x="1759049" y="751347"/>
                                </a:lnTo>
                                <a:lnTo>
                                  <a:pt x="1752698" y="756341"/>
                                </a:lnTo>
                                <a:lnTo>
                                  <a:pt x="1746347" y="760881"/>
                                </a:lnTo>
                                <a:lnTo>
                                  <a:pt x="1739769" y="765421"/>
                                </a:lnTo>
                                <a:lnTo>
                                  <a:pt x="1726386" y="774274"/>
                                </a:lnTo>
                                <a:lnTo>
                                  <a:pt x="1713230" y="782219"/>
                                </a:lnTo>
                                <a:lnTo>
                                  <a:pt x="1701208" y="789028"/>
                                </a:lnTo>
                                <a:lnTo>
                                  <a:pt x="1690774" y="794704"/>
                                </a:lnTo>
                                <a:lnTo>
                                  <a:pt x="1686237" y="796747"/>
                                </a:lnTo>
                                <a:lnTo>
                                  <a:pt x="1682608" y="798109"/>
                                </a:lnTo>
                                <a:lnTo>
                                  <a:pt x="1652667" y="817177"/>
                                </a:lnTo>
                                <a:lnTo>
                                  <a:pt x="1648584" y="815814"/>
                                </a:lnTo>
                                <a:lnTo>
                                  <a:pt x="1648584" y="811501"/>
                                </a:lnTo>
                                <a:lnTo>
                                  <a:pt x="1620911" y="827391"/>
                                </a:lnTo>
                                <a:lnTo>
                                  <a:pt x="1607301" y="834201"/>
                                </a:lnTo>
                                <a:lnTo>
                                  <a:pt x="1613425" y="827391"/>
                                </a:lnTo>
                                <a:lnTo>
                                  <a:pt x="1611837" y="828072"/>
                                </a:lnTo>
                                <a:lnTo>
                                  <a:pt x="1601403" y="834201"/>
                                </a:lnTo>
                                <a:lnTo>
                                  <a:pt x="1599135" y="830796"/>
                                </a:lnTo>
                                <a:lnTo>
                                  <a:pt x="1618415" y="817857"/>
                                </a:lnTo>
                                <a:lnTo>
                                  <a:pt x="1609569" y="817177"/>
                                </a:lnTo>
                                <a:lnTo>
                                  <a:pt x="1609342" y="817177"/>
                                </a:lnTo>
                                <a:lnTo>
                                  <a:pt x="1609569" y="819900"/>
                                </a:lnTo>
                                <a:lnTo>
                                  <a:pt x="1594598" y="831704"/>
                                </a:lnTo>
                                <a:lnTo>
                                  <a:pt x="1590289" y="829888"/>
                                </a:lnTo>
                                <a:lnTo>
                                  <a:pt x="1587340" y="832839"/>
                                </a:lnTo>
                                <a:lnTo>
                                  <a:pt x="1587113" y="837379"/>
                                </a:lnTo>
                                <a:lnTo>
                                  <a:pt x="1572369" y="842827"/>
                                </a:lnTo>
                                <a:lnTo>
                                  <a:pt x="1571689" y="842827"/>
                                </a:lnTo>
                                <a:lnTo>
                                  <a:pt x="1567833" y="846232"/>
                                </a:lnTo>
                                <a:lnTo>
                                  <a:pt x="1563296" y="843962"/>
                                </a:lnTo>
                                <a:lnTo>
                                  <a:pt x="1555584" y="848956"/>
                                </a:lnTo>
                                <a:lnTo>
                                  <a:pt x="1557172" y="844643"/>
                                </a:lnTo>
                                <a:lnTo>
                                  <a:pt x="1556945" y="844643"/>
                                </a:lnTo>
                                <a:lnTo>
                                  <a:pt x="1556264" y="844870"/>
                                </a:lnTo>
                                <a:lnTo>
                                  <a:pt x="1544243" y="850318"/>
                                </a:lnTo>
                                <a:lnTo>
                                  <a:pt x="1544243" y="855085"/>
                                </a:lnTo>
                                <a:lnTo>
                                  <a:pt x="1540160" y="857128"/>
                                </a:lnTo>
                                <a:lnTo>
                                  <a:pt x="1536530" y="860306"/>
                                </a:lnTo>
                                <a:lnTo>
                                  <a:pt x="1532674" y="863484"/>
                                </a:lnTo>
                                <a:lnTo>
                                  <a:pt x="1524282" y="869612"/>
                                </a:lnTo>
                                <a:lnTo>
                                  <a:pt x="1515889" y="875287"/>
                                </a:lnTo>
                                <a:lnTo>
                                  <a:pt x="1507404" y="880513"/>
                                </a:lnTo>
                                <a:lnTo>
                                  <a:pt x="1507067" y="881579"/>
                                </a:lnTo>
                                <a:lnTo>
                                  <a:pt x="1504712" y="884209"/>
                                </a:lnTo>
                                <a:lnTo>
                                  <a:pt x="1505998" y="881379"/>
                                </a:lnTo>
                                <a:lnTo>
                                  <a:pt x="1489352" y="891631"/>
                                </a:lnTo>
                                <a:lnTo>
                                  <a:pt x="1480504" y="896852"/>
                                </a:lnTo>
                                <a:lnTo>
                                  <a:pt x="1472112" y="902527"/>
                                </a:lnTo>
                                <a:lnTo>
                                  <a:pt x="1476421" y="902754"/>
                                </a:lnTo>
                                <a:lnTo>
                                  <a:pt x="1479143" y="906159"/>
                                </a:lnTo>
                                <a:lnTo>
                                  <a:pt x="1466214" y="919325"/>
                                </a:lnTo>
                                <a:lnTo>
                                  <a:pt x="1462131" y="919325"/>
                                </a:lnTo>
                                <a:lnTo>
                                  <a:pt x="1461904" y="919325"/>
                                </a:lnTo>
                                <a:lnTo>
                                  <a:pt x="1461451" y="919325"/>
                                </a:lnTo>
                                <a:lnTo>
                                  <a:pt x="1461224" y="919325"/>
                                </a:lnTo>
                                <a:lnTo>
                                  <a:pt x="1458502" y="919098"/>
                                </a:lnTo>
                                <a:lnTo>
                                  <a:pt x="1455327" y="916374"/>
                                </a:lnTo>
                                <a:lnTo>
                                  <a:pt x="1451470" y="918644"/>
                                </a:lnTo>
                                <a:lnTo>
                                  <a:pt x="1455553" y="918417"/>
                                </a:lnTo>
                                <a:lnTo>
                                  <a:pt x="1457594" y="922503"/>
                                </a:lnTo>
                                <a:lnTo>
                                  <a:pt x="1445573" y="927270"/>
                                </a:lnTo>
                                <a:lnTo>
                                  <a:pt x="1437634" y="938848"/>
                                </a:lnTo>
                                <a:lnTo>
                                  <a:pt x="1434684" y="931356"/>
                                </a:lnTo>
                                <a:lnTo>
                                  <a:pt x="1431963" y="939528"/>
                                </a:lnTo>
                                <a:lnTo>
                                  <a:pt x="1420621" y="946564"/>
                                </a:lnTo>
                                <a:lnTo>
                                  <a:pt x="1416993" y="943841"/>
                                </a:lnTo>
                                <a:lnTo>
                                  <a:pt x="1419260" y="947473"/>
                                </a:lnTo>
                                <a:lnTo>
                                  <a:pt x="1418353" y="948154"/>
                                </a:lnTo>
                                <a:lnTo>
                                  <a:pt x="1417445" y="949288"/>
                                </a:lnTo>
                                <a:lnTo>
                                  <a:pt x="1414497" y="950651"/>
                                </a:lnTo>
                                <a:lnTo>
                                  <a:pt x="1411321" y="952240"/>
                                </a:lnTo>
                                <a:lnTo>
                                  <a:pt x="1407920" y="953375"/>
                                </a:lnTo>
                                <a:lnTo>
                                  <a:pt x="1401795" y="954964"/>
                                </a:lnTo>
                                <a:lnTo>
                                  <a:pt x="1399072" y="955871"/>
                                </a:lnTo>
                                <a:lnTo>
                                  <a:pt x="1398393" y="955871"/>
                                </a:lnTo>
                                <a:lnTo>
                                  <a:pt x="1386597" y="961319"/>
                                </a:lnTo>
                                <a:lnTo>
                                  <a:pt x="1388185" y="965178"/>
                                </a:lnTo>
                                <a:lnTo>
                                  <a:pt x="1389773" y="967675"/>
                                </a:lnTo>
                                <a:lnTo>
                                  <a:pt x="1388185" y="971988"/>
                                </a:lnTo>
                                <a:lnTo>
                                  <a:pt x="1380246" y="969264"/>
                                </a:lnTo>
                                <a:lnTo>
                                  <a:pt x="1382288" y="973350"/>
                                </a:lnTo>
                                <a:lnTo>
                                  <a:pt x="1381834" y="974258"/>
                                </a:lnTo>
                                <a:lnTo>
                                  <a:pt x="1380699" y="975620"/>
                                </a:lnTo>
                                <a:lnTo>
                                  <a:pt x="1376844" y="979933"/>
                                </a:lnTo>
                                <a:lnTo>
                                  <a:pt x="1366410" y="990375"/>
                                </a:lnTo>
                                <a:lnTo>
                                  <a:pt x="1361419" y="994915"/>
                                </a:lnTo>
                                <a:lnTo>
                                  <a:pt x="1358016" y="998547"/>
                                </a:lnTo>
                                <a:lnTo>
                                  <a:pt x="1357109" y="999682"/>
                                </a:lnTo>
                                <a:lnTo>
                                  <a:pt x="1357024" y="999940"/>
                                </a:lnTo>
                                <a:lnTo>
                                  <a:pt x="1343726" y="1007400"/>
                                </a:lnTo>
                                <a:lnTo>
                                  <a:pt x="1348036" y="1006719"/>
                                </a:lnTo>
                                <a:lnTo>
                                  <a:pt x="1331252" y="1015345"/>
                                </a:lnTo>
                                <a:lnTo>
                                  <a:pt x="1333746" y="1019204"/>
                                </a:lnTo>
                                <a:lnTo>
                                  <a:pt x="1325580" y="1020339"/>
                                </a:lnTo>
                                <a:lnTo>
                                  <a:pt x="1328983" y="1022835"/>
                                </a:lnTo>
                                <a:lnTo>
                                  <a:pt x="1315373" y="1024198"/>
                                </a:lnTo>
                                <a:lnTo>
                                  <a:pt x="1324219" y="1027376"/>
                                </a:lnTo>
                                <a:lnTo>
                                  <a:pt x="1311517" y="1033959"/>
                                </a:lnTo>
                                <a:lnTo>
                                  <a:pt x="1316280" y="1036001"/>
                                </a:lnTo>
                                <a:lnTo>
                                  <a:pt x="1307661" y="1036909"/>
                                </a:lnTo>
                                <a:lnTo>
                                  <a:pt x="1311063" y="1039406"/>
                                </a:lnTo>
                                <a:lnTo>
                                  <a:pt x="1302897" y="1042811"/>
                                </a:lnTo>
                                <a:lnTo>
                                  <a:pt x="1311290" y="1041222"/>
                                </a:lnTo>
                                <a:lnTo>
                                  <a:pt x="1294278" y="1049647"/>
                                </a:lnTo>
                                <a:lnTo>
                                  <a:pt x="1291783" y="1046469"/>
                                </a:lnTo>
                                <a:lnTo>
                                  <a:pt x="1287246" y="1047604"/>
                                </a:lnTo>
                                <a:lnTo>
                                  <a:pt x="1311063" y="1017161"/>
                                </a:lnTo>
                                <a:lnTo>
                                  <a:pt x="1335561" y="986970"/>
                                </a:lnTo>
                                <a:lnTo>
                                  <a:pt x="1360059" y="957007"/>
                                </a:lnTo>
                                <a:lnTo>
                                  <a:pt x="1385010" y="927497"/>
                                </a:lnTo>
                                <a:lnTo>
                                  <a:pt x="1410641" y="898441"/>
                                </a:lnTo>
                                <a:lnTo>
                                  <a:pt x="1436273" y="869386"/>
                                </a:lnTo>
                                <a:lnTo>
                                  <a:pt x="1462358" y="841011"/>
                                </a:lnTo>
                                <a:lnTo>
                                  <a:pt x="1488897" y="812636"/>
                                </a:lnTo>
                                <a:lnTo>
                                  <a:pt x="1515662" y="784716"/>
                                </a:lnTo>
                                <a:lnTo>
                                  <a:pt x="1542882" y="757249"/>
                                </a:lnTo>
                                <a:lnTo>
                                  <a:pt x="1570555" y="730237"/>
                                </a:lnTo>
                                <a:lnTo>
                                  <a:pt x="1598455" y="703451"/>
                                </a:lnTo>
                                <a:lnTo>
                                  <a:pt x="1626808" y="676892"/>
                                </a:lnTo>
                                <a:lnTo>
                                  <a:pt x="1655389" y="651242"/>
                                </a:lnTo>
                                <a:lnTo>
                                  <a:pt x="1684649" y="625591"/>
                                </a:lnTo>
                                <a:lnTo>
                                  <a:pt x="1714137" y="600395"/>
                                </a:lnTo>
                                <a:lnTo>
                                  <a:pt x="1728654" y="588137"/>
                                </a:lnTo>
                                <a:lnTo>
                                  <a:pt x="1742718" y="577241"/>
                                </a:lnTo>
                                <a:lnTo>
                                  <a:pt x="1749522" y="572247"/>
                                </a:lnTo>
                                <a:lnTo>
                                  <a:pt x="1756100" y="567480"/>
                                </a:lnTo>
                                <a:lnTo>
                                  <a:pt x="1762678" y="563167"/>
                                </a:lnTo>
                                <a:lnTo>
                                  <a:pt x="1769256" y="558854"/>
                                </a:lnTo>
                                <a:lnTo>
                                  <a:pt x="1775608" y="554995"/>
                                </a:lnTo>
                                <a:lnTo>
                                  <a:pt x="1781959" y="551363"/>
                                </a:lnTo>
                                <a:lnTo>
                                  <a:pt x="1788310" y="547958"/>
                                </a:lnTo>
                                <a:lnTo>
                                  <a:pt x="1794434" y="544553"/>
                                </a:lnTo>
                                <a:lnTo>
                                  <a:pt x="1800559" y="541602"/>
                                </a:lnTo>
                                <a:lnTo>
                                  <a:pt x="1806910" y="538651"/>
                                </a:lnTo>
                                <a:lnTo>
                                  <a:pt x="1813261" y="536381"/>
                                </a:lnTo>
                                <a:lnTo>
                                  <a:pt x="1819612" y="533658"/>
                                </a:lnTo>
                                <a:lnTo>
                                  <a:pt x="1826190" y="531388"/>
                                </a:lnTo>
                                <a:lnTo>
                                  <a:pt x="1832542" y="529344"/>
                                </a:lnTo>
                                <a:lnTo>
                                  <a:pt x="1839347" y="527301"/>
                                </a:lnTo>
                                <a:lnTo>
                                  <a:pt x="1845925" y="525486"/>
                                </a:lnTo>
                                <a:lnTo>
                                  <a:pt x="1852729" y="523897"/>
                                </a:lnTo>
                                <a:lnTo>
                                  <a:pt x="1859761" y="522308"/>
                                </a:lnTo>
                                <a:lnTo>
                                  <a:pt x="1874278" y="519584"/>
                                </a:lnTo>
                                <a:lnTo>
                                  <a:pt x="1889702" y="517087"/>
                                </a:lnTo>
                                <a:lnTo>
                                  <a:pt x="1906034" y="514817"/>
                                </a:lnTo>
                                <a:lnTo>
                                  <a:pt x="1923500" y="512774"/>
                                </a:lnTo>
                                <a:lnTo>
                                  <a:pt x="1942100" y="510731"/>
                                </a:lnTo>
                                <a:lnTo>
                                  <a:pt x="1972722" y="507553"/>
                                </a:lnTo>
                                <a:lnTo>
                                  <a:pt x="2003570" y="504148"/>
                                </a:lnTo>
                                <a:lnTo>
                                  <a:pt x="2034192" y="500743"/>
                                </a:lnTo>
                                <a:lnTo>
                                  <a:pt x="2065041" y="497565"/>
                                </a:lnTo>
                                <a:lnTo>
                                  <a:pt x="2096116" y="494387"/>
                                </a:lnTo>
                                <a:lnTo>
                                  <a:pt x="2126738" y="492117"/>
                                </a:lnTo>
                                <a:lnTo>
                                  <a:pt x="2141936" y="490755"/>
                                </a:lnTo>
                                <a:lnTo>
                                  <a:pt x="2157587" y="490074"/>
                                </a:lnTo>
                                <a:lnTo>
                                  <a:pt x="2172785" y="489393"/>
                                </a:lnTo>
                                <a:lnTo>
                                  <a:pt x="2187982" y="488485"/>
                                </a:lnTo>
                                <a:close/>
                                <a:moveTo>
                                  <a:pt x="2205037" y="485863"/>
                                </a:moveTo>
                                <a:lnTo>
                                  <a:pt x="2204832" y="486216"/>
                                </a:lnTo>
                                <a:lnTo>
                                  <a:pt x="2198687" y="487451"/>
                                </a:lnTo>
                                <a:lnTo>
                                  <a:pt x="2205037" y="485863"/>
                                </a:lnTo>
                                <a:close/>
                                <a:moveTo>
                                  <a:pt x="2208609" y="485863"/>
                                </a:moveTo>
                                <a:lnTo>
                                  <a:pt x="2209800" y="486260"/>
                                </a:lnTo>
                                <a:lnTo>
                                  <a:pt x="2209403" y="486656"/>
                                </a:lnTo>
                                <a:lnTo>
                                  <a:pt x="2203450" y="489038"/>
                                </a:lnTo>
                                <a:lnTo>
                                  <a:pt x="2208609" y="485863"/>
                                </a:lnTo>
                                <a:close/>
                                <a:moveTo>
                                  <a:pt x="4064156" y="485835"/>
                                </a:moveTo>
                                <a:lnTo>
                                  <a:pt x="4078288" y="490465"/>
                                </a:lnTo>
                                <a:lnTo>
                                  <a:pt x="4077840" y="490465"/>
                                </a:lnTo>
                                <a:lnTo>
                                  <a:pt x="4066848" y="493773"/>
                                </a:lnTo>
                                <a:lnTo>
                                  <a:pt x="4057650" y="490244"/>
                                </a:lnTo>
                                <a:lnTo>
                                  <a:pt x="4064156" y="485835"/>
                                </a:lnTo>
                                <a:close/>
                                <a:moveTo>
                                  <a:pt x="1657130" y="485830"/>
                                </a:moveTo>
                                <a:lnTo>
                                  <a:pt x="1657350" y="485830"/>
                                </a:lnTo>
                                <a:lnTo>
                                  <a:pt x="1653622" y="489458"/>
                                </a:lnTo>
                                <a:lnTo>
                                  <a:pt x="1650333" y="491953"/>
                                </a:lnTo>
                                <a:lnTo>
                                  <a:pt x="1647921" y="493541"/>
                                </a:lnTo>
                                <a:lnTo>
                                  <a:pt x="1649017" y="493541"/>
                                </a:lnTo>
                                <a:lnTo>
                                  <a:pt x="1644194" y="497169"/>
                                </a:lnTo>
                                <a:lnTo>
                                  <a:pt x="1638273" y="499664"/>
                                </a:lnTo>
                                <a:lnTo>
                                  <a:pt x="1617662" y="509643"/>
                                </a:lnTo>
                                <a:lnTo>
                                  <a:pt x="1627967" y="502612"/>
                                </a:lnTo>
                                <a:lnTo>
                                  <a:pt x="1627748" y="503292"/>
                                </a:lnTo>
                                <a:lnTo>
                                  <a:pt x="1633230" y="498983"/>
                                </a:lnTo>
                                <a:lnTo>
                                  <a:pt x="1639808" y="495128"/>
                                </a:lnTo>
                                <a:lnTo>
                                  <a:pt x="1645071" y="492180"/>
                                </a:lnTo>
                                <a:lnTo>
                                  <a:pt x="1645509" y="491953"/>
                                </a:lnTo>
                                <a:lnTo>
                                  <a:pt x="1652526" y="487644"/>
                                </a:lnTo>
                                <a:lnTo>
                                  <a:pt x="1657130" y="485830"/>
                                </a:lnTo>
                                <a:close/>
                                <a:moveTo>
                                  <a:pt x="2206914" y="484275"/>
                                </a:moveTo>
                                <a:lnTo>
                                  <a:pt x="2208213" y="484502"/>
                                </a:lnTo>
                                <a:lnTo>
                                  <a:pt x="2203450" y="485863"/>
                                </a:lnTo>
                                <a:lnTo>
                                  <a:pt x="2206914" y="484275"/>
                                </a:lnTo>
                                <a:close/>
                                <a:moveTo>
                                  <a:pt x="3652899" y="484256"/>
                                </a:moveTo>
                                <a:lnTo>
                                  <a:pt x="3656013" y="485050"/>
                                </a:lnTo>
                                <a:lnTo>
                                  <a:pt x="3655830" y="485050"/>
                                </a:lnTo>
                                <a:lnTo>
                                  <a:pt x="3651250" y="485844"/>
                                </a:lnTo>
                                <a:lnTo>
                                  <a:pt x="3652899" y="484256"/>
                                </a:lnTo>
                                <a:close/>
                                <a:moveTo>
                                  <a:pt x="2199550" y="482810"/>
                                </a:moveTo>
                                <a:lnTo>
                                  <a:pt x="2195467" y="483264"/>
                                </a:lnTo>
                                <a:lnTo>
                                  <a:pt x="2195241" y="483264"/>
                                </a:lnTo>
                                <a:lnTo>
                                  <a:pt x="2199550" y="482810"/>
                                </a:lnTo>
                                <a:close/>
                                <a:moveTo>
                                  <a:pt x="2203450" y="482688"/>
                                </a:moveTo>
                                <a:lnTo>
                                  <a:pt x="2200179" y="485864"/>
                                </a:lnTo>
                                <a:lnTo>
                                  <a:pt x="2197100" y="485228"/>
                                </a:lnTo>
                                <a:lnTo>
                                  <a:pt x="2201718" y="483006"/>
                                </a:lnTo>
                                <a:lnTo>
                                  <a:pt x="2203450" y="482688"/>
                                </a:lnTo>
                                <a:close/>
                                <a:moveTo>
                                  <a:pt x="3709988" y="481076"/>
                                </a:moveTo>
                                <a:lnTo>
                                  <a:pt x="3709988" y="481198"/>
                                </a:lnTo>
                                <a:lnTo>
                                  <a:pt x="3700463" y="482664"/>
                                </a:lnTo>
                                <a:lnTo>
                                  <a:pt x="3709988" y="481076"/>
                                </a:lnTo>
                                <a:close/>
                                <a:moveTo>
                                  <a:pt x="1707081" y="481069"/>
                                </a:moveTo>
                                <a:lnTo>
                                  <a:pt x="1708150" y="481442"/>
                                </a:lnTo>
                                <a:lnTo>
                                  <a:pt x="1706867" y="481815"/>
                                </a:lnTo>
                                <a:lnTo>
                                  <a:pt x="1697037" y="484243"/>
                                </a:lnTo>
                                <a:lnTo>
                                  <a:pt x="1707081" y="481069"/>
                                </a:lnTo>
                                <a:close/>
                                <a:moveTo>
                                  <a:pt x="2236787" y="477925"/>
                                </a:moveTo>
                                <a:lnTo>
                                  <a:pt x="2235653" y="480108"/>
                                </a:lnTo>
                                <a:lnTo>
                                  <a:pt x="2220912" y="495387"/>
                                </a:lnTo>
                                <a:lnTo>
                                  <a:pt x="2221819" y="492719"/>
                                </a:lnTo>
                                <a:lnTo>
                                  <a:pt x="2222726" y="490052"/>
                                </a:lnTo>
                                <a:lnTo>
                                  <a:pt x="2223860" y="487384"/>
                                </a:lnTo>
                                <a:lnTo>
                                  <a:pt x="2225674" y="485201"/>
                                </a:lnTo>
                                <a:lnTo>
                                  <a:pt x="2227262" y="483503"/>
                                </a:lnTo>
                                <a:lnTo>
                                  <a:pt x="2229303" y="482048"/>
                                </a:lnTo>
                                <a:lnTo>
                                  <a:pt x="2231797" y="480593"/>
                                </a:lnTo>
                                <a:lnTo>
                                  <a:pt x="2234065" y="479380"/>
                                </a:lnTo>
                                <a:lnTo>
                                  <a:pt x="2232931" y="478895"/>
                                </a:lnTo>
                                <a:lnTo>
                                  <a:pt x="2233158" y="478410"/>
                                </a:lnTo>
                                <a:lnTo>
                                  <a:pt x="2236787" y="477925"/>
                                </a:lnTo>
                                <a:close/>
                                <a:moveTo>
                                  <a:pt x="1670050" y="473130"/>
                                </a:moveTo>
                                <a:lnTo>
                                  <a:pt x="1670050" y="473806"/>
                                </a:lnTo>
                                <a:lnTo>
                                  <a:pt x="1666210" y="476737"/>
                                </a:lnTo>
                                <a:lnTo>
                                  <a:pt x="1662144" y="479441"/>
                                </a:lnTo>
                                <a:lnTo>
                                  <a:pt x="1652882" y="484400"/>
                                </a:lnTo>
                                <a:lnTo>
                                  <a:pt x="1661692" y="480343"/>
                                </a:lnTo>
                                <a:lnTo>
                                  <a:pt x="1651527" y="486879"/>
                                </a:lnTo>
                                <a:lnTo>
                                  <a:pt x="1653334" y="486428"/>
                                </a:lnTo>
                                <a:lnTo>
                                  <a:pt x="1646331" y="490711"/>
                                </a:lnTo>
                                <a:lnTo>
                                  <a:pt x="1643395" y="492739"/>
                                </a:lnTo>
                                <a:lnTo>
                                  <a:pt x="1633004" y="498374"/>
                                </a:lnTo>
                                <a:lnTo>
                                  <a:pt x="1633230" y="498374"/>
                                </a:lnTo>
                                <a:lnTo>
                                  <a:pt x="1612900" y="509643"/>
                                </a:lnTo>
                                <a:lnTo>
                                  <a:pt x="1612900" y="509192"/>
                                </a:lnTo>
                                <a:lnTo>
                                  <a:pt x="1614707" y="508065"/>
                                </a:lnTo>
                                <a:lnTo>
                                  <a:pt x="1615385" y="507614"/>
                                </a:lnTo>
                                <a:lnTo>
                                  <a:pt x="1628260" y="499500"/>
                                </a:lnTo>
                                <a:lnTo>
                                  <a:pt x="1632552" y="495669"/>
                                </a:lnTo>
                                <a:lnTo>
                                  <a:pt x="1627357" y="497698"/>
                                </a:lnTo>
                                <a:lnTo>
                                  <a:pt x="1636721" y="492018"/>
                                </a:lnTo>
                                <a:lnTo>
                                  <a:pt x="1641814" y="489809"/>
                                </a:lnTo>
                                <a:lnTo>
                                  <a:pt x="1641588" y="489583"/>
                                </a:lnTo>
                                <a:lnTo>
                                  <a:pt x="1648816" y="485752"/>
                                </a:lnTo>
                                <a:lnTo>
                                  <a:pt x="1646557" y="486879"/>
                                </a:lnTo>
                                <a:lnTo>
                                  <a:pt x="1649268" y="484850"/>
                                </a:lnTo>
                                <a:lnTo>
                                  <a:pt x="1655593" y="481470"/>
                                </a:lnTo>
                                <a:lnTo>
                                  <a:pt x="1648138" y="485076"/>
                                </a:lnTo>
                                <a:lnTo>
                                  <a:pt x="1651301" y="483498"/>
                                </a:lnTo>
                                <a:lnTo>
                                  <a:pt x="1657174" y="480117"/>
                                </a:lnTo>
                                <a:lnTo>
                                  <a:pt x="1656948" y="479892"/>
                                </a:lnTo>
                                <a:lnTo>
                                  <a:pt x="1670050" y="473130"/>
                                </a:lnTo>
                                <a:close/>
                                <a:moveTo>
                                  <a:pt x="1688499" y="473106"/>
                                </a:moveTo>
                                <a:lnTo>
                                  <a:pt x="1688209" y="473287"/>
                                </a:lnTo>
                                <a:lnTo>
                                  <a:pt x="1687595" y="473567"/>
                                </a:lnTo>
                                <a:lnTo>
                                  <a:pt x="1688499" y="473106"/>
                                </a:lnTo>
                                <a:close/>
                                <a:moveTo>
                                  <a:pt x="1664537" y="472022"/>
                                </a:moveTo>
                                <a:lnTo>
                                  <a:pt x="1644321" y="484029"/>
                                </a:lnTo>
                                <a:lnTo>
                                  <a:pt x="1641154" y="485929"/>
                                </a:lnTo>
                                <a:lnTo>
                                  <a:pt x="1644650" y="484243"/>
                                </a:lnTo>
                                <a:lnTo>
                                  <a:pt x="1642768" y="485235"/>
                                </a:lnTo>
                                <a:lnTo>
                                  <a:pt x="1639748" y="486772"/>
                                </a:lnTo>
                                <a:lnTo>
                                  <a:pt x="1612568" y="503073"/>
                                </a:lnTo>
                                <a:lnTo>
                                  <a:pt x="1581496" y="522343"/>
                                </a:lnTo>
                                <a:lnTo>
                                  <a:pt x="1564712" y="532998"/>
                                </a:lnTo>
                                <a:lnTo>
                                  <a:pt x="1549444" y="542692"/>
                                </a:lnTo>
                                <a:lnTo>
                                  <a:pt x="1563578" y="533452"/>
                                </a:lnTo>
                                <a:lnTo>
                                  <a:pt x="1595104" y="513728"/>
                                </a:lnTo>
                                <a:lnTo>
                                  <a:pt x="1610980" y="503980"/>
                                </a:lnTo>
                                <a:lnTo>
                                  <a:pt x="1626857" y="494231"/>
                                </a:lnTo>
                                <a:lnTo>
                                  <a:pt x="1637672" y="487828"/>
                                </a:lnTo>
                                <a:lnTo>
                                  <a:pt x="1626776" y="493371"/>
                                </a:lnTo>
                                <a:lnTo>
                                  <a:pt x="1626070" y="493570"/>
                                </a:lnTo>
                                <a:lnTo>
                                  <a:pt x="1627480" y="492777"/>
                                </a:lnTo>
                                <a:lnTo>
                                  <a:pt x="1629363" y="491784"/>
                                </a:lnTo>
                                <a:lnTo>
                                  <a:pt x="1626070" y="493173"/>
                                </a:lnTo>
                                <a:lnTo>
                                  <a:pt x="1628189" y="492180"/>
                                </a:lnTo>
                                <a:lnTo>
                                  <a:pt x="1639678" y="486640"/>
                                </a:lnTo>
                                <a:lnTo>
                                  <a:pt x="1656341" y="476775"/>
                                </a:lnTo>
                                <a:lnTo>
                                  <a:pt x="1664537" y="472022"/>
                                </a:lnTo>
                                <a:close/>
                                <a:moveTo>
                                  <a:pt x="3727958" y="468004"/>
                                </a:moveTo>
                                <a:lnTo>
                                  <a:pt x="3728808" y="468164"/>
                                </a:lnTo>
                                <a:lnTo>
                                  <a:pt x="3729038" y="468376"/>
                                </a:lnTo>
                                <a:lnTo>
                                  <a:pt x="3727958" y="468004"/>
                                </a:lnTo>
                                <a:close/>
                                <a:moveTo>
                                  <a:pt x="3713163" y="465201"/>
                                </a:moveTo>
                                <a:lnTo>
                                  <a:pt x="3717535" y="465201"/>
                                </a:lnTo>
                                <a:lnTo>
                                  <a:pt x="3721446" y="466048"/>
                                </a:lnTo>
                                <a:lnTo>
                                  <a:pt x="3725357" y="467106"/>
                                </a:lnTo>
                                <a:lnTo>
                                  <a:pt x="3727958" y="468004"/>
                                </a:lnTo>
                                <a:lnTo>
                                  <a:pt x="3713163" y="465201"/>
                                </a:lnTo>
                                <a:close/>
                                <a:moveTo>
                                  <a:pt x="2234936" y="463062"/>
                                </a:moveTo>
                                <a:lnTo>
                                  <a:pt x="2229945" y="463743"/>
                                </a:lnTo>
                                <a:lnTo>
                                  <a:pt x="2230626" y="463743"/>
                                </a:lnTo>
                                <a:lnTo>
                                  <a:pt x="2234936" y="463062"/>
                                </a:lnTo>
                                <a:close/>
                                <a:moveTo>
                                  <a:pt x="1745116" y="460596"/>
                                </a:moveTo>
                                <a:lnTo>
                                  <a:pt x="1744435" y="461048"/>
                                </a:lnTo>
                                <a:lnTo>
                                  <a:pt x="1744662" y="461048"/>
                                </a:lnTo>
                                <a:lnTo>
                                  <a:pt x="1745116" y="460596"/>
                                </a:lnTo>
                                <a:close/>
                                <a:moveTo>
                                  <a:pt x="1708150" y="457257"/>
                                </a:moveTo>
                                <a:lnTo>
                                  <a:pt x="1704158" y="460432"/>
                                </a:lnTo>
                                <a:lnTo>
                                  <a:pt x="1693862" y="465195"/>
                                </a:lnTo>
                                <a:lnTo>
                                  <a:pt x="1699115" y="461821"/>
                                </a:lnTo>
                                <a:lnTo>
                                  <a:pt x="1698905" y="461821"/>
                                </a:lnTo>
                                <a:lnTo>
                                  <a:pt x="1697854" y="462020"/>
                                </a:lnTo>
                                <a:lnTo>
                                  <a:pt x="1708150" y="457257"/>
                                </a:lnTo>
                                <a:close/>
                                <a:moveTo>
                                  <a:pt x="2814411" y="455639"/>
                                </a:moveTo>
                                <a:lnTo>
                                  <a:pt x="2817813" y="455903"/>
                                </a:lnTo>
                                <a:lnTo>
                                  <a:pt x="2817813" y="456168"/>
                                </a:lnTo>
                                <a:lnTo>
                                  <a:pt x="2809875" y="457227"/>
                                </a:lnTo>
                                <a:lnTo>
                                  <a:pt x="2814411" y="455639"/>
                                </a:lnTo>
                                <a:close/>
                                <a:moveTo>
                                  <a:pt x="2239491" y="450940"/>
                                </a:moveTo>
                                <a:lnTo>
                                  <a:pt x="2239962" y="450940"/>
                                </a:lnTo>
                                <a:lnTo>
                                  <a:pt x="2239727" y="451184"/>
                                </a:lnTo>
                                <a:lnTo>
                                  <a:pt x="2233612" y="454115"/>
                                </a:lnTo>
                                <a:lnTo>
                                  <a:pt x="2239491" y="450940"/>
                                </a:lnTo>
                                <a:close/>
                                <a:moveTo>
                                  <a:pt x="2251834" y="449352"/>
                                </a:moveTo>
                                <a:lnTo>
                                  <a:pt x="2257425" y="452527"/>
                                </a:lnTo>
                                <a:lnTo>
                                  <a:pt x="2254940" y="452039"/>
                                </a:lnTo>
                                <a:lnTo>
                                  <a:pt x="2249763" y="452039"/>
                                </a:lnTo>
                                <a:lnTo>
                                  <a:pt x="2247900" y="450085"/>
                                </a:lnTo>
                                <a:lnTo>
                                  <a:pt x="2251834" y="449352"/>
                                </a:lnTo>
                                <a:close/>
                                <a:moveTo>
                                  <a:pt x="3870977" y="449326"/>
                                </a:moveTo>
                                <a:lnTo>
                                  <a:pt x="3872992" y="449326"/>
                                </a:lnTo>
                                <a:lnTo>
                                  <a:pt x="3877470" y="449723"/>
                                </a:lnTo>
                                <a:lnTo>
                                  <a:pt x="3881500" y="450319"/>
                                </a:lnTo>
                                <a:lnTo>
                                  <a:pt x="3886201" y="450914"/>
                                </a:lnTo>
                                <a:lnTo>
                                  <a:pt x="3885530" y="450914"/>
                                </a:lnTo>
                                <a:lnTo>
                                  <a:pt x="3868738" y="449525"/>
                                </a:lnTo>
                                <a:lnTo>
                                  <a:pt x="3870977" y="449326"/>
                                </a:lnTo>
                                <a:close/>
                                <a:moveTo>
                                  <a:pt x="2281949" y="447765"/>
                                </a:moveTo>
                                <a:lnTo>
                                  <a:pt x="2282825" y="447765"/>
                                </a:lnTo>
                                <a:lnTo>
                                  <a:pt x="2282387" y="448470"/>
                                </a:lnTo>
                                <a:lnTo>
                                  <a:pt x="2270125" y="454114"/>
                                </a:lnTo>
                                <a:lnTo>
                                  <a:pt x="2281949" y="447765"/>
                                </a:lnTo>
                                <a:close/>
                                <a:moveTo>
                                  <a:pt x="3556510" y="445677"/>
                                </a:moveTo>
                                <a:lnTo>
                                  <a:pt x="3560333" y="446135"/>
                                </a:lnTo>
                                <a:lnTo>
                                  <a:pt x="3559884" y="446135"/>
                                </a:lnTo>
                                <a:lnTo>
                                  <a:pt x="3554486" y="446823"/>
                                </a:lnTo>
                                <a:lnTo>
                                  <a:pt x="3556510" y="445677"/>
                                </a:lnTo>
                                <a:close/>
                                <a:moveTo>
                                  <a:pt x="2253816" y="444590"/>
                                </a:moveTo>
                                <a:lnTo>
                                  <a:pt x="2255837" y="444908"/>
                                </a:lnTo>
                                <a:lnTo>
                                  <a:pt x="2255259" y="445225"/>
                                </a:lnTo>
                                <a:lnTo>
                                  <a:pt x="2249487" y="446178"/>
                                </a:lnTo>
                                <a:lnTo>
                                  <a:pt x="2253816" y="444590"/>
                                </a:lnTo>
                                <a:close/>
                                <a:moveTo>
                                  <a:pt x="2272728" y="444590"/>
                                </a:moveTo>
                                <a:lnTo>
                                  <a:pt x="2273109" y="444590"/>
                                </a:lnTo>
                                <a:lnTo>
                                  <a:pt x="2268537" y="446178"/>
                                </a:lnTo>
                                <a:lnTo>
                                  <a:pt x="2272728" y="444590"/>
                                </a:lnTo>
                                <a:close/>
                                <a:moveTo>
                                  <a:pt x="3639080" y="441393"/>
                                </a:moveTo>
                                <a:lnTo>
                                  <a:pt x="3641550" y="441393"/>
                                </a:lnTo>
                                <a:lnTo>
                                  <a:pt x="3639609" y="442981"/>
                                </a:lnTo>
                                <a:lnTo>
                                  <a:pt x="3636963" y="442664"/>
                                </a:lnTo>
                                <a:lnTo>
                                  <a:pt x="3639080" y="441393"/>
                                </a:lnTo>
                                <a:close/>
                                <a:moveTo>
                                  <a:pt x="3541083" y="441312"/>
                                </a:moveTo>
                                <a:lnTo>
                                  <a:pt x="3541486" y="441390"/>
                                </a:lnTo>
                                <a:lnTo>
                                  <a:pt x="3541260" y="441390"/>
                                </a:lnTo>
                                <a:lnTo>
                                  <a:pt x="3541083" y="441312"/>
                                </a:lnTo>
                                <a:close/>
                                <a:moveTo>
                                  <a:pt x="2275482" y="439827"/>
                                </a:moveTo>
                                <a:lnTo>
                                  <a:pt x="2276475" y="440180"/>
                                </a:lnTo>
                                <a:lnTo>
                                  <a:pt x="2276276" y="440180"/>
                                </a:lnTo>
                                <a:lnTo>
                                  <a:pt x="2271712" y="443002"/>
                                </a:lnTo>
                                <a:lnTo>
                                  <a:pt x="2275482" y="439827"/>
                                </a:lnTo>
                                <a:close/>
                                <a:moveTo>
                                  <a:pt x="2274888" y="438240"/>
                                </a:moveTo>
                                <a:lnTo>
                                  <a:pt x="2273617" y="439828"/>
                                </a:lnTo>
                                <a:lnTo>
                                  <a:pt x="2273300" y="438467"/>
                                </a:lnTo>
                                <a:lnTo>
                                  <a:pt x="2274888" y="438240"/>
                                </a:lnTo>
                                <a:close/>
                                <a:moveTo>
                                  <a:pt x="3681789" y="438213"/>
                                </a:moveTo>
                                <a:lnTo>
                                  <a:pt x="3722143" y="445407"/>
                                </a:lnTo>
                                <a:lnTo>
                                  <a:pt x="3728645" y="447143"/>
                                </a:lnTo>
                                <a:lnTo>
                                  <a:pt x="3730663" y="447887"/>
                                </a:lnTo>
                                <a:lnTo>
                                  <a:pt x="3732008" y="448631"/>
                                </a:lnTo>
                                <a:lnTo>
                                  <a:pt x="3732904" y="449127"/>
                                </a:lnTo>
                                <a:lnTo>
                                  <a:pt x="3733353" y="449623"/>
                                </a:lnTo>
                                <a:lnTo>
                                  <a:pt x="3733801" y="450616"/>
                                </a:lnTo>
                                <a:lnTo>
                                  <a:pt x="3732904" y="451608"/>
                                </a:lnTo>
                                <a:lnTo>
                                  <a:pt x="3731559" y="452848"/>
                                </a:lnTo>
                                <a:lnTo>
                                  <a:pt x="3729542" y="453344"/>
                                </a:lnTo>
                                <a:lnTo>
                                  <a:pt x="3727524" y="453840"/>
                                </a:lnTo>
                                <a:lnTo>
                                  <a:pt x="3725282" y="454088"/>
                                </a:lnTo>
                                <a:lnTo>
                                  <a:pt x="3722592" y="454088"/>
                                </a:lnTo>
                                <a:lnTo>
                                  <a:pt x="3716987" y="453840"/>
                                </a:lnTo>
                                <a:lnTo>
                                  <a:pt x="3711382" y="453344"/>
                                </a:lnTo>
                                <a:lnTo>
                                  <a:pt x="3706002" y="452600"/>
                                </a:lnTo>
                                <a:lnTo>
                                  <a:pt x="3697482" y="450864"/>
                                </a:lnTo>
                                <a:lnTo>
                                  <a:pt x="3697482" y="451111"/>
                                </a:lnTo>
                                <a:lnTo>
                                  <a:pt x="3700397" y="452600"/>
                                </a:lnTo>
                                <a:lnTo>
                                  <a:pt x="3697258" y="451608"/>
                                </a:lnTo>
                                <a:lnTo>
                                  <a:pt x="3693223" y="451111"/>
                                </a:lnTo>
                                <a:lnTo>
                                  <a:pt x="3688739" y="450368"/>
                                </a:lnTo>
                                <a:lnTo>
                                  <a:pt x="3684703" y="449623"/>
                                </a:lnTo>
                                <a:lnTo>
                                  <a:pt x="3681341" y="448631"/>
                                </a:lnTo>
                                <a:lnTo>
                                  <a:pt x="3679995" y="447639"/>
                                </a:lnTo>
                                <a:lnTo>
                                  <a:pt x="3679547" y="447143"/>
                                </a:lnTo>
                                <a:lnTo>
                                  <a:pt x="3679323" y="446399"/>
                                </a:lnTo>
                                <a:lnTo>
                                  <a:pt x="3679771" y="445407"/>
                                </a:lnTo>
                                <a:lnTo>
                                  <a:pt x="3680668" y="444415"/>
                                </a:lnTo>
                                <a:lnTo>
                                  <a:pt x="3682686" y="443422"/>
                                </a:lnTo>
                                <a:lnTo>
                                  <a:pt x="3675063" y="442182"/>
                                </a:lnTo>
                                <a:lnTo>
                                  <a:pt x="3681789" y="438213"/>
                                </a:lnTo>
                                <a:close/>
                                <a:moveTo>
                                  <a:pt x="3526519" y="436804"/>
                                </a:moveTo>
                                <a:lnTo>
                                  <a:pt x="3533549" y="437686"/>
                                </a:lnTo>
                                <a:lnTo>
                                  <a:pt x="3528275" y="437173"/>
                                </a:lnTo>
                                <a:lnTo>
                                  <a:pt x="3526519" y="436804"/>
                                </a:lnTo>
                                <a:close/>
                                <a:moveTo>
                                  <a:pt x="3522663" y="436627"/>
                                </a:moveTo>
                                <a:lnTo>
                                  <a:pt x="3528275" y="437173"/>
                                </a:lnTo>
                                <a:lnTo>
                                  <a:pt x="3534910" y="438568"/>
                                </a:lnTo>
                                <a:lnTo>
                                  <a:pt x="3541083" y="441312"/>
                                </a:lnTo>
                                <a:lnTo>
                                  <a:pt x="3539672" y="441037"/>
                                </a:lnTo>
                                <a:lnTo>
                                  <a:pt x="3532415" y="440508"/>
                                </a:lnTo>
                                <a:lnTo>
                                  <a:pt x="3519488" y="439979"/>
                                </a:lnTo>
                                <a:lnTo>
                                  <a:pt x="3522663" y="436627"/>
                                </a:lnTo>
                                <a:close/>
                                <a:moveTo>
                                  <a:pt x="2292960" y="431889"/>
                                </a:moveTo>
                                <a:lnTo>
                                  <a:pt x="2293937" y="432034"/>
                                </a:lnTo>
                                <a:lnTo>
                                  <a:pt x="2287587" y="433478"/>
                                </a:lnTo>
                                <a:lnTo>
                                  <a:pt x="2292960" y="431889"/>
                                </a:lnTo>
                                <a:close/>
                                <a:moveTo>
                                  <a:pt x="1772108" y="431857"/>
                                </a:moveTo>
                                <a:lnTo>
                                  <a:pt x="1773238" y="432318"/>
                                </a:lnTo>
                                <a:lnTo>
                                  <a:pt x="1750641" y="447988"/>
                                </a:lnTo>
                                <a:lnTo>
                                  <a:pt x="1752901" y="447297"/>
                                </a:lnTo>
                                <a:lnTo>
                                  <a:pt x="1751997" y="448679"/>
                                </a:lnTo>
                                <a:lnTo>
                                  <a:pt x="1751997" y="449601"/>
                                </a:lnTo>
                                <a:lnTo>
                                  <a:pt x="1740698" y="456515"/>
                                </a:lnTo>
                                <a:lnTo>
                                  <a:pt x="1748155" y="452827"/>
                                </a:lnTo>
                                <a:lnTo>
                                  <a:pt x="1752449" y="451445"/>
                                </a:lnTo>
                                <a:lnTo>
                                  <a:pt x="1754482" y="450523"/>
                                </a:lnTo>
                                <a:lnTo>
                                  <a:pt x="1755160" y="450523"/>
                                </a:lnTo>
                                <a:lnTo>
                                  <a:pt x="1755160" y="450753"/>
                                </a:lnTo>
                                <a:lnTo>
                                  <a:pt x="1754030" y="451675"/>
                                </a:lnTo>
                                <a:lnTo>
                                  <a:pt x="1748833" y="454210"/>
                                </a:lnTo>
                                <a:lnTo>
                                  <a:pt x="1740924" y="458358"/>
                                </a:lnTo>
                                <a:lnTo>
                                  <a:pt x="1742958" y="457667"/>
                                </a:lnTo>
                                <a:lnTo>
                                  <a:pt x="1733015" y="462967"/>
                                </a:lnTo>
                                <a:lnTo>
                                  <a:pt x="1738438" y="461124"/>
                                </a:lnTo>
                                <a:lnTo>
                                  <a:pt x="1719909" y="470111"/>
                                </a:lnTo>
                                <a:lnTo>
                                  <a:pt x="1729174" y="466884"/>
                                </a:lnTo>
                                <a:lnTo>
                                  <a:pt x="1729174" y="467576"/>
                                </a:lnTo>
                                <a:lnTo>
                                  <a:pt x="1722395" y="471954"/>
                                </a:lnTo>
                                <a:lnTo>
                                  <a:pt x="1728722" y="469189"/>
                                </a:lnTo>
                                <a:lnTo>
                                  <a:pt x="1717875" y="476333"/>
                                </a:lnTo>
                                <a:lnTo>
                                  <a:pt x="1699346" y="482785"/>
                                </a:lnTo>
                                <a:lnTo>
                                  <a:pt x="1681946" y="490620"/>
                                </a:lnTo>
                                <a:lnTo>
                                  <a:pt x="1684640" y="488358"/>
                                </a:lnTo>
                                <a:lnTo>
                                  <a:pt x="1699346" y="480481"/>
                                </a:lnTo>
                                <a:lnTo>
                                  <a:pt x="1694600" y="482554"/>
                                </a:lnTo>
                                <a:lnTo>
                                  <a:pt x="1690081" y="484628"/>
                                </a:lnTo>
                                <a:lnTo>
                                  <a:pt x="1685788" y="487394"/>
                                </a:lnTo>
                                <a:lnTo>
                                  <a:pt x="1684640" y="488358"/>
                                </a:lnTo>
                                <a:lnTo>
                                  <a:pt x="1676975" y="492464"/>
                                </a:lnTo>
                                <a:lnTo>
                                  <a:pt x="1672907" y="494077"/>
                                </a:lnTo>
                                <a:lnTo>
                                  <a:pt x="1674489" y="492464"/>
                                </a:lnTo>
                                <a:lnTo>
                                  <a:pt x="1657541" y="501221"/>
                                </a:lnTo>
                                <a:lnTo>
                                  <a:pt x="1660160" y="498328"/>
                                </a:lnTo>
                                <a:lnTo>
                                  <a:pt x="1670874" y="491772"/>
                                </a:lnTo>
                                <a:lnTo>
                                  <a:pt x="1666806" y="493616"/>
                                </a:lnTo>
                                <a:lnTo>
                                  <a:pt x="1663417" y="495920"/>
                                </a:lnTo>
                                <a:lnTo>
                                  <a:pt x="1660253" y="498225"/>
                                </a:lnTo>
                                <a:lnTo>
                                  <a:pt x="1660160" y="498328"/>
                                </a:lnTo>
                                <a:lnTo>
                                  <a:pt x="1652796" y="502834"/>
                                </a:lnTo>
                                <a:lnTo>
                                  <a:pt x="1657541" y="498225"/>
                                </a:lnTo>
                                <a:lnTo>
                                  <a:pt x="1647825" y="503294"/>
                                </a:lnTo>
                                <a:lnTo>
                                  <a:pt x="1648277" y="500760"/>
                                </a:lnTo>
                                <a:lnTo>
                                  <a:pt x="1648729" y="499838"/>
                                </a:lnTo>
                                <a:lnTo>
                                  <a:pt x="1649181" y="498916"/>
                                </a:lnTo>
                                <a:lnTo>
                                  <a:pt x="1650536" y="497764"/>
                                </a:lnTo>
                                <a:lnTo>
                                  <a:pt x="1652118" y="496612"/>
                                </a:lnTo>
                                <a:lnTo>
                                  <a:pt x="1654378" y="495920"/>
                                </a:lnTo>
                                <a:lnTo>
                                  <a:pt x="1656864" y="494768"/>
                                </a:lnTo>
                                <a:lnTo>
                                  <a:pt x="1659801" y="493846"/>
                                </a:lnTo>
                                <a:lnTo>
                                  <a:pt x="1663191" y="492694"/>
                                </a:lnTo>
                                <a:lnTo>
                                  <a:pt x="1662739" y="492694"/>
                                </a:lnTo>
                                <a:lnTo>
                                  <a:pt x="1663191" y="491311"/>
                                </a:lnTo>
                                <a:lnTo>
                                  <a:pt x="1661383" y="491311"/>
                                </a:lnTo>
                                <a:lnTo>
                                  <a:pt x="1665902" y="487855"/>
                                </a:lnTo>
                                <a:lnTo>
                                  <a:pt x="1666128" y="488085"/>
                                </a:lnTo>
                                <a:lnTo>
                                  <a:pt x="1668614" y="487164"/>
                                </a:lnTo>
                                <a:lnTo>
                                  <a:pt x="1686240" y="479328"/>
                                </a:lnTo>
                                <a:lnTo>
                                  <a:pt x="1697086" y="476563"/>
                                </a:lnTo>
                                <a:lnTo>
                                  <a:pt x="1689629" y="477715"/>
                                </a:lnTo>
                                <a:lnTo>
                                  <a:pt x="1689403" y="477024"/>
                                </a:lnTo>
                                <a:lnTo>
                                  <a:pt x="1699798" y="473567"/>
                                </a:lnTo>
                                <a:lnTo>
                                  <a:pt x="1695052" y="473798"/>
                                </a:lnTo>
                                <a:lnTo>
                                  <a:pt x="1699120" y="472415"/>
                                </a:lnTo>
                                <a:lnTo>
                                  <a:pt x="1696860" y="472645"/>
                                </a:lnTo>
                                <a:lnTo>
                                  <a:pt x="1697990" y="471493"/>
                                </a:lnTo>
                                <a:lnTo>
                                  <a:pt x="1691663" y="474489"/>
                                </a:lnTo>
                                <a:lnTo>
                                  <a:pt x="1695278" y="472415"/>
                                </a:lnTo>
                                <a:lnTo>
                                  <a:pt x="1685788" y="476563"/>
                                </a:lnTo>
                                <a:lnTo>
                                  <a:pt x="1692115" y="473337"/>
                                </a:lnTo>
                                <a:lnTo>
                                  <a:pt x="1683302" y="476333"/>
                                </a:lnTo>
                                <a:lnTo>
                                  <a:pt x="1688209" y="473287"/>
                                </a:lnTo>
                                <a:lnTo>
                                  <a:pt x="1707255" y="464580"/>
                                </a:lnTo>
                                <a:lnTo>
                                  <a:pt x="1697990" y="467345"/>
                                </a:lnTo>
                                <a:lnTo>
                                  <a:pt x="1709966" y="459741"/>
                                </a:lnTo>
                                <a:lnTo>
                                  <a:pt x="1716519" y="456515"/>
                                </a:lnTo>
                                <a:lnTo>
                                  <a:pt x="1716745" y="456976"/>
                                </a:lnTo>
                                <a:lnTo>
                                  <a:pt x="1715164" y="459510"/>
                                </a:lnTo>
                                <a:lnTo>
                                  <a:pt x="1715164" y="459971"/>
                                </a:lnTo>
                                <a:lnTo>
                                  <a:pt x="1719683" y="457436"/>
                                </a:lnTo>
                                <a:lnTo>
                                  <a:pt x="1723976" y="455823"/>
                                </a:lnTo>
                                <a:lnTo>
                                  <a:pt x="1718553" y="457667"/>
                                </a:lnTo>
                                <a:lnTo>
                                  <a:pt x="1722621" y="455132"/>
                                </a:lnTo>
                                <a:lnTo>
                                  <a:pt x="1721491" y="455362"/>
                                </a:lnTo>
                                <a:lnTo>
                                  <a:pt x="1720813" y="454901"/>
                                </a:lnTo>
                                <a:lnTo>
                                  <a:pt x="1736750" y="447725"/>
                                </a:lnTo>
                                <a:lnTo>
                                  <a:pt x="1736725" y="447732"/>
                                </a:lnTo>
                                <a:lnTo>
                                  <a:pt x="1736789" y="447707"/>
                                </a:lnTo>
                                <a:lnTo>
                                  <a:pt x="1738213" y="447066"/>
                                </a:lnTo>
                                <a:lnTo>
                                  <a:pt x="1738264" y="447145"/>
                                </a:lnTo>
                                <a:lnTo>
                                  <a:pt x="1740892" y="446144"/>
                                </a:lnTo>
                                <a:lnTo>
                                  <a:pt x="1741488" y="446408"/>
                                </a:lnTo>
                                <a:lnTo>
                                  <a:pt x="1740595" y="446673"/>
                                </a:lnTo>
                                <a:lnTo>
                                  <a:pt x="1738356" y="447285"/>
                                </a:lnTo>
                                <a:lnTo>
                                  <a:pt x="1739116" y="448449"/>
                                </a:lnTo>
                                <a:lnTo>
                                  <a:pt x="1745444" y="444762"/>
                                </a:lnTo>
                                <a:lnTo>
                                  <a:pt x="1745444" y="443840"/>
                                </a:lnTo>
                                <a:lnTo>
                                  <a:pt x="1746121" y="442688"/>
                                </a:lnTo>
                                <a:lnTo>
                                  <a:pt x="1755612" y="438310"/>
                                </a:lnTo>
                                <a:lnTo>
                                  <a:pt x="1755160" y="439462"/>
                                </a:lnTo>
                                <a:lnTo>
                                  <a:pt x="1759454" y="437618"/>
                                </a:lnTo>
                                <a:lnTo>
                                  <a:pt x="1759680" y="438310"/>
                                </a:lnTo>
                                <a:lnTo>
                                  <a:pt x="1766685" y="435314"/>
                                </a:lnTo>
                                <a:lnTo>
                                  <a:pt x="1764651" y="435544"/>
                                </a:lnTo>
                                <a:lnTo>
                                  <a:pt x="1765103" y="435083"/>
                                </a:lnTo>
                                <a:lnTo>
                                  <a:pt x="1772108" y="431857"/>
                                </a:lnTo>
                                <a:close/>
                                <a:moveTo>
                                  <a:pt x="2283245" y="430248"/>
                                </a:moveTo>
                                <a:lnTo>
                                  <a:pt x="2284306" y="430303"/>
                                </a:lnTo>
                                <a:lnTo>
                                  <a:pt x="2283036" y="430303"/>
                                </a:lnTo>
                                <a:lnTo>
                                  <a:pt x="2283245" y="430248"/>
                                </a:lnTo>
                                <a:close/>
                                <a:moveTo>
                                  <a:pt x="1799318" y="429662"/>
                                </a:moveTo>
                                <a:lnTo>
                                  <a:pt x="1790246" y="430565"/>
                                </a:lnTo>
                                <a:lnTo>
                                  <a:pt x="1799544" y="429662"/>
                                </a:lnTo>
                                <a:lnTo>
                                  <a:pt x="1799318" y="429662"/>
                                </a:lnTo>
                                <a:close/>
                                <a:moveTo>
                                  <a:pt x="2285576" y="428715"/>
                                </a:moveTo>
                                <a:lnTo>
                                  <a:pt x="2286000" y="429326"/>
                                </a:lnTo>
                                <a:lnTo>
                                  <a:pt x="2285788" y="429570"/>
                                </a:lnTo>
                                <a:lnTo>
                                  <a:pt x="2283245" y="430248"/>
                                </a:lnTo>
                                <a:lnTo>
                                  <a:pt x="2279650" y="430059"/>
                                </a:lnTo>
                                <a:lnTo>
                                  <a:pt x="2285576" y="428715"/>
                                </a:lnTo>
                                <a:close/>
                                <a:moveTo>
                                  <a:pt x="1947771" y="420387"/>
                                </a:moveTo>
                                <a:lnTo>
                                  <a:pt x="1947544" y="420613"/>
                                </a:lnTo>
                                <a:lnTo>
                                  <a:pt x="1941646" y="424699"/>
                                </a:lnTo>
                                <a:lnTo>
                                  <a:pt x="1941471" y="424705"/>
                                </a:lnTo>
                                <a:lnTo>
                                  <a:pt x="1947771" y="420387"/>
                                </a:lnTo>
                                <a:close/>
                                <a:moveTo>
                                  <a:pt x="2296633" y="420159"/>
                                </a:moveTo>
                                <a:lnTo>
                                  <a:pt x="2293402" y="420737"/>
                                </a:lnTo>
                                <a:lnTo>
                                  <a:pt x="2294365" y="420387"/>
                                </a:lnTo>
                                <a:lnTo>
                                  <a:pt x="2296633" y="420159"/>
                                </a:lnTo>
                                <a:close/>
                                <a:moveTo>
                                  <a:pt x="2314348" y="419190"/>
                                </a:moveTo>
                                <a:lnTo>
                                  <a:pt x="2314575" y="419190"/>
                                </a:lnTo>
                                <a:lnTo>
                                  <a:pt x="2313441" y="421260"/>
                                </a:lnTo>
                                <a:lnTo>
                                  <a:pt x="2313214" y="421468"/>
                                </a:lnTo>
                                <a:lnTo>
                                  <a:pt x="2305050" y="423953"/>
                                </a:lnTo>
                                <a:lnTo>
                                  <a:pt x="2314348" y="419190"/>
                                </a:lnTo>
                                <a:close/>
                                <a:moveTo>
                                  <a:pt x="5046329" y="416226"/>
                                </a:moveTo>
                                <a:lnTo>
                                  <a:pt x="5076273" y="432542"/>
                                </a:lnTo>
                                <a:lnTo>
                                  <a:pt x="5080658" y="435329"/>
                                </a:lnTo>
                                <a:lnTo>
                                  <a:pt x="5071055" y="429822"/>
                                </a:lnTo>
                                <a:lnTo>
                                  <a:pt x="5046329" y="416226"/>
                                </a:lnTo>
                                <a:close/>
                                <a:moveTo>
                                  <a:pt x="2781769" y="412550"/>
                                </a:moveTo>
                                <a:lnTo>
                                  <a:pt x="2781314" y="413003"/>
                                </a:lnTo>
                                <a:lnTo>
                                  <a:pt x="2768122" y="414364"/>
                                </a:lnTo>
                                <a:lnTo>
                                  <a:pt x="2781769" y="412550"/>
                                </a:lnTo>
                                <a:close/>
                                <a:moveTo>
                                  <a:pt x="1883682" y="405502"/>
                                </a:moveTo>
                                <a:lnTo>
                                  <a:pt x="1884816" y="405728"/>
                                </a:lnTo>
                                <a:lnTo>
                                  <a:pt x="1885723" y="405502"/>
                                </a:lnTo>
                                <a:lnTo>
                                  <a:pt x="1883682" y="405502"/>
                                </a:lnTo>
                                <a:close/>
                                <a:moveTo>
                                  <a:pt x="2319077" y="400140"/>
                                </a:moveTo>
                                <a:lnTo>
                                  <a:pt x="2320925" y="401477"/>
                                </a:lnTo>
                                <a:lnTo>
                                  <a:pt x="2320463" y="401644"/>
                                </a:lnTo>
                                <a:lnTo>
                                  <a:pt x="2310534" y="403148"/>
                                </a:lnTo>
                                <a:lnTo>
                                  <a:pt x="2308917" y="403315"/>
                                </a:lnTo>
                                <a:lnTo>
                                  <a:pt x="2308225" y="403148"/>
                                </a:lnTo>
                                <a:lnTo>
                                  <a:pt x="2319077" y="400140"/>
                                </a:lnTo>
                                <a:close/>
                                <a:moveTo>
                                  <a:pt x="1949223" y="399857"/>
                                </a:moveTo>
                                <a:lnTo>
                                  <a:pt x="1941512" y="402115"/>
                                </a:lnTo>
                                <a:lnTo>
                                  <a:pt x="1949450" y="399857"/>
                                </a:lnTo>
                                <a:lnTo>
                                  <a:pt x="1949223" y="399857"/>
                                </a:lnTo>
                                <a:close/>
                                <a:moveTo>
                                  <a:pt x="1983694" y="399631"/>
                                </a:moveTo>
                                <a:lnTo>
                                  <a:pt x="1984375" y="399857"/>
                                </a:lnTo>
                                <a:lnTo>
                                  <a:pt x="1981880" y="402792"/>
                                </a:lnTo>
                                <a:lnTo>
                                  <a:pt x="1974169" y="405954"/>
                                </a:lnTo>
                                <a:lnTo>
                                  <a:pt x="1983694" y="399631"/>
                                </a:lnTo>
                                <a:close/>
                                <a:moveTo>
                                  <a:pt x="2044582" y="396967"/>
                                </a:moveTo>
                                <a:lnTo>
                                  <a:pt x="2045993" y="397673"/>
                                </a:lnTo>
                                <a:lnTo>
                                  <a:pt x="2044582" y="399790"/>
                                </a:lnTo>
                                <a:lnTo>
                                  <a:pt x="2046464" y="400495"/>
                                </a:lnTo>
                                <a:lnTo>
                                  <a:pt x="2047875" y="400730"/>
                                </a:lnTo>
                                <a:lnTo>
                                  <a:pt x="2047169" y="402377"/>
                                </a:lnTo>
                                <a:lnTo>
                                  <a:pt x="2046699" y="402612"/>
                                </a:lnTo>
                                <a:lnTo>
                                  <a:pt x="2037527" y="403317"/>
                                </a:lnTo>
                                <a:lnTo>
                                  <a:pt x="2035175" y="402847"/>
                                </a:lnTo>
                                <a:lnTo>
                                  <a:pt x="2044582" y="396967"/>
                                </a:lnTo>
                                <a:close/>
                                <a:moveTo>
                                  <a:pt x="2050521" y="396967"/>
                                </a:moveTo>
                                <a:lnTo>
                                  <a:pt x="2051050" y="397421"/>
                                </a:lnTo>
                                <a:lnTo>
                                  <a:pt x="2050697" y="397421"/>
                                </a:lnTo>
                                <a:lnTo>
                                  <a:pt x="2047875" y="398555"/>
                                </a:lnTo>
                                <a:lnTo>
                                  <a:pt x="2050521" y="396967"/>
                                </a:lnTo>
                                <a:close/>
                                <a:moveTo>
                                  <a:pt x="2746969" y="396902"/>
                                </a:moveTo>
                                <a:lnTo>
                                  <a:pt x="2770396" y="398489"/>
                                </a:lnTo>
                                <a:lnTo>
                                  <a:pt x="2755039" y="399048"/>
                                </a:lnTo>
                                <a:lnTo>
                                  <a:pt x="2754247" y="398943"/>
                                </a:lnTo>
                                <a:lnTo>
                                  <a:pt x="2750836" y="398263"/>
                                </a:lnTo>
                                <a:lnTo>
                                  <a:pt x="2746969" y="396902"/>
                                </a:lnTo>
                                <a:close/>
                                <a:moveTo>
                                  <a:pt x="1950810" y="395341"/>
                                </a:moveTo>
                                <a:lnTo>
                                  <a:pt x="1948996" y="396019"/>
                                </a:lnTo>
                                <a:lnTo>
                                  <a:pt x="1965552" y="396244"/>
                                </a:lnTo>
                                <a:lnTo>
                                  <a:pt x="1961923" y="397825"/>
                                </a:lnTo>
                                <a:lnTo>
                                  <a:pt x="1972582" y="396019"/>
                                </a:lnTo>
                                <a:lnTo>
                                  <a:pt x="1974396" y="396696"/>
                                </a:lnTo>
                                <a:lnTo>
                                  <a:pt x="1975303" y="396696"/>
                                </a:lnTo>
                                <a:lnTo>
                                  <a:pt x="1981200" y="396470"/>
                                </a:lnTo>
                                <a:lnTo>
                                  <a:pt x="1977571" y="397373"/>
                                </a:lnTo>
                                <a:lnTo>
                                  <a:pt x="1970087" y="402341"/>
                                </a:lnTo>
                                <a:lnTo>
                                  <a:pt x="1971221" y="402341"/>
                                </a:lnTo>
                                <a:lnTo>
                                  <a:pt x="1978705" y="400534"/>
                                </a:lnTo>
                                <a:lnTo>
                                  <a:pt x="1966685" y="408437"/>
                                </a:lnTo>
                                <a:lnTo>
                                  <a:pt x="1941059" y="412502"/>
                                </a:lnTo>
                                <a:lnTo>
                                  <a:pt x="1931987" y="414082"/>
                                </a:lnTo>
                                <a:lnTo>
                                  <a:pt x="1925864" y="415663"/>
                                </a:lnTo>
                                <a:lnTo>
                                  <a:pt x="1922235" y="416566"/>
                                </a:lnTo>
                                <a:lnTo>
                                  <a:pt x="1921555" y="417018"/>
                                </a:lnTo>
                                <a:lnTo>
                                  <a:pt x="1921555" y="417243"/>
                                </a:lnTo>
                                <a:lnTo>
                                  <a:pt x="1922009" y="417469"/>
                                </a:lnTo>
                                <a:lnTo>
                                  <a:pt x="1923369" y="417695"/>
                                </a:lnTo>
                                <a:lnTo>
                                  <a:pt x="1927905" y="417695"/>
                                </a:lnTo>
                                <a:lnTo>
                                  <a:pt x="1924277" y="418598"/>
                                </a:lnTo>
                                <a:lnTo>
                                  <a:pt x="1920875" y="419276"/>
                                </a:lnTo>
                                <a:lnTo>
                                  <a:pt x="1919363" y="419577"/>
                                </a:lnTo>
                                <a:lnTo>
                                  <a:pt x="1919060" y="419276"/>
                                </a:lnTo>
                                <a:lnTo>
                                  <a:pt x="1918607" y="418824"/>
                                </a:lnTo>
                                <a:lnTo>
                                  <a:pt x="1917927" y="418598"/>
                                </a:lnTo>
                                <a:lnTo>
                                  <a:pt x="1917019" y="418373"/>
                                </a:lnTo>
                                <a:lnTo>
                                  <a:pt x="1914752" y="418373"/>
                                </a:lnTo>
                                <a:lnTo>
                                  <a:pt x="1912257" y="418824"/>
                                </a:lnTo>
                                <a:lnTo>
                                  <a:pt x="1909082" y="419727"/>
                                </a:lnTo>
                                <a:lnTo>
                                  <a:pt x="1906492" y="420464"/>
                                </a:lnTo>
                                <a:lnTo>
                                  <a:pt x="1906134" y="420404"/>
                                </a:lnTo>
                                <a:lnTo>
                                  <a:pt x="1905000" y="419727"/>
                                </a:lnTo>
                                <a:lnTo>
                                  <a:pt x="1904093" y="419050"/>
                                </a:lnTo>
                                <a:lnTo>
                                  <a:pt x="1902634" y="421954"/>
                                </a:lnTo>
                                <a:lnTo>
                                  <a:pt x="1901999" y="422211"/>
                                </a:lnTo>
                                <a:lnTo>
                                  <a:pt x="1901598" y="422211"/>
                                </a:lnTo>
                                <a:lnTo>
                                  <a:pt x="1901371" y="422211"/>
                                </a:lnTo>
                                <a:lnTo>
                                  <a:pt x="1900918" y="422211"/>
                                </a:lnTo>
                                <a:lnTo>
                                  <a:pt x="1900691" y="422211"/>
                                </a:lnTo>
                                <a:lnTo>
                                  <a:pt x="1900486" y="422823"/>
                                </a:lnTo>
                                <a:lnTo>
                                  <a:pt x="1898941" y="423448"/>
                                </a:lnTo>
                                <a:lnTo>
                                  <a:pt x="1890712" y="424695"/>
                                </a:lnTo>
                                <a:lnTo>
                                  <a:pt x="1883002" y="426050"/>
                                </a:lnTo>
                                <a:lnTo>
                                  <a:pt x="1877332" y="427179"/>
                                </a:lnTo>
                                <a:lnTo>
                                  <a:pt x="1875518" y="427630"/>
                                </a:lnTo>
                                <a:lnTo>
                                  <a:pt x="1874157" y="428308"/>
                                </a:lnTo>
                                <a:lnTo>
                                  <a:pt x="1873703" y="428759"/>
                                </a:lnTo>
                                <a:lnTo>
                                  <a:pt x="1873477" y="428985"/>
                                </a:lnTo>
                                <a:lnTo>
                                  <a:pt x="1873703" y="429211"/>
                                </a:lnTo>
                                <a:lnTo>
                                  <a:pt x="1874157" y="429436"/>
                                </a:lnTo>
                                <a:lnTo>
                                  <a:pt x="1875291" y="429888"/>
                                </a:lnTo>
                                <a:lnTo>
                                  <a:pt x="1879373" y="430340"/>
                                </a:lnTo>
                                <a:lnTo>
                                  <a:pt x="1875518" y="431469"/>
                                </a:lnTo>
                                <a:lnTo>
                                  <a:pt x="1879373" y="430565"/>
                                </a:lnTo>
                                <a:lnTo>
                                  <a:pt x="1883002" y="429436"/>
                                </a:lnTo>
                                <a:lnTo>
                                  <a:pt x="1890712" y="426727"/>
                                </a:lnTo>
                                <a:lnTo>
                                  <a:pt x="1898650" y="423566"/>
                                </a:lnTo>
                                <a:lnTo>
                                  <a:pt x="1898941" y="423448"/>
                                </a:lnTo>
                                <a:lnTo>
                                  <a:pt x="1901144" y="423114"/>
                                </a:lnTo>
                                <a:lnTo>
                                  <a:pt x="1913844" y="421534"/>
                                </a:lnTo>
                                <a:lnTo>
                                  <a:pt x="1900464" y="422888"/>
                                </a:lnTo>
                                <a:lnTo>
                                  <a:pt x="1900486" y="422823"/>
                                </a:lnTo>
                                <a:lnTo>
                                  <a:pt x="1901999" y="422211"/>
                                </a:lnTo>
                                <a:lnTo>
                                  <a:pt x="1902052" y="422211"/>
                                </a:lnTo>
                                <a:lnTo>
                                  <a:pt x="1902278" y="422211"/>
                                </a:lnTo>
                                <a:lnTo>
                                  <a:pt x="1902505" y="422211"/>
                                </a:lnTo>
                                <a:lnTo>
                                  <a:pt x="1902634" y="421954"/>
                                </a:lnTo>
                                <a:lnTo>
                                  <a:pt x="1905907" y="420630"/>
                                </a:lnTo>
                                <a:lnTo>
                                  <a:pt x="1906492" y="420464"/>
                                </a:lnTo>
                                <a:lnTo>
                                  <a:pt x="1907494" y="420630"/>
                                </a:lnTo>
                                <a:lnTo>
                                  <a:pt x="1908628" y="420856"/>
                                </a:lnTo>
                                <a:lnTo>
                                  <a:pt x="1911577" y="420856"/>
                                </a:lnTo>
                                <a:lnTo>
                                  <a:pt x="1914298" y="420630"/>
                                </a:lnTo>
                                <a:lnTo>
                                  <a:pt x="1917473" y="419953"/>
                                </a:lnTo>
                                <a:lnTo>
                                  <a:pt x="1919363" y="419577"/>
                                </a:lnTo>
                                <a:lnTo>
                                  <a:pt x="1919514" y="419727"/>
                                </a:lnTo>
                                <a:lnTo>
                                  <a:pt x="1919968" y="420630"/>
                                </a:lnTo>
                                <a:lnTo>
                                  <a:pt x="1919968" y="421534"/>
                                </a:lnTo>
                                <a:lnTo>
                                  <a:pt x="1919514" y="422663"/>
                                </a:lnTo>
                                <a:lnTo>
                                  <a:pt x="1919287" y="423792"/>
                                </a:lnTo>
                                <a:lnTo>
                                  <a:pt x="1904806" y="428735"/>
                                </a:lnTo>
                                <a:lnTo>
                                  <a:pt x="1905807" y="428558"/>
                                </a:lnTo>
                                <a:lnTo>
                                  <a:pt x="1908983" y="428331"/>
                                </a:lnTo>
                                <a:lnTo>
                                  <a:pt x="1910344" y="428331"/>
                                </a:lnTo>
                                <a:lnTo>
                                  <a:pt x="1911251" y="428558"/>
                                </a:lnTo>
                                <a:lnTo>
                                  <a:pt x="1912158" y="429012"/>
                                </a:lnTo>
                                <a:lnTo>
                                  <a:pt x="1912839" y="429466"/>
                                </a:lnTo>
                                <a:lnTo>
                                  <a:pt x="1913519" y="430147"/>
                                </a:lnTo>
                                <a:lnTo>
                                  <a:pt x="1913519" y="431282"/>
                                </a:lnTo>
                                <a:lnTo>
                                  <a:pt x="1913519" y="432417"/>
                                </a:lnTo>
                                <a:lnTo>
                                  <a:pt x="1912839" y="433779"/>
                                </a:lnTo>
                                <a:lnTo>
                                  <a:pt x="1926902" y="425153"/>
                                </a:lnTo>
                                <a:lnTo>
                                  <a:pt x="1941471" y="424705"/>
                                </a:lnTo>
                                <a:lnTo>
                                  <a:pt x="1931212" y="431736"/>
                                </a:lnTo>
                                <a:lnTo>
                                  <a:pt x="1920944" y="438729"/>
                                </a:lnTo>
                                <a:lnTo>
                                  <a:pt x="1918737" y="440135"/>
                                </a:lnTo>
                                <a:lnTo>
                                  <a:pt x="1908529" y="446945"/>
                                </a:lnTo>
                                <a:lnTo>
                                  <a:pt x="1898549" y="453755"/>
                                </a:lnTo>
                                <a:lnTo>
                                  <a:pt x="1888795" y="461019"/>
                                </a:lnTo>
                                <a:lnTo>
                                  <a:pt x="1887037" y="462369"/>
                                </a:lnTo>
                                <a:lnTo>
                                  <a:pt x="1882217" y="465785"/>
                                </a:lnTo>
                                <a:lnTo>
                                  <a:pt x="1850007" y="489167"/>
                                </a:lnTo>
                                <a:lnTo>
                                  <a:pt x="1818025" y="512774"/>
                                </a:lnTo>
                                <a:lnTo>
                                  <a:pt x="1821654" y="510050"/>
                                </a:lnTo>
                                <a:lnTo>
                                  <a:pt x="1824603" y="507553"/>
                                </a:lnTo>
                                <a:lnTo>
                                  <a:pt x="1826871" y="505283"/>
                                </a:lnTo>
                                <a:lnTo>
                                  <a:pt x="1828459" y="503694"/>
                                </a:lnTo>
                                <a:lnTo>
                                  <a:pt x="1829593" y="502332"/>
                                </a:lnTo>
                                <a:lnTo>
                                  <a:pt x="1830047" y="501197"/>
                                </a:lnTo>
                                <a:lnTo>
                                  <a:pt x="1830047" y="500289"/>
                                </a:lnTo>
                                <a:lnTo>
                                  <a:pt x="1829820" y="499835"/>
                                </a:lnTo>
                                <a:lnTo>
                                  <a:pt x="1829139" y="499608"/>
                                </a:lnTo>
                                <a:lnTo>
                                  <a:pt x="1828005" y="499381"/>
                                </a:lnTo>
                                <a:lnTo>
                                  <a:pt x="1826644" y="499608"/>
                                </a:lnTo>
                                <a:lnTo>
                                  <a:pt x="1825056" y="499835"/>
                                </a:lnTo>
                                <a:lnTo>
                                  <a:pt x="1821427" y="500743"/>
                                </a:lnTo>
                                <a:lnTo>
                                  <a:pt x="1817344" y="502332"/>
                                </a:lnTo>
                                <a:lnTo>
                                  <a:pt x="1813488" y="504148"/>
                                </a:lnTo>
                                <a:lnTo>
                                  <a:pt x="1809859" y="506191"/>
                                </a:lnTo>
                                <a:lnTo>
                                  <a:pt x="1806910" y="508007"/>
                                </a:lnTo>
                                <a:lnTo>
                                  <a:pt x="1806003" y="509142"/>
                                </a:lnTo>
                                <a:lnTo>
                                  <a:pt x="1805549" y="510050"/>
                                </a:lnTo>
                                <a:lnTo>
                                  <a:pt x="1804869" y="510731"/>
                                </a:lnTo>
                                <a:lnTo>
                                  <a:pt x="1805322" y="511412"/>
                                </a:lnTo>
                                <a:lnTo>
                                  <a:pt x="1806003" y="512093"/>
                                </a:lnTo>
                                <a:lnTo>
                                  <a:pt x="1807137" y="512774"/>
                                </a:lnTo>
                                <a:lnTo>
                                  <a:pt x="1808951" y="513001"/>
                                </a:lnTo>
                                <a:lnTo>
                                  <a:pt x="1811220" y="513001"/>
                                </a:lnTo>
                                <a:lnTo>
                                  <a:pt x="1814169" y="513001"/>
                                </a:lnTo>
                                <a:lnTo>
                                  <a:pt x="1818025" y="512774"/>
                                </a:lnTo>
                                <a:lnTo>
                                  <a:pt x="1759957" y="517768"/>
                                </a:lnTo>
                                <a:lnTo>
                                  <a:pt x="1730922" y="520038"/>
                                </a:lnTo>
                                <a:lnTo>
                                  <a:pt x="1701888" y="522081"/>
                                </a:lnTo>
                                <a:lnTo>
                                  <a:pt x="1711188" y="521400"/>
                                </a:lnTo>
                                <a:lnTo>
                                  <a:pt x="1720261" y="520492"/>
                                </a:lnTo>
                                <a:lnTo>
                                  <a:pt x="1729561" y="519584"/>
                                </a:lnTo>
                                <a:lnTo>
                                  <a:pt x="1738861" y="517995"/>
                                </a:lnTo>
                                <a:lnTo>
                                  <a:pt x="1721849" y="520038"/>
                                </a:lnTo>
                                <a:lnTo>
                                  <a:pt x="1721622" y="518676"/>
                                </a:lnTo>
                                <a:lnTo>
                                  <a:pt x="1737727" y="514136"/>
                                </a:lnTo>
                                <a:lnTo>
                                  <a:pt x="1739088" y="516406"/>
                                </a:lnTo>
                                <a:lnTo>
                                  <a:pt x="1741583" y="516406"/>
                                </a:lnTo>
                                <a:lnTo>
                                  <a:pt x="1741583" y="515952"/>
                                </a:lnTo>
                                <a:lnTo>
                                  <a:pt x="1749481" y="510954"/>
                                </a:lnTo>
                                <a:lnTo>
                                  <a:pt x="1749425" y="510869"/>
                                </a:lnTo>
                                <a:lnTo>
                                  <a:pt x="1749965" y="510648"/>
                                </a:lnTo>
                                <a:lnTo>
                                  <a:pt x="1757008" y="506191"/>
                                </a:lnTo>
                                <a:lnTo>
                                  <a:pt x="1739315" y="511866"/>
                                </a:lnTo>
                                <a:lnTo>
                                  <a:pt x="1738408" y="510958"/>
                                </a:lnTo>
                                <a:lnTo>
                                  <a:pt x="1739542" y="508688"/>
                                </a:lnTo>
                                <a:lnTo>
                                  <a:pt x="1725932" y="512093"/>
                                </a:lnTo>
                                <a:lnTo>
                                  <a:pt x="1726159" y="511185"/>
                                </a:lnTo>
                                <a:lnTo>
                                  <a:pt x="1737727" y="506872"/>
                                </a:lnTo>
                                <a:lnTo>
                                  <a:pt x="1729108" y="509142"/>
                                </a:lnTo>
                                <a:lnTo>
                                  <a:pt x="1729561" y="507780"/>
                                </a:lnTo>
                                <a:lnTo>
                                  <a:pt x="1739769" y="504148"/>
                                </a:lnTo>
                                <a:lnTo>
                                  <a:pt x="1729108" y="507099"/>
                                </a:lnTo>
                                <a:lnTo>
                                  <a:pt x="1728427" y="506191"/>
                                </a:lnTo>
                                <a:lnTo>
                                  <a:pt x="1732283" y="504148"/>
                                </a:lnTo>
                                <a:lnTo>
                                  <a:pt x="1729788" y="504602"/>
                                </a:lnTo>
                                <a:lnTo>
                                  <a:pt x="1729335" y="503467"/>
                                </a:lnTo>
                                <a:lnTo>
                                  <a:pt x="1731830" y="500970"/>
                                </a:lnTo>
                                <a:lnTo>
                                  <a:pt x="1733871" y="498473"/>
                                </a:lnTo>
                                <a:lnTo>
                                  <a:pt x="1736593" y="496430"/>
                                </a:lnTo>
                                <a:lnTo>
                                  <a:pt x="1739315" y="494160"/>
                                </a:lnTo>
                                <a:lnTo>
                                  <a:pt x="1742264" y="492344"/>
                                </a:lnTo>
                                <a:lnTo>
                                  <a:pt x="1745439" y="490528"/>
                                </a:lnTo>
                                <a:lnTo>
                                  <a:pt x="1748615" y="488939"/>
                                </a:lnTo>
                                <a:lnTo>
                                  <a:pt x="1752017" y="487123"/>
                                </a:lnTo>
                                <a:lnTo>
                                  <a:pt x="1758822" y="484172"/>
                                </a:lnTo>
                                <a:lnTo>
                                  <a:pt x="1766308" y="481448"/>
                                </a:lnTo>
                                <a:lnTo>
                                  <a:pt x="1773793" y="479405"/>
                                </a:lnTo>
                                <a:lnTo>
                                  <a:pt x="1781732" y="477135"/>
                                </a:lnTo>
                                <a:lnTo>
                                  <a:pt x="1789671" y="475547"/>
                                </a:lnTo>
                                <a:lnTo>
                                  <a:pt x="1797610" y="473730"/>
                                </a:lnTo>
                                <a:lnTo>
                                  <a:pt x="1813488" y="470780"/>
                                </a:lnTo>
                                <a:lnTo>
                                  <a:pt x="1828459" y="467602"/>
                                </a:lnTo>
                                <a:lnTo>
                                  <a:pt x="1835717" y="466239"/>
                                </a:lnTo>
                                <a:lnTo>
                                  <a:pt x="1842068" y="464424"/>
                                </a:lnTo>
                                <a:lnTo>
                                  <a:pt x="1850915" y="461019"/>
                                </a:lnTo>
                                <a:lnTo>
                                  <a:pt x="1859307" y="457614"/>
                                </a:lnTo>
                                <a:lnTo>
                                  <a:pt x="1867700" y="453982"/>
                                </a:lnTo>
                                <a:lnTo>
                                  <a:pt x="1874732" y="450804"/>
                                </a:lnTo>
                                <a:lnTo>
                                  <a:pt x="1877454" y="449442"/>
                                </a:lnTo>
                                <a:lnTo>
                                  <a:pt x="1879042" y="448534"/>
                                </a:lnTo>
                                <a:lnTo>
                                  <a:pt x="1879495" y="447853"/>
                                </a:lnTo>
                                <a:lnTo>
                                  <a:pt x="1879722" y="447626"/>
                                </a:lnTo>
                                <a:lnTo>
                                  <a:pt x="1879495" y="447626"/>
                                </a:lnTo>
                                <a:lnTo>
                                  <a:pt x="1878588" y="447399"/>
                                </a:lnTo>
                                <a:lnTo>
                                  <a:pt x="1876320" y="447853"/>
                                </a:lnTo>
                                <a:lnTo>
                                  <a:pt x="1872010" y="448761"/>
                                </a:lnTo>
                                <a:lnTo>
                                  <a:pt x="1857266" y="448761"/>
                                </a:lnTo>
                                <a:lnTo>
                                  <a:pt x="1857039" y="448761"/>
                                </a:lnTo>
                                <a:lnTo>
                                  <a:pt x="1864298" y="444902"/>
                                </a:lnTo>
                                <a:lnTo>
                                  <a:pt x="1873598" y="440362"/>
                                </a:lnTo>
                                <a:lnTo>
                                  <a:pt x="1883578" y="435822"/>
                                </a:lnTo>
                                <a:lnTo>
                                  <a:pt x="1888054" y="433902"/>
                                </a:lnTo>
                                <a:lnTo>
                                  <a:pt x="1883455" y="435307"/>
                                </a:lnTo>
                                <a:lnTo>
                                  <a:pt x="1863952" y="440726"/>
                                </a:lnTo>
                                <a:lnTo>
                                  <a:pt x="1848077" y="445243"/>
                                </a:lnTo>
                                <a:lnTo>
                                  <a:pt x="1848984" y="443210"/>
                                </a:lnTo>
                                <a:lnTo>
                                  <a:pt x="1819955" y="453822"/>
                                </a:lnTo>
                                <a:lnTo>
                                  <a:pt x="1831748" y="452016"/>
                                </a:lnTo>
                                <a:lnTo>
                                  <a:pt x="1801132" y="461951"/>
                                </a:lnTo>
                                <a:lnTo>
                                  <a:pt x="1805441" y="459467"/>
                                </a:lnTo>
                                <a:lnTo>
                                  <a:pt x="1795916" y="460596"/>
                                </a:lnTo>
                                <a:lnTo>
                                  <a:pt x="1799318" y="461048"/>
                                </a:lnTo>
                                <a:lnTo>
                                  <a:pt x="1789112" y="466693"/>
                                </a:lnTo>
                                <a:lnTo>
                                  <a:pt x="1788659" y="466693"/>
                                </a:lnTo>
                                <a:lnTo>
                                  <a:pt x="1765753" y="472112"/>
                                </a:lnTo>
                                <a:lnTo>
                                  <a:pt x="1764619" y="470531"/>
                                </a:lnTo>
                                <a:lnTo>
                                  <a:pt x="1765753" y="468951"/>
                                </a:lnTo>
                                <a:lnTo>
                                  <a:pt x="1764846" y="469402"/>
                                </a:lnTo>
                                <a:lnTo>
                                  <a:pt x="1756909" y="471435"/>
                                </a:lnTo>
                                <a:lnTo>
                                  <a:pt x="1756682" y="473467"/>
                                </a:lnTo>
                                <a:lnTo>
                                  <a:pt x="1754641" y="474144"/>
                                </a:lnTo>
                                <a:lnTo>
                                  <a:pt x="1769609" y="473918"/>
                                </a:lnTo>
                                <a:lnTo>
                                  <a:pt x="1768021" y="474370"/>
                                </a:lnTo>
                                <a:lnTo>
                                  <a:pt x="1758723" y="478209"/>
                                </a:lnTo>
                                <a:lnTo>
                                  <a:pt x="1759403" y="476402"/>
                                </a:lnTo>
                                <a:lnTo>
                                  <a:pt x="1758496" y="474596"/>
                                </a:lnTo>
                                <a:lnTo>
                                  <a:pt x="1748518" y="475950"/>
                                </a:lnTo>
                                <a:lnTo>
                                  <a:pt x="1753960" y="475950"/>
                                </a:lnTo>
                                <a:lnTo>
                                  <a:pt x="1755321" y="477305"/>
                                </a:lnTo>
                                <a:lnTo>
                                  <a:pt x="1732416" y="483853"/>
                                </a:lnTo>
                                <a:lnTo>
                                  <a:pt x="1752373" y="479563"/>
                                </a:lnTo>
                                <a:lnTo>
                                  <a:pt x="1745343" y="482047"/>
                                </a:lnTo>
                                <a:lnTo>
                                  <a:pt x="1751466" y="481144"/>
                                </a:lnTo>
                                <a:lnTo>
                                  <a:pt x="1752146" y="482724"/>
                                </a:lnTo>
                                <a:lnTo>
                                  <a:pt x="1748291" y="484305"/>
                                </a:lnTo>
                                <a:lnTo>
                                  <a:pt x="1744662" y="485660"/>
                                </a:lnTo>
                                <a:lnTo>
                                  <a:pt x="1738085" y="487918"/>
                                </a:lnTo>
                                <a:lnTo>
                                  <a:pt x="1735137" y="489272"/>
                                </a:lnTo>
                                <a:lnTo>
                                  <a:pt x="1732869" y="490401"/>
                                </a:lnTo>
                                <a:lnTo>
                                  <a:pt x="1731282" y="491982"/>
                                </a:lnTo>
                                <a:lnTo>
                                  <a:pt x="1730375" y="492660"/>
                                </a:lnTo>
                                <a:lnTo>
                                  <a:pt x="1729921" y="493563"/>
                                </a:lnTo>
                                <a:lnTo>
                                  <a:pt x="1728107" y="494692"/>
                                </a:lnTo>
                                <a:lnTo>
                                  <a:pt x="1725612" y="495821"/>
                                </a:lnTo>
                                <a:lnTo>
                                  <a:pt x="1720850" y="497401"/>
                                </a:lnTo>
                                <a:lnTo>
                                  <a:pt x="1715860" y="498982"/>
                                </a:lnTo>
                                <a:lnTo>
                                  <a:pt x="1712232" y="500111"/>
                                </a:lnTo>
                                <a:lnTo>
                                  <a:pt x="1716087" y="499885"/>
                                </a:lnTo>
                                <a:lnTo>
                                  <a:pt x="1662339" y="520432"/>
                                </a:lnTo>
                                <a:lnTo>
                                  <a:pt x="1664380" y="519303"/>
                                </a:lnTo>
                                <a:lnTo>
                                  <a:pt x="1653041" y="521110"/>
                                </a:lnTo>
                                <a:lnTo>
                                  <a:pt x="1661432" y="513207"/>
                                </a:lnTo>
                                <a:lnTo>
                                  <a:pt x="1657123" y="515916"/>
                                </a:lnTo>
                                <a:lnTo>
                                  <a:pt x="1653041" y="518174"/>
                                </a:lnTo>
                                <a:lnTo>
                                  <a:pt x="1648732" y="520658"/>
                                </a:lnTo>
                                <a:lnTo>
                                  <a:pt x="1645103" y="523142"/>
                                </a:lnTo>
                                <a:lnTo>
                                  <a:pt x="1649185" y="522013"/>
                                </a:lnTo>
                                <a:lnTo>
                                  <a:pt x="1651000" y="523368"/>
                                </a:lnTo>
                                <a:lnTo>
                                  <a:pt x="1647144" y="525174"/>
                                </a:lnTo>
                                <a:lnTo>
                                  <a:pt x="1642609" y="526755"/>
                                </a:lnTo>
                                <a:lnTo>
                                  <a:pt x="1638753" y="527884"/>
                                </a:lnTo>
                                <a:lnTo>
                                  <a:pt x="1634671" y="529013"/>
                                </a:lnTo>
                                <a:lnTo>
                                  <a:pt x="1630816" y="529238"/>
                                </a:lnTo>
                                <a:lnTo>
                                  <a:pt x="1627187" y="529013"/>
                                </a:lnTo>
                                <a:lnTo>
                                  <a:pt x="1623332" y="528335"/>
                                </a:lnTo>
                                <a:lnTo>
                                  <a:pt x="1619930" y="527206"/>
                                </a:lnTo>
                                <a:lnTo>
                                  <a:pt x="1616302" y="525852"/>
                                </a:lnTo>
                                <a:lnTo>
                                  <a:pt x="1618116" y="526077"/>
                                </a:lnTo>
                                <a:lnTo>
                                  <a:pt x="1626053" y="520658"/>
                                </a:lnTo>
                                <a:lnTo>
                                  <a:pt x="1624012" y="520884"/>
                                </a:lnTo>
                                <a:lnTo>
                                  <a:pt x="1630362" y="517046"/>
                                </a:lnTo>
                                <a:lnTo>
                                  <a:pt x="1636712" y="513207"/>
                                </a:lnTo>
                                <a:lnTo>
                                  <a:pt x="1639887" y="511400"/>
                                </a:lnTo>
                                <a:lnTo>
                                  <a:pt x="1643062" y="510046"/>
                                </a:lnTo>
                                <a:lnTo>
                                  <a:pt x="1646010" y="509368"/>
                                </a:lnTo>
                                <a:lnTo>
                                  <a:pt x="1647598" y="508917"/>
                                </a:lnTo>
                                <a:lnTo>
                                  <a:pt x="1648959" y="508917"/>
                                </a:lnTo>
                                <a:lnTo>
                                  <a:pt x="1634444" y="519078"/>
                                </a:lnTo>
                                <a:lnTo>
                                  <a:pt x="1633991" y="520207"/>
                                </a:lnTo>
                                <a:lnTo>
                                  <a:pt x="1634444" y="521787"/>
                                </a:lnTo>
                                <a:lnTo>
                                  <a:pt x="1639660" y="519529"/>
                                </a:lnTo>
                                <a:lnTo>
                                  <a:pt x="1640794" y="520658"/>
                                </a:lnTo>
                                <a:lnTo>
                                  <a:pt x="1675946" y="503498"/>
                                </a:lnTo>
                                <a:lnTo>
                                  <a:pt x="1655309" y="510723"/>
                                </a:lnTo>
                                <a:lnTo>
                                  <a:pt x="1647130" y="513556"/>
                                </a:lnTo>
                                <a:lnTo>
                                  <a:pt x="1646691" y="513659"/>
                                </a:lnTo>
                                <a:lnTo>
                                  <a:pt x="1654402" y="509820"/>
                                </a:lnTo>
                                <a:lnTo>
                                  <a:pt x="1653948" y="509368"/>
                                </a:lnTo>
                                <a:lnTo>
                                  <a:pt x="1687739" y="492208"/>
                                </a:lnTo>
                                <a:lnTo>
                                  <a:pt x="1660752" y="503723"/>
                                </a:lnTo>
                                <a:lnTo>
                                  <a:pt x="1668190" y="500020"/>
                                </a:lnTo>
                                <a:lnTo>
                                  <a:pt x="1671637" y="498756"/>
                                </a:lnTo>
                                <a:lnTo>
                                  <a:pt x="1675719" y="496272"/>
                                </a:lnTo>
                                <a:lnTo>
                                  <a:pt x="1668190" y="500020"/>
                                </a:lnTo>
                                <a:lnTo>
                                  <a:pt x="1667328" y="500336"/>
                                </a:lnTo>
                                <a:lnTo>
                                  <a:pt x="1662793" y="501466"/>
                                </a:lnTo>
                                <a:lnTo>
                                  <a:pt x="1658257" y="502368"/>
                                </a:lnTo>
                                <a:lnTo>
                                  <a:pt x="1678668" y="492433"/>
                                </a:lnTo>
                                <a:lnTo>
                                  <a:pt x="1678894" y="492433"/>
                                </a:lnTo>
                                <a:lnTo>
                                  <a:pt x="1679802" y="491305"/>
                                </a:lnTo>
                                <a:lnTo>
                                  <a:pt x="1705202" y="483853"/>
                                </a:lnTo>
                                <a:lnTo>
                                  <a:pt x="1701119" y="490853"/>
                                </a:lnTo>
                                <a:lnTo>
                                  <a:pt x="1707243" y="487466"/>
                                </a:lnTo>
                                <a:lnTo>
                                  <a:pt x="1706109" y="485885"/>
                                </a:lnTo>
                                <a:lnTo>
                                  <a:pt x="1722210" y="480466"/>
                                </a:lnTo>
                                <a:lnTo>
                                  <a:pt x="1709057" y="481144"/>
                                </a:lnTo>
                                <a:lnTo>
                                  <a:pt x="1714953" y="478660"/>
                                </a:lnTo>
                                <a:lnTo>
                                  <a:pt x="1715180" y="480241"/>
                                </a:lnTo>
                                <a:lnTo>
                                  <a:pt x="1734119" y="465112"/>
                                </a:lnTo>
                                <a:lnTo>
                                  <a:pt x="1734457" y="465112"/>
                                </a:lnTo>
                                <a:lnTo>
                                  <a:pt x="1734684" y="464661"/>
                                </a:lnTo>
                                <a:lnTo>
                                  <a:pt x="1734119" y="465112"/>
                                </a:lnTo>
                                <a:lnTo>
                                  <a:pt x="1733550" y="465112"/>
                                </a:lnTo>
                                <a:lnTo>
                                  <a:pt x="1737178" y="462177"/>
                                </a:lnTo>
                                <a:lnTo>
                                  <a:pt x="1741034" y="459919"/>
                                </a:lnTo>
                                <a:lnTo>
                                  <a:pt x="1744662" y="457661"/>
                                </a:lnTo>
                                <a:lnTo>
                                  <a:pt x="1748518" y="456080"/>
                                </a:lnTo>
                                <a:lnTo>
                                  <a:pt x="1752600" y="454951"/>
                                </a:lnTo>
                                <a:lnTo>
                                  <a:pt x="1756682" y="453822"/>
                                </a:lnTo>
                                <a:lnTo>
                                  <a:pt x="1761218" y="453371"/>
                                </a:lnTo>
                                <a:lnTo>
                                  <a:pt x="1765527" y="453145"/>
                                </a:lnTo>
                                <a:lnTo>
                                  <a:pt x="1750332" y="466693"/>
                                </a:lnTo>
                                <a:lnTo>
                                  <a:pt x="1761444" y="464661"/>
                                </a:lnTo>
                                <a:lnTo>
                                  <a:pt x="1753734" y="466015"/>
                                </a:lnTo>
                                <a:lnTo>
                                  <a:pt x="1773010" y="451338"/>
                                </a:lnTo>
                                <a:lnTo>
                                  <a:pt x="1806575" y="445243"/>
                                </a:lnTo>
                                <a:lnTo>
                                  <a:pt x="1799544" y="445468"/>
                                </a:lnTo>
                                <a:lnTo>
                                  <a:pt x="1825625" y="438694"/>
                                </a:lnTo>
                                <a:lnTo>
                                  <a:pt x="1814059" y="440275"/>
                                </a:lnTo>
                                <a:lnTo>
                                  <a:pt x="1845582" y="428082"/>
                                </a:lnTo>
                                <a:lnTo>
                                  <a:pt x="1837826" y="430114"/>
                                </a:lnTo>
                                <a:lnTo>
                                  <a:pt x="1837644" y="430114"/>
                                </a:lnTo>
                                <a:lnTo>
                                  <a:pt x="1837418" y="430114"/>
                                </a:lnTo>
                                <a:lnTo>
                                  <a:pt x="1837191" y="430114"/>
                                </a:lnTo>
                                <a:lnTo>
                                  <a:pt x="1837191" y="430280"/>
                                </a:lnTo>
                                <a:lnTo>
                                  <a:pt x="1836964" y="430340"/>
                                </a:lnTo>
                                <a:lnTo>
                                  <a:pt x="1837191" y="430340"/>
                                </a:lnTo>
                                <a:lnTo>
                                  <a:pt x="1837191" y="430280"/>
                                </a:lnTo>
                                <a:lnTo>
                                  <a:pt x="1837826" y="430114"/>
                                </a:lnTo>
                                <a:lnTo>
                                  <a:pt x="1837871" y="430114"/>
                                </a:lnTo>
                                <a:lnTo>
                                  <a:pt x="1838098" y="430114"/>
                                </a:lnTo>
                                <a:lnTo>
                                  <a:pt x="1838325" y="430114"/>
                                </a:lnTo>
                                <a:lnTo>
                                  <a:pt x="1824264" y="435307"/>
                                </a:lnTo>
                                <a:lnTo>
                                  <a:pt x="1809977" y="440500"/>
                                </a:lnTo>
                                <a:lnTo>
                                  <a:pt x="1802719" y="442759"/>
                                </a:lnTo>
                                <a:lnTo>
                                  <a:pt x="1795462" y="445017"/>
                                </a:lnTo>
                                <a:lnTo>
                                  <a:pt x="1788205" y="446371"/>
                                </a:lnTo>
                                <a:lnTo>
                                  <a:pt x="1784350" y="447049"/>
                                </a:lnTo>
                                <a:lnTo>
                                  <a:pt x="1780494" y="447500"/>
                                </a:lnTo>
                                <a:lnTo>
                                  <a:pt x="1797050" y="440726"/>
                                </a:lnTo>
                                <a:lnTo>
                                  <a:pt x="1785484" y="444339"/>
                                </a:lnTo>
                                <a:lnTo>
                                  <a:pt x="1791153" y="442081"/>
                                </a:lnTo>
                                <a:lnTo>
                                  <a:pt x="1769609" y="447952"/>
                                </a:lnTo>
                                <a:lnTo>
                                  <a:pt x="1771877" y="446371"/>
                                </a:lnTo>
                                <a:lnTo>
                                  <a:pt x="1766660" y="447500"/>
                                </a:lnTo>
                                <a:lnTo>
                                  <a:pt x="1807255" y="434178"/>
                                </a:lnTo>
                                <a:lnTo>
                                  <a:pt x="1803853" y="435082"/>
                                </a:lnTo>
                                <a:lnTo>
                                  <a:pt x="1798864" y="436662"/>
                                </a:lnTo>
                                <a:lnTo>
                                  <a:pt x="1785257" y="441178"/>
                                </a:lnTo>
                                <a:lnTo>
                                  <a:pt x="1778227" y="443436"/>
                                </a:lnTo>
                                <a:lnTo>
                                  <a:pt x="1771877" y="445243"/>
                                </a:lnTo>
                                <a:lnTo>
                                  <a:pt x="1768928" y="445694"/>
                                </a:lnTo>
                                <a:lnTo>
                                  <a:pt x="1766660" y="445920"/>
                                </a:lnTo>
                                <a:lnTo>
                                  <a:pt x="1764846" y="445920"/>
                                </a:lnTo>
                                <a:lnTo>
                                  <a:pt x="1763259" y="445694"/>
                                </a:lnTo>
                                <a:lnTo>
                                  <a:pt x="1772784" y="441629"/>
                                </a:lnTo>
                                <a:lnTo>
                                  <a:pt x="1782535" y="437791"/>
                                </a:lnTo>
                                <a:lnTo>
                                  <a:pt x="1792514" y="435082"/>
                                </a:lnTo>
                                <a:lnTo>
                                  <a:pt x="1802493" y="432597"/>
                                </a:lnTo>
                                <a:lnTo>
                                  <a:pt x="1797050" y="433275"/>
                                </a:lnTo>
                                <a:lnTo>
                                  <a:pt x="1792514" y="433727"/>
                                </a:lnTo>
                                <a:lnTo>
                                  <a:pt x="1788885" y="433952"/>
                                </a:lnTo>
                                <a:lnTo>
                                  <a:pt x="1785710" y="433952"/>
                                </a:lnTo>
                                <a:lnTo>
                                  <a:pt x="1783216" y="433727"/>
                                </a:lnTo>
                                <a:lnTo>
                                  <a:pt x="1781628" y="433501"/>
                                </a:lnTo>
                                <a:lnTo>
                                  <a:pt x="1780268" y="433275"/>
                                </a:lnTo>
                                <a:lnTo>
                                  <a:pt x="1779360" y="433049"/>
                                </a:lnTo>
                                <a:lnTo>
                                  <a:pt x="1779134" y="432597"/>
                                </a:lnTo>
                                <a:lnTo>
                                  <a:pt x="1779134" y="432372"/>
                                </a:lnTo>
                                <a:lnTo>
                                  <a:pt x="1779587" y="431920"/>
                                </a:lnTo>
                                <a:lnTo>
                                  <a:pt x="1780041" y="431920"/>
                                </a:lnTo>
                                <a:lnTo>
                                  <a:pt x="1780948" y="431694"/>
                                </a:lnTo>
                                <a:lnTo>
                                  <a:pt x="1781855" y="431920"/>
                                </a:lnTo>
                                <a:lnTo>
                                  <a:pt x="1782989" y="432146"/>
                                </a:lnTo>
                                <a:lnTo>
                                  <a:pt x="1783188" y="432294"/>
                                </a:lnTo>
                                <a:lnTo>
                                  <a:pt x="1782082" y="432823"/>
                                </a:lnTo>
                                <a:lnTo>
                                  <a:pt x="1783896" y="432823"/>
                                </a:lnTo>
                                <a:lnTo>
                                  <a:pt x="1783188" y="432294"/>
                                </a:lnTo>
                                <a:lnTo>
                                  <a:pt x="1793875" y="427179"/>
                                </a:lnTo>
                                <a:lnTo>
                                  <a:pt x="1788885" y="427179"/>
                                </a:lnTo>
                                <a:lnTo>
                                  <a:pt x="1804307" y="422437"/>
                                </a:lnTo>
                                <a:lnTo>
                                  <a:pt x="1810657" y="420630"/>
                                </a:lnTo>
                                <a:lnTo>
                                  <a:pt x="1818594" y="419050"/>
                                </a:lnTo>
                                <a:lnTo>
                                  <a:pt x="1819728" y="418824"/>
                                </a:lnTo>
                                <a:lnTo>
                                  <a:pt x="1821543" y="418598"/>
                                </a:lnTo>
                                <a:lnTo>
                                  <a:pt x="1817007" y="422211"/>
                                </a:lnTo>
                                <a:lnTo>
                                  <a:pt x="1824944" y="419727"/>
                                </a:lnTo>
                                <a:lnTo>
                                  <a:pt x="1822223" y="422437"/>
                                </a:lnTo>
                                <a:lnTo>
                                  <a:pt x="1830614" y="417695"/>
                                </a:lnTo>
                                <a:lnTo>
                                  <a:pt x="1826759" y="417469"/>
                                </a:lnTo>
                                <a:lnTo>
                                  <a:pt x="1841273" y="412050"/>
                                </a:lnTo>
                                <a:lnTo>
                                  <a:pt x="1841273" y="412276"/>
                                </a:lnTo>
                                <a:lnTo>
                                  <a:pt x="1842407" y="411825"/>
                                </a:lnTo>
                                <a:lnTo>
                                  <a:pt x="1848077" y="411373"/>
                                </a:lnTo>
                                <a:lnTo>
                                  <a:pt x="1846716" y="412502"/>
                                </a:lnTo>
                                <a:lnTo>
                                  <a:pt x="1848303" y="413179"/>
                                </a:lnTo>
                                <a:lnTo>
                                  <a:pt x="1844448" y="415889"/>
                                </a:lnTo>
                                <a:lnTo>
                                  <a:pt x="1840819" y="417695"/>
                                </a:lnTo>
                                <a:lnTo>
                                  <a:pt x="1851252" y="414082"/>
                                </a:lnTo>
                                <a:lnTo>
                                  <a:pt x="1850118" y="421534"/>
                                </a:lnTo>
                                <a:lnTo>
                                  <a:pt x="1853973" y="416566"/>
                                </a:lnTo>
                                <a:lnTo>
                                  <a:pt x="1853066" y="414760"/>
                                </a:lnTo>
                                <a:lnTo>
                                  <a:pt x="1853519" y="412727"/>
                                </a:lnTo>
                                <a:lnTo>
                                  <a:pt x="1870075" y="406179"/>
                                </a:lnTo>
                                <a:lnTo>
                                  <a:pt x="1870982" y="408211"/>
                                </a:lnTo>
                                <a:lnTo>
                                  <a:pt x="1878919" y="404599"/>
                                </a:lnTo>
                                <a:lnTo>
                                  <a:pt x="1878012" y="406405"/>
                                </a:lnTo>
                                <a:lnTo>
                                  <a:pt x="1891166" y="400534"/>
                                </a:lnTo>
                                <a:lnTo>
                                  <a:pt x="1892527" y="401889"/>
                                </a:lnTo>
                                <a:lnTo>
                                  <a:pt x="1897969" y="400534"/>
                                </a:lnTo>
                                <a:lnTo>
                                  <a:pt x="1894794" y="402567"/>
                                </a:lnTo>
                                <a:lnTo>
                                  <a:pt x="1898423" y="402115"/>
                                </a:lnTo>
                                <a:lnTo>
                                  <a:pt x="1890939" y="408211"/>
                                </a:lnTo>
                                <a:lnTo>
                                  <a:pt x="1901371" y="400309"/>
                                </a:lnTo>
                                <a:lnTo>
                                  <a:pt x="1919287" y="398277"/>
                                </a:lnTo>
                                <a:lnTo>
                                  <a:pt x="1917246" y="401438"/>
                                </a:lnTo>
                                <a:lnTo>
                                  <a:pt x="1918380" y="403018"/>
                                </a:lnTo>
                                <a:lnTo>
                                  <a:pt x="1921102" y="399406"/>
                                </a:lnTo>
                                <a:lnTo>
                                  <a:pt x="1935162" y="395567"/>
                                </a:lnTo>
                                <a:lnTo>
                                  <a:pt x="1939018" y="395567"/>
                                </a:lnTo>
                                <a:lnTo>
                                  <a:pt x="1935616" y="398728"/>
                                </a:lnTo>
                                <a:lnTo>
                                  <a:pt x="1950810" y="395341"/>
                                </a:lnTo>
                                <a:close/>
                                <a:moveTo>
                                  <a:pt x="2088923" y="389029"/>
                                </a:moveTo>
                                <a:lnTo>
                                  <a:pt x="2090738" y="389664"/>
                                </a:lnTo>
                                <a:lnTo>
                                  <a:pt x="2090057" y="389982"/>
                                </a:lnTo>
                                <a:lnTo>
                                  <a:pt x="2086655" y="392204"/>
                                </a:lnTo>
                                <a:lnTo>
                                  <a:pt x="2085975" y="390299"/>
                                </a:lnTo>
                                <a:lnTo>
                                  <a:pt x="2088923" y="389029"/>
                                </a:lnTo>
                                <a:close/>
                                <a:moveTo>
                                  <a:pt x="2101517" y="385854"/>
                                </a:moveTo>
                                <a:lnTo>
                                  <a:pt x="2104618" y="385854"/>
                                </a:lnTo>
                                <a:lnTo>
                                  <a:pt x="2107941" y="386283"/>
                                </a:lnTo>
                                <a:lnTo>
                                  <a:pt x="2110820" y="386712"/>
                                </a:lnTo>
                                <a:lnTo>
                                  <a:pt x="2113479" y="387785"/>
                                </a:lnTo>
                                <a:lnTo>
                                  <a:pt x="2115029" y="388428"/>
                                </a:lnTo>
                                <a:lnTo>
                                  <a:pt x="2116137" y="388857"/>
                                </a:lnTo>
                                <a:lnTo>
                                  <a:pt x="2116137" y="389072"/>
                                </a:lnTo>
                                <a:lnTo>
                                  <a:pt x="2115472" y="389072"/>
                                </a:lnTo>
                                <a:lnTo>
                                  <a:pt x="2114808" y="389286"/>
                                </a:lnTo>
                                <a:lnTo>
                                  <a:pt x="2105726" y="393792"/>
                                </a:lnTo>
                                <a:lnTo>
                                  <a:pt x="2103068" y="393792"/>
                                </a:lnTo>
                                <a:lnTo>
                                  <a:pt x="2102403" y="393148"/>
                                </a:lnTo>
                                <a:lnTo>
                                  <a:pt x="2101295" y="392505"/>
                                </a:lnTo>
                                <a:lnTo>
                                  <a:pt x="2098637" y="391861"/>
                                </a:lnTo>
                                <a:lnTo>
                                  <a:pt x="2097087" y="389501"/>
                                </a:lnTo>
                                <a:lnTo>
                                  <a:pt x="2098416" y="386498"/>
                                </a:lnTo>
                                <a:lnTo>
                                  <a:pt x="2099966" y="386069"/>
                                </a:lnTo>
                                <a:lnTo>
                                  <a:pt x="2101517" y="385854"/>
                                </a:lnTo>
                                <a:close/>
                                <a:moveTo>
                                  <a:pt x="2103293" y="382679"/>
                                </a:moveTo>
                                <a:lnTo>
                                  <a:pt x="2105025" y="383545"/>
                                </a:lnTo>
                                <a:lnTo>
                                  <a:pt x="2104447" y="383545"/>
                                </a:lnTo>
                                <a:lnTo>
                                  <a:pt x="2098675" y="385854"/>
                                </a:lnTo>
                                <a:lnTo>
                                  <a:pt x="2103293" y="382679"/>
                                </a:lnTo>
                                <a:close/>
                                <a:moveTo>
                                  <a:pt x="2111375" y="381092"/>
                                </a:moveTo>
                                <a:lnTo>
                                  <a:pt x="2111876" y="381092"/>
                                </a:lnTo>
                                <a:lnTo>
                                  <a:pt x="2116138" y="382045"/>
                                </a:lnTo>
                                <a:lnTo>
                                  <a:pt x="2115887" y="382045"/>
                                </a:lnTo>
                                <a:lnTo>
                                  <a:pt x="2115636" y="382362"/>
                                </a:lnTo>
                                <a:lnTo>
                                  <a:pt x="2115386" y="382362"/>
                                </a:lnTo>
                                <a:lnTo>
                                  <a:pt x="2115135" y="382362"/>
                                </a:lnTo>
                                <a:lnTo>
                                  <a:pt x="2114884" y="382362"/>
                                </a:lnTo>
                                <a:lnTo>
                                  <a:pt x="2114634" y="382362"/>
                                </a:lnTo>
                                <a:lnTo>
                                  <a:pt x="2114383" y="382362"/>
                                </a:lnTo>
                                <a:lnTo>
                                  <a:pt x="2114132" y="382680"/>
                                </a:lnTo>
                                <a:lnTo>
                                  <a:pt x="2113882" y="382680"/>
                                </a:lnTo>
                                <a:lnTo>
                                  <a:pt x="2113631" y="382680"/>
                                </a:lnTo>
                                <a:lnTo>
                                  <a:pt x="2112879" y="382680"/>
                                </a:lnTo>
                                <a:lnTo>
                                  <a:pt x="2112628" y="382680"/>
                                </a:lnTo>
                                <a:lnTo>
                                  <a:pt x="2111375" y="381092"/>
                                </a:lnTo>
                                <a:close/>
                                <a:moveTo>
                                  <a:pt x="2694781" y="379440"/>
                                </a:moveTo>
                                <a:lnTo>
                                  <a:pt x="2701925" y="384911"/>
                                </a:lnTo>
                                <a:lnTo>
                                  <a:pt x="2708852" y="386533"/>
                                </a:lnTo>
                                <a:lnTo>
                                  <a:pt x="2709285" y="386938"/>
                                </a:lnTo>
                                <a:lnTo>
                                  <a:pt x="2711450" y="388964"/>
                                </a:lnTo>
                                <a:lnTo>
                                  <a:pt x="2711233" y="388964"/>
                                </a:lnTo>
                                <a:lnTo>
                                  <a:pt x="2706687" y="388762"/>
                                </a:lnTo>
                                <a:lnTo>
                                  <a:pt x="2696080" y="385317"/>
                                </a:lnTo>
                                <a:lnTo>
                                  <a:pt x="2692400" y="380250"/>
                                </a:lnTo>
                                <a:lnTo>
                                  <a:pt x="2694781" y="379440"/>
                                </a:lnTo>
                                <a:close/>
                                <a:moveTo>
                                  <a:pt x="2291870" y="376122"/>
                                </a:moveTo>
                                <a:lnTo>
                                  <a:pt x="2286244" y="377019"/>
                                </a:lnTo>
                                <a:lnTo>
                                  <a:pt x="2287106" y="376803"/>
                                </a:lnTo>
                                <a:lnTo>
                                  <a:pt x="2291870" y="376122"/>
                                </a:lnTo>
                                <a:close/>
                                <a:moveTo>
                                  <a:pt x="2337186" y="374741"/>
                                </a:moveTo>
                                <a:lnTo>
                                  <a:pt x="2339975" y="374918"/>
                                </a:lnTo>
                                <a:lnTo>
                                  <a:pt x="2339760" y="374918"/>
                                </a:lnTo>
                                <a:lnTo>
                                  <a:pt x="2332037" y="376329"/>
                                </a:lnTo>
                                <a:lnTo>
                                  <a:pt x="2337186" y="374741"/>
                                </a:lnTo>
                                <a:close/>
                                <a:moveTo>
                                  <a:pt x="2180140" y="371567"/>
                                </a:moveTo>
                                <a:lnTo>
                                  <a:pt x="2184400" y="372043"/>
                                </a:lnTo>
                                <a:lnTo>
                                  <a:pt x="2183625" y="372202"/>
                                </a:lnTo>
                                <a:lnTo>
                                  <a:pt x="2180140" y="373155"/>
                                </a:lnTo>
                                <a:lnTo>
                                  <a:pt x="2179947" y="373155"/>
                                </a:lnTo>
                                <a:lnTo>
                                  <a:pt x="2176462" y="372361"/>
                                </a:lnTo>
                                <a:lnTo>
                                  <a:pt x="2180140" y="371567"/>
                                </a:lnTo>
                                <a:close/>
                                <a:moveTo>
                                  <a:pt x="2358760" y="369978"/>
                                </a:moveTo>
                                <a:lnTo>
                                  <a:pt x="2362200" y="371566"/>
                                </a:lnTo>
                                <a:lnTo>
                                  <a:pt x="2359025" y="373153"/>
                                </a:lnTo>
                                <a:lnTo>
                                  <a:pt x="2354262" y="371883"/>
                                </a:lnTo>
                                <a:lnTo>
                                  <a:pt x="2358760" y="369978"/>
                                </a:lnTo>
                                <a:close/>
                                <a:moveTo>
                                  <a:pt x="2185449" y="368392"/>
                                </a:moveTo>
                                <a:lnTo>
                                  <a:pt x="2192337" y="369980"/>
                                </a:lnTo>
                                <a:lnTo>
                                  <a:pt x="2191906" y="369980"/>
                                </a:lnTo>
                                <a:lnTo>
                                  <a:pt x="2179637" y="369662"/>
                                </a:lnTo>
                                <a:lnTo>
                                  <a:pt x="2185449" y="368392"/>
                                </a:lnTo>
                                <a:close/>
                                <a:moveTo>
                                  <a:pt x="2876995" y="368325"/>
                                </a:moveTo>
                                <a:lnTo>
                                  <a:pt x="2884874" y="368769"/>
                                </a:lnTo>
                                <a:lnTo>
                                  <a:pt x="2880146" y="372313"/>
                                </a:lnTo>
                                <a:lnTo>
                                  <a:pt x="2894105" y="372977"/>
                                </a:lnTo>
                                <a:lnTo>
                                  <a:pt x="2906713" y="374085"/>
                                </a:lnTo>
                                <a:lnTo>
                                  <a:pt x="2904687" y="374528"/>
                                </a:lnTo>
                                <a:lnTo>
                                  <a:pt x="2897707" y="376521"/>
                                </a:lnTo>
                                <a:lnTo>
                                  <a:pt x="2886901" y="382502"/>
                                </a:lnTo>
                                <a:lnTo>
                                  <a:pt x="2878345" y="385603"/>
                                </a:lnTo>
                                <a:lnTo>
                                  <a:pt x="2869340" y="386046"/>
                                </a:lnTo>
                                <a:lnTo>
                                  <a:pt x="2874743" y="381616"/>
                                </a:lnTo>
                                <a:lnTo>
                                  <a:pt x="2844800" y="387375"/>
                                </a:lnTo>
                                <a:lnTo>
                                  <a:pt x="2848627" y="384053"/>
                                </a:lnTo>
                                <a:lnTo>
                                  <a:pt x="2854931" y="376300"/>
                                </a:lnTo>
                                <a:lnTo>
                                  <a:pt x="2845700" y="374085"/>
                                </a:lnTo>
                                <a:lnTo>
                                  <a:pt x="2864387" y="370541"/>
                                </a:lnTo>
                                <a:lnTo>
                                  <a:pt x="2864612" y="370541"/>
                                </a:lnTo>
                                <a:lnTo>
                                  <a:pt x="2864837" y="370541"/>
                                </a:lnTo>
                                <a:lnTo>
                                  <a:pt x="2865062" y="370541"/>
                                </a:lnTo>
                                <a:lnTo>
                                  <a:pt x="2865512" y="370541"/>
                                </a:lnTo>
                                <a:lnTo>
                                  <a:pt x="2865738" y="370541"/>
                                </a:lnTo>
                                <a:lnTo>
                                  <a:pt x="2865963" y="370098"/>
                                </a:lnTo>
                                <a:lnTo>
                                  <a:pt x="2866413" y="370098"/>
                                </a:lnTo>
                                <a:lnTo>
                                  <a:pt x="2876995" y="368325"/>
                                </a:lnTo>
                                <a:close/>
                                <a:moveTo>
                                  <a:pt x="2347912" y="366804"/>
                                </a:moveTo>
                                <a:lnTo>
                                  <a:pt x="2351087" y="368269"/>
                                </a:lnTo>
                                <a:lnTo>
                                  <a:pt x="2350633" y="368392"/>
                                </a:lnTo>
                                <a:lnTo>
                                  <a:pt x="2344737" y="368392"/>
                                </a:lnTo>
                                <a:lnTo>
                                  <a:pt x="2347912" y="366804"/>
                                </a:lnTo>
                                <a:close/>
                                <a:moveTo>
                                  <a:pt x="2362200" y="365216"/>
                                </a:moveTo>
                                <a:lnTo>
                                  <a:pt x="2362777" y="365216"/>
                                </a:lnTo>
                                <a:lnTo>
                                  <a:pt x="2363788" y="366209"/>
                                </a:lnTo>
                                <a:lnTo>
                                  <a:pt x="2362488" y="366805"/>
                                </a:lnTo>
                                <a:lnTo>
                                  <a:pt x="2362200" y="365216"/>
                                </a:lnTo>
                                <a:close/>
                                <a:moveTo>
                                  <a:pt x="1864233" y="363612"/>
                                </a:moveTo>
                                <a:lnTo>
                                  <a:pt x="1836650" y="377704"/>
                                </a:lnTo>
                                <a:lnTo>
                                  <a:pt x="1806258" y="393347"/>
                                </a:lnTo>
                                <a:lnTo>
                                  <a:pt x="1775867" y="409443"/>
                                </a:lnTo>
                                <a:lnTo>
                                  <a:pt x="1745929" y="425766"/>
                                </a:lnTo>
                                <a:lnTo>
                                  <a:pt x="1715764" y="442542"/>
                                </a:lnTo>
                                <a:lnTo>
                                  <a:pt x="1686052" y="459545"/>
                                </a:lnTo>
                                <a:lnTo>
                                  <a:pt x="1664537" y="472022"/>
                                </a:lnTo>
                                <a:lnTo>
                                  <a:pt x="1675619" y="465439"/>
                                </a:lnTo>
                                <a:lnTo>
                                  <a:pt x="1707372" y="447076"/>
                                </a:lnTo>
                                <a:lnTo>
                                  <a:pt x="1739351" y="429166"/>
                                </a:lnTo>
                                <a:lnTo>
                                  <a:pt x="1771557" y="411710"/>
                                </a:lnTo>
                                <a:lnTo>
                                  <a:pt x="1803990" y="394480"/>
                                </a:lnTo>
                                <a:lnTo>
                                  <a:pt x="1836423" y="377704"/>
                                </a:lnTo>
                                <a:lnTo>
                                  <a:pt x="1864233" y="363612"/>
                                </a:lnTo>
                                <a:close/>
                                <a:moveTo>
                                  <a:pt x="1868455" y="361472"/>
                                </a:moveTo>
                                <a:lnTo>
                                  <a:pt x="1864233" y="363612"/>
                                </a:lnTo>
                                <a:lnTo>
                                  <a:pt x="1867268" y="362061"/>
                                </a:lnTo>
                                <a:lnTo>
                                  <a:pt x="1868455" y="361472"/>
                                </a:lnTo>
                                <a:close/>
                                <a:moveTo>
                                  <a:pt x="2838102" y="355626"/>
                                </a:moveTo>
                                <a:lnTo>
                                  <a:pt x="2843213" y="355943"/>
                                </a:lnTo>
                                <a:lnTo>
                                  <a:pt x="2842516" y="355943"/>
                                </a:lnTo>
                                <a:lnTo>
                                  <a:pt x="2833688" y="358801"/>
                                </a:lnTo>
                                <a:lnTo>
                                  <a:pt x="2838102" y="355626"/>
                                </a:lnTo>
                                <a:close/>
                                <a:moveTo>
                                  <a:pt x="2829454" y="352451"/>
                                </a:moveTo>
                                <a:lnTo>
                                  <a:pt x="2833688" y="352678"/>
                                </a:lnTo>
                                <a:lnTo>
                                  <a:pt x="2830777" y="352905"/>
                                </a:lnTo>
                                <a:lnTo>
                                  <a:pt x="2825750" y="354039"/>
                                </a:lnTo>
                                <a:lnTo>
                                  <a:pt x="2829454" y="352451"/>
                                </a:lnTo>
                                <a:close/>
                                <a:moveTo>
                                  <a:pt x="2300262" y="350925"/>
                                </a:moveTo>
                                <a:lnTo>
                                  <a:pt x="2304572" y="350925"/>
                                </a:lnTo>
                                <a:lnTo>
                                  <a:pt x="2308882" y="351152"/>
                                </a:lnTo>
                                <a:lnTo>
                                  <a:pt x="2312738" y="351834"/>
                                </a:lnTo>
                                <a:lnTo>
                                  <a:pt x="2316140" y="352514"/>
                                </a:lnTo>
                                <a:lnTo>
                                  <a:pt x="2319089" y="353876"/>
                                </a:lnTo>
                                <a:lnTo>
                                  <a:pt x="2310696" y="355692"/>
                                </a:lnTo>
                                <a:lnTo>
                                  <a:pt x="2300489" y="357508"/>
                                </a:lnTo>
                                <a:lnTo>
                                  <a:pt x="2278260" y="360686"/>
                                </a:lnTo>
                                <a:lnTo>
                                  <a:pt x="2258072" y="363183"/>
                                </a:lnTo>
                                <a:lnTo>
                                  <a:pt x="2250360" y="364545"/>
                                </a:lnTo>
                                <a:lnTo>
                                  <a:pt x="2245823" y="365453"/>
                                </a:lnTo>
                                <a:lnTo>
                                  <a:pt x="2241514" y="365680"/>
                                </a:lnTo>
                                <a:lnTo>
                                  <a:pt x="2236977" y="366134"/>
                                </a:lnTo>
                                <a:lnTo>
                                  <a:pt x="2232667" y="366588"/>
                                </a:lnTo>
                                <a:lnTo>
                                  <a:pt x="2228358" y="367723"/>
                                </a:lnTo>
                                <a:lnTo>
                                  <a:pt x="2223821" y="368631"/>
                                </a:lnTo>
                                <a:lnTo>
                                  <a:pt x="2219738" y="369766"/>
                                </a:lnTo>
                                <a:lnTo>
                                  <a:pt x="2215655" y="371355"/>
                                </a:lnTo>
                                <a:lnTo>
                                  <a:pt x="2211572" y="372717"/>
                                </a:lnTo>
                                <a:lnTo>
                                  <a:pt x="2322265" y="357281"/>
                                </a:lnTo>
                                <a:lnTo>
                                  <a:pt x="2306613" y="362275"/>
                                </a:lnTo>
                                <a:lnTo>
                                  <a:pt x="2311604" y="360913"/>
                                </a:lnTo>
                                <a:lnTo>
                                  <a:pt x="2319089" y="359097"/>
                                </a:lnTo>
                                <a:lnTo>
                                  <a:pt x="2322265" y="358416"/>
                                </a:lnTo>
                                <a:lnTo>
                                  <a:pt x="2323399" y="358416"/>
                                </a:lnTo>
                                <a:lnTo>
                                  <a:pt x="2324306" y="358416"/>
                                </a:lnTo>
                                <a:lnTo>
                                  <a:pt x="2324987" y="358643"/>
                                </a:lnTo>
                                <a:lnTo>
                                  <a:pt x="2325213" y="358870"/>
                                </a:lnTo>
                                <a:lnTo>
                                  <a:pt x="2324987" y="359551"/>
                                </a:lnTo>
                                <a:lnTo>
                                  <a:pt x="2324533" y="360686"/>
                                </a:lnTo>
                                <a:lnTo>
                                  <a:pt x="2331111" y="358870"/>
                                </a:lnTo>
                                <a:lnTo>
                                  <a:pt x="2334060" y="358189"/>
                                </a:lnTo>
                                <a:lnTo>
                                  <a:pt x="2336782" y="357735"/>
                                </a:lnTo>
                                <a:lnTo>
                                  <a:pt x="2339504" y="357735"/>
                                </a:lnTo>
                                <a:lnTo>
                                  <a:pt x="2341772" y="358189"/>
                                </a:lnTo>
                                <a:lnTo>
                                  <a:pt x="2343133" y="358416"/>
                                </a:lnTo>
                                <a:lnTo>
                                  <a:pt x="2344494" y="359097"/>
                                </a:lnTo>
                                <a:lnTo>
                                  <a:pt x="2345855" y="359778"/>
                                </a:lnTo>
                                <a:lnTo>
                                  <a:pt x="2346989" y="360686"/>
                                </a:lnTo>
                                <a:lnTo>
                                  <a:pt x="2342679" y="362048"/>
                                </a:lnTo>
                                <a:lnTo>
                                  <a:pt x="2338143" y="363183"/>
                                </a:lnTo>
                                <a:lnTo>
                                  <a:pt x="2333833" y="364545"/>
                                </a:lnTo>
                                <a:lnTo>
                                  <a:pt x="2329296" y="365453"/>
                                </a:lnTo>
                                <a:lnTo>
                                  <a:pt x="2320223" y="367042"/>
                                </a:lnTo>
                                <a:lnTo>
                                  <a:pt x="2311150" y="368177"/>
                                </a:lnTo>
                                <a:lnTo>
                                  <a:pt x="2302077" y="368858"/>
                                </a:lnTo>
                                <a:lnTo>
                                  <a:pt x="2293004" y="369539"/>
                                </a:lnTo>
                                <a:lnTo>
                                  <a:pt x="2274404" y="370901"/>
                                </a:lnTo>
                                <a:lnTo>
                                  <a:pt x="2265557" y="371582"/>
                                </a:lnTo>
                                <a:lnTo>
                                  <a:pt x="2256484" y="372490"/>
                                </a:lnTo>
                                <a:lnTo>
                                  <a:pt x="2247411" y="373852"/>
                                </a:lnTo>
                                <a:lnTo>
                                  <a:pt x="2238792" y="375668"/>
                                </a:lnTo>
                                <a:lnTo>
                                  <a:pt x="2234482" y="376803"/>
                                </a:lnTo>
                                <a:lnTo>
                                  <a:pt x="2229945" y="378165"/>
                                </a:lnTo>
                                <a:lnTo>
                                  <a:pt x="2225636" y="379527"/>
                                </a:lnTo>
                                <a:lnTo>
                                  <a:pt x="2221553" y="381343"/>
                                </a:lnTo>
                                <a:lnTo>
                                  <a:pt x="2217016" y="382932"/>
                                </a:lnTo>
                                <a:lnTo>
                                  <a:pt x="2212933" y="385202"/>
                                </a:lnTo>
                                <a:lnTo>
                                  <a:pt x="2208850" y="387472"/>
                                </a:lnTo>
                                <a:lnTo>
                                  <a:pt x="2204994" y="389969"/>
                                </a:lnTo>
                                <a:lnTo>
                                  <a:pt x="2286244" y="377019"/>
                                </a:lnTo>
                                <a:lnTo>
                                  <a:pt x="2282570" y="377938"/>
                                </a:lnTo>
                                <a:lnTo>
                                  <a:pt x="2277806" y="378846"/>
                                </a:lnTo>
                                <a:lnTo>
                                  <a:pt x="2273496" y="380208"/>
                                </a:lnTo>
                                <a:lnTo>
                                  <a:pt x="2269413" y="382024"/>
                                </a:lnTo>
                                <a:lnTo>
                                  <a:pt x="2265104" y="384067"/>
                                </a:lnTo>
                                <a:lnTo>
                                  <a:pt x="2260794" y="386110"/>
                                </a:lnTo>
                                <a:lnTo>
                                  <a:pt x="2256938" y="388607"/>
                                </a:lnTo>
                                <a:lnTo>
                                  <a:pt x="2263743" y="386791"/>
                                </a:lnTo>
                                <a:lnTo>
                                  <a:pt x="2272135" y="384975"/>
                                </a:lnTo>
                                <a:lnTo>
                                  <a:pt x="2290282" y="379527"/>
                                </a:lnTo>
                                <a:lnTo>
                                  <a:pt x="2308882" y="374306"/>
                                </a:lnTo>
                                <a:lnTo>
                                  <a:pt x="2323626" y="369993"/>
                                </a:lnTo>
                                <a:lnTo>
                                  <a:pt x="2327255" y="371809"/>
                                </a:lnTo>
                                <a:lnTo>
                                  <a:pt x="2324533" y="374079"/>
                                </a:lnTo>
                                <a:lnTo>
                                  <a:pt x="2321584" y="376122"/>
                                </a:lnTo>
                                <a:lnTo>
                                  <a:pt x="2318408" y="378392"/>
                                </a:lnTo>
                                <a:lnTo>
                                  <a:pt x="2315006" y="380208"/>
                                </a:lnTo>
                                <a:lnTo>
                                  <a:pt x="2311604" y="382478"/>
                                </a:lnTo>
                                <a:lnTo>
                                  <a:pt x="2307974" y="384294"/>
                                </a:lnTo>
                                <a:lnTo>
                                  <a:pt x="2300262" y="387699"/>
                                </a:lnTo>
                                <a:lnTo>
                                  <a:pt x="2292777" y="390877"/>
                                </a:lnTo>
                                <a:lnTo>
                                  <a:pt x="2285292" y="393374"/>
                                </a:lnTo>
                                <a:lnTo>
                                  <a:pt x="2277806" y="395871"/>
                                </a:lnTo>
                                <a:lnTo>
                                  <a:pt x="2271682" y="397914"/>
                                </a:lnTo>
                                <a:lnTo>
                                  <a:pt x="2272816" y="398141"/>
                                </a:lnTo>
                                <a:lnTo>
                                  <a:pt x="2266692" y="400865"/>
                                </a:lnTo>
                                <a:lnTo>
                                  <a:pt x="2284384" y="394282"/>
                                </a:lnTo>
                                <a:lnTo>
                                  <a:pt x="2302304" y="387926"/>
                                </a:lnTo>
                                <a:lnTo>
                                  <a:pt x="2319996" y="381570"/>
                                </a:lnTo>
                                <a:lnTo>
                                  <a:pt x="2328616" y="378619"/>
                                </a:lnTo>
                                <a:lnTo>
                                  <a:pt x="2337689" y="375895"/>
                                </a:lnTo>
                                <a:lnTo>
                                  <a:pt x="2342679" y="374533"/>
                                </a:lnTo>
                                <a:lnTo>
                                  <a:pt x="2344494" y="374306"/>
                                </a:lnTo>
                                <a:lnTo>
                                  <a:pt x="2344267" y="374533"/>
                                </a:lnTo>
                                <a:lnTo>
                                  <a:pt x="2342679" y="375214"/>
                                </a:lnTo>
                                <a:lnTo>
                                  <a:pt x="2337462" y="377484"/>
                                </a:lnTo>
                                <a:lnTo>
                                  <a:pt x="2335421" y="378392"/>
                                </a:lnTo>
                                <a:lnTo>
                                  <a:pt x="2334967" y="378619"/>
                                </a:lnTo>
                                <a:lnTo>
                                  <a:pt x="2334967" y="378846"/>
                                </a:lnTo>
                                <a:lnTo>
                                  <a:pt x="2348123" y="375214"/>
                                </a:lnTo>
                                <a:lnTo>
                                  <a:pt x="2348350" y="375214"/>
                                </a:lnTo>
                                <a:lnTo>
                                  <a:pt x="2351752" y="375441"/>
                                </a:lnTo>
                                <a:lnTo>
                                  <a:pt x="2355382" y="375214"/>
                                </a:lnTo>
                                <a:lnTo>
                                  <a:pt x="2359011" y="374760"/>
                                </a:lnTo>
                                <a:lnTo>
                                  <a:pt x="2362867" y="373852"/>
                                </a:lnTo>
                                <a:lnTo>
                                  <a:pt x="2366269" y="372490"/>
                                </a:lnTo>
                                <a:lnTo>
                                  <a:pt x="2369218" y="371355"/>
                                </a:lnTo>
                                <a:lnTo>
                                  <a:pt x="2372167" y="369539"/>
                                </a:lnTo>
                                <a:lnTo>
                                  <a:pt x="2374662" y="368177"/>
                                </a:lnTo>
                                <a:lnTo>
                                  <a:pt x="2377838" y="367496"/>
                                </a:lnTo>
                                <a:lnTo>
                                  <a:pt x="2381467" y="367042"/>
                                </a:lnTo>
                                <a:lnTo>
                                  <a:pt x="2389406" y="366134"/>
                                </a:lnTo>
                                <a:lnTo>
                                  <a:pt x="2398252" y="365680"/>
                                </a:lnTo>
                                <a:lnTo>
                                  <a:pt x="2407098" y="365453"/>
                                </a:lnTo>
                                <a:lnTo>
                                  <a:pt x="2415264" y="365453"/>
                                </a:lnTo>
                                <a:lnTo>
                                  <a:pt x="2422523" y="365453"/>
                                </a:lnTo>
                                <a:lnTo>
                                  <a:pt x="2427740" y="365680"/>
                                </a:lnTo>
                                <a:lnTo>
                                  <a:pt x="2430462" y="365907"/>
                                </a:lnTo>
                                <a:lnTo>
                                  <a:pt x="2427286" y="366134"/>
                                </a:lnTo>
                                <a:lnTo>
                                  <a:pt x="2424111" y="366361"/>
                                </a:lnTo>
                                <a:lnTo>
                                  <a:pt x="2420935" y="367042"/>
                                </a:lnTo>
                                <a:lnTo>
                                  <a:pt x="2417759" y="367723"/>
                                </a:lnTo>
                                <a:lnTo>
                                  <a:pt x="2411181" y="369539"/>
                                </a:lnTo>
                                <a:lnTo>
                                  <a:pt x="2404603" y="371809"/>
                                </a:lnTo>
                                <a:lnTo>
                                  <a:pt x="2398025" y="374533"/>
                                </a:lnTo>
                                <a:lnTo>
                                  <a:pt x="2391447" y="377257"/>
                                </a:lnTo>
                                <a:lnTo>
                                  <a:pt x="2379199" y="382705"/>
                                </a:lnTo>
                                <a:lnTo>
                                  <a:pt x="2378972" y="382478"/>
                                </a:lnTo>
                                <a:lnTo>
                                  <a:pt x="2378972" y="382705"/>
                                </a:lnTo>
                                <a:lnTo>
                                  <a:pt x="2360825" y="385202"/>
                                </a:lnTo>
                                <a:lnTo>
                                  <a:pt x="2342906" y="388153"/>
                                </a:lnTo>
                                <a:lnTo>
                                  <a:pt x="2324533" y="391785"/>
                                </a:lnTo>
                                <a:lnTo>
                                  <a:pt x="2315913" y="393600"/>
                                </a:lnTo>
                                <a:lnTo>
                                  <a:pt x="2306840" y="395871"/>
                                </a:lnTo>
                                <a:lnTo>
                                  <a:pt x="2313872" y="394509"/>
                                </a:lnTo>
                                <a:lnTo>
                                  <a:pt x="2320904" y="392920"/>
                                </a:lnTo>
                                <a:lnTo>
                                  <a:pt x="2327935" y="392012"/>
                                </a:lnTo>
                                <a:lnTo>
                                  <a:pt x="2334967" y="391104"/>
                                </a:lnTo>
                                <a:lnTo>
                                  <a:pt x="2341999" y="390649"/>
                                </a:lnTo>
                                <a:lnTo>
                                  <a:pt x="2349484" y="389969"/>
                                </a:lnTo>
                                <a:lnTo>
                                  <a:pt x="2356516" y="389742"/>
                                </a:lnTo>
                                <a:lnTo>
                                  <a:pt x="2363774" y="389969"/>
                                </a:lnTo>
                                <a:lnTo>
                                  <a:pt x="2359691" y="391785"/>
                                </a:lnTo>
                                <a:lnTo>
                                  <a:pt x="2355382" y="393147"/>
                                </a:lnTo>
                                <a:lnTo>
                                  <a:pt x="2351525" y="394736"/>
                                </a:lnTo>
                                <a:lnTo>
                                  <a:pt x="2347443" y="395871"/>
                                </a:lnTo>
                                <a:lnTo>
                                  <a:pt x="2343133" y="396779"/>
                                </a:lnTo>
                                <a:lnTo>
                                  <a:pt x="2339050" y="397914"/>
                                </a:lnTo>
                                <a:lnTo>
                                  <a:pt x="2334740" y="398368"/>
                                </a:lnTo>
                                <a:lnTo>
                                  <a:pt x="2330430" y="398822"/>
                                </a:lnTo>
                                <a:lnTo>
                                  <a:pt x="2325667" y="398594"/>
                                </a:lnTo>
                                <a:lnTo>
                                  <a:pt x="2320677" y="398822"/>
                                </a:lnTo>
                                <a:lnTo>
                                  <a:pt x="2316140" y="399503"/>
                                </a:lnTo>
                                <a:lnTo>
                                  <a:pt x="2311377" y="400411"/>
                                </a:lnTo>
                                <a:lnTo>
                                  <a:pt x="2306840" y="402000"/>
                                </a:lnTo>
                                <a:lnTo>
                                  <a:pt x="2302530" y="403815"/>
                                </a:lnTo>
                                <a:lnTo>
                                  <a:pt x="2298221" y="406313"/>
                                </a:lnTo>
                                <a:lnTo>
                                  <a:pt x="2294138" y="409036"/>
                                </a:lnTo>
                                <a:lnTo>
                                  <a:pt x="2319089" y="402454"/>
                                </a:lnTo>
                                <a:lnTo>
                                  <a:pt x="2320450" y="402227"/>
                                </a:lnTo>
                                <a:lnTo>
                                  <a:pt x="2322718" y="401092"/>
                                </a:lnTo>
                                <a:lnTo>
                                  <a:pt x="2324533" y="400184"/>
                                </a:lnTo>
                                <a:lnTo>
                                  <a:pt x="2326801" y="399730"/>
                                </a:lnTo>
                                <a:lnTo>
                                  <a:pt x="2329069" y="399503"/>
                                </a:lnTo>
                                <a:lnTo>
                                  <a:pt x="2330884" y="399275"/>
                                </a:lnTo>
                                <a:lnTo>
                                  <a:pt x="2333152" y="399503"/>
                                </a:lnTo>
                                <a:lnTo>
                                  <a:pt x="2334967" y="399957"/>
                                </a:lnTo>
                                <a:lnTo>
                                  <a:pt x="2337235" y="400865"/>
                                </a:lnTo>
                                <a:lnTo>
                                  <a:pt x="2327482" y="405177"/>
                                </a:lnTo>
                                <a:lnTo>
                                  <a:pt x="2324987" y="405859"/>
                                </a:lnTo>
                                <a:lnTo>
                                  <a:pt x="2323399" y="406313"/>
                                </a:lnTo>
                                <a:lnTo>
                                  <a:pt x="2319769" y="406539"/>
                                </a:lnTo>
                                <a:lnTo>
                                  <a:pt x="2316367" y="407221"/>
                                </a:lnTo>
                                <a:lnTo>
                                  <a:pt x="2310923" y="408583"/>
                                </a:lnTo>
                                <a:lnTo>
                                  <a:pt x="2309335" y="408810"/>
                                </a:lnTo>
                                <a:lnTo>
                                  <a:pt x="2290282" y="421294"/>
                                </a:lnTo>
                                <a:lnTo>
                                  <a:pt x="2293402" y="420737"/>
                                </a:lnTo>
                                <a:lnTo>
                                  <a:pt x="2291870" y="421294"/>
                                </a:lnTo>
                                <a:lnTo>
                                  <a:pt x="2285972" y="422883"/>
                                </a:lnTo>
                                <a:lnTo>
                                  <a:pt x="2279394" y="425380"/>
                                </a:lnTo>
                                <a:lnTo>
                                  <a:pt x="2272589" y="428331"/>
                                </a:lnTo>
                                <a:lnTo>
                                  <a:pt x="2260340" y="433552"/>
                                </a:lnTo>
                                <a:lnTo>
                                  <a:pt x="2252855" y="437184"/>
                                </a:lnTo>
                                <a:lnTo>
                                  <a:pt x="2254896" y="438319"/>
                                </a:lnTo>
                                <a:lnTo>
                                  <a:pt x="2235389" y="448988"/>
                                </a:lnTo>
                                <a:lnTo>
                                  <a:pt x="2238565" y="448988"/>
                                </a:lnTo>
                                <a:lnTo>
                                  <a:pt x="2232214" y="451939"/>
                                </a:lnTo>
                                <a:lnTo>
                                  <a:pt x="2229492" y="453074"/>
                                </a:lnTo>
                                <a:lnTo>
                                  <a:pt x="2226770" y="454436"/>
                                </a:lnTo>
                                <a:lnTo>
                                  <a:pt x="2224955" y="456025"/>
                                </a:lnTo>
                                <a:lnTo>
                                  <a:pt x="2223367" y="457387"/>
                                </a:lnTo>
                                <a:lnTo>
                                  <a:pt x="2222914" y="458522"/>
                                </a:lnTo>
                                <a:lnTo>
                                  <a:pt x="2222460" y="459202"/>
                                </a:lnTo>
                                <a:lnTo>
                                  <a:pt x="2222460" y="460110"/>
                                </a:lnTo>
                                <a:lnTo>
                                  <a:pt x="2222460" y="461019"/>
                                </a:lnTo>
                                <a:lnTo>
                                  <a:pt x="2226997" y="458522"/>
                                </a:lnTo>
                                <a:lnTo>
                                  <a:pt x="2231760" y="456252"/>
                                </a:lnTo>
                                <a:lnTo>
                                  <a:pt x="2235843" y="453982"/>
                                </a:lnTo>
                                <a:lnTo>
                                  <a:pt x="2238111" y="453301"/>
                                </a:lnTo>
                                <a:lnTo>
                                  <a:pt x="2239926" y="452847"/>
                                </a:lnTo>
                                <a:lnTo>
                                  <a:pt x="2242194" y="452393"/>
                                </a:lnTo>
                                <a:lnTo>
                                  <a:pt x="2244009" y="452166"/>
                                </a:lnTo>
                                <a:lnTo>
                                  <a:pt x="2246277" y="451939"/>
                                </a:lnTo>
                                <a:lnTo>
                                  <a:pt x="2248318" y="452166"/>
                                </a:lnTo>
                                <a:lnTo>
                                  <a:pt x="2250360" y="452620"/>
                                </a:lnTo>
                                <a:lnTo>
                                  <a:pt x="2252628" y="453074"/>
                                </a:lnTo>
                                <a:lnTo>
                                  <a:pt x="2255123" y="453982"/>
                                </a:lnTo>
                                <a:lnTo>
                                  <a:pt x="2257165" y="455344"/>
                                </a:lnTo>
                                <a:lnTo>
                                  <a:pt x="2234028" y="458295"/>
                                </a:lnTo>
                                <a:lnTo>
                                  <a:pt x="2236523" y="459883"/>
                                </a:lnTo>
                                <a:lnTo>
                                  <a:pt x="2231079" y="461700"/>
                                </a:lnTo>
                                <a:lnTo>
                                  <a:pt x="2238111" y="462608"/>
                                </a:lnTo>
                                <a:lnTo>
                                  <a:pt x="2239018" y="462608"/>
                                </a:lnTo>
                                <a:lnTo>
                                  <a:pt x="2242648" y="463062"/>
                                </a:lnTo>
                                <a:lnTo>
                                  <a:pt x="2243555" y="466012"/>
                                </a:lnTo>
                                <a:lnTo>
                                  <a:pt x="2255804" y="463062"/>
                                </a:lnTo>
                                <a:lnTo>
                                  <a:pt x="2256484" y="466239"/>
                                </a:lnTo>
                                <a:lnTo>
                                  <a:pt x="2148287" y="478724"/>
                                </a:lnTo>
                                <a:lnTo>
                                  <a:pt x="2094302" y="484626"/>
                                </a:lnTo>
                                <a:lnTo>
                                  <a:pt x="2040090" y="490755"/>
                                </a:lnTo>
                                <a:lnTo>
                                  <a:pt x="1986105" y="496430"/>
                                </a:lnTo>
                                <a:lnTo>
                                  <a:pt x="1931893" y="501878"/>
                                </a:lnTo>
                                <a:lnTo>
                                  <a:pt x="1877907" y="507326"/>
                                </a:lnTo>
                                <a:lnTo>
                                  <a:pt x="1823695" y="512093"/>
                                </a:lnTo>
                                <a:lnTo>
                                  <a:pt x="1841388" y="498246"/>
                                </a:lnTo>
                                <a:lnTo>
                                  <a:pt x="1859988" y="483491"/>
                                </a:lnTo>
                                <a:lnTo>
                                  <a:pt x="1879042" y="468510"/>
                                </a:lnTo>
                                <a:lnTo>
                                  <a:pt x="1887037" y="462369"/>
                                </a:lnTo>
                                <a:lnTo>
                                  <a:pt x="1898549" y="454209"/>
                                </a:lnTo>
                                <a:lnTo>
                                  <a:pt x="1914880" y="442859"/>
                                </a:lnTo>
                                <a:lnTo>
                                  <a:pt x="1920944" y="438729"/>
                                </a:lnTo>
                                <a:lnTo>
                                  <a:pt x="1928717" y="433779"/>
                                </a:lnTo>
                                <a:lnTo>
                                  <a:pt x="1938924" y="428104"/>
                                </a:lnTo>
                                <a:lnTo>
                                  <a:pt x="1949358" y="422883"/>
                                </a:lnTo>
                                <a:lnTo>
                                  <a:pt x="1954575" y="420387"/>
                                </a:lnTo>
                                <a:lnTo>
                                  <a:pt x="1959566" y="418343"/>
                                </a:lnTo>
                                <a:lnTo>
                                  <a:pt x="1964783" y="416073"/>
                                </a:lnTo>
                                <a:lnTo>
                                  <a:pt x="1969773" y="414485"/>
                                </a:lnTo>
                                <a:lnTo>
                                  <a:pt x="1974990" y="412668"/>
                                </a:lnTo>
                                <a:lnTo>
                                  <a:pt x="1980207" y="411306"/>
                                </a:lnTo>
                                <a:lnTo>
                                  <a:pt x="1977712" y="413576"/>
                                </a:lnTo>
                                <a:lnTo>
                                  <a:pt x="1982929" y="416982"/>
                                </a:lnTo>
                                <a:lnTo>
                                  <a:pt x="1983156" y="416982"/>
                                </a:lnTo>
                                <a:lnTo>
                                  <a:pt x="1982702" y="407221"/>
                                </a:lnTo>
                                <a:lnTo>
                                  <a:pt x="2033965" y="399275"/>
                                </a:lnTo>
                                <a:lnTo>
                                  <a:pt x="2011736" y="411760"/>
                                </a:lnTo>
                                <a:lnTo>
                                  <a:pt x="2016953" y="409944"/>
                                </a:lnTo>
                                <a:lnTo>
                                  <a:pt x="2022170" y="408356"/>
                                </a:lnTo>
                                <a:lnTo>
                                  <a:pt x="2026480" y="406766"/>
                                </a:lnTo>
                                <a:lnTo>
                                  <a:pt x="2030790" y="405404"/>
                                </a:lnTo>
                                <a:lnTo>
                                  <a:pt x="2034646" y="404724"/>
                                </a:lnTo>
                                <a:lnTo>
                                  <a:pt x="2036687" y="404497"/>
                                </a:lnTo>
                                <a:lnTo>
                                  <a:pt x="2038729" y="404497"/>
                                </a:lnTo>
                                <a:lnTo>
                                  <a:pt x="2040543" y="404724"/>
                                </a:lnTo>
                                <a:lnTo>
                                  <a:pt x="2042358" y="405177"/>
                                </a:lnTo>
                                <a:lnTo>
                                  <a:pt x="2044173" y="405859"/>
                                </a:lnTo>
                                <a:lnTo>
                                  <a:pt x="2045987" y="406766"/>
                                </a:lnTo>
                                <a:lnTo>
                                  <a:pt x="2048936" y="405859"/>
                                </a:lnTo>
                                <a:lnTo>
                                  <a:pt x="2047575" y="402680"/>
                                </a:lnTo>
                                <a:lnTo>
                                  <a:pt x="2060731" y="400865"/>
                                </a:lnTo>
                                <a:lnTo>
                                  <a:pt x="2058009" y="399049"/>
                                </a:lnTo>
                                <a:lnTo>
                                  <a:pt x="2059597" y="397460"/>
                                </a:lnTo>
                                <a:lnTo>
                                  <a:pt x="2061185" y="395871"/>
                                </a:lnTo>
                                <a:lnTo>
                                  <a:pt x="2063226" y="394736"/>
                                </a:lnTo>
                                <a:lnTo>
                                  <a:pt x="2065495" y="394055"/>
                                </a:lnTo>
                                <a:lnTo>
                                  <a:pt x="2067763" y="393147"/>
                                </a:lnTo>
                                <a:lnTo>
                                  <a:pt x="2070485" y="392693"/>
                                </a:lnTo>
                                <a:lnTo>
                                  <a:pt x="2073434" y="392466"/>
                                </a:lnTo>
                                <a:lnTo>
                                  <a:pt x="2076382" y="392466"/>
                                </a:lnTo>
                                <a:lnTo>
                                  <a:pt x="2082734" y="392920"/>
                                </a:lnTo>
                                <a:lnTo>
                                  <a:pt x="2089538" y="393600"/>
                                </a:lnTo>
                                <a:lnTo>
                                  <a:pt x="2102241" y="395644"/>
                                </a:lnTo>
                                <a:lnTo>
                                  <a:pt x="2108365" y="396552"/>
                                </a:lnTo>
                                <a:lnTo>
                                  <a:pt x="2113809" y="397006"/>
                                </a:lnTo>
                                <a:lnTo>
                                  <a:pt x="2116304" y="397006"/>
                                </a:lnTo>
                                <a:lnTo>
                                  <a:pt x="2118119" y="397006"/>
                                </a:lnTo>
                                <a:lnTo>
                                  <a:pt x="2120160" y="396779"/>
                                </a:lnTo>
                                <a:lnTo>
                                  <a:pt x="2121521" y="396325"/>
                                </a:lnTo>
                                <a:lnTo>
                                  <a:pt x="2122882" y="395871"/>
                                </a:lnTo>
                                <a:lnTo>
                                  <a:pt x="2123563" y="394963"/>
                                </a:lnTo>
                                <a:lnTo>
                                  <a:pt x="2124016" y="393600"/>
                                </a:lnTo>
                                <a:lnTo>
                                  <a:pt x="2124016" y="392239"/>
                                </a:lnTo>
                                <a:lnTo>
                                  <a:pt x="2123563" y="390649"/>
                                </a:lnTo>
                                <a:lnTo>
                                  <a:pt x="2122429" y="388380"/>
                                </a:lnTo>
                                <a:lnTo>
                                  <a:pt x="2121068" y="385883"/>
                                </a:lnTo>
                                <a:lnTo>
                                  <a:pt x="2119026" y="382932"/>
                                </a:lnTo>
                                <a:lnTo>
                                  <a:pt x="2128780" y="381570"/>
                                </a:lnTo>
                                <a:lnTo>
                                  <a:pt x="2129233" y="381570"/>
                                </a:lnTo>
                                <a:lnTo>
                                  <a:pt x="2129409" y="381550"/>
                                </a:lnTo>
                                <a:lnTo>
                                  <a:pt x="2129687" y="381570"/>
                                </a:lnTo>
                                <a:lnTo>
                                  <a:pt x="2135585" y="381797"/>
                                </a:lnTo>
                                <a:lnTo>
                                  <a:pt x="2141482" y="381797"/>
                                </a:lnTo>
                                <a:lnTo>
                                  <a:pt x="2147607" y="381343"/>
                                </a:lnTo>
                                <a:lnTo>
                                  <a:pt x="2147662" y="381338"/>
                                </a:lnTo>
                                <a:lnTo>
                                  <a:pt x="2147833" y="382024"/>
                                </a:lnTo>
                                <a:lnTo>
                                  <a:pt x="2147833" y="383159"/>
                                </a:lnTo>
                                <a:lnTo>
                                  <a:pt x="2150555" y="381343"/>
                                </a:lnTo>
                                <a:lnTo>
                                  <a:pt x="2150594" y="381113"/>
                                </a:lnTo>
                                <a:lnTo>
                                  <a:pt x="2153504" y="380889"/>
                                </a:lnTo>
                                <a:lnTo>
                                  <a:pt x="2160989" y="383386"/>
                                </a:lnTo>
                                <a:lnTo>
                                  <a:pt x="2165299" y="378619"/>
                                </a:lnTo>
                                <a:lnTo>
                                  <a:pt x="2159402" y="379754"/>
                                </a:lnTo>
                                <a:lnTo>
                                  <a:pt x="2153504" y="380889"/>
                                </a:lnTo>
                                <a:lnTo>
                                  <a:pt x="2150782" y="379981"/>
                                </a:lnTo>
                                <a:lnTo>
                                  <a:pt x="2150594" y="381113"/>
                                </a:lnTo>
                                <a:lnTo>
                                  <a:pt x="2147662" y="381338"/>
                                </a:lnTo>
                                <a:lnTo>
                                  <a:pt x="2147607" y="381116"/>
                                </a:lnTo>
                                <a:lnTo>
                                  <a:pt x="2147153" y="380208"/>
                                </a:lnTo>
                                <a:lnTo>
                                  <a:pt x="2146472" y="379754"/>
                                </a:lnTo>
                                <a:lnTo>
                                  <a:pt x="2145565" y="379300"/>
                                </a:lnTo>
                                <a:lnTo>
                                  <a:pt x="2144658" y="379300"/>
                                </a:lnTo>
                                <a:lnTo>
                                  <a:pt x="2142389" y="379300"/>
                                </a:lnTo>
                                <a:lnTo>
                                  <a:pt x="2139441" y="379527"/>
                                </a:lnTo>
                                <a:lnTo>
                                  <a:pt x="2136492" y="380208"/>
                                </a:lnTo>
                                <a:lnTo>
                                  <a:pt x="2133090" y="381116"/>
                                </a:lnTo>
                                <a:lnTo>
                                  <a:pt x="2129409" y="381550"/>
                                </a:lnTo>
                                <a:lnTo>
                                  <a:pt x="2123563" y="381116"/>
                                </a:lnTo>
                                <a:lnTo>
                                  <a:pt x="2117438" y="379981"/>
                                </a:lnTo>
                                <a:lnTo>
                                  <a:pt x="2135811" y="378165"/>
                                </a:lnTo>
                                <a:lnTo>
                                  <a:pt x="2133316" y="376122"/>
                                </a:lnTo>
                                <a:lnTo>
                                  <a:pt x="2152824" y="374306"/>
                                </a:lnTo>
                                <a:lnTo>
                                  <a:pt x="2149875" y="373171"/>
                                </a:lnTo>
                                <a:lnTo>
                                  <a:pt x="2156226" y="372717"/>
                                </a:lnTo>
                                <a:lnTo>
                                  <a:pt x="2153277" y="372717"/>
                                </a:lnTo>
                                <a:lnTo>
                                  <a:pt x="2162124" y="370901"/>
                                </a:lnTo>
                                <a:lnTo>
                                  <a:pt x="2164392" y="372944"/>
                                </a:lnTo>
                                <a:lnTo>
                                  <a:pt x="2172064" y="373396"/>
                                </a:lnTo>
                                <a:lnTo>
                                  <a:pt x="2168525" y="372202"/>
                                </a:lnTo>
                                <a:lnTo>
                                  <a:pt x="2171985" y="371567"/>
                                </a:lnTo>
                                <a:lnTo>
                                  <a:pt x="2175649" y="371567"/>
                                </a:lnTo>
                                <a:lnTo>
                                  <a:pt x="2175445" y="371885"/>
                                </a:lnTo>
                                <a:lnTo>
                                  <a:pt x="2176463" y="373154"/>
                                </a:lnTo>
                                <a:lnTo>
                                  <a:pt x="2176463" y="373655"/>
                                </a:lnTo>
                                <a:lnTo>
                                  <a:pt x="2179816" y="373852"/>
                                </a:lnTo>
                                <a:lnTo>
                                  <a:pt x="2181631" y="376122"/>
                                </a:lnTo>
                                <a:lnTo>
                                  <a:pt x="2195921" y="370447"/>
                                </a:lnTo>
                                <a:lnTo>
                                  <a:pt x="2196148" y="370447"/>
                                </a:lnTo>
                                <a:lnTo>
                                  <a:pt x="2196148" y="369993"/>
                                </a:lnTo>
                                <a:lnTo>
                                  <a:pt x="2196375" y="369993"/>
                                </a:lnTo>
                                <a:lnTo>
                                  <a:pt x="2196602" y="369993"/>
                                </a:lnTo>
                                <a:lnTo>
                                  <a:pt x="2196828" y="369993"/>
                                </a:lnTo>
                                <a:lnTo>
                                  <a:pt x="2198189" y="369993"/>
                                </a:lnTo>
                                <a:lnTo>
                                  <a:pt x="2205675" y="368404"/>
                                </a:lnTo>
                                <a:lnTo>
                                  <a:pt x="2199323" y="368858"/>
                                </a:lnTo>
                                <a:lnTo>
                                  <a:pt x="2196602" y="366134"/>
                                </a:lnTo>
                                <a:lnTo>
                                  <a:pt x="2199323" y="365226"/>
                                </a:lnTo>
                                <a:lnTo>
                                  <a:pt x="2202045" y="364545"/>
                                </a:lnTo>
                                <a:lnTo>
                                  <a:pt x="2207943" y="362956"/>
                                </a:lnTo>
                                <a:lnTo>
                                  <a:pt x="2214294" y="362275"/>
                                </a:lnTo>
                                <a:lnTo>
                                  <a:pt x="2220419" y="361594"/>
                                </a:lnTo>
                                <a:lnTo>
                                  <a:pt x="2233121" y="360686"/>
                                </a:lnTo>
                                <a:lnTo>
                                  <a:pt x="2239245" y="360232"/>
                                </a:lnTo>
                                <a:lnTo>
                                  <a:pt x="2245143" y="359551"/>
                                </a:lnTo>
                                <a:lnTo>
                                  <a:pt x="2254670" y="356373"/>
                                </a:lnTo>
                                <a:lnTo>
                                  <a:pt x="2260114" y="355465"/>
                                </a:lnTo>
                                <a:lnTo>
                                  <a:pt x="2267599" y="354330"/>
                                </a:lnTo>
                                <a:lnTo>
                                  <a:pt x="2276445" y="352968"/>
                                </a:lnTo>
                                <a:lnTo>
                                  <a:pt x="2285972" y="351834"/>
                                </a:lnTo>
                                <a:lnTo>
                                  <a:pt x="2295726" y="351152"/>
                                </a:lnTo>
                                <a:lnTo>
                                  <a:pt x="2300262" y="350925"/>
                                </a:lnTo>
                                <a:close/>
                                <a:moveTo>
                                  <a:pt x="2931498" y="350863"/>
                                </a:moveTo>
                                <a:lnTo>
                                  <a:pt x="2936876" y="351296"/>
                                </a:lnTo>
                                <a:lnTo>
                                  <a:pt x="2934572" y="352451"/>
                                </a:lnTo>
                                <a:lnTo>
                                  <a:pt x="2928938" y="351730"/>
                                </a:lnTo>
                                <a:lnTo>
                                  <a:pt x="2931498" y="350863"/>
                                </a:lnTo>
                                <a:close/>
                                <a:moveTo>
                                  <a:pt x="2793596" y="347689"/>
                                </a:moveTo>
                                <a:lnTo>
                                  <a:pt x="2802239" y="349731"/>
                                </a:lnTo>
                                <a:lnTo>
                                  <a:pt x="2797690" y="354720"/>
                                </a:lnTo>
                                <a:lnTo>
                                  <a:pt x="2798372" y="355854"/>
                                </a:lnTo>
                                <a:lnTo>
                                  <a:pt x="2802239" y="354493"/>
                                </a:lnTo>
                                <a:lnTo>
                                  <a:pt x="2814066" y="355854"/>
                                </a:lnTo>
                                <a:lnTo>
                                  <a:pt x="2811337" y="357668"/>
                                </a:lnTo>
                                <a:lnTo>
                                  <a:pt x="2824074" y="358121"/>
                                </a:lnTo>
                                <a:lnTo>
                                  <a:pt x="2831352" y="359936"/>
                                </a:lnTo>
                                <a:lnTo>
                                  <a:pt x="2854325" y="359936"/>
                                </a:lnTo>
                                <a:lnTo>
                                  <a:pt x="2853870" y="361523"/>
                                </a:lnTo>
                                <a:lnTo>
                                  <a:pt x="2845724" y="364231"/>
                                </a:lnTo>
                                <a:lnTo>
                                  <a:pt x="2850004" y="363790"/>
                                </a:lnTo>
                                <a:lnTo>
                                  <a:pt x="2853972" y="363564"/>
                                </a:lnTo>
                                <a:lnTo>
                                  <a:pt x="2857941" y="364017"/>
                                </a:lnTo>
                                <a:lnTo>
                                  <a:pt x="2861689" y="364924"/>
                                </a:lnTo>
                                <a:lnTo>
                                  <a:pt x="2865438" y="366512"/>
                                </a:lnTo>
                                <a:lnTo>
                                  <a:pt x="2847578" y="371501"/>
                                </a:lnTo>
                                <a:lnTo>
                                  <a:pt x="2842507" y="370141"/>
                                </a:lnTo>
                                <a:lnTo>
                                  <a:pt x="2833688" y="368553"/>
                                </a:lnTo>
                                <a:lnTo>
                                  <a:pt x="2837522" y="366800"/>
                                </a:lnTo>
                                <a:lnTo>
                                  <a:pt x="2816341" y="372863"/>
                                </a:lnTo>
                                <a:lnTo>
                                  <a:pt x="2814521" y="378079"/>
                                </a:lnTo>
                                <a:lnTo>
                                  <a:pt x="2817023" y="378986"/>
                                </a:lnTo>
                                <a:lnTo>
                                  <a:pt x="2805196" y="384202"/>
                                </a:lnTo>
                                <a:lnTo>
                                  <a:pt x="2801102" y="393047"/>
                                </a:lnTo>
                                <a:lnTo>
                                  <a:pt x="2788592" y="402118"/>
                                </a:lnTo>
                                <a:lnTo>
                                  <a:pt x="2785408" y="403705"/>
                                </a:lnTo>
                                <a:lnTo>
                                  <a:pt x="2781996" y="405066"/>
                                </a:lnTo>
                                <a:lnTo>
                                  <a:pt x="2778584" y="406427"/>
                                </a:lnTo>
                                <a:lnTo>
                                  <a:pt x="2775627" y="407334"/>
                                </a:lnTo>
                                <a:lnTo>
                                  <a:pt x="2772216" y="408468"/>
                                </a:lnTo>
                                <a:lnTo>
                                  <a:pt x="2769031" y="408921"/>
                                </a:lnTo>
                                <a:lnTo>
                                  <a:pt x="2765620" y="409602"/>
                                </a:lnTo>
                                <a:lnTo>
                                  <a:pt x="2762435" y="409828"/>
                                </a:lnTo>
                                <a:lnTo>
                                  <a:pt x="2759251" y="410055"/>
                                </a:lnTo>
                                <a:lnTo>
                                  <a:pt x="2756067" y="410055"/>
                                </a:lnTo>
                                <a:lnTo>
                                  <a:pt x="2752883" y="409828"/>
                                </a:lnTo>
                                <a:lnTo>
                                  <a:pt x="2749698" y="409375"/>
                                </a:lnTo>
                                <a:lnTo>
                                  <a:pt x="2746514" y="408921"/>
                                </a:lnTo>
                                <a:lnTo>
                                  <a:pt x="2743330" y="408014"/>
                                </a:lnTo>
                                <a:lnTo>
                                  <a:pt x="2740145" y="407107"/>
                                </a:lnTo>
                                <a:lnTo>
                                  <a:pt x="2736961" y="405973"/>
                                </a:lnTo>
                                <a:lnTo>
                                  <a:pt x="2739008" y="399623"/>
                                </a:lnTo>
                                <a:lnTo>
                                  <a:pt x="2739236" y="399623"/>
                                </a:lnTo>
                                <a:lnTo>
                                  <a:pt x="2755039" y="399048"/>
                                </a:lnTo>
                                <a:lnTo>
                                  <a:pt x="2757659" y="399396"/>
                                </a:lnTo>
                                <a:lnTo>
                                  <a:pt x="2760843" y="399850"/>
                                </a:lnTo>
                                <a:lnTo>
                                  <a:pt x="2763800" y="399850"/>
                                </a:lnTo>
                                <a:lnTo>
                                  <a:pt x="2766530" y="399850"/>
                                </a:lnTo>
                                <a:lnTo>
                                  <a:pt x="2769259" y="399623"/>
                                </a:lnTo>
                                <a:lnTo>
                                  <a:pt x="2771306" y="399170"/>
                                </a:lnTo>
                                <a:lnTo>
                                  <a:pt x="2773580" y="398489"/>
                                </a:lnTo>
                                <a:lnTo>
                                  <a:pt x="2775627" y="397355"/>
                                </a:lnTo>
                                <a:lnTo>
                                  <a:pt x="2777220" y="396221"/>
                                </a:lnTo>
                                <a:lnTo>
                                  <a:pt x="2779039" y="394860"/>
                                </a:lnTo>
                                <a:lnTo>
                                  <a:pt x="2780176" y="393047"/>
                                </a:lnTo>
                                <a:lnTo>
                                  <a:pt x="2781314" y="391459"/>
                                </a:lnTo>
                                <a:lnTo>
                                  <a:pt x="2782451" y="389191"/>
                                </a:lnTo>
                                <a:lnTo>
                                  <a:pt x="2783133" y="386923"/>
                                </a:lnTo>
                                <a:lnTo>
                                  <a:pt x="2748561" y="394407"/>
                                </a:lnTo>
                                <a:lnTo>
                                  <a:pt x="2729228" y="394180"/>
                                </a:lnTo>
                                <a:lnTo>
                                  <a:pt x="2741738" y="391686"/>
                                </a:lnTo>
                                <a:lnTo>
                                  <a:pt x="2740145" y="389418"/>
                                </a:lnTo>
                                <a:lnTo>
                                  <a:pt x="2751973" y="385789"/>
                                </a:lnTo>
                                <a:lnTo>
                                  <a:pt x="2763573" y="382161"/>
                                </a:lnTo>
                                <a:lnTo>
                                  <a:pt x="2769486" y="380573"/>
                                </a:lnTo>
                                <a:lnTo>
                                  <a:pt x="2775627" y="379213"/>
                                </a:lnTo>
                                <a:lnTo>
                                  <a:pt x="2781314" y="378079"/>
                                </a:lnTo>
                                <a:lnTo>
                                  <a:pt x="2787455" y="376945"/>
                                </a:lnTo>
                                <a:lnTo>
                                  <a:pt x="2774945" y="378079"/>
                                </a:lnTo>
                                <a:lnTo>
                                  <a:pt x="2782678" y="372863"/>
                                </a:lnTo>
                                <a:lnTo>
                                  <a:pt x="2771761" y="376264"/>
                                </a:lnTo>
                                <a:lnTo>
                                  <a:pt x="2758114" y="377398"/>
                                </a:lnTo>
                                <a:lnTo>
                                  <a:pt x="2759479" y="377171"/>
                                </a:lnTo>
                                <a:lnTo>
                                  <a:pt x="2760161" y="372409"/>
                                </a:lnTo>
                                <a:lnTo>
                                  <a:pt x="2759706" y="373316"/>
                                </a:lnTo>
                                <a:lnTo>
                                  <a:pt x="2759024" y="373770"/>
                                </a:lnTo>
                                <a:lnTo>
                                  <a:pt x="2757204" y="375130"/>
                                </a:lnTo>
                                <a:lnTo>
                                  <a:pt x="2754930" y="375811"/>
                                </a:lnTo>
                                <a:lnTo>
                                  <a:pt x="2753110" y="376491"/>
                                </a:lnTo>
                                <a:lnTo>
                                  <a:pt x="2750836" y="376945"/>
                                </a:lnTo>
                                <a:lnTo>
                                  <a:pt x="2748788" y="378079"/>
                                </a:lnTo>
                                <a:lnTo>
                                  <a:pt x="2746741" y="378986"/>
                                </a:lnTo>
                                <a:lnTo>
                                  <a:pt x="2745832" y="379666"/>
                                </a:lnTo>
                                <a:lnTo>
                                  <a:pt x="2744694" y="380573"/>
                                </a:lnTo>
                                <a:lnTo>
                                  <a:pt x="2749471" y="381934"/>
                                </a:lnTo>
                                <a:lnTo>
                                  <a:pt x="2743330" y="384202"/>
                                </a:lnTo>
                                <a:lnTo>
                                  <a:pt x="2738326" y="386243"/>
                                </a:lnTo>
                                <a:lnTo>
                                  <a:pt x="2733095" y="387603"/>
                                </a:lnTo>
                                <a:lnTo>
                                  <a:pt x="2727181" y="388737"/>
                                </a:lnTo>
                                <a:lnTo>
                                  <a:pt x="2713534" y="385789"/>
                                </a:lnTo>
                                <a:lnTo>
                                  <a:pt x="2723769" y="383295"/>
                                </a:lnTo>
                                <a:lnTo>
                                  <a:pt x="2709440" y="383295"/>
                                </a:lnTo>
                                <a:lnTo>
                                  <a:pt x="2702616" y="377398"/>
                                </a:lnTo>
                                <a:lnTo>
                                  <a:pt x="2715126" y="375584"/>
                                </a:lnTo>
                                <a:lnTo>
                                  <a:pt x="2709895" y="374223"/>
                                </a:lnTo>
                                <a:lnTo>
                                  <a:pt x="2716036" y="371275"/>
                                </a:lnTo>
                                <a:lnTo>
                                  <a:pt x="2709895" y="369914"/>
                                </a:lnTo>
                                <a:lnTo>
                                  <a:pt x="2711259" y="372182"/>
                                </a:lnTo>
                                <a:lnTo>
                                  <a:pt x="2703526" y="373996"/>
                                </a:lnTo>
                                <a:lnTo>
                                  <a:pt x="2699432" y="369914"/>
                                </a:lnTo>
                                <a:lnTo>
                                  <a:pt x="2700342" y="368100"/>
                                </a:lnTo>
                                <a:lnTo>
                                  <a:pt x="2699887" y="367193"/>
                                </a:lnTo>
                                <a:lnTo>
                                  <a:pt x="2698750" y="367420"/>
                                </a:lnTo>
                                <a:lnTo>
                                  <a:pt x="2703299" y="366059"/>
                                </a:lnTo>
                                <a:lnTo>
                                  <a:pt x="2702616" y="365606"/>
                                </a:lnTo>
                                <a:lnTo>
                                  <a:pt x="2709212" y="364018"/>
                                </a:lnTo>
                                <a:lnTo>
                                  <a:pt x="2707848" y="363111"/>
                                </a:lnTo>
                                <a:lnTo>
                                  <a:pt x="2716946" y="360163"/>
                                </a:lnTo>
                                <a:lnTo>
                                  <a:pt x="2720812" y="361523"/>
                                </a:lnTo>
                                <a:lnTo>
                                  <a:pt x="2721040" y="359255"/>
                                </a:lnTo>
                                <a:lnTo>
                                  <a:pt x="2731047" y="358348"/>
                                </a:lnTo>
                                <a:lnTo>
                                  <a:pt x="2742192" y="355400"/>
                                </a:lnTo>
                                <a:lnTo>
                                  <a:pt x="2743102" y="355173"/>
                                </a:lnTo>
                                <a:lnTo>
                                  <a:pt x="2746514" y="356987"/>
                                </a:lnTo>
                                <a:lnTo>
                                  <a:pt x="2725361" y="362884"/>
                                </a:lnTo>
                                <a:lnTo>
                                  <a:pt x="2725589" y="362884"/>
                                </a:lnTo>
                                <a:lnTo>
                                  <a:pt x="2737189" y="361070"/>
                                </a:lnTo>
                                <a:lnTo>
                                  <a:pt x="2735369" y="363564"/>
                                </a:lnTo>
                                <a:lnTo>
                                  <a:pt x="2745832" y="365832"/>
                                </a:lnTo>
                                <a:lnTo>
                                  <a:pt x="2754247" y="356534"/>
                                </a:lnTo>
                                <a:lnTo>
                                  <a:pt x="2770396" y="365152"/>
                                </a:lnTo>
                                <a:lnTo>
                                  <a:pt x="2780404" y="368327"/>
                                </a:lnTo>
                                <a:lnTo>
                                  <a:pt x="2773808" y="351771"/>
                                </a:lnTo>
                                <a:lnTo>
                                  <a:pt x="2776992" y="351091"/>
                                </a:lnTo>
                                <a:lnTo>
                                  <a:pt x="2779267" y="348143"/>
                                </a:lnTo>
                                <a:lnTo>
                                  <a:pt x="2793596" y="347689"/>
                                </a:lnTo>
                                <a:close/>
                                <a:moveTo>
                                  <a:pt x="3798889" y="344552"/>
                                </a:moveTo>
                                <a:lnTo>
                                  <a:pt x="3801498" y="345354"/>
                                </a:lnTo>
                                <a:lnTo>
                                  <a:pt x="3802380" y="344552"/>
                                </a:lnTo>
                                <a:lnTo>
                                  <a:pt x="3804286" y="345995"/>
                                </a:lnTo>
                                <a:lnTo>
                                  <a:pt x="3804428" y="346254"/>
                                </a:lnTo>
                                <a:lnTo>
                                  <a:pt x="3809321" y="347758"/>
                                </a:lnTo>
                                <a:lnTo>
                                  <a:pt x="3816351" y="348185"/>
                                </a:lnTo>
                                <a:lnTo>
                                  <a:pt x="3815217" y="348612"/>
                                </a:lnTo>
                                <a:lnTo>
                                  <a:pt x="3793672" y="353955"/>
                                </a:lnTo>
                                <a:lnTo>
                                  <a:pt x="3792312" y="355665"/>
                                </a:lnTo>
                                <a:lnTo>
                                  <a:pt x="3792085" y="355665"/>
                                </a:lnTo>
                                <a:lnTo>
                                  <a:pt x="3786642" y="351604"/>
                                </a:lnTo>
                                <a:lnTo>
                                  <a:pt x="3779838" y="348185"/>
                                </a:lnTo>
                                <a:lnTo>
                                  <a:pt x="3787549" y="345193"/>
                                </a:lnTo>
                                <a:lnTo>
                                  <a:pt x="3798889" y="344552"/>
                                </a:lnTo>
                                <a:close/>
                                <a:moveTo>
                                  <a:pt x="3939223" y="344551"/>
                                </a:moveTo>
                                <a:lnTo>
                                  <a:pt x="3954225" y="345178"/>
                                </a:lnTo>
                                <a:lnTo>
                                  <a:pt x="3954225" y="346013"/>
                                </a:lnTo>
                                <a:lnTo>
                                  <a:pt x="3954463" y="346640"/>
                                </a:lnTo>
                                <a:lnTo>
                                  <a:pt x="3954410" y="346826"/>
                                </a:lnTo>
                                <a:lnTo>
                                  <a:pt x="3954225" y="347476"/>
                                </a:lnTo>
                                <a:lnTo>
                                  <a:pt x="3953987" y="348103"/>
                                </a:lnTo>
                                <a:lnTo>
                                  <a:pt x="3953511" y="348729"/>
                                </a:lnTo>
                                <a:lnTo>
                                  <a:pt x="3952320" y="350400"/>
                                </a:lnTo>
                                <a:lnTo>
                                  <a:pt x="3951368" y="350818"/>
                                </a:lnTo>
                                <a:lnTo>
                                  <a:pt x="3950177" y="351445"/>
                                </a:lnTo>
                                <a:lnTo>
                                  <a:pt x="3948986" y="351862"/>
                                </a:lnTo>
                                <a:lnTo>
                                  <a:pt x="3947319" y="352280"/>
                                </a:lnTo>
                                <a:lnTo>
                                  <a:pt x="3945891" y="352489"/>
                                </a:lnTo>
                                <a:lnTo>
                                  <a:pt x="3943986" y="352489"/>
                                </a:lnTo>
                                <a:lnTo>
                                  <a:pt x="3942081" y="352489"/>
                                </a:lnTo>
                                <a:lnTo>
                                  <a:pt x="3939938" y="352280"/>
                                </a:lnTo>
                                <a:lnTo>
                                  <a:pt x="3937794" y="352071"/>
                                </a:lnTo>
                                <a:lnTo>
                                  <a:pt x="3935413" y="351445"/>
                                </a:lnTo>
                                <a:lnTo>
                                  <a:pt x="3935889" y="346013"/>
                                </a:lnTo>
                                <a:lnTo>
                                  <a:pt x="3939223" y="344551"/>
                                </a:lnTo>
                                <a:close/>
                                <a:moveTo>
                                  <a:pt x="2974976" y="342925"/>
                                </a:moveTo>
                                <a:lnTo>
                                  <a:pt x="2974094" y="343379"/>
                                </a:lnTo>
                                <a:lnTo>
                                  <a:pt x="2969684" y="344967"/>
                                </a:lnTo>
                                <a:lnTo>
                                  <a:pt x="2951163" y="347688"/>
                                </a:lnTo>
                                <a:lnTo>
                                  <a:pt x="2959321" y="343832"/>
                                </a:lnTo>
                                <a:lnTo>
                                  <a:pt x="2974976" y="342925"/>
                                </a:lnTo>
                                <a:close/>
                                <a:moveTo>
                                  <a:pt x="3864814" y="341377"/>
                                </a:moveTo>
                                <a:lnTo>
                                  <a:pt x="3872090" y="341377"/>
                                </a:lnTo>
                                <a:lnTo>
                                  <a:pt x="3870987" y="342820"/>
                                </a:lnTo>
                                <a:lnTo>
                                  <a:pt x="3878263" y="347727"/>
                                </a:lnTo>
                                <a:lnTo>
                                  <a:pt x="3877822" y="347727"/>
                                </a:lnTo>
                                <a:lnTo>
                                  <a:pt x="3862388" y="345129"/>
                                </a:lnTo>
                                <a:lnTo>
                                  <a:pt x="3864814" y="341377"/>
                                </a:lnTo>
                                <a:close/>
                                <a:moveTo>
                                  <a:pt x="2808178" y="338164"/>
                                </a:moveTo>
                                <a:lnTo>
                                  <a:pt x="2811463" y="338323"/>
                                </a:lnTo>
                                <a:lnTo>
                                  <a:pt x="2809492" y="339752"/>
                                </a:lnTo>
                                <a:lnTo>
                                  <a:pt x="2805113" y="339276"/>
                                </a:lnTo>
                                <a:lnTo>
                                  <a:pt x="2808178" y="338164"/>
                                </a:lnTo>
                                <a:close/>
                                <a:moveTo>
                                  <a:pt x="3897313" y="336613"/>
                                </a:moveTo>
                                <a:lnTo>
                                  <a:pt x="3897313" y="337067"/>
                                </a:lnTo>
                                <a:lnTo>
                                  <a:pt x="3890963" y="338201"/>
                                </a:lnTo>
                                <a:lnTo>
                                  <a:pt x="3893231" y="337521"/>
                                </a:lnTo>
                                <a:lnTo>
                                  <a:pt x="3897313" y="336613"/>
                                </a:lnTo>
                                <a:close/>
                                <a:moveTo>
                                  <a:pt x="3943314" y="331851"/>
                                </a:moveTo>
                                <a:lnTo>
                                  <a:pt x="3960813" y="337260"/>
                                </a:lnTo>
                                <a:lnTo>
                                  <a:pt x="3959484" y="337731"/>
                                </a:lnTo>
                                <a:lnTo>
                                  <a:pt x="3957491" y="337966"/>
                                </a:lnTo>
                                <a:lnTo>
                                  <a:pt x="3955275" y="338201"/>
                                </a:lnTo>
                                <a:lnTo>
                                  <a:pt x="3952396" y="338201"/>
                                </a:lnTo>
                                <a:lnTo>
                                  <a:pt x="3949516" y="337966"/>
                                </a:lnTo>
                                <a:lnTo>
                                  <a:pt x="3946637" y="337731"/>
                                </a:lnTo>
                                <a:lnTo>
                                  <a:pt x="3943978" y="337025"/>
                                </a:lnTo>
                                <a:lnTo>
                                  <a:pt x="3941763" y="335849"/>
                                </a:lnTo>
                                <a:lnTo>
                                  <a:pt x="3943314" y="331851"/>
                                </a:lnTo>
                                <a:close/>
                                <a:moveTo>
                                  <a:pt x="3875995" y="330264"/>
                                </a:moveTo>
                                <a:lnTo>
                                  <a:pt x="3887788" y="331851"/>
                                </a:lnTo>
                                <a:lnTo>
                                  <a:pt x="3887561" y="331851"/>
                                </a:lnTo>
                                <a:lnTo>
                                  <a:pt x="3873500" y="331851"/>
                                </a:lnTo>
                                <a:lnTo>
                                  <a:pt x="3875995" y="330264"/>
                                </a:lnTo>
                                <a:close/>
                                <a:moveTo>
                                  <a:pt x="3870936" y="330264"/>
                                </a:moveTo>
                                <a:lnTo>
                                  <a:pt x="3871913" y="330765"/>
                                </a:lnTo>
                                <a:lnTo>
                                  <a:pt x="3870204" y="333773"/>
                                </a:lnTo>
                                <a:lnTo>
                                  <a:pt x="3865563" y="335027"/>
                                </a:lnTo>
                                <a:lnTo>
                                  <a:pt x="3870936" y="330264"/>
                                </a:lnTo>
                                <a:close/>
                                <a:moveTo>
                                  <a:pt x="3511551" y="327095"/>
                                </a:moveTo>
                                <a:lnTo>
                                  <a:pt x="3511324" y="327492"/>
                                </a:lnTo>
                                <a:lnTo>
                                  <a:pt x="3506788" y="330270"/>
                                </a:lnTo>
                                <a:lnTo>
                                  <a:pt x="3511551" y="327095"/>
                                </a:lnTo>
                                <a:close/>
                                <a:moveTo>
                                  <a:pt x="2838450" y="327051"/>
                                </a:moveTo>
                                <a:lnTo>
                                  <a:pt x="2844800" y="327051"/>
                                </a:lnTo>
                                <a:lnTo>
                                  <a:pt x="2842829" y="328639"/>
                                </a:lnTo>
                                <a:lnTo>
                                  <a:pt x="2838450" y="327051"/>
                                </a:lnTo>
                                <a:close/>
                                <a:moveTo>
                                  <a:pt x="2925502" y="325464"/>
                                </a:moveTo>
                                <a:lnTo>
                                  <a:pt x="2928009" y="325464"/>
                                </a:lnTo>
                                <a:lnTo>
                                  <a:pt x="2929833" y="326151"/>
                                </a:lnTo>
                                <a:lnTo>
                                  <a:pt x="2930517" y="326609"/>
                                </a:lnTo>
                                <a:lnTo>
                                  <a:pt x="2931429" y="327066"/>
                                </a:lnTo>
                                <a:lnTo>
                                  <a:pt x="2931885" y="327524"/>
                                </a:lnTo>
                                <a:lnTo>
                                  <a:pt x="2932113" y="328211"/>
                                </a:lnTo>
                                <a:lnTo>
                                  <a:pt x="2932113" y="329126"/>
                                </a:lnTo>
                                <a:lnTo>
                                  <a:pt x="2932113" y="330499"/>
                                </a:lnTo>
                                <a:lnTo>
                                  <a:pt x="2915699" y="336677"/>
                                </a:lnTo>
                                <a:lnTo>
                                  <a:pt x="2917979" y="338508"/>
                                </a:lnTo>
                                <a:lnTo>
                                  <a:pt x="2911596" y="342169"/>
                                </a:lnTo>
                                <a:lnTo>
                                  <a:pt x="2900654" y="344000"/>
                                </a:lnTo>
                                <a:lnTo>
                                  <a:pt x="2888800" y="348576"/>
                                </a:lnTo>
                                <a:lnTo>
                                  <a:pt x="2886292" y="349263"/>
                                </a:lnTo>
                                <a:lnTo>
                                  <a:pt x="2869423" y="348118"/>
                                </a:lnTo>
                                <a:lnTo>
                                  <a:pt x="2872158" y="346059"/>
                                </a:lnTo>
                                <a:lnTo>
                                  <a:pt x="2831004" y="348104"/>
                                </a:lnTo>
                                <a:lnTo>
                                  <a:pt x="2833906" y="347426"/>
                                </a:lnTo>
                                <a:lnTo>
                                  <a:pt x="2845487" y="346059"/>
                                </a:lnTo>
                                <a:lnTo>
                                  <a:pt x="2840810" y="345590"/>
                                </a:lnTo>
                                <a:lnTo>
                                  <a:pt x="2847082" y="343771"/>
                                </a:lnTo>
                                <a:lnTo>
                                  <a:pt x="2849160" y="343262"/>
                                </a:lnTo>
                                <a:lnTo>
                                  <a:pt x="2863724" y="340338"/>
                                </a:lnTo>
                                <a:lnTo>
                                  <a:pt x="2860304" y="340796"/>
                                </a:lnTo>
                                <a:lnTo>
                                  <a:pt x="2856429" y="341482"/>
                                </a:lnTo>
                                <a:lnTo>
                                  <a:pt x="2849160" y="343262"/>
                                </a:lnTo>
                                <a:lnTo>
                                  <a:pt x="2838648" y="345372"/>
                                </a:lnTo>
                                <a:lnTo>
                                  <a:pt x="2840810" y="345590"/>
                                </a:lnTo>
                                <a:lnTo>
                                  <a:pt x="2836824" y="346745"/>
                                </a:lnTo>
                                <a:lnTo>
                                  <a:pt x="2833906" y="347426"/>
                                </a:lnTo>
                                <a:lnTo>
                                  <a:pt x="2826110" y="348347"/>
                                </a:lnTo>
                                <a:lnTo>
                                  <a:pt x="2831004" y="348104"/>
                                </a:lnTo>
                                <a:lnTo>
                                  <a:pt x="2827022" y="349034"/>
                                </a:lnTo>
                                <a:lnTo>
                                  <a:pt x="2822462" y="349949"/>
                                </a:lnTo>
                                <a:lnTo>
                                  <a:pt x="2818359" y="350636"/>
                                </a:lnTo>
                                <a:lnTo>
                                  <a:pt x="2815167" y="350864"/>
                                </a:lnTo>
                                <a:lnTo>
                                  <a:pt x="2813800" y="350636"/>
                                </a:lnTo>
                                <a:lnTo>
                                  <a:pt x="2812888" y="350407"/>
                                </a:lnTo>
                                <a:lnTo>
                                  <a:pt x="2811748" y="350178"/>
                                </a:lnTo>
                                <a:lnTo>
                                  <a:pt x="2811292" y="349491"/>
                                </a:lnTo>
                                <a:lnTo>
                                  <a:pt x="2810836" y="348805"/>
                                </a:lnTo>
                                <a:lnTo>
                                  <a:pt x="2810836" y="347889"/>
                                </a:lnTo>
                                <a:lnTo>
                                  <a:pt x="2811064" y="346974"/>
                                </a:lnTo>
                                <a:lnTo>
                                  <a:pt x="2811748" y="345601"/>
                                </a:lnTo>
                                <a:lnTo>
                                  <a:pt x="2812888" y="344228"/>
                                </a:lnTo>
                                <a:lnTo>
                                  <a:pt x="2814028" y="342398"/>
                                </a:lnTo>
                                <a:lnTo>
                                  <a:pt x="2805365" y="342626"/>
                                </a:lnTo>
                                <a:lnTo>
                                  <a:pt x="2806733" y="342398"/>
                                </a:lnTo>
                                <a:lnTo>
                                  <a:pt x="2800350" y="341711"/>
                                </a:lnTo>
                                <a:lnTo>
                                  <a:pt x="2806277" y="340796"/>
                                </a:lnTo>
                                <a:lnTo>
                                  <a:pt x="2811748" y="339880"/>
                                </a:lnTo>
                                <a:lnTo>
                                  <a:pt x="2817447" y="339194"/>
                                </a:lnTo>
                                <a:lnTo>
                                  <a:pt x="2823374" y="338736"/>
                                </a:lnTo>
                                <a:lnTo>
                                  <a:pt x="2817903" y="336677"/>
                                </a:lnTo>
                                <a:lnTo>
                                  <a:pt x="2829529" y="334618"/>
                                </a:lnTo>
                                <a:lnTo>
                                  <a:pt x="2824970" y="333702"/>
                                </a:lnTo>
                                <a:lnTo>
                                  <a:pt x="2832493" y="332329"/>
                                </a:lnTo>
                                <a:lnTo>
                                  <a:pt x="2846170" y="335304"/>
                                </a:lnTo>
                                <a:lnTo>
                                  <a:pt x="2855289" y="333931"/>
                                </a:lnTo>
                                <a:lnTo>
                                  <a:pt x="2855745" y="334618"/>
                                </a:lnTo>
                                <a:lnTo>
                                  <a:pt x="2854149" y="335304"/>
                                </a:lnTo>
                                <a:lnTo>
                                  <a:pt x="2864408" y="336677"/>
                                </a:lnTo>
                                <a:lnTo>
                                  <a:pt x="2866687" y="329812"/>
                                </a:lnTo>
                                <a:lnTo>
                                  <a:pt x="2870791" y="327524"/>
                                </a:lnTo>
                                <a:lnTo>
                                  <a:pt x="2870791" y="327066"/>
                                </a:lnTo>
                                <a:lnTo>
                                  <a:pt x="2877174" y="327981"/>
                                </a:lnTo>
                                <a:lnTo>
                                  <a:pt x="2875350" y="329126"/>
                                </a:lnTo>
                                <a:lnTo>
                                  <a:pt x="2873754" y="332558"/>
                                </a:lnTo>
                                <a:lnTo>
                                  <a:pt x="2879681" y="331414"/>
                                </a:lnTo>
                                <a:lnTo>
                                  <a:pt x="2885152" y="330499"/>
                                </a:lnTo>
                                <a:lnTo>
                                  <a:pt x="2887204" y="329812"/>
                                </a:lnTo>
                                <a:lnTo>
                                  <a:pt x="2888572" y="328897"/>
                                </a:lnTo>
                                <a:lnTo>
                                  <a:pt x="2889028" y="328439"/>
                                </a:lnTo>
                                <a:lnTo>
                                  <a:pt x="2889484" y="327981"/>
                                </a:lnTo>
                                <a:lnTo>
                                  <a:pt x="2889484" y="327524"/>
                                </a:lnTo>
                                <a:lnTo>
                                  <a:pt x="2889256" y="327066"/>
                                </a:lnTo>
                                <a:lnTo>
                                  <a:pt x="2908632" y="327066"/>
                                </a:lnTo>
                                <a:lnTo>
                                  <a:pt x="2915471" y="327066"/>
                                </a:lnTo>
                                <a:lnTo>
                                  <a:pt x="2915927" y="326837"/>
                                </a:lnTo>
                                <a:lnTo>
                                  <a:pt x="2922538" y="325693"/>
                                </a:lnTo>
                                <a:lnTo>
                                  <a:pt x="2925502" y="325464"/>
                                </a:lnTo>
                                <a:close/>
                                <a:moveTo>
                                  <a:pt x="2942545" y="323876"/>
                                </a:moveTo>
                                <a:lnTo>
                                  <a:pt x="2944586" y="323876"/>
                                </a:lnTo>
                                <a:lnTo>
                                  <a:pt x="2940050" y="325463"/>
                                </a:lnTo>
                                <a:lnTo>
                                  <a:pt x="2942545" y="323876"/>
                                </a:lnTo>
                                <a:close/>
                                <a:moveTo>
                                  <a:pt x="3527425" y="320745"/>
                                </a:moveTo>
                                <a:lnTo>
                                  <a:pt x="3527206" y="320943"/>
                                </a:lnTo>
                                <a:lnTo>
                                  <a:pt x="3521075" y="322333"/>
                                </a:lnTo>
                                <a:lnTo>
                                  <a:pt x="3527425" y="320745"/>
                                </a:lnTo>
                                <a:close/>
                                <a:moveTo>
                                  <a:pt x="3934920" y="320738"/>
                                </a:moveTo>
                                <a:lnTo>
                                  <a:pt x="3941763" y="322326"/>
                                </a:lnTo>
                                <a:lnTo>
                                  <a:pt x="3941216" y="322326"/>
                                </a:lnTo>
                                <a:lnTo>
                                  <a:pt x="3933825" y="321532"/>
                                </a:lnTo>
                                <a:lnTo>
                                  <a:pt x="3934920" y="320738"/>
                                </a:lnTo>
                                <a:close/>
                                <a:moveTo>
                                  <a:pt x="3024188" y="311175"/>
                                </a:moveTo>
                                <a:lnTo>
                                  <a:pt x="3023530" y="311402"/>
                                </a:lnTo>
                                <a:lnTo>
                                  <a:pt x="2997200" y="317525"/>
                                </a:lnTo>
                                <a:lnTo>
                                  <a:pt x="3013656" y="312082"/>
                                </a:lnTo>
                                <a:lnTo>
                                  <a:pt x="3024188" y="311175"/>
                                </a:lnTo>
                                <a:close/>
                                <a:moveTo>
                                  <a:pt x="3878134" y="305226"/>
                                </a:moveTo>
                                <a:lnTo>
                                  <a:pt x="3886201" y="306187"/>
                                </a:lnTo>
                                <a:lnTo>
                                  <a:pt x="3885707" y="306451"/>
                                </a:lnTo>
                                <a:lnTo>
                                  <a:pt x="3876323" y="305658"/>
                                </a:lnTo>
                                <a:lnTo>
                                  <a:pt x="3878134" y="305226"/>
                                </a:lnTo>
                                <a:close/>
                                <a:moveTo>
                                  <a:pt x="3875088" y="304863"/>
                                </a:moveTo>
                                <a:lnTo>
                                  <a:pt x="3878546" y="305128"/>
                                </a:lnTo>
                                <a:lnTo>
                                  <a:pt x="3878134" y="305226"/>
                                </a:lnTo>
                                <a:lnTo>
                                  <a:pt x="3875088" y="304863"/>
                                </a:lnTo>
                                <a:close/>
                                <a:moveTo>
                                  <a:pt x="3945275" y="304863"/>
                                </a:moveTo>
                                <a:lnTo>
                                  <a:pt x="3951288" y="306451"/>
                                </a:lnTo>
                                <a:lnTo>
                                  <a:pt x="3950807" y="306451"/>
                                </a:lnTo>
                                <a:lnTo>
                                  <a:pt x="3943350" y="305317"/>
                                </a:lnTo>
                                <a:lnTo>
                                  <a:pt x="3945275" y="304863"/>
                                </a:lnTo>
                                <a:close/>
                                <a:moveTo>
                                  <a:pt x="3975268" y="303276"/>
                                </a:moveTo>
                                <a:lnTo>
                                  <a:pt x="3979863" y="304863"/>
                                </a:lnTo>
                                <a:lnTo>
                                  <a:pt x="3971925" y="304334"/>
                                </a:lnTo>
                                <a:lnTo>
                                  <a:pt x="3975268" y="303276"/>
                                </a:lnTo>
                                <a:close/>
                                <a:moveTo>
                                  <a:pt x="3955422" y="303276"/>
                                </a:moveTo>
                                <a:lnTo>
                                  <a:pt x="3963988" y="303673"/>
                                </a:lnTo>
                                <a:lnTo>
                                  <a:pt x="3963757" y="304070"/>
                                </a:lnTo>
                                <a:lnTo>
                                  <a:pt x="3957969" y="304864"/>
                                </a:lnTo>
                                <a:lnTo>
                                  <a:pt x="3952875" y="304864"/>
                                </a:lnTo>
                                <a:lnTo>
                                  <a:pt x="3955422" y="303276"/>
                                </a:lnTo>
                                <a:close/>
                                <a:moveTo>
                                  <a:pt x="3641732" y="293754"/>
                                </a:moveTo>
                                <a:lnTo>
                                  <a:pt x="3646488" y="295124"/>
                                </a:lnTo>
                                <a:lnTo>
                                  <a:pt x="3643770" y="299692"/>
                                </a:lnTo>
                                <a:lnTo>
                                  <a:pt x="3628596" y="309513"/>
                                </a:lnTo>
                                <a:lnTo>
                                  <a:pt x="3622708" y="312025"/>
                                </a:lnTo>
                                <a:lnTo>
                                  <a:pt x="3583753" y="327099"/>
                                </a:lnTo>
                                <a:lnTo>
                                  <a:pt x="3573335" y="332808"/>
                                </a:lnTo>
                                <a:lnTo>
                                  <a:pt x="3567673" y="334179"/>
                                </a:lnTo>
                                <a:lnTo>
                                  <a:pt x="3566994" y="340802"/>
                                </a:lnTo>
                                <a:lnTo>
                                  <a:pt x="3566541" y="340802"/>
                                </a:lnTo>
                                <a:lnTo>
                                  <a:pt x="3560199" y="340116"/>
                                </a:lnTo>
                                <a:lnTo>
                                  <a:pt x="3560652" y="341487"/>
                                </a:lnTo>
                                <a:lnTo>
                                  <a:pt x="3555217" y="342857"/>
                                </a:lnTo>
                                <a:lnTo>
                                  <a:pt x="3568352" y="344456"/>
                                </a:lnTo>
                                <a:lnTo>
                                  <a:pt x="3567900" y="344456"/>
                                </a:lnTo>
                                <a:lnTo>
                                  <a:pt x="3567220" y="344456"/>
                                </a:lnTo>
                                <a:lnTo>
                                  <a:pt x="3566767" y="344685"/>
                                </a:lnTo>
                                <a:lnTo>
                                  <a:pt x="3566088" y="344913"/>
                                </a:lnTo>
                                <a:lnTo>
                                  <a:pt x="3565635" y="344913"/>
                                </a:lnTo>
                                <a:lnTo>
                                  <a:pt x="3564729" y="344913"/>
                                </a:lnTo>
                                <a:lnTo>
                                  <a:pt x="3564049" y="344913"/>
                                </a:lnTo>
                                <a:lnTo>
                                  <a:pt x="3563370" y="345141"/>
                                </a:lnTo>
                                <a:lnTo>
                                  <a:pt x="3566994" y="345598"/>
                                </a:lnTo>
                                <a:lnTo>
                                  <a:pt x="3567220" y="346512"/>
                                </a:lnTo>
                                <a:lnTo>
                                  <a:pt x="3554764" y="348110"/>
                                </a:lnTo>
                                <a:lnTo>
                                  <a:pt x="3559746" y="349252"/>
                                </a:lnTo>
                                <a:lnTo>
                                  <a:pt x="3562011" y="350394"/>
                                </a:lnTo>
                                <a:lnTo>
                                  <a:pt x="3562238" y="350623"/>
                                </a:lnTo>
                                <a:lnTo>
                                  <a:pt x="3562011" y="350851"/>
                                </a:lnTo>
                                <a:lnTo>
                                  <a:pt x="3560426" y="350851"/>
                                </a:lnTo>
                                <a:lnTo>
                                  <a:pt x="3557708" y="351080"/>
                                </a:lnTo>
                                <a:lnTo>
                                  <a:pt x="3554537" y="350851"/>
                                </a:lnTo>
                                <a:lnTo>
                                  <a:pt x="3549102" y="350394"/>
                                </a:lnTo>
                                <a:lnTo>
                                  <a:pt x="3552952" y="351308"/>
                                </a:lnTo>
                                <a:lnTo>
                                  <a:pt x="3550234" y="351765"/>
                                </a:lnTo>
                                <a:lnTo>
                                  <a:pt x="3553178" y="352221"/>
                                </a:lnTo>
                                <a:lnTo>
                                  <a:pt x="3552046" y="352450"/>
                                </a:lnTo>
                                <a:lnTo>
                                  <a:pt x="3550913" y="352678"/>
                                </a:lnTo>
                                <a:lnTo>
                                  <a:pt x="3550461" y="353135"/>
                                </a:lnTo>
                                <a:lnTo>
                                  <a:pt x="3550008" y="353592"/>
                                </a:lnTo>
                                <a:lnTo>
                                  <a:pt x="3549555" y="354505"/>
                                </a:lnTo>
                                <a:lnTo>
                                  <a:pt x="3549102" y="355191"/>
                                </a:lnTo>
                                <a:lnTo>
                                  <a:pt x="3548649" y="355419"/>
                                </a:lnTo>
                                <a:lnTo>
                                  <a:pt x="3547743" y="355647"/>
                                </a:lnTo>
                                <a:lnTo>
                                  <a:pt x="3545931" y="356104"/>
                                </a:lnTo>
                                <a:lnTo>
                                  <a:pt x="3542534" y="355875"/>
                                </a:lnTo>
                                <a:lnTo>
                                  <a:pt x="3536872" y="355419"/>
                                </a:lnTo>
                                <a:lnTo>
                                  <a:pt x="3542081" y="356104"/>
                                </a:lnTo>
                                <a:lnTo>
                                  <a:pt x="3546837" y="357474"/>
                                </a:lnTo>
                                <a:lnTo>
                                  <a:pt x="3551366" y="359073"/>
                                </a:lnTo>
                                <a:lnTo>
                                  <a:pt x="3555896" y="361585"/>
                                </a:lnTo>
                                <a:lnTo>
                                  <a:pt x="3551140" y="362727"/>
                                </a:lnTo>
                                <a:lnTo>
                                  <a:pt x="3553858" y="362956"/>
                                </a:lnTo>
                                <a:lnTo>
                                  <a:pt x="3554084" y="363413"/>
                                </a:lnTo>
                                <a:lnTo>
                                  <a:pt x="3550234" y="364326"/>
                                </a:lnTo>
                                <a:lnTo>
                                  <a:pt x="3553178" y="365925"/>
                                </a:lnTo>
                                <a:lnTo>
                                  <a:pt x="3535513" y="365011"/>
                                </a:lnTo>
                                <a:lnTo>
                                  <a:pt x="3538910" y="366381"/>
                                </a:lnTo>
                                <a:lnTo>
                                  <a:pt x="3536645" y="367523"/>
                                </a:lnTo>
                                <a:lnTo>
                                  <a:pt x="3536192" y="367980"/>
                                </a:lnTo>
                                <a:lnTo>
                                  <a:pt x="3535739" y="368437"/>
                                </a:lnTo>
                                <a:lnTo>
                                  <a:pt x="3535739" y="368666"/>
                                </a:lnTo>
                                <a:lnTo>
                                  <a:pt x="3535966" y="369122"/>
                                </a:lnTo>
                                <a:lnTo>
                                  <a:pt x="3536419" y="369579"/>
                                </a:lnTo>
                                <a:lnTo>
                                  <a:pt x="3537098" y="369808"/>
                                </a:lnTo>
                                <a:lnTo>
                                  <a:pt x="3539816" y="370264"/>
                                </a:lnTo>
                                <a:lnTo>
                                  <a:pt x="3543440" y="370949"/>
                                </a:lnTo>
                                <a:lnTo>
                                  <a:pt x="3547969" y="371406"/>
                                </a:lnTo>
                                <a:lnTo>
                                  <a:pt x="3554084" y="371634"/>
                                </a:lnTo>
                                <a:lnTo>
                                  <a:pt x="3551140" y="372777"/>
                                </a:lnTo>
                                <a:lnTo>
                                  <a:pt x="3548196" y="373690"/>
                                </a:lnTo>
                                <a:lnTo>
                                  <a:pt x="3547913" y="373762"/>
                                </a:lnTo>
                                <a:lnTo>
                                  <a:pt x="3547743" y="373690"/>
                                </a:lnTo>
                                <a:lnTo>
                                  <a:pt x="3544799" y="373005"/>
                                </a:lnTo>
                                <a:lnTo>
                                  <a:pt x="3542081" y="372777"/>
                                </a:lnTo>
                                <a:lnTo>
                                  <a:pt x="3539136" y="372319"/>
                                </a:lnTo>
                                <a:lnTo>
                                  <a:pt x="3535966" y="372319"/>
                                </a:lnTo>
                                <a:lnTo>
                                  <a:pt x="3533022" y="372548"/>
                                </a:lnTo>
                                <a:lnTo>
                                  <a:pt x="3529851" y="373005"/>
                                </a:lnTo>
                                <a:lnTo>
                                  <a:pt x="3533022" y="373690"/>
                                </a:lnTo>
                                <a:lnTo>
                                  <a:pt x="3536419" y="374604"/>
                                </a:lnTo>
                                <a:lnTo>
                                  <a:pt x="3539363" y="374832"/>
                                </a:lnTo>
                                <a:lnTo>
                                  <a:pt x="3542534" y="374832"/>
                                </a:lnTo>
                                <a:lnTo>
                                  <a:pt x="3545478" y="374375"/>
                                </a:lnTo>
                                <a:lnTo>
                                  <a:pt x="3547913" y="373762"/>
                                </a:lnTo>
                                <a:lnTo>
                                  <a:pt x="3550461" y="374832"/>
                                </a:lnTo>
                                <a:lnTo>
                                  <a:pt x="3553405" y="375746"/>
                                </a:lnTo>
                                <a:lnTo>
                                  <a:pt x="3544799" y="375974"/>
                                </a:lnTo>
                                <a:lnTo>
                                  <a:pt x="3542081" y="376430"/>
                                </a:lnTo>
                                <a:lnTo>
                                  <a:pt x="3540269" y="376659"/>
                                </a:lnTo>
                                <a:lnTo>
                                  <a:pt x="3540042" y="376888"/>
                                </a:lnTo>
                                <a:lnTo>
                                  <a:pt x="3540269" y="377116"/>
                                </a:lnTo>
                                <a:lnTo>
                                  <a:pt x="3542081" y="377801"/>
                                </a:lnTo>
                                <a:lnTo>
                                  <a:pt x="3545931" y="378486"/>
                                </a:lnTo>
                                <a:lnTo>
                                  <a:pt x="3552499" y="379172"/>
                                </a:lnTo>
                                <a:lnTo>
                                  <a:pt x="3547063" y="383282"/>
                                </a:lnTo>
                                <a:lnTo>
                                  <a:pt x="3549102" y="385338"/>
                                </a:lnTo>
                                <a:lnTo>
                                  <a:pt x="3531889" y="384881"/>
                                </a:lnTo>
                                <a:lnTo>
                                  <a:pt x="3532342" y="385566"/>
                                </a:lnTo>
                                <a:lnTo>
                                  <a:pt x="3532342" y="386178"/>
                                </a:lnTo>
                                <a:lnTo>
                                  <a:pt x="3538520" y="385828"/>
                                </a:lnTo>
                                <a:lnTo>
                                  <a:pt x="3542118" y="385828"/>
                                </a:lnTo>
                                <a:lnTo>
                                  <a:pt x="3545042" y="385828"/>
                                </a:lnTo>
                                <a:lnTo>
                                  <a:pt x="3546391" y="386058"/>
                                </a:lnTo>
                                <a:lnTo>
                                  <a:pt x="3546841" y="386516"/>
                                </a:lnTo>
                                <a:lnTo>
                                  <a:pt x="3547065" y="386745"/>
                                </a:lnTo>
                                <a:lnTo>
                                  <a:pt x="3546841" y="387433"/>
                                </a:lnTo>
                                <a:lnTo>
                                  <a:pt x="3546166" y="388121"/>
                                </a:lnTo>
                                <a:lnTo>
                                  <a:pt x="3544592" y="389039"/>
                                </a:lnTo>
                                <a:lnTo>
                                  <a:pt x="3540094" y="391332"/>
                                </a:lnTo>
                                <a:lnTo>
                                  <a:pt x="3540994" y="391102"/>
                                </a:lnTo>
                                <a:lnTo>
                                  <a:pt x="3541893" y="391102"/>
                                </a:lnTo>
                                <a:lnTo>
                                  <a:pt x="3543018" y="390873"/>
                                </a:lnTo>
                                <a:lnTo>
                                  <a:pt x="3544142" y="390873"/>
                                </a:lnTo>
                                <a:lnTo>
                                  <a:pt x="3545266" y="390644"/>
                                </a:lnTo>
                                <a:lnTo>
                                  <a:pt x="3546391" y="390185"/>
                                </a:lnTo>
                                <a:lnTo>
                                  <a:pt x="3547290" y="390185"/>
                                </a:lnTo>
                                <a:lnTo>
                                  <a:pt x="3548415" y="389956"/>
                                </a:lnTo>
                                <a:lnTo>
                                  <a:pt x="3539869" y="393625"/>
                                </a:lnTo>
                                <a:lnTo>
                                  <a:pt x="3552463" y="395000"/>
                                </a:lnTo>
                                <a:lnTo>
                                  <a:pt x="3541219" y="397752"/>
                                </a:lnTo>
                                <a:lnTo>
                                  <a:pt x="3550888" y="399128"/>
                                </a:lnTo>
                                <a:lnTo>
                                  <a:pt x="3545266" y="399586"/>
                                </a:lnTo>
                                <a:lnTo>
                                  <a:pt x="3550214" y="402797"/>
                                </a:lnTo>
                                <a:lnTo>
                                  <a:pt x="3543018" y="402568"/>
                                </a:lnTo>
                                <a:lnTo>
                                  <a:pt x="3549989" y="404861"/>
                                </a:lnTo>
                                <a:lnTo>
                                  <a:pt x="3545266" y="405549"/>
                                </a:lnTo>
                                <a:lnTo>
                                  <a:pt x="3548415" y="406007"/>
                                </a:lnTo>
                                <a:lnTo>
                                  <a:pt x="3558534" y="411510"/>
                                </a:lnTo>
                                <a:lnTo>
                                  <a:pt x="3559884" y="413116"/>
                                </a:lnTo>
                                <a:lnTo>
                                  <a:pt x="3561458" y="414950"/>
                                </a:lnTo>
                                <a:lnTo>
                                  <a:pt x="3563257" y="416326"/>
                                </a:lnTo>
                                <a:lnTo>
                                  <a:pt x="3565056" y="417702"/>
                                </a:lnTo>
                                <a:lnTo>
                                  <a:pt x="3569778" y="420453"/>
                                </a:lnTo>
                                <a:lnTo>
                                  <a:pt x="3574725" y="422976"/>
                                </a:lnTo>
                                <a:lnTo>
                                  <a:pt x="3580123" y="425269"/>
                                </a:lnTo>
                                <a:lnTo>
                                  <a:pt x="3586194" y="427332"/>
                                </a:lnTo>
                                <a:lnTo>
                                  <a:pt x="3592041" y="429167"/>
                                </a:lnTo>
                                <a:lnTo>
                                  <a:pt x="3598338" y="430772"/>
                                </a:lnTo>
                                <a:lnTo>
                                  <a:pt x="3604859" y="432148"/>
                                </a:lnTo>
                                <a:lnTo>
                                  <a:pt x="3610931" y="433294"/>
                                </a:lnTo>
                                <a:lnTo>
                                  <a:pt x="3622400" y="435358"/>
                                </a:lnTo>
                                <a:lnTo>
                                  <a:pt x="3632294" y="436505"/>
                                </a:lnTo>
                                <a:lnTo>
                                  <a:pt x="3639265" y="436964"/>
                                </a:lnTo>
                                <a:lnTo>
                                  <a:pt x="3643313" y="437880"/>
                                </a:lnTo>
                                <a:lnTo>
                                  <a:pt x="3642639" y="438798"/>
                                </a:lnTo>
                                <a:lnTo>
                                  <a:pt x="3638366" y="440403"/>
                                </a:lnTo>
                                <a:lnTo>
                                  <a:pt x="3628921" y="439944"/>
                                </a:lnTo>
                                <a:lnTo>
                                  <a:pt x="3642414" y="441091"/>
                                </a:lnTo>
                                <a:lnTo>
                                  <a:pt x="3617003" y="440861"/>
                                </a:lnTo>
                                <a:lnTo>
                                  <a:pt x="3628022" y="443154"/>
                                </a:lnTo>
                                <a:lnTo>
                                  <a:pt x="3627347" y="443613"/>
                                </a:lnTo>
                                <a:lnTo>
                                  <a:pt x="3626223" y="443842"/>
                                </a:lnTo>
                                <a:lnTo>
                                  <a:pt x="3623524" y="443842"/>
                                </a:lnTo>
                                <a:lnTo>
                                  <a:pt x="3620601" y="444072"/>
                                </a:lnTo>
                                <a:lnTo>
                                  <a:pt x="3617452" y="443842"/>
                                </a:lnTo>
                                <a:lnTo>
                                  <a:pt x="3612505" y="443613"/>
                                </a:lnTo>
                                <a:lnTo>
                                  <a:pt x="3611830" y="443613"/>
                                </a:lnTo>
                                <a:lnTo>
                                  <a:pt x="3612505" y="444072"/>
                                </a:lnTo>
                                <a:lnTo>
                                  <a:pt x="3604409" y="443384"/>
                                </a:lnTo>
                                <a:lnTo>
                                  <a:pt x="3598563" y="444072"/>
                                </a:lnTo>
                                <a:lnTo>
                                  <a:pt x="3597663" y="444760"/>
                                </a:lnTo>
                                <a:lnTo>
                                  <a:pt x="3596539" y="445447"/>
                                </a:lnTo>
                                <a:lnTo>
                                  <a:pt x="3594964" y="446135"/>
                                </a:lnTo>
                                <a:lnTo>
                                  <a:pt x="3593390" y="446594"/>
                                </a:lnTo>
                                <a:lnTo>
                                  <a:pt x="3589792" y="447282"/>
                                </a:lnTo>
                                <a:lnTo>
                                  <a:pt x="3586194" y="447511"/>
                                </a:lnTo>
                                <a:lnTo>
                                  <a:pt x="3583496" y="447740"/>
                                </a:lnTo>
                                <a:lnTo>
                                  <a:pt x="3581922" y="447511"/>
                                </a:lnTo>
                                <a:lnTo>
                                  <a:pt x="3581697" y="447511"/>
                                </a:lnTo>
                                <a:lnTo>
                                  <a:pt x="3582371" y="447282"/>
                                </a:lnTo>
                                <a:lnTo>
                                  <a:pt x="3585520" y="446823"/>
                                </a:lnTo>
                                <a:lnTo>
                                  <a:pt x="3560333" y="446135"/>
                                </a:lnTo>
                                <a:lnTo>
                                  <a:pt x="3551563" y="442008"/>
                                </a:lnTo>
                                <a:lnTo>
                                  <a:pt x="3559434" y="440173"/>
                                </a:lnTo>
                                <a:lnTo>
                                  <a:pt x="3555161" y="439256"/>
                                </a:lnTo>
                                <a:lnTo>
                                  <a:pt x="3561683" y="438798"/>
                                </a:lnTo>
                                <a:lnTo>
                                  <a:pt x="3544817" y="437193"/>
                                </a:lnTo>
                                <a:lnTo>
                                  <a:pt x="3546841" y="432836"/>
                                </a:lnTo>
                                <a:lnTo>
                                  <a:pt x="3534023" y="431231"/>
                                </a:lnTo>
                                <a:lnTo>
                                  <a:pt x="3532448" y="432377"/>
                                </a:lnTo>
                                <a:lnTo>
                                  <a:pt x="3532673" y="434441"/>
                                </a:lnTo>
                                <a:lnTo>
                                  <a:pt x="3528401" y="432836"/>
                                </a:lnTo>
                                <a:lnTo>
                                  <a:pt x="3529075" y="435588"/>
                                </a:lnTo>
                                <a:lnTo>
                                  <a:pt x="3509736" y="434441"/>
                                </a:lnTo>
                                <a:lnTo>
                                  <a:pt x="3512659" y="436046"/>
                                </a:lnTo>
                                <a:lnTo>
                                  <a:pt x="3510410" y="436505"/>
                                </a:lnTo>
                                <a:lnTo>
                                  <a:pt x="3506812" y="436505"/>
                                </a:lnTo>
                                <a:lnTo>
                                  <a:pt x="3502315" y="436276"/>
                                </a:lnTo>
                                <a:lnTo>
                                  <a:pt x="3497143" y="435358"/>
                                </a:lnTo>
                                <a:lnTo>
                                  <a:pt x="3494669" y="434670"/>
                                </a:lnTo>
                                <a:lnTo>
                                  <a:pt x="3492420" y="433982"/>
                                </a:lnTo>
                                <a:lnTo>
                                  <a:pt x="3490171" y="433065"/>
                                </a:lnTo>
                                <a:lnTo>
                                  <a:pt x="3488372" y="432148"/>
                                </a:lnTo>
                                <a:lnTo>
                                  <a:pt x="3486798" y="430543"/>
                                </a:lnTo>
                                <a:lnTo>
                                  <a:pt x="3485674" y="429167"/>
                                </a:lnTo>
                                <a:lnTo>
                                  <a:pt x="3484549" y="427332"/>
                                </a:lnTo>
                                <a:lnTo>
                                  <a:pt x="3484549" y="426415"/>
                                </a:lnTo>
                                <a:lnTo>
                                  <a:pt x="3484325" y="425498"/>
                                </a:lnTo>
                                <a:lnTo>
                                  <a:pt x="3487923" y="423663"/>
                                </a:lnTo>
                                <a:lnTo>
                                  <a:pt x="3491521" y="422517"/>
                                </a:lnTo>
                                <a:lnTo>
                                  <a:pt x="3495568" y="421829"/>
                                </a:lnTo>
                                <a:lnTo>
                                  <a:pt x="3499391" y="421371"/>
                                </a:lnTo>
                                <a:lnTo>
                                  <a:pt x="3497143" y="418160"/>
                                </a:lnTo>
                                <a:lnTo>
                                  <a:pt x="3501190" y="415179"/>
                                </a:lnTo>
                                <a:lnTo>
                                  <a:pt x="3494669" y="412428"/>
                                </a:lnTo>
                                <a:lnTo>
                                  <a:pt x="3498042" y="410364"/>
                                </a:lnTo>
                                <a:lnTo>
                                  <a:pt x="3498042" y="409217"/>
                                </a:lnTo>
                                <a:lnTo>
                                  <a:pt x="3497817" y="409217"/>
                                </a:lnTo>
                                <a:lnTo>
                                  <a:pt x="3493769" y="410593"/>
                                </a:lnTo>
                                <a:lnTo>
                                  <a:pt x="3500516" y="407154"/>
                                </a:lnTo>
                                <a:lnTo>
                                  <a:pt x="3482975" y="408300"/>
                                </a:lnTo>
                                <a:lnTo>
                                  <a:pt x="3496693" y="402338"/>
                                </a:lnTo>
                                <a:lnTo>
                                  <a:pt x="3487248" y="395688"/>
                                </a:lnTo>
                                <a:lnTo>
                                  <a:pt x="3511310" y="387204"/>
                                </a:lnTo>
                                <a:lnTo>
                                  <a:pt x="3526869" y="386420"/>
                                </a:lnTo>
                                <a:lnTo>
                                  <a:pt x="3514450" y="386252"/>
                                </a:lnTo>
                                <a:lnTo>
                                  <a:pt x="3496785" y="390591"/>
                                </a:lnTo>
                                <a:lnTo>
                                  <a:pt x="3496785" y="388535"/>
                                </a:lnTo>
                                <a:lnTo>
                                  <a:pt x="3497011" y="386708"/>
                                </a:lnTo>
                                <a:lnTo>
                                  <a:pt x="3497917" y="385338"/>
                                </a:lnTo>
                                <a:lnTo>
                                  <a:pt x="3499049" y="384196"/>
                                </a:lnTo>
                                <a:lnTo>
                                  <a:pt x="3500408" y="382825"/>
                                </a:lnTo>
                                <a:lnTo>
                                  <a:pt x="3502673" y="381912"/>
                                </a:lnTo>
                                <a:lnTo>
                                  <a:pt x="3505391" y="381227"/>
                                </a:lnTo>
                                <a:lnTo>
                                  <a:pt x="3508788" y="380085"/>
                                </a:lnTo>
                                <a:lnTo>
                                  <a:pt x="3498823" y="381455"/>
                                </a:lnTo>
                                <a:lnTo>
                                  <a:pt x="3491576" y="385338"/>
                                </a:lnTo>
                                <a:lnTo>
                                  <a:pt x="3478213" y="383739"/>
                                </a:lnTo>
                                <a:lnTo>
                                  <a:pt x="3493161" y="376202"/>
                                </a:lnTo>
                                <a:lnTo>
                                  <a:pt x="3490217" y="375746"/>
                                </a:lnTo>
                                <a:lnTo>
                                  <a:pt x="3495199" y="370949"/>
                                </a:lnTo>
                                <a:lnTo>
                                  <a:pt x="3495426" y="370949"/>
                                </a:lnTo>
                                <a:lnTo>
                                  <a:pt x="3508335" y="370949"/>
                                </a:lnTo>
                                <a:lnTo>
                                  <a:pt x="3490217" y="369579"/>
                                </a:lnTo>
                                <a:lnTo>
                                  <a:pt x="3501541" y="367980"/>
                                </a:lnTo>
                                <a:lnTo>
                                  <a:pt x="3500182" y="367523"/>
                                </a:lnTo>
                                <a:lnTo>
                                  <a:pt x="3499049" y="366838"/>
                                </a:lnTo>
                                <a:lnTo>
                                  <a:pt x="3496332" y="366153"/>
                                </a:lnTo>
                                <a:lnTo>
                                  <a:pt x="3493614" y="366153"/>
                                </a:lnTo>
                                <a:lnTo>
                                  <a:pt x="3492255" y="365925"/>
                                </a:lnTo>
                                <a:lnTo>
                                  <a:pt x="3491802" y="365925"/>
                                </a:lnTo>
                                <a:lnTo>
                                  <a:pt x="3491802" y="365696"/>
                                </a:lnTo>
                                <a:lnTo>
                                  <a:pt x="3493387" y="365239"/>
                                </a:lnTo>
                                <a:lnTo>
                                  <a:pt x="3505391" y="362499"/>
                                </a:lnTo>
                                <a:lnTo>
                                  <a:pt x="3503126" y="362956"/>
                                </a:lnTo>
                                <a:lnTo>
                                  <a:pt x="3500861" y="363184"/>
                                </a:lnTo>
                                <a:lnTo>
                                  <a:pt x="3499049" y="363413"/>
                                </a:lnTo>
                                <a:lnTo>
                                  <a:pt x="3497011" y="363184"/>
                                </a:lnTo>
                                <a:lnTo>
                                  <a:pt x="3494973" y="362956"/>
                                </a:lnTo>
                                <a:lnTo>
                                  <a:pt x="3493161" y="362499"/>
                                </a:lnTo>
                                <a:lnTo>
                                  <a:pt x="3491349" y="361814"/>
                                </a:lnTo>
                                <a:lnTo>
                                  <a:pt x="3489311" y="360900"/>
                                </a:lnTo>
                                <a:lnTo>
                                  <a:pt x="3503126" y="357474"/>
                                </a:lnTo>
                                <a:lnTo>
                                  <a:pt x="3510373" y="356561"/>
                                </a:lnTo>
                                <a:lnTo>
                                  <a:pt x="3489764" y="357246"/>
                                </a:lnTo>
                                <a:lnTo>
                                  <a:pt x="3497917" y="352907"/>
                                </a:lnTo>
                                <a:lnTo>
                                  <a:pt x="3492482" y="352907"/>
                                </a:lnTo>
                                <a:lnTo>
                                  <a:pt x="3493161" y="352450"/>
                                </a:lnTo>
                                <a:lnTo>
                                  <a:pt x="3479572" y="349024"/>
                                </a:lnTo>
                                <a:lnTo>
                                  <a:pt x="3494746" y="347654"/>
                                </a:lnTo>
                                <a:lnTo>
                                  <a:pt x="3491123" y="345598"/>
                                </a:lnTo>
                                <a:lnTo>
                                  <a:pt x="3494520" y="343086"/>
                                </a:lnTo>
                                <a:lnTo>
                                  <a:pt x="3505617" y="342857"/>
                                </a:lnTo>
                                <a:lnTo>
                                  <a:pt x="3498596" y="340574"/>
                                </a:lnTo>
                                <a:lnTo>
                                  <a:pt x="3504711" y="337148"/>
                                </a:lnTo>
                                <a:lnTo>
                                  <a:pt x="3504938" y="336234"/>
                                </a:lnTo>
                                <a:lnTo>
                                  <a:pt x="3505391" y="335549"/>
                                </a:lnTo>
                                <a:lnTo>
                                  <a:pt x="3506976" y="333722"/>
                                </a:lnTo>
                                <a:lnTo>
                                  <a:pt x="3509694" y="331667"/>
                                </a:lnTo>
                                <a:lnTo>
                                  <a:pt x="3512865" y="330068"/>
                                </a:lnTo>
                                <a:lnTo>
                                  <a:pt x="3516715" y="328012"/>
                                </a:lnTo>
                                <a:lnTo>
                                  <a:pt x="3520792" y="326642"/>
                                </a:lnTo>
                                <a:lnTo>
                                  <a:pt x="3525321" y="325272"/>
                                </a:lnTo>
                                <a:lnTo>
                                  <a:pt x="3529851" y="324586"/>
                                </a:lnTo>
                                <a:lnTo>
                                  <a:pt x="3524189" y="324586"/>
                                </a:lnTo>
                                <a:lnTo>
                                  <a:pt x="3533248" y="321389"/>
                                </a:lnTo>
                                <a:lnTo>
                                  <a:pt x="3532116" y="323216"/>
                                </a:lnTo>
                                <a:lnTo>
                                  <a:pt x="3538910" y="321617"/>
                                </a:lnTo>
                                <a:lnTo>
                                  <a:pt x="3539136" y="321617"/>
                                </a:lnTo>
                                <a:lnTo>
                                  <a:pt x="3543213" y="320475"/>
                                </a:lnTo>
                                <a:lnTo>
                                  <a:pt x="3558614" y="316136"/>
                                </a:lnTo>
                                <a:lnTo>
                                  <a:pt x="3567673" y="313167"/>
                                </a:lnTo>
                                <a:lnTo>
                                  <a:pt x="3576506" y="310198"/>
                                </a:lnTo>
                                <a:lnTo>
                                  <a:pt x="3583980" y="307457"/>
                                </a:lnTo>
                                <a:lnTo>
                                  <a:pt x="3588962" y="305402"/>
                                </a:lnTo>
                                <a:lnTo>
                                  <a:pt x="3603004" y="301976"/>
                                </a:lnTo>
                                <a:lnTo>
                                  <a:pt x="3599380" y="301291"/>
                                </a:lnTo>
                                <a:lnTo>
                                  <a:pt x="3596663" y="300605"/>
                                </a:lnTo>
                                <a:lnTo>
                                  <a:pt x="3594624" y="299920"/>
                                </a:lnTo>
                                <a:lnTo>
                                  <a:pt x="3593492" y="299235"/>
                                </a:lnTo>
                                <a:lnTo>
                                  <a:pt x="3593265" y="298779"/>
                                </a:lnTo>
                                <a:lnTo>
                                  <a:pt x="3593265" y="298322"/>
                                </a:lnTo>
                                <a:lnTo>
                                  <a:pt x="3593265" y="298093"/>
                                </a:lnTo>
                                <a:lnTo>
                                  <a:pt x="3593718" y="297865"/>
                                </a:lnTo>
                                <a:lnTo>
                                  <a:pt x="3594851" y="297408"/>
                                </a:lnTo>
                                <a:lnTo>
                                  <a:pt x="3596889" y="296723"/>
                                </a:lnTo>
                                <a:lnTo>
                                  <a:pt x="3599833" y="296266"/>
                                </a:lnTo>
                                <a:lnTo>
                                  <a:pt x="3603457" y="295809"/>
                                </a:lnTo>
                                <a:lnTo>
                                  <a:pt x="3612969" y="294896"/>
                                </a:lnTo>
                                <a:lnTo>
                                  <a:pt x="3625652" y="294211"/>
                                </a:lnTo>
                                <a:lnTo>
                                  <a:pt x="3641732" y="293754"/>
                                </a:lnTo>
                                <a:close/>
                                <a:moveTo>
                                  <a:pt x="3960284" y="293751"/>
                                </a:moveTo>
                                <a:lnTo>
                                  <a:pt x="3963247" y="294104"/>
                                </a:lnTo>
                                <a:lnTo>
                                  <a:pt x="3963035" y="294104"/>
                                </a:lnTo>
                                <a:lnTo>
                                  <a:pt x="3961977" y="295514"/>
                                </a:lnTo>
                                <a:lnTo>
                                  <a:pt x="3965575" y="296926"/>
                                </a:lnTo>
                                <a:lnTo>
                                  <a:pt x="3959225" y="295162"/>
                                </a:lnTo>
                                <a:lnTo>
                                  <a:pt x="3960284" y="293751"/>
                                </a:lnTo>
                                <a:close/>
                                <a:moveTo>
                                  <a:pt x="3967210" y="292162"/>
                                </a:moveTo>
                                <a:lnTo>
                                  <a:pt x="3973280" y="292480"/>
                                </a:lnTo>
                                <a:lnTo>
                                  <a:pt x="3973513" y="293750"/>
                                </a:lnTo>
                                <a:lnTo>
                                  <a:pt x="3976412" y="293750"/>
                                </a:lnTo>
                                <a:lnTo>
                                  <a:pt x="3970338" y="295338"/>
                                </a:lnTo>
                                <a:lnTo>
                                  <a:pt x="3972271" y="293750"/>
                                </a:lnTo>
                                <a:lnTo>
                                  <a:pt x="3973513" y="293750"/>
                                </a:lnTo>
                                <a:lnTo>
                                  <a:pt x="3965575" y="292321"/>
                                </a:lnTo>
                                <a:lnTo>
                                  <a:pt x="3967210" y="292162"/>
                                </a:lnTo>
                                <a:close/>
                                <a:moveTo>
                                  <a:pt x="3975100" y="290575"/>
                                </a:moveTo>
                                <a:lnTo>
                                  <a:pt x="3975722" y="290575"/>
                                </a:lnTo>
                                <a:lnTo>
                                  <a:pt x="3979863" y="291528"/>
                                </a:lnTo>
                                <a:lnTo>
                                  <a:pt x="3979863" y="293750"/>
                                </a:lnTo>
                                <a:lnTo>
                                  <a:pt x="3975100" y="290575"/>
                                </a:lnTo>
                                <a:close/>
                                <a:moveTo>
                                  <a:pt x="3956731" y="287401"/>
                                </a:moveTo>
                                <a:lnTo>
                                  <a:pt x="3963988" y="288393"/>
                                </a:lnTo>
                                <a:lnTo>
                                  <a:pt x="3954463" y="288989"/>
                                </a:lnTo>
                                <a:lnTo>
                                  <a:pt x="3956731" y="287401"/>
                                </a:lnTo>
                                <a:close/>
                                <a:moveTo>
                                  <a:pt x="3881783" y="284226"/>
                                </a:moveTo>
                                <a:lnTo>
                                  <a:pt x="3883026" y="285469"/>
                                </a:lnTo>
                                <a:lnTo>
                                  <a:pt x="3889859" y="286504"/>
                                </a:lnTo>
                                <a:lnTo>
                                  <a:pt x="3888617" y="287540"/>
                                </a:lnTo>
                                <a:lnTo>
                                  <a:pt x="3892551" y="288989"/>
                                </a:lnTo>
                                <a:lnTo>
                                  <a:pt x="3885511" y="287540"/>
                                </a:lnTo>
                                <a:lnTo>
                                  <a:pt x="3882819" y="287954"/>
                                </a:lnTo>
                                <a:lnTo>
                                  <a:pt x="3882198" y="287954"/>
                                </a:lnTo>
                                <a:lnTo>
                                  <a:pt x="3878263" y="285676"/>
                                </a:lnTo>
                                <a:lnTo>
                                  <a:pt x="3883233" y="286504"/>
                                </a:lnTo>
                                <a:lnTo>
                                  <a:pt x="3879506" y="284434"/>
                                </a:lnTo>
                                <a:lnTo>
                                  <a:pt x="3881783" y="284226"/>
                                </a:lnTo>
                                <a:close/>
                                <a:moveTo>
                                  <a:pt x="3222168" y="283834"/>
                                </a:moveTo>
                                <a:lnTo>
                                  <a:pt x="3222631" y="284716"/>
                                </a:lnTo>
                                <a:lnTo>
                                  <a:pt x="3211513" y="284937"/>
                                </a:lnTo>
                                <a:lnTo>
                                  <a:pt x="3214756" y="284054"/>
                                </a:lnTo>
                                <a:lnTo>
                                  <a:pt x="3222168" y="283834"/>
                                </a:lnTo>
                                <a:close/>
                                <a:moveTo>
                                  <a:pt x="3258107" y="282645"/>
                                </a:moveTo>
                                <a:lnTo>
                                  <a:pt x="3260726" y="283174"/>
                                </a:lnTo>
                                <a:lnTo>
                                  <a:pt x="3260488" y="283174"/>
                                </a:lnTo>
                                <a:lnTo>
                                  <a:pt x="3255963" y="284233"/>
                                </a:lnTo>
                                <a:lnTo>
                                  <a:pt x="3258107" y="282645"/>
                                </a:lnTo>
                                <a:close/>
                                <a:moveTo>
                                  <a:pt x="3970545" y="281050"/>
                                </a:moveTo>
                                <a:lnTo>
                                  <a:pt x="3974893" y="283004"/>
                                </a:lnTo>
                                <a:lnTo>
                                  <a:pt x="3971994" y="283736"/>
                                </a:lnTo>
                                <a:lnTo>
                                  <a:pt x="3975100" y="284225"/>
                                </a:lnTo>
                                <a:lnTo>
                                  <a:pt x="3965575" y="284225"/>
                                </a:lnTo>
                                <a:lnTo>
                                  <a:pt x="3965989" y="282515"/>
                                </a:lnTo>
                                <a:lnTo>
                                  <a:pt x="3970545" y="281050"/>
                                </a:lnTo>
                                <a:close/>
                                <a:moveTo>
                                  <a:pt x="3220547" y="280968"/>
                                </a:moveTo>
                                <a:lnTo>
                                  <a:pt x="3221010" y="281409"/>
                                </a:lnTo>
                                <a:lnTo>
                                  <a:pt x="3220547" y="281409"/>
                                </a:lnTo>
                                <a:lnTo>
                                  <a:pt x="3219389" y="281629"/>
                                </a:lnTo>
                                <a:lnTo>
                                  <a:pt x="3220547" y="281188"/>
                                </a:lnTo>
                                <a:lnTo>
                                  <a:pt x="3220547" y="280968"/>
                                </a:lnTo>
                                <a:close/>
                                <a:moveTo>
                                  <a:pt x="3262923" y="279468"/>
                                </a:moveTo>
                                <a:lnTo>
                                  <a:pt x="3267075" y="279468"/>
                                </a:lnTo>
                                <a:lnTo>
                                  <a:pt x="3266831" y="279627"/>
                                </a:lnTo>
                                <a:lnTo>
                                  <a:pt x="3257550" y="281057"/>
                                </a:lnTo>
                                <a:lnTo>
                                  <a:pt x="3262923" y="279468"/>
                                </a:lnTo>
                                <a:close/>
                                <a:moveTo>
                                  <a:pt x="3278419" y="279468"/>
                                </a:moveTo>
                                <a:lnTo>
                                  <a:pt x="3289300" y="279922"/>
                                </a:lnTo>
                                <a:lnTo>
                                  <a:pt x="3288374" y="280375"/>
                                </a:lnTo>
                                <a:lnTo>
                                  <a:pt x="3286291" y="281056"/>
                                </a:lnTo>
                                <a:lnTo>
                                  <a:pt x="3283281" y="281963"/>
                                </a:lnTo>
                                <a:lnTo>
                                  <a:pt x="3277493" y="282190"/>
                                </a:lnTo>
                                <a:lnTo>
                                  <a:pt x="3267075" y="282643"/>
                                </a:lnTo>
                                <a:lnTo>
                                  <a:pt x="3268001" y="282190"/>
                                </a:lnTo>
                                <a:lnTo>
                                  <a:pt x="3271937" y="281509"/>
                                </a:lnTo>
                                <a:lnTo>
                                  <a:pt x="3278419" y="279468"/>
                                </a:lnTo>
                                <a:close/>
                                <a:moveTo>
                                  <a:pt x="3217106" y="275572"/>
                                </a:moveTo>
                                <a:lnTo>
                                  <a:pt x="3218245" y="276871"/>
                                </a:lnTo>
                                <a:lnTo>
                                  <a:pt x="3205491" y="282500"/>
                                </a:lnTo>
                                <a:lnTo>
                                  <a:pt x="3202758" y="283149"/>
                                </a:lnTo>
                                <a:lnTo>
                                  <a:pt x="3191599" y="283582"/>
                                </a:lnTo>
                                <a:lnTo>
                                  <a:pt x="3185677" y="284232"/>
                                </a:lnTo>
                                <a:lnTo>
                                  <a:pt x="3184766" y="284232"/>
                                </a:lnTo>
                                <a:lnTo>
                                  <a:pt x="3181350" y="283582"/>
                                </a:lnTo>
                                <a:lnTo>
                                  <a:pt x="3202758" y="279469"/>
                                </a:lnTo>
                                <a:lnTo>
                                  <a:pt x="3216423" y="276006"/>
                                </a:lnTo>
                                <a:lnTo>
                                  <a:pt x="3217106" y="275572"/>
                                </a:lnTo>
                                <a:close/>
                                <a:moveTo>
                                  <a:pt x="3226671" y="274707"/>
                                </a:moveTo>
                                <a:lnTo>
                                  <a:pt x="3231226" y="274707"/>
                                </a:lnTo>
                                <a:lnTo>
                                  <a:pt x="3229859" y="276006"/>
                                </a:lnTo>
                                <a:lnTo>
                                  <a:pt x="3235325" y="276222"/>
                                </a:lnTo>
                                <a:lnTo>
                                  <a:pt x="3235098" y="276438"/>
                                </a:lnTo>
                                <a:lnTo>
                                  <a:pt x="3228037" y="276871"/>
                                </a:lnTo>
                                <a:lnTo>
                                  <a:pt x="3226671" y="274707"/>
                                </a:lnTo>
                                <a:close/>
                                <a:moveTo>
                                  <a:pt x="3868123" y="274701"/>
                                </a:moveTo>
                                <a:lnTo>
                                  <a:pt x="3878263" y="275155"/>
                                </a:lnTo>
                                <a:lnTo>
                                  <a:pt x="3878033" y="275155"/>
                                </a:lnTo>
                                <a:lnTo>
                                  <a:pt x="3874346" y="275835"/>
                                </a:lnTo>
                                <a:lnTo>
                                  <a:pt x="3869967" y="275609"/>
                                </a:lnTo>
                                <a:lnTo>
                                  <a:pt x="3865819" y="276289"/>
                                </a:lnTo>
                                <a:lnTo>
                                  <a:pt x="3865358" y="276289"/>
                                </a:lnTo>
                                <a:lnTo>
                                  <a:pt x="3863975" y="276289"/>
                                </a:lnTo>
                                <a:lnTo>
                                  <a:pt x="3868123" y="274701"/>
                                </a:lnTo>
                                <a:close/>
                                <a:moveTo>
                                  <a:pt x="3301237" y="271531"/>
                                </a:moveTo>
                                <a:lnTo>
                                  <a:pt x="3302360" y="271531"/>
                                </a:lnTo>
                                <a:lnTo>
                                  <a:pt x="3316288" y="271718"/>
                                </a:lnTo>
                                <a:lnTo>
                                  <a:pt x="3315614" y="271905"/>
                                </a:lnTo>
                                <a:lnTo>
                                  <a:pt x="3314491" y="272465"/>
                                </a:lnTo>
                                <a:lnTo>
                                  <a:pt x="3313143" y="273212"/>
                                </a:lnTo>
                                <a:lnTo>
                                  <a:pt x="3310897" y="273772"/>
                                </a:lnTo>
                                <a:lnTo>
                                  <a:pt x="3308425" y="274146"/>
                                </a:lnTo>
                                <a:lnTo>
                                  <a:pt x="3305505" y="274519"/>
                                </a:lnTo>
                                <a:lnTo>
                                  <a:pt x="3301686" y="274706"/>
                                </a:lnTo>
                                <a:lnTo>
                                  <a:pt x="3297418" y="274706"/>
                                </a:lnTo>
                                <a:lnTo>
                                  <a:pt x="3292475" y="274333"/>
                                </a:lnTo>
                                <a:lnTo>
                                  <a:pt x="3293149" y="274146"/>
                                </a:lnTo>
                                <a:lnTo>
                                  <a:pt x="3297418" y="273399"/>
                                </a:lnTo>
                                <a:lnTo>
                                  <a:pt x="3300787" y="271718"/>
                                </a:lnTo>
                                <a:lnTo>
                                  <a:pt x="3301237" y="271531"/>
                                </a:lnTo>
                                <a:close/>
                                <a:moveTo>
                                  <a:pt x="3254596" y="269944"/>
                                </a:moveTo>
                                <a:lnTo>
                                  <a:pt x="3250427" y="271046"/>
                                </a:lnTo>
                                <a:lnTo>
                                  <a:pt x="3263398" y="270164"/>
                                </a:lnTo>
                                <a:lnTo>
                                  <a:pt x="3256681" y="272149"/>
                                </a:lnTo>
                                <a:lnTo>
                                  <a:pt x="3264556" y="270826"/>
                                </a:lnTo>
                                <a:lnTo>
                                  <a:pt x="3276601" y="270826"/>
                                </a:lnTo>
                                <a:lnTo>
                                  <a:pt x="3274053" y="271487"/>
                                </a:lnTo>
                                <a:lnTo>
                                  <a:pt x="3260387" y="274794"/>
                                </a:lnTo>
                                <a:lnTo>
                                  <a:pt x="3254133" y="277220"/>
                                </a:lnTo>
                                <a:lnTo>
                                  <a:pt x="3249964" y="278102"/>
                                </a:lnTo>
                                <a:lnTo>
                                  <a:pt x="3240699" y="281409"/>
                                </a:lnTo>
                                <a:lnTo>
                                  <a:pt x="3248111" y="282732"/>
                                </a:lnTo>
                                <a:lnTo>
                                  <a:pt x="3241625" y="283834"/>
                                </a:lnTo>
                                <a:lnTo>
                                  <a:pt x="3233750" y="285818"/>
                                </a:lnTo>
                                <a:lnTo>
                                  <a:pt x="3230507" y="280527"/>
                                </a:lnTo>
                                <a:lnTo>
                                  <a:pt x="3232360" y="280306"/>
                                </a:lnTo>
                                <a:lnTo>
                                  <a:pt x="3230275" y="280306"/>
                                </a:lnTo>
                                <a:lnTo>
                                  <a:pt x="3229349" y="278102"/>
                                </a:lnTo>
                                <a:lnTo>
                                  <a:pt x="3239540" y="277220"/>
                                </a:lnTo>
                                <a:lnTo>
                                  <a:pt x="3246026" y="273692"/>
                                </a:lnTo>
                                <a:lnTo>
                                  <a:pt x="3238382" y="273692"/>
                                </a:lnTo>
                                <a:lnTo>
                                  <a:pt x="3249037" y="270385"/>
                                </a:lnTo>
                                <a:lnTo>
                                  <a:pt x="3254596" y="269944"/>
                                </a:lnTo>
                                <a:close/>
                                <a:moveTo>
                                  <a:pt x="3323852" y="266770"/>
                                </a:moveTo>
                                <a:lnTo>
                                  <a:pt x="3325813" y="266770"/>
                                </a:lnTo>
                                <a:lnTo>
                                  <a:pt x="3325813" y="266997"/>
                                </a:lnTo>
                                <a:lnTo>
                                  <a:pt x="3321050" y="268358"/>
                                </a:lnTo>
                                <a:lnTo>
                                  <a:pt x="3323852" y="266770"/>
                                </a:lnTo>
                                <a:close/>
                                <a:moveTo>
                                  <a:pt x="3336044" y="266768"/>
                                </a:moveTo>
                                <a:lnTo>
                                  <a:pt x="3336926" y="266768"/>
                                </a:lnTo>
                                <a:lnTo>
                                  <a:pt x="3336926" y="267120"/>
                                </a:lnTo>
                                <a:lnTo>
                                  <a:pt x="3332163" y="269942"/>
                                </a:lnTo>
                                <a:lnTo>
                                  <a:pt x="3336044" y="266768"/>
                                </a:lnTo>
                                <a:close/>
                                <a:moveTo>
                                  <a:pt x="3314188" y="266768"/>
                                </a:moveTo>
                                <a:lnTo>
                                  <a:pt x="3317875" y="266966"/>
                                </a:lnTo>
                                <a:lnTo>
                                  <a:pt x="3311525" y="268356"/>
                                </a:lnTo>
                                <a:lnTo>
                                  <a:pt x="3314188" y="266768"/>
                                </a:lnTo>
                                <a:close/>
                                <a:moveTo>
                                  <a:pt x="3255074" y="265182"/>
                                </a:moveTo>
                                <a:lnTo>
                                  <a:pt x="3257551" y="265817"/>
                                </a:lnTo>
                                <a:lnTo>
                                  <a:pt x="3252788" y="268356"/>
                                </a:lnTo>
                                <a:lnTo>
                                  <a:pt x="3255074" y="265182"/>
                                </a:lnTo>
                                <a:close/>
                                <a:moveTo>
                                  <a:pt x="3325178" y="265181"/>
                                </a:moveTo>
                                <a:lnTo>
                                  <a:pt x="3328565" y="265181"/>
                                </a:lnTo>
                                <a:lnTo>
                                  <a:pt x="3322638" y="266768"/>
                                </a:lnTo>
                                <a:lnTo>
                                  <a:pt x="3325178" y="265181"/>
                                </a:lnTo>
                                <a:close/>
                                <a:moveTo>
                                  <a:pt x="3352442" y="265180"/>
                                </a:moveTo>
                                <a:lnTo>
                                  <a:pt x="3367088" y="267778"/>
                                </a:lnTo>
                                <a:lnTo>
                                  <a:pt x="3366866" y="267778"/>
                                </a:lnTo>
                                <a:lnTo>
                                  <a:pt x="3348004" y="269943"/>
                                </a:lnTo>
                                <a:lnTo>
                                  <a:pt x="3349557" y="268644"/>
                                </a:lnTo>
                                <a:lnTo>
                                  <a:pt x="3346450" y="267345"/>
                                </a:lnTo>
                                <a:lnTo>
                                  <a:pt x="3352442" y="265180"/>
                                </a:lnTo>
                                <a:close/>
                                <a:moveTo>
                                  <a:pt x="3398094" y="262004"/>
                                </a:moveTo>
                                <a:lnTo>
                                  <a:pt x="3408363" y="262870"/>
                                </a:lnTo>
                                <a:lnTo>
                                  <a:pt x="3407917" y="263158"/>
                                </a:lnTo>
                                <a:lnTo>
                                  <a:pt x="3406577" y="264313"/>
                                </a:lnTo>
                                <a:lnTo>
                                  <a:pt x="3405907" y="264601"/>
                                </a:lnTo>
                                <a:lnTo>
                                  <a:pt x="3404791" y="264890"/>
                                </a:lnTo>
                                <a:lnTo>
                                  <a:pt x="3400996" y="265178"/>
                                </a:lnTo>
                                <a:lnTo>
                                  <a:pt x="3394075" y="265178"/>
                                </a:lnTo>
                                <a:lnTo>
                                  <a:pt x="3398094" y="262004"/>
                                </a:lnTo>
                                <a:close/>
                                <a:moveTo>
                                  <a:pt x="3390900" y="258830"/>
                                </a:moveTo>
                                <a:lnTo>
                                  <a:pt x="3390220" y="259068"/>
                                </a:lnTo>
                                <a:lnTo>
                                  <a:pt x="3386138" y="259782"/>
                                </a:lnTo>
                                <a:lnTo>
                                  <a:pt x="3385911" y="259782"/>
                                </a:lnTo>
                                <a:lnTo>
                                  <a:pt x="3385684" y="259782"/>
                                </a:lnTo>
                                <a:lnTo>
                                  <a:pt x="3385457" y="259782"/>
                                </a:lnTo>
                                <a:lnTo>
                                  <a:pt x="3385231" y="260021"/>
                                </a:lnTo>
                                <a:lnTo>
                                  <a:pt x="3385004" y="260021"/>
                                </a:lnTo>
                                <a:lnTo>
                                  <a:pt x="3377973" y="261926"/>
                                </a:lnTo>
                                <a:lnTo>
                                  <a:pt x="3380241" y="263355"/>
                                </a:lnTo>
                                <a:lnTo>
                                  <a:pt x="3365047" y="263593"/>
                                </a:lnTo>
                                <a:lnTo>
                                  <a:pt x="3355975" y="261926"/>
                                </a:lnTo>
                                <a:lnTo>
                                  <a:pt x="3368448" y="259306"/>
                                </a:lnTo>
                                <a:lnTo>
                                  <a:pt x="3390900" y="258830"/>
                                </a:lnTo>
                                <a:close/>
                                <a:moveTo>
                                  <a:pt x="3365501" y="258830"/>
                                </a:moveTo>
                                <a:lnTo>
                                  <a:pt x="3365501" y="259028"/>
                                </a:lnTo>
                                <a:lnTo>
                                  <a:pt x="3357563" y="260418"/>
                                </a:lnTo>
                                <a:lnTo>
                                  <a:pt x="3361950" y="259227"/>
                                </a:lnTo>
                                <a:lnTo>
                                  <a:pt x="3365501" y="258830"/>
                                </a:lnTo>
                                <a:close/>
                                <a:moveTo>
                                  <a:pt x="3338740" y="257243"/>
                                </a:moveTo>
                                <a:lnTo>
                                  <a:pt x="3344863" y="257243"/>
                                </a:lnTo>
                                <a:lnTo>
                                  <a:pt x="3357563" y="257430"/>
                                </a:lnTo>
                                <a:lnTo>
                                  <a:pt x="3357336" y="257803"/>
                                </a:lnTo>
                                <a:lnTo>
                                  <a:pt x="3348265" y="259858"/>
                                </a:lnTo>
                                <a:lnTo>
                                  <a:pt x="3343502" y="259671"/>
                                </a:lnTo>
                                <a:lnTo>
                                  <a:pt x="3342996" y="259671"/>
                                </a:lnTo>
                                <a:lnTo>
                                  <a:pt x="3328988" y="262005"/>
                                </a:lnTo>
                                <a:lnTo>
                                  <a:pt x="3333975" y="260899"/>
                                </a:lnTo>
                                <a:lnTo>
                                  <a:pt x="3318379" y="263406"/>
                                </a:lnTo>
                                <a:lnTo>
                                  <a:pt x="3318147" y="263406"/>
                                </a:lnTo>
                                <a:lnTo>
                                  <a:pt x="3317914" y="263406"/>
                                </a:lnTo>
                                <a:lnTo>
                                  <a:pt x="3317682" y="263406"/>
                                </a:lnTo>
                                <a:lnTo>
                                  <a:pt x="3317450" y="263406"/>
                                </a:lnTo>
                                <a:lnTo>
                                  <a:pt x="3317218" y="263406"/>
                                </a:lnTo>
                                <a:lnTo>
                                  <a:pt x="3316985" y="263406"/>
                                </a:lnTo>
                                <a:lnTo>
                                  <a:pt x="3316753" y="263593"/>
                                </a:lnTo>
                                <a:lnTo>
                                  <a:pt x="3316288" y="263593"/>
                                </a:lnTo>
                                <a:lnTo>
                                  <a:pt x="3306763" y="263406"/>
                                </a:lnTo>
                                <a:lnTo>
                                  <a:pt x="3315591" y="261538"/>
                                </a:lnTo>
                                <a:lnTo>
                                  <a:pt x="3335338" y="260418"/>
                                </a:lnTo>
                                <a:lnTo>
                                  <a:pt x="3334771" y="260722"/>
                                </a:lnTo>
                                <a:lnTo>
                                  <a:pt x="3339508" y="259671"/>
                                </a:lnTo>
                                <a:lnTo>
                                  <a:pt x="3338286" y="259671"/>
                                </a:lnTo>
                                <a:lnTo>
                                  <a:pt x="3327854" y="260044"/>
                                </a:lnTo>
                                <a:lnTo>
                                  <a:pt x="3308350" y="260418"/>
                                </a:lnTo>
                                <a:lnTo>
                                  <a:pt x="3314474" y="259297"/>
                                </a:lnTo>
                                <a:lnTo>
                                  <a:pt x="3320370" y="258363"/>
                                </a:lnTo>
                                <a:lnTo>
                                  <a:pt x="3326493" y="257803"/>
                                </a:lnTo>
                                <a:lnTo>
                                  <a:pt x="3332390" y="257430"/>
                                </a:lnTo>
                                <a:lnTo>
                                  <a:pt x="3338740" y="257243"/>
                                </a:lnTo>
                                <a:close/>
                                <a:moveTo>
                                  <a:pt x="4006851" y="255661"/>
                                </a:moveTo>
                                <a:lnTo>
                                  <a:pt x="4006851" y="256190"/>
                                </a:lnTo>
                                <a:lnTo>
                                  <a:pt x="4005263" y="257249"/>
                                </a:lnTo>
                                <a:lnTo>
                                  <a:pt x="4006851" y="255661"/>
                                </a:lnTo>
                                <a:close/>
                                <a:moveTo>
                                  <a:pt x="3362326" y="254067"/>
                                </a:moveTo>
                                <a:lnTo>
                                  <a:pt x="3361627" y="254385"/>
                                </a:lnTo>
                                <a:lnTo>
                                  <a:pt x="3352068" y="257242"/>
                                </a:lnTo>
                                <a:lnTo>
                                  <a:pt x="3328988" y="256607"/>
                                </a:lnTo>
                                <a:lnTo>
                                  <a:pt x="3362326" y="254067"/>
                                </a:lnTo>
                                <a:close/>
                                <a:moveTo>
                                  <a:pt x="3368488" y="254066"/>
                                </a:moveTo>
                                <a:lnTo>
                                  <a:pt x="3375026" y="254066"/>
                                </a:lnTo>
                                <a:lnTo>
                                  <a:pt x="3360738" y="255655"/>
                                </a:lnTo>
                                <a:lnTo>
                                  <a:pt x="3368488" y="254066"/>
                                </a:lnTo>
                                <a:close/>
                                <a:moveTo>
                                  <a:pt x="3391756" y="251433"/>
                                </a:moveTo>
                                <a:lnTo>
                                  <a:pt x="3391568" y="251532"/>
                                </a:lnTo>
                                <a:lnTo>
                                  <a:pt x="3389952" y="251897"/>
                                </a:lnTo>
                                <a:lnTo>
                                  <a:pt x="3391756" y="251433"/>
                                </a:lnTo>
                                <a:close/>
                                <a:moveTo>
                                  <a:pt x="3367088" y="250895"/>
                                </a:moveTo>
                                <a:lnTo>
                                  <a:pt x="3366609" y="252085"/>
                                </a:lnTo>
                                <a:lnTo>
                                  <a:pt x="3354388" y="254070"/>
                                </a:lnTo>
                                <a:lnTo>
                                  <a:pt x="3357983" y="251292"/>
                                </a:lnTo>
                                <a:lnTo>
                                  <a:pt x="3367088" y="250895"/>
                                </a:lnTo>
                                <a:close/>
                                <a:moveTo>
                                  <a:pt x="3349626" y="250893"/>
                                </a:moveTo>
                                <a:lnTo>
                                  <a:pt x="3348927" y="251289"/>
                                </a:lnTo>
                                <a:lnTo>
                                  <a:pt x="3327245" y="255656"/>
                                </a:lnTo>
                                <a:lnTo>
                                  <a:pt x="3316288" y="255259"/>
                                </a:lnTo>
                                <a:lnTo>
                                  <a:pt x="3331675" y="253671"/>
                                </a:lnTo>
                                <a:lnTo>
                                  <a:pt x="3331908" y="253671"/>
                                </a:lnTo>
                                <a:lnTo>
                                  <a:pt x="3332841" y="253473"/>
                                </a:lnTo>
                                <a:lnTo>
                                  <a:pt x="3326546" y="252679"/>
                                </a:lnTo>
                                <a:lnTo>
                                  <a:pt x="3334006" y="251289"/>
                                </a:lnTo>
                                <a:lnTo>
                                  <a:pt x="3349626" y="250893"/>
                                </a:lnTo>
                                <a:close/>
                                <a:moveTo>
                                  <a:pt x="4429549" y="249311"/>
                                </a:moveTo>
                                <a:lnTo>
                                  <a:pt x="4434417" y="249600"/>
                                </a:lnTo>
                                <a:lnTo>
                                  <a:pt x="4435475" y="250899"/>
                                </a:lnTo>
                                <a:lnTo>
                                  <a:pt x="4429125" y="249456"/>
                                </a:lnTo>
                                <a:lnTo>
                                  <a:pt x="4429549" y="249311"/>
                                </a:lnTo>
                                <a:close/>
                                <a:moveTo>
                                  <a:pt x="4322903" y="248311"/>
                                </a:moveTo>
                                <a:lnTo>
                                  <a:pt x="4330843" y="250577"/>
                                </a:lnTo>
                                <a:lnTo>
                                  <a:pt x="4328754" y="250670"/>
                                </a:lnTo>
                                <a:lnTo>
                                  <a:pt x="4322903" y="248311"/>
                                </a:lnTo>
                                <a:close/>
                                <a:moveTo>
                                  <a:pt x="4020966" y="248085"/>
                                </a:moveTo>
                                <a:lnTo>
                                  <a:pt x="4044785" y="260775"/>
                                </a:lnTo>
                                <a:lnTo>
                                  <a:pt x="4068377" y="273691"/>
                                </a:lnTo>
                                <a:lnTo>
                                  <a:pt x="4092197" y="287061"/>
                                </a:lnTo>
                                <a:lnTo>
                                  <a:pt x="4115562" y="300657"/>
                                </a:lnTo>
                                <a:lnTo>
                                  <a:pt x="4139155" y="314480"/>
                                </a:lnTo>
                                <a:lnTo>
                                  <a:pt x="4162520" y="328530"/>
                                </a:lnTo>
                                <a:lnTo>
                                  <a:pt x="4185886" y="343033"/>
                                </a:lnTo>
                                <a:lnTo>
                                  <a:pt x="4209024" y="357762"/>
                                </a:lnTo>
                                <a:lnTo>
                                  <a:pt x="4232163" y="372944"/>
                                </a:lnTo>
                                <a:lnTo>
                                  <a:pt x="4255075" y="388354"/>
                                </a:lnTo>
                                <a:lnTo>
                                  <a:pt x="4277987" y="403989"/>
                                </a:lnTo>
                                <a:lnTo>
                                  <a:pt x="4300672" y="419852"/>
                                </a:lnTo>
                                <a:lnTo>
                                  <a:pt x="4323584" y="436167"/>
                                </a:lnTo>
                                <a:lnTo>
                                  <a:pt x="4346269" y="452936"/>
                                </a:lnTo>
                                <a:lnTo>
                                  <a:pt x="4368500" y="469705"/>
                                </a:lnTo>
                                <a:lnTo>
                                  <a:pt x="4390958" y="486927"/>
                                </a:lnTo>
                                <a:lnTo>
                                  <a:pt x="4413190" y="504376"/>
                                </a:lnTo>
                                <a:lnTo>
                                  <a:pt x="4435421" y="522051"/>
                                </a:lnTo>
                                <a:lnTo>
                                  <a:pt x="4457199" y="540180"/>
                                </a:lnTo>
                                <a:lnTo>
                                  <a:pt x="4479430" y="558308"/>
                                </a:lnTo>
                                <a:lnTo>
                                  <a:pt x="4500981" y="577116"/>
                                </a:lnTo>
                                <a:lnTo>
                                  <a:pt x="4522985" y="595698"/>
                                </a:lnTo>
                                <a:lnTo>
                                  <a:pt x="4544536" y="614959"/>
                                </a:lnTo>
                                <a:lnTo>
                                  <a:pt x="4566087" y="634448"/>
                                </a:lnTo>
                                <a:lnTo>
                                  <a:pt x="4587411" y="653936"/>
                                </a:lnTo>
                                <a:lnTo>
                                  <a:pt x="4608508" y="674104"/>
                                </a:lnTo>
                                <a:lnTo>
                                  <a:pt x="4629605" y="694272"/>
                                </a:lnTo>
                                <a:lnTo>
                                  <a:pt x="4650702" y="714666"/>
                                </a:lnTo>
                                <a:lnTo>
                                  <a:pt x="4671572" y="735514"/>
                                </a:lnTo>
                                <a:lnTo>
                                  <a:pt x="4692215" y="756815"/>
                                </a:lnTo>
                                <a:lnTo>
                                  <a:pt x="4712859" y="777889"/>
                                </a:lnTo>
                                <a:lnTo>
                                  <a:pt x="4733275" y="799417"/>
                                </a:lnTo>
                                <a:lnTo>
                                  <a:pt x="4723067" y="788993"/>
                                </a:lnTo>
                                <a:lnTo>
                                  <a:pt x="4713313" y="779249"/>
                                </a:lnTo>
                                <a:lnTo>
                                  <a:pt x="4703558" y="770411"/>
                                </a:lnTo>
                                <a:lnTo>
                                  <a:pt x="4694030" y="761800"/>
                                </a:lnTo>
                                <a:lnTo>
                                  <a:pt x="4684956" y="754322"/>
                                </a:lnTo>
                                <a:lnTo>
                                  <a:pt x="4675882" y="747297"/>
                                </a:lnTo>
                                <a:lnTo>
                                  <a:pt x="4667262" y="740726"/>
                                </a:lnTo>
                                <a:lnTo>
                                  <a:pt x="4658415" y="735061"/>
                                </a:lnTo>
                                <a:lnTo>
                                  <a:pt x="4650021" y="729849"/>
                                </a:lnTo>
                                <a:lnTo>
                                  <a:pt x="4642082" y="725090"/>
                                </a:lnTo>
                                <a:lnTo>
                                  <a:pt x="4634369" y="721238"/>
                                </a:lnTo>
                                <a:lnTo>
                                  <a:pt x="4626883" y="717612"/>
                                </a:lnTo>
                                <a:lnTo>
                                  <a:pt x="4619397" y="714666"/>
                                </a:lnTo>
                                <a:lnTo>
                                  <a:pt x="4612364" y="712400"/>
                                </a:lnTo>
                                <a:lnTo>
                                  <a:pt x="4605559" y="710134"/>
                                </a:lnTo>
                                <a:lnTo>
                                  <a:pt x="4599207" y="708774"/>
                                </a:lnTo>
                                <a:lnTo>
                                  <a:pt x="4593082" y="707415"/>
                                </a:lnTo>
                                <a:lnTo>
                                  <a:pt x="4587184" y="706735"/>
                                </a:lnTo>
                                <a:lnTo>
                                  <a:pt x="4581513" y="706508"/>
                                </a:lnTo>
                                <a:lnTo>
                                  <a:pt x="4576522" y="706735"/>
                                </a:lnTo>
                                <a:lnTo>
                                  <a:pt x="4571304" y="707188"/>
                                </a:lnTo>
                                <a:lnTo>
                                  <a:pt x="4566767" y="707868"/>
                                </a:lnTo>
                                <a:lnTo>
                                  <a:pt x="4562230" y="709228"/>
                                </a:lnTo>
                                <a:lnTo>
                                  <a:pt x="4558374" y="710587"/>
                                </a:lnTo>
                                <a:lnTo>
                                  <a:pt x="4554744" y="712400"/>
                                </a:lnTo>
                                <a:lnTo>
                                  <a:pt x="4551341" y="714213"/>
                                </a:lnTo>
                                <a:lnTo>
                                  <a:pt x="4548392" y="716479"/>
                                </a:lnTo>
                                <a:lnTo>
                                  <a:pt x="4545897" y="718972"/>
                                </a:lnTo>
                                <a:lnTo>
                                  <a:pt x="4543629" y="721464"/>
                                </a:lnTo>
                                <a:lnTo>
                                  <a:pt x="4541587" y="724410"/>
                                </a:lnTo>
                                <a:lnTo>
                                  <a:pt x="4540226" y="727583"/>
                                </a:lnTo>
                                <a:lnTo>
                                  <a:pt x="4539092" y="730755"/>
                                </a:lnTo>
                                <a:lnTo>
                                  <a:pt x="4538184" y="734154"/>
                                </a:lnTo>
                                <a:lnTo>
                                  <a:pt x="4537730" y="737553"/>
                                </a:lnTo>
                                <a:lnTo>
                                  <a:pt x="4537730" y="741179"/>
                                </a:lnTo>
                                <a:lnTo>
                                  <a:pt x="4538184" y="744805"/>
                                </a:lnTo>
                                <a:lnTo>
                                  <a:pt x="4539092" y="748430"/>
                                </a:lnTo>
                                <a:lnTo>
                                  <a:pt x="4540226" y="752056"/>
                                </a:lnTo>
                                <a:lnTo>
                                  <a:pt x="4541587" y="755682"/>
                                </a:lnTo>
                                <a:lnTo>
                                  <a:pt x="4543855" y="759761"/>
                                </a:lnTo>
                                <a:lnTo>
                                  <a:pt x="4546351" y="763386"/>
                                </a:lnTo>
                                <a:lnTo>
                                  <a:pt x="4549300" y="767012"/>
                                </a:lnTo>
                                <a:lnTo>
                                  <a:pt x="4552476" y="770638"/>
                                </a:lnTo>
                                <a:lnTo>
                                  <a:pt x="4556332" y="774263"/>
                                </a:lnTo>
                                <a:lnTo>
                                  <a:pt x="4560415" y="777662"/>
                                </a:lnTo>
                                <a:lnTo>
                                  <a:pt x="4564952" y="781061"/>
                                </a:lnTo>
                                <a:lnTo>
                                  <a:pt x="4570397" y="784234"/>
                                </a:lnTo>
                                <a:lnTo>
                                  <a:pt x="4576068" y="787406"/>
                                </a:lnTo>
                                <a:lnTo>
                                  <a:pt x="4581966" y="790126"/>
                                </a:lnTo>
                                <a:lnTo>
                                  <a:pt x="4588318" y="792845"/>
                                </a:lnTo>
                                <a:lnTo>
                                  <a:pt x="4595350" y="795338"/>
                                </a:lnTo>
                                <a:lnTo>
                                  <a:pt x="4603063" y="797604"/>
                                </a:lnTo>
                                <a:lnTo>
                                  <a:pt x="4611003" y="799417"/>
                                </a:lnTo>
                                <a:lnTo>
                                  <a:pt x="4619397" y="801229"/>
                                </a:lnTo>
                                <a:lnTo>
                                  <a:pt x="4628471" y="802589"/>
                                </a:lnTo>
                                <a:lnTo>
                                  <a:pt x="4637998" y="803949"/>
                                </a:lnTo>
                                <a:lnTo>
                                  <a:pt x="4648207" y="804629"/>
                                </a:lnTo>
                                <a:lnTo>
                                  <a:pt x="4658642" y="805082"/>
                                </a:lnTo>
                                <a:lnTo>
                                  <a:pt x="4669757" y="805082"/>
                                </a:lnTo>
                                <a:lnTo>
                                  <a:pt x="4681327" y="804855"/>
                                </a:lnTo>
                                <a:lnTo>
                                  <a:pt x="4693350" y="804175"/>
                                </a:lnTo>
                                <a:lnTo>
                                  <a:pt x="4706280" y="803042"/>
                                </a:lnTo>
                                <a:lnTo>
                                  <a:pt x="4719438" y="801456"/>
                                </a:lnTo>
                                <a:lnTo>
                                  <a:pt x="4733275" y="799417"/>
                                </a:lnTo>
                                <a:lnTo>
                                  <a:pt x="4626883" y="816412"/>
                                </a:lnTo>
                                <a:lnTo>
                                  <a:pt x="4520490" y="832954"/>
                                </a:lnTo>
                                <a:lnTo>
                                  <a:pt x="4414097" y="849270"/>
                                </a:lnTo>
                                <a:lnTo>
                                  <a:pt x="4307251" y="865359"/>
                                </a:lnTo>
                                <a:lnTo>
                                  <a:pt x="4200631" y="881221"/>
                                </a:lnTo>
                                <a:lnTo>
                                  <a:pt x="4094238" y="896631"/>
                                </a:lnTo>
                                <a:lnTo>
                                  <a:pt x="3987392" y="912266"/>
                                </a:lnTo>
                                <a:lnTo>
                                  <a:pt x="3880999" y="927222"/>
                                </a:lnTo>
                                <a:lnTo>
                                  <a:pt x="3742620" y="946937"/>
                                </a:lnTo>
                                <a:lnTo>
                                  <a:pt x="3604242" y="966198"/>
                                </a:lnTo>
                                <a:lnTo>
                                  <a:pt x="3593580" y="967785"/>
                                </a:lnTo>
                                <a:lnTo>
                                  <a:pt x="3583825" y="969824"/>
                                </a:lnTo>
                                <a:lnTo>
                                  <a:pt x="3567265" y="973450"/>
                                </a:lnTo>
                                <a:lnTo>
                                  <a:pt x="3560233" y="975036"/>
                                </a:lnTo>
                                <a:lnTo>
                                  <a:pt x="3553881" y="976169"/>
                                </a:lnTo>
                                <a:lnTo>
                                  <a:pt x="3550932" y="976622"/>
                                </a:lnTo>
                                <a:lnTo>
                                  <a:pt x="3548210" y="976849"/>
                                </a:lnTo>
                                <a:lnTo>
                                  <a:pt x="3545714" y="976849"/>
                                </a:lnTo>
                                <a:lnTo>
                                  <a:pt x="3542992" y="976622"/>
                                </a:lnTo>
                                <a:lnTo>
                                  <a:pt x="3540497" y="976396"/>
                                </a:lnTo>
                                <a:lnTo>
                                  <a:pt x="3538228" y="975716"/>
                                </a:lnTo>
                                <a:lnTo>
                                  <a:pt x="3536187" y="974583"/>
                                </a:lnTo>
                                <a:lnTo>
                                  <a:pt x="3533918" y="973676"/>
                                </a:lnTo>
                                <a:lnTo>
                                  <a:pt x="3532103" y="972317"/>
                                </a:lnTo>
                                <a:lnTo>
                                  <a:pt x="3529835" y="970504"/>
                                </a:lnTo>
                                <a:lnTo>
                                  <a:pt x="3527793" y="968465"/>
                                </a:lnTo>
                                <a:lnTo>
                                  <a:pt x="3525978" y="966198"/>
                                </a:lnTo>
                                <a:lnTo>
                                  <a:pt x="3523937" y="963253"/>
                                </a:lnTo>
                                <a:lnTo>
                                  <a:pt x="3522349" y="960080"/>
                                </a:lnTo>
                                <a:lnTo>
                                  <a:pt x="3520307" y="956681"/>
                                </a:lnTo>
                                <a:lnTo>
                                  <a:pt x="3518492" y="952829"/>
                                </a:lnTo>
                                <a:lnTo>
                                  <a:pt x="3516451" y="948523"/>
                                </a:lnTo>
                                <a:lnTo>
                                  <a:pt x="3514636" y="943538"/>
                                </a:lnTo>
                                <a:lnTo>
                                  <a:pt x="3510552" y="932434"/>
                                </a:lnTo>
                                <a:lnTo>
                                  <a:pt x="3495807" y="888926"/>
                                </a:lnTo>
                                <a:lnTo>
                                  <a:pt x="3480608" y="845418"/>
                                </a:lnTo>
                                <a:lnTo>
                                  <a:pt x="3459057" y="785367"/>
                                </a:lnTo>
                                <a:lnTo>
                                  <a:pt x="3437280" y="725317"/>
                                </a:lnTo>
                                <a:lnTo>
                                  <a:pt x="3414822" y="665719"/>
                                </a:lnTo>
                                <a:lnTo>
                                  <a:pt x="3392137" y="606122"/>
                                </a:lnTo>
                                <a:lnTo>
                                  <a:pt x="3396220" y="602723"/>
                                </a:lnTo>
                                <a:lnTo>
                                  <a:pt x="3400757" y="599550"/>
                                </a:lnTo>
                                <a:lnTo>
                                  <a:pt x="3405067" y="597284"/>
                                </a:lnTo>
                                <a:lnTo>
                                  <a:pt x="3409604" y="595245"/>
                                </a:lnTo>
                                <a:lnTo>
                                  <a:pt x="3414368" y="593658"/>
                                </a:lnTo>
                                <a:lnTo>
                                  <a:pt x="3418905" y="592526"/>
                                </a:lnTo>
                                <a:lnTo>
                                  <a:pt x="3423896" y="592072"/>
                                </a:lnTo>
                                <a:lnTo>
                                  <a:pt x="3428433" y="591846"/>
                                </a:lnTo>
                                <a:lnTo>
                                  <a:pt x="3433197" y="591846"/>
                                </a:lnTo>
                                <a:lnTo>
                                  <a:pt x="3438187" y="592299"/>
                                </a:lnTo>
                                <a:lnTo>
                                  <a:pt x="3442951" y="593205"/>
                                </a:lnTo>
                                <a:lnTo>
                                  <a:pt x="3447715" y="594338"/>
                                </a:lnTo>
                                <a:lnTo>
                                  <a:pt x="3452479" y="595698"/>
                                </a:lnTo>
                                <a:lnTo>
                                  <a:pt x="3457016" y="597511"/>
                                </a:lnTo>
                                <a:lnTo>
                                  <a:pt x="3461553" y="599324"/>
                                </a:lnTo>
                                <a:lnTo>
                                  <a:pt x="3465863" y="601363"/>
                                </a:lnTo>
                                <a:lnTo>
                                  <a:pt x="3456108" y="588220"/>
                                </a:lnTo>
                                <a:lnTo>
                                  <a:pt x="3459738" y="580062"/>
                                </a:lnTo>
                                <a:lnTo>
                                  <a:pt x="3454974" y="576663"/>
                                </a:lnTo>
                                <a:lnTo>
                                  <a:pt x="3450437" y="573264"/>
                                </a:lnTo>
                                <a:lnTo>
                                  <a:pt x="3442044" y="566466"/>
                                </a:lnTo>
                                <a:lnTo>
                                  <a:pt x="3425937" y="553096"/>
                                </a:lnTo>
                                <a:lnTo>
                                  <a:pt x="3417998" y="546978"/>
                                </a:lnTo>
                                <a:lnTo>
                                  <a:pt x="3413914" y="543805"/>
                                </a:lnTo>
                                <a:lnTo>
                                  <a:pt x="3409377" y="540859"/>
                                </a:lnTo>
                                <a:lnTo>
                                  <a:pt x="3405067" y="537914"/>
                                </a:lnTo>
                                <a:lnTo>
                                  <a:pt x="3400303" y="535194"/>
                                </a:lnTo>
                                <a:lnTo>
                                  <a:pt x="3395086" y="532475"/>
                                </a:lnTo>
                                <a:lnTo>
                                  <a:pt x="3389868" y="530209"/>
                                </a:lnTo>
                                <a:lnTo>
                                  <a:pt x="3400530" y="530209"/>
                                </a:lnTo>
                                <a:lnTo>
                                  <a:pt x="3412553" y="529982"/>
                                </a:lnTo>
                                <a:lnTo>
                                  <a:pt x="3425257" y="529756"/>
                                </a:lnTo>
                                <a:lnTo>
                                  <a:pt x="3431835" y="529756"/>
                                </a:lnTo>
                                <a:lnTo>
                                  <a:pt x="3438187" y="529982"/>
                                </a:lnTo>
                                <a:lnTo>
                                  <a:pt x="3444766" y="530209"/>
                                </a:lnTo>
                                <a:lnTo>
                                  <a:pt x="3451118" y="530662"/>
                                </a:lnTo>
                                <a:lnTo>
                                  <a:pt x="3457469" y="531569"/>
                                </a:lnTo>
                                <a:lnTo>
                                  <a:pt x="3463368" y="532475"/>
                                </a:lnTo>
                                <a:lnTo>
                                  <a:pt x="3469266" y="534288"/>
                                </a:lnTo>
                                <a:lnTo>
                                  <a:pt x="3474937" y="536101"/>
                                </a:lnTo>
                                <a:lnTo>
                                  <a:pt x="3477205" y="537234"/>
                                </a:lnTo>
                                <a:lnTo>
                                  <a:pt x="3479928" y="538367"/>
                                </a:lnTo>
                                <a:lnTo>
                                  <a:pt x="3482423" y="539953"/>
                                </a:lnTo>
                                <a:lnTo>
                                  <a:pt x="3484692" y="541313"/>
                                </a:lnTo>
                                <a:lnTo>
                                  <a:pt x="3469719" y="544938"/>
                                </a:lnTo>
                                <a:lnTo>
                                  <a:pt x="3469493" y="544938"/>
                                </a:lnTo>
                                <a:lnTo>
                                  <a:pt x="3469266" y="544938"/>
                                </a:lnTo>
                                <a:lnTo>
                                  <a:pt x="3469039" y="544938"/>
                                </a:lnTo>
                                <a:lnTo>
                                  <a:pt x="3468812" y="545165"/>
                                </a:lnTo>
                                <a:lnTo>
                                  <a:pt x="3468585" y="545165"/>
                                </a:lnTo>
                                <a:lnTo>
                                  <a:pt x="3468358" y="545165"/>
                                </a:lnTo>
                                <a:lnTo>
                                  <a:pt x="3468131" y="545165"/>
                                </a:lnTo>
                                <a:lnTo>
                                  <a:pt x="3454067" y="548564"/>
                                </a:lnTo>
                                <a:lnTo>
                                  <a:pt x="3455428" y="552190"/>
                                </a:lnTo>
                                <a:lnTo>
                                  <a:pt x="3452252" y="558535"/>
                                </a:lnTo>
                                <a:lnTo>
                                  <a:pt x="3462233" y="561934"/>
                                </a:lnTo>
                                <a:lnTo>
                                  <a:pt x="3466997" y="563520"/>
                                </a:lnTo>
                                <a:lnTo>
                                  <a:pt x="3471988" y="564880"/>
                                </a:lnTo>
                                <a:lnTo>
                                  <a:pt x="3476752" y="566013"/>
                                </a:lnTo>
                                <a:lnTo>
                                  <a:pt x="3481742" y="566919"/>
                                </a:lnTo>
                                <a:lnTo>
                                  <a:pt x="3486279" y="567599"/>
                                </a:lnTo>
                                <a:lnTo>
                                  <a:pt x="3491270" y="568052"/>
                                </a:lnTo>
                                <a:lnTo>
                                  <a:pt x="3496034" y="568279"/>
                                </a:lnTo>
                                <a:lnTo>
                                  <a:pt x="3500571" y="568279"/>
                                </a:lnTo>
                                <a:lnTo>
                                  <a:pt x="3505562" y="568052"/>
                                </a:lnTo>
                                <a:lnTo>
                                  <a:pt x="3510326" y="567372"/>
                                </a:lnTo>
                                <a:lnTo>
                                  <a:pt x="3515316" y="566466"/>
                                </a:lnTo>
                                <a:lnTo>
                                  <a:pt x="3520307" y="565333"/>
                                </a:lnTo>
                                <a:lnTo>
                                  <a:pt x="3525298" y="563746"/>
                                </a:lnTo>
                                <a:lnTo>
                                  <a:pt x="3530288" y="561707"/>
                                </a:lnTo>
                                <a:lnTo>
                                  <a:pt x="3518265" y="543579"/>
                                </a:lnTo>
                                <a:lnTo>
                                  <a:pt x="3525298" y="541539"/>
                                </a:lnTo>
                                <a:lnTo>
                                  <a:pt x="3532330" y="540180"/>
                                </a:lnTo>
                                <a:lnTo>
                                  <a:pt x="3539589" y="539047"/>
                                </a:lnTo>
                                <a:lnTo>
                                  <a:pt x="3546622" y="538593"/>
                                </a:lnTo>
                                <a:lnTo>
                                  <a:pt x="3530969" y="533381"/>
                                </a:lnTo>
                                <a:lnTo>
                                  <a:pt x="3533011" y="533155"/>
                                </a:lnTo>
                                <a:lnTo>
                                  <a:pt x="3535506" y="532248"/>
                                </a:lnTo>
                                <a:lnTo>
                                  <a:pt x="3540724" y="529982"/>
                                </a:lnTo>
                                <a:lnTo>
                                  <a:pt x="3547075" y="526810"/>
                                </a:lnTo>
                                <a:lnTo>
                                  <a:pt x="3553427" y="523411"/>
                                </a:lnTo>
                                <a:lnTo>
                                  <a:pt x="3564770" y="516613"/>
                                </a:lnTo>
                                <a:lnTo>
                                  <a:pt x="3570668" y="512987"/>
                                </a:lnTo>
                                <a:lnTo>
                                  <a:pt x="3571121" y="512987"/>
                                </a:lnTo>
                                <a:lnTo>
                                  <a:pt x="3571575" y="512987"/>
                                </a:lnTo>
                                <a:lnTo>
                                  <a:pt x="3572029" y="512987"/>
                                </a:lnTo>
                                <a:lnTo>
                                  <a:pt x="3572483" y="512534"/>
                                </a:lnTo>
                                <a:lnTo>
                                  <a:pt x="3572936" y="512534"/>
                                </a:lnTo>
                                <a:lnTo>
                                  <a:pt x="3573390" y="512534"/>
                                </a:lnTo>
                                <a:lnTo>
                                  <a:pt x="3576339" y="512080"/>
                                </a:lnTo>
                                <a:lnTo>
                                  <a:pt x="3579742" y="510494"/>
                                </a:lnTo>
                                <a:lnTo>
                                  <a:pt x="3582691" y="509588"/>
                                </a:lnTo>
                                <a:lnTo>
                                  <a:pt x="3584959" y="508455"/>
                                </a:lnTo>
                                <a:lnTo>
                                  <a:pt x="3587228" y="508002"/>
                                </a:lnTo>
                                <a:lnTo>
                                  <a:pt x="3590857" y="507322"/>
                                </a:lnTo>
                                <a:lnTo>
                                  <a:pt x="3593353" y="507322"/>
                                </a:lnTo>
                                <a:lnTo>
                                  <a:pt x="3595394" y="507322"/>
                                </a:lnTo>
                                <a:lnTo>
                                  <a:pt x="3597663" y="507095"/>
                                </a:lnTo>
                                <a:lnTo>
                                  <a:pt x="3598797" y="506869"/>
                                </a:lnTo>
                                <a:lnTo>
                                  <a:pt x="3600385" y="506415"/>
                                </a:lnTo>
                                <a:lnTo>
                                  <a:pt x="3601746" y="505282"/>
                                </a:lnTo>
                                <a:lnTo>
                                  <a:pt x="3603788" y="504376"/>
                                </a:lnTo>
                                <a:lnTo>
                                  <a:pt x="3596302" y="503243"/>
                                </a:lnTo>
                                <a:lnTo>
                                  <a:pt x="3596226" y="503243"/>
                                </a:lnTo>
                                <a:lnTo>
                                  <a:pt x="3597890" y="500750"/>
                                </a:lnTo>
                                <a:lnTo>
                                  <a:pt x="3599931" y="498484"/>
                                </a:lnTo>
                                <a:lnTo>
                                  <a:pt x="3601973" y="496445"/>
                                </a:lnTo>
                                <a:lnTo>
                                  <a:pt x="3604242" y="494632"/>
                                </a:lnTo>
                                <a:lnTo>
                                  <a:pt x="3606510" y="493046"/>
                                </a:lnTo>
                                <a:lnTo>
                                  <a:pt x="3608552" y="491459"/>
                                </a:lnTo>
                                <a:lnTo>
                                  <a:pt x="3610820" y="490553"/>
                                </a:lnTo>
                                <a:lnTo>
                                  <a:pt x="3613089" y="489646"/>
                                </a:lnTo>
                                <a:lnTo>
                                  <a:pt x="3615130" y="488740"/>
                                </a:lnTo>
                                <a:lnTo>
                                  <a:pt x="3616945" y="488287"/>
                                </a:lnTo>
                                <a:lnTo>
                                  <a:pt x="3618533" y="488060"/>
                                </a:lnTo>
                                <a:lnTo>
                                  <a:pt x="3620121" y="488060"/>
                                </a:lnTo>
                                <a:lnTo>
                                  <a:pt x="3621255" y="488287"/>
                                </a:lnTo>
                                <a:lnTo>
                                  <a:pt x="3622163" y="488513"/>
                                </a:lnTo>
                                <a:lnTo>
                                  <a:pt x="3623070" y="488967"/>
                                </a:lnTo>
                                <a:lnTo>
                                  <a:pt x="3623297" y="489873"/>
                                </a:lnTo>
                                <a:lnTo>
                                  <a:pt x="3623070" y="489873"/>
                                </a:lnTo>
                                <a:lnTo>
                                  <a:pt x="3622616" y="489873"/>
                                </a:lnTo>
                                <a:lnTo>
                                  <a:pt x="3622390" y="489873"/>
                                </a:lnTo>
                                <a:lnTo>
                                  <a:pt x="3622163" y="489873"/>
                                </a:lnTo>
                                <a:lnTo>
                                  <a:pt x="3621709" y="490100"/>
                                </a:lnTo>
                                <a:lnTo>
                                  <a:pt x="3614904" y="491459"/>
                                </a:lnTo>
                                <a:lnTo>
                                  <a:pt x="3623070" y="491459"/>
                                </a:lnTo>
                                <a:lnTo>
                                  <a:pt x="3631237" y="504376"/>
                                </a:lnTo>
                                <a:lnTo>
                                  <a:pt x="3625792" y="509135"/>
                                </a:lnTo>
                                <a:lnTo>
                                  <a:pt x="3631690" y="508908"/>
                                </a:lnTo>
                                <a:lnTo>
                                  <a:pt x="3637362" y="508455"/>
                                </a:lnTo>
                                <a:lnTo>
                                  <a:pt x="3642806" y="507775"/>
                                </a:lnTo>
                                <a:lnTo>
                                  <a:pt x="3645528" y="507322"/>
                                </a:lnTo>
                                <a:lnTo>
                                  <a:pt x="3648024" y="506642"/>
                                </a:lnTo>
                                <a:lnTo>
                                  <a:pt x="3650519" y="505735"/>
                                </a:lnTo>
                                <a:lnTo>
                                  <a:pt x="3652788" y="504829"/>
                                </a:lnTo>
                                <a:lnTo>
                                  <a:pt x="3655056" y="503696"/>
                                </a:lnTo>
                                <a:lnTo>
                                  <a:pt x="3657325" y="502336"/>
                                </a:lnTo>
                                <a:lnTo>
                                  <a:pt x="3659139" y="500750"/>
                                </a:lnTo>
                                <a:lnTo>
                                  <a:pt x="3661181" y="498937"/>
                                </a:lnTo>
                                <a:lnTo>
                                  <a:pt x="3662769" y="496898"/>
                                </a:lnTo>
                                <a:lnTo>
                                  <a:pt x="3664584" y="494632"/>
                                </a:lnTo>
                                <a:lnTo>
                                  <a:pt x="3670936" y="491913"/>
                                </a:lnTo>
                                <a:lnTo>
                                  <a:pt x="3678195" y="489873"/>
                                </a:lnTo>
                                <a:lnTo>
                                  <a:pt x="3685454" y="487834"/>
                                </a:lnTo>
                                <a:lnTo>
                                  <a:pt x="3693167" y="486021"/>
                                </a:lnTo>
                                <a:lnTo>
                                  <a:pt x="3708593" y="482848"/>
                                </a:lnTo>
                                <a:lnTo>
                                  <a:pt x="3721977" y="480356"/>
                                </a:lnTo>
                                <a:lnTo>
                                  <a:pt x="3722884" y="474011"/>
                                </a:lnTo>
                                <a:lnTo>
                                  <a:pt x="3726287" y="474011"/>
                                </a:lnTo>
                                <a:lnTo>
                                  <a:pt x="3729236" y="474464"/>
                                </a:lnTo>
                                <a:lnTo>
                                  <a:pt x="3732185" y="474917"/>
                                </a:lnTo>
                                <a:lnTo>
                                  <a:pt x="3734907" y="475370"/>
                                </a:lnTo>
                                <a:lnTo>
                                  <a:pt x="3739898" y="477410"/>
                                </a:lnTo>
                                <a:lnTo>
                                  <a:pt x="3744435" y="479223"/>
                                </a:lnTo>
                                <a:lnTo>
                                  <a:pt x="3749199" y="481035"/>
                                </a:lnTo>
                                <a:lnTo>
                                  <a:pt x="3751694" y="481715"/>
                                </a:lnTo>
                                <a:lnTo>
                                  <a:pt x="3753963" y="482168"/>
                                </a:lnTo>
                                <a:lnTo>
                                  <a:pt x="3756458" y="482622"/>
                                </a:lnTo>
                                <a:lnTo>
                                  <a:pt x="3759180" y="482622"/>
                                </a:lnTo>
                                <a:lnTo>
                                  <a:pt x="3761903" y="482168"/>
                                </a:lnTo>
                                <a:lnTo>
                                  <a:pt x="3764398" y="481489"/>
                                </a:lnTo>
                                <a:lnTo>
                                  <a:pt x="3757366" y="479223"/>
                                </a:lnTo>
                                <a:lnTo>
                                  <a:pt x="3772111" y="470838"/>
                                </a:lnTo>
                                <a:lnTo>
                                  <a:pt x="3736722" y="452936"/>
                                </a:lnTo>
                                <a:lnTo>
                                  <a:pt x="3738991" y="447271"/>
                                </a:lnTo>
                                <a:lnTo>
                                  <a:pt x="3754870" y="446138"/>
                                </a:lnTo>
                                <a:lnTo>
                                  <a:pt x="3770296" y="445458"/>
                                </a:lnTo>
                                <a:lnTo>
                                  <a:pt x="3786176" y="445005"/>
                                </a:lnTo>
                                <a:lnTo>
                                  <a:pt x="3801601" y="445458"/>
                                </a:lnTo>
                                <a:lnTo>
                                  <a:pt x="3817254" y="445912"/>
                                </a:lnTo>
                                <a:lnTo>
                                  <a:pt x="3832907" y="446818"/>
                                </a:lnTo>
                                <a:lnTo>
                                  <a:pt x="3848106" y="448178"/>
                                </a:lnTo>
                                <a:lnTo>
                                  <a:pt x="3863305" y="450217"/>
                                </a:lnTo>
                                <a:lnTo>
                                  <a:pt x="3874420" y="452483"/>
                                </a:lnTo>
                                <a:lnTo>
                                  <a:pt x="3885309" y="454523"/>
                                </a:lnTo>
                                <a:lnTo>
                                  <a:pt x="3896425" y="456335"/>
                                </a:lnTo>
                                <a:lnTo>
                                  <a:pt x="3907767" y="457695"/>
                                </a:lnTo>
                                <a:lnTo>
                                  <a:pt x="3919110" y="458828"/>
                                </a:lnTo>
                                <a:lnTo>
                                  <a:pt x="3930225" y="459734"/>
                                </a:lnTo>
                                <a:lnTo>
                                  <a:pt x="3941568" y="460414"/>
                                </a:lnTo>
                                <a:lnTo>
                                  <a:pt x="3952910" y="460868"/>
                                </a:lnTo>
                                <a:lnTo>
                                  <a:pt x="3937031" y="444325"/>
                                </a:lnTo>
                                <a:lnTo>
                                  <a:pt x="3929999" y="445685"/>
                                </a:lnTo>
                                <a:lnTo>
                                  <a:pt x="3926823" y="445685"/>
                                </a:lnTo>
                                <a:lnTo>
                                  <a:pt x="3921605" y="444325"/>
                                </a:lnTo>
                                <a:lnTo>
                                  <a:pt x="3916161" y="443419"/>
                                </a:lnTo>
                                <a:lnTo>
                                  <a:pt x="3906179" y="442059"/>
                                </a:lnTo>
                                <a:lnTo>
                                  <a:pt x="3896425" y="440473"/>
                                </a:lnTo>
                                <a:lnTo>
                                  <a:pt x="3887578" y="438887"/>
                                </a:lnTo>
                                <a:lnTo>
                                  <a:pt x="3883267" y="437527"/>
                                </a:lnTo>
                                <a:lnTo>
                                  <a:pt x="3878730" y="436394"/>
                                </a:lnTo>
                                <a:lnTo>
                                  <a:pt x="3878572" y="436336"/>
                                </a:lnTo>
                                <a:lnTo>
                                  <a:pt x="3875088" y="436626"/>
                                </a:lnTo>
                                <a:lnTo>
                                  <a:pt x="3875853" y="435335"/>
                                </a:lnTo>
                                <a:lnTo>
                                  <a:pt x="3874420" y="434808"/>
                                </a:lnTo>
                                <a:lnTo>
                                  <a:pt x="3870337" y="433222"/>
                                </a:lnTo>
                                <a:lnTo>
                                  <a:pt x="3866481" y="430956"/>
                                </a:lnTo>
                                <a:lnTo>
                                  <a:pt x="3862170" y="428690"/>
                                </a:lnTo>
                                <a:lnTo>
                                  <a:pt x="3858314" y="425744"/>
                                </a:lnTo>
                                <a:lnTo>
                                  <a:pt x="3854457" y="422118"/>
                                </a:lnTo>
                                <a:lnTo>
                                  <a:pt x="3842434" y="418492"/>
                                </a:lnTo>
                                <a:lnTo>
                                  <a:pt x="3836309" y="416226"/>
                                </a:lnTo>
                                <a:lnTo>
                                  <a:pt x="3830184" y="413734"/>
                                </a:lnTo>
                                <a:lnTo>
                                  <a:pt x="3824286" y="411241"/>
                                </a:lnTo>
                                <a:lnTo>
                                  <a:pt x="3818388" y="408522"/>
                                </a:lnTo>
                                <a:lnTo>
                                  <a:pt x="3812944" y="405349"/>
                                </a:lnTo>
                                <a:lnTo>
                                  <a:pt x="3807726" y="401950"/>
                                </a:lnTo>
                                <a:lnTo>
                                  <a:pt x="3814986" y="389034"/>
                                </a:lnTo>
                                <a:lnTo>
                                  <a:pt x="3807953" y="381782"/>
                                </a:lnTo>
                                <a:lnTo>
                                  <a:pt x="3801148" y="374531"/>
                                </a:lnTo>
                                <a:lnTo>
                                  <a:pt x="3794342" y="366826"/>
                                </a:lnTo>
                                <a:lnTo>
                                  <a:pt x="3787990" y="359348"/>
                                </a:lnTo>
                                <a:lnTo>
                                  <a:pt x="3794342" y="359575"/>
                                </a:lnTo>
                                <a:lnTo>
                                  <a:pt x="3801374" y="360028"/>
                                </a:lnTo>
                                <a:lnTo>
                                  <a:pt x="3817708" y="361841"/>
                                </a:lnTo>
                                <a:lnTo>
                                  <a:pt x="3836536" y="364333"/>
                                </a:lnTo>
                                <a:lnTo>
                                  <a:pt x="3857180" y="367733"/>
                                </a:lnTo>
                                <a:lnTo>
                                  <a:pt x="3868068" y="369545"/>
                                </a:lnTo>
                                <a:lnTo>
                                  <a:pt x="3879184" y="371811"/>
                                </a:lnTo>
                                <a:lnTo>
                                  <a:pt x="3890754" y="374078"/>
                                </a:lnTo>
                                <a:lnTo>
                                  <a:pt x="3902096" y="376570"/>
                                </a:lnTo>
                                <a:lnTo>
                                  <a:pt x="3911891" y="379016"/>
                                </a:lnTo>
                                <a:lnTo>
                                  <a:pt x="3912531" y="380423"/>
                                </a:lnTo>
                                <a:lnTo>
                                  <a:pt x="3914119" y="382689"/>
                                </a:lnTo>
                                <a:lnTo>
                                  <a:pt x="3915934" y="385181"/>
                                </a:lnTo>
                                <a:lnTo>
                                  <a:pt x="3918202" y="387221"/>
                                </a:lnTo>
                                <a:lnTo>
                                  <a:pt x="3920698" y="389487"/>
                                </a:lnTo>
                                <a:lnTo>
                                  <a:pt x="3923193" y="391526"/>
                                </a:lnTo>
                                <a:lnTo>
                                  <a:pt x="3926142" y="393339"/>
                                </a:lnTo>
                                <a:lnTo>
                                  <a:pt x="3929545" y="395378"/>
                                </a:lnTo>
                                <a:lnTo>
                                  <a:pt x="3933175" y="396965"/>
                                </a:lnTo>
                                <a:lnTo>
                                  <a:pt x="3936804" y="398778"/>
                                </a:lnTo>
                                <a:lnTo>
                                  <a:pt x="3941114" y="400364"/>
                                </a:lnTo>
                                <a:lnTo>
                                  <a:pt x="3945198" y="401950"/>
                                </a:lnTo>
                                <a:lnTo>
                                  <a:pt x="3954498" y="404896"/>
                                </a:lnTo>
                                <a:lnTo>
                                  <a:pt x="3964480" y="407389"/>
                                </a:lnTo>
                                <a:lnTo>
                                  <a:pt x="3974915" y="409881"/>
                                </a:lnTo>
                                <a:lnTo>
                                  <a:pt x="3985804" y="412147"/>
                                </a:lnTo>
                                <a:lnTo>
                                  <a:pt x="3997373" y="413960"/>
                                </a:lnTo>
                                <a:lnTo>
                                  <a:pt x="4009396" y="416000"/>
                                </a:lnTo>
                                <a:lnTo>
                                  <a:pt x="4016034" y="416875"/>
                                </a:lnTo>
                                <a:lnTo>
                                  <a:pt x="4020512" y="419399"/>
                                </a:lnTo>
                                <a:lnTo>
                                  <a:pt x="4028905" y="424611"/>
                                </a:lnTo>
                                <a:lnTo>
                                  <a:pt x="4032762" y="427330"/>
                                </a:lnTo>
                                <a:lnTo>
                                  <a:pt x="4036618" y="430049"/>
                                </a:lnTo>
                                <a:lnTo>
                                  <a:pt x="4040021" y="432995"/>
                                </a:lnTo>
                                <a:lnTo>
                                  <a:pt x="4043424" y="435714"/>
                                </a:lnTo>
                                <a:lnTo>
                                  <a:pt x="4046600" y="438660"/>
                                </a:lnTo>
                                <a:lnTo>
                                  <a:pt x="4049549" y="441606"/>
                                </a:lnTo>
                                <a:lnTo>
                                  <a:pt x="4052271" y="444552"/>
                                </a:lnTo>
                                <a:lnTo>
                                  <a:pt x="4054539" y="447724"/>
                                </a:lnTo>
                                <a:lnTo>
                                  <a:pt x="4056808" y="450897"/>
                                </a:lnTo>
                                <a:lnTo>
                                  <a:pt x="4058623" y="454069"/>
                                </a:lnTo>
                                <a:lnTo>
                                  <a:pt x="4060438" y="457242"/>
                                </a:lnTo>
                                <a:lnTo>
                                  <a:pt x="4061799" y="460641"/>
                                </a:lnTo>
                                <a:lnTo>
                                  <a:pt x="4063160" y="464040"/>
                                </a:lnTo>
                                <a:lnTo>
                                  <a:pt x="4064067" y="467439"/>
                                </a:lnTo>
                                <a:lnTo>
                                  <a:pt x="4064521" y="471065"/>
                                </a:lnTo>
                                <a:lnTo>
                                  <a:pt x="4064748" y="474464"/>
                                </a:lnTo>
                                <a:lnTo>
                                  <a:pt x="4068377" y="482168"/>
                                </a:lnTo>
                                <a:lnTo>
                                  <a:pt x="4062479" y="484435"/>
                                </a:lnTo>
                                <a:lnTo>
                                  <a:pt x="4056354" y="486474"/>
                                </a:lnTo>
                                <a:lnTo>
                                  <a:pt x="4050229" y="488287"/>
                                </a:lnTo>
                                <a:lnTo>
                                  <a:pt x="4044104" y="490100"/>
                                </a:lnTo>
                                <a:lnTo>
                                  <a:pt x="4037979" y="491459"/>
                                </a:lnTo>
                                <a:lnTo>
                                  <a:pt x="4032081" y="493046"/>
                                </a:lnTo>
                                <a:lnTo>
                                  <a:pt x="4027733" y="493821"/>
                                </a:lnTo>
                                <a:lnTo>
                                  <a:pt x="4038373" y="494858"/>
                                </a:lnTo>
                                <a:lnTo>
                                  <a:pt x="4044497" y="493992"/>
                                </a:lnTo>
                                <a:lnTo>
                                  <a:pt x="4051300" y="496806"/>
                                </a:lnTo>
                                <a:lnTo>
                                  <a:pt x="4045107" y="498437"/>
                                </a:lnTo>
                                <a:lnTo>
                                  <a:pt x="4046373" y="498484"/>
                                </a:lnTo>
                                <a:lnTo>
                                  <a:pt x="4052725" y="498711"/>
                                </a:lnTo>
                                <a:lnTo>
                                  <a:pt x="4065201" y="498711"/>
                                </a:lnTo>
                                <a:lnTo>
                                  <a:pt x="4077678" y="498258"/>
                                </a:lnTo>
                                <a:lnTo>
                                  <a:pt x="4089021" y="497578"/>
                                </a:lnTo>
                                <a:lnTo>
                                  <a:pt x="4094238" y="497125"/>
                                </a:lnTo>
                                <a:lnTo>
                                  <a:pt x="4098548" y="496445"/>
                                </a:lnTo>
                                <a:lnTo>
                                  <a:pt x="4102405" y="495538"/>
                                </a:lnTo>
                                <a:lnTo>
                                  <a:pt x="4105581" y="494858"/>
                                </a:lnTo>
                                <a:lnTo>
                                  <a:pt x="4101044" y="488740"/>
                                </a:lnTo>
                                <a:lnTo>
                                  <a:pt x="4109210" y="476957"/>
                                </a:lnTo>
                                <a:lnTo>
                                  <a:pt x="4096960" y="465173"/>
                                </a:lnTo>
                                <a:lnTo>
                                  <a:pt x="4096960" y="462907"/>
                                </a:lnTo>
                                <a:lnTo>
                                  <a:pt x="4096507" y="460414"/>
                                </a:lnTo>
                                <a:lnTo>
                                  <a:pt x="4095826" y="458375"/>
                                </a:lnTo>
                                <a:lnTo>
                                  <a:pt x="4095146" y="456562"/>
                                </a:lnTo>
                                <a:lnTo>
                                  <a:pt x="4094465" y="454749"/>
                                </a:lnTo>
                                <a:lnTo>
                                  <a:pt x="4093331" y="453390"/>
                                </a:lnTo>
                                <a:lnTo>
                                  <a:pt x="4092197" y="451803"/>
                                </a:lnTo>
                                <a:lnTo>
                                  <a:pt x="4090835" y="450670"/>
                                </a:lnTo>
                                <a:lnTo>
                                  <a:pt x="4089701" y="449764"/>
                                </a:lnTo>
                                <a:lnTo>
                                  <a:pt x="4087886" y="448857"/>
                                </a:lnTo>
                                <a:lnTo>
                                  <a:pt x="4084710" y="447045"/>
                                </a:lnTo>
                                <a:lnTo>
                                  <a:pt x="4081081" y="445912"/>
                                </a:lnTo>
                                <a:lnTo>
                                  <a:pt x="4077451" y="444552"/>
                                </a:lnTo>
                                <a:lnTo>
                                  <a:pt x="4069738" y="442739"/>
                                </a:lnTo>
                                <a:lnTo>
                                  <a:pt x="4065882" y="441379"/>
                                </a:lnTo>
                                <a:lnTo>
                                  <a:pt x="4062025" y="440246"/>
                                </a:lnTo>
                                <a:lnTo>
                                  <a:pt x="4058623" y="438660"/>
                                </a:lnTo>
                                <a:lnTo>
                                  <a:pt x="4057035" y="437527"/>
                                </a:lnTo>
                                <a:lnTo>
                                  <a:pt x="4055674" y="436394"/>
                                </a:lnTo>
                                <a:lnTo>
                                  <a:pt x="4054313" y="435261"/>
                                </a:lnTo>
                                <a:lnTo>
                                  <a:pt x="4052951" y="433675"/>
                                </a:lnTo>
                                <a:lnTo>
                                  <a:pt x="4051817" y="432089"/>
                                </a:lnTo>
                                <a:lnTo>
                                  <a:pt x="4050683" y="430276"/>
                                </a:lnTo>
                                <a:lnTo>
                                  <a:pt x="4054766" y="428690"/>
                                </a:lnTo>
                                <a:lnTo>
                                  <a:pt x="4059076" y="427103"/>
                                </a:lnTo>
                                <a:lnTo>
                                  <a:pt x="4063160" y="426423"/>
                                </a:lnTo>
                                <a:lnTo>
                                  <a:pt x="4067016" y="425970"/>
                                </a:lnTo>
                                <a:lnTo>
                                  <a:pt x="4071099" y="425744"/>
                                </a:lnTo>
                                <a:lnTo>
                                  <a:pt x="4074956" y="425744"/>
                                </a:lnTo>
                                <a:lnTo>
                                  <a:pt x="4078812" y="426197"/>
                                </a:lnTo>
                                <a:lnTo>
                                  <a:pt x="4082896" y="426877"/>
                                </a:lnTo>
                                <a:lnTo>
                                  <a:pt x="4086752" y="427557"/>
                                </a:lnTo>
                                <a:lnTo>
                                  <a:pt x="4090382" y="428916"/>
                                </a:lnTo>
                                <a:lnTo>
                                  <a:pt x="4094238" y="430049"/>
                                </a:lnTo>
                                <a:lnTo>
                                  <a:pt x="4098095" y="431182"/>
                                </a:lnTo>
                                <a:lnTo>
                                  <a:pt x="4105581" y="434355"/>
                                </a:lnTo>
                                <a:lnTo>
                                  <a:pt x="4113294" y="437754"/>
                                </a:lnTo>
                                <a:lnTo>
                                  <a:pt x="4120780" y="440926"/>
                                </a:lnTo>
                                <a:lnTo>
                                  <a:pt x="4128266" y="444099"/>
                                </a:lnTo>
                                <a:lnTo>
                                  <a:pt x="4135752" y="446818"/>
                                </a:lnTo>
                                <a:lnTo>
                                  <a:pt x="4139608" y="447951"/>
                                </a:lnTo>
                                <a:lnTo>
                                  <a:pt x="4143692" y="449084"/>
                                </a:lnTo>
                                <a:lnTo>
                                  <a:pt x="4147548" y="449537"/>
                                </a:lnTo>
                                <a:lnTo>
                                  <a:pt x="4151404" y="449990"/>
                                </a:lnTo>
                                <a:lnTo>
                                  <a:pt x="4155261" y="450217"/>
                                </a:lnTo>
                                <a:lnTo>
                                  <a:pt x="4159117" y="449990"/>
                                </a:lnTo>
                                <a:lnTo>
                                  <a:pt x="4163201" y="449537"/>
                                </a:lnTo>
                                <a:lnTo>
                                  <a:pt x="4167284" y="448857"/>
                                </a:lnTo>
                                <a:lnTo>
                                  <a:pt x="4171367" y="447498"/>
                                </a:lnTo>
                                <a:lnTo>
                                  <a:pt x="4175451" y="445912"/>
                                </a:lnTo>
                                <a:lnTo>
                                  <a:pt x="4173636" y="444325"/>
                                </a:lnTo>
                                <a:lnTo>
                                  <a:pt x="4171821" y="443192"/>
                                </a:lnTo>
                                <a:lnTo>
                                  <a:pt x="4169552" y="441606"/>
                                </a:lnTo>
                                <a:lnTo>
                                  <a:pt x="4167284" y="440473"/>
                                </a:lnTo>
                                <a:lnTo>
                                  <a:pt x="4164335" y="439340"/>
                                </a:lnTo>
                                <a:lnTo>
                                  <a:pt x="4161159" y="438207"/>
                                </a:lnTo>
                                <a:lnTo>
                                  <a:pt x="4154127" y="436167"/>
                                </a:lnTo>
                                <a:lnTo>
                                  <a:pt x="4145960" y="434128"/>
                                </a:lnTo>
                                <a:lnTo>
                                  <a:pt x="4137340" y="432542"/>
                                </a:lnTo>
                                <a:lnTo>
                                  <a:pt x="4127585" y="430729"/>
                                </a:lnTo>
                                <a:lnTo>
                                  <a:pt x="4117150" y="429143"/>
                                </a:lnTo>
                                <a:lnTo>
                                  <a:pt x="4094919" y="426423"/>
                                </a:lnTo>
                                <a:lnTo>
                                  <a:pt x="4070873" y="423478"/>
                                </a:lnTo>
                                <a:lnTo>
                                  <a:pt x="4046373" y="420532"/>
                                </a:lnTo>
                                <a:lnTo>
                                  <a:pt x="4021419" y="417586"/>
                                </a:lnTo>
                                <a:lnTo>
                                  <a:pt x="4016034" y="416875"/>
                                </a:lnTo>
                                <a:lnTo>
                                  <a:pt x="4011665" y="414413"/>
                                </a:lnTo>
                                <a:lnTo>
                                  <a:pt x="4002137" y="409655"/>
                                </a:lnTo>
                                <a:lnTo>
                                  <a:pt x="3992156" y="405123"/>
                                </a:lnTo>
                                <a:lnTo>
                                  <a:pt x="3981720" y="400817"/>
                                </a:lnTo>
                                <a:lnTo>
                                  <a:pt x="3970832" y="396738"/>
                                </a:lnTo>
                                <a:lnTo>
                                  <a:pt x="3959716" y="392886"/>
                                </a:lnTo>
                                <a:lnTo>
                                  <a:pt x="3948600" y="389260"/>
                                </a:lnTo>
                                <a:lnTo>
                                  <a:pt x="3937031" y="385634"/>
                                </a:lnTo>
                                <a:lnTo>
                                  <a:pt x="3925462" y="382462"/>
                                </a:lnTo>
                                <a:lnTo>
                                  <a:pt x="3913892" y="379516"/>
                                </a:lnTo>
                                <a:lnTo>
                                  <a:pt x="3911891" y="379016"/>
                                </a:lnTo>
                                <a:lnTo>
                                  <a:pt x="3911397" y="377930"/>
                                </a:lnTo>
                                <a:lnTo>
                                  <a:pt x="3910716" y="375211"/>
                                </a:lnTo>
                                <a:lnTo>
                                  <a:pt x="3910036" y="372491"/>
                                </a:lnTo>
                                <a:lnTo>
                                  <a:pt x="3910036" y="369545"/>
                                </a:lnTo>
                                <a:lnTo>
                                  <a:pt x="3910489" y="366600"/>
                                </a:lnTo>
                                <a:lnTo>
                                  <a:pt x="3911170" y="363427"/>
                                </a:lnTo>
                                <a:lnTo>
                                  <a:pt x="3912304" y="360255"/>
                                </a:lnTo>
                                <a:lnTo>
                                  <a:pt x="3887804" y="346205"/>
                                </a:lnTo>
                                <a:lnTo>
                                  <a:pt x="3891661" y="347111"/>
                                </a:lnTo>
                                <a:lnTo>
                                  <a:pt x="3895517" y="348244"/>
                                </a:lnTo>
                                <a:lnTo>
                                  <a:pt x="3904138" y="350964"/>
                                </a:lnTo>
                                <a:lnTo>
                                  <a:pt x="3912985" y="354136"/>
                                </a:lnTo>
                                <a:lnTo>
                                  <a:pt x="3922513" y="357988"/>
                                </a:lnTo>
                                <a:lnTo>
                                  <a:pt x="3942249" y="365920"/>
                                </a:lnTo>
                                <a:lnTo>
                                  <a:pt x="3952230" y="369999"/>
                                </a:lnTo>
                                <a:lnTo>
                                  <a:pt x="3962211" y="373851"/>
                                </a:lnTo>
                                <a:lnTo>
                                  <a:pt x="3971739" y="377250"/>
                                </a:lnTo>
                                <a:lnTo>
                                  <a:pt x="3981267" y="380196"/>
                                </a:lnTo>
                                <a:lnTo>
                                  <a:pt x="3985577" y="381556"/>
                                </a:lnTo>
                                <a:lnTo>
                                  <a:pt x="3989660" y="382235"/>
                                </a:lnTo>
                                <a:lnTo>
                                  <a:pt x="3993970" y="382915"/>
                                </a:lnTo>
                                <a:lnTo>
                                  <a:pt x="3997827" y="383368"/>
                                </a:lnTo>
                                <a:lnTo>
                                  <a:pt x="4001683" y="383595"/>
                                </a:lnTo>
                                <a:lnTo>
                                  <a:pt x="4005313" y="383368"/>
                                </a:lnTo>
                                <a:lnTo>
                                  <a:pt x="4008716" y="382915"/>
                                </a:lnTo>
                                <a:lnTo>
                                  <a:pt x="4011665" y="382235"/>
                                </a:lnTo>
                                <a:lnTo>
                                  <a:pt x="4014387" y="380876"/>
                                </a:lnTo>
                                <a:lnTo>
                                  <a:pt x="4016882" y="379516"/>
                                </a:lnTo>
                                <a:lnTo>
                                  <a:pt x="4019378" y="377477"/>
                                </a:lnTo>
                                <a:lnTo>
                                  <a:pt x="4021192" y="375211"/>
                                </a:lnTo>
                                <a:lnTo>
                                  <a:pt x="4014387" y="372944"/>
                                </a:lnTo>
                                <a:lnTo>
                                  <a:pt x="4010077" y="371811"/>
                                </a:lnTo>
                                <a:lnTo>
                                  <a:pt x="4005540" y="370678"/>
                                </a:lnTo>
                                <a:lnTo>
                                  <a:pt x="4000776" y="370225"/>
                                </a:lnTo>
                                <a:lnTo>
                                  <a:pt x="3996239" y="370225"/>
                                </a:lnTo>
                                <a:lnTo>
                                  <a:pt x="3991702" y="370225"/>
                                </a:lnTo>
                                <a:lnTo>
                                  <a:pt x="3986711" y="370225"/>
                                </a:lnTo>
                                <a:lnTo>
                                  <a:pt x="3977410" y="370678"/>
                                </a:lnTo>
                                <a:lnTo>
                                  <a:pt x="3972873" y="370678"/>
                                </a:lnTo>
                                <a:lnTo>
                                  <a:pt x="3968563" y="370452"/>
                                </a:lnTo>
                                <a:lnTo>
                                  <a:pt x="3963799" y="369999"/>
                                </a:lnTo>
                                <a:lnTo>
                                  <a:pt x="3959489" y="369319"/>
                                </a:lnTo>
                                <a:lnTo>
                                  <a:pt x="3955179" y="367959"/>
                                </a:lnTo>
                                <a:lnTo>
                                  <a:pt x="3952910" y="367053"/>
                                </a:lnTo>
                                <a:lnTo>
                                  <a:pt x="3951096" y="366146"/>
                                </a:lnTo>
                                <a:lnTo>
                                  <a:pt x="3948827" y="365013"/>
                                </a:lnTo>
                                <a:lnTo>
                                  <a:pt x="3946786" y="363654"/>
                                </a:lnTo>
                                <a:lnTo>
                                  <a:pt x="3944744" y="362067"/>
                                </a:lnTo>
                                <a:lnTo>
                                  <a:pt x="3942702" y="360255"/>
                                </a:lnTo>
                                <a:lnTo>
                                  <a:pt x="3946105" y="359348"/>
                                </a:lnTo>
                                <a:lnTo>
                                  <a:pt x="3949508" y="358442"/>
                                </a:lnTo>
                                <a:lnTo>
                                  <a:pt x="3956313" y="357082"/>
                                </a:lnTo>
                                <a:lnTo>
                                  <a:pt x="3963119" y="355949"/>
                                </a:lnTo>
                                <a:lnTo>
                                  <a:pt x="3969471" y="354589"/>
                                </a:lnTo>
                                <a:lnTo>
                                  <a:pt x="3954498" y="352550"/>
                                </a:lnTo>
                                <a:lnTo>
                                  <a:pt x="3957221" y="349378"/>
                                </a:lnTo>
                                <a:lnTo>
                                  <a:pt x="3959943" y="346658"/>
                                </a:lnTo>
                                <a:lnTo>
                                  <a:pt x="3962892" y="344392"/>
                                </a:lnTo>
                                <a:lnTo>
                                  <a:pt x="3965841" y="342579"/>
                                </a:lnTo>
                                <a:lnTo>
                                  <a:pt x="3968790" y="340993"/>
                                </a:lnTo>
                                <a:lnTo>
                                  <a:pt x="3971739" y="339860"/>
                                </a:lnTo>
                                <a:lnTo>
                                  <a:pt x="3974688" y="338954"/>
                                </a:lnTo>
                                <a:lnTo>
                                  <a:pt x="3977410" y="338500"/>
                                </a:lnTo>
                                <a:lnTo>
                                  <a:pt x="3980531" y="338278"/>
                                </a:lnTo>
                                <a:lnTo>
                                  <a:pt x="3982855" y="338727"/>
                                </a:lnTo>
                                <a:lnTo>
                                  <a:pt x="3989887" y="339633"/>
                                </a:lnTo>
                                <a:lnTo>
                                  <a:pt x="3996919" y="340313"/>
                                </a:lnTo>
                                <a:lnTo>
                                  <a:pt x="3997941" y="340410"/>
                                </a:lnTo>
                                <a:lnTo>
                                  <a:pt x="4002364" y="341673"/>
                                </a:lnTo>
                                <a:lnTo>
                                  <a:pt x="4015067" y="345752"/>
                                </a:lnTo>
                                <a:lnTo>
                                  <a:pt x="4021419" y="347791"/>
                                </a:lnTo>
                                <a:lnTo>
                                  <a:pt x="4027771" y="349378"/>
                                </a:lnTo>
                                <a:lnTo>
                                  <a:pt x="4031174" y="349831"/>
                                </a:lnTo>
                                <a:lnTo>
                                  <a:pt x="4034350" y="350284"/>
                                </a:lnTo>
                                <a:lnTo>
                                  <a:pt x="4037526" y="350737"/>
                                </a:lnTo>
                                <a:lnTo>
                                  <a:pt x="4040702" y="350964"/>
                                </a:lnTo>
                                <a:lnTo>
                                  <a:pt x="4044104" y="350737"/>
                                </a:lnTo>
                                <a:lnTo>
                                  <a:pt x="4047280" y="350057"/>
                                </a:lnTo>
                                <a:lnTo>
                                  <a:pt x="4050456" y="349378"/>
                                </a:lnTo>
                                <a:lnTo>
                                  <a:pt x="4053859" y="348471"/>
                                </a:lnTo>
                                <a:lnTo>
                                  <a:pt x="4050456" y="347565"/>
                                </a:lnTo>
                                <a:lnTo>
                                  <a:pt x="4046826" y="346432"/>
                                </a:lnTo>
                                <a:lnTo>
                                  <a:pt x="4040021" y="344845"/>
                                </a:lnTo>
                                <a:lnTo>
                                  <a:pt x="4032989" y="343486"/>
                                </a:lnTo>
                                <a:lnTo>
                                  <a:pt x="4025729" y="342579"/>
                                </a:lnTo>
                                <a:lnTo>
                                  <a:pt x="4018697" y="342126"/>
                                </a:lnTo>
                                <a:lnTo>
                                  <a:pt x="4011211" y="341673"/>
                                </a:lnTo>
                                <a:lnTo>
                                  <a:pt x="3997941" y="340410"/>
                                </a:lnTo>
                                <a:lnTo>
                                  <a:pt x="3996012" y="339860"/>
                                </a:lnTo>
                                <a:lnTo>
                                  <a:pt x="3989887" y="338727"/>
                                </a:lnTo>
                                <a:lnTo>
                                  <a:pt x="3986711" y="338500"/>
                                </a:lnTo>
                                <a:lnTo>
                                  <a:pt x="3983535" y="338274"/>
                                </a:lnTo>
                                <a:lnTo>
                                  <a:pt x="3980586" y="338274"/>
                                </a:lnTo>
                                <a:lnTo>
                                  <a:pt x="3980531" y="338278"/>
                                </a:lnTo>
                                <a:lnTo>
                                  <a:pt x="3975822" y="337367"/>
                                </a:lnTo>
                                <a:lnTo>
                                  <a:pt x="3969244" y="335328"/>
                                </a:lnTo>
                                <a:lnTo>
                                  <a:pt x="3965841" y="334195"/>
                                </a:lnTo>
                                <a:lnTo>
                                  <a:pt x="3962438" y="332835"/>
                                </a:lnTo>
                                <a:lnTo>
                                  <a:pt x="3959262" y="331476"/>
                                </a:lnTo>
                                <a:lnTo>
                                  <a:pt x="3956086" y="329663"/>
                                </a:lnTo>
                                <a:lnTo>
                                  <a:pt x="3952910" y="327850"/>
                                </a:lnTo>
                                <a:lnTo>
                                  <a:pt x="3949961" y="325810"/>
                                </a:lnTo>
                                <a:lnTo>
                                  <a:pt x="3946786" y="323318"/>
                                </a:lnTo>
                                <a:lnTo>
                                  <a:pt x="3943836" y="321052"/>
                                </a:lnTo>
                                <a:lnTo>
                                  <a:pt x="3946105" y="319466"/>
                                </a:lnTo>
                                <a:lnTo>
                                  <a:pt x="3948373" y="318332"/>
                                </a:lnTo>
                                <a:lnTo>
                                  <a:pt x="3952910" y="315840"/>
                                </a:lnTo>
                                <a:lnTo>
                                  <a:pt x="3958128" y="314027"/>
                                </a:lnTo>
                                <a:lnTo>
                                  <a:pt x="3963572" y="311987"/>
                                </a:lnTo>
                                <a:lnTo>
                                  <a:pt x="3969244" y="310628"/>
                                </a:lnTo>
                                <a:lnTo>
                                  <a:pt x="3974915" y="309042"/>
                                </a:lnTo>
                                <a:lnTo>
                                  <a:pt x="3986257" y="306549"/>
                                </a:lnTo>
                                <a:lnTo>
                                  <a:pt x="3996693" y="304510"/>
                                </a:lnTo>
                                <a:lnTo>
                                  <a:pt x="4001230" y="303603"/>
                                </a:lnTo>
                                <a:lnTo>
                                  <a:pt x="4005540" y="302470"/>
                                </a:lnTo>
                                <a:lnTo>
                                  <a:pt x="4008942" y="301337"/>
                                </a:lnTo>
                                <a:lnTo>
                                  <a:pt x="4011892" y="300431"/>
                                </a:lnTo>
                                <a:lnTo>
                                  <a:pt x="4012799" y="299524"/>
                                </a:lnTo>
                                <a:lnTo>
                                  <a:pt x="4013706" y="298844"/>
                                </a:lnTo>
                                <a:lnTo>
                                  <a:pt x="4014160" y="298165"/>
                                </a:lnTo>
                                <a:lnTo>
                                  <a:pt x="4014614" y="297485"/>
                                </a:lnTo>
                                <a:lnTo>
                                  <a:pt x="4012118" y="296352"/>
                                </a:lnTo>
                                <a:lnTo>
                                  <a:pt x="4005767" y="296125"/>
                                </a:lnTo>
                                <a:lnTo>
                                  <a:pt x="4000776" y="295899"/>
                                </a:lnTo>
                                <a:lnTo>
                                  <a:pt x="3996466" y="295445"/>
                                </a:lnTo>
                                <a:lnTo>
                                  <a:pt x="3992836" y="294766"/>
                                </a:lnTo>
                                <a:lnTo>
                                  <a:pt x="3991702" y="294539"/>
                                </a:lnTo>
                                <a:lnTo>
                                  <a:pt x="3991021" y="294086"/>
                                </a:lnTo>
                                <a:lnTo>
                                  <a:pt x="3991021" y="293632"/>
                                </a:lnTo>
                                <a:lnTo>
                                  <a:pt x="3991021" y="293406"/>
                                </a:lnTo>
                                <a:lnTo>
                                  <a:pt x="3992156" y="292499"/>
                                </a:lnTo>
                                <a:lnTo>
                                  <a:pt x="3993744" y="291820"/>
                                </a:lnTo>
                                <a:lnTo>
                                  <a:pt x="3996466" y="291140"/>
                                </a:lnTo>
                                <a:lnTo>
                                  <a:pt x="3984896" y="290460"/>
                                </a:lnTo>
                                <a:lnTo>
                                  <a:pt x="3978998" y="290007"/>
                                </a:lnTo>
                                <a:lnTo>
                                  <a:pt x="3974688" y="289327"/>
                                </a:lnTo>
                                <a:lnTo>
                                  <a:pt x="3972873" y="289100"/>
                                </a:lnTo>
                                <a:lnTo>
                                  <a:pt x="3971966" y="288647"/>
                                </a:lnTo>
                                <a:lnTo>
                                  <a:pt x="3971512" y="288421"/>
                                </a:lnTo>
                                <a:lnTo>
                                  <a:pt x="3971966" y="287967"/>
                                </a:lnTo>
                                <a:lnTo>
                                  <a:pt x="3973100" y="287514"/>
                                </a:lnTo>
                                <a:lnTo>
                                  <a:pt x="3975369" y="287287"/>
                                </a:lnTo>
                                <a:lnTo>
                                  <a:pt x="3983082" y="286154"/>
                                </a:lnTo>
                                <a:lnTo>
                                  <a:pt x="3978771" y="280716"/>
                                </a:lnTo>
                                <a:lnTo>
                                  <a:pt x="3964707" y="278903"/>
                                </a:lnTo>
                                <a:lnTo>
                                  <a:pt x="3978545" y="277090"/>
                                </a:lnTo>
                                <a:lnTo>
                                  <a:pt x="3978998" y="275504"/>
                                </a:lnTo>
                                <a:lnTo>
                                  <a:pt x="3979679" y="274371"/>
                                </a:lnTo>
                                <a:lnTo>
                                  <a:pt x="3980586" y="273238"/>
                                </a:lnTo>
                                <a:lnTo>
                                  <a:pt x="3981947" y="271652"/>
                                </a:lnTo>
                                <a:lnTo>
                                  <a:pt x="3984896" y="269386"/>
                                </a:lnTo>
                                <a:lnTo>
                                  <a:pt x="3988299" y="267120"/>
                                </a:lnTo>
                                <a:lnTo>
                                  <a:pt x="3992156" y="265080"/>
                                </a:lnTo>
                                <a:lnTo>
                                  <a:pt x="3995785" y="263267"/>
                                </a:lnTo>
                                <a:lnTo>
                                  <a:pt x="4003044" y="259868"/>
                                </a:lnTo>
                                <a:lnTo>
                                  <a:pt x="4006220" y="258282"/>
                                </a:lnTo>
                                <a:lnTo>
                                  <a:pt x="4008716" y="257149"/>
                                </a:lnTo>
                                <a:lnTo>
                                  <a:pt x="4010304" y="256243"/>
                                </a:lnTo>
                                <a:lnTo>
                                  <a:pt x="4010757" y="255563"/>
                                </a:lnTo>
                                <a:lnTo>
                                  <a:pt x="4010984" y="255109"/>
                                </a:lnTo>
                                <a:lnTo>
                                  <a:pt x="4010757" y="254656"/>
                                </a:lnTo>
                                <a:lnTo>
                                  <a:pt x="4010304" y="254430"/>
                                </a:lnTo>
                                <a:lnTo>
                                  <a:pt x="4009623" y="253976"/>
                                </a:lnTo>
                                <a:lnTo>
                                  <a:pt x="4008489" y="253750"/>
                                </a:lnTo>
                                <a:lnTo>
                                  <a:pt x="4005086" y="253297"/>
                                </a:lnTo>
                                <a:lnTo>
                                  <a:pt x="3999868" y="253070"/>
                                </a:lnTo>
                                <a:lnTo>
                                  <a:pt x="4020512" y="248311"/>
                                </a:lnTo>
                                <a:lnTo>
                                  <a:pt x="4020966" y="248085"/>
                                </a:lnTo>
                                <a:close/>
                                <a:moveTo>
                                  <a:pt x="4624388" y="247724"/>
                                </a:moveTo>
                                <a:lnTo>
                                  <a:pt x="4625976" y="249313"/>
                                </a:lnTo>
                                <a:lnTo>
                                  <a:pt x="4624706" y="248677"/>
                                </a:lnTo>
                                <a:lnTo>
                                  <a:pt x="4624388" y="247724"/>
                                </a:lnTo>
                                <a:close/>
                                <a:moveTo>
                                  <a:pt x="3354388" y="247717"/>
                                </a:moveTo>
                                <a:lnTo>
                                  <a:pt x="3353917" y="247944"/>
                                </a:lnTo>
                                <a:lnTo>
                                  <a:pt x="3352974" y="248624"/>
                                </a:lnTo>
                                <a:lnTo>
                                  <a:pt x="3352502" y="248851"/>
                                </a:lnTo>
                                <a:lnTo>
                                  <a:pt x="3351323" y="249304"/>
                                </a:lnTo>
                                <a:lnTo>
                                  <a:pt x="3347551" y="249531"/>
                                </a:lnTo>
                                <a:lnTo>
                                  <a:pt x="3340242" y="249985"/>
                                </a:lnTo>
                                <a:lnTo>
                                  <a:pt x="3330575" y="250892"/>
                                </a:lnTo>
                                <a:lnTo>
                                  <a:pt x="3339770" y="248171"/>
                                </a:lnTo>
                                <a:lnTo>
                                  <a:pt x="3354388" y="247717"/>
                                </a:lnTo>
                                <a:close/>
                                <a:moveTo>
                                  <a:pt x="3378200" y="247716"/>
                                </a:moveTo>
                                <a:lnTo>
                                  <a:pt x="3377453" y="247981"/>
                                </a:lnTo>
                                <a:lnTo>
                                  <a:pt x="3365500" y="249304"/>
                                </a:lnTo>
                                <a:lnTo>
                                  <a:pt x="3371726" y="247981"/>
                                </a:lnTo>
                                <a:lnTo>
                                  <a:pt x="3378200" y="247716"/>
                                </a:lnTo>
                                <a:close/>
                                <a:moveTo>
                                  <a:pt x="3408438" y="247716"/>
                                </a:moveTo>
                                <a:lnTo>
                                  <a:pt x="3419936" y="248181"/>
                                </a:lnTo>
                                <a:lnTo>
                                  <a:pt x="3420838" y="250039"/>
                                </a:lnTo>
                                <a:lnTo>
                                  <a:pt x="3420838" y="250736"/>
                                </a:lnTo>
                                <a:lnTo>
                                  <a:pt x="3420612" y="251433"/>
                                </a:lnTo>
                                <a:lnTo>
                                  <a:pt x="3420161" y="251897"/>
                                </a:lnTo>
                                <a:lnTo>
                                  <a:pt x="3419485" y="252595"/>
                                </a:lnTo>
                                <a:lnTo>
                                  <a:pt x="3418132" y="253524"/>
                                </a:lnTo>
                                <a:lnTo>
                                  <a:pt x="3415878" y="254221"/>
                                </a:lnTo>
                                <a:lnTo>
                                  <a:pt x="3412947" y="254917"/>
                                </a:lnTo>
                                <a:lnTo>
                                  <a:pt x="3409566" y="255847"/>
                                </a:lnTo>
                                <a:lnTo>
                                  <a:pt x="3401224" y="257241"/>
                                </a:lnTo>
                                <a:lnTo>
                                  <a:pt x="3382963" y="256079"/>
                                </a:lnTo>
                                <a:lnTo>
                                  <a:pt x="3391568" y="251532"/>
                                </a:lnTo>
                                <a:lnTo>
                                  <a:pt x="3408438" y="247716"/>
                                </a:lnTo>
                                <a:close/>
                                <a:moveTo>
                                  <a:pt x="4010621" y="246135"/>
                                </a:moveTo>
                                <a:lnTo>
                                  <a:pt x="4014788" y="247723"/>
                                </a:lnTo>
                                <a:lnTo>
                                  <a:pt x="4010025" y="247723"/>
                                </a:lnTo>
                                <a:lnTo>
                                  <a:pt x="4010621" y="246135"/>
                                </a:lnTo>
                                <a:close/>
                                <a:moveTo>
                                  <a:pt x="3367088" y="246129"/>
                                </a:moveTo>
                                <a:lnTo>
                                  <a:pt x="3366870" y="246835"/>
                                </a:lnTo>
                                <a:lnTo>
                                  <a:pt x="3355975" y="249304"/>
                                </a:lnTo>
                                <a:lnTo>
                                  <a:pt x="3360769" y="246835"/>
                                </a:lnTo>
                                <a:lnTo>
                                  <a:pt x="3367088" y="246129"/>
                                </a:lnTo>
                                <a:close/>
                                <a:moveTo>
                                  <a:pt x="3405188" y="246129"/>
                                </a:moveTo>
                                <a:lnTo>
                                  <a:pt x="3405188" y="246481"/>
                                </a:lnTo>
                                <a:lnTo>
                                  <a:pt x="3386138" y="249304"/>
                                </a:lnTo>
                                <a:lnTo>
                                  <a:pt x="3398532" y="246658"/>
                                </a:lnTo>
                                <a:lnTo>
                                  <a:pt x="3405188" y="246129"/>
                                </a:lnTo>
                                <a:close/>
                                <a:moveTo>
                                  <a:pt x="3352801" y="244545"/>
                                </a:moveTo>
                                <a:lnTo>
                                  <a:pt x="3348038" y="246133"/>
                                </a:lnTo>
                                <a:lnTo>
                                  <a:pt x="3351372" y="244809"/>
                                </a:lnTo>
                                <a:lnTo>
                                  <a:pt x="3352801" y="244545"/>
                                </a:lnTo>
                                <a:close/>
                                <a:moveTo>
                                  <a:pt x="3384550" y="244541"/>
                                </a:moveTo>
                                <a:lnTo>
                                  <a:pt x="3384343" y="245136"/>
                                </a:lnTo>
                                <a:lnTo>
                                  <a:pt x="3375025" y="246129"/>
                                </a:lnTo>
                                <a:lnTo>
                                  <a:pt x="3376268" y="245930"/>
                                </a:lnTo>
                                <a:lnTo>
                                  <a:pt x="3378131" y="245533"/>
                                </a:lnTo>
                                <a:lnTo>
                                  <a:pt x="3384550" y="244541"/>
                                </a:lnTo>
                                <a:close/>
                                <a:moveTo>
                                  <a:pt x="4035937" y="244349"/>
                                </a:moveTo>
                                <a:lnTo>
                                  <a:pt x="4037013" y="244746"/>
                                </a:lnTo>
                                <a:lnTo>
                                  <a:pt x="4035162" y="244389"/>
                                </a:lnTo>
                                <a:lnTo>
                                  <a:pt x="4035937" y="244349"/>
                                </a:lnTo>
                                <a:close/>
                                <a:moveTo>
                                  <a:pt x="4027757" y="242960"/>
                                </a:moveTo>
                                <a:lnTo>
                                  <a:pt x="4035162" y="244389"/>
                                </a:lnTo>
                                <a:lnTo>
                                  <a:pt x="4032062" y="244548"/>
                                </a:lnTo>
                                <a:lnTo>
                                  <a:pt x="4036367" y="245738"/>
                                </a:lnTo>
                                <a:lnTo>
                                  <a:pt x="4028834" y="246135"/>
                                </a:lnTo>
                                <a:lnTo>
                                  <a:pt x="4028403" y="246135"/>
                                </a:lnTo>
                                <a:lnTo>
                                  <a:pt x="4024313" y="244151"/>
                                </a:lnTo>
                                <a:lnTo>
                                  <a:pt x="4027757" y="242960"/>
                                </a:lnTo>
                                <a:close/>
                                <a:moveTo>
                                  <a:pt x="3897842" y="242950"/>
                                </a:moveTo>
                                <a:lnTo>
                                  <a:pt x="3902075" y="243268"/>
                                </a:lnTo>
                                <a:lnTo>
                                  <a:pt x="3900429" y="244538"/>
                                </a:lnTo>
                                <a:lnTo>
                                  <a:pt x="3895725" y="243585"/>
                                </a:lnTo>
                                <a:lnTo>
                                  <a:pt x="3897842" y="242950"/>
                                </a:lnTo>
                                <a:close/>
                                <a:moveTo>
                                  <a:pt x="3912054" y="242950"/>
                                </a:moveTo>
                                <a:lnTo>
                                  <a:pt x="3912281" y="242950"/>
                                </a:lnTo>
                                <a:lnTo>
                                  <a:pt x="3913188" y="243744"/>
                                </a:lnTo>
                                <a:lnTo>
                                  <a:pt x="3910920" y="244538"/>
                                </a:lnTo>
                                <a:lnTo>
                                  <a:pt x="3910013" y="244538"/>
                                </a:lnTo>
                                <a:lnTo>
                                  <a:pt x="3910013" y="243744"/>
                                </a:lnTo>
                                <a:lnTo>
                                  <a:pt x="3910240" y="243744"/>
                                </a:lnTo>
                                <a:lnTo>
                                  <a:pt x="3910694" y="243744"/>
                                </a:lnTo>
                                <a:lnTo>
                                  <a:pt x="3910920" y="243744"/>
                                </a:lnTo>
                                <a:lnTo>
                                  <a:pt x="3911147" y="243744"/>
                                </a:lnTo>
                                <a:lnTo>
                                  <a:pt x="3911374" y="243744"/>
                                </a:lnTo>
                                <a:lnTo>
                                  <a:pt x="3911601" y="243744"/>
                                </a:lnTo>
                                <a:lnTo>
                                  <a:pt x="3911828" y="243744"/>
                                </a:lnTo>
                                <a:lnTo>
                                  <a:pt x="3912054" y="243744"/>
                                </a:lnTo>
                                <a:lnTo>
                                  <a:pt x="3912054" y="242950"/>
                                </a:lnTo>
                                <a:close/>
                                <a:moveTo>
                                  <a:pt x="4032250" y="241372"/>
                                </a:moveTo>
                                <a:lnTo>
                                  <a:pt x="4032739" y="241372"/>
                                </a:lnTo>
                                <a:lnTo>
                                  <a:pt x="4038112" y="243082"/>
                                </a:lnTo>
                                <a:lnTo>
                                  <a:pt x="4038600" y="244547"/>
                                </a:lnTo>
                                <a:lnTo>
                                  <a:pt x="4032250" y="241372"/>
                                </a:lnTo>
                                <a:close/>
                                <a:moveTo>
                                  <a:pt x="3357563" y="241367"/>
                                </a:moveTo>
                                <a:lnTo>
                                  <a:pt x="3357563" y="241605"/>
                                </a:lnTo>
                                <a:lnTo>
                                  <a:pt x="3357563" y="242081"/>
                                </a:lnTo>
                                <a:lnTo>
                                  <a:pt x="3357093" y="242796"/>
                                </a:lnTo>
                                <a:lnTo>
                                  <a:pt x="3356152" y="243510"/>
                                </a:lnTo>
                                <a:lnTo>
                                  <a:pt x="3354976" y="243987"/>
                                </a:lnTo>
                                <a:lnTo>
                                  <a:pt x="3352624" y="244463"/>
                                </a:lnTo>
                                <a:lnTo>
                                  <a:pt x="3349802" y="245177"/>
                                </a:lnTo>
                                <a:lnTo>
                                  <a:pt x="3345334" y="245654"/>
                                </a:lnTo>
                                <a:lnTo>
                                  <a:pt x="3339924" y="246130"/>
                                </a:lnTo>
                                <a:lnTo>
                                  <a:pt x="3341335" y="244939"/>
                                </a:lnTo>
                                <a:lnTo>
                                  <a:pt x="3341100" y="244701"/>
                                </a:lnTo>
                                <a:lnTo>
                                  <a:pt x="3338513" y="244463"/>
                                </a:lnTo>
                                <a:lnTo>
                                  <a:pt x="3348861" y="241844"/>
                                </a:lnTo>
                                <a:lnTo>
                                  <a:pt x="3357563" y="241367"/>
                                </a:lnTo>
                                <a:close/>
                                <a:moveTo>
                                  <a:pt x="4603971" y="240833"/>
                                </a:moveTo>
                                <a:lnTo>
                                  <a:pt x="4610776" y="243779"/>
                                </a:lnTo>
                                <a:lnTo>
                                  <a:pt x="4614195" y="245261"/>
                                </a:lnTo>
                                <a:lnTo>
                                  <a:pt x="4608735" y="243099"/>
                                </a:lnTo>
                                <a:lnTo>
                                  <a:pt x="4603971" y="240833"/>
                                </a:lnTo>
                                <a:close/>
                                <a:moveTo>
                                  <a:pt x="4299642" y="239786"/>
                                </a:moveTo>
                                <a:lnTo>
                                  <a:pt x="4308860" y="241666"/>
                                </a:lnTo>
                                <a:lnTo>
                                  <a:pt x="4311164" y="243546"/>
                                </a:lnTo>
                                <a:lnTo>
                                  <a:pt x="4312316" y="245217"/>
                                </a:lnTo>
                                <a:lnTo>
                                  <a:pt x="4313238" y="246262"/>
                                </a:lnTo>
                                <a:lnTo>
                                  <a:pt x="4313238" y="246679"/>
                                </a:lnTo>
                                <a:lnTo>
                                  <a:pt x="4312777" y="247097"/>
                                </a:lnTo>
                                <a:lnTo>
                                  <a:pt x="4312086" y="247515"/>
                                </a:lnTo>
                                <a:lnTo>
                                  <a:pt x="4310934" y="247724"/>
                                </a:lnTo>
                                <a:lnTo>
                                  <a:pt x="4309090" y="247724"/>
                                </a:lnTo>
                                <a:lnTo>
                                  <a:pt x="4307247" y="247724"/>
                                </a:lnTo>
                                <a:lnTo>
                                  <a:pt x="4302638" y="247097"/>
                                </a:lnTo>
                                <a:lnTo>
                                  <a:pt x="4297568" y="246053"/>
                                </a:lnTo>
                                <a:lnTo>
                                  <a:pt x="4293190" y="244800"/>
                                </a:lnTo>
                                <a:lnTo>
                                  <a:pt x="4289733" y="243755"/>
                                </a:lnTo>
                                <a:lnTo>
                                  <a:pt x="4290655" y="243546"/>
                                </a:lnTo>
                                <a:lnTo>
                                  <a:pt x="4284663" y="240622"/>
                                </a:lnTo>
                                <a:lnTo>
                                  <a:pt x="4299642" y="239786"/>
                                </a:lnTo>
                                <a:close/>
                                <a:moveTo>
                                  <a:pt x="3995571" y="239786"/>
                                </a:moveTo>
                                <a:lnTo>
                                  <a:pt x="3997326" y="241374"/>
                                </a:lnTo>
                                <a:lnTo>
                                  <a:pt x="3992563" y="241374"/>
                                </a:lnTo>
                                <a:lnTo>
                                  <a:pt x="3995571" y="239786"/>
                                </a:lnTo>
                                <a:close/>
                                <a:moveTo>
                                  <a:pt x="3398550" y="238195"/>
                                </a:moveTo>
                                <a:lnTo>
                                  <a:pt x="3398838" y="238195"/>
                                </a:lnTo>
                                <a:lnTo>
                                  <a:pt x="3392488" y="239782"/>
                                </a:lnTo>
                                <a:lnTo>
                                  <a:pt x="3398550" y="238195"/>
                                </a:lnTo>
                                <a:close/>
                                <a:moveTo>
                                  <a:pt x="3443318" y="238191"/>
                                </a:moveTo>
                                <a:lnTo>
                                  <a:pt x="3459163" y="240849"/>
                                </a:lnTo>
                                <a:lnTo>
                                  <a:pt x="3457785" y="241292"/>
                                </a:lnTo>
                                <a:lnTo>
                                  <a:pt x="3454341" y="242842"/>
                                </a:lnTo>
                                <a:lnTo>
                                  <a:pt x="3450667" y="244171"/>
                                </a:lnTo>
                                <a:lnTo>
                                  <a:pt x="3446074" y="245722"/>
                                </a:lnTo>
                                <a:lnTo>
                                  <a:pt x="3440333" y="246829"/>
                                </a:lnTo>
                                <a:lnTo>
                                  <a:pt x="3437347" y="247273"/>
                                </a:lnTo>
                                <a:lnTo>
                                  <a:pt x="3434592" y="247494"/>
                                </a:lnTo>
                                <a:lnTo>
                                  <a:pt x="3431606" y="247716"/>
                                </a:lnTo>
                                <a:lnTo>
                                  <a:pt x="3428621" y="247494"/>
                                </a:lnTo>
                                <a:lnTo>
                                  <a:pt x="3425636" y="247273"/>
                                </a:lnTo>
                                <a:lnTo>
                                  <a:pt x="3422650" y="246608"/>
                                </a:lnTo>
                                <a:lnTo>
                                  <a:pt x="3434821" y="243064"/>
                                </a:lnTo>
                                <a:lnTo>
                                  <a:pt x="3438266" y="242399"/>
                                </a:lnTo>
                                <a:lnTo>
                                  <a:pt x="3437347" y="239963"/>
                                </a:lnTo>
                                <a:lnTo>
                                  <a:pt x="3443318" y="238191"/>
                                </a:lnTo>
                                <a:close/>
                                <a:moveTo>
                                  <a:pt x="4330700" y="236611"/>
                                </a:moveTo>
                                <a:lnTo>
                                  <a:pt x="4335463" y="238199"/>
                                </a:lnTo>
                                <a:lnTo>
                                  <a:pt x="4333876" y="238199"/>
                                </a:lnTo>
                                <a:lnTo>
                                  <a:pt x="4330700" y="236611"/>
                                </a:lnTo>
                                <a:close/>
                                <a:moveTo>
                                  <a:pt x="3416301" y="235019"/>
                                </a:moveTo>
                                <a:lnTo>
                                  <a:pt x="3416064" y="235752"/>
                                </a:lnTo>
                                <a:lnTo>
                                  <a:pt x="3415827" y="236485"/>
                                </a:lnTo>
                                <a:lnTo>
                                  <a:pt x="3415352" y="237217"/>
                                </a:lnTo>
                                <a:lnTo>
                                  <a:pt x="3414404" y="237462"/>
                                </a:lnTo>
                                <a:lnTo>
                                  <a:pt x="3412743" y="237706"/>
                                </a:lnTo>
                                <a:lnTo>
                                  <a:pt x="3407050" y="237950"/>
                                </a:lnTo>
                                <a:lnTo>
                                  <a:pt x="3395663" y="238194"/>
                                </a:lnTo>
                                <a:lnTo>
                                  <a:pt x="3404678" y="235263"/>
                                </a:lnTo>
                                <a:lnTo>
                                  <a:pt x="3416301" y="235019"/>
                                </a:lnTo>
                                <a:close/>
                                <a:moveTo>
                                  <a:pt x="4422775" y="230262"/>
                                </a:moveTo>
                                <a:lnTo>
                                  <a:pt x="4423002" y="230262"/>
                                </a:lnTo>
                                <a:lnTo>
                                  <a:pt x="4429125" y="231850"/>
                                </a:lnTo>
                                <a:lnTo>
                                  <a:pt x="4422775" y="230262"/>
                                </a:lnTo>
                                <a:close/>
                                <a:moveTo>
                                  <a:pt x="3986610" y="230261"/>
                                </a:moveTo>
                                <a:lnTo>
                                  <a:pt x="3989388" y="230856"/>
                                </a:lnTo>
                                <a:lnTo>
                                  <a:pt x="3989388" y="231055"/>
                                </a:lnTo>
                                <a:lnTo>
                                  <a:pt x="3984625" y="231849"/>
                                </a:lnTo>
                                <a:lnTo>
                                  <a:pt x="3986610" y="230261"/>
                                </a:lnTo>
                                <a:close/>
                                <a:moveTo>
                                  <a:pt x="2172931" y="227100"/>
                                </a:moveTo>
                                <a:lnTo>
                                  <a:pt x="2148505" y="236692"/>
                                </a:lnTo>
                                <a:lnTo>
                                  <a:pt x="2116752" y="249387"/>
                                </a:lnTo>
                                <a:lnTo>
                                  <a:pt x="2085000" y="262310"/>
                                </a:lnTo>
                                <a:lnTo>
                                  <a:pt x="2053474" y="275685"/>
                                </a:lnTo>
                                <a:lnTo>
                                  <a:pt x="2022175" y="289288"/>
                                </a:lnTo>
                                <a:lnTo>
                                  <a:pt x="1990650" y="303344"/>
                                </a:lnTo>
                                <a:lnTo>
                                  <a:pt x="1959577" y="317626"/>
                                </a:lnTo>
                                <a:lnTo>
                                  <a:pt x="1928732" y="332135"/>
                                </a:lnTo>
                                <a:lnTo>
                                  <a:pt x="1897887" y="346871"/>
                                </a:lnTo>
                                <a:lnTo>
                                  <a:pt x="1868455" y="361472"/>
                                </a:lnTo>
                                <a:lnTo>
                                  <a:pt x="1869083" y="361154"/>
                                </a:lnTo>
                                <a:lnTo>
                                  <a:pt x="1901969" y="344831"/>
                                </a:lnTo>
                                <a:lnTo>
                                  <a:pt x="1935083" y="328962"/>
                                </a:lnTo>
                                <a:lnTo>
                                  <a:pt x="1968196" y="313546"/>
                                </a:lnTo>
                                <a:lnTo>
                                  <a:pt x="2001309" y="298356"/>
                                </a:lnTo>
                                <a:lnTo>
                                  <a:pt x="2034876" y="283620"/>
                                </a:lnTo>
                                <a:lnTo>
                                  <a:pt x="2068443" y="269111"/>
                                </a:lnTo>
                                <a:lnTo>
                                  <a:pt x="2102237" y="255055"/>
                                </a:lnTo>
                                <a:lnTo>
                                  <a:pt x="2136257" y="241453"/>
                                </a:lnTo>
                                <a:lnTo>
                                  <a:pt x="2170278" y="228077"/>
                                </a:lnTo>
                                <a:lnTo>
                                  <a:pt x="2172931" y="227100"/>
                                </a:lnTo>
                                <a:close/>
                                <a:moveTo>
                                  <a:pt x="4578337" y="226784"/>
                                </a:moveTo>
                                <a:lnTo>
                                  <a:pt x="4585142" y="226784"/>
                                </a:lnTo>
                                <a:lnTo>
                                  <a:pt x="4591721" y="227010"/>
                                </a:lnTo>
                                <a:lnTo>
                                  <a:pt x="4597619" y="227463"/>
                                </a:lnTo>
                                <a:lnTo>
                                  <a:pt x="4602610" y="228143"/>
                                </a:lnTo>
                                <a:lnTo>
                                  <a:pt x="4607147" y="229276"/>
                                </a:lnTo>
                                <a:lnTo>
                                  <a:pt x="4608735" y="229730"/>
                                </a:lnTo>
                                <a:lnTo>
                                  <a:pt x="4610096" y="230409"/>
                                </a:lnTo>
                                <a:lnTo>
                                  <a:pt x="4611003" y="231089"/>
                                </a:lnTo>
                                <a:lnTo>
                                  <a:pt x="4611684" y="231769"/>
                                </a:lnTo>
                                <a:lnTo>
                                  <a:pt x="4613725" y="231543"/>
                                </a:lnTo>
                                <a:lnTo>
                                  <a:pt x="4615994" y="231543"/>
                                </a:lnTo>
                                <a:lnTo>
                                  <a:pt x="4618716" y="231543"/>
                                </a:lnTo>
                                <a:lnTo>
                                  <a:pt x="4621438" y="231996"/>
                                </a:lnTo>
                                <a:lnTo>
                                  <a:pt x="4626429" y="233129"/>
                                </a:lnTo>
                                <a:lnTo>
                                  <a:pt x="4629753" y="233793"/>
                                </a:lnTo>
                                <a:lnTo>
                                  <a:pt x="4631490" y="234604"/>
                                </a:lnTo>
                                <a:lnTo>
                                  <a:pt x="4630739" y="234488"/>
                                </a:lnTo>
                                <a:lnTo>
                                  <a:pt x="4623707" y="233129"/>
                                </a:lnTo>
                                <a:lnTo>
                                  <a:pt x="4625748" y="234262"/>
                                </a:lnTo>
                                <a:lnTo>
                                  <a:pt x="4620531" y="232675"/>
                                </a:lnTo>
                                <a:lnTo>
                                  <a:pt x="4626202" y="234942"/>
                                </a:lnTo>
                                <a:lnTo>
                                  <a:pt x="4632100" y="237208"/>
                                </a:lnTo>
                                <a:lnTo>
                                  <a:pt x="4638225" y="238794"/>
                                </a:lnTo>
                                <a:lnTo>
                                  <a:pt x="4644350" y="240607"/>
                                </a:lnTo>
                                <a:lnTo>
                                  <a:pt x="4631490" y="234604"/>
                                </a:lnTo>
                                <a:lnTo>
                                  <a:pt x="4633688" y="234942"/>
                                </a:lnTo>
                                <a:lnTo>
                                  <a:pt x="4634142" y="234942"/>
                                </a:lnTo>
                                <a:lnTo>
                                  <a:pt x="4633688" y="234715"/>
                                </a:lnTo>
                                <a:lnTo>
                                  <a:pt x="4630966" y="234035"/>
                                </a:lnTo>
                                <a:lnTo>
                                  <a:pt x="4629753" y="233793"/>
                                </a:lnTo>
                                <a:lnTo>
                                  <a:pt x="4620077" y="229276"/>
                                </a:lnTo>
                                <a:lnTo>
                                  <a:pt x="4622119" y="229276"/>
                                </a:lnTo>
                                <a:lnTo>
                                  <a:pt x="4625068" y="229730"/>
                                </a:lnTo>
                                <a:lnTo>
                                  <a:pt x="4633008" y="231543"/>
                                </a:lnTo>
                                <a:lnTo>
                                  <a:pt x="4642762" y="234035"/>
                                </a:lnTo>
                                <a:lnTo>
                                  <a:pt x="4652517" y="236981"/>
                                </a:lnTo>
                                <a:lnTo>
                                  <a:pt x="4668396" y="241740"/>
                                </a:lnTo>
                                <a:lnTo>
                                  <a:pt x="4671799" y="243099"/>
                                </a:lnTo>
                                <a:lnTo>
                                  <a:pt x="4672026" y="243326"/>
                                </a:lnTo>
                                <a:lnTo>
                                  <a:pt x="4670892" y="243099"/>
                                </a:lnTo>
                                <a:lnTo>
                                  <a:pt x="4693803" y="249898"/>
                                </a:lnTo>
                                <a:lnTo>
                                  <a:pt x="4683595" y="244912"/>
                                </a:lnTo>
                                <a:lnTo>
                                  <a:pt x="4684276" y="244912"/>
                                </a:lnTo>
                                <a:lnTo>
                                  <a:pt x="4705373" y="254203"/>
                                </a:lnTo>
                                <a:lnTo>
                                  <a:pt x="4726924" y="263721"/>
                                </a:lnTo>
                                <a:lnTo>
                                  <a:pt x="4772294" y="284115"/>
                                </a:lnTo>
                                <a:lnTo>
                                  <a:pt x="4818798" y="305869"/>
                                </a:lnTo>
                                <a:lnTo>
                                  <a:pt x="4866210" y="328303"/>
                                </a:lnTo>
                                <a:lnTo>
                                  <a:pt x="4913395" y="350964"/>
                                </a:lnTo>
                                <a:lnTo>
                                  <a:pt x="4959672" y="373398"/>
                                </a:lnTo>
                                <a:lnTo>
                                  <a:pt x="5004135" y="395378"/>
                                </a:lnTo>
                                <a:lnTo>
                                  <a:pt x="5046329" y="416226"/>
                                </a:lnTo>
                                <a:lnTo>
                                  <a:pt x="5029769" y="408295"/>
                                </a:lnTo>
                                <a:lnTo>
                                  <a:pt x="5020241" y="403536"/>
                                </a:lnTo>
                                <a:lnTo>
                                  <a:pt x="5016385" y="401950"/>
                                </a:lnTo>
                                <a:lnTo>
                                  <a:pt x="5016611" y="402177"/>
                                </a:lnTo>
                                <a:lnTo>
                                  <a:pt x="5017519" y="402856"/>
                                </a:lnTo>
                                <a:lnTo>
                                  <a:pt x="5030449" y="409655"/>
                                </a:lnTo>
                                <a:lnTo>
                                  <a:pt x="5050639" y="420305"/>
                                </a:lnTo>
                                <a:lnTo>
                                  <a:pt x="5070375" y="430502"/>
                                </a:lnTo>
                                <a:lnTo>
                                  <a:pt x="5077634" y="434128"/>
                                </a:lnTo>
                                <a:lnTo>
                                  <a:pt x="5081491" y="435941"/>
                                </a:lnTo>
                                <a:lnTo>
                                  <a:pt x="5081944" y="436167"/>
                                </a:lnTo>
                                <a:lnTo>
                                  <a:pt x="5081264" y="435714"/>
                                </a:lnTo>
                                <a:lnTo>
                                  <a:pt x="5080658" y="435329"/>
                                </a:lnTo>
                                <a:lnTo>
                                  <a:pt x="5095555" y="443872"/>
                                </a:lnTo>
                                <a:lnTo>
                                  <a:pt x="5120282" y="457922"/>
                                </a:lnTo>
                                <a:lnTo>
                                  <a:pt x="5144555" y="472651"/>
                                </a:lnTo>
                                <a:lnTo>
                                  <a:pt x="5168601" y="487380"/>
                                </a:lnTo>
                                <a:lnTo>
                                  <a:pt x="5192647" y="502336"/>
                                </a:lnTo>
                                <a:lnTo>
                                  <a:pt x="5216466" y="517519"/>
                                </a:lnTo>
                                <a:lnTo>
                                  <a:pt x="5240286" y="533155"/>
                                </a:lnTo>
                                <a:lnTo>
                                  <a:pt x="5264105" y="548337"/>
                                </a:lnTo>
                                <a:lnTo>
                                  <a:pt x="5287697" y="564200"/>
                                </a:lnTo>
                                <a:lnTo>
                                  <a:pt x="5334882" y="595698"/>
                                </a:lnTo>
                                <a:lnTo>
                                  <a:pt x="5428798" y="659148"/>
                                </a:lnTo>
                                <a:lnTo>
                                  <a:pt x="5428345" y="662093"/>
                                </a:lnTo>
                                <a:lnTo>
                                  <a:pt x="5427891" y="663453"/>
                                </a:lnTo>
                                <a:lnTo>
                                  <a:pt x="5426983" y="664586"/>
                                </a:lnTo>
                                <a:lnTo>
                                  <a:pt x="5426303" y="665946"/>
                                </a:lnTo>
                                <a:lnTo>
                                  <a:pt x="5425622" y="666852"/>
                                </a:lnTo>
                                <a:lnTo>
                                  <a:pt x="5424715" y="667759"/>
                                </a:lnTo>
                                <a:lnTo>
                                  <a:pt x="5423581" y="668892"/>
                                </a:lnTo>
                                <a:lnTo>
                                  <a:pt x="5422446" y="669571"/>
                                </a:lnTo>
                                <a:lnTo>
                                  <a:pt x="5421312" y="670251"/>
                                </a:lnTo>
                                <a:lnTo>
                                  <a:pt x="5418363" y="671158"/>
                                </a:lnTo>
                                <a:lnTo>
                                  <a:pt x="5414734" y="671837"/>
                                </a:lnTo>
                                <a:lnTo>
                                  <a:pt x="5410877" y="672064"/>
                                </a:lnTo>
                                <a:lnTo>
                                  <a:pt x="5406113" y="674557"/>
                                </a:lnTo>
                                <a:lnTo>
                                  <a:pt x="5401349" y="677050"/>
                                </a:lnTo>
                                <a:lnTo>
                                  <a:pt x="5396812" y="678862"/>
                                </a:lnTo>
                                <a:lnTo>
                                  <a:pt x="5392275" y="680222"/>
                                </a:lnTo>
                                <a:lnTo>
                                  <a:pt x="5387965" y="680902"/>
                                </a:lnTo>
                                <a:lnTo>
                                  <a:pt x="5383428" y="681128"/>
                                </a:lnTo>
                                <a:lnTo>
                                  <a:pt x="5379345" y="680902"/>
                                </a:lnTo>
                                <a:lnTo>
                                  <a:pt x="5375262" y="680222"/>
                                </a:lnTo>
                                <a:lnTo>
                                  <a:pt x="5372881" y="679383"/>
                                </a:lnTo>
                                <a:lnTo>
                                  <a:pt x="5355072" y="665946"/>
                                </a:lnTo>
                                <a:lnTo>
                                  <a:pt x="5351112" y="663020"/>
                                </a:lnTo>
                                <a:lnTo>
                                  <a:pt x="5348947" y="660281"/>
                                </a:lnTo>
                                <a:lnTo>
                                  <a:pt x="5345544" y="655522"/>
                                </a:lnTo>
                                <a:lnTo>
                                  <a:pt x="5319683" y="636487"/>
                                </a:lnTo>
                                <a:lnTo>
                                  <a:pt x="5293596" y="617905"/>
                                </a:lnTo>
                                <a:lnTo>
                                  <a:pt x="5267054" y="599550"/>
                                </a:lnTo>
                                <a:lnTo>
                                  <a:pt x="5240513" y="581422"/>
                                </a:lnTo>
                                <a:lnTo>
                                  <a:pt x="5213971" y="563520"/>
                                </a:lnTo>
                                <a:lnTo>
                                  <a:pt x="5186976" y="545845"/>
                                </a:lnTo>
                                <a:lnTo>
                                  <a:pt x="5159981" y="528396"/>
                                </a:lnTo>
                                <a:lnTo>
                                  <a:pt x="5132986" y="511401"/>
                                </a:lnTo>
                                <a:lnTo>
                                  <a:pt x="5105537" y="494405"/>
                                </a:lnTo>
                                <a:lnTo>
                                  <a:pt x="5078315" y="477863"/>
                                </a:lnTo>
                                <a:lnTo>
                                  <a:pt x="5050639" y="461321"/>
                                </a:lnTo>
                                <a:lnTo>
                                  <a:pt x="5022963" y="445458"/>
                                </a:lnTo>
                                <a:lnTo>
                                  <a:pt x="4995061" y="429596"/>
                                </a:lnTo>
                                <a:lnTo>
                                  <a:pt x="4966931" y="413960"/>
                                </a:lnTo>
                                <a:lnTo>
                                  <a:pt x="4938802" y="398778"/>
                                </a:lnTo>
                                <a:lnTo>
                                  <a:pt x="4910672" y="383595"/>
                                </a:lnTo>
                                <a:lnTo>
                                  <a:pt x="4882089" y="368866"/>
                                </a:lnTo>
                                <a:lnTo>
                                  <a:pt x="4853506" y="354589"/>
                                </a:lnTo>
                                <a:lnTo>
                                  <a:pt x="4824696" y="340087"/>
                                </a:lnTo>
                                <a:lnTo>
                                  <a:pt x="4796113" y="326264"/>
                                </a:lnTo>
                                <a:lnTo>
                                  <a:pt x="4767076" y="312441"/>
                                </a:lnTo>
                                <a:lnTo>
                                  <a:pt x="4737812" y="299071"/>
                                </a:lnTo>
                                <a:lnTo>
                                  <a:pt x="4708776" y="285928"/>
                                </a:lnTo>
                                <a:lnTo>
                                  <a:pt x="4679285" y="273465"/>
                                </a:lnTo>
                                <a:lnTo>
                                  <a:pt x="4634362" y="253999"/>
                                </a:lnTo>
                                <a:lnTo>
                                  <a:pt x="4632881" y="253830"/>
                                </a:lnTo>
                                <a:lnTo>
                                  <a:pt x="4625975" y="250899"/>
                                </a:lnTo>
                                <a:lnTo>
                                  <a:pt x="4628478" y="251450"/>
                                </a:lnTo>
                                <a:lnTo>
                                  <a:pt x="4614195" y="245261"/>
                                </a:lnTo>
                                <a:lnTo>
                                  <a:pt x="4620758" y="247858"/>
                                </a:lnTo>
                                <a:lnTo>
                                  <a:pt x="4630273" y="251844"/>
                                </a:lnTo>
                                <a:lnTo>
                                  <a:pt x="4632643" y="252365"/>
                                </a:lnTo>
                                <a:lnTo>
                                  <a:pt x="4635191" y="253890"/>
                                </a:lnTo>
                                <a:lnTo>
                                  <a:pt x="4641401" y="256243"/>
                                </a:lnTo>
                                <a:lnTo>
                                  <a:pt x="4646392" y="257829"/>
                                </a:lnTo>
                                <a:lnTo>
                                  <a:pt x="4649794" y="258735"/>
                                </a:lnTo>
                                <a:lnTo>
                                  <a:pt x="4650702" y="258735"/>
                                </a:lnTo>
                                <a:lnTo>
                                  <a:pt x="4650929" y="258509"/>
                                </a:lnTo>
                                <a:lnTo>
                                  <a:pt x="4650929" y="258282"/>
                                </a:lnTo>
                                <a:lnTo>
                                  <a:pt x="4642762" y="255789"/>
                                </a:lnTo>
                                <a:lnTo>
                                  <a:pt x="4638906" y="254430"/>
                                </a:lnTo>
                                <a:lnTo>
                                  <a:pt x="4635730" y="253070"/>
                                </a:lnTo>
                                <a:lnTo>
                                  <a:pt x="4634596" y="252390"/>
                                </a:lnTo>
                                <a:lnTo>
                                  <a:pt x="4633915" y="251937"/>
                                </a:lnTo>
                                <a:lnTo>
                                  <a:pt x="4633688" y="251484"/>
                                </a:lnTo>
                                <a:lnTo>
                                  <a:pt x="4633915" y="251031"/>
                                </a:lnTo>
                                <a:lnTo>
                                  <a:pt x="4634822" y="250804"/>
                                </a:lnTo>
                                <a:lnTo>
                                  <a:pt x="4636183" y="250577"/>
                                </a:lnTo>
                                <a:lnTo>
                                  <a:pt x="4641628" y="250804"/>
                                </a:lnTo>
                                <a:lnTo>
                                  <a:pt x="4623707" y="245139"/>
                                </a:lnTo>
                                <a:lnTo>
                                  <a:pt x="4606012" y="239474"/>
                                </a:lnTo>
                                <a:lnTo>
                                  <a:pt x="4588545" y="233355"/>
                                </a:lnTo>
                                <a:lnTo>
                                  <a:pt x="4571304" y="227010"/>
                                </a:lnTo>
                                <a:lnTo>
                                  <a:pt x="4578337" y="226784"/>
                                </a:lnTo>
                                <a:close/>
                                <a:moveTo>
                                  <a:pt x="4538380" y="217080"/>
                                </a:moveTo>
                                <a:lnTo>
                                  <a:pt x="4542842" y="218736"/>
                                </a:lnTo>
                                <a:lnTo>
                                  <a:pt x="4543288" y="219150"/>
                                </a:lnTo>
                                <a:lnTo>
                                  <a:pt x="4538380" y="218529"/>
                                </a:lnTo>
                                <a:lnTo>
                                  <a:pt x="4538380" y="217701"/>
                                </a:lnTo>
                                <a:lnTo>
                                  <a:pt x="4538380" y="217080"/>
                                </a:lnTo>
                                <a:close/>
                                <a:moveTo>
                                  <a:pt x="4206075" y="214774"/>
                                </a:moveTo>
                                <a:lnTo>
                                  <a:pt x="4225584" y="218626"/>
                                </a:lnTo>
                                <a:lnTo>
                                  <a:pt x="4235339" y="220665"/>
                                </a:lnTo>
                                <a:lnTo>
                                  <a:pt x="4239876" y="222025"/>
                                </a:lnTo>
                                <a:lnTo>
                                  <a:pt x="4244867" y="223385"/>
                                </a:lnTo>
                                <a:lnTo>
                                  <a:pt x="4219913" y="222478"/>
                                </a:lnTo>
                                <a:lnTo>
                                  <a:pt x="4229214" y="222931"/>
                                </a:lnTo>
                                <a:lnTo>
                                  <a:pt x="4237381" y="223611"/>
                                </a:lnTo>
                                <a:lnTo>
                                  <a:pt x="4241464" y="224064"/>
                                </a:lnTo>
                                <a:lnTo>
                                  <a:pt x="4245094" y="224518"/>
                                </a:lnTo>
                                <a:lnTo>
                                  <a:pt x="4248723" y="225198"/>
                                </a:lnTo>
                                <a:lnTo>
                                  <a:pt x="4252126" y="226331"/>
                                </a:lnTo>
                                <a:lnTo>
                                  <a:pt x="4255075" y="227463"/>
                                </a:lnTo>
                                <a:lnTo>
                                  <a:pt x="4257797" y="228597"/>
                                </a:lnTo>
                                <a:lnTo>
                                  <a:pt x="4260519" y="230409"/>
                                </a:lnTo>
                                <a:lnTo>
                                  <a:pt x="4263015" y="232675"/>
                                </a:lnTo>
                                <a:lnTo>
                                  <a:pt x="4265283" y="234942"/>
                                </a:lnTo>
                                <a:lnTo>
                                  <a:pt x="4267325" y="237887"/>
                                </a:lnTo>
                                <a:lnTo>
                                  <a:pt x="4269140" y="241287"/>
                                </a:lnTo>
                                <a:lnTo>
                                  <a:pt x="4270501" y="245139"/>
                                </a:lnTo>
                                <a:lnTo>
                                  <a:pt x="4272769" y="247405"/>
                                </a:lnTo>
                                <a:lnTo>
                                  <a:pt x="4277760" y="253070"/>
                                </a:lnTo>
                                <a:lnTo>
                                  <a:pt x="4291144" y="268026"/>
                                </a:lnTo>
                                <a:lnTo>
                                  <a:pt x="4297269" y="274371"/>
                                </a:lnTo>
                                <a:lnTo>
                                  <a:pt x="4299538" y="276864"/>
                                </a:lnTo>
                                <a:lnTo>
                                  <a:pt x="4301352" y="278223"/>
                                </a:lnTo>
                                <a:lnTo>
                                  <a:pt x="4301806" y="278676"/>
                                </a:lnTo>
                                <a:lnTo>
                                  <a:pt x="4302487" y="278676"/>
                                </a:lnTo>
                                <a:lnTo>
                                  <a:pt x="4302487" y="278450"/>
                                </a:lnTo>
                                <a:lnTo>
                                  <a:pt x="4302487" y="277997"/>
                                </a:lnTo>
                                <a:lnTo>
                                  <a:pt x="4301352" y="275957"/>
                                </a:lnTo>
                                <a:lnTo>
                                  <a:pt x="4299311" y="272331"/>
                                </a:lnTo>
                                <a:lnTo>
                                  <a:pt x="4313376" y="269386"/>
                                </a:lnTo>
                                <a:lnTo>
                                  <a:pt x="4316098" y="263041"/>
                                </a:lnTo>
                                <a:lnTo>
                                  <a:pt x="4316325" y="263041"/>
                                </a:lnTo>
                                <a:lnTo>
                                  <a:pt x="4313829" y="261908"/>
                                </a:lnTo>
                                <a:lnTo>
                                  <a:pt x="4317686" y="256243"/>
                                </a:lnTo>
                                <a:lnTo>
                                  <a:pt x="4304075" y="258282"/>
                                </a:lnTo>
                                <a:lnTo>
                                  <a:pt x="4299991" y="251937"/>
                                </a:lnTo>
                                <a:lnTo>
                                  <a:pt x="4328754" y="250670"/>
                                </a:lnTo>
                                <a:lnTo>
                                  <a:pt x="4335834" y="253523"/>
                                </a:lnTo>
                                <a:lnTo>
                                  <a:pt x="4346496" y="257149"/>
                                </a:lnTo>
                                <a:lnTo>
                                  <a:pt x="4354435" y="259188"/>
                                </a:lnTo>
                                <a:lnTo>
                                  <a:pt x="4357384" y="260095"/>
                                </a:lnTo>
                                <a:lnTo>
                                  <a:pt x="4359880" y="260548"/>
                                </a:lnTo>
                                <a:lnTo>
                                  <a:pt x="4361468" y="260548"/>
                                </a:lnTo>
                                <a:lnTo>
                                  <a:pt x="4362602" y="260321"/>
                                </a:lnTo>
                                <a:lnTo>
                                  <a:pt x="4362829" y="259868"/>
                                </a:lnTo>
                                <a:lnTo>
                                  <a:pt x="4363283" y="259642"/>
                                </a:lnTo>
                                <a:lnTo>
                                  <a:pt x="4363283" y="258962"/>
                                </a:lnTo>
                                <a:lnTo>
                                  <a:pt x="4363283" y="258509"/>
                                </a:lnTo>
                                <a:lnTo>
                                  <a:pt x="4362375" y="257376"/>
                                </a:lnTo>
                                <a:lnTo>
                                  <a:pt x="4361014" y="255563"/>
                                </a:lnTo>
                                <a:lnTo>
                                  <a:pt x="4358972" y="253750"/>
                                </a:lnTo>
                                <a:lnTo>
                                  <a:pt x="4356477" y="251484"/>
                                </a:lnTo>
                                <a:lnTo>
                                  <a:pt x="4359426" y="250351"/>
                                </a:lnTo>
                                <a:lnTo>
                                  <a:pt x="4362829" y="249671"/>
                                </a:lnTo>
                                <a:lnTo>
                                  <a:pt x="4366005" y="248765"/>
                                </a:lnTo>
                                <a:lnTo>
                                  <a:pt x="4369408" y="248311"/>
                                </a:lnTo>
                                <a:lnTo>
                                  <a:pt x="4372810" y="248085"/>
                                </a:lnTo>
                                <a:lnTo>
                                  <a:pt x="4375986" y="248085"/>
                                </a:lnTo>
                                <a:lnTo>
                                  <a:pt x="4382792" y="248538"/>
                                </a:lnTo>
                                <a:lnTo>
                                  <a:pt x="4389370" y="249444"/>
                                </a:lnTo>
                                <a:lnTo>
                                  <a:pt x="4396176" y="250577"/>
                                </a:lnTo>
                                <a:lnTo>
                                  <a:pt x="4409333" y="253297"/>
                                </a:lnTo>
                                <a:lnTo>
                                  <a:pt x="4415912" y="254203"/>
                                </a:lnTo>
                                <a:lnTo>
                                  <a:pt x="4422491" y="255109"/>
                                </a:lnTo>
                                <a:lnTo>
                                  <a:pt x="4429069" y="255563"/>
                                </a:lnTo>
                                <a:lnTo>
                                  <a:pt x="4432472" y="255563"/>
                                </a:lnTo>
                                <a:lnTo>
                                  <a:pt x="4435648" y="255336"/>
                                </a:lnTo>
                                <a:lnTo>
                                  <a:pt x="4438824" y="255109"/>
                                </a:lnTo>
                                <a:lnTo>
                                  <a:pt x="4442226" y="254430"/>
                                </a:lnTo>
                                <a:lnTo>
                                  <a:pt x="4445402" y="253750"/>
                                </a:lnTo>
                                <a:lnTo>
                                  <a:pt x="4448578" y="252843"/>
                                </a:lnTo>
                                <a:lnTo>
                                  <a:pt x="4451754" y="251257"/>
                                </a:lnTo>
                                <a:lnTo>
                                  <a:pt x="4454930" y="249898"/>
                                </a:lnTo>
                                <a:lnTo>
                                  <a:pt x="4458106" y="247858"/>
                                </a:lnTo>
                                <a:lnTo>
                                  <a:pt x="4461282" y="245592"/>
                                </a:lnTo>
                                <a:lnTo>
                                  <a:pt x="4430884" y="234262"/>
                                </a:lnTo>
                                <a:lnTo>
                                  <a:pt x="4441773" y="238114"/>
                                </a:lnTo>
                                <a:lnTo>
                                  <a:pt x="4451074" y="240607"/>
                                </a:lnTo>
                                <a:lnTo>
                                  <a:pt x="4454930" y="241513"/>
                                </a:lnTo>
                                <a:lnTo>
                                  <a:pt x="4458333" y="241966"/>
                                </a:lnTo>
                                <a:lnTo>
                                  <a:pt x="4461282" y="242420"/>
                                </a:lnTo>
                                <a:lnTo>
                                  <a:pt x="4463550" y="242420"/>
                                </a:lnTo>
                                <a:lnTo>
                                  <a:pt x="4465592" y="242193"/>
                                </a:lnTo>
                                <a:lnTo>
                                  <a:pt x="4467180" y="241740"/>
                                </a:lnTo>
                                <a:lnTo>
                                  <a:pt x="4468314" y="241060"/>
                                </a:lnTo>
                                <a:lnTo>
                                  <a:pt x="4468995" y="239927"/>
                                </a:lnTo>
                                <a:lnTo>
                                  <a:pt x="4469222" y="238567"/>
                                </a:lnTo>
                                <a:lnTo>
                                  <a:pt x="4468768" y="236981"/>
                                </a:lnTo>
                                <a:lnTo>
                                  <a:pt x="4468087" y="234942"/>
                                </a:lnTo>
                                <a:lnTo>
                                  <a:pt x="4466726" y="232902"/>
                                </a:lnTo>
                                <a:lnTo>
                                  <a:pt x="4472398" y="233129"/>
                                </a:lnTo>
                                <a:lnTo>
                                  <a:pt x="4478296" y="233582"/>
                                </a:lnTo>
                                <a:lnTo>
                                  <a:pt x="4484194" y="234488"/>
                                </a:lnTo>
                                <a:lnTo>
                                  <a:pt x="4490772" y="235621"/>
                                </a:lnTo>
                                <a:lnTo>
                                  <a:pt x="4497124" y="237208"/>
                                </a:lnTo>
                                <a:lnTo>
                                  <a:pt x="4503703" y="238567"/>
                                </a:lnTo>
                                <a:lnTo>
                                  <a:pt x="4516180" y="242193"/>
                                </a:lnTo>
                                <a:lnTo>
                                  <a:pt x="4527068" y="246045"/>
                                </a:lnTo>
                                <a:lnTo>
                                  <a:pt x="4536143" y="248991"/>
                                </a:lnTo>
                                <a:lnTo>
                                  <a:pt x="4541814" y="251710"/>
                                </a:lnTo>
                                <a:lnTo>
                                  <a:pt x="4543629" y="252843"/>
                                </a:lnTo>
                                <a:lnTo>
                                  <a:pt x="4543855" y="253070"/>
                                </a:lnTo>
                                <a:lnTo>
                                  <a:pt x="4544082" y="253297"/>
                                </a:lnTo>
                                <a:lnTo>
                                  <a:pt x="4549754" y="255336"/>
                                </a:lnTo>
                                <a:lnTo>
                                  <a:pt x="4554971" y="257149"/>
                                </a:lnTo>
                                <a:lnTo>
                                  <a:pt x="4560869" y="258735"/>
                                </a:lnTo>
                                <a:lnTo>
                                  <a:pt x="4565633" y="260321"/>
                                </a:lnTo>
                                <a:lnTo>
                                  <a:pt x="4567675" y="260548"/>
                                </a:lnTo>
                                <a:lnTo>
                                  <a:pt x="4568582" y="260548"/>
                                </a:lnTo>
                                <a:lnTo>
                                  <a:pt x="4568809" y="260321"/>
                                </a:lnTo>
                                <a:lnTo>
                                  <a:pt x="4569263" y="260095"/>
                                </a:lnTo>
                                <a:lnTo>
                                  <a:pt x="4568355" y="259188"/>
                                </a:lnTo>
                                <a:lnTo>
                                  <a:pt x="4566994" y="258055"/>
                                </a:lnTo>
                                <a:lnTo>
                                  <a:pt x="4564045" y="256243"/>
                                </a:lnTo>
                                <a:lnTo>
                                  <a:pt x="4571985" y="258282"/>
                                </a:lnTo>
                                <a:lnTo>
                                  <a:pt x="4580605" y="260775"/>
                                </a:lnTo>
                                <a:lnTo>
                                  <a:pt x="4589679" y="263494"/>
                                </a:lnTo>
                                <a:lnTo>
                                  <a:pt x="4598526" y="265987"/>
                                </a:lnTo>
                                <a:lnTo>
                                  <a:pt x="4607827" y="268253"/>
                                </a:lnTo>
                                <a:lnTo>
                                  <a:pt x="4612364" y="269386"/>
                                </a:lnTo>
                                <a:lnTo>
                                  <a:pt x="4617128" y="270292"/>
                                </a:lnTo>
                                <a:lnTo>
                                  <a:pt x="4621438" y="270972"/>
                                </a:lnTo>
                                <a:lnTo>
                                  <a:pt x="4625748" y="271199"/>
                                </a:lnTo>
                                <a:lnTo>
                                  <a:pt x="4630285" y="271425"/>
                                </a:lnTo>
                                <a:lnTo>
                                  <a:pt x="4634596" y="271425"/>
                                </a:lnTo>
                                <a:lnTo>
                                  <a:pt x="4622572" y="266893"/>
                                </a:lnTo>
                                <a:lnTo>
                                  <a:pt x="4611003" y="262134"/>
                                </a:lnTo>
                                <a:lnTo>
                                  <a:pt x="4599207" y="257376"/>
                                </a:lnTo>
                                <a:lnTo>
                                  <a:pt x="4587864" y="252164"/>
                                </a:lnTo>
                                <a:lnTo>
                                  <a:pt x="4614406" y="255789"/>
                                </a:lnTo>
                                <a:lnTo>
                                  <a:pt x="4625975" y="257376"/>
                                </a:lnTo>
                                <a:lnTo>
                                  <a:pt x="4626883" y="257376"/>
                                </a:lnTo>
                                <a:lnTo>
                                  <a:pt x="4625748" y="257149"/>
                                </a:lnTo>
                                <a:lnTo>
                                  <a:pt x="4619170" y="256243"/>
                                </a:lnTo>
                                <a:lnTo>
                                  <a:pt x="4622572" y="253070"/>
                                </a:lnTo>
                                <a:lnTo>
                                  <a:pt x="4629832" y="254430"/>
                                </a:lnTo>
                                <a:lnTo>
                                  <a:pt x="4655012" y="264854"/>
                                </a:lnTo>
                                <a:lnTo>
                                  <a:pt x="4679739" y="275504"/>
                                </a:lnTo>
                                <a:lnTo>
                                  <a:pt x="4704465" y="286154"/>
                                </a:lnTo>
                                <a:lnTo>
                                  <a:pt x="4729192" y="297485"/>
                                </a:lnTo>
                                <a:lnTo>
                                  <a:pt x="4753692" y="308588"/>
                                </a:lnTo>
                                <a:lnTo>
                                  <a:pt x="4777965" y="319919"/>
                                </a:lnTo>
                                <a:lnTo>
                                  <a:pt x="4802465" y="331702"/>
                                </a:lnTo>
                                <a:lnTo>
                                  <a:pt x="4826738" y="343259"/>
                                </a:lnTo>
                                <a:lnTo>
                                  <a:pt x="4850784" y="355269"/>
                                </a:lnTo>
                                <a:lnTo>
                                  <a:pt x="4874830" y="367733"/>
                                </a:lnTo>
                                <a:lnTo>
                                  <a:pt x="4898876" y="379743"/>
                                </a:lnTo>
                                <a:lnTo>
                                  <a:pt x="4922695" y="392433"/>
                                </a:lnTo>
                                <a:lnTo>
                                  <a:pt x="4946515" y="405349"/>
                                </a:lnTo>
                                <a:lnTo>
                                  <a:pt x="4970107" y="418039"/>
                                </a:lnTo>
                                <a:lnTo>
                                  <a:pt x="4993700" y="431182"/>
                                </a:lnTo>
                                <a:lnTo>
                                  <a:pt x="5017065" y="444552"/>
                                </a:lnTo>
                                <a:lnTo>
                                  <a:pt x="5040431" y="457922"/>
                                </a:lnTo>
                                <a:lnTo>
                                  <a:pt x="5063569" y="471518"/>
                                </a:lnTo>
                                <a:lnTo>
                                  <a:pt x="5086708" y="485341"/>
                                </a:lnTo>
                                <a:lnTo>
                                  <a:pt x="5109620" y="499617"/>
                                </a:lnTo>
                                <a:lnTo>
                                  <a:pt x="5132532" y="513893"/>
                                </a:lnTo>
                                <a:lnTo>
                                  <a:pt x="5155444" y="528169"/>
                                </a:lnTo>
                                <a:lnTo>
                                  <a:pt x="5178129" y="542672"/>
                                </a:lnTo>
                                <a:lnTo>
                                  <a:pt x="5200360" y="557628"/>
                                </a:lnTo>
                                <a:lnTo>
                                  <a:pt x="5223045" y="572358"/>
                                </a:lnTo>
                                <a:lnTo>
                                  <a:pt x="5245276" y="587767"/>
                                </a:lnTo>
                                <a:lnTo>
                                  <a:pt x="5267508" y="602949"/>
                                </a:lnTo>
                                <a:lnTo>
                                  <a:pt x="5289512" y="618359"/>
                                </a:lnTo>
                                <a:lnTo>
                                  <a:pt x="5311517" y="633994"/>
                                </a:lnTo>
                                <a:lnTo>
                                  <a:pt x="5333294" y="649857"/>
                                </a:lnTo>
                                <a:lnTo>
                                  <a:pt x="5351112" y="663020"/>
                                </a:lnTo>
                                <a:lnTo>
                                  <a:pt x="5351750" y="663827"/>
                                </a:lnTo>
                                <a:lnTo>
                                  <a:pt x="5337604" y="653709"/>
                                </a:lnTo>
                                <a:lnTo>
                                  <a:pt x="5321271" y="642605"/>
                                </a:lnTo>
                                <a:lnTo>
                                  <a:pt x="5306753" y="633088"/>
                                </a:lnTo>
                                <a:lnTo>
                                  <a:pt x="5294049" y="625610"/>
                                </a:lnTo>
                                <a:lnTo>
                                  <a:pt x="5283160" y="619718"/>
                                </a:lnTo>
                                <a:lnTo>
                                  <a:pt x="5278170" y="617226"/>
                                </a:lnTo>
                                <a:lnTo>
                                  <a:pt x="5273860" y="615413"/>
                                </a:lnTo>
                                <a:lnTo>
                                  <a:pt x="5270003" y="613600"/>
                                </a:lnTo>
                                <a:lnTo>
                                  <a:pt x="5266373" y="612467"/>
                                </a:lnTo>
                                <a:lnTo>
                                  <a:pt x="5262971" y="611334"/>
                                </a:lnTo>
                                <a:lnTo>
                                  <a:pt x="5260249" y="610881"/>
                                </a:lnTo>
                                <a:lnTo>
                                  <a:pt x="5257526" y="610201"/>
                                </a:lnTo>
                                <a:lnTo>
                                  <a:pt x="5255712" y="610201"/>
                                </a:lnTo>
                                <a:lnTo>
                                  <a:pt x="5253670" y="610201"/>
                                </a:lnTo>
                                <a:lnTo>
                                  <a:pt x="5252309" y="610881"/>
                                </a:lnTo>
                                <a:lnTo>
                                  <a:pt x="5251175" y="611560"/>
                                </a:lnTo>
                                <a:lnTo>
                                  <a:pt x="5250494" y="612467"/>
                                </a:lnTo>
                                <a:lnTo>
                                  <a:pt x="5250040" y="613373"/>
                                </a:lnTo>
                                <a:lnTo>
                                  <a:pt x="5249813" y="614959"/>
                                </a:lnTo>
                                <a:lnTo>
                                  <a:pt x="5249813" y="616319"/>
                                </a:lnTo>
                                <a:lnTo>
                                  <a:pt x="5250267" y="618132"/>
                                </a:lnTo>
                                <a:lnTo>
                                  <a:pt x="5250948" y="619945"/>
                                </a:lnTo>
                                <a:lnTo>
                                  <a:pt x="5252082" y="621984"/>
                                </a:lnTo>
                                <a:lnTo>
                                  <a:pt x="5253216" y="624024"/>
                                </a:lnTo>
                                <a:lnTo>
                                  <a:pt x="5254577" y="626290"/>
                                </a:lnTo>
                                <a:lnTo>
                                  <a:pt x="5257980" y="631275"/>
                                </a:lnTo>
                                <a:lnTo>
                                  <a:pt x="5262744" y="636260"/>
                                </a:lnTo>
                                <a:lnTo>
                                  <a:pt x="5267961" y="641699"/>
                                </a:lnTo>
                                <a:lnTo>
                                  <a:pt x="5273860" y="647138"/>
                                </a:lnTo>
                                <a:lnTo>
                                  <a:pt x="5280665" y="652803"/>
                                </a:lnTo>
                                <a:lnTo>
                                  <a:pt x="5287924" y="658241"/>
                                </a:lnTo>
                                <a:lnTo>
                                  <a:pt x="5295864" y="663227"/>
                                </a:lnTo>
                                <a:lnTo>
                                  <a:pt x="5303804" y="668212"/>
                                </a:lnTo>
                                <a:lnTo>
                                  <a:pt x="5308114" y="670251"/>
                                </a:lnTo>
                                <a:lnTo>
                                  <a:pt x="5312424" y="672517"/>
                                </a:lnTo>
                                <a:lnTo>
                                  <a:pt x="5316961" y="674330"/>
                                </a:lnTo>
                                <a:lnTo>
                                  <a:pt x="5321271" y="676370"/>
                                </a:lnTo>
                                <a:lnTo>
                                  <a:pt x="5325808" y="677956"/>
                                </a:lnTo>
                                <a:lnTo>
                                  <a:pt x="5330572" y="679542"/>
                                </a:lnTo>
                                <a:lnTo>
                                  <a:pt x="5335109" y="680902"/>
                                </a:lnTo>
                                <a:lnTo>
                                  <a:pt x="5339873" y="682035"/>
                                </a:lnTo>
                                <a:lnTo>
                                  <a:pt x="5344410" y="682941"/>
                                </a:lnTo>
                                <a:lnTo>
                                  <a:pt x="5348947" y="683621"/>
                                </a:lnTo>
                                <a:lnTo>
                                  <a:pt x="5353711" y="684074"/>
                                </a:lnTo>
                                <a:lnTo>
                                  <a:pt x="5358248" y="684074"/>
                                </a:lnTo>
                                <a:lnTo>
                                  <a:pt x="5362785" y="684074"/>
                                </a:lnTo>
                                <a:lnTo>
                                  <a:pt x="5367549" y="683621"/>
                                </a:lnTo>
                                <a:lnTo>
                                  <a:pt x="5372086" y="682941"/>
                                </a:lnTo>
                                <a:lnTo>
                                  <a:pt x="5376396" y="682035"/>
                                </a:lnTo>
                                <a:lnTo>
                                  <a:pt x="5360289" y="686114"/>
                                </a:lnTo>
                                <a:lnTo>
                                  <a:pt x="5343729" y="690193"/>
                                </a:lnTo>
                                <a:lnTo>
                                  <a:pt x="5327169" y="694045"/>
                                </a:lnTo>
                                <a:lnTo>
                                  <a:pt x="5310609" y="697671"/>
                                </a:lnTo>
                                <a:lnTo>
                                  <a:pt x="5277262" y="704922"/>
                                </a:lnTo>
                                <a:lnTo>
                                  <a:pt x="5243915" y="711493"/>
                                </a:lnTo>
                                <a:lnTo>
                                  <a:pt x="5210341" y="718065"/>
                                </a:lnTo>
                                <a:lnTo>
                                  <a:pt x="5176994" y="724183"/>
                                </a:lnTo>
                                <a:lnTo>
                                  <a:pt x="5110301" y="736420"/>
                                </a:lnTo>
                                <a:lnTo>
                                  <a:pt x="5100773" y="738006"/>
                                </a:lnTo>
                                <a:lnTo>
                                  <a:pt x="5090791" y="740272"/>
                                </a:lnTo>
                                <a:lnTo>
                                  <a:pt x="5068560" y="745258"/>
                                </a:lnTo>
                                <a:lnTo>
                                  <a:pt x="5044060" y="751149"/>
                                </a:lnTo>
                                <a:lnTo>
                                  <a:pt x="5017519" y="757721"/>
                                </a:lnTo>
                                <a:lnTo>
                                  <a:pt x="4989616" y="764519"/>
                                </a:lnTo>
                                <a:lnTo>
                                  <a:pt x="4960579" y="771091"/>
                                </a:lnTo>
                                <a:lnTo>
                                  <a:pt x="4945834" y="774263"/>
                                </a:lnTo>
                                <a:lnTo>
                                  <a:pt x="4931089" y="777436"/>
                                </a:lnTo>
                                <a:lnTo>
                                  <a:pt x="4916117" y="780382"/>
                                </a:lnTo>
                                <a:lnTo>
                                  <a:pt x="4901371" y="783101"/>
                                </a:lnTo>
                                <a:lnTo>
                                  <a:pt x="4886626" y="785594"/>
                                </a:lnTo>
                                <a:lnTo>
                                  <a:pt x="4872108" y="787860"/>
                                </a:lnTo>
                                <a:lnTo>
                                  <a:pt x="4857816" y="789446"/>
                                </a:lnTo>
                                <a:lnTo>
                                  <a:pt x="4843751" y="791032"/>
                                </a:lnTo>
                                <a:lnTo>
                                  <a:pt x="4829914" y="792165"/>
                                </a:lnTo>
                                <a:lnTo>
                                  <a:pt x="4816529" y="792845"/>
                                </a:lnTo>
                                <a:lnTo>
                                  <a:pt x="4803372" y="792845"/>
                                </a:lnTo>
                                <a:lnTo>
                                  <a:pt x="4790895" y="792618"/>
                                </a:lnTo>
                                <a:lnTo>
                                  <a:pt x="4784770" y="792165"/>
                                </a:lnTo>
                                <a:lnTo>
                                  <a:pt x="4778872" y="791712"/>
                                </a:lnTo>
                                <a:lnTo>
                                  <a:pt x="4773201" y="791032"/>
                                </a:lnTo>
                                <a:lnTo>
                                  <a:pt x="4767530" y="790352"/>
                                </a:lnTo>
                                <a:lnTo>
                                  <a:pt x="4762085" y="789219"/>
                                </a:lnTo>
                                <a:lnTo>
                                  <a:pt x="4756641" y="788086"/>
                                </a:lnTo>
                                <a:lnTo>
                                  <a:pt x="4751423" y="786953"/>
                                </a:lnTo>
                                <a:lnTo>
                                  <a:pt x="4746660" y="785367"/>
                                </a:lnTo>
                                <a:lnTo>
                                  <a:pt x="4742123" y="783781"/>
                                </a:lnTo>
                                <a:lnTo>
                                  <a:pt x="4737359" y="781741"/>
                                </a:lnTo>
                                <a:lnTo>
                                  <a:pt x="4733049" y="779928"/>
                                </a:lnTo>
                                <a:lnTo>
                                  <a:pt x="4728965" y="777436"/>
                                </a:lnTo>
                                <a:lnTo>
                                  <a:pt x="4725109" y="774943"/>
                                </a:lnTo>
                                <a:lnTo>
                                  <a:pt x="4721479" y="772451"/>
                                </a:lnTo>
                                <a:lnTo>
                                  <a:pt x="4718076" y="769731"/>
                                </a:lnTo>
                                <a:lnTo>
                                  <a:pt x="4714901" y="766559"/>
                                </a:lnTo>
                                <a:lnTo>
                                  <a:pt x="4695845" y="747297"/>
                                </a:lnTo>
                                <a:lnTo>
                                  <a:pt x="4676790" y="728262"/>
                                </a:lnTo>
                                <a:lnTo>
                                  <a:pt x="4657734" y="709454"/>
                                </a:lnTo>
                                <a:lnTo>
                                  <a:pt x="4638452" y="690419"/>
                                </a:lnTo>
                                <a:lnTo>
                                  <a:pt x="4618716" y="672064"/>
                                </a:lnTo>
                                <a:lnTo>
                                  <a:pt x="4598980" y="653482"/>
                                </a:lnTo>
                                <a:lnTo>
                                  <a:pt x="4579471" y="635354"/>
                                </a:lnTo>
                                <a:lnTo>
                                  <a:pt x="4559281" y="617226"/>
                                </a:lnTo>
                                <a:lnTo>
                                  <a:pt x="4539092" y="599324"/>
                                </a:lnTo>
                                <a:lnTo>
                                  <a:pt x="4518675" y="581648"/>
                                </a:lnTo>
                                <a:lnTo>
                                  <a:pt x="4498032" y="564200"/>
                                </a:lnTo>
                                <a:lnTo>
                                  <a:pt x="4477388" y="546978"/>
                                </a:lnTo>
                                <a:lnTo>
                                  <a:pt x="4456518" y="529756"/>
                                </a:lnTo>
                                <a:lnTo>
                                  <a:pt x="4435648" y="512534"/>
                                </a:lnTo>
                                <a:lnTo>
                                  <a:pt x="4414324" y="496218"/>
                                </a:lnTo>
                                <a:lnTo>
                                  <a:pt x="4393000" y="479676"/>
                                </a:lnTo>
                                <a:lnTo>
                                  <a:pt x="4371449" y="463360"/>
                                </a:lnTo>
                                <a:lnTo>
                                  <a:pt x="4349898" y="447045"/>
                                </a:lnTo>
                                <a:lnTo>
                                  <a:pt x="4327894" y="431182"/>
                                </a:lnTo>
                                <a:lnTo>
                                  <a:pt x="4306116" y="415773"/>
                                </a:lnTo>
                                <a:lnTo>
                                  <a:pt x="4283885" y="400137"/>
                                </a:lnTo>
                                <a:lnTo>
                                  <a:pt x="4261427" y="385181"/>
                                </a:lnTo>
                                <a:lnTo>
                                  <a:pt x="4239195" y="370225"/>
                                </a:lnTo>
                                <a:lnTo>
                                  <a:pt x="4216510" y="355496"/>
                                </a:lnTo>
                                <a:lnTo>
                                  <a:pt x="4193599" y="341220"/>
                                </a:lnTo>
                                <a:lnTo>
                                  <a:pt x="4170914" y="326717"/>
                                </a:lnTo>
                                <a:lnTo>
                                  <a:pt x="4147775" y="312894"/>
                                </a:lnTo>
                                <a:lnTo>
                                  <a:pt x="4124636" y="299071"/>
                                </a:lnTo>
                                <a:lnTo>
                                  <a:pt x="4101044" y="285701"/>
                                </a:lnTo>
                                <a:lnTo>
                                  <a:pt x="4077678" y="272558"/>
                                </a:lnTo>
                                <a:lnTo>
                                  <a:pt x="4053859" y="259868"/>
                                </a:lnTo>
                                <a:lnTo>
                                  <a:pt x="4030040" y="247178"/>
                                </a:lnTo>
                                <a:lnTo>
                                  <a:pt x="4032308" y="247631"/>
                                </a:lnTo>
                                <a:lnTo>
                                  <a:pt x="4034350" y="247858"/>
                                </a:lnTo>
                                <a:lnTo>
                                  <a:pt x="4036391" y="248085"/>
                                </a:lnTo>
                                <a:lnTo>
                                  <a:pt x="4038206" y="248085"/>
                                </a:lnTo>
                                <a:lnTo>
                                  <a:pt x="4040021" y="247858"/>
                                </a:lnTo>
                                <a:lnTo>
                                  <a:pt x="4041609" y="247405"/>
                                </a:lnTo>
                                <a:lnTo>
                                  <a:pt x="4044558" y="246272"/>
                                </a:lnTo>
                                <a:lnTo>
                                  <a:pt x="4047507" y="244912"/>
                                </a:lnTo>
                                <a:lnTo>
                                  <a:pt x="4047539" y="244899"/>
                                </a:lnTo>
                                <a:lnTo>
                                  <a:pt x="4047862" y="244547"/>
                                </a:lnTo>
                                <a:lnTo>
                                  <a:pt x="4048088" y="244671"/>
                                </a:lnTo>
                                <a:lnTo>
                                  <a:pt x="4050229" y="243779"/>
                                </a:lnTo>
                                <a:lnTo>
                                  <a:pt x="4052951" y="242420"/>
                                </a:lnTo>
                                <a:lnTo>
                                  <a:pt x="4055674" y="241740"/>
                                </a:lnTo>
                                <a:lnTo>
                                  <a:pt x="4061345" y="241287"/>
                                </a:lnTo>
                                <a:lnTo>
                                  <a:pt x="4067470" y="240833"/>
                                </a:lnTo>
                                <a:lnTo>
                                  <a:pt x="4073595" y="240833"/>
                                </a:lnTo>
                                <a:lnTo>
                                  <a:pt x="4079493" y="241060"/>
                                </a:lnTo>
                                <a:lnTo>
                                  <a:pt x="4050456" y="235621"/>
                                </a:lnTo>
                                <a:lnTo>
                                  <a:pt x="4089474" y="231769"/>
                                </a:lnTo>
                                <a:lnTo>
                                  <a:pt x="4082669" y="231996"/>
                                </a:lnTo>
                                <a:lnTo>
                                  <a:pt x="4076090" y="231769"/>
                                </a:lnTo>
                                <a:lnTo>
                                  <a:pt x="4069512" y="231089"/>
                                </a:lnTo>
                                <a:lnTo>
                                  <a:pt x="4063160" y="229956"/>
                                </a:lnTo>
                                <a:lnTo>
                                  <a:pt x="4079720" y="227463"/>
                                </a:lnTo>
                                <a:lnTo>
                                  <a:pt x="4095826" y="225198"/>
                                </a:lnTo>
                                <a:lnTo>
                                  <a:pt x="4103993" y="224518"/>
                                </a:lnTo>
                                <a:lnTo>
                                  <a:pt x="4112159" y="223838"/>
                                </a:lnTo>
                                <a:lnTo>
                                  <a:pt x="4120553" y="223385"/>
                                </a:lnTo>
                                <a:lnTo>
                                  <a:pt x="4128946" y="223158"/>
                                </a:lnTo>
                                <a:lnTo>
                                  <a:pt x="4134391" y="217946"/>
                                </a:lnTo>
                                <a:lnTo>
                                  <a:pt x="4137113" y="217720"/>
                                </a:lnTo>
                                <a:lnTo>
                                  <a:pt x="4140969" y="217493"/>
                                </a:lnTo>
                                <a:lnTo>
                                  <a:pt x="4151631" y="217266"/>
                                </a:lnTo>
                                <a:lnTo>
                                  <a:pt x="4178173" y="216813"/>
                                </a:lnTo>
                                <a:lnTo>
                                  <a:pt x="4190876" y="216360"/>
                                </a:lnTo>
                                <a:lnTo>
                                  <a:pt x="4200631" y="216133"/>
                                </a:lnTo>
                                <a:lnTo>
                                  <a:pt x="4204034" y="215907"/>
                                </a:lnTo>
                                <a:lnTo>
                                  <a:pt x="4206302" y="215680"/>
                                </a:lnTo>
                                <a:lnTo>
                                  <a:pt x="4206756" y="215227"/>
                                </a:lnTo>
                                <a:lnTo>
                                  <a:pt x="4206983" y="215227"/>
                                </a:lnTo>
                                <a:lnTo>
                                  <a:pt x="4206075" y="214774"/>
                                </a:lnTo>
                                <a:close/>
                                <a:moveTo>
                                  <a:pt x="3636742" y="212799"/>
                                </a:moveTo>
                                <a:lnTo>
                                  <a:pt x="3644900" y="213395"/>
                                </a:lnTo>
                                <a:lnTo>
                                  <a:pt x="3644459" y="213692"/>
                                </a:lnTo>
                                <a:lnTo>
                                  <a:pt x="3630789" y="217562"/>
                                </a:lnTo>
                                <a:lnTo>
                                  <a:pt x="3629025" y="215181"/>
                                </a:lnTo>
                                <a:lnTo>
                                  <a:pt x="3636742" y="212799"/>
                                </a:lnTo>
                                <a:close/>
                                <a:moveTo>
                                  <a:pt x="4475163" y="211213"/>
                                </a:moveTo>
                                <a:lnTo>
                                  <a:pt x="4498976" y="215976"/>
                                </a:lnTo>
                                <a:lnTo>
                                  <a:pt x="4497809" y="215749"/>
                                </a:lnTo>
                                <a:lnTo>
                                  <a:pt x="4475163" y="211213"/>
                                </a:lnTo>
                                <a:close/>
                                <a:moveTo>
                                  <a:pt x="4177808" y="211212"/>
                                </a:moveTo>
                                <a:lnTo>
                                  <a:pt x="4189413" y="212800"/>
                                </a:lnTo>
                                <a:lnTo>
                                  <a:pt x="4189194" y="212800"/>
                                </a:lnTo>
                                <a:lnTo>
                                  <a:pt x="4176713" y="211807"/>
                                </a:lnTo>
                                <a:lnTo>
                                  <a:pt x="4177808" y="211212"/>
                                </a:lnTo>
                                <a:close/>
                                <a:moveTo>
                                  <a:pt x="4056127" y="211148"/>
                                </a:moveTo>
                                <a:lnTo>
                                  <a:pt x="4062479" y="211148"/>
                                </a:lnTo>
                                <a:lnTo>
                                  <a:pt x="4068831" y="211148"/>
                                </a:lnTo>
                                <a:lnTo>
                                  <a:pt x="4075183" y="211601"/>
                                </a:lnTo>
                                <a:lnTo>
                                  <a:pt x="4081308" y="212734"/>
                                </a:lnTo>
                                <a:lnTo>
                                  <a:pt x="4079493" y="214774"/>
                                </a:lnTo>
                                <a:lnTo>
                                  <a:pt x="4074049" y="217946"/>
                                </a:lnTo>
                                <a:lnTo>
                                  <a:pt x="4042743" y="223385"/>
                                </a:lnTo>
                                <a:lnTo>
                                  <a:pt x="4040021" y="219759"/>
                                </a:lnTo>
                                <a:lnTo>
                                  <a:pt x="4036165" y="219759"/>
                                </a:lnTo>
                                <a:lnTo>
                                  <a:pt x="4036165" y="219532"/>
                                </a:lnTo>
                                <a:lnTo>
                                  <a:pt x="4037526" y="217040"/>
                                </a:lnTo>
                                <a:lnTo>
                                  <a:pt x="4041836" y="211828"/>
                                </a:lnTo>
                                <a:lnTo>
                                  <a:pt x="4046146" y="211375"/>
                                </a:lnTo>
                                <a:lnTo>
                                  <a:pt x="4056127" y="211148"/>
                                </a:lnTo>
                                <a:close/>
                                <a:moveTo>
                                  <a:pt x="4521200" y="209625"/>
                                </a:moveTo>
                                <a:lnTo>
                                  <a:pt x="4521423" y="209625"/>
                                </a:lnTo>
                                <a:lnTo>
                                  <a:pt x="4522539" y="209625"/>
                                </a:lnTo>
                                <a:lnTo>
                                  <a:pt x="4524101" y="209625"/>
                                </a:lnTo>
                                <a:lnTo>
                                  <a:pt x="4528117" y="210039"/>
                                </a:lnTo>
                                <a:lnTo>
                                  <a:pt x="4533471" y="210867"/>
                                </a:lnTo>
                                <a:lnTo>
                                  <a:pt x="4539495" y="212110"/>
                                </a:lnTo>
                                <a:lnTo>
                                  <a:pt x="4551766" y="215009"/>
                                </a:lnTo>
                                <a:lnTo>
                                  <a:pt x="4562475" y="217701"/>
                                </a:lnTo>
                                <a:lnTo>
                                  <a:pt x="4546858" y="217494"/>
                                </a:lnTo>
                                <a:lnTo>
                                  <a:pt x="4541726" y="216872"/>
                                </a:lnTo>
                                <a:lnTo>
                                  <a:pt x="4521200" y="209625"/>
                                </a:lnTo>
                                <a:close/>
                                <a:moveTo>
                                  <a:pt x="3836920" y="209622"/>
                                </a:moveTo>
                                <a:lnTo>
                                  <a:pt x="3838576" y="209622"/>
                                </a:lnTo>
                                <a:lnTo>
                                  <a:pt x="3833813" y="211210"/>
                                </a:lnTo>
                                <a:lnTo>
                                  <a:pt x="3836920" y="209622"/>
                                </a:lnTo>
                                <a:close/>
                                <a:moveTo>
                                  <a:pt x="4094163" y="209621"/>
                                </a:moveTo>
                                <a:lnTo>
                                  <a:pt x="4102101" y="209974"/>
                                </a:lnTo>
                                <a:lnTo>
                                  <a:pt x="4100613" y="211209"/>
                                </a:lnTo>
                                <a:lnTo>
                                  <a:pt x="4097884" y="210680"/>
                                </a:lnTo>
                                <a:lnTo>
                                  <a:pt x="4097636" y="210151"/>
                                </a:lnTo>
                                <a:lnTo>
                                  <a:pt x="4094163" y="209621"/>
                                </a:lnTo>
                                <a:close/>
                                <a:moveTo>
                                  <a:pt x="4497604" y="204864"/>
                                </a:moveTo>
                                <a:lnTo>
                                  <a:pt x="4512695" y="208415"/>
                                </a:lnTo>
                                <a:lnTo>
                                  <a:pt x="4513989" y="210086"/>
                                </a:lnTo>
                                <a:lnTo>
                                  <a:pt x="4514851" y="211548"/>
                                </a:lnTo>
                                <a:lnTo>
                                  <a:pt x="4514851" y="211966"/>
                                </a:lnTo>
                                <a:lnTo>
                                  <a:pt x="4514851" y="212384"/>
                                </a:lnTo>
                                <a:lnTo>
                                  <a:pt x="4514420" y="212593"/>
                                </a:lnTo>
                                <a:lnTo>
                                  <a:pt x="4514204" y="212802"/>
                                </a:lnTo>
                                <a:lnTo>
                                  <a:pt x="4513342" y="212802"/>
                                </a:lnTo>
                                <a:lnTo>
                                  <a:pt x="4512264" y="212593"/>
                                </a:lnTo>
                                <a:lnTo>
                                  <a:pt x="4510539" y="212175"/>
                                </a:lnTo>
                                <a:lnTo>
                                  <a:pt x="4508815" y="211548"/>
                                </a:lnTo>
                                <a:lnTo>
                                  <a:pt x="4505150" y="209877"/>
                                </a:lnTo>
                                <a:lnTo>
                                  <a:pt x="4501269" y="208206"/>
                                </a:lnTo>
                                <a:lnTo>
                                  <a:pt x="4498466" y="206326"/>
                                </a:lnTo>
                                <a:lnTo>
                                  <a:pt x="4497819" y="205699"/>
                                </a:lnTo>
                                <a:lnTo>
                                  <a:pt x="4497388" y="205282"/>
                                </a:lnTo>
                                <a:lnTo>
                                  <a:pt x="4497604" y="204864"/>
                                </a:lnTo>
                                <a:close/>
                                <a:moveTo>
                                  <a:pt x="3936980" y="201835"/>
                                </a:moveTo>
                                <a:lnTo>
                                  <a:pt x="3939941" y="202307"/>
                                </a:lnTo>
                                <a:lnTo>
                                  <a:pt x="3941763" y="203723"/>
                                </a:lnTo>
                                <a:lnTo>
                                  <a:pt x="3936980" y="201835"/>
                                </a:lnTo>
                                <a:close/>
                                <a:moveTo>
                                  <a:pt x="3823213" y="201685"/>
                                </a:moveTo>
                                <a:lnTo>
                                  <a:pt x="3833813" y="203151"/>
                                </a:lnTo>
                                <a:lnTo>
                                  <a:pt x="3833588" y="203701"/>
                                </a:lnTo>
                                <a:lnTo>
                                  <a:pt x="3820732" y="206449"/>
                                </a:lnTo>
                                <a:lnTo>
                                  <a:pt x="3823213" y="205716"/>
                                </a:lnTo>
                                <a:lnTo>
                                  <a:pt x="3806973" y="205716"/>
                                </a:lnTo>
                                <a:lnTo>
                                  <a:pt x="3796598" y="204250"/>
                                </a:lnTo>
                                <a:lnTo>
                                  <a:pt x="3793666" y="204250"/>
                                </a:lnTo>
                                <a:lnTo>
                                  <a:pt x="3792538" y="204250"/>
                                </a:lnTo>
                                <a:lnTo>
                                  <a:pt x="3792538" y="204067"/>
                                </a:lnTo>
                                <a:lnTo>
                                  <a:pt x="3792989" y="204067"/>
                                </a:lnTo>
                                <a:lnTo>
                                  <a:pt x="3794794" y="203884"/>
                                </a:lnTo>
                                <a:lnTo>
                                  <a:pt x="3803590" y="203151"/>
                                </a:lnTo>
                                <a:lnTo>
                                  <a:pt x="3818927" y="202235"/>
                                </a:lnTo>
                                <a:lnTo>
                                  <a:pt x="3823213" y="201685"/>
                                </a:lnTo>
                                <a:close/>
                                <a:moveTo>
                                  <a:pt x="4045405" y="201678"/>
                                </a:moveTo>
                                <a:lnTo>
                                  <a:pt x="4045383" y="201685"/>
                                </a:lnTo>
                                <a:lnTo>
                                  <a:pt x="4045167" y="201685"/>
                                </a:lnTo>
                                <a:lnTo>
                                  <a:pt x="4044950" y="201685"/>
                                </a:lnTo>
                                <a:lnTo>
                                  <a:pt x="4045405" y="201678"/>
                                </a:lnTo>
                                <a:close/>
                                <a:moveTo>
                                  <a:pt x="4050795" y="200097"/>
                                </a:moveTo>
                                <a:lnTo>
                                  <a:pt x="4059238" y="201486"/>
                                </a:lnTo>
                                <a:lnTo>
                                  <a:pt x="4045405" y="201678"/>
                                </a:lnTo>
                                <a:lnTo>
                                  <a:pt x="4050795" y="200097"/>
                                </a:lnTo>
                                <a:close/>
                                <a:moveTo>
                                  <a:pt x="4037330" y="200097"/>
                                </a:moveTo>
                                <a:lnTo>
                                  <a:pt x="4039950" y="200414"/>
                                </a:lnTo>
                                <a:lnTo>
                                  <a:pt x="4040188" y="201685"/>
                                </a:lnTo>
                                <a:lnTo>
                                  <a:pt x="4035425" y="200891"/>
                                </a:lnTo>
                                <a:lnTo>
                                  <a:pt x="4036854" y="200891"/>
                                </a:lnTo>
                                <a:lnTo>
                                  <a:pt x="4037330" y="200097"/>
                                </a:lnTo>
                                <a:close/>
                                <a:moveTo>
                                  <a:pt x="3906838" y="193747"/>
                                </a:moveTo>
                                <a:lnTo>
                                  <a:pt x="3911363" y="193747"/>
                                </a:lnTo>
                                <a:lnTo>
                                  <a:pt x="3911601" y="195335"/>
                                </a:lnTo>
                                <a:lnTo>
                                  <a:pt x="3906838" y="193747"/>
                                </a:lnTo>
                                <a:close/>
                                <a:moveTo>
                                  <a:pt x="4473065" y="192484"/>
                                </a:moveTo>
                                <a:lnTo>
                                  <a:pt x="4476059" y="192933"/>
                                </a:lnTo>
                                <a:lnTo>
                                  <a:pt x="4476750" y="193607"/>
                                </a:lnTo>
                                <a:lnTo>
                                  <a:pt x="4473065" y="192484"/>
                                </a:lnTo>
                                <a:close/>
                                <a:moveTo>
                                  <a:pt x="3748766" y="192162"/>
                                </a:moveTo>
                                <a:lnTo>
                                  <a:pt x="3759201" y="192868"/>
                                </a:lnTo>
                                <a:lnTo>
                                  <a:pt x="3758988" y="193221"/>
                                </a:lnTo>
                                <a:lnTo>
                                  <a:pt x="3741738" y="193751"/>
                                </a:lnTo>
                                <a:lnTo>
                                  <a:pt x="3748766" y="192162"/>
                                </a:lnTo>
                                <a:close/>
                                <a:moveTo>
                                  <a:pt x="3948158" y="192160"/>
                                </a:moveTo>
                                <a:lnTo>
                                  <a:pt x="3951808" y="192385"/>
                                </a:lnTo>
                                <a:lnTo>
                                  <a:pt x="3961616" y="195078"/>
                                </a:lnTo>
                                <a:lnTo>
                                  <a:pt x="3973020" y="198894"/>
                                </a:lnTo>
                                <a:lnTo>
                                  <a:pt x="3970967" y="195976"/>
                                </a:lnTo>
                                <a:lnTo>
                                  <a:pt x="3972108" y="193058"/>
                                </a:lnTo>
                                <a:lnTo>
                                  <a:pt x="3974845" y="193282"/>
                                </a:lnTo>
                                <a:lnTo>
                                  <a:pt x="3994232" y="195528"/>
                                </a:lnTo>
                                <a:lnTo>
                                  <a:pt x="4003812" y="195303"/>
                                </a:lnTo>
                                <a:lnTo>
                                  <a:pt x="4019322" y="198221"/>
                                </a:lnTo>
                                <a:lnTo>
                                  <a:pt x="4019550" y="199344"/>
                                </a:lnTo>
                                <a:lnTo>
                                  <a:pt x="4007233" y="206303"/>
                                </a:lnTo>
                                <a:lnTo>
                                  <a:pt x="3994232" y="208772"/>
                                </a:lnTo>
                                <a:lnTo>
                                  <a:pt x="3984653" y="214385"/>
                                </a:lnTo>
                                <a:lnTo>
                                  <a:pt x="3973248" y="211242"/>
                                </a:lnTo>
                                <a:lnTo>
                                  <a:pt x="3968914" y="208548"/>
                                </a:lnTo>
                                <a:lnTo>
                                  <a:pt x="3958194" y="204507"/>
                                </a:lnTo>
                                <a:lnTo>
                                  <a:pt x="3956826" y="203833"/>
                                </a:lnTo>
                                <a:lnTo>
                                  <a:pt x="3955685" y="203160"/>
                                </a:lnTo>
                                <a:lnTo>
                                  <a:pt x="3962756" y="202487"/>
                                </a:lnTo>
                                <a:lnTo>
                                  <a:pt x="3950667" y="200017"/>
                                </a:lnTo>
                                <a:lnTo>
                                  <a:pt x="3952948" y="199119"/>
                                </a:lnTo>
                                <a:lnTo>
                                  <a:pt x="3940175" y="194629"/>
                                </a:lnTo>
                                <a:lnTo>
                                  <a:pt x="3940403" y="193956"/>
                                </a:lnTo>
                                <a:lnTo>
                                  <a:pt x="3950439" y="195078"/>
                                </a:lnTo>
                                <a:lnTo>
                                  <a:pt x="3946106" y="193282"/>
                                </a:lnTo>
                                <a:lnTo>
                                  <a:pt x="3948158" y="192160"/>
                                </a:lnTo>
                                <a:close/>
                                <a:moveTo>
                                  <a:pt x="3861360" y="192160"/>
                                </a:moveTo>
                                <a:lnTo>
                                  <a:pt x="3864321" y="192160"/>
                                </a:lnTo>
                                <a:lnTo>
                                  <a:pt x="3867282" y="192396"/>
                                </a:lnTo>
                                <a:lnTo>
                                  <a:pt x="3870015" y="192868"/>
                                </a:lnTo>
                                <a:lnTo>
                                  <a:pt x="3872521" y="193576"/>
                                </a:lnTo>
                                <a:lnTo>
                                  <a:pt x="3875254" y="194756"/>
                                </a:lnTo>
                                <a:lnTo>
                                  <a:pt x="3877759" y="195700"/>
                                </a:lnTo>
                                <a:lnTo>
                                  <a:pt x="3880037" y="196880"/>
                                </a:lnTo>
                                <a:lnTo>
                                  <a:pt x="3876848" y="194992"/>
                                </a:lnTo>
                                <a:lnTo>
                                  <a:pt x="3882087" y="194048"/>
                                </a:lnTo>
                                <a:lnTo>
                                  <a:pt x="3877304" y="192632"/>
                                </a:lnTo>
                                <a:lnTo>
                                  <a:pt x="3903953" y="192632"/>
                                </a:lnTo>
                                <a:lnTo>
                                  <a:pt x="3903042" y="193104"/>
                                </a:lnTo>
                                <a:lnTo>
                                  <a:pt x="3921719" y="199476"/>
                                </a:lnTo>
                                <a:lnTo>
                                  <a:pt x="3915797" y="199712"/>
                                </a:lnTo>
                                <a:lnTo>
                                  <a:pt x="3926503" y="200891"/>
                                </a:lnTo>
                                <a:lnTo>
                                  <a:pt x="3937436" y="206319"/>
                                </a:lnTo>
                                <a:lnTo>
                                  <a:pt x="3936980" y="206319"/>
                                </a:lnTo>
                                <a:lnTo>
                                  <a:pt x="3920808" y="208679"/>
                                </a:lnTo>
                                <a:lnTo>
                                  <a:pt x="3921264" y="207735"/>
                                </a:lnTo>
                                <a:lnTo>
                                  <a:pt x="3907597" y="207499"/>
                                </a:lnTo>
                                <a:lnTo>
                                  <a:pt x="3884365" y="209151"/>
                                </a:lnTo>
                                <a:lnTo>
                                  <a:pt x="3877759" y="209623"/>
                                </a:lnTo>
                                <a:lnTo>
                                  <a:pt x="3875937" y="209387"/>
                                </a:lnTo>
                                <a:lnTo>
                                  <a:pt x="3873659" y="209387"/>
                                </a:lnTo>
                                <a:lnTo>
                                  <a:pt x="3857943" y="206319"/>
                                </a:lnTo>
                                <a:lnTo>
                                  <a:pt x="3851793" y="207027"/>
                                </a:lnTo>
                                <a:lnTo>
                                  <a:pt x="3852021" y="206319"/>
                                </a:lnTo>
                                <a:lnTo>
                                  <a:pt x="3838127" y="207499"/>
                                </a:lnTo>
                                <a:lnTo>
                                  <a:pt x="3844960" y="201599"/>
                                </a:lnTo>
                                <a:lnTo>
                                  <a:pt x="3836988" y="200656"/>
                                </a:lnTo>
                                <a:lnTo>
                                  <a:pt x="3837899" y="199004"/>
                                </a:lnTo>
                                <a:lnTo>
                                  <a:pt x="3837899" y="198060"/>
                                </a:lnTo>
                                <a:lnTo>
                                  <a:pt x="3838127" y="197116"/>
                                </a:lnTo>
                                <a:lnTo>
                                  <a:pt x="3839038" y="196644"/>
                                </a:lnTo>
                                <a:lnTo>
                                  <a:pt x="3840177" y="196172"/>
                                </a:lnTo>
                                <a:lnTo>
                                  <a:pt x="3842910" y="195700"/>
                                </a:lnTo>
                                <a:lnTo>
                                  <a:pt x="3846099" y="195464"/>
                                </a:lnTo>
                                <a:lnTo>
                                  <a:pt x="3850882" y="195464"/>
                                </a:lnTo>
                                <a:lnTo>
                                  <a:pt x="3851566" y="195464"/>
                                </a:lnTo>
                                <a:lnTo>
                                  <a:pt x="3850427" y="194992"/>
                                </a:lnTo>
                                <a:lnTo>
                                  <a:pt x="3850655" y="194992"/>
                                </a:lnTo>
                                <a:lnTo>
                                  <a:pt x="3858171" y="192632"/>
                                </a:lnTo>
                                <a:lnTo>
                                  <a:pt x="3861360" y="192160"/>
                                </a:lnTo>
                                <a:close/>
                                <a:moveTo>
                                  <a:pt x="4392613" y="188989"/>
                                </a:moveTo>
                                <a:lnTo>
                                  <a:pt x="4398963" y="189896"/>
                                </a:lnTo>
                                <a:lnTo>
                                  <a:pt x="4405313" y="191030"/>
                                </a:lnTo>
                                <a:lnTo>
                                  <a:pt x="4411436" y="192617"/>
                                </a:lnTo>
                                <a:lnTo>
                                  <a:pt x="4417333" y="194659"/>
                                </a:lnTo>
                                <a:lnTo>
                                  <a:pt x="4414611" y="194205"/>
                                </a:lnTo>
                                <a:lnTo>
                                  <a:pt x="4413704" y="194205"/>
                                </a:lnTo>
                                <a:lnTo>
                                  <a:pt x="4414385" y="194432"/>
                                </a:lnTo>
                                <a:lnTo>
                                  <a:pt x="4416199" y="195339"/>
                                </a:lnTo>
                                <a:lnTo>
                                  <a:pt x="4427538" y="199194"/>
                                </a:lnTo>
                                <a:lnTo>
                                  <a:pt x="4430713" y="200102"/>
                                </a:lnTo>
                                <a:lnTo>
                                  <a:pt x="4427992" y="199421"/>
                                </a:lnTo>
                                <a:lnTo>
                                  <a:pt x="4392613" y="188989"/>
                                </a:lnTo>
                                <a:close/>
                                <a:moveTo>
                                  <a:pt x="3801257" y="184223"/>
                                </a:moveTo>
                                <a:lnTo>
                                  <a:pt x="3803736" y="184443"/>
                                </a:lnTo>
                                <a:lnTo>
                                  <a:pt x="3821989" y="186433"/>
                                </a:lnTo>
                                <a:lnTo>
                                  <a:pt x="3841370" y="186433"/>
                                </a:lnTo>
                                <a:lnTo>
                                  <a:pt x="3835736" y="188644"/>
                                </a:lnTo>
                                <a:lnTo>
                                  <a:pt x="3851962" y="191296"/>
                                </a:lnTo>
                                <a:lnTo>
                                  <a:pt x="3852863" y="192180"/>
                                </a:lnTo>
                                <a:lnTo>
                                  <a:pt x="3851962" y="193949"/>
                                </a:lnTo>
                                <a:lnTo>
                                  <a:pt x="3851286" y="193949"/>
                                </a:lnTo>
                                <a:lnTo>
                                  <a:pt x="3840919" y="195275"/>
                                </a:lnTo>
                                <a:lnTo>
                                  <a:pt x="3825595" y="200801"/>
                                </a:lnTo>
                                <a:lnTo>
                                  <a:pt x="3804862" y="201685"/>
                                </a:lnTo>
                                <a:lnTo>
                                  <a:pt x="3811623" y="200580"/>
                                </a:lnTo>
                                <a:lnTo>
                                  <a:pt x="3799904" y="200580"/>
                                </a:lnTo>
                                <a:lnTo>
                                  <a:pt x="3812299" y="198812"/>
                                </a:lnTo>
                                <a:lnTo>
                                  <a:pt x="3796749" y="200138"/>
                                </a:lnTo>
                                <a:lnTo>
                                  <a:pt x="3791566" y="201243"/>
                                </a:lnTo>
                                <a:lnTo>
                                  <a:pt x="3800581" y="198591"/>
                                </a:lnTo>
                                <a:lnTo>
                                  <a:pt x="3791792" y="199033"/>
                                </a:lnTo>
                                <a:lnTo>
                                  <a:pt x="3796749" y="196822"/>
                                </a:lnTo>
                                <a:lnTo>
                                  <a:pt x="3791341" y="193949"/>
                                </a:lnTo>
                                <a:lnTo>
                                  <a:pt x="3781425" y="193286"/>
                                </a:lnTo>
                                <a:lnTo>
                                  <a:pt x="3797876" y="185770"/>
                                </a:lnTo>
                                <a:lnTo>
                                  <a:pt x="3791792" y="186212"/>
                                </a:lnTo>
                                <a:lnTo>
                                  <a:pt x="3795172" y="184443"/>
                                </a:lnTo>
                                <a:lnTo>
                                  <a:pt x="3801257" y="184223"/>
                                </a:lnTo>
                                <a:close/>
                                <a:moveTo>
                                  <a:pt x="4443585" y="182382"/>
                                </a:moveTo>
                                <a:lnTo>
                                  <a:pt x="4450725" y="183280"/>
                                </a:lnTo>
                                <a:lnTo>
                                  <a:pt x="4453489" y="184851"/>
                                </a:lnTo>
                                <a:lnTo>
                                  <a:pt x="4457865" y="186199"/>
                                </a:lnTo>
                                <a:lnTo>
                                  <a:pt x="4466156" y="188219"/>
                                </a:lnTo>
                                <a:lnTo>
                                  <a:pt x="4472374" y="191362"/>
                                </a:lnTo>
                                <a:lnTo>
                                  <a:pt x="4470992" y="191587"/>
                                </a:lnTo>
                                <a:lnTo>
                                  <a:pt x="4443585" y="182382"/>
                                </a:lnTo>
                                <a:close/>
                                <a:moveTo>
                                  <a:pt x="4452938" y="181050"/>
                                </a:moveTo>
                                <a:lnTo>
                                  <a:pt x="4466108" y="183545"/>
                                </a:lnTo>
                                <a:lnTo>
                                  <a:pt x="4461718" y="181050"/>
                                </a:lnTo>
                                <a:lnTo>
                                  <a:pt x="4476274" y="183318"/>
                                </a:lnTo>
                                <a:lnTo>
                                  <a:pt x="4476043" y="182184"/>
                                </a:lnTo>
                                <a:lnTo>
                                  <a:pt x="4486209" y="183318"/>
                                </a:lnTo>
                                <a:lnTo>
                                  <a:pt x="4485978" y="182864"/>
                                </a:lnTo>
                                <a:lnTo>
                                  <a:pt x="4498223" y="186493"/>
                                </a:lnTo>
                                <a:lnTo>
                                  <a:pt x="4502151" y="188988"/>
                                </a:lnTo>
                                <a:lnTo>
                                  <a:pt x="4473964" y="186493"/>
                                </a:lnTo>
                                <a:lnTo>
                                  <a:pt x="4452938" y="181050"/>
                                </a:lnTo>
                                <a:close/>
                                <a:moveTo>
                                  <a:pt x="4403051" y="179464"/>
                                </a:moveTo>
                                <a:lnTo>
                                  <a:pt x="4428385" y="182607"/>
                                </a:lnTo>
                                <a:lnTo>
                                  <a:pt x="4428615" y="182157"/>
                                </a:lnTo>
                                <a:lnTo>
                                  <a:pt x="4426773" y="180586"/>
                                </a:lnTo>
                                <a:lnTo>
                                  <a:pt x="4426773" y="180362"/>
                                </a:lnTo>
                                <a:lnTo>
                                  <a:pt x="4438519" y="181933"/>
                                </a:lnTo>
                                <a:lnTo>
                                  <a:pt x="4465926" y="191137"/>
                                </a:lnTo>
                                <a:lnTo>
                                  <a:pt x="4464301" y="190840"/>
                                </a:lnTo>
                                <a:lnTo>
                                  <a:pt x="4463853" y="190689"/>
                                </a:lnTo>
                                <a:lnTo>
                                  <a:pt x="4458786" y="189341"/>
                                </a:lnTo>
                                <a:lnTo>
                                  <a:pt x="4453259" y="187770"/>
                                </a:lnTo>
                                <a:lnTo>
                                  <a:pt x="4448192" y="186872"/>
                                </a:lnTo>
                                <a:lnTo>
                                  <a:pt x="4442664" y="185974"/>
                                </a:lnTo>
                                <a:lnTo>
                                  <a:pt x="4437137" y="185300"/>
                                </a:lnTo>
                                <a:lnTo>
                                  <a:pt x="4434842" y="185021"/>
                                </a:lnTo>
                                <a:lnTo>
                                  <a:pt x="4430227" y="183953"/>
                                </a:lnTo>
                                <a:lnTo>
                                  <a:pt x="4432761" y="184627"/>
                                </a:lnTo>
                                <a:lnTo>
                                  <a:pt x="4431609" y="184627"/>
                                </a:lnTo>
                                <a:lnTo>
                                  <a:pt x="4434842" y="185021"/>
                                </a:lnTo>
                                <a:lnTo>
                                  <a:pt x="4443816" y="187096"/>
                                </a:lnTo>
                                <a:lnTo>
                                  <a:pt x="4464301" y="190840"/>
                                </a:lnTo>
                                <a:lnTo>
                                  <a:pt x="4469150" y="192484"/>
                                </a:lnTo>
                                <a:lnTo>
                                  <a:pt x="4473987" y="194055"/>
                                </a:lnTo>
                                <a:lnTo>
                                  <a:pt x="4476520" y="195852"/>
                                </a:lnTo>
                                <a:lnTo>
                                  <a:pt x="4470233" y="194373"/>
                                </a:lnTo>
                                <a:lnTo>
                                  <a:pt x="4471453" y="194505"/>
                                </a:lnTo>
                                <a:lnTo>
                                  <a:pt x="4469841" y="194280"/>
                                </a:lnTo>
                                <a:lnTo>
                                  <a:pt x="4470233" y="194373"/>
                                </a:lnTo>
                                <a:lnTo>
                                  <a:pt x="4465235" y="193831"/>
                                </a:lnTo>
                                <a:lnTo>
                                  <a:pt x="4468689" y="198097"/>
                                </a:lnTo>
                                <a:lnTo>
                                  <a:pt x="4457634" y="196750"/>
                                </a:lnTo>
                                <a:lnTo>
                                  <a:pt x="4472144" y="201015"/>
                                </a:lnTo>
                                <a:lnTo>
                                  <a:pt x="4472144" y="201689"/>
                                </a:lnTo>
                                <a:lnTo>
                                  <a:pt x="4470071" y="201689"/>
                                </a:lnTo>
                                <a:lnTo>
                                  <a:pt x="4467768" y="201464"/>
                                </a:lnTo>
                                <a:lnTo>
                                  <a:pt x="4461780" y="201015"/>
                                </a:lnTo>
                                <a:lnTo>
                                  <a:pt x="4454410" y="199893"/>
                                </a:lnTo>
                                <a:lnTo>
                                  <a:pt x="4446810" y="198770"/>
                                </a:lnTo>
                                <a:lnTo>
                                  <a:pt x="4432991" y="195852"/>
                                </a:lnTo>
                                <a:lnTo>
                                  <a:pt x="4425161" y="194055"/>
                                </a:lnTo>
                                <a:lnTo>
                                  <a:pt x="4426082" y="194055"/>
                                </a:lnTo>
                                <a:lnTo>
                                  <a:pt x="4426542" y="193831"/>
                                </a:lnTo>
                                <a:lnTo>
                                  <a:pt x="4410421" y="190239"/>
                                </a:lnTo>
                                <a:lnTo>
                                  <a:pt x="4411112" y="190913"/>
                                </a:lnTo>
                                <a:lnTo>
                                  <a:pt x="4404433" y="187994"/>
                                </a:lnTo>
                                <a:lnTo>
                                  <a:pt x="4406736" y="188219"/>
                                </a:lnTo>
                                <a:lnTo>
                                  <a:pt x="4399366" y="186872"/>
                                </a:lnTo>
                                <a:lnTo>
                                  <a:pt x="4396602" y="186199"/>
                                </a:lnTo>
                                <a:lnTo>
                                  <a:pt x="4394990" y="185525"/>
                                </a:lnTo>
                                <a:lnTo>
                                  <a:pt x="4393838" y="184402"/>
                                </a:lnTo>
                                <a:lnTo>
                                  <a:pt x="4389002" y="182831"/>
                                </a:lnTo>
                                <a:lnTo>
                                  <a:pt x="4393378" y="183280"/>
                                </a:lnTo>
                                <a:lnTo>
                                  <a:pt x="4387850" y="181484"/>
                                </a:lnTo>
                                <a:lnTo>
                                  <a:pt x="4410651" y="184178"/>
                                </a:lnTo>
                                <a:lnTo>
                                  <a:pt x="4423549" y="185750"/>
                                </a:lnTo>
                                <a:lnTo>
                                  <a:pt x="4423876" y="185813"/>
                                </a:lnTo>
                                <a:lnTo>
                                  <a:pt x="4427003" y="186423"/>
                                </a:lnTo>
                                <a:lnTo>
                                  <a:pt x="4429537" y="186648"/>
                                </a:lnTo>
                                <a:lnTo>
                                  <a:pt x="4429076" y="186423"/>
                                </a:lnTo>
                                <a:lnTo>
                                  <a:pt x="4424072" y="185813"/>
                                </a:lnTo>
                                <a:lnTo>
                                  <a:pt x="4423549" y="185750"/>
                                </a:lnTo>
                                <a:lnTo>
                                  <a:pt x="4417791" y="184627"/>
                                </a:lnTo>
                                <a:lnTo>
                                  <a:pt x="4412954" y="183505"/>
                                </a:lnTo>
                                <a:lnTo>
                                  <a:pt x="4409730" y="182382"/>
                                </a:lnTo>
                                <a:lnTo>
                                  <a:pt x="4408809" y="181933"/>
                                </a:lnTo>
                                <a:lnTo>
                                  <a:pt x="4408809" y="181484"/>
                                </a:lnTo>
                                <a:lnTo>
                                  <a:pt x="4408809" y="181260"/>
                                </a:lnTo>
                                <a:lnTo>
                                  <a:pt x="4409730" y="181035"/>
                                </a:lnTo>
                                <a:lnTo>
                                  <a:pt x="4411572" y="180811"/>
                                </a:lnTo>
                                <a:lnTo>
                                  <a:pt x="4403051" y="179464"/>
                                </a:lnTo>
                                <a:close/>
                                <a:moveTo>
                                  <a:pt x="4437063" y="166763"/>
                                </a:moveTo>
                                <a:lnTo>
                                  <a:pt x="4441826" y="168351"/>
                                </a:lnTo>
                                <a:lnTo>
                                  <a:pt x="4440744" y="168124"/>
                                </a:lnTo>
                                <a:lnTo>
                                  <a:pt x="4437280" y="167444"/>
                                </a:lnTo>
                                <a:lnTo>
                                  <a:pt x="4437063" y="166763"/>
                                </a:lnTo>
                                <a:close/>
                                <a:moveTo>
                                  <a:pt x="2704869" y="70272"/>
                                </a:moveTo>
                                <a:lnTo>
                                  <a:pt x="2691985" y="72729"/>
                                </a:lnTo>
                                <a:lnTo>
                                  <a:pt x="2674056" y="76605"/>
                                </a:lnTo>
                                <a:lnTo>
                                  <a:pt x="2656127" y="80937"/>
                                </a:lnTo>
                                <a:lnTo>
                                  <a:pt x="2642410" y="84293"/>
                                </a:lnTo>
                                <a:lnTo>
                                  <a:pt x="2666380" y="79031"/>
                                </a:lnTo>
                                <a:lnTo>
                                  <a:pt x="2692793" y="72798"/>
                                </a:lnTo>
                                <a:lnTo>
                                  <a:pt x="2704869" y="70272"/>
                                </a:lnTo>
                                <a:close/>
                                <a:moveTo>
                                  <a:pt x="2821346" y="67713"/>
                                </a:moveTo>
                                <a:lnTo>
                                  <a:pt x="2826112" y="67713"/>
                                </a:lnTo>
                                <a:lnTo>
                                  <a:pt x="2829289" y="67713"/>
                                </a:lnTo>
                                <a:lnTo>
                                  <a:pt x="2830197" y="67941"/>
                                </a:lnTo>
                                <a:lnTo>
                                  <a:pt x="2830651" y="68169"/>
                                </a:lnTo>
                                <a:lnTo>
                                  <a:pt x="2796382" y="72273"/>
                                </a:lnTo>
                                <a:lnTo>
                                  <a:pt x="2761885" y="76149"/>
                                </a:lnTo>
                                <a:lnTo>
                                  <a:pt x="2727162" y="79797"/>
                                </a:lnTo>
                                <a:lnTo>
                                  <a:pt x="2692893" y="82989"/>
                                </a:lnTo>
                                <a:lnTo>
                                  <a:pt x="2711276" y="78429"/>
                                </a:lnTo>
                                <a:lnTo>
                                  <a:pt x="2725573" y="77061"/>
                                </a:lnTo>
                                <a:lnTo>
                                  <a:pt x="2743275" y="75009"/>
                                </a:lnTo>
                                <a:lnTo>
                                  <a:pt x="2782311" y="71133"/>
                                </a:lnTo>
                                <a:lnTo>
                                  <a:pt x="2800240" y="69309"/>
                                </a:lnTo>
                                <a:lnTo>
                                  <a:pt x="2815218" y="68169"/>
                                </a:lnTo>
                                <a:lnTo>
                                  <a:pt x="2821346" y="67713"/>
                                </a:lnTo>
                                <a:close/>
                                <a:moveTo>
                                  <a:pt x="3014027" y="44230"/>
                                </a:moveTo>
                                <a:lnTo>
                                  <a:pt x="2945034" y="53578"/>
                                </a:lnTo>
                                <a:lnTo>
                                  <a:pt x="2875587" y="62470"/>
                                </a:lnTo>
                                <a:lnTo>
                                  <a:pt x="2860835" y="65661"/>
                                </a:lnTo>
                                <a:lnTo>
                                  <a:pt x="2848807" y="68169"/>
                                </a:lnTo>
                                <a:lnTo>
                                  <a:pt x="2839729" y="69765"/>
                                </a:lnTo>
                                <a:lnTo>
                                  <a:pt x="2833601" y="70677"/>
                                </a:lnTo>
                                <a:lnTo>
                                  <a:pt x="2831332" y="70677"/>
                                </a:lnTo>
                                <a:lnTo>
                                  <a:pt x="2830197" y="70677"/>
                                </a:lnTo>
                                <a:lnTo>
                                  <a:pt x="2829516" y="70449"/>
                                </a:lnTo>
                                <a:lnTo>
                                  <a:pt x="2829516" y="70221"/>
                                </a:lnTo>
                                <a:lnTo>
                                  <a:pt x="2829516" y="69765"/>
                                </a:lnTo>
                                <a:lnTo>
                                  <a:pt x="2830424" y="69081"/>
                                </a:lnTo>
                                <a:lnTo>
                                  <a:pt x="2831786" y="68397"/>
                                </a:lnTo>
                                <a:lnTo>
                                  <a:pt x="2837006" y="65889"/>
                                </a:lnTo>
                                <a:lnTo>
                                  <a:pt x="2841091" y="64066"/>
                                </a:lnTo>
                                <a:lnTo>
                                  <a:pt x="2862878" y="61330"/>
                                </a:lnTo>
                                <a:lnTo>
                                  <a:pt x="2884438" y="58366"/>
                                </a:lnTo>
                                <a:lnTo>
                                  <a:pt x="2928012" y="52210"/>
                                </a:lnTo>
                                <a:lnTo>
                                  <a:pt x="2949573" y="49474"/>
                                </a:lnTo>
                                <a:lnTo>
                                  <a:pt x="2971360" y="47194"/>
                                </a:lnTo>
                                <a:lnTo>
                                  <a:pt x="2982027" y="46054"/>
                                </a:lnTo>
                                <a:lnTo>
                                  <a:pt x="2992920" y="45370"/>
                                </a:lnTo>
                                <a:lnTo>
                                  <a:pt x="3003587" y="44686"/>
                                </a:lnTo>
                                <a:lnTo>
                                  <a:pt x="3014027" y="44230"/>
                                </a:lnTo>
                                <a:close/>
                                <a:moveTo>
                                  <a:pt x="2906746" y="34573"/>
                                </a:moveTo>
                                <a:lnTo>
                                  <a:pt x="2888610" y="37192"/>
                                </a:lnTo>
                                <a:lnTo>
                                  <a:pt x="2855860" y="41955"/>
                                </a:lnTo>
                                <a:lnTo>
                                  <a:pt x="2823110" y="47398"/>
                                </a:lnTo>
                                <a:lnTo>
                                  <a:pt x="2790360" y="53294"/>
                                </a:lnTo>
                                <a:lnTo>
                                  <a:pt x="2757838" y="59417"/>
                                </a:lnTo>
                                <a:lnTo>
                                  <a:pt x="2725316" y="65994"/>
                                </a:lnTo>
                                <a:lnTo>
                                  <a:pt x="2708496" y="69513"/>
                                </a:lnTo>
                                <a:lnTo>
                                  <a:pt x="2709914" y="69309"/>
                                </a:lnTo>
                                <a:lnTo>
                                  <a:pt x="2705794" y="70095"/>
                                </a:lnTo>
                                <a:lnTo>
                                  <a:pt x="2696284" y="72266"/>
                                </a:lnTo>
                                <a:lnTo>
                                  <a:pt x="2708552" y="69765"/>
                                </a:lnTo>
                                <a:lnTo>
                                  <a:pt x="2721470" y="67541"/>
                                </a:lnTo>
                                <a:lnTo>
                                  <a:pt x="2733885" y="65074"/>
                                </a:lnTo>
                                <a:lnTo>
                                  <a:pt x="2770627" y="58046"/>
                                </a:lnTo>
                                <a:lnTo>
                                  <a:pt x="2807369" y="51245"/>
                                </a:lnTo>
                                <a:lnTo>
                                  <a:pt x="2844111" y="44897"/>
                                </a:lnTo>
                                <a:lnTo>
                                  <a:pt x="2880854" y="39003"/>
                                </a:lnTo>
                                <a:lnTo>
                                  <a:pt x="2901905" y="36015"/>
                                </a:lnTo>
                                <a:lnTo>
                                  <a:pt x="2875183" y="40136"/>
                                </a:lnTo>
                                <a:lnTo>
                                  <a:pt x="2835493" y="46711"/>
                                </a:lnTo>
                                <a:lnTo>
                                  <a:pt x="2796256" y="53512"/>
                                </a:lnTo>
                                <a:lnTo>
                                  <a:pt x="2756792" y="60767"/>
                                </a:lnTo>
                                <a:lnTo>
                                  <a:pt x="2727573" y="66474"/>
                                </a:lnTo>
                                <a:lnTo>
                                  <a:pt x="2739871" y="64293"/>
                                </a:lnTo>
                                <a:lnTo>
                                  <a:pt x="2755758" y="61786"/>
                                </a:lnTo>
                                <a:lnTo>
                                  <a:pt x="2740098" y="64977"/>
                                </a:lnTo>
                                <a:lnTo>
                                  <a:pt x="2724439" y="67941"/>
                                </a:lnTo>
                                <a:lnTo>
                                  <a:pt x="2708779" y="70677"/>
                                </a:lnTo>
                                <a:lnTo>
                                  <a:pt x="2701038" y="71788"/>
                                </a:lnTo>
                                <a:lnTo>
                                  <a:pt x="2683889" y="75276"/>
                                </a:lnTo>
                                <a:lnTo>
                                  <a:pt x="2697369" y="72329"/>
                                </a:lnTo>
                                <a:lnTo>
                                  <a:pt x="2697625" y="72278"/>
                                </a:lnTo>
                                <a:lnTo>
                                  <a:pt x="2696261" y="72474"/>
                                </a:lnTo>
                                <a:lnTo>
                                  <a:pt x="2693871" y="72817"/>
                                </a:lnTo>
                                <a:lnTo>
                                  <a:pt x="2690974" y="73478"/>
                                </a:lnTo>
                                <a:lnTo>
                                  <a:pt x="2679533" y="76162"/>
                                </a:lnTo>
                                <a:lnTo>
                                  <a:pt x="2680386" y="75989"/>
                                </a:lnTo>
                                <a:lnTo>
                                  <a:pt x="2683889" y="75276"/>
                                </a:lnTo>
                                <a:lnTo>
                                  <a:pt x="2675378" y="77137"/>
                                </a:lnTo>
                                <a:lnTo>
                                  <a:pt x="2671642" y="78014"/>
                                </a:lnTo>
                                <a:lnTo>
                                  <a:pt x="2660976" y="80546"/>
                                </a:lnTo>
                                <a:lnTo>
                                  <a:pt x="2667928" y="81393"/>
                                </a:lnTo>
                                <a:lnTo>
                                  <a:pt x="2678368" y="80937"/>
                                </a:lnTo>
                                <a:lnTo>
                                  <a:pt x="2689034" y="80481"/>
                                </a:lnTo>
                                <a:lnTo>
                                  <a:pt x="2699474" y="79569"/>
                                </a:lnTo>
                                <a:lnTo>
                                  <a:pt x="2709914" y="78429"/>
                                </a:lnTo>
                                <a:lnTo>
                                  <a:pt x="2691531" y="83217"/>
                                </a:lnTo>
                                <a:lnTo>
                                  <a:pt x="2678141" y="84585"/>
                                </a:lnTo>
                                <a:lnTo>
                                  <a:pt x="2664978" y="85497"/>
                                </a:lnTo>
                                <a:lnTo>
                                  <a:pt x="2658396" y="85725"/>
                                </a:lnTo>
                                <a:lnTo>
                                  <a:pt x="2651815" y="85725"/>
                                </a:lnTo>
                                <a:lnTo>
                                  <a:pt x="2645006" y="85725"/>
                                </a:lnTo>
                                <a:lnTo>
                                  <a:pt x="2640564" y="85571"/>
                                </a:lnTo>
                                <a:lnTo>
                                  <a:pt x="2633662" y="87312"/>
                                </a:lnTo>
                                <a:lnTo>
                                  <a:pt x="2640497" y="85569"/>
                                </a:lnTo>
                                <a:lnTo>
                                  <a:pt x="2638425" y="85497"/>
                                </a:lnTo>
                                <a:lnTo>
                                  <a:pt x="2660439" y="80481"/>
                                </a:lnTo>
                                <a:lnTo>
                                  <a:pt x="2660441" y="80481"/>
                                </a:lnTo>
                                <a:lnTo>
                                  <a:pt x="2662571" y="79938"/>
                                </a:lnTo>
                                <a:lnTo>
                                  <a:pt x="2661081" y="80264"/>
                                </a:lnTo>
                                <a:lnTo>
                                  <a:pt x="2625246" y="88425"/>
                                </a:lnTo>
                                <a:lnTo>
                                  <a:pt x="2589865" y="96813"/>
                                </a:lnTo>
                                <a:lnTo>
                                  <a:pt x="2554030" y="105882"/>
                                </a:lnTo>
                                <a:lnTo>
                                  <a:pt x="2518875" y="115177"/>
                                </a:lnTo>
                                <a:lnTo>
                                  <a:pt x="2483267" y="124925"/>
                                </a:lnTo>
                                <a:lnTo>
                                  <a:pt x="2448112" y="134900"/>
                                </a:lnTo>
                                <a:lnTo>
                                  <a:pt x="2412958" y="145329"/>
                                </a:lnTo>
                                <a:lnTo>
                                  <a:pt x="2378030" y="155984"/>
                                </a:lnTo>
                                <a:lnTo>
                                  <a:pt x="2343102" y="167093"/>
                                </a:lnTo>
                                <a:lnTo>
                                  <a:pt x="2308175" y="178655"/>
                                </a:lnTo>
                                <a:lnTo>
                                  <a:pt x="2273700" y="190443"/>
                                </a:lnTo>
                                <a:lnTo>
                                  <a:pt x="2239226" y="202686"/>
                                </a:lnTo>
                                <a:lnTo>
                                  <a:pt x="2204752" y="215381"/>
                                </a:lnTo>
                                <a:lnTo>
                                  <a:pt x="2172931" y="227100"/>
                                </a:lnTo>
                                <a:lnTo>
                                  <a:pt x="2180257" y="224223"/>
                                </a:lnTo>
                                <a:lnTo>
                                  <a:pt x="2212463" y="212434"/>
                                </a:lnTo>
                                <a:lnTo>
                                  <a:pt x="2244443" y="200419"/>
                                </a:lnTo>
                                <a:lnTo>
                                  <a:pt x="2276876" y="189083"/>
                                </a:lnTo>
                                <a:lnTo>
                                  <a:pt x="2309309" y="178201"/>
                                </a:lnTo>
                                <a:lnTo>
                                  <a:pt x="2341741" y="167093"/>
                                </a:lnTo>
                                <a:lnTo>
                                  <a:pt x="2374401" y="156664"/>
                                </a:lnTo>
                                <a:lnTo>
                                  <a:pt x="2407288" y="146689"/>
                                </a:lnTo>
                                <a:lnTo>
                                  <a:pt x="2439947" y="136714"/>
                                </a:lnTo>
                                <a:lnTo>
                                  <a:pt x="2472834" y="127192"/>
                                </a:lnTo>
                                <a:lnTo>
                                  <a:pt x="2505947" y="118350"/>
                                </a:lnTo>
                                <a:lnTo>
                                  <a:pt x="2539061" y="109509"/>
                                </a:lnTo>
                                <a:lnTo>
                                  <a:pt x="2572174" y="101121"/>
                                </a:lnTo>
                                <a:lnTo>
                                  <a:pt x="2605514" y="92732"/>
                                </a:lnTo>
                                <a:lnTo>
                                  <a:pt x="2638509" y="85156"/>
                                </a:lnTo>
                                <a:lnTo>
                                  <a:pt x="2639106" y="84357"/>
                                </a:lnTo>
                                <a:lnTo>
                                  <a:pt x="2640013" y="83217"/>
                                </a:lnTo>
                                <a:lnTo>
                                  <a:pt x="2641148" y="82305"/>
                                </a:lnTo>
                                <a:lnTo>
                                  <a:pt x="2642510" y="81393"/>
                                </a:lnTo>
                                <a:lnTo>
                                  <a:pt x="2645914" y="79569"/>
                                </a:lnTo>
                                <a:lnTo>
                                  <a:pt x="2650226" y="78201"/>
                                </a:lnTo>
                                <a:lnTo>
                                  <a:pt x="2654765" y="77061"/>
                                </a:lnTo>
                                <a:lnTo>
                                  <a:pt x="2659758" y="75693"/>
                                </a:lnTo>
                                <a:lnTo>
                                  <a:pt x="2665205" y="75009"/>
                                </a:lnTo>
                                <a:lnTo>
                                  <a:pt x="2670879" y="74097"/>
                                </a:lnTo>
                                <a:lnTo>
                                  <a:pt x="2682453" y="72501"/>
                                </a:lnTo>
                                <a:lnTo>
                                  <a:pt x="2693347" y="71589"/>
                                </a:lnTo>
                                <a:lnTo>
                                  <a:pt x="2702878" y="70449"/>
                                </a:lnTo>
                                <a:lnTo>
                                  <a:pt x="2706737" y="69765"/>
                                </a:lnTo>
                                <a:lnTo>
                                  <a:pt x="2708089" y="69571"/>
                                </a:lnTo>
                                <a:lnTo>
                                  <a:pt x="2709850" y="69169"/>
                                </a:lnTo>
                                <a:lnTo>
                                  <a:pt x="2740326" y="62592"/>
                                </a:lnTo>
                                <a:lnTo>
                                  <a:pt x="2770574" y="56696"/>
                                </a:lnTo>
                                <a:lnTo>
                                  <a:pt x="2801050" y="51026"/>
                                </a:lnTo>
                                <a:lnTo>
                                  <a:pt x="2831525" y="45583"/>
                                </a:lnTo>
                                <a:lnTo>
                                  <a:pt x="2862228" y="40821"/>
                                </a:lnTo>
                                <a:lnTo>
                                  <a:pt x="2892931" y="36512"/>
                                </a:lnTo>
                                <a:lnTo>
                                  <a:pt x="2906746" y="34573"/>
                                </a:lnTo>
                                <a:close/>
                                <a:moveTo>
                                  <a:pt x="2938462" y="29897"/>
                                </a:moveTo>
                                <a:lnTo>
                                  <a:pt x="2922587" y="31661"/>
                                </a:lnTo>
                                <a:lnTo>
                                  <a:pt x="2906712" y="33866"/>
                                </a:lnTo>
                                <a:lnTo>
                                  <a:pt x="2922587" y="31441"/>
                                </a:lnTo>
                                <a:lnTo>
                                  <a:pt x="2938462" y="29897"/>
                                </a:lnTo>
                                <a:close/>
                                <a:moveTo>
                                  <a:pt x="3179700" y="19835"/>
                                </a:moveTo>
                                <a:lnTo>
                                  <a:pt x="3138849" y="26219"/>
                                </a:lnTo>
                                <a:lnTo>
                                  <a:pt x="3097998" y="32147"/>
                                </a:lnTo>
                                <a:lnTo>
                                  <a:pt x="3057147" y="38074"/>
                                </a:lnTo>
                                <a:lnTo>
                                  <a:pt x="3016296" y="44002"/>
                                </a:lnTo>
                                <a:lnTo>
                                  <a:pt x="3011984" y="41950"/>
                                </a:lnTo>
                                <a:lnTo>
                                  <a:pt x="3021970" y="40582"/>
                                </a:lnTo>
                                <a:lnTo>
                                  <a:pt x="3041261" y="37618"/>
                                </a:lnTo>
                                <a:lnTo>
                                  <a:pt x="3061005" y="34427"/>
                                </a:lnTo>
                                <a:lnTo>
                                  <a:pt x="3080750" y="31007"/>
                                </a:lnTo>
                                <a:lnTo>
                                  <a:pt x="3100721" y="27815"/>
                                </a:lnTo>
                                <a:lnTo>
                                  <a:pt x="3120466" y="24851"/>
                                </a:lnTo>
                                <a:lnTo>
                                  <a:pt x="3130452" y="23711"/>
                                </a:lnTo>
                                <a:lnTo>
                                  <a:pt x="3140210" y="22343"/>
                                </a:lnTo>
                                <a:lnTo>
                                  <a:pt x="3149969" y="21431"/>
                                </a:lnTo>
                                <a:lnTo>
                                  <a:pt x="3159728" y="20747"/>
                                </a:lnTo>
                                <a:lnTo>
                                  <a:pt x="3169714" y="20063"/>
                                </a:lnTo>
                                <a:lnTo>
                                  <a:pt x="3179700" y="19835"/>
                                </a:lnTo>
                                <a:close/>
                                <a:moveTo>
                                  <a:pt x="3122105" y="8370"/>
                                </a:moveTo>
                                <a:lnTo>
                                  <a:pt x="3102368" y="10296"/>
                                </a:lnTo>
                                <a:lnTo>
                                  <a:pt x="3072943" y="13382"/>
                                </a:lnTo>
                                <a:lnTo>
                                  <a:pt x="3043065" y="16705"/>
                                </a:lnTo>
                                <a:lnTo>
                                  <a:pt x="3013187" y="20503"/>
                                </a:lnTo>
                                <a:lnTo>
                                  <a:pt x="3013015" y="20525"/>
                                </a:lnTo>
                                <a:lnTo>
                                  <a:pt x="2988035" y="23923"/>
                                </a:lnTo>
                                <a:lnTo>
                                  <a:pt x="2966018" y="26865"/>
                                </a:lnTo>
                                <a:lnTo>
                                  <a:pt x="2954339" y="28574"/>
                                </a:lnTo>
                                <a:lnTo>
                                  <a:pt x="2964225" y="27105"/>
                                </a:lnTo>
                                <a:lnTo>
                                  <a:pt x="2961514" y="27467"/>
                                </a:lnTo>
                                <a:lnTo>
                                  <a:pt x="2955617" y="28175"/>
                                </a:lnTo>
                                <a:lnTo>
                                  <a:pt x="2954568" y="28345"/>
                                </a:lnTo>
                                <a:lnTo>
                                  <a:pt x="2954339" y="28574"/>
                                </a:lnTo>
                                <a:lnTo>
                                  <a:pt x="2954337" y="28576"/>
                                </a:lnTo>
                                <a:lnTo>
                                  <a:pt x="2954338" y="28574"/>
                                </a:lnTo>
                                <a:lnTo>
                                  <a:pt x="2954490" y="28358"/>
                                </a:lnTo>
                                <a:lnTo>
                                  <a:pt x="2953828" y="28465"/>
                                </a:lnTo>
                                <a:lnTo>
                                  <a:pt x="2953828" y="28617"/>
                                </a:lnTo>
                                <a:lnTo>
                                  <a:pt x="2953828" y="28634"/>
                                </a:lnTo>
                                <a:lnTo>
                                  <a:pt x="2954337" y="28574"/>
                                </a:lnTo>
                                <a:lnTo>
                                  <a:pt x="2953828" y="28634"/>
                                </a:lnTo>
                                <a:lnTo>
                                  <a:pt x="2953828" y="28645"/>
                                </a:lnTo>
                                <a:lnTo>
                                  <a:pt x="2954338" y="28574"/>
                                </a:lnTo>
                                <a:lnTo>
                                  <a:pt x="2953828" y="28647"/>
                                </a:lnTo>
                                <a:lnTo>
                                  <a:pt x="2953828" y="28692"/>
                                </a:lnTo>
                                <a:lnTo>
                                  <a:pt x="2953175" y="28739"/>
                                </a:lnTo>
                                <a:lnTo>
                                  <a:pt x="2917596" y="33789"/>
                                </a:lnTo>
                                <a:lnTo>
                                  <a:pt x="2901905" y="36015"/>
                                </a:lnTo>
                                <a:lnTo>
                                  <a:pt x="2914874" y="34015"/>
                                </a:lnTo>
                                <a:lnTo>
                                  <a:pt x="2953102" y="28745"/>
                                </a:lnTo>
                                <a:lnTo>
                                  <a:pt x="2952557" y="28785"/>
                                </a:lnTo>
                                <a:lnTo>
                                  <a:pt x="2923634" y="32203"/>
                                </a:lnTo>
                                <a:lnTo>
                                  <a:pt x="2906746" y="34573"/>
                                </a:lnTo>
                                <a:lnTo>
                                  <a:pt x="2921587" y="32430"/>
                                </a:lnTo>
                                <a:lnTo>
                                  <a:pt x="2952539" y="28786"/>
                                </a:lnTo>
                                <a:lnTo>
                                  <a:pt x="2946498" y="29227"/>
                                </a:lnTo>
                                <a:lnTo>
                                  <a:pt x="2932112" y="30279"/>
                                </a:lnTo>
                                <a:lnTo>
                                  <a:pt x="2934551" y="29945"/>
                                </a:lnTo>
                                <a:lnTo>
                                  <a:pt x="2930525" y="30279"/>
                                </a:lnTo>
                                <a:lnTo>
                                  <a:pt x="2931855" y="30060"/>
                                </a:lnTo>
                                <a:lnTo>
                                  <a:pt x="2936170" y="29723"/>
                                </a:lnTo>
                                <a:lnTo>
                                  <a:pt x="2955379" y="27088"/>
                                </a:lnTo>
                                <a:lnTo>
                                  <a:pt x="2955449" y="26988"/>
                                </a:lnTo>
                                <a:lnTo>
                                  <a:pt x="2955925" y="26988"/>
                                </a:lnTo>
                                <a:lnTo>
                                  <a:pt x="2955896" y="27017"/>
                                </a:lnTo>
                                <a:lnTo>
                                  <a:pt x="2963531" y="25970"/>
                                </a:lnTo>
                                <a:lnTo>
                                  <a:pt x="2971385" y="25063"/>
                                </a:lnTo>
                                <a:lnTo>
                                  <a:pt x="2975345" y="24587"/>
                                </a:lnTo>
                                <a:lnTo>
                                  <a:pt x="2979073" y="23929"/>
                                </a:lnTo>
                                <a:lnTo>
                                  <a:pt x="2979738" y="23929"/>
                                </a:lnTo>
                                <a:lnTo>
                                  <a:pt x="2977228" y="24360"/>
                                </a:lnTo>
                                <a:lnTo>
                                  <a:pt x="2994025" y="22341"/>
                                </a:lnTo>
                                <a:lnTo>
                                  <a:pt x="2979009" y="24382"/>
                                </a:lnTo>
                                <a:lnTo>
                                  <a:pt x="2975278" y="24987"/>
                                </a:lnTo>
                                <a:lnTo>
                                  <a:pt x="2986421" y="23480"/>
                                </a:lnTo>
                                <a:lnTo>
                                  <a:pt x="3003025" y="21265"/>
                                </a:lnTo>
                                <a:lnTo>
                                  <a:pt x="3019399" y="19493"/>
                                </a:lnTo>
                                <a:lnTo>
                                  <a:pt x="3021013" y="19050"/>
                                </a:lnTo>
                                <a:lnTo>
                                  <a:pt x="3020612" y="19435"/>
                                </a:lnTo>
                                <a:lnTo>
                                  <a:pt x="3040575" y="16943"/>
                                </a:lnTo>
                                <a:lnTo>
                                  <a:pt x="3069547" y="13619"/>
                                </a:lnTo>
                                <a:lnTo>
                                  <a:pt x="3098293" y="10533"/>
                                </a:lnTo>
                                <a:lnTo>
                                  <a:pt x="3122105" y="8370"/>
                                </a:lnTo>
                                <a:close/>
                                <a:moveTo>
                                  <a:pt x="3145845" y="6369"/>
                                </a:moveTo>
                                <a:lnTo>
                                  <a:pt x="3127039" y="7922"/>
                                </a:lnTo>
                                <a:lnTo>
                                  <a:pt x="3122105" y="8370"/>
                                </a:lnTo>
                                <a:lnTo>
                                  <a:pt x="3131566" y="7447"/>
                                </a:lnTo>
                                <a:lnTo>
                                  <a:pt x="3145845" y="6369"/>
                                </a:lnTo>
                                <a:close/>
                                <a:moveTo>
                                  <a:pt x="3266300" y="3900"/>
                                </a:moveTo>
                                <a:lnTo>
                                  <a:pt x="3253912" y="7067"/>
                                </a:lnTo>
                                <a:lnTo>
                                  <a:pt x="3241657" y="9803"/>
                                </a:lnTo>
                                <a:lnTo>
                                  <a:pt x="3228948" y="12539"/>
                                </a:lnTo>
                                <a:lnTo>
                                  <a:pt x="3216239" y="14591"/>
                                </a:lnTo>
                                <a:lnTo>
                                  <a:pt x="3203302" y="16415"/>
                                </a:lnTo>
                                <a:lnTo>
                                  <a:pt x="3190820" y="17783"/>
                                </a:lnTo>
                                <a:lnTo>
                                  <a:pt x="3177884" y="18467"/>
                                </a:lnTo>
                                <a:lnTo>
                                  <a:pt x="3165175" y="18923"/>
                                </a:lnTo>
                                <a:lnTo>
                                  <a:pt x="3177884" y="17099"/>
                                </a:lnTo>
                                <a:lnTo>
                                  <a:pt x="3190366" y="14591"/>
                                </a:lnTo>
                                <a:lnTo>
                                  <a:pt x="3215785" y="9803"/>
                                </a:lnTo>
                                <a:lnTo>
                                  <a:pt x="3228267" y="7523"/>
                                </a:lnTo>
                                <a:lnTo>
                                  <a:pt x="3240976" y="5927"/>
                                </a:lnTo>
                                <a:lnTo>
                                  <a:pt x="3253685" y="4332"/>
                                </a:lnTo>
                                <a:lnTo>
                                  <a:pt x="3260040" y="4104"/>
                                </a:lnTo>
                                <a:lnTo>
                                  <a:pt x="3261999" y="4033"/>
                                </a:lnTo>
                                <a:lnTo>
                                  <a:pt x="3266287" y="3900"/>
                                </a:lnTo>
                                <a:lnTo>
                                  <a:pt x="3266300" y="3900"/>
                                </a:lnTo>
                                <a:close/>
                                <a:moveTo>
                                  <a:pt x="3180884" y="3697"/>
                                </a:moveTo>
                                <a:lnTo>
                                  <a:pt x="3159860" y="5311"/>
                                </a:lnTo>
                                <a:lnTo>
                                  <a:pt x="3145845" y="6369"/>
                                </a:lnTo>
                                <a:lnTo>
                                  <a:pt x="3155785" y="5548"/>
                                </a:lnTo>
                                <a:lnTo>
                                  <a:pt x="3180884" y="3697"/>
                                </a:lnTo>
                                <a:close/>
                                <a:moveTo>
                                  <a:pt x="3187700" y="3174"/>
                                </a:moveTo>
                                <a:lnTo>
                                  <a:pt x="3184758" y="3412"/>
                                </a:lnTo>
                                <a:lnTo>
                                  <a:pt x="3180884" y="3697"/>
                                </a:lnTo>
                                <a:lnTo>
                                  <a:pt x="3183669" y="3484"/>
                                </a:lnTo>
                                <a:lnTo>
                                  <a:pt x="3187700" y="3174"/>
                                </a:lnTo>
                                <a:close/>
                                <a:moveTo>
                                  <a:pt x="3243699" y="912"/>
                                </a:moveTo>
                                <a:lnTo>
                                  <a:pt x="3243721" y="968"/>
                                </a:lnTo>
                                <a:lnTo>
                                  <a:pt x="3233487" y="1368"/>
                                </a:lnTo>
                                <a:lnTo>
                                  <a:pt x="3243699" y="912"/>
                                </a:lnTo>
                                <a:close/>
                                <a:moveTo>
                                  <a:pt x="3265714" y="0"/>
                                </a:moveTo>
                                <a:lnTo>
                                  <a:pt x="3267075" y="3876"/>
                                </a:lnTo>
                                <a:lnTo>
                                  <a:pt x="3266300" y="3900"/>
                                </a:lnTo>
                                <a:lnTo>
                                  <a:pt x="3266394" y="3876"/>
                                </a:lnTo>
                                <a:lnTo>
                                  <a:pt x="3261999" y="4033"/>
                                </a:lnTo>
                                <a:lnTo>
                                  <a:pt x="3245061" y="4560"/>
                                </a:lnTo>
                                <a:lnTo>
                                  <a:pt x="3243721" y="968"/>
                                </a:lnTo>
                                <a:lnTo>
                                  <a:pt x="3256862" y="456"/>
                                </a:lnTo>
                                <a:lnTo>
                                  <a:pt x="3265714" y="0"/>
                                </a:lnTo>
                                <a:close/>
                              </a:path>
                            </a:pathLst>
                          </a:custGeom>
                          <a:solidFill>
                            <a:sysClr val="window" lastClr="FFFFFF"/>
                          </a:solidFill>
                          <a:ln>
                            <a:noFill/>
                          </a:ln>
                        </wps:spPr>
                        <wps:bodyPr anchor="ctr">
                          <a:scene3d>
                            <a:camera prst="orthographicFront"/>
                            <a:lightRig rig="threePt" dir="t"/>
                          </a:scene3d>
                          <a:sp3d>
                            <a:contourClr>
                              <a:srgbClr val="FFFFFF"/>
                            </a:contourClr>
                          </a:sp3d>
                        </wps:bodyPr>
                      </wps:wsp>
                    </wpg:wgp>
                  </a:graphicData>
                </a:graphic>
              </wp:anchor>
            </w:drawing>
          </mc:Choice>
          <mc:Fallback>
            <w:pict>
              <v:group w14:anchorId="31A5B50C" id="组合 31" o:spid="_x0000_s1026" style="position:absolute;margin-left:284.25pt;margin-top:142.35pt;width:94.5pt;height:94.5pt;z-index:251679744" coordorigin="45379,28307" coordsize="9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">
                <v:group id="组合 32" o:spid="_x0000_s1027" style="position:absolute;left:45379;top:28307;width:9000;height:9000" coordorigin="45379,28307" coordsize="7920,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oval id="MH_Other_2" o:spid="_x0000_s1028" style="position:absolute;left:45379;top:28307;width:7920;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OcMA&#10;AADbAAAADwAAAGRycy9kb3ducmV2LnhtbESP0WoCMRRE34X+Q7gF3zRbpVq2RqkLovim7QdcNreb&#10;pZubNYnu6tc3guDjMDNnmMWqt424kA+1YwVv4wwEcel0zZWCn+/N6ANEiMgaG8ek4EoBVsuXwQJz&#10;7To+0OUYK5EgHHJUYGJscylDachiGLuWOHm/zluMSfpKao9dgttGTrJsJi3WnBYMtlQYKv+OZ6tg&#10;u8veT/tz4Temn92KbnKy6/leqeFr//UJIlIfn+FHe6cVTOdw/5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OcMAAADbAAAADwAAAAAAAAAAAAAAAACYAgAAZHJzL2Rv&#10;d25yZXYueG1sUEsFBgAAAAAEAAQA9QAAAIgDAAAAAA==&#10;" fillcolor="#e0e0e0" strokeweight="2.75pt">
                    <v:fill color2="window" rotate="t" angle="315" focus="100%" type="gradient">
                      <o:fill v:ext="view" type="gradientUnscaled"/>
                    </v:fill>
                    <v:stroke joinstyle="miter"/>
                    <v:shadow on="t" color="black" opacity="26214f" origin=".5,-.5" offset="-4.98903mm,4.98903mm"/>
                  </v:oval>
                  <v:oval id="MH_Title_1" o:spid="_x0000_s1029" style="position:absolute;left:46639;top:29567;width:54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ulsAA&#10;AADbAAAADwAAAGRycy9kb3ducmV2LnhtbERPTYvCMBC9L/gfwgheiqYqu0g1SlcQvHhQ9+BxbMam&#10;2ExCk9X6781hYY+P973a9LYVD+pC41jBdJKDIK6cbrhW8HPejRcgQkTW2DomBS8KsFkPPlZYaPfk&#10;Iz1OsRYphEOBCkyMvpAyVIYshonzxIm7uc5iTLCrpe7wmcJtK2d5/iUtNpwaDHraGqrup1+r4PgK&#10;c+On2aK8XD99+Z2Z7LDrlRoN+3IJIlIf/8V/7r1WME9j05f0A+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uulsAAAADbAAAADwAAAAAAAAAAAAAAAACYAgAAZHJzL2Rvd25y&#10;ZXYueG1sUEsFBgAAAAAEAAQA9QAAAIUDAAAAAA==&#10;" fillcolor="#5b9bd5" stroked="f" strokeweight="1pt">
                    <v:stroke joinstyle="miter"/>
                    <v:textbox inset="0,0,0,0"/>
                  </v:oval>
                </v:group>
                <v:shape id="KSO_Shape" o:spid="_x0000_s1030" style="position:absolute;left:48030;top:31283;width:3510;height:3521;visibility:visible;mso-wrap-style:square;v-text-anchor:middle" coordsize="6831013,685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55vcQA&#10;AADbAAAADwAAAGRycy9kb3ducmV2LnhtbESPW2sCMRSE3wv+h3AKfdNsaxHdbhQt1foi4o2+HjZn&#10;L7g5WZKo23/fCEIfh5n5hslmnWnElZyvLSt4HSQgiHOray4VHA/L/hiED8gaG8uk4Jc8zKa9pwxT&#10;bW+8o+s+lCJC2KeooAqhTaX0eUUG/cC2xNErrDMYonSl1A5vEW4a+ZYkI2mw5rhQYUufFeXn/cUo&#10;aMovf/nebV09PE2KdvEuVz8bqdTLczf/ABGoC//hR3utFQxHcP8Sf4C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Oeb3EAAAA2wAAAA8AAAAAAAAAAAAAAAAAmAIAAGRycy9k&#10;b3ducmV2LnhtbFBLBQYAAAAABAAEAPUAAACJAwAAAAA=&#10;" path="m3392429,6851489r3233,161l3393168,6851650r-739,-161xm3469569,6851253r-12077,146l3453166,6851452r3418,l3457238,6851442r12331,-189xm3332053,6850957r11571,l3337725,6851185r-5672,-228xm3330808,6850905r1245,52l3331448,6850957r-640,-52xm3495767,6850856r-17314,397l3483705,6851090r12062,-234xm3513764,6850459r-7518,199l3511385,6850502r2379,-43xm3363912,6850062r25627,794l3390193,6850999r25612,56l3459560,6851055r2263,l3484604,6850856r23009,-397l3525838,6850062r-14453,440l3502601,6850658r3645,l3472986,6851253r11846,-198l3483705,6851090r-18692,362l3457950,6851452r-835,10l3442004,6851650r6151,-198l3442004,6851452r-16858,l3393024,6851253r-1757,-19l3392429,6851489r-6156,-308l3364164,6850943r18138,39l3363912,6850062xm3320935,6850045r7714,684l3330206,6850856r25913,l3364164,6850943r-33794,-73l3330808,6850905r-876,-36l3324225,6850856r5412,l3326607,6850729r-5672,-684xm3571003,6848715r-946,190l3568923,6848905r-1135,l3568203,6848876r2800,-161xm3575162,6848677r794,l3577090,6848677r-7343,250l3575162,6848677xm3571645,6848677r18,l3571003,6848715r80,-16l3571645,6848677xm3570965,6848677r226,l3571083,6848699r-912,35l3570965,6848677xm3224678,6845979r437,56l3225584,6846064r-906,-85xm3639938,6844801r370,l3623602,6845941r-38570,2280l3575162,6848677r-340,l3573687,6848677r-1134,l3571663,6848677r43771,-2508l3639938,6844801xm3204996,6844345r4765,228l3223268,6845846r-3818,-546l3224069,6845900r17750,1154l3262509,6848308r12,3l3280549,6849361r15883,684l3311860,6850729r15882,228l3331448,6850957r5596,456l3354515,6851869r18150,456l3391043,6852325r34260,-228l3452076,6851869r40386,-456l3496319,6851185r-4538,l3526268,6850273r22851,-753l3550342,6849269r4071,-794l3553192,6849269r-1371,162l3553948,6849361r16223,-627l3568203,6848876r-4499,257l3569747,6848927r-22430,1037l3546475,6850063r381,-78l3545553,6850045r-39478,1596l3466824,6852553r-19286,456l3428933,6853009r-18151,228l3393085,6853009r-17016,-456l3360187,6852097r-26092,-684l3308230,6850957r-2269,-228l3267617,6848905r-2822,-130l3269795,6849562r455,l3270023,6850063r-1367,l3262509,6849562r-10019,-752l3228811,6847055r-15711,-1755l3224202,6845979r-912,-130l3217702,6845485r-12706,-1140xm3189287,6843712r7189,794l3201987,6845300r-12700,-1588xm3659378,6843500r-1743,389l3657862,6843889r-24731,1596l3641980,6844801r-1672,l3659378,6843500xm3659677,6843433r681,l3659378,6843500r299,-67xm3202047,6842749r4084,228l3203408,6842880r-1361,-131xm3701476,6837015r629,34l3700971,6837049r505,-34xm3722463,6835775r224,l3700462,6837363r22001,-1588xm3122214,6835257r6548,424l3134661,6836365r1967,494l3129443,6836137r-7229,-880xm3121780,6835228r417,27l3122214,6835257r-434,-29xm3121772,6835227r8,1l3121775,6835228r-3,-1xm3121956,6835225r7033,456l3122197,6835255r-241,-30xm3751808,6834821r3162,176l3750205,6835225r908,-228l3750205,6834997r-681,l3751808,6834821xm3749524,6834721r2950,48l3751808,6834821r-922,-52l3749524,6834769r,-48xm3090862,6832600r4763,1588l3091484,6833394r-622,-794xm3086100,6832203r3175,397l3086344,6832336r-244,-133xm3097212,6831012r16664,1389l3106343,6831608r15294,992l3132137,6834187r-34925,-3175xm3076575,6831012r9281,1059l3086100,6832203r-9525,-1191xm3813053,6828613r227,l3810779,6828861r2274,-248xm3663534,6828613r21781,456l3701424,6830665r15882,912l3733415,6832261r15883,228l3765180,6832033r16109,-684l3797171,6830209r13608,-1348l3794221,6830665r-25184,1824l3754062,6834085r-3630,228l3749524,6834541r,180l3724340,6834313r-9302,l3708458,6834541r-3630,228l3703920,6834997r,228l3706189,6835681r4992,684l3701476,6837015r-12077,-650l3691895,6835909r-10210,-228l3683273,6835225r-32217,-2280l3662627,6833173r-13613,-1596l3651056,6831349r29495,228l3675559,6831349r-4084,-228l3669433,6830893r-1815,-456l3665576,6829525r-2042,-912xm3048199,6827837r1786,l3052763,6829425r-4564,-1588xm3068637,6827473r23143,2280l3084746,6829297r23823,3876l3121763,6835227r1,l3121765,6835227r1,l3121767,6835227r1,l3121769,6835227r1,l3121775,6835228r2903,453l3134434,6837049r4084,456l3138972,6837277r-681,l3136628,6836859r4159,418l3168241,6839785r24050,2052l3198870,6842521r1362,228l3199778,6842749r3630,131l3211076,6843613r-2223,-180l3216341,6844117r-5265,-504l3222920,6844573r-12932,-228l3220878,6845029r12706,684l3209761,6844573r-19286,-1596l3188433,6842749r-680,228l3188887,6843205r3177,684l3179131,6842749r-24731,-1596l3140787,6839785r-2722,-456l3146459,6839557r-9302,-912l3131939,6838189r3176,l3126602,6837476r4855,680l3135312,6838950r-8972,-1496l3124225,6837277r1631,97l3125787,6837362r91,13l3128082,6837505r-1006,-180l3123667,6837151r-12894,-1270l3098800,6834187r11052,1059l3108471,6835034r8289,847l3118541,6835881r-693,-106l3117616,6835775r-26754,-3175l3105882,6834188r11947,1584l3094729,6832261r-1815,-456l3068637,6827473xm3030846,6827013r7629,825l3030986,6827044r-140,-31xm3675062,6826250r706,l3686116,6826250r1646,1588l3675062,6826250xm3027362,6826250r3484,763l3029295,6826846r-1933,-596xm3669427,6824662r3572,l3673475,6826250r-4763,-794l3669427,6824662xm3072253,6824662r13891,1852l3081955,6826514r3968,1323l3083278,6827308r-6174,-1323l3074238,6825191r-2426,-264l3072253,6824662xm3060700,6824662r8749,794l3071813,6826250r-11113,-1588xm3009900,6823075r6821,227l3016485,6823302r5880,681l3022835,6823756r1647,227l3028950,6824663r-6585,-453l3019308,6824210r235,226l3019072,6824210r-9172,-1135xm3006960,6819900r6115,1588l3006725,6820430r235,-530xm2994252,6818312r6577,433l3007179,6819756r-4536,-433l3008313,6819900r-4762,-288l2998788,6819034r-2495,-289l2994025,6818457r227,-145xm2962275,6810375r4456,227l2966954,6810602r223,l2967400,6810375r223,l2967845,6810375r446,l2968737,6810602r6238,1361l2962275,6810375xm3951454,6776629r-4765,4560l3941924,6785521r-4764,4332l3932395,6793729r-4991,3648l3923994,6799825r-7027,4164l3908118,6808549r-9075,4104l3894732,6814477r-4765,1596l3885656,6817669r-4537,1368l3881117,6819038r-4572,1094l3872043,6820861r4311,-684l3876545,6820132r614,-100l3876581,6820177r-5218,912l3859564,6822685r-14974,1824l3829162,6826333r-15429,2052l3806927,6829069r-7488,228l3790818,6829753r-9076,l3762911,6829753r-18832,-228l3726836,6829069r-14067,-684l3703239,6828157r-2949,l3700517,6827473r9302,l3707550,6825421r4765,-1824l3717533,6821773r9303,-2736l3726382,6817897r9983,l3731827,6816301r25865,684l3759281,6814477r14293,-2964l3787868,6809233r14294,-2052l3816683,6805129r14294,-1824l3845271,6800797r14293,-2736l3867052,6796693r7033,-1824l3897681,6784153r908,912l3898362,6786661r6580,1596l3905849,6789625r-2495,912l3916740,6786889r-6580,3648l3913564,6790993r-454,912l3919463,6788257r-2950,3192l3920370,6787801r4311,-2964l3928765,6782101r4311,-1824l3937387,6778453r4537,-1140l3946462,6776857r4992,-228xm2566988,6746874r187,l2570163,6748462r-3175,-1588xm2565930,6745123r4126,803l2571102,6746217r-5172,-1094xm2550361,6743473r1378,453l2550959,6743767r-598,-294xm2546789,6742920r4170,847l2551280,6743926r459,l2551740,6743926r4136,1361l2546789,6742920xm2549113,6742376r1875,450l2552568,6743302r-3455,-926xm2541536,6741552r5253,1368l2543927,6742339r-2391,-787xm2539332,6740978r1377,302l2541536,6741552r-2204,-574xm2546350,6740524r5783,1640l2547938,6740743r225,-219l2557893,6742785r10061,2338l2568971,6745378r2365,544l2574090,6746654r-3927,-1367l2574914,6746871r12,3l2574919,6746873r7,2l2574925,6746875r-198,l2574469,6746785r-4413,-859l2569528,6745779r-14095,-2708l2555119,6743010r213,61l2555102,6743071r,225l2550956,6742376r3915,926l2555102,6743302r,-6l2568690,6746312r-3685,-694l2571684,6747007r19116,4630l2575139,6748396r1381,463l2555562,6743766r18655,4630l2550988,6742826r-3026,-913l2548423,6741913r-2073,-1389xm2538413,6740524r2987,907l2540709,6741280r-2296,-756xm2536735,6739533r3899,1046l2542911,6740888r-6176,-1355xm2553141,6737349r2425,733l2560638,6740524r-4190,-977l2552700,6737593r220,l2553141,6737349xm2518193,6736484r216,27l2520024,6736953r-1831,-469xm2509723,6734139r1988,543l2515904,6736015r-6181,-1876xm2506289,6732028r4962,1332l2511268,6733376r-3105,-824l2506289,6732028xm2500313,6730999r1764,596l2501724,6731595r3352,992l2501548,6731595r-1235,-596xm2493237,6729298r5488,1702l2498504,6731000r-5267,-1702xm2484121,6727190r1905,635l2485645,6727825r-1524,-635xm2479762,6724943r6363,2016l2485440,6726778r-5678,-1835xm2476620,6723928r3142,1015l2476764,6723994r-144,-66xm2462212,6721535r859,206l2463800,6721954r-1588,-419xm2453368,6718809r4082,1048l2454619,6719156r-1251,-347xm2451697,6718433r2922,723l2455637,6719438r-1,l2460171,6720696r-8474,-2263xm2448472,6718157r162,22l2449042,6718300r-570,-143xm2446041,6717545r2431,612l2447866,6718073r-1825,-528xm2445985,6717393r3528,907l2448634,6718179r-2649,-786xm2451958,6717251r929,253l2454041,6717846r-2083,-595xm2446524,6717152r3895,818l2449966,6717970r1731,463l2446524,6717152xm2444750,6716712r1774,440l2445430,6716922r-680,-210xm2443163,6716712r2878,833l2443633,6716939r-470,-227xm4293805,6715208r-3836,1229l4258431,6727153r-31083,10944l4196038,6749041r-15883,5244l4164500,6759301r-13210,4172l4146803,6764773r-24957,7068l4096434,6778453r-14067,2052l4068300,6782785r-13840,2280l4040393,6787573r-27907,5700l3984125,6798973r-27907,6156l3928311,6810829r-14067,2964l3899950,6816073r-13840,2508l3877159,6820032r3958,-994l3881119,6819037r907,-228l3887472,6817669r4991,-1824l3897681,6814021r4992,-2280l3907891,6809233r4992,-2280l3917874,6803989r4765,-3192l3923994,6799825r1821,-1080l3943286,6788257r8621,-5244l3960302,6777997r8395,-4560l3976865,6769333r4084,-2052l3984806,6765913r4311,-1596l3992974,6763177r3857,-912l4000688,6761353r3857,-456l4008402,6760669r-454,2052l4024284,6757477r-227,l4023830,6757477r-1134,-1368l4035175,6752233r-1588,1368l4037897,6752689r1816,1368l4066031,6741061r25866,-7296l4107779,6732169r453,4332l4110501,6737641r-11571,5700l4105283,6743113r1134,1824l4104829,6746077r19966,-684l4125022,6745393r681,l4169265,6739693r-24731,10260l4144307,6749953r-227,l4143627,6749953r-227,l4142038,6750181r2042,-684l4144080,6749269r-453,l4143173,6749497r-7260,2052l4107779,6761353r-28588,10032l4073292,6773893r12479,-3648l4078510,6772981r-7260,2280l4056502,6779821r-14974,4104l4027007,6788257r4311,-684l4038805,6785293r21327,-5472l4092804,6770473r1361,-228l4115493,6763633r22688,-7068l4161551,6749041r23369,-7524l4207382,6735133r10664,-3192l4228936,6729205r9983,-2508l4248221,6724417r8849,-1368l4265011,6721909r18151,-5016l4283389,6716665r227,l4284070,6716665r9735,-1457xm2443156,6714858r2585,703l2447235,6716032r-3579,-1022l2443156,6714858xm2442924,6714671r9034,2580l2445741,6715561r-2817,-890xm2438868,6714662r1120,463l2439028,6714828r-160,-166xm2426555,6710958r82,l2428794,6711652r10234,3176l2439092,6714894r-12537,-3936xm2427771,6710915r2692,718l2430463,6711950r-2692,-1035xm2425590,6710577r7458,2233l2428794,6711652r-2127,-694l2426779,6710958r-1189,-381xm2740024,6710362r4763,l2755446,6711081r12473,2396l2770187,6713717r4309,1198l2770640,6713238r12474,2636l2801937,6720666r680,959l2801030,6721625r4082,1437l2773815,6716592r-19503,-3594l2754765,6712519r-16328,-1438l2740024,6710362xm2425700,6710362r635,l2427771,6710915r-2071,-553xm2413000,6707187r4763,1588l2417382,6708775r-3605,-1318l2414524,6707717r-762,-265l2413777,6707457r-777,-270xm2397626,6701623r1624,325l2403261,6703172r-5635,-1549xm2397097,6701291r809,202l2399727,6702043r-477,-95l2397097,6701291xm2396416,6701291r1210,332l2397353,6701569r-937,-278xm2430462,6696075r3048,908l2435225,6697663r-4763,-1361l2430462,6696075xm2368550,6692899r1954,722l2370591,6693728r-2041,-829xm2361706,6690470r1124,321l2363975,6691156r3321,1086l2366052,6691866r-4346,-1396xm2400300,6689725r5186,1361l2404004,6690632r4939,1361l2411413,6692900r-11113,-3175xm2357438,6689724r2721,397l2362200,6691312r4763,1587l2363105,6691755r11342,4065l2374901,6696074r-12238,-4450l2361198,6691190r-3760,-1466xm2356714,6689044r207,59l2357312,6689225r-598,-181xm2356345,6688725r300,75l2368738,6692673r-4763,-1517l2363067,6690859r-237,-68l2356345,6688725xm4398589,6688137r373,244l4398402,6688626r-4109,1954l4392612,6691312r187,-488l4392612,6690824r5977,-2687xm2348226,6686139r82,26l2352860,6687628r1359,509l2348226,6686139xm2348221,6686137r2,1l2348226,6686139r-5,-2xm2348200,6686131r3,l2348221,6686137r-21,-6xm2348192,6686128r4,1l2348200,6686131r-8,-3xm2348185,6686126r5,1l2348192,6686128r-7,-2xm2348160,6686118r14,4l2348185,6686126r-25,-8xm2348150,6686114r,l2348160,6686118r-10,-4xm2348140,6686111r2,1l2348143,6686112r-3,-1xm2348132,6686109r,l2348138,6686111r-6,-2xm2348101,6686099r2,l2348106,6686100r-5,-1xm2346959,6685300r1134,342l2348411,6685960r-1452,-544l2346959,6685300xm2345371,6685189r6756,2164l2352630,6687542r-4322,-1377l2348223,6686138r-20,-7l2348196,6686129r-6,-2l2348174,6686122r-24,-8l2348147,6686113r3,1l2348147,6686113r-4,-1l2348142,6686112r-3,-1l2348140,6686111r-2,l2348132,6686109r-2,-1l2348106,6686100r5,2l2348103,6686099r-3,-1l2348098,6686098r-2727,-909xm4395787,6684962r-6350,3175l4391922,6686867r3865,-1905xm2344738,6684962r5949,2380l2355317,6688665r-317,-159l2353084,6687910r1449,362l2354263,6688137r182,l2352860,6687628r-230,-86l2354500,6688137r75,l2352127,6687353r-1609,-603l2357622,6689044r-977,-244l2354888,6688237r89,52l2356345,6688725r-315,-79l2355048,6688331r210,123l2356030,6688646r5676,1824l2356921,6689103r-1175,-365l2355911,6688834r1779,508l2357312,6689225r578,175l2359026,6689724r-62,l2366052,6691866r5290,1700l2371745,6693698r-13,-7l2371342,6693566r-4046,-1324l2371175,6693415r-671,-334l2363293,6690859r9302,2721l2372368,6693580r627,269l2370525,6693088r707,344l2373913,6694242r1631,699l2372719,6694016r784,244l2371830,6693723r17,8l2372719,6694016r-791,-246l2374997,6695264r812,318l2375147,6695337r789,384l2376000,6695762r667,163l2376714,6695936r-236,-92l2375809,6695582r424,157l2381250,6697593r3175,1656l2384400,6699239r-8108,-3290l2376488,6696074r-435,-222l2375580,6695660r186,46l2375107,6695369r-361,-180l2372847,6694487r-2343,-866l2370364,6693451r2647,1036l2374527,6695080r-2697,-1340l2358917,6689724r-109,l2356511,6689185r927,540l2356220,6689116r-4167,-979l2347913,6686549r2171,620l2344738,6684962xm2328129,6679519r1875,606l2339245,6683148r-11116,-3629xm2319338,6677024r7933,3173l2322923,6678467r-2305,-577l2319338,6677024xm2313609,6674757r2269,680l2316558,6675664r-2949,-907xm4489175,6674712r-5573,1651l4484411,6676080r4764,-1368xm4457467,6672262r233,l4456303,6672770r-4191,2032l4440237,6678612r17230,-6350xm4495074,6668328r-30176,12540l4456277,6684288r4537,-2052l4471024,6678132r-24957,9348l4483602,6676363r-9628,3365l4487587,6675624r-9529,3192l4504830,6670152r-29268,10032l4469890,6682464r34033,-11400l4488731,6676230r-236,78l4468075,6683148r-20647,6612l4454983,6687420r-11412,3708l4422470,6697741r-2036,594l4401370,6703897r-21327,6156l4358715,6715981r-21327,5928l4315834,6727381r-42655,10716l4230071,6748357r-43336,10032l4143627,6768193r-43109,9576l4116400,6773665r16109,-4560l4148618,6764317r2672,-844l4171988,6757477r24730,-7752l4221449,6741517r24730,-8436l4270456,6724189r24277,-9120l4293805,6715208r11819,-3787l4321506,6706177r15882,-5016l4353270,6696373r-18564,7744l4334665,6704125r-2949,1140l4329220,6706405r5486,-2288l4338069,6703441r3857,-912l4349867,6701161r8395,-1368l4372555,6698197r5673,-456l4389345,6694549r-10437,4104l4383219,6697057r4765,-1596l4397286,6691584r9756,-3876l4416345,6684060r4084,-1368l4424286,6681552r3403,-684l4430412,6680640r1361,l4432680,6680868r908,228l4434269,6681780r226,456l4434949,6683148r,1140l4434949,6685428r3630,-684l4428596,6688620r-6579,2280l4458772,6679500r36302,-11172xm4479925,6665912r-14453,6096l4464050,6672262r15875,-6350xm2281394,6663871r675,225l2282074,6664098r-680,-227xm4527496,6663316r-43993,15272l4454983,6687420r18764,-6096l4488731,6676230r38765,-12914xm4500339,6651625r224,l4486860,6657903r-10110,3247l4500339,6651625xm4591501,6640512r2496,l4595812,6640740r1361,228l4597400,6641424r-227,456l4596266,6642336r-1588,1140l4592409,6644160r-6580,2052l4576753,6648948r-12025,2964l4550208,6655560r-26319,9348l4529561,6662628r-2065,688l4533418,6661260r,113l4531830,6661944r1588,-456l4533418,6661373r13613,-4901l4591501,6640512xm2132795,6608309r1815,680l2135971,6609669r-3176,-1360xm2116621,6601537r1881,648l2117141,6601732r-520,-195xm2111696,6599691r4925,1846l2111923,6599917r-227,-226xm2062238,6579053r4311,1814l2070632,6582682r-4764,-2041l2062238,6579053xm2058558,6572303r16385,6750l2112150,6594248r36979,15421l2146860,6608762r1362,680l2157296,6613298r35392,14287l2224450,6640285r2189,788l2223769,6640059r6352,2267l2226639,6641073r19590,6923l2268235,6656387r-19057,-6123l2286385,6662737r40609,13380l2365108,6688591r30401,9751l2386207,6696075r19137,5978l2411975,6703651r-2519,-938l2443336,6712329r22493,6649l2466377,6719117r14537,3607l2495678,6725880r29074,6313l2539516,6735574r14310,3607l2558595,6740534r-3407,-225l2559050,6742112r-9086,-1578l2540652,6738956r-9313,-2029l2522253,6735123r-304,-77l2543007,6740901r1896,258l2547938,6742112r-5370,-1111l2541396,6740783r4954,1329l2542445,6741299r2318,813l2542118,6741231r-6470,-1349l2535494,6739860r105,52l2538208,6740525r-2483,-550l2536825,6740525r-1418,-620l2534623,6739731r553,82l2535221,6739823r-13,-6l2535176,6739813r-1079,-254l2532844,6739298r686,235l2529868,6738360r5723,1876l2529868,6738594r3891,1642l2524831,6737656r5037,1642l2519566,6736484r4121,1172l2514072,6735077r5952,1641l2518409,6736511r-6698,-1829l2509265,6733904r2518,704l2508807,6733670r2289,469l2504000,6732028r16482,4456l2510410,6733670r8698,2110l2493804,6729241r6509,1758l2492310,6728999r530,171l2493963,6729412r-979,-196l2493237,6729298r-283,-88l2486025,6727824r4259,794l2492785,6729158r-675,-209l2487582,6727817r-369,-93l2487470,6727785r1859,436l2489598,6728221r-7001,-1666l2482596,6726555r92,38l2487213,6727724r-4149,-974l2484121,6727190r-1952,-651l2478345,6725641r458,l2474913,6724649r6362,1591l2482787,6726555r-24,l2483576,6726727r-5942,-1418l2476697,6725020r2071,499l2475590,6724679r-2718,-838l2470830,6723422r4760,1257l2476697,6725020r-13626,-3279l2455182,6719438r4989,1258l2455637,6719438r17378,4326l2473098,6723841r227,l2473015,6723764r-143,-132l2484262,6726872r3208,679l2486354,6727229r1479,399l2487895,6727641r-4643,-1440l2485440,6726778r3079,995l2489807,6728046r-607,-222l2490093,6728106r3770,799l2488649,6727571r10028,2462l2497138,6729412r4763,1588l2501072,6731000r-1069,-431l2493273,6729038r-484,-79l2492555,6728885r193,34l2492444,6728850r111,35l2492355,6728850r420,113l2496470,6729857r-3241,-771l2493786,6729236r17310,4434l2503542,6731324r4621,1228l2511325,6733435r-57,-59l2515904,6734608r-4653,-1248l2511075,6733179r12154,3305l2522466,6736149r1221,335l2521627,6735780r839,369l2510867,6732966r208,213l2486144,6726400r-18771,-5394l2466777,6720830r9987,3164l2477726,6724433r-11852,-3869l2449304,6715684r24021,7378l2452887,6717504r-40136,-11904l2443156,6714858r-685,-187l2443656,6715010r8570,2609l2420011,6708548r-12972,-3904l2425590,6710577r-1050,-314l2426667,6710958r-30,l2406839,6704584r-2360,-710l2398078,6702356r-10478,-3107l2403742,6703652r-4830,-1454l2396416,6701517r-453,-226l2397353,6701569r23598,7003l2426817,6710362r-1361,-453l2420951,6708572r-17690,-5400l2405491,6703785r-5764,-1742l2401634,6702425r-3728,-932l2375323,6694668r-1410,-426l2372995,6693849r630,194l2390518,6699250r-39702,-12927l2347413,6685416r-454,-227l2346959,6685300r-10102,-3048l2331305,6680426r4764,1588l2336857,6682252r11690,3844l2348411,6685960r2107,790l2330004,6680125r-4020,-1315l2330451,6681787r-733,-353l2325957,6678801r-11667,-3817l2318600,6676344r-4537,-1587l2313382,6674530r-31313,-10434l2240104,6647769r-41744,-16555l2156616,6614432r-41290,-17463l2074262,6579280r-15704,-6977xm2036602,6567714r10890,4989l2047038,6572703r-10436,-4989xm1956517,6531882r908,453l1956971,6532109r-454,-227xm1867870,6481848r3118,1275l1875525,6485844r-7655,-3996xm1857375,6477680r14520,7257l1912051,6504667r40383,19050l1992816,6542767r40610,18370l2058558,6572303r-21048,-8671l2000303,6547757r-18376,-7938l1963323,6531428r-18149,-8391l1926798,6514192r-17923,-8617l1891179,6496276r-17922,-9525l1857375,6477680xm1834689,6464526r33181,17322l1865997,6481082r-4991,-2268l1855788,6476773r1587,907l1840454,6469223r7847,2561l1841495,6468155r-6806,-3629xm1759306,6427457r32731,17112l1831966,6464980r8488,4243l1837184,6468155r-12024,-4763l1813136,6458403r-12251,-5896l1788861,6446384r-5671,-3175l1777518,6439807r-5445,-3402l1766855,6433003r-4991,-3628l1759306,6427457xm4750689,6426200r2286,561l4752594,6428441r-190,187l4748212,6429375r2477,-3175xm1633910,6359751r5445,1361l1645253,6362019r5672,1134l1656370,6363833r5898,454l1668167,6364514r5445,-227l1679510,6364060r227,9072l1665671,6367916r6126,3175l1678603,6374492r14973,7031l1710365,6389007r8848,3855l1727607,6397171r8621,4309l1744395,6406016r8167,4762l1760049,6415541r6806,5216l1770031,6423025r3176,2721l1775930,6428694r2495,2722l1780921,6434364r2042,2721l1757326,6425973r1980,1484l1752562,6423932r-39702,-21318l1673385,6381296r-39475,-21545xm4843408,6307074r-14805,10668l4833386,6314853r-750,1646l4843463,6310312r-231,199l4834897,6315670r-2290,892l4832475,6316853r,444l4834980,6316186r-2050,1111l4835160,6316186r48,-24l4843636,6311963r-12528,7779l4834525,6317964r-1595,2445l4835664,6321076r-3417,1778l4841813,6318186r6606,-1778l4855252,6312852r911,-444l4852291,6317742r-7516,4001l4842497,6324410r-2050,-1556l4836347,6323298r-456,l4833841,6325076r-2050,-222l4830653,6329744r3872,-2223l4835208,6327743r-683,1556l4823364,6334855r3189,-6000l4825642,6328855r-3873,4000l4821086,6333077r-3417,-1111l4816075,6331299r-5239,3112l4803775,6337300r19361,-16446l4830880,6314408r,222l4831108,6314408r6447,-4918l4843408,6307074xm4844775,6303962r-1139,889l4837555,6309490r-69,29l4844775,6303962xm1418384,6153603r,227l1421334,6155191r-2950,-1588xm1340796,6132512r2495,2041l1362348,6149067r-4084,-3628l1340796,6132512xm1354635,6084433r5445,4083l1364843,6092825r-10208,-8392xm1257988,6064023r,227l1259122,6064930r-907,-680l1257988,6064023xm1264794,6063116r14520,9525l1278180,6071733r-13386,-8617xm1120279,5920694r,227l1120506,5921375r-227,-681xm1076266,5877151r907,907l1077173,5877605r-907,-454xm1078308,5874430r519,889l1078535,5876925r2949,2948l1078827,5875319r123,-675l1078989,5874657r,-227l1078950,5874644r-642,-214xm938783,5793241r4084,3628l943042,5797011r3682,3260l946497,5799817r-3455,-2806l938783,5793241xm1136651,5791199r929,l1145943,5800492r233,232l1140600,5799330r-3949,-8131xm1130301,5759449r2910,1176l1133476,5765799r-3175,-6350xm870269,5726792r,227l871857,5728607r-1588,-1815xm1100087,5617028r-11343,907l1087710,5618062r2622,-354l1100087,5617028xm1100087,5617028r10210,16329l1119825,5649232r9302,15875l1133664,5673271r4311,7937l1142058,5689373r3857,8391l1149772,5705928r3629,8391l1157259,5722937r3403,8845l1163611,5740400r3176,9298l1151587,5753326r-14520,-8844l1145915,5754007r-11570,4762l1135933,5753780r-4992,-2268l1122094,5755141r-2269,4309l1132076,5770562r-4537,2721l1135252,5794601r-9755,-1814l1129580,5803446r-4537,-2721l1130941,5817733r3177,8392l1137521,5834062r3629,7711l1145235,5849710r4537,7484l1152267,5861050r2723,3628l1149091,5862864r2723,4989l1147276,5865132r7487,7710l1162930,5880326r9075,7938l1181534,5896428r39474,33791l1230537,5938383r9301,8165l1248687,5954712r7940,7711l1263660,5969907r6126,6803l1272508,5980112r2268,3175l1276818,5986462r1589,2948l1405626,6130232r-9855,-8611l1392521,6118225r-9755,-10659l1373011,6096907r-9075,-9979l1359172,6082392r-4084,-4082l1351004,6074908r-3630,-2494l1345333,6071280r-1588,-907l1341929,6069692r-1360,-226l1320831,6056539r33804,27894l1348963,6080125r15654,14060l1380724,6108473r15047,13148l1397512,6123441r4765,4762l1407041,6132512r4538,4309l1405626,6130232r7541,6589l1429274,6151108r15654,14288l1452415,6172653r7259,7257l1466935,6187621r6805,7257l1479639,6199187r6125,4989l1491436,6209392r5899,5443l1502780,6220505r4991,5670l1512535,6232071r3630,5216l1511401,6235926r-4765,2949l1487580,6228896r-18603,-10205l1450600,6208032r-17696,-10886l1415208,6185580r-17469,-11566l1380043,6161767r-17468,-12473l1365524,6151562r32896,25400l1401597,6179230r13158,9978l1428594,6198960r13612,9752l1455818,6218237r13385,8164l1482588,6234566r13840,7937l1510266,6250441r27905,15648l1566303,6282191r13839,7937l1593527,6298519r13612,8164l1619844,6315528r12931,8618l1645253,6333444r12251,9525l1663176,6347732r5672,4989l1660227,6352721r-8395,-907l1643438,6350907r-8394,-1588l1626650,6347278r-8167,-2268l1610315,6342062r-8167,-2721l1593981,6335939r-8167,-3629l1577873,6328228r-7940,-4309l1561765,6319610r-7713,-4762l1546338,6310085r-7940,-5216l1522971,6294437r-15200,-10886l1492798,6272666r-14974,-11113l1463532,6250441r-14293,-10659l1435173,6229803r-13839,-9525l1398647,6204176r-22460,-16328l1353954,6171292r-22006,-16555l1310168,6137728r-21779,-17009l1267063,6103257r-21326,-17463l1224411,6068105r-20872,-17916l1182668,6032273r-20419,-18370l1141604,5995760r-20418,-18369l1100995,5958567r-19964,-19050l1061066,5920694r-19965,-19050l1021364,5882367r-19511,-19276l982342,5843587r-19510,-19504l924491,5784396r-38341,-39688l848263,5704341r-37433,-40595l773623,5622698r1815,1814l777253,5626326r2495,1588l782471,5629501r2722,1361l788369,5631996r3404,1361l795402,5634491r4084,907l803570,5636305r8621,1361l821946,5638799r10436,908l843499,5640160r11570,227l867093,5640160r12478,-227l892276,5639026r13158,-680l918592,5637439r13385,-907l958748,5633810r26544,-2948l1010474,5627914r23595,-2948l1073997,5619749r13713,-1687l1081938,5618842r-6806,1588l1072183,5621110r-2269,907l1067418,5623151r-2042,907l1064015,5624966r-1361,1133l1061293,5627233r-681,908l1059932,5629501r-227,1134l1059478,5631769r,1361l1059705,5634264r454,1134l1060612,5636532r908,1134l1063562,5640160r2722,2041l1069007,5644469r3403,2041l1076266,5648098r3857,1587l1083980,5650819r3857,907l1091693,5652180r3630,227l1098953,5652180r2950,-681l1103490,5650819r1135,-680l1105759,5649232r1134,-908l1107801,5647191r454,-1361l1108935,5644469r227,-1587l1109162,5641067r,-2041l1108935,5637212r-454,-2495l1107801,5632223r-908,-2495l1105306,5626780r-1362,-2948l1101903,5620430r-1816,-3402xm4066892,5615664r-5575,566l4063848,5616976r3044,-1312xm4041479,5605124r8530,7770l4054544,5614232r-13065,-9108xm4085540,5594689r-793,115l4079379,5605009r-6306,7992l4077006,5611306r1361,-2949l4085540,5594689xm3703123,5586810r4310,907l3708114,5587717r-4991,-907xm4031853,5584860r-4305,9888l4027608,5594748r4245,-9888xm3691779,5580686r454,227l3692006,5580686r-227,xm767498,5575526r2949,3629l767725,5575753r-227,-227xm4040348,5567760r-2137,2492l4038179,5570325r2169,-2565xm4069973,5549612r-15427,1588l4054319,5551465r14995,-1565l4085194,5559425r4026,9525l4088997,5570538r671,10885l4092543,5593534r1025,-147l4093341,5590666r-3176,-12248l4089938,5570252r,-2495l4084039,5557324r-1815,-2042l4082451,5556416r-12478,-6804xm4084266,5536683r-454,1588l4083585,5539405r681,-2722xm642720,5435826r1588,2495l645669,5439682r-2949,-3856xm3513459,5435070r-15427,2041l3498032,5437338r15427,-2268xm4063848,5413976r453,4082l4064075,5415110r-227,-1134xm4054092,5385624r-454,907l4057217,5392122r51,306l4057268,5392201r-51,-79l4057042,5391067r-2269,-3402l4054092,5385624xm564223,5326516r3857,5442l569214,5333505r,268l571029,5336494r-454,-1134l569214,5333505r,-186l564223,5326516xm4265612,5311774r,1722l4262437,5324474r3175,-12700xm885826,5256212r3898,4262l890589,5270500r-4763,-14288xm4169569,5249761r681,62601l4170704,5374510r454,62601l4170704,5499486r-3857,1814l4162763,5503568r-4083,2722l4154596,5509012r-3857,2722l4146882,5514682r-3629,2949l4136220,5523755r-6580,6804l4122834,5537364r-13158,14062l4117162,5555736r7487,3856l4128279,5555509r,5897l4128506,5566850r227,4763l4128506,5575696r-454,3856l4127598,5581139r-907,2042l4126010,5584768r-907,1815l4123742,5588397r-1588,2042l4118750,5603594r-3403,13382l4111717,5630585r-2041,6805l4107634,5643967r-2723,6351l4102189,5656669r-2949,5671l4095836,5668237r-3856,5443l4090165,5675949r-2269,2721l4085627,5680939r-2268,2041l4080636,5685248r-2495,2268l4066343,5692733r-4310,3856l4056815,5701806r-5218,5443l4046605,5712466r-5218,5670l4031859,5729477r-9075,11795l4013482,5753066r-8848,12021l3987392,5789357r-8621,12021l3969923,5813399r-9075,11795l3951773,5836988r-9755,11341l3937027,5853772r-4991,5671l3926818,5864660r-5218,5216l3916155,5874866r-5899,4990l3905038,5884393r-6352,4309l3891880,5893239r-7260,4309l3876679,5901858r-7713,4082l3853311,5914559r-15200,8166l3831078,5927034r-6352,4083l3818827,5935200r-4991,3855l3811567,5941097r-1815,2041l3807937,5945179r-1361,2042l3776856,5951757r-14747,2495l3746909,5956520r-14747,2042l3716962,5960149r-14520,1361l3695182,5961964r-7033,227l3619408,5986460r-8622,4083l3602392,5994625r-7486,3403l3591276,5999389r-3630,1134l3584243,6001430r-3403,680l3577210,6002337r-3403,-227l3570177,6001657r-3403,-1361l3563144,5998935r-3857,-2268l3554296,5995533r-4311,-681l3545901,5994172r-4083,-681l3538188,5992811r-1588,-681l3534558,5991223r-1815,-1134l3530701,5988955r-1815,-1815l3526844,5985553r-3403,4763l3525710,5996440r-6126,-3176l3517316,5984872r-1588,-7711l3513686,5970356r-1135,-3175l3511190,5964459r-1134,-2949l3508241,5959015r-1588,-2722l3504384,5954252r-2496,-2268l3499166,5949716r-3403,-1815l3492133,5945860r-227,l3489184,5944726r,-6351l3499166,5933839r1134,-1815l3501208,5929983r680,-2042l3502342,5925900r454,-2041l3502796,5921364r,-2495l3502796,5916374r-908,-4990l3500300,5905713r-1815,-5443l3495763,5894373r-2949,-6124l3489411,5881898r-3857,-6351l3481243,5869196r-4537,-6351l3472168,5856267r-5218,-6577l3461959,5843112r-10663,-12702l3440180,5817936r-10890,-11341l3419081,5795934r-9756,-9526l3400931,5778696r-7033,-6351l3388680,5768263r-8167,-6351l3372345,5755334r-7487,-6577l3357599,5741952r-7033,-6804l3343759,5728116r-6579,-7031l3331055,5713600r-6126,-7258l3319030,5698857r-5444,-7485l3308141,5683660r-4765,-7938l3298158,5668010r-4537,-7939l3289310,5651679r-4537,-8165l3280689,5634895r-3856,-8392l3273203,5617884r-3630,-8619l3266170,5600419r-3403,-9073l3259590,5582273r-3176,-9072l3253465,5563675r-5445,-19053l3242802,5525569r-4538,-19959l3236676,5501527r-4764,-8392l3226467,5485196r-5672,-7485l3215124,5469999r-6126,-7258l3202646,5455710r-6353,-7031l3189487,5441874r-13385,-13609l3162716,5414883r-6579,-7031l3149558,5401047r-6352,-7031l3137307,5386758r129089,-16558l3395259,5353643r129090,-17012l3653438,5319620r129090,-17238l3911617,5285144r128863,-17692l4169569,5249761xm4205869,5240235r2949,l4211994,5240915r3403,680l4219254,5242956r4084,2042l4227648,5247719r3857,17919l4236043,5269267r3856,3629l4241261,5274711r1588,1814l4244210,5278566r1134,1588l4246252,5282422r680,1815l4247386,5286732r454,2268l4247840,5291722r,2495l4247613,5297165r-454,2949l4248067,5297392r-227,3176l4247613,5303970r,3629l4247840,5311001r1134,7485l4250109,5325744r1361,7485l4253058,5340487r907,7258l4254192,5351375r,3402l4257822,5359313r1588,-7712l4260318,5347745r680,-3175l4261452,5343436r454,-681l4262587,5342302r453,227l4263494,5343209r454,1134l4264402,5346611r226,2949l4266443,5344570r-453,2495l4263040,5360220r2269,19960l4264628,5382222r-1588,5897l4257822,5406491r-4537,17238l4252150,5428492r-453,680l4252150,5428719r5899,-4536l4259410,5427131r454,2949l4260091,5432802r-227,2721l4259410,5438472r-1134,2722l4257142,5443916r-1362,2495l4253965,5449132r-2268,2722l4249655,5454349r-2496,2268l4244437,5459112r-2949,2495l4235589,5466144r-6352,4082l4222884,5474536r-6579,3402l4209952,5481340r-11343,5217l4190215,5490413r453,-39920l4190895,5410347r,-40147l4190895,5330054r-227,-7939l4190442,5313269r-908,-17691l4189307,5286505r,-8619l4189761,5269494r454,-3856l4190668,5262009r681,-3402l4192030,5255204r1134,-2948l4194072,5249534r1588,-2495l4197021,5244998r2042,-1815l4200878,5241822r2495,-907l4205869,5240235xm3098512,5230708r-907,454l3097151,5231616r1361,-908xm3486007,5230028r3857,227l3487596,5230028r-1589,xm483231,5219926r453,681l483458,5220380r-227,-454xm476425,5209040r226,227l478013,5211535r-1588,-2495xm3694729,5205078r3176,907l3695636,5205078r-907,xm3737380,5199861r454,681l3738515,5201449r-1135,-1588xm3769823,5194644r1134,908l3775949,5195098r-4992,227l3769823,5194644xm3639826,5193057r907,453l3641868,5193057r-2042,xm3736019,5190335r227,680l3738969,5191015r-2950,-680xm3685881,5180128r907,227l3686334,5180128r-453,xm4145294,5163571r-2268,6351l4145521,5165158r-227,-1587xm4913253,5146631r-97738,203756l4790967,5396623r-1591,2267l4787558,5401383r-1818,2493l4783467,5406143r-2501,2493l4778466,5410902r-5455,4080l4766874,5419062r-6364,3626l4753691,5426314r-6819,3173l4739598,5432661r-7046,2719l4725506,5438100r-7046,2493l4705504,5444673r-11592,3626l4675728,5438327r2500,226l4676864,5438327r-8410,-1360l4660499,5435380r2727,227l4659362,5432661r-3409,-2947l4652998,5426768r-2500,-3173l4648225,5420195r-1819,-3173l4644815,5413622r-909,-3626l4642770,5406596r-682,-3853l4641860,5399343r-227,-3626l4641633,5391864r,-3626l4642315,5380758r1591,-15412l4644588,5357413r227,-7706l4644815,5345854r-454,-4079l4643906,5337922r-909,-3853l4642088,5330216r-1364,-3853l4639133,5322736r-2046,-3853l4639133,5285339r21366,-40796l4674591,5236157r9774,-23572l4686183,5209639r2273,-2946l4692775,5201480r5228,-5213l4703231,5191507r5682,-4306l4715050,5182895r6364,-3854l4727779,5175642r7046,-3173l4742098,5169522r7274,-2493l4756873,5164536r7501,-2266l4772556,5160456r7728,-1813l4788467,5157057r8183,-1360l4804832,5154564r16593,-2267l4838018,5150937r16138,-1133l4870294,5148671r15002,-680l4899843,5147537r13410,-906xm3861252,5137714r-681,907l3861025,5138167r227,-453xm5299075,5087937r-720,7031l5297395,5097916r-1199,2721l5294756,5102905r-1200,2041l5291876,5106987r-1440,1361l5288756,5109935r-1440,1134l5285877,5111750r-1680,680l5282757,5113110r-1200,227l5280357,5113337r-720,-227l5278917,5112657r-480,-680l5290916,5089071r8159,-1134xm4254646,5083731r4311,681l4260772,5083958r226,l4254646,5083731xm4254192,5078515r-453,453l4253763,5079459r-705,1551l4253965,5083505r-202,-4046l4254192,5078515xm4266443,5076473r-227,2268l4266443,5077154r,-681xm3932943,5060142r-9528,9754l3932943,5060596r,-454xm4039572,5054245r6580,907l4042068,5054245r-2496,xm4219935,5040409r907,1361l4221977,5042678r-2042,-2269xm4270527,5031564r-681,453l4269846,5032244r681,-680xm4066797,4970550r-18830,8165l4029363,4987334r-18603,8619l3992383,5005026r35846,-16784l4064301,4971684r2496,-1134xm3532970,4967828r680,6805l3533650,4975313r2042,11114l3534785,4980984r,-908l3534104,4975767r-1134,-7939xm4300020,4961251r-2042,11794l4300020,4961704r,-453xm5003800,4954587r-418,3293l4995862,4973637r627,-6585l5003800,4954587xm4219027,4943559r1135,454l4219935,4943786r-908,-227xm4148471,4930857r-1135,681l4148697,4931084r-226,-227xm3956991,4914980r-11343,2268l3957445,4915207r-1588,5897l3957445,4915434r,-227l3956991,4914980xm3899366,4901371r5445,4310l3904357,4905000r-4991,-3629xm3911844,4861225r3630,2721l3924776,4867575r680,227l3911844,4861225xm3801358,4854193r-2496,4763l3801358,4854420r,-227xm3529340,4844894r4084,13382l3534104,4858049r-454,l3529340,4844894xm3574941,4843760r-454,227l3575395,4843760r-454,xm3682478,4840811r-3623,1812l3675445,4844213r1588,-680l3678855,4842623r3396,-1585l3682478,4840811xm3602619,4833780r-8848,3402l3602846,4833780r-227,xm3647766,4832873r4765,5897l3652531,4837863r-3403,-4990l3648901,4832873r-1135,xm3006856,4791819r82,1641l3006176,4796128r-1135,3176l3006856,4791819xm4318397,4775942r1588,453l4322480,4776849r-4083,-907xm4947949,4773612r3464,6946l4950114,4783137r-3464,-8533l4947949,4773612xm3495309,4748043r,681l3495990,4751899r-681,-3856xm468780,4719122r3787,14724l473022,4735965r907,3175l472567,4733846r-226,-1056l471434,4725987r-318,-2461l471044,4723436r-1271,-2318l468780,4719122xm3255734,4711072r-8395,1134l3249154,4712433r6126,-1134l3255734,4711072xm3270480,4709938r-12705,1134l3270707,4709938r-227,xm5010309,4702174r-1591,2947l5005308,4706027r455,4760l5006672,4710560r682,l5008036,4710560r1137,l5010536,4711240r1137,1133l5013264,4714187r1136,1813l5015310,4718040r1136,2266l5018037,4725292r1364,4533l5020083,4733905r454,2493l5020083,4739571r4773,-4080l5027584,4743877r2500,8840l5031902,4761556r1591,8613l5034857,4779235r909,9065l5036903,4797140r682,9066l5038267,4824337r681,18132l5039630,4860601r682,17679l5038948,4883493r-1363,4759l5035539,4893012r-2273,4079l5030311,4901171r-3409,3626l5023038,4908197r-4319,3173l5018719,4911144r-682,-1134l5015537,4906611r-3637,-4760l5007581,4897091r-3864,-4079l5000535,4890065r-909,-906l4999171,4889159r,453l4999171,4890292r682,1587l4998262,4897318r-2045,8839l4994171,4915450r-3864,18812l4986670,4952620r-3864,18585l4980533,4980271r-2273,9293l4975987,4999083r-2727,9293l4970532,5017442r-3182,9292l4963713,5035800r-3864,9293l4956212,5053932r-3409,8386l4946666,5077730r-2955,7026l4940756,5091329r-3409,6119l4933937,5103341r-1818,2720l4930073,5108327r-2046,2493l4925527,5113314r-2500,2039l4920299,5117620r-2500,2040l4914617,5121246r-3182,1813l4908025,5124646r-3636,1587l4900070,5127366r-4091,1133l4891660,5129859r-5001,906l4881659,5131445r-84327,12239l4713004,5155470r-227,-5666l4712550,5143684r-909,-13145l4711413,5124193r,-6346l4711868,5111727r455,-2946l4713004,5106061r-454,-6120l4712323,5093822r,-5666l4712550,5082943r227,-4986l4713004,5073197r1137,-9066l4715959,5055972r2046,-7933l4720051,5040786r2500,-7026l4727779,5019708r2727,-7253l4733234,5004749r2500,-8386l4738234,4987297r2046,-9746l4742326,4966219r18638,-3626l4779148,4948541r3637,l4786649,4952847r12956,-5440l4800968,4944234r2046,-2720l4804832,4939248r2501,-1813l4809833,4935848r2500,-906l4815288,4934035r2955,-453l4821425,4933128r2955,454l4827562,4933808r3182,454l4833927,4934942r3182,906l4840291,4937208r2955,1360l4838018,4934488r-909,-1360l4835972,4931995r-454,-1133l4835290,4929275r,-1133l4835518,4926782r227,-1586l4836654,4923836r1591,-2947l4840518,4917716r2728,-2946l4845973,4911824r3410,-2947l4852565,4906157r3409,-2266l4859156,4901624r5683,-3399l4867112,4897091r1364,-453l4868703,4896638r3182,l4871431,4911597r10910,-7026l4878477,4889612r2273,-4306l4885296,4878960r4773,-5893l4895524,4867174r5682,-5440l4895297,4882133r2727,-1813l4900070,4878053r2046,-2266l4904161,4873520r2728,-4760l4909616,4864454r1591,-1586l4912571,4861054r1364,-1133l4915753,4859241r2046,-453l4919845,4859468r2500,907l4925300,4861961r1364,-6119l4923709,4853575r-2273,-2266l4919390,4849269r-1364,-2040l4916890,4845416r-682,-1813l4915981,4842016r,-1587l4916435,4839070r682,-1360l4918481,4836350r1364,-1133l4921890,4834083r2046,-906l4926436,4832497r2728,-907l4928709,4826604r-227,-4986l4928482,4816858r227,-4760l4929164,4807112r682,-4759l4930755,4797366r1137,-4759l4947348,4805752r11365,-22211l4962804,4782408r3637,-1587l4969623,4779235r2727,-2040l4974396,4775155r2273,-2493l4978033,4769942r1591,-2720l4980533,4764276r909,-2947l4982351,4758156r455,-3173l4983261,4748184r454,-6800l4984170,4734585r682,-6573l4985534,4724839r682,-2946l4987125,4718946r1136,-2720l4989852,4713507r1591,-2267l4993489,4708974r2500,-1587l4998944,4705574r3410,-1360l5005990,4703081r4319,-907xm4197248,4670472r-2042,227l4193391,4671153r-1588,680l4190442,4673194r-1135,1361l4188627,4676596r-454,1815l4187492,4680906r,2495l4187946,4685896r454,2948l4189080,4691793r2269,6351l4193845,4704495r5671,12701l4205415,4729898r2723,6578l4210179,4743053r2269,6578l4213809,4756435r454,3403l4214490,4763240r454,3629l4214944,4770271r-454,3403l4214036,4777303r-454,3855l4212675,4784788r-1134,3629l4210179,4792046r-1588,3629l4206323,4799304r-2042,4082l4202466,4807469r-1361,4310l4200197,4815635r-681,3855l4199290,4823346r,3856l4199743,4831058r681,4083l4201785,4838997r1588,3855l4205188,4846482r2042,3855l4209952,4853966r2950,3630l4216078,4861451r-1588,5217l4213809,4869390r-453,2268l4213356,4874380r,2495l4213809,4879370r454,2268l4215171,4884133r1134,2268l4217439,4888443r1588,2041l4220389,4892752r1815,1588l4224018,4896381r2042,1588l4228102,4899557r2269,1360l4229010,4921785r7033,8392l4244437,4915887r20418,19507l4265082,4935394r1361,-1361l4250109,4900237r-5218,-10434l4243756,4889123r-907,-6578l4239219,4859183r2949,-14516l4241488,4842626r-908,-4083l4239899,4834233r-453,-4309l4239219,4825841r-227,-4082l4239219,4817676r227,-4083l4240126,4809510r681,-3855l4241488,4801799r1361,-3856l4243983,4794087r1361,-3629l4246932,4786829r1362,-3629l4250336,4779798r-1362,l4247386,4776849r-1361,-2949l4243303,4767776r-2496,-6804l4238765,4753941r-2042,-7712l4234681,4738744r-3403,-15197l4229463,4716062r-2268,-7258l4225153,4701773r-2723,-6578l4220842,4692020r-1588,-2949l4217666,4686576r-1815,-2722l4213809,4681133r-1815,-2269l4209726,4676823r-2496,-1814l4204508,4673194r-2496,-1588l4199516,4670926r-2268,-454xm4128733,4669792r2495,1134l4131228,4670699r-2495,-907xm350837,4643437r397,907l354012,4656137r-3175,-12700xm3426340,4643254r-5444,681l3420734,4644097r-519,65l3420669,4644162r65,-65l3425660,4643481r1134,-227l3426340,4643254xm292100,4633912r1588,l293688,4634393r-1588,7457l292100,4633912xm300038,4630216r-216,457l298746,4638674r-2798,-8229l300038,4630216xm426840,4624387r199,199l426443,4627562r-993,-2976l425649,4624586r596,198l426245,4624586r595,-199xm191704,4622119r681,1587l193519,4624840r1588,1588l196922,4627335r2269,1134l201913,4629376r2723,907l207812,4630737r6579,1134l221878,4632778r7940,453l238213,4633231r8167,227l254547,4633231r15427,-453l282905,4632324r4765,l291300,4632324r-1135,1361l289485,4646158r4991,-2268l298106,4648426r277,-624l296862,4638674r3176,3040l298747,4646984r266,-599l299694,4644117r680,-3855l301055,4636860r681,-2948l302416,4632778r681,-1134l304004,4630964r1135,-454l306727,4630283r1815,l310810,4630737r2723,680l314217,4633078r223,1061l315801,4638448r1588,4082l319658,4646158r1297,1945l321927,4650240r1361,1815l324649,4654096r1588,1814l327599,4657044r1815,907l331002,4658858r2041,454l335085,4659539r2269,-681l343706,4667249r4084,-15194l350739,4663394r3176,11113l355504,4680176r1814,5443l359360,4691062r2496,5443l360948,4693330r-680,-3629l359133,4682444r-680,-7484l357999,4667476r-453,-14061l357318,4646839r-226,-5897l360948,4644571r-2949,-5443l361175,4634592r-5218,l354823,4628015r29720,-1360l411540,4625067r1361,-227l418800,4635046r454,-4990l426740,4646158r1135,-11566l431051,4639128r-227,-6350l437022,4642469r-459,-2207l438151,4641673r-739,1406l439672,4646612r14066,33564l457368,4675640r8394,31750l466761,4711276r-35,-361l466726,4708132r253,-2783l467487,4706741r2900,9987l470072,4711699r-227,-13607l469619,4691969r-227,-5216l472341,4704442r4310,4763l476198,4702401r227,-3175l476651,4696732r454,-1588l477559,4694010r907,-907l479147,4691969r1135,-680l481643,4690608r1361,-680l484819,4689248r-681,-5897l486861,4683805r2722,680l492532,4685619r2950,1361l502061,4690155r6579,3402l514766,4696958r5898,3175l525882,4702174r2042,681l529966,4703535r19738,10432l552879,4708071r3631,-681l560366,4706710r3630,-453l567626,4706030r3403,l574659,4706710r3403,454l581238,4707617r3403,907l587817,4709432r3177,1360l594170,4712153r3176,1587l600295,4715328r6126,3855l611865,4723719r5899,4763l622982,4733698r5445,5442l633872,4744810r5218,6123l649299,4763180r10209,12473l669717,4787899r5445,5670l680153,4799239r5445,4989l691270,4809217r5444,4082l702386,4817155r2949,1814l708285,4820557r2949,1360l714183,4823051r2950,1134l720309,4825092r3176,681l726888,4826226r3176,227l733467,4826680r3403,-227l740273,4826226r2042,-227l744130,4825999r3630,227l751390,4827133r3856,1361l758877,4830308r3629,2268l765910,4835298r3630,3175l772942,4841874r3177,3629l779521,4849358r3177,4082l785874,4857749r3176,4536l794722,4871357r5445,9525l805385,4890407r8847,17462l821265,4921476r2723,4989l824896,4928053r907,1587l837373,4953907r,6803l841003,4961617r4537,13607l850759,4990646r4990,15648l858245,5014685r2496,7938l862555,5030560r2042,8164l865732,5046208r1134,7484l867547,5060723r,3401l867320,5067526r-227,2948l866866,5073649r-907,2949l865278,5079319r2042,1361l869135,5082494r1588,1814l871857,5086123r1134,2041l873899,5090432r681,2267l875034,5094740r453,2495l875714,5099503r,4989l875260,5109482r-907,4762l872991,5119233r-1361,4536l870042,5127851r-1814,3856l866639,5135108r-1588,2722l863690,5140098r-1361,1134l869362,5150530r-2269,5669l866186,5155519r7713,8618l872538,5167085r-681,3175l871177,5173208r-227,3175l870723,5179332r,2948l870950,5185455r453,3175l872311,5194980r1815,6577l876168,5207907r2269,6350l883201,5226730r2495,6123l887965,5238749r1815,6124l891368,5250316r454,2948l892049,5255985r227,2722l892276,5261428r-2269,-4762l887511,5252130r-2949,-4309l882974,5245780r-1362,-1361l880478,5243058r-1361,-680l878210,5242151r-454,227l877529,5242605r-454,1360l876849,5245780r226,2948l877529,5252357r2042,2267l882293,5257799r2723,3856l887965,5266191r6126,10205l899989,5287282r5445,10205l909290,5305424r2496,4536l928802,5338082r17242,28348l980527,5422219r34484,56243l1032253,5506583r16562,28575l1051084,5538787r2722,3629l1059705,5550126r6352,7711l1072183,5566001r3176,3856l1078308,5573939r2723,4082l1083526,5582103r1815,4082l1087156,5590267r1361,4082l1089198,5598432r-10890,1134l1063108,5601607r-40156,5669l999131,5610451r-25637,3402l946951,5617028r-26770,2721l906568,5620883r-13385,908l880251,5622924r-12931,681l854615,5623832r-12251,226l830794,5624058r-11116,-453l809242,5622924r-9756,-1360l790411,5620203r-4083,-680l782471,5618162r-4084,-907l774984,5616121r-2949,-1361l769085,5613399r-2722,-1814l763868,5609998r-2269,-1815l760011,5606369r-3403,-2041l753432,5602287r-3403,-2495l746852,5597298r-3176,-2949l740500,5591174r-6352,-6803l727795,5576887r-6125,-7711l715545,5560558r-6126,-8391l697849,5534705r-11117,-17463l676296,5501594r-4991,-7030l666541,5488214r-18603,-24947l629334,5438094r-17922,-25173l593716,5387521r-17469,-25854l559232,5336041r-17015,-25854l525655,5284107r-16334,-26081l492986,5231492r-15881,-26534l461678,5178424r-15427,-26760l431278,5124676r-14973,-26987l401558,5070474r-14293,-27214l372746,5016046r-13840,-27668l345067,4960937r-13611,-27668l317843,4905148r-13385,-27668l291300,4849358r-12705,-27894l265663,4793115r-12704,-28348l240481,4736419r-12251,-28575l215752,4679496r-24048,-57377xm334405,4621212r2495,l338715,4621439r2042,680l342345,4622573r1588,907l345294,4624840r1362,1588l347563,4628015r681,2041l348471,4641169r-8621,-454l341664,4655230r-3175,-5216l340077,4655230r-2723,-1134l334858,4653189r-4083,2041l329868,4655230r1588,2721l327825,4655230r-3176,-2495l321927,4649560r-972,-1457l320793,4647746r-2496,-4763l314217,4633078r-684,-3248l317163,4627562r3403,-1588l323742,4624387r2949,-1134l329414,4622573r2495,-908l334405,4621212xm301962,4604430r3177,4762l302870,4609192r-908,-4536l301962,4604430xm384176,4602162r992,238l385168,4602877r595,3810l384771,4606925r-595,-4763xm300038,4602162r1058,l301096,4602403r529,7697l300038,4610100r,-3176l300038,4602162xm296862,4584699r1059,2667l298555,4591367r636,5556l300038,4606924r-3176,-22225xm352426,4583112r3175,5618l355071,4589462r-529,-488l352426,4583112xm357999,4581978r9075,10659l367981,4590369r2723,5670l371158,4593544r226,l373426,4598080r227,-6350l378871,4601481r,-3855l381140,4599214r227,6350l383408,4605790r-4764,227l374560,4606471r-7259,1134l360948,4608739r-2495,226l355957,4609192r-1815,-227l352327,4608512r-1361,-1134l350059,4606017r-908,-1814l348471,4601935r,-2948l348471,4595358r227,-1360l348925,4593771r1587,680l352100,4591730r908,-2949l355957,4592410r2949,-1361l362310,4592637r-4084,-9525l357999,4581978xm288199,4581524r430,229l289490,4582439r1076,1828l291858,4587011r1506,2743l294871,4593411r2045,8881l299794,4609332r244,768l298571,4610100r-1478,-6868l296808,4602327r1292,7086l292718,4609642r-5381,-23774l287337,4583810r216,-1371l287768,4581753r431,-229xm290513,4575174r907,2443l292100,4583112r-1587,-7938xm292630,4573587r1058,3040l293335,4581086r,1418l293159,4583112r-177,l292630,4582910r-177,-1216l292100,4579262r,-2432l292100,4574601r177,-608l292630,4573587xm287337,4568824r1984,1979l289123,4570803r1390,12309l287337,4568824xm282575,4559299r2041,5045l285750,4579937r-3175,-20638xm294929,4556578r13159,5896l313306,4563381r454,-4535l317389,4557258r13613,5897l335085,4571999r8848,35606l338942,4607831r-4537,681l326464,4609873r-6806,1133l316936,4611460r-2722,454l311718,4611914r-1815,-681l308088,4610553r-1361,-907l305593,4607605r-1362,-2041l303551,4602615r-454,-3628l298560,4587874r4991,2949l294929,4556578xm287337,4551362r227,l290513,4555551r,11686l287337,4551362xm3044744,4548445r-8395,2949l3044970,4548445r-226,xm304800,4546599r6350,8165l306552,4557712r-1752,-11113xm283369,4546599r2381,1694l283898,4552949r-1323,-2963l283369,4546599xm2935034,4540862r-4407,3727l2924502,4549806r-1727,1594l2932635,4544332r2399,-3470xm285750,4538662r4763,10391l290513,4551362r-4763,-12700xm2942879,4535290r-1124,762l2955627,4544739r-12748,-9449xm296357,4530724r3464,4536l300038,4552949r-2382,-1814l295708,4549547r-1516,-2041l292893,4545692r-1082,-2268l290945,4540930r-432,-2268l290513,4536167r5844,-5443xm3030451,4529166r-454,2721l3029997,4532568r454,-3402xm3012528,4525990r-1560,837l3000277,4530527r2949,453l3010968,4526827r1106,-383l3012528,4525990xm4523643,4519612r732,4030l4521689,4529015r-10014,8060l4523643,4519612xm3026821,4518959r-1361,227l3027501,4519186r-680,-227xm284163,4510087r2778,4820l287337,4529137r-3174,-19050xm164707,4474708r-227,227l164707,4475162r,-454xm195078,4419920r-132,870l195107,4420960r-29,-1040xm185806,4410301r157,248l185922,4410359r-116,-58xm196603,4409862r-502,3309l203326,4415393r-3598,-2586l196603,4409862xm4490587,4406899r6082,26225l4505325,4440421r-4211,7753l4490119,4440421r-7019,-18243l4490587,4406899xm117291,4395787r908,1134l117972,4396921r-681,-1134xm2997101,4394890r227,1588l2997554,4396705r-453,-1815xm2969422,4390354r-1134,6124l2969422,4390581r,-227xm2707840,4377199r-227,453l2698311,4378333r9529,-1134xm3128913,4360188r-5445,8392l3128686,4360641r227,-453xm4509459,4354512r11741,13381l4520961,4370161r-240,2041l4520002,4375830r-1198,3176l4517127,4381500r-959,1134l4515449,4383541r-1198,454l4513532,4384448r-958,227l4511855,4384448r-959,-226l4510178,4383541r4313,-8618l4508500,4372429r2636,-7711l4509459,4354512xm3005041,4349527r-4764,6578l3004587,4360188r454,226l3000277,4356105r4764,-6351l3005041,4349527xm3963027,4348279r-5566,3544l3958663,4355133r370,-1296l3962663,4348847r364,-568xm2679708,4342269r2495,1588l2684926,4345445r2120,908l2686060,4351115r-6352,-8846xm2681288,4337049r4763,4168l2685455,4344987r-3870,-3572l2681288,4337049xm3980026,4312718r-386,874l3980025,4316495r334,-1671l3980359,4313690r,-907l3980026,4312718xm93444,4312372r933,3133l94377,4315731r-933,-3359xm3961688,4309131r978,819l3964703,4310861r1811,1138l3969003,4312454r2490,227l3974435,4312681r2715,-455l3977329,4312190r-15641,-3059xm3899436,4304862r-7680,226l3884301,4305541r-1800,240l3890021,4309040r4300,455l3898394,4309723r3621,l3905636,4309268r2942,-683l3911520,4307447r2490,-1365l3915316,4305031r-8425,-169l3899436,4304862xm90974,4303485r2470,8887l91201,4304846r-227,-1361xm3863067,4295265r,1641l3863748,4303257r907,6577l3866016,4316639r1588,7031l3869419,4330928r4538,14970l3878494,4360868r2042,7712l3882351,4376065r1815,7258l3885527,4390581r1135,7031l3887342,4404644r2496,-7712l3892560,4389447r2496,18599l3897778,4425737r1361,8619l3900954,4442295r1588,8165l3904584,4458172r1815,7712l3908441,4473369r2042,7258l3912979,4487885r2495,6805l3918197,4501721r2722,6804l3923641,4515103r3177,6578l3929994,4528258r3176,6578l3936800,4541414r7260,13155l3952227,4567271r8621,13382l3970377,4594262r9982,14289l3991249,4623068r-5445,15877l3992610,4641213r6126,2722l4004408,4646203r2722,907l4009852,4647791r2496,453l4014617,4648244r2268,-227l4018927,4647564r1815,-908l4022784,4644842r1588,-1815l4026187,4640306r454,l4022557,4633955r-4083,-6351l4014844,4621253r-3403,-5897l4005542,4602881r-5899,-12248l3988527,4566137r-6126,-12702l3976049,4540506r-908,-1360l3973780,4537785r-1134,-1361l3970831,4535517r-1588,-908l3967428,4533475r-4084,-1588l3959260,4530300r-4537,-1361l3950185,4527805r-4083,-1588l3942245,4524629r-3403,-1814l3937254,4521908r-1135,-1135l3935212,4519413r-681,-1361l3933624,4516464r-227,-1588l3933397,4513062r227,-1815l3934531,4508979r908,-2495l3936800,4504216r1815,-2949l3940884,4497411r1815,-3175l3943606,4491287r454,-2495l3943833,4486978r-454,-1815l3942472,4483576r-1135,-1361l3938388,4479493r-1588,-1361l3935439,4476771r-1361,-1814l3932943,4472915r-680,-2268l3931809,4467925r-3403,-4536l3925683,4458853r-2495,-4310l3921373,4450460r-1361,-4082l3919104,4442068r-681,-3856l3918423,4434356r,-3855l3918877,4426645r908,-3629l3920919,4419387r1134,-3403l3923641,4412128r1815,-3402l3926888,4406042r-2015,1081l3921704,4408033r-2715,455l3916499,4408488r-905,-227l3914462,4408033r-2036,-1138l3910615,4405075r-1810,-2276l3907220,4400296r-1810,-3186l3904052,4393696r-3621,-8420l3896131,4375263r-1131,-7510l3893416,4359788r-2037,-8420l3888889,4343176r-1358,-3869l3885721,4335211r-1358,-3869l3882326,4327701r-1810,-3414l3878253,4321101r-2263,-3186l3873500,4315412r2292,-8144l3875491,4307351r-2034,905l3872780,4308708r-452,679l3871876,4309839r,679l3871876,4311649r-8809,-16384xm2994832,4291916r1361,1134l2995966,4292823r-1134,-907xm3960107,4287053r-4909,6740l3955198,4296069r453,2275l3956103,4300165r453,2048l3957688,4304034r905,1820l3959419,4306851r-159,-4275l3959487,4296452r227,-6124l3960107,4287053xm3924244,4281682r-410,329l3923608,4283368r-226,1584l3923382,4286762r,2332l3923967,4286738r227,-4096l3924244,4281682xm191704,4277631r1588,4536l193292,4282394r-1588,-4763xm3947328,4276581r-13555,4525l3930385,4280201r-1870,-187l3932115,4281504r2489,-455l3948635,4276725r12836,671l3961517,4277083r-14189,-502xm97100,4268106r680,2042l97327,4268560r-227,-454xm3875782,4265855r-12715,25154l3863067,4292698r4743,-9103l3875716,4267079r66,-1224xm4386912,4259708r4991,7712l4392130,4267420r-5218,-7712xm2778775,4221251r-26683,3087l2747311,4224792r-708,160l2752307,4224325r26468,-3074xm107309,4217760r,227l107763,4221389r-454,-3629xm4033220,4205726r-1361,2495l4030725,4210942r-1135,2722l4028456,4216159r-681,2722l4027095,4221830r-908,5897l4025733,4233851r,5897l4026187,4245645r908,5898l4028456,4257213r2042,5217l4032766,4267420r2496,4536l4036850,4273997r1361,1815l4040026,4277626r1588,1588l4043429,4280802r1815,1134l4047286,4282843r2042,681l4049555,4280121r454,-3402l4050689,4273997r681,-2721l4052277,4269007r1361,-2268l4054773,4265152r1588,-1361l4057722,4262657r1815,-908l4061125,4261069r1815,-454l4064755,4260388r2042,l4068612,4260615r2269,227l4072696,4261296r2268,680l4079048,4263791r4311,2041l4087442,4268554r3630,2948l4094475,4274678r3176,3175l4100147,4281029r-6125,7258l4100374,4289421r5218,-6351l4100147,4265832r15881,-7258l4123288,4347259r7260,88005l4136673,4522134r5899,85737l4148017,4692700r4537,83695l4156638,4858956r3630,81201l4159360,4939023r-6579,-4990l4160268,4940157r2268,52621l4164578,5045399r1588,52395l4167754,5150642r454,10660l4168889,5171282r1815,17238l4171611,5195779r454,6577l4172065,5205532r,2948l4171838,5211202r-454,2722l4170704,5216192r-908,2268l4168889,5220728r-1588,1815l4165713,5224584r-2042,1588l4161629,5227986r-2722,1361l4155957,5230935r-3403,1134l4148697,5233203r-4083,1361l4139849,5235698r-4991,907l4122834,5238420r-92336,12702l3915701,5266545r-114797,15651l3571311,5312589r-223922,29032l3235542,5356364r-112074,14063l3118930,5364303r-4537,-6124l3104411,5345931r-21099,-25404l3072649,5307372r-10209,-13382l3057221,5287186r-4764,-6805l3047693,5273577r-4537,-7032l3039072,5259514r-4084,-7258l3031358,5244998r-3176,-7258l3025686,5230028r-2495,-7485l3020922,5214831r-1361,-7712l3018653,5199181r-453,-7939l3018200,5187160r,-3856l3018880,5178994r454,-4083l3019788,5170829r680,-4083l3021376,5162210r1361,-4083l3023871,5153818r1815,-4083l3027048,5145199r2042,-4310l3031131,5130909r1588,-9526l3033627,5112764r454,-8619l3034534,5096206r227,-8165l3034761,5080556r681,-7712l3035896,5065359r907,-7712l3037937,5049936r1135,-3856l3039979,5041997r1135,-4083l3042702,5033605r1588,-4083l3046332,5025213r2042,-4537l3050642,5016140r2723,-4763l3056314,5006387r4991,-8165l3063574,4994139r1815,-4536l3067431,4985520r1815,-4083l3070607,4977355r1361,-4310l3073329,4968736r908,-4310l3074917,4960116r681,-4763l3076052,4950817r227,-4763l3076506,4941291r-227,-4763l3075598,4931084r-681,-5444l3074010,4920650r-1361,-5216l3070834,4910671r-2042,-4990l3066750,4900917r-2496,-4536l3061759,4891618r-2496,-4536l3053365,4878009r-6353,-8619l3040660,4860771r-6352,-8392l3028182,4843760r-5672,-8166l3019788,4831058r-2496,-4083l3015250,4822893r-2041,-4310l3011167,4814047r-1362,-4310l3008671,4805428r-1134,-4537l3007083,4796355r-145,-2895l3007083,4792953r681,-3176l3008444,4786375r227,-3402l3008671,4779798r-227,-3403l3007764,4772993r-681,-3402l3006176,4765962r-908,-3402l3003907,4759157r-2949,-7031l2997328,4745095r-3857,-7032l2989160,4731032r-4310,-7031l2979859,4716970r-9756,-14063l2961028,4689752r-4537,-6351l2952634,4677050r-3403,-6351l2946282,4664802r-2496,-5897l2943105,4656410r-680,-2722l2941971,4650966r-227,-2722l2941744,4645976r227,-2495l2942198,4640986r681,-2041l2943786,4636677r1588,-2269l2946735,4632594r2042,-2041l2951046,4628511r2269,-1588l2956264,4625109r3176,-1588l2963070,4622160r4084,-1587l2971464,4619439r4765,-1361l2981447,4617170r3718,-619l2985984,4616490r1134,-227l2986892,4616263r-1727,288l2979859,4616944r-9983,680l2958079,4618758r-12478,454l2934711,4619439r-4765,l2926317,4619212r-2269,-454l2923140,4618304r-453,-453l2924955,4616944r1815,-1135l2928585,4614222r1361,-1361l2931308,4611046r908,-1587l2932896,4607417r681,-2041l2934711,4600613r454,-4763l2935619,4585416r227,-5443l2936526,4574302r1361,-5443l2938568,4566137r907,-2722l2940383,4560920r1104,-1733l2938632,4561794r-3554,2949l2932635,4567237r-1778,2268l2929525,4571319r-667,2268l2930413,4581298r889,4309l2931524,4589689r-444,4082l2930191,4597627r-888,3628l2928192,4604657r-1555,2948l2925304,4610327r-1777,2267l2922195,4613955r-1555,680l2919974,4614862r-667,l2918863,4614862r-444,-453l2917975,4613955r-223,-907l2917086,4610780r,-3402l2915975,4603977r-1554,-4309l2910422,4590143r-1332,-4763l2907979,4581071r-222,-1814l2907757,4577443r444,-1361l2908645,4574721r-5108,1588l2911311,4566784r10620,-14605l2918603,4555250r-11344,10206l2901814,4569766r-4991,4082l2892967,4568859r-3857,-5217l2885253,4558879r-4084,-4764l2877086,4549579r-4311,-4309l2863927,4536651r-9075,-8166l2845324,4520320r-9302,-7712l2826266,4505123r-19737,-15197l2796546,4482442r-9755,-7485l2777262,4467245r-9301,-8392l2759113,4450687r-8848,-8846l2757536,4443106r896,323l2765919,4444563r-8383,-1457l2750265,4440481r-3857,-1815l2742778,4437078r-3403,-1814l2736199,4433449r-2723,-2041l2731208,4429593r-2269,-2041l2727124,4425511r-1134,-2042l2725309,4421428r-227,-1815l2725082,4418706r227,-907l2725763,4416892r453,-908l2727578,4414170r-15654,-7485l2710335,4403509r-2041,-3855l2703302,4391488r-4991,-7485l2695816,4381055r-1588,-2042l2697177,4382642r3630,3176l2702395,4386952r2042,1134l2706025,4389220r2042,681l2709882,4390581r2042,454l2713739,4391488r2041,227l2718049,4391715r1815,-227l2722133,4391261r2042,-453l2708974,4386498r908,-9526l2868464,4357012r158584,-20186l3343986,4295999r324879,-42188l3680663,4251996r13839,-2268l3725356,4244738r33577,-5670l3793418,4233851r16788,-2495l3826541,4229088r15200,-1361l3855807,4226593r6352,-681l3868512,4225912r5672,l3879175,4225912r4991,681l3888250,4227046r3403,908l3894526,4228775r-165,327l3894613,4228800r-87,-25l3895056,4227727r-143,714l3895144,4228164r-226,1131l3905762,4221150r7454,-905l3914658,4221582r-1453,-1794l3928406,4217747r-227,454l3920012,4225459r-454,l3918374,4225028r942,874l3919542,4225902r451,l3928352,4218209r2711,-679l3933548,4217078r2710,-453l3938743,4216399r2711,226l3943713,4217078r2485,226l3948683,4217983r2033,679l3953201,4219340r2259,1132l3957267,4221603r1427,714l3957218,4219788r-1588,-2948l3953588,4214118r19965,-2949l3993518,4208901r19737,-1814l4033220,4205726xm2902495,4192797r-227,454l2902495,4193024r,-227xm2944694,4175332r-3857,1134l2942425,4176013r2269,-681xm2784749,4148114r,227l2784721,4148345r159,473l2797174,4219114r53,-6l2784976,4148795r-227,-681xm2896143,4145846r-227,454l2895008,4153104r1135,-7031l2896143,4145846xm3896644,4139722r-454,3402l3896417,4147434r227,-7258l3896644,4139722xm2898411,4132691r-140,842l2898185,4133598r,454l2898271,4133533r821,-615l2898638,4133145r-227,-454xm2990975,4127247r3857,2042l2992563,4127474r-1588,-227xm3184269,4124752r681,13382l3184950,4135866r-454,-10206l3184269,4124752xm4621723,4124072r-12251,19052l4609018,4143351r-1134,3176l4606296,4149475r-1361,2722l4602893,4154465r-1815,2268l4599036,4158548r-2495,1814l4594499,4161950r-2723,1588l4589281,4164672r-2950,1361l4583836,4166940r-2950,681l4577937,4168301r-2949,227l4571812,4169208r5444,13609l4571131,4184178r-908,1815l4569089,4187354r-2269,2721l4564098,4192797r-3176,2042l4557746,4197107r-3403,2041l4547536,4203458r-3176,2041l4541411,4207994r-2496,2495l4538008,4211850r-908,1587l4536420,4214798r-908,1815l4535058,4218201r-226,2041l4534605,4222056r227,2269l4535058,4226593r908,2268l4536647,4231583r453,2948l4537100,4237253r-227,2495l4536420,4242470r-1135,2722l4533924,4247687r-1815,2268l4528706,4256533r-3176,6577l4523261,4269688r-2495,6351l4516682,4288967r-2269,6124l4512598,4301215r-2495,5898l4507380,4313010r-2949,5670l4500801,4323897r-1815,2722l4496944,4329341r-2495,2495l4492180,4334331r-2496,2495l4486735,4339094r-3176,2495l4480383,4343630r1815,3402l4483105,4350661r681,3403l4484013,4357693r,3629l4483786,4365178r-681,3629l4482424,4372662r-1361,3630l4479929,4379921r-2949,7485l4470627,4402829r-2949,7485l4466317,4414170r-908,3629l4464275,4421428r-681,3856l4463367,4428913r-227,3856l4463594,4436398r454,3629l4465409,4443656r1361,3629l4468812,4450687r2269,3629l4474257,4457719r3630,3402l4483105,4465430r4084,4537l4490592,4474049r2722,4083l4495583,4481988r1361,3856l4498079,4489473r453,3856l4498986,4497411r,3629l4498986,4505123r-681,3856l4497625,4517825r-454,4536l4496944,4527124r1588,4537l4499894,4535970r907,4536l4501482,4545270r453,4763l4502616,4555250r454,9979l4503523,4575436r227,9980l4504204,4590179r454,4990l4505565,4599706r681,4309l4506473,4604015r4991,2041l4511010,4609912r-454,4083l4510556,4617851r227,4309l4511237,4626016r454,3856l4512825,4633728r1135,3856l4515094,4641213r1815,3629l4518497,4648244r2042,3402l4522807,4654822r2042,2948l4527345,4660719r2722,2722l4533924,4658451r2496,454l4538462,4659812r2268,907l4542772,4661626r1815,1361l4546629,4664121r3403,2949l4553208,4670245r2723,3403l4560922,4679998r227,6805l4556838,4691339r3403,4083l4557746,4706763r-2042,11114l4554116,4729444r-1135,12022l4551847,4753487r-454,12475l4551166,4778437r,12248l4551393,4803386r681,12475l4552981,4827883r908,12248l4555023,4851925r1588,11568l4557972,4874607r2042,11114l4557292,4899557r5445,-3176l4564098,4900917r907,4310l4565686,4909763r227,4537l4566140,4918609r-227,4536l4565232,4927455r-680,4309l4563644,4936074r-1361,4309l4560922,4944693r-2042,4309l4557065,4953085r-2269,4310l4552301,4961477r-2496,4083l4547083,4969643r-2950,4309l4540957,4977808r-3403,4083l4530294,4989603r-7487,7938l4514413,5005253r-5718,4814l4508676,5010149r-32,-39l4505792,5012511r-9302,7258l4487189,5027027r-9756,6805l4467451,5040636r-9982,6578l4447486,5053565r-10209,6351l4427295,5065813r-19511,11341l4389181,5087360r-17016,9527l4357192,5105506r-12478,7258l4345394,5114125r681,1587l4346756,5117300r453,1361l4347209,5120476r,1587l4346983,5124105r-681,1814l4345168,5129775r-1815,4083l4340630,5137940r-3176,4083l4334051,5146559r-4084,4310l4325430,5155405r-4538,4537l4315792,5164376r2208,764l4316136,5168900r-2092,-3075l4310456,5168787r-5445,4537l4299566,5177633r-11570,8392l4276426,5193964r-11344,7258l4254646,5207573r-9075,4990l4237631,5216419r-3176,1588l4231959,5218914r-2269,680l4228102,5219594r-2708,-200l4225153,5219141r-3176,l4225394,5219394r4296,4510l4189988,5229121r-454,-16785l4188853,5195325r-907,-17465l4186812,5159942r-2042,-36291l4183409,5105506r-908,-18372l4181820,5068988r-226,-18145l4181367,5033151r453,-17465l4182501,4998675r681,-8392l4183862,4982344r1135,-8165l4185904,4966241r1361,-7712l4188853,4951044r-5898,1814l4181140,4905000r-2042,-48085l4176829,4808830r-2268,-48085l4171838,4712433r-2722,-47858l4166166,4616490r-3176,-48085l4161629,4549126r-2042,-20187l4156865,4508072r-2496,-21775l4148697,4441841r-2722,-22454l4143933,4396932r-2042,-22682l4141438,4363363r-454,-10887l4140757,4341589r-454,-10888l4140757,4320041r454,-10433l4141891,4299401r908,-9980l4144160,4279668r1588,-9753l4147790,4260842r2269,-8846l4152781,4243150r3176,-8165l4138488,4239748r-1134,-13609l4140757,4215932r907,-2268l4142118,4211396r908,-4083l4143479,4203684r681,-2948l4144387,4199148r680,-1134l4145748,4197107r1134,-1361l4148471,4195065r1814,-907l4152781,4193704r2949,-680l4154823,4186673r116612,-16104l4388046,4154238r58306,-7711l4504658,4138815r58532,-7712l4621723,4124072xm61482,4112985r,907l61708,4114572r-226,-1587xm1730744,4097791r-227,681l1730063,4109131r681,-11340xm3072876,4095493r-1815,4763l3071741,4098895r1135,-3402xm3061759,4091410r5899,15197l3067884,4106834r-6125,-15424xm6767697,4084699r-1999,10541l6765018,4097722r-33,33l6767697,4084699xm6750050,4079874r-454,3048l6748462,4086224r1588,-6350xm1875727,4067265r-2967,1271l1872216,4067992r3511,-727xm2625847,4067175r5766,4564l2631844,4072880r,2054l2631844,4077216r-692,4793l2629999,4086801r-1154,4564l2627461,4095701r-1614,3651l2624693,4102091r-922,1597l2610392,4099809r-5305,-4108l2605548,4093419r7612,-9357l2617543,4072424r4382,-3651l2625847,4067175xm6772275,4062068r-2948,16699l6770007,4073577r-2310,11122l6767966,4083280r4309,-21212xm1920671,4055378r-2085,2953l1914049,4058104r4764,-2041l1920671,4055378xm6766605,4038599r-453,17602l6766832,4054847r,6318l6768193,4056878r907,-1806l6769327,4054847r227,451l6769327,4057780r-681,4965l6767286,4069966r-4082,21438l6764111,4088696r,3159l6764564,4091178r454,1128l6765698,4091404r-907,6544l6764985,4097755r-16069,77369l6752328,4145168r443,-3893l6749370,4150753r,-17376l6749823,4115775r227,-12637l6750050,4098851r,-2031l6746875,4097045r680,-5190l6747555,4096143r5443,-21664l6757080,4058683r4536,-18279l6760936,4045595r1587,-2257l6763657,4050108r2948,-11509xm2544763,4032249r-5186,3175l2533650,4035424r11113,-3175xm2527911,4030662r4152,4646l2525713,4040187r2198,-9525xm3111670,4016561r-2268,1588l3110536,4017922r1134,-1361xm38500,4016330r396,1530l39020,4017737r-520,-1407xm6738938,4013199r,9724l6737350,4024312r1588,-11113xm3199470,4011344r453,681l3199923,4011344r-453,xm38418,4006849r1269,3173l39689,4010024r-2,-1l38100,4008186r318,-1337xm1662004,4002314r-2495,3856l1659736,4006397r2268,-4083xm36512,3998912r1588,1221l37571,4006850r-1059,-7938xm3976049,3990477r1290,5377l3970831,4010664r6579,-14516l3977339,3995854r71,-160l3976049,3990477xm34030,3979408r227,907l34098,3980156r-68,-748xm2609605,3972105r-681,3629l2608924,3976641r681,-4536xm1669264,3968977r,227l1669264,3969431r681,5669l1669718,3971698r-454,-2721xm1449063,3959224r9851,6123l1458210,3966254r-938,1134l1456334,3967842r-939,454l1454457,3968522r-1172,227l1450939,3968296r-2579,-454l1445311,3966708r-3518,-1134l1438276,3964667r938,-3855l1449063,3959224xm2141128,3947419r10,13l2143180,3949700r2269,2041l2147944,3953782r2269,1815l2152708,3957411r5445,3175l2163371,3963307r5672,2041l2175055,3968353r-10,-50l2168684,3965135r-4771,-2036l2158687,3960383r-4771,-2942l2148918,3954047r-4544,-3621l2142102,3948389r-974,-970xm3422257,3939897r-454,227l3422030,3940124r227,-227xm1657467,3937454r-1588,907l1656106,3938588r1361,-1134xm3338768,3936495r2496,1134l3338995,3936495r-227,xm1647939,3931330r1815,454l1649073,3931330r-1134,xm2942425,3927649r-227,454l2942879,3928556r-454,-907xm1670172,3915455r-227,908l1671306,3918630r-1134,-3175xm23340,3913644r-972,3562l23840,3917756r-500,-4112xm1602566,3912961r,227l1602793,3912961r-227,xm3941337,3910865r-680,680l3941791,3912679r-454,-1814xm2135675,3904578r-2477,30154l2134377,3937089r,-3409l2134831,3928928r909,-10862l2135967,3912861r,-5431l2135740,3905167r-65,-589xm1597122,3898220r1588,6577l1598937,3905023r-1815,-6803xm4015524,3897709r6806,1815l4022557,3899524r-7033,-1815xm3981947,3894987r-907,454l3982401,3894987r-454,xm1557194,3891416r680,1134l1557874,3891643r-680,-227xm2125963,3884592r-478,2969l2135638,3904251r-125,-1121l2134831,3901094r-681,-1585l2125963,3884592xm7940,3873499r3177,1814l11570,3875313r227,l13612,3875313r-227,16102l13385,3894590r3857,25627l16108,3906837r5898,33110l19738,3923392r3403,21545l20191,3921804r4084,19958l24502,3934051r5671,27214l33350,3976460r680,3628l34098,3980156r159,1747l34257,3985305r,7710l34030,4001633r227,7938l34484,4012746r227,2948l35618,4017735r454,680l36526,4018642r454,227l37660,4018869r681,-454l38875,4017882r-417,-1667l38100,4015248r79,-151l38100,4014787r80,307l39159,4013199r,205l39485,4017183r1578,-2170l43559,4010931r2722,7938l46055,4017962r7486,23359l49911,4028394r2950,7484l55583,4043588r2268,7938l60120,4059237r4084,15875l68061,4090760r3403,16102l74867,4122737r3176,16101l81446,4154260r-681,-6577l80085,4141106r-681,-6803l79177,4127499r1134,2948l81900,4134756r3630,12020l94604,4175578r3857,12019l100276,4191906r1134,2949l101864,4195535r454,227l102545,4195535r454,-680l102999,4191453r-681,-6123l105267,4183288r12478,18824l116837,4196669r-907,-4536l115930,4190092r-227,-2041l115930,4186010r454,-2722l116610,4183288r3177,908l124551,4192814r2042,-3176l122736,4181474r1588,227l125685,4182608r1815,680l128862,4184196r1588,1134l131811,4187144r1588,1587l134760,4190999r2723,4536l140432,4200978r134,342l140793,4200976r892,-1359l142578,4198937r1563,680l145703,4200976r3126,2266l151954,4206414r2902,3625l157758,4214117r2903,4304l163116,4222952r2456,4758l168028,4232468r2008,4757l172046,4242210r1785,4531l175395,4251272r1116,4078l177627,4258975r671,3398l179189,4261920r893,-227l181199,4261920r893,453l182761,4263053r1117,1133l184547,4265771r895,1586l186558,4271435r507,1631l188565,4285935r-223,-5211l187896,4275740r-831,-2674l186558,4268717r1784,2718l189682,4274154r1563,3398l192361,4280724r2010,7023l195933,4294318r2456,17898l201067,4330114r2456,20843l206202,4372706r2233,19937l209104,4401252r447,7477l209551,4414393r-139,2396l210080,4416878r,-8164l210080,4400776r-226,-8164l209400,4384221r-454,-8165l208266,4367665r-2042,-16782l203728,4334101r-2722,-16782l197830,4301444r-3177,-15875l201222,4301639r11,32l203275,4306660r-2053,-5021l199418,4296228r-1362,-5443l197149,4285115r4764,7031l206224,4298269r3630,5216l213030,4308248r1815,3401l215298,4312556r,908l215072,4313917r-1134,227l212803,4313917r-1815,-680l212349,4318226r1135,4763l216887,4332740r3630,9752l224827,4352017r4311,9072l233675,4370614r9528,18596l252732,4407580r4310,9298l261126,4426176r3630,9298l268159,4444999r1588,4763l270882,4454524r1156,3852l272243,4459060r907,4989l273150,4476296r3403,1360l278141,4485821r393,2423l279224,4490123r140,3236l279503,4494212r311,3733l280988,4499533r-774,3227l280864,4510767r160,5766l284957,4526771r2380,13479l281025,4516580r66,2351l281318,4527096r226,16782l281998,4552269r227,8164l282905,4568824r681,8165l284720,4585380r1815,8164l288351,4601481r1360,4309l291073,4609646r-11117,227l268613,4610099r-25410,l232767,4609873r-9301,-454l215525,4608512r-3629,-681l208492,4606924r-3175,-680l202140,4605110r-2949,-1361l196469,4602389r-2269,-1815l191704,4598987r-2269,-2268l187394,4594451r-2269,-2495l183083,4589008r-1815,-2948l179227,4582658r-3631,-7710l171740,4566103r-4084,-10432l163345,4543878r-12704,-39688l138390,4464276r-11570,-39914l115476,4384448r-10662,-39915l94604,4304619r-9755,-39914l75320,4224564r-9074,-40368l57398,4144055r-8394,-40595l40609,4063092r-8167,-40821l24502,3981449r-7487,-40821l9528,3899579r2496,14742l7033,3904115r-3403,-8391l2269,3891642r-1135,-2948l454,3885746r-227,-2722l,3880983r227,-1587l680,3877808r1135,-907l2949,3876447r1362,l6125,3876674r2269,680l7940,3873499xm4160495,3872306r680,453l4160948,3872533r-453,-227xm3798409,3870038r-805,715l3786385,3879110r7940,-5443l3797604,3870753r351,-262l3798409,3870038xm17785,3867987r169,2367l18153,3871006r-368,-3019xm6740525,3863974r,15988l6738937,3895724r1588,-31750xm2670406,3855748r9756,3856l2680842,3859604r-10436,-3856xm1531105,3850822r,453l1531332,3851729r-227,-907xm6739548,3844924r977,13602l6737594,3865562r-244,-1876l6739548,3844924xm6800850,3842267r-476,3141l6800136,3848548r238,-3365l6800850,3842267xm12700,3840162r11382,50447l25293,3901468r1453,13121l26988,3920470r,4977l26988,3927483r-242,1810l26261,3930198r-484,452l21597,3917416r-733,-361l20411,3917950r-105,-3617l18512,3905766r-1937,-10859l15364,3884275r-969,-10859l13911,3874774r-1211,-34612xm4128279,3838964r-681,907l4128733,3841232r-681,-1815l4128279,3838964xm6800850,3827462r-476,17721l6799421,3853483r-1429,6954l6797040,3866045r-477,2692l6796801,3860213r-714,6057l6797040,3856399r1429,-9645l6800850,3827462xm1510460,3811588r9528,13607l1520215,3825422r-9755,-13834xm4254646,3806529r227,227l4255100,3806756r-454,-227xm4301835,3804261r-12478,680l4302289,3804261r-454,xm4242168,3798137r908,680l4242622,3798137r-454,xm2114348,3797202r21,778l2114596,3806145r226,3855l2115503,3813402r907,3175l2117772,3819525r1052,912l2118246,3817138r-2954,-15162l2114348,3797202xm2970557,3787930r-454,1134l2965566,3799271r4764,-10434l2970557,3787930xm1649981,3785507r907,7257l1650888,3793218r2269,10659l1649981,3785507xm1934013,3782332r-1134,4082l1934467,3783013r-454,-681xm2977363,3779084r-227,681l2978497,3779084r-1134,xm6794697,3778519r-154,931l6794543,3779344r154,-825xm6735763,3775206r-407,21052l6733117,3803649r-1221,-1568l6730675,3800290r-815,-1792l6729046,3796482r-814,-2015l6728029,3792227r-204,-2016l6727825,3788196r204,-2240l6728639,3783940r611,-1791l6730064,3780357r1018,-1568l6732506,3777222r1222,-1120l6735763,3775206xm2779758,3771146r-227,680l2779304,3772960r454,-1814xm6796045,3770377r,2184l6795616,3773826r-429,2069l6794697,3778519r1348,-8142xm3021376,3765702r-9982,4537l3021149,3765929r227,-227xm6798619,3765549r644,6208l6799263,3778194r,6208l6799048,3790380r-643,6208l6797761,3802795r-858,6208l6795616,3815441r-215,10806l6796689,3833374r-2724,20039l6794500,3851274r-529,5255l6793971,3856748r-520,430l6792183,3865562r-643,-9426l6791969,3851077r1072,-6437l6793899,3837053r859,-7817l6795401,3821189r,-3909l6795401,3813831r-214,-3219l6794758,3807853r-644,-2299l6793256,3803485r-858,2069l6791754,3805324r-429,-6437l6794543,3779450r,1733l6794758,3781643r214,-230l6795187,3780953r214,-1149l6796045,3776125r,-3564l6796474,3771297r1073,-2759l6798619,3765549xm1812188,3764189r1361,1361l1812868,3764870r-680,-681xm2104614,3761243r-467,107l2105028,3761655r-414,-412xm6789071,3759874r-1127,20898l6786592,3802125r-676,10676l6784563,3823250r-1352,10449l6781633,3844148r4959,-26577l6786592,3822341r901,-1817l6787944,3820979r1127,1135l6789297,3823023r450,1136l6789973,3825976r225,2044l6790423,3833926r-225,8405l6789297,3853689r-1804,14765l6759771,4035185r1127,-20899l6759996,4020420r-901,4543l6758419,4027916r-677,908l6757517,4029279r-225,227l6756841,4029051r-451,-1817l6756165,4023600r-451,-4998l6751882,4043362r1127,-17491l6753460,4008380r,-17263l6753460,3973399r-676,-34755l6751882,3903890r-450,-11585l6750530,3881174r-1578,-22488l6748501,3847556r-450,-10450l6748051,3826657r225,-5224l6748727,3816663r451,-4771l6749854,3807122r901,-4543l6751882,3798263r1353,-4316l6755038,3789859r1803,-3862l6759095,3782135r2479,-3407l6764279,3775321r3155,-3180l6771040,3769188r4057,-2726l6779379,3764190r4508,-2271l6789071,3759874xm4230144,3758444r454,907l4230598,3759125r-454,-681xm3043382,3757537r908,907l3051777,3765249r907,453l3047466,3761166r-4084,-3629xm3064935,3756856r-454,227l3055407,3767744r9528,-10888xm1311275,3754437r4763,244l1316038,3754926r-680,12211l1311275,3754437xm1755699,3754211r-3017,646l1752296,3754664r227,227l1752682,3754857r68,34l1755699,3754211xm6735356,3749674r-407,4255l6732099,3755273r2850,-5375l6735356,3749674xm3036803,3748918r1361,2948l3039299,3753000r1134,1588l3041341,3755495r-1362,-1814l3038164,3751413r-1361,-2495xm1257300,3748087r4763,3760l1261865,3752056r-3571,3969l1257300,3748087xm1679473,3747180r-8621,2268l1679700,3747180r-227,xm2779758,3746650r-227,226l2779304,3747557r454,-907xm6816509,3744677r-10866,101346l6805643,3845795r-1387,8654l6805643,3844656r-1618,8427l6805412,3844428r-1387,7060l6809805,3799335r5317,-52380l6816509,3744677xm4671408,3738711r-4084,4083l4661879,3750279r9302,-11114l4671408,3738711xm1294918,3738562r2070,2911l1296781,3744912r-4556,-4498l1294918,3738562xm1279527,3735387r,227l1274762,3744912r4765,-9525xm1780427,3729491r-681,2722l1778158,3733800r227,l1779519,3735614r908,-6123xm1265238,3722687r,733l1260476,3729037r915,-6106l1265238,3722687xm1247061,3722687r715,4349l1243012,3727450r4049,-4763xm2262847,3719007r-1698,2093l2259561,3725182r-1361,3856l2257292,3732666r-907,3402l2254797,3742645r-1362,6123l2252755,3751716r-1134,2948l2250486,3757386r-1134,2948l2247537,3763055r-2042,2949l2243000,3768952r-3176,3175l2239143,3772354r-1134,453l2237328,3773488r-453,907l2235740,3776209r-1134,2721l2234152,3782332r-227,3856l2233698,3790270r,4989l2233925,3800248r120,1501l2234587,3798137r908,-4536l2236402,3789291r1134,-4083l2239351,3781579r1815,-3629l2243208,3774548r2723,-3175l2248653,3768651r2269,-4990l2253191,3757537r2268,-6578l2257501,3743701r2042,-7939l2261131,3727370r1716,-8363xm6732058,3709987r529,9072l6729412,3729037r2646,-19050xm2806756,3709905r-454,2949l2806756,3711266r,-1134l2806756,3709905xm1356430,3700965r-3183,593l1350077,3702458r-2943,1350l1344190,3704934r-2490,1125l1339662,3707635r-2265,1575l1335813,3711011r-1812,1575l1332643,3714612r-1585,1575l1328568,3720464r-196,461l1331239,3718605r5218,-3628l1346893,3708173r4763,-3401l1355967,3701370r463,-405xm1258464,3698874r423,2931l1254231,3705224r-1694,-4396l1258464,3698874xm1246187,3698874r3176,2071l1247616,3703637r-1429,-4763xm6796087,3697287r,7179l6794676,3713439r-706,-1122l6792912,3717925r353,-14132l6796087,3697287xm1628656,3696834r-1135,227l1628656,3697061r,-227xm1778385,3695700r227,907l1778612,3695700r-227,xm2808571,3693575r-1589,14062l2808571,3693801r,-226xm6789143,3692524r595,1545l6788150,3702049r993,-9525xm6732587,3692524r1588,19624l6733910,3714749r-1323,-22225xm1363644,3685074r-131,7666l1363907,3691164r454,-2041l1364134,3687536r-227,-2041l1363644,3685074xm1914956,3682093r908,6123l1915183,3682093r-227,xm6737443,3681412r1494,4536l6738750,3686175r-2988,-1361l6737443,3681412xm3181774,3676563r226,1361l3182000,3676790r-226,-227xm6797221,3675062r2041,17689l6799035,3694112r-227,l6797448,3689350r-1134,2267l6796087,3691391r680,-10659l6797221,3675062xm1609145,3674836r3857,5669l1613456,3680732r-4311,-5896xm5868761,3671887r4989,7667l5873750,3680251r,1161l5867400,3672352r1361,-465xm1354796,3668720r-2907,4704l1362243,3682727r-605,-1088l1360051,3679825r-1816,-2268l1356874,3675289r-1134,-2267l1355059,3670300r-263,-1580xm3537280,3667264r454,227l3537507,3667264r-227,xm2041999,3666672r-8620,6350l2027707,3670073r-1815,-453l2023397,3669393r-6352,-227l2010239,3669620r-6352,453l1999122,3670754r-1588,453l1997081,3671434r227,227l1999122,3671661r6806,l2019994,3670073r9755,1588l2032925,3673475r7940,-5670l2041999,3666672xm4132816,3665676r1362,681l4133497,3665676r-681,xm1250887,3663373r-22117,9329l1238000,3670723r12887,-7350xm6797675,3660774r1588,10877l6799263,3671887r-1588,-11113xm2054250,3657147r-2269,680l2056519,3657373r-2269,-226xm2116410,3656693r-2268,1587l2111654,3659637r3,-1l2115520,3657599r-1591,4752l2112566,3667104r-909,4752l2111203,3676834r,4752l2111657,3686565r682,4526l2113702,3695843r3408,2037l2120518,3700143r3408,2036l2127107,3704669r1461,1143l2127300,3704545r-3176,-2722l2120948,3699782r-3403,-2268l2114142,3695473r-1361,-4535l2112100,3686175r-227,-5216l2112100,3675970r454,-4990l2113688,3665991r1361,-4762l2116410,3656693xm2826040,3656150r,907l2826266,3656830r-226,-680xm1277164,3652461r-2330,830l1268692,3655559r-6370,2948l1256180,3661682r-1820,227l1252691,3662612r2517,-667l1258378,3661270r3170,-1125l1264491,3658794r5887,-2701l1276265,3652942r899,-481xm1496395,3650797r1689,803l1501159,3653291r,-227l1498084,3651600r-1462,-803l1496395,3650797xm1472121,3643993r-227,454l1470079,3650570r2042,-6577xm1461442,3640796r-526,21l1455684,3641498r-5687,907l1444992,3643766r-4345,1082l1442401,3644673r4765,-907l1452157,3642859r9285,-2063xm3487369,3637778r2722,2041l3489637,3638685r-2268,-907xm1353995,3637598r-7276,725l1337001,3639453r16994,-1855xm1391209,3637068r1736,802l1393626,3642632r4991,1134l1399159,3643837r-119,-71l1397220,3641725r-2275,-1815l1392898,3637642r-1689,-574xm1360220,3636977r-396,39l1359950,3637636r270,-659xm3467631,3635963r-15200,1588l3468312,3635963r-681,xm1281241,3633820r-336,269l1281171,3633961r70,-141xm1304296,3630123r-916,986l1300843,3633820r-2767,2033l1295078,3637660r-3229,1581l1288390,3640370r-3459,678l1281241,3641725r-3921,l1281139,3634026r-129,124l1277320,3641725r-1383,-445l1280720,3634237r-2016,1616l1276167,3637208r-2767,1129l1270863,3638789r-2306,l1266020,3638337r-68,-24l1266644,3639003r1365,1814l1269374,3642405r682,2268l1270739,3647167r227,3175l1270739,3653744r8189,-10885l1283023,3642405r3640,-454l1290075,3641271r2957,-907l1295535,3639003r2275,-1361l1299857,3636055r1592,-1814l1303042,3632653r1137,-2268l1304296,3630123xm4086535,3626437r13839,9753l4100147,3635963r-13612,-9526xm2833980,3621901r-1815,3629l2833299,3624169r681,-2268xm2955810,3613962r6806,3402l2963070,3617591r-7260,-3629xm1259471,3613209r-7730,1080l1246983,3614693r67,270l1251491,3614395r7994,-1118l1259471,3613209xm6802438,3608387r,470l6802438,3609093r-1588,11994l6802438,3608387xm6719887,3606799r1693,222l6723062,3607686r1270,888l6725602,3609905r847,1331l6727084,3613010r635,1997l6728565,3617225r212,2441l6728989,3622106r423,5324l6729200,3633419r-211,6212l6726660,3657599r-1481,-10648l6722850,3632754r-2540,-16194l6719887,3606799xm2185604,3606120r-908,1587l2184923,3607480r681,-1360xm1272853,3600544r-681,82l1260041,3612902r507,918l1260716,3613944r12137,-13400xm1272873,3599916r-626,635l1272478,3600506r230,l1272888,3600506r512,-566l1273861,3599940r231,l1274322,3599940r231,l1274553,3599916r-72,l1274252,3599916r-230,l1273792,3599916r-229,l1273333,3599916r-230,l1272873,3599916xm1274711,3599692r,22l1274784,3599714r461,l1275476,3599714r230,l1275734,3599692r-104,l1275400,3599692r-459,l1274711,3599692xm1260299,3596378r-4360,1577l1252888,3599342r2528,-998l1260299,3596378xm1267131,3593628r-2830,659l1265764,3594179r1367,-551xm2257722,3591073r43,97l2257728,3591280r-6,-207xm1350254,3590122r-13687,10781l1314450,3598280r,443l1314450,3601747r-155,3044l1314377,3604676r266,-371l1316009,3603171r1592,-1361l1319649,3601130r2047,-680l1324198,3600223r2957,l1330340,3600450r3639,453l1337847,3601810r13421,-9752l1350254,3590122xm1346036,3582080r-75,21l1346359,3582695r-323,-615xm1317981,3579652r6216,6737l1325759,3585826r-7778,-6174xm1275273,3579420r-2296,5665l1273792,3584420r1481,-5000xm6780212,3578224r2911,3855l6784975,3584347r-265,11113l6784710,3596367r-264,4082l6783387,3592738r-1058,-2494l6780212,3578224xm1277020,3575372r-145,95l1276757,3575758r1316,-386l1277020,3575372xm6723030,3566683r33,182l6723063,3567112r-33,-429xm1433845,3563759r,1992l1434528,3568019r455,2268l1435665,3572555r910,1587l1437940,3575957r1137,1360l1440442,3578678r1592,680l1443627,3580039r483,120l1443536,3579586r-1588,-2041l1440133,3575277r-1588,-2268l1436957,3570288r-1361,-2268l1434461,3565298r-616,-1539xm1826480,3559855r2604,6291l1829202,3566659r,-227l1829084,3566146r-562,-2435l1826480,3559855xm2204247,3559513r-61,13l2199876,3560887r-4311,1361l2191028,3564289r-5899,20867l2171084,3565539r,1120l2171311,3568020r454,1360l2172899,3572329r1588,2948l2176302,3578225r4311,5670l2182654,3586843r2042,2721l2186057,3592513r908,2948l2187418,3596821r,1361l2187418,3599543r,1134l2190141,3592059r2042,-6577l2193544,3580266r1361,-3855l2196266,3572555r2269,-4082l2201938,3563030r2309,-3517xm6825514,3558404r-682,13644l6824370,3585713r-231,-1822l6823908,3585257r-101,1387l6824370,3575920r925,-14803l6825514,3558404xm2216356,3557962r40936,37726l2257292,3596141r-227,4989l2257519,3606120r681,4535l2259334,3615418r1361,4536l2262283,3624489r1815,4536l2266140,3633334r967,2121l2266803,3631200r-1135,-9073l2264080,3613055r-1815,-8392l2259770,3596497r-1361,-3856l2257765,3591170r417,-1250l2258409,3574496r-1362,-9299l2257722,3591073r-902,-2061l2255459,3585610r-1815,-3402l2252056,3579032r-2042,-2948l2247973,3573135r-2269,-2268l2243208,3568372r-2495,-2268l2238444,3564289r-2949,-1814l2232772,3561114r-3176,-1361l2226420,3559073r-3403,-681l2219614,3558165r-3258,-203xm2176201,3556555r-1260,1259l2173353,3558948r-907,1134l2171845,3561284r4356,-4729xm6722197,3555999r833,10684l6721475,3558222r722,-2223xm6825717,3555874r-203,2530l6825526,3558156r191,-2282xm1280521,3551690r-2730,227l1275516,3552598r-2730,680l1270284,3554412r-2730,1587l1267136,3556291r1936,-291l1272300,3556000r3229,l1278758,3556451r2998,450l1284754,3557802r3228,1126l1290980,3560055r2999,1126l1296746,3562758r2537,1351l1301589,3565911r2306,1352l1305492,3568822r-631,-1256l1302359,3563710r-2957,-3175l1296672,3557814r-2730,-2041l1291212,3553958r-2502,-1134l1285980,3551917r-2730,-227l1280521,3551690xm6769688,3539762r3831,19535l6775607,3570392r1064,-20743l6778625,3559590r-1710,12716l6776084,3572962r816,4735l6778478,3587237r3155,19990l6782257,3611710r-457,-19198l6783388,3605647r-586,9973l6783673,3621870r621,-13483l6785454,3612337r642,-3950l6789738,3624262r-1681,-460l6788057,3623112r-1401,-7363l6786097,3614524r12,42l6787243,3620744r453,3432l6787923,3627380r,3204l6787696,3633787r-2041,-3432l6784724,3629415r516,3707l6780957,3666287r-901,-682l6780957,3668331r7889,-20898l6789973,3647433r1352,28167l6786366,3694000r1127,-909l6786817,3708310r-901,682l6785465,3706266r,6587l6785465,3718305r451,8859l6785916,3730344r-226,2726l6785465,3735342r-1127,2044l6783211,3738976r-2028,1590l6778929,3741702r-3381,1136l6771491,3744428r-5184,1363l6753009,3749425r,-19081l6753235,3711263r225,-19081l6754136,3673329r1578,-38162l6757066,3597005r226,-3635l6758193,3588827r1578,-12039l6762025,3563159r1803,-13629l6764504,3543169r514,-3235l6765406,3542261r3606,27031l6768786,3540216r902,-454xm2159720,3538886r-2269,1814l2154729,3541835r-2723,1134l2149284,3543876r-2723,454l2143839,3544556r-2723,-226l2140316,3544263r1049,398l2147717,3546702r12024,3628l2169723,3553505r3630,1588l2176297,3556451r1346,-1461l2175828,3552041r-5218,-10433l2159720,3538886xm885825,3533775r3175,5276l886660,3548063r-835,-14288xm6828064,3530970r227,23769l6828745,3546968r-132,15647l6827611,3595878r,-1600l6827384,3594050r-8,72l6827376,3595050r,228l6818359,3722358r-1618,3189l6817203,3718715r-694,5465l6816741,3719398r-232,1138l6817434,3708238r231,911l6819053,3678176r2080,-45320l6822058,3611220r1156,-16397l6823807,3586644r-130,2485l6823677,3594139r231,3872l6823908,3599377r231,684l6824370,3600288r462,l6825295,3599605r693,-1366l6826250,3597155r,-7219l6826477,3577594r1587,-46624xm6827838,3530599r-2121,25275l6826451,3546769r1387,-16170xm2112347,3527595r207,284l2112701,3527999r-354,-404xm3413182,3525050r2496,2268l3414543,3525731r-1361,-681xm6763377,3524089r676,l6764504,3524543r676,908l6765406,3526587r225,1817l6765631,3532266r-225,5225l6765018,3539934r-2573,-15425l6762701,3524316r676,-227xm6700361,3517899r3334,7327l6704584,3532331r5779,15320l6708363,3549649r-667,-2220l6704807,3539658r-4668,-6661l6699250,3530333r1111,-12434xm6760898,3515230r1547,9279l6761799,3524997r-1352,1136l6760898,3515230xm2887068,3515070r3403,6805l2888429,3517565r-1361,-2495xm935281,3513137r2931,2814l935037,3522662r244,-9525xm912336,3511550r10002,21889l920560,3534401r-1556,722l917448,3535363r-1333,-240l915003,3534401r-889,-722l913003,3532717r-667,-1443l911892,3529590r-445,-1924l911225,3525501r,-2405l911225,3520450r222,-2646l912336,3511550xm2104160,3503839r,3629l2104387,3510870r680,3401l2105975,3517220r1361,2721l2108924,3522663r1815,2721l2112292,3527519r-896,-2015l2110489,3523462r-454,-2268l2109581,3518926r,-2041l2109808,3514617r454,-2042l2110942,3510534r1135,-2041l2113892,3506678r1588,-2041l2116455,3503839r-12295,xm3389587,3503503r227,1134l3389360,3504637r4765,3629l3389587,3503503xm1417625,3493343r1889,3012l1421176,3499300r-326,-1357l1419714,3494049r-949,-189l1417625,3493343xm2908621,3486491r1361,1588l2909301,3487172r-680,-681xm6831013,3482974r-454,26741l6830559,3507200r-226,16685l6830333,3522285r-1134,32225l6829199,3553825r-681,20112l6828613,3562615r2400,-79641xm2583968,3480821r-51,11l2573759,3481048r-11117,1134l2579658,3481728r4259,-896l2584422,3480821r-454,xm6811963,3479799r1588,5094l6811963,3490912r,-11113xm2277693,3476285r-227,226l2274970,3487625r-1815,21321l2259770,3534350r9755,-13609l2273155,3512348r1815,-24496l2274970,3487625r2723,-11340xm6827838,3475037r,5216l6827838,3480480r,907l6826250,3481387r1588,-6350xm2528612,3473336r15427,7712l2555836,3482182r4311,l2556063,3481728r-4310,-680l2547896,3480141r-4084,-1135l2539955,3477872r-3856,-1361l2532242,3474924r-3630,-1588xm2509101,3465397r7260,5444l2517041,3471748r7260,227l2524755,3471975r-2722,-1134l2509101,3465397xm3369623,3464263r5671,2495l3370530,3464490r-907,-227xm2068658,3460640r1019,1698l2075121,3472543r2723,5216l2080339,3483202r36646,20203l2117975,3502595r-6352,-3629l2105271,3494657r-6580,-4537l2092566,3485130r-6352,-5216l2080315,3474243r-5672,-6124l2071921,3464944r-2269,-2949l2068658,3460640xm4096290,3459727r-227,2041l4096290,3461088r,-1361xm2408370,3458366r2950,4310l2414496,3466305r3176,3856l2418894,3471464r593,738l2420783,3473479r292,311l2424478,3477192r1565,1466l2434687,3487172r908,-227l2431965,3483770r-3857,-3176l2426043,3478658r-5260,-5179l2418894,3471464r-10524,-13098xm2483011,3458139r-2269,454l2478927,3459273r-2042,908l2475070,3461088r-2042,907l2471440,3463583r-1815,1361l2468037,3466758r-1588,1815l2464861,3470614r3403,-3175l2471667,3464717r3630,-2041l2479154,3460861r3857,-907l2486868,3459273r4083,l2495489,3459727r1134,227l2494127,3459273r-2268,-680l2489590,3458139r-2269,l2485053,3458139r-2042,xm1484911,3456199r-703,901l1483299,3458916r-681,2269l1481982,3463302r120,169l1483010,3460070r1134,-2722l1484911,3456199xm2849634,3452923r227,2495l2850644,3457766r125,600l2851333,3459833r343,1028l2851903,3461315r-570,-1482l2850644,3457766r-1010,-4843xm2313765,3452923r-681,226l2309228,3453830r-3630,680l2302195,3455871r-3403,1134l2295615,3458593r-2949,2041l2289490,3462902r-2723,2269l2313765,3452923xm1474329,3452808r2731,3640l1475801,3454604r-1472,-1796xm943196,3449637r9304,9615l947848,3465512r-4873,-2459l943196,3450531r,-894xm2378197,3448159r4537,908l2383414,3449067r-5217,-908xm1377529,3447538r355,1418l1381906,3454302r-1997,-3101l1377529,3447538xm1953069,3447370r-4310,2721l1952162,3448050r907,-680xm4683205,3446572r10890,4536l4699540,3452696r-16335,-6124xm2371163,3446572r227,227l2378196,3448159r-7033,-1587xm1447851,3434414r-1363,225l1445352,3435094r-1137,453l1441944,3437135r-1819,1585l1438762,3440990r-1363,2723l1436263,3446662r-909,3177l1434445,3453243r-1364,7261l1431945,3467765r-909,7261l1429673,3481607r-682,2950l1428082,3487280r-909,2042l1426783,3489906r2234,-1488l1431285,3486150r1815,-2268l1435142,3481161r1361,-2948l1438091,3475038r1361,-3402l1440360,3468234r2268,-6804l1444443,3454627r1589,-6123l1446939,3445555r1134,-2267l1448980,3441020r1135,-1588l1451703,3437845r1361,-907l1454879,3436486r1588,227l1457149,3436915r-435,-236l1454214,3435319r-2727,-680l1448988,3434414r-1137,xm2843736,3430015r453,682l2844189,3430015r-453,xm3359187,3429109r-5672,3401l3353515,3432738r5672,-3629xm884513,3427413r12424,4232l896707,3432351r-5752,1647l885203,3440112r-4141,-11524l884513,3427413xm6825932,3426653r,919l6825872,3427179r60,-526xm6825755,3426420r117,759l6825297,3432177r458,-5757xm1551368,3426141r-2853,555l1540789,3428287r-7499,1812l1526246,3431915r-6817,2271l1513066,3436452r-6135,2495l1501706,3441670r-5000,2950l1492389,3448024r-2045,1815l1490281,3449901r1350,-944l1493673,3447596r2495,-907l1498890,3445555r2269,-680l1506830,3443741r5899,-680l1518627,3442380r5672,-453l1530197,3441246r2723,-453l1535642,3440113r2269,-681l1540406,3438298r2269,-1132l1544716,3435578r2042,-1585l1548346,3431949r1588,-2268l1551069,3427188r299,-1047xm2762969,3424345r-2788,3196l2750958,3437470r-7499,4339l2747769,3440901r3189,-3431l2752080,3436822r8101,-9281l2762516,3425026r453,-681xm859190,3416300r2822,3176l858837,3422652r353,-6352xm941841,3409952r1134,9328l941841,3427413r-2041,-11721l941841,3409952xm1736884,3407184r-4994,453l1724392,3408320r-7499,1132l1702123,3411498r-14997,2039l1678037,3414218r-11362,679l1638726,3416714r-15679,908l1606686,3418982r-16815,1588l1573056,3422612r-8408,1134l1558038,3424880r63,40l1561731,3426736r4311,1132l1570806,3428776r4991,905l1581695,3430136r6125,228l1594399,3430364r6806,-228l1608465,3429681r7259,-905l1631151,3427188r16107,-2268l1663139,3422424r15880,-2947l1693992,3416305r14746,-2951l1733466,3407913r3418,-729xm2011373,3404057r4310,2041l2016364,3406098r-4991,-2041xm1336737,3403869r2474,3364l1342169,3410862r3413,1132l1348994,3413354r2957,1362l1354908,3416303r2957,1813l1360094,3419935r-636,-953l1354914,3412627r-9998,-4990l1336737,3403869xm2789967,3403256r-2949,2947l2790194,3403479r-227,l2789967,3403256xm6825297,3402016r953,18188l6825755,3426420r-1093,-7135l6825297,3402016xm853316,3397252r3934,5537l848139,3414715r-414,l853316,3397252xm2808571,3392144r-2496,224l2803353,3392597r-2496,679l2798361,3394410r-2041,1362l2794278,3397358r-1815,2041l2812427,3395545r1135,679l2811520,3392368r-2949,-224xm1750135,3390433r-1882,14327l1750481,3404288r-346,-13855xm4125103,3377179r907,4983l4129867,3388512r-227,-1132l4129640,3386709r-4537,-9530xm2129800,3374074r-4769,1187l2120267,3377075r-4537,2039l2111419,3381396r-4083,2720l2103479,3386836r-7713,5657l2091909,3394989r-3856,2492l2083969,3399748r-4083,1816l2075121,3403151r-380,73l2081222,3402799r4992,-2490l2090297,3398039r3403,-1815l2096876,3394184r4765,-3402l2105724,3387605r4538,-3159l2115253,3381030r3176,-1586l2122059,3377400r4538,-1809l2129800,3374074xm6715820,3362168r1127,1150l6717173,3363540r-226,224l6716726,3363709r-906,-1541xm2211226,3359166r-3617,455l2202618,3360297r-9982,2263l2182427,3365059r-9981,2498l2162237,3369820r-973,165l2161762,3369917r15881,-2263l2185129,3366520r7260,-1367l2199422,3363345r6806,-2038l2209404,3359942r1822,-776xm2797227,3349061r5899,21309l2803353,3371049r-6126,-21988xm6687159,3346252r1164,1174l6690577,3349468r2930,2263l6696888,3353781r3606,2273l6707932,3359907r5860,2940l6715820,3363540r906,169l6718750,3367160r3832,-6121l6726188,3371250r2930,10731l6732048,3392573r2480,10902l6736556,3414149r2028,10903l6742416,3446856r1803,14765l6746248,3476613r1352,14765l6748952,3505916r902,14992l6750530,3535446r902,14538l6751657,3564976r225,14538l6751657,3594279r-225,14992l6750981,3624036r-1127,29985l6748051,3684686r-2029,-8859l6743543,3673783r-225,-11131l6743092,3651522r-451,-10904l6741965,3629942r-676,-10449l6739937,3609044r-2479,-20898l6734753,3567021r-3156,-20899l6724160,3502963r-676,-3407l6722582,3495921r-2705,-8404l6716497,3477976r-4057,-10222l6703199,3445266r-4508,-11808l6693958,3421418r-3832,-11584l6688323,3403930r-1803,-5905l6685168,3392573r-1353,-5662l6682914,3381760r-676,-5495l6681787,3371250r,-4765l6682012,3361937r677,-4526l6683590,3353547r1578,-3617l6686971,3346521r188,-269xm2800857,3343621r-3176,2946l2797454,3347699r3403,-4078xm6689450,3343339r-1352,1584l6687159,3346252r-413,-417l6686520,3345154r-225,-453l6686520,3344016r676,-447l6688098,3343569r1352,-230xm4577461,3330791r-114,50l4572752,3333107r-5515,2481l4564021,3336727r-3447,1369l4558537,3338691r570,-60l4561602,3337947r2723,-902l4567047,3336135r3176,-1363l4573400,3333184r3176,-1810l4577461,3330791xm6685395,3329063r1155,4756l6685828,3335403r-866,-6075l6685395,3329063xm4601985,3327290r,680l4602071,3327797r-86,-507xm2815150,3314364r-4084,13381l2811520,3327064r3630,-12248l2815150,3314364xm6772520,3306170r-1807,7929l6769169,3322508r385,578l6772729,3307677r817,113l6773198,3306401r-678,-231xm6776177,3305744r-585,7891l6776131,3316062r,-8611l6776177,3305744xm2017498,3260976r4084,47168l2025892,3355084r4537,47161l2035194,3449411r4991,46944l2045402,3543300r5672,47171l2056972,3637416r6126,46945l2069223,3731305r6579,46945l2082608,3825195r7259,46718l2097127,3918404r7487,46944l2112554,4012066r-3630,2722l2095085,4026807r-7940,7031l2078524,4041322r-9301,7484l2059922,4055836r-4991,3402l2050167,4062639r-5218,3175l2040185,4068763r-5218,2268l2029976,4073525r-4991,2268l2019994,4077381r-4991,1360l2010239,4079648r-4764,454l2000484,4079875r-4538,-453l1991182,4078514r-2042,-907l1986872,4076700r-2269,-907l1982561,4074432r-2041,-1360l1978478,4071711r-2042,-1814l1974394,4068082r-1815,-2268l1970538,4063547r-1815,-2268l1966908,4058784r-3630,3175l1959875,4060825r-3176,-907l1951481,4057877r-4991,-2268l1943995,4054702r-2269,-1134l1939231,4053114r-2723,-453l1933559,4052661r-3176,l1926980,4053341r-3857,1134l1920671,4055378r638,-903l1916771,4051754r227,4989l1903159,4058557r4765,2041l1875727,4067265r19265,-8254l1896354,4058784r-9302,907l1881834,4060372r-4537,1134l1875255,4062186r-1588,680l1872079,4063547r-907,680l1870718,4065134r227,907l1871399,4067175r817,817l1837823,4075113r19510,-2041l1848259,4075566r-8394,2495l1831698,4081009r-7940,3175l1816271,4087586r-7713,4082l1801298,4095523r-7033,4083l1780427,4107997r-14066,8617l1752296,4125459r-7487,4309l1737323,4133850r-87569,-31296l1554698,4026127r-226,l1551522,4025447r-2949,-1134l1545851,4022952r-2949,-1361l1539952,4019777r-2949,-1588l1531332,4014107r-5218,-4535l1521350,4005263r-4084,-4536l1514090,3996191r-3403,-1134l1501159,3991429r-8848,-3629l1488228,3986213r-3857,-1588l1480742,3982584r-3177,-1587l1475070,3978729r-2269,-2041l1470759,3974420r-680,-1588l1469625,3971698r-454,-1360l1468944,3968750r-226,-1587l1468718,3965348r226,-1587l1469398,3961947r1134,-4083l1460097,3958545r-2949,-8618l1453745,3954009r-12705,-6123l1440587,3947886r-227,l1438999,3946979r-12024,-26534l1424933,3920218r-2042,-680l1421076,3918404r-2041,-907l1417673,3916589r-1587,-1360l1415178,3914095r-908,-1134l1414044,3911827r,-680l1414270,3910466r908,-453l1416539,3910013r2042,226l1421076,3910693r3176,1134l1422211,3906157r8848,-6803l1431285,3899354r-453,-1361l1429244,3893684r-3404,4309l1416766,3894591r-680,6123l1414951,3898220r-907,-2268l1413136,3893230r-454,-2494l1411775,3885973r-227,-5216l1411321,3875768r,-5216l1411321,3865336r-227,-5443l1407691,3856491r-2495,5670l1403154,3851275r-4764,1134l1398390,3847873r,-4082l1398163,3840163r-453,-3402l1397256,3833813r-1135,-2949l1395441,3828823r-1134,-2041l1392945,3825195r-1361,-1588l1390223,3822700r-1815,-453l1386366,3822020r-2041,l1382056,3822473r-2495,681l1379334,3818164r-1588,227l1376158,3818391r-1134,l1373889,3818164r-1361,-226l1371620,3817030r-1588,-1133l1368671,3814082r-907,-1814l1367083,3810227r-907,-2041l1365041,3805011r-453,-1134l1364134,3803423r-227,l1363453,3803423r-680,l1361638,3804784r-1361,1814l1358462,3809547r-2722,-3402l1352337,3802516r-7713,-7937l1337137,3786868r-3176,-3402l1331466,3780972r1588,-7711l1333734,3769179r454,-3629l1334415,3763055r-227,-453l1333961,3762602r-454,680l1332827,3764643r-2042,5216l1327609,3765097r-3403,3175l1321937,3751489r-8367,-418l1313398,3751299r-1812,1575l1309775,3754675r-2037,1350l1306831,3752424r-1131,-3376l1304114,3746122r-2037,-2701l1299812,3741170r-2943,-2250l1293926,3737344r-3622,-1575l1292793,3729242r-3169,1575l1298154,3715069r5055,218l1299133,3713261r-979,1808l1298001,3715062r-4075,-450l1290983,3713937r-906,-450l1289170,3712811r-678,-675l1287813,3711461r-227,-675l1287360,3710110r226,-1800l1288039,3706734r1131,-1800l1290304,3703358r2716,-2926l1295284,3698182r453,-676l1295964,3697056r13131,4952l1305020,3690079r-8151,2251l1288039,3693680r-6114,4502l1278756,3700657r-3171,1801l1272190,3704484r-3397,2025l1265397,3707860r-3849,1350l1261774,3706509r453,-2926l1262906,3701108r907,-2701l1265397,3695931r1584,-2026l1269246,3691655r2038,-1801l1247057,3697506r1132,-21832l1250455,3673199r-12002,8777l1238227,3681976r-14086,-7111l1223877,3675062r2502,-18596l1234114,3657146r5232,1361l1265279,3653744r-12284,-8391l1250947,3651476r-1819,1134l1247080,3653744r-1592,681l1243668,3654878r-1820,227l1240028,3655332r-1364,l1236844,3655105r-1365,-454l1233886,3653971r-1365,-907l1231157,3651930r-1365,-1361l1228654,3648982r-1365,-1588l1226152,3645353r-1365,4763l1223422,3653744r-1138,2495l1221602,3656919r-455,454l1220464,3657600r-227,-227l1220010,3656919r-228,-1134l1219782,3653064r682,-4763l1218872,3647848r-1820,-454l1215915,3646941r-910,-681l1214323,3645126r-683,-680l1213185,3643312r,-1134l1213413,3641044r227,-1134l1214550,3638550r1365,-2495l1218190,3633333r2502,-2948l1223877,3627664r3412,-2722l1230702,3622675r3412,-2268l1237526,3618592r3412,-1360l1243896,3616325r2729,-227l1246804,3616454r-464,-1039l1246187,3615434r,-223l1246247,3615206r-7,-15l1244801,3615191r-225,l1244126,3615191r-4049,-227l1236254,3614964r-3599,454l1229506,3616552r-1799,680l1226583,3617913r-1350,1133l1223883,3620180r-2474,2495l1219610,3625850r-5173,-19504l1220285,3600223r4948,6804l1232880,3611789r7197,-3402l1243451,3608161r225,226l1243968,3605003r-368,-1439l1243466,3603625r-454,-3855l1251506,3597265r-7830,1823l1243676,3599316r-9446,5443l1229956,3603625r-1349,-2041l1227482,3599543r-450,-2041l1227032,3595914r,-1361l1227482,3593193r900,-1134l1229506,3591378r1125,-1134l1232206,3589791r1574,-454l1235579,3588884r4049,-227l1243072,3588850r632,-5143l1245087,3578976r1150,-3931l1243668,3577544r-4322,4536l1235251,3585935r-2275,1588l1231157,3589110r-2048,1134l1227062,3591151r-7052,-7710l1226152,3578224r-455,-13607l1215233,3577771r13648,-23813l1212958,3575503r-682,-4989l1211366,3565978r-1365,-4309l1208863,3557133r-1365,-4082l1205906,3549196r-1820,-3629l1202038,3542165r-2275,-3175l1197716,3536042r-2730,-2494l1192029,3531507r-3185,-2042l1185660,3527878r-3640,-1361l1177925,3525837r8417,-13381l1189072,3510189r2502,-2041l1193849,3505653r2047,-2495l1197944,3500437r1819,-2722l1201583,3494767r1593,-3175l1206133,3485015r2730,-6803l1211138,3470955r1820,-7258l1215005,3455987r1365,-7257l1219327,3433990r2730,-14060l1223422,3413580r1820,-6119l1231384,3399521r227,l1231839,3399067r15014,3402l1247080,3402469r1365,-227l1255498,3400885r6824,-2044l1266247,3397724r-6543,385l1251296,3398790r-9544,224l1231300,3398790r-228,l1229255,3399469r-2273,3630l1224937,3406960r-1817,3856l1221756,3414673r-1590,3856l1219029,3422840r-682,4309l1217666,3431463r-227,-9075l1217439,3413537r227,-8393l1218120,3397657r909,-7036l1219711,3387217r682,-3155l1221301,3380937r909,-2973l1223346,3375243r1364,-2739l1226074,3369977r1817,-2487l1229483,3365227r2271,-2250l1233799,3360931r2272,-1807l1238799,3357301r2953,-1572l1244933,3354138r3410,-1356l1251751,3351651r3862,-1367l1259704,3349371r4317,-910l1269020,3347564r4772,-455l1385363,3334638r111570,-12703l1614639,3308551r117933,-13615l1732575,3294962r142454,-16977l2017498,3260976xm6747102,3260810r1361,11111l6748236,3271685r-1361,-4730l6746875,3266481r227,-5671xm6653212,3249677r1764,1561l6655858,3260165r529,8039l6656211,3278249r-2999,-28572xm6295448,3247330r2523,17176l6297010,3262550r-1339,-2270l6295002,3258236r-223,-2729l6294556,3253008r223,-2951l6295448,3247330xm4581547,3237366r-1127,4266l4580564,3241492r983,-4126xm6650302,3236979r1323,4628l6650037,3248090r265,-11111xm6746894,3230443r105,1160l6747676,3241577r678,12013l6746894,3230443xm4531990,3212612r1254,2863l4534378,3220013r680,4537l4535512,3229993r454,5219l4535966,3241333r,6124l4535285,3260384r-453,13155l4534378,3286470r,6576l4534378,3296833r2,-9l4536218,3290930r2298,-6355l4540584,3278454r5055,-12016l4550005,3256005r2757,-10431l4554370,3243531r326,-285l4553404,3243280r-680,-2495l4551590,3238291r-907,-2497l4549322,3233074r-1587,-2270l4546374,3228311r-3629,-4988l4538436,3218788r-4535,-4540l4531990,3212612xm6750387,3210295r9260,28559l6762131,3245428r4969,-1357l6771391,3259481r2710,14732l6776573,3291003r238,-8931l6778853,3285016r1814,2723l6784295,3294079r3175,6576l6790419,3307677r2494,7700l6794954,3322864r2042,8157l6798583,3339394r1588,8386l6801305,3356617r680,8837l6802892,3374738r680,9287l6803799,3393534r227,18809l6803799,3431377r-453,19033l6801531,3486896r-434,10842l6801909,3494087r529,3771l6801058,3498720r-207,5173l6800397,3520209r-226,14957l6800171,3541965r226,6572l6800175,3548314r675,34641l6799943,3587845r,-10446l6798582,3572065r-227,12224l6797675,3582511r-3856,10001l6792912,3577399r,-7556l6793139,3565842r191,-3550l6792460,3565987r-454,3852l6792233,3573918r680,4306l6791099,3570746r-2041,-7932l6784069,3544458r-5670,-19490l6775451,3514770r-2268,-10424l6770688,3493695r-2041,-10198l6767060,3473525r-454,-4985l6766152,3463781r-226,-4759l6765926,3454489r226,-4305l6766379,3445651r454,-4079l6767513,3437493r907,-3623l6770008,3430245r-1815,-18581l6766833,3393307r-2948,-36917l6762524,3337581r-2041,-18349l6758215,3300877r-2268,-18126l6754813,3267114r454,906l6756174,3268700r907,1813l6757988,3273007r680,2946l6759349,3279121r453,3630l6760709,3290683r908,8607l6762524,3303602r680,4304l6764338,3312207r1134,3855l6767286,3319688r1820,2729l6767325,3302317r-3161,-17224l6763034,3278745r-3387,-7479l6755581,3262880r-1355,-2718l6754226,3266733r-1581,-28332l6750387,3210295xm6734175,3203661r1588,10662l6735763,3214775r-1588,-11114xm6640865,3200467r1235,4186l6640512,3205226r353,-4759xm6288088,3194083r212,l6294438,3202020r-6350,-7937xm2883892,3192570r-22461,31980l2862339,3223643r21099,-30164l2883892,3192570xm1220787,3187792r,425l1217612,3203661r3175,-15869xm6273664,3187762r1270,1089l6276748,3190666r1588,1587l6276975,3191118r-1361,-1360l6273800,3187945r-136,-183xm5098944,3178266r4868,3175l5103389,3181229r-9102,-1269l5098944,3178266xm4191805,3174548r-578,697l4189866,3177060r-907,1813l4188052,3181142r-111,304l4187946,3181458r1361,-3173l4190668,3176013r1137,-1465xm6724650,3173500r1588,10884l6726238,3184618r-1588,-11118xm6721475,3170323r3175,14398l6724196,3197316r-2041,-16869l6722155,3179774r-680,-9451xm4204381,3168214r-1815,226l4200298,3168666r-1587,908l4196670,3170253r-1361,907l4193722,3172294r-1354,1579l4193845,3172609r1815,-1134l4197248,3170794r2042,-229l4201105,3170341r4537,l4209952,3170114r2496,-453l4214199,3169078r-2334,-638l4209143,3168214r-2268,l4204381,3168214xm4224456,3161954r-799,363l4221163,3164131r-2495,2268l4216926,3167872r59,-25l4219481,3166485r4975,-4531xm6288088,3155985r3175,3170l6291051,3159155r-2963,-3170xm6746095,3155444r4743,34906l6753323,3208254r1806,15867l6752193,3207575r-1806,-13145l6748806,3182645r-1581,-12250l6746095,3155444xm6162448,3152569r443,884l6163809,3155971r-1361,-3402xm6292326,3148045r1115,l6294110,3148272r892,452l6295894,3149633r1458,1319l6301380,3155605r982,1302l6305262,3160085r-3882,-4480l6300132,3153951r-2230,-2499l6297352,3150952r-2127,-2453l6296787,3148724r1338,682l6299909,3150314r1561,1138l6303478,3153270r1561,1591l6308831,3158948r4237,5229l6316860,3169852r3792,5911l6324443,3182124r3346,6363l6330688,3195075r2677,6135l6335372,3207116r1338,5452l6337156,3215066r224,2275l6337380,3219157r-224,2046l6336933,3222566r-669,1590l6335818,3224156r3123,3636l6341171,3226202r16728,47029l6357007,3273455r892,2955l6359683,3280726r1785,5908l6363475,3292993r1561,6817l6366821,3306625r1115,6362l6368159,3315943r223,2723l6368605,3323439r-7,152l6368382,3328662r-223,4543l6367713,3337745r-669,4546l6366375,3346606r-1116,4087l6364367,3354783r-1115,3636l6361691,3362052r-1339,3864l6358791,3368860r-1338,3189l6355669,3375224r-1562,2724l6352100,3380684r-3569,4547l6346747,3387262r-1784,1589l6343179,3390671r-2008,1362l6339610,3393396r-2007,910l6335818,3394987r-1561,453l6332919,3395668r-1785,l6329796,3395668r-1338,-454l6327120,3394761r-892,-912l6311061,3353647r-13090,-89141l6298125,3264824r1784,1816l6298571,3256417r-892,-9995l6297010,3236199r-447,-10223l6296563,3215750r224,-10225l6297233,3195303r669,-10223l6296563,3164177r14498,4087l6299686,3158722r-1338,2500l6288088,3151452r1115,-1138l6290318,3149182r1116,-683l6292326,3148045xm4560491,3136990r397,2506l4560690,3143338r-1390,-5965l4560491,3136990xm4409674,3136357r4235,1098l4420262,3139496r6352,2269l4432967,3144030r6579,2500l4445898,3149474r4131,1769l4449763,3150979r-4536,-4083l4441599,3145083r-3629,-1589l4434115,3141906r-3629,-1132l4423229,3138733r-7257,-1588l4409674,3136357xm5189326,3132230r19261,6635l5207691,3141079r-8510,9285l5174769,3159211r-20157,-8186l5160211,3135989r12990,1993l5173425,3137982r15901,-5752xm4339380,3128747r8056,10068l4357872,3132465r74,-15l4353606,3131702r-6577,-1134l4340452,3129206r-1072,-459xm4334329,3126940r-227,2266l4332515,3131702r-1361,2494l4329113,3136465r-738,843l4328833,3137002r2269,-1362l4333370,3134052r1815,-1587l4337454,3130423r1751,-1750l4337277,3127846r-2948,-906xm4263799,3122858r-2268,13378l4259263,3149392r-3175,12925l4253993,3170278r2468,-8327l4258049,3155374r2042,-6806l4261452,3141765r1361,-6805l4263721,3128156r227,-3177l4263948,3123007r-149,-149xm6620228,3122680r1235,4763l6619875,3129031r353,-6351xm2187418,3118785r3403,6350l2191275,3125363r-3857,-6578xm2260448,3107533r-4517,1727l2247991,3111981r227,5218l2248898,3122641r514,4720l2249561,3126567r907,-3628l2251829,3119536r1588,-3176l2255459,3113185r2042,-2948l2260224,3107741r224,-208xm1214912,3093069r-2542,843l1209425,3095501r-2944,1360l1203762,3098902r-2492,1812l1199231,3103210r-2038,2721l1195606,3108879r-1585,3399l1193476,3114323r103,-225l1194488,3111827r1136,-2269l1197215,3107288r1590,-1815l1200624,3103430r1817,-1815l1204486,3099798r2045,-1590l1211304,3095034r3608,-1965xm1708584,3088649r1265,11830l1712147,3121298r-3563,-32649xm6732587,3078251r1588,1585l6732587,3079133r,-882xm2128888,3057781r-3857,909l2126392,3058690r2496,-909xm2108243,3052564r1362,1587l2111873,3055287r-3630,-2723xm2887748,3049905r,2493l2889790,3090048r-2042,-40143xm4377218,3041667r5485,7075l4387044,3054268r14168,663l4403725,3057364r-1142,219l4395499,3058690r-5484,441l4385216,3059131r-1828,-221l4381332,3058468r-1372,-443l4378589,3057583r-2056,-1326l4374705,3054931r-1143,-1768l4377904,3050731r-3199,-8178l4377218,3041667xm2375902,3038746r-9943,8150l2354843,3055967r-11570,8619l2337375,3068667r-6126,3855l2325124,3076375r-6352,3857l2312420,3083857r-6352,3404l2299489,3090666r-4540,2269l2297203,3092547r5899,-1136l2308774,3089825r5445,-1589l2319664,3086192r4991,-2496l2329646,3081202r4764,-2720l2339175,3075306r4310,-3402l2347796,3068502r4083,-3628l2356190,3061019r4084,-4084l2364130,3052625r7487,-8394l2375902,3038746xm1374337,3035601r2,68l1374339,3041105r-226,4765l1373887,3050174r-907,4076l1372300,3058106r-905,3398l1370489,3064228r-1586,2715l1367317,3069434r-1812,2266l1363239,3073521r-2038,1813l1358482,3076692r-1006,418l1361276,3076886r4999,-456l1370820,3075978r1363,-2949l1373547,3069843r909,-3172l1375137,3063500r455,-2951l1375819,3057145r227,-3632l1375819,3050113r-454,-6804l1374456,3036273r-119,-672xm6599237,3016319r3175,13800l6601221,3040136r-1984,-23817xm3939069,3013386r4310,l3947463,3013613r3857,454l3954723,3014746r2722,680l3960168,3016560r2268,1361l3964478,3019282r1815,1814l3967654,3023139r1362,1813l3969923,3027448r908,2496l3971738,3032439r454,2948l3972646,3038564r453,7030l3973553,3053306r454,8623l3974461,3071451r1134,10432l3976729,3092773r12705,84602l4001458,3262880r12024,85729l4026187,3441582r12024,93448l4050009,3628478r11116,93449l4071788,3815375r10209,93675l4091753,4002498r9302,93902l4098105,4097081r-2042,5897l4074284,4107061r-1135,-9753l4068385,4107514r-2042,1134l4064075,4109556r-4311,2721l4055227,4115453r-4311,3856l4046832,4123391r-4083,4537l4038892,4133145r-2949,5216l4032993,4144032r-2495,5670l4028456,4155146r-681,2948l4027095,4161043r-454,2722l4026414,4166713r,2722l4026641,4171930r227,2722l4027321,4177374r681,2495l4029136,4182137r-137937,19052l3753715,4219788r-137257,17692l3603527,4238841r-13159,1588l3562917,4242697r-28586,2268l3505518,4246553r-59894,3856l3415451,4251996r-30401,2268l3354876,4256986r-14973,1361l3324929,4259935r-14520,1814l3295890,4263791r-14747,2041l3267077,4268327r-14066,2722l3239399,4273997r-13612,2949l3212628,4280802r-12932,3629l3186992,4288514r-12025,4309l3162943,4297813r-77363,9980l3008444,4317319r-77590,9300l2892059,4331382r-38795,4309l2843962,4336826r-10663,1587l2809705,4341815r-26090,3403l2770229,4346805r-13158,1588l2744139,4349300r-12251,908l2720091,4350434r-5218,l2709428,4350208r-4764,-227l2699899,4349300r-4310,-453l2691505,4347713r-3403,-908l2687046,4346353r375,-1816l2688102,4338186r454,-6350l2689010,4325938r453,-11114l2689917,4309608r454,-4537l2691732,4300535r681,-1588l2693320,4296906r1134,-1588l2695589,4293730r1134,-1134l2698538,4291462r1588,-1361l2702168,4289421r2269,-681l2706932,4288060r2723,-227l2712831,4287606r3403,l2719864,4287833r9075,-8165l2721906,4279668r-3176,-454l2715553,4278987r-2949,-680l2709882,4277626r-2723,-907l2704891,4275585r-2269,-1361l2700807,4272637r-1815,-1815l2697631,4268554r-1362,-2495l2695362,4263337r-681,-2949l2694228,4256986r10663,2268l2698992,4237480r9302,-8165l2710527,4229054r809,-2901l2700407,4227060r-17532,-2041l2683558,4214586r9790,-18143l2698813,4195083r-4554,680l2693804,4192361r5009,-15648l2697447,4146550r2277,3175l2702456,4152447r1594,1134l2705416,4154488r1366,680l2708604,4156075r1593,454l2712019,4156982r1594,227l2715662,4157436r3871,-227l2723631,4156529r5237,l2733877,4156302r5237,-454l2744123,4155168r5009,-907l2754141,4153581r5237,-1134l2764160,4151086r169,-23l2764331,4151063r95,-13l2784652,4148364r,-10l2764426,4151050r-97,13l2757978,4151743r-22006,3176l2725536,4156280r-5445,453l2714646,4156960r-3176,-1361l2708520,4153785r-2949,-2042l2702849,4149475r-2496,-2495l2698084,4144259r-2268,-2949l2693774,4138134r-2042,-3402l2689917,4131330r-1588,-3629l2686514,4124072r-2496,-7485l2681523,4108648r-2042,-8165l2677893,4092544r-1361,-7938l2675851,4076667r-681,-7031l2674944,4062831r,-5897l2674944,4051717r-5218,-9753l2658836,4044006r-3857,10206l2651349,4052398r-3630,-2268l2644316,4048088r-3176,-2495l2637737,4042645r-2950,-2949l2628662,4033572r-5899,-6124l2617318,4021324r-2722,-2722l2611873,4015881r-2949,-2042l2606429,4011798r-1815,10660l2599849,4012251r-20645,-14289l2582834,4019283r-12705,4763l2564457,4025860r-2495,454l2559693,4026768r-2495,l2554929,4026541r-2042,-454l2550618,4025180r-1815,-1134l2546762,4022005r-2042,-2495l2543132,4016561r-6126,9073l2515226,4019963r-1361,11341l2506378,4022912r-680,12021l2497757,4022005r3857,24042l2495262,4035614r-1815,10887l2488683,4036521r-2496,11567l2476885,4048996r-5672,-9300l2469172,4052398r-2269,-454l2464634,4051037r-2495,-1134l2459643,4048769r-5218,-2949l2449207,4041964r-4991,-4082l2438998,4032892r-4538,-4990l2429923,4022231r-1815,-2721l2426066,4016561r-1361,-2722l2423117,4010891r-1134,-2949l2420848,4004993r-907,-2948l2419487,3999323r-454,-2949l2419033,3993879r227,-2721l2419714,3988436r1134,-2495l2421983,3983673r1361,-2495l2425386,3978909r-9075,6351l2405194,3981631r10663,-8165l2394531,3970517r5218,-11567l2391809,3967569r-2269,-2722l2387271,3962125r-2495,-2268l2382280,3957589r-2269,-2042l2377289,3953733r-2723,-2041l2371844,3950331r-5445,-2949l2360500,3944887r-6125,-1814l2348249,3941485r-6352,-1361l2335318,3939217r-6579,-908l2322386,3937629r-13612,-1134l2294935,3935134r18603,-13155l2292439,3928556r-3630,11341l2263173,3943526r-6180,-7144l2256612,3945618r-4538,1134l2247537,3947659r-4310,1361l2238916,3950607r-8394,2949l2223036,3956050r-6352,2268l2213735,3958998r-2042,454l2209651,3959452r-1361,-454l2207382,3958772r-453,-454l2206702,3957638r,-681l2206929,3956957r-717,-1740l2206626,3956762r-227,l2175727,3971924r-187,-995l2167681,3985986r-680,1587l2166093,3988707r-1361,1134l2162917,3991202r-2041,1134l2158607,3993243r-5445,2041l2147717,3997098r-5671,1588l2136601,4000047r-4310,1587l2129115,3981904r13158,1134l2128888,3980770r-2269,-13154l2124351,3954009r-5445,-27668l2113688,3897766r-2495,-14287l2108697,3869191r-2495,-14061l2104387,3840616r-1588,-14061l2101437,3812722r-680,-13608l2100303,3785961r227,-13154l2100757,3766457r326,-4403l2095753,3763279r-1817,-7694l2097344,3755133r-34,-176l2094405,3755345r-681,-6804l2092817,3741284r-571,-12748l2087801,3705348r-3407,-18557l2081213,3660767r4771,1132l2090301,3662804r4316,226l2098934,3663030r4317,-905l2107568,3660994r634,-211l2107109,3661002r-2269,227l2102799,3661002r-2042,-227l2098715,3660095r-1815,-1134l2095085,3657600r-1815,-1587l2091456,3654198r-1589,-2268l2088279,3649889r-1588,-2721l2085103,3644220r-2722,-6124l2079886,3631066r-2496,-7711l2075121,3615191r-1814,-9071l2071265,3596821r-1361,-9751l2068089,3577091r-1135,-10205l2065593,3556454r-2042,-20638l2061737,3515405r-1135,-19503l2058787,3463245r-453,-12474l2057653,3441927r2284,3952l2059670,3445211r-1588,-3629l2056947,3438180r-1134,-3627l2054905,3430925r-453,-3632l2054225,3423438r,-3628l2054678,3415953r681,-3854l2056267,3408019r1057,-3595l2051981,3403833r-4991,-54643l2041773,3294541r-2269,-6576l2037462,3281841r-1134,-5897l2036101,3273673r-227,-2491l2035874,3268686r227,-2265l2036328,3264606r680,-2042l2037462,3260976r908,-1815l2039504,3257801r1134,-1587l2041773,3255080r1588,-1133l2044949,3253039r2041,-905l2048805,3251451r2269,-452l2053569,3250546r2496,-227l2061510,3250319r6352,454l2074668,3251679r7486,1360l2104160,3250546r22232,-3175l2171765,3241475r22232,-2496l2216003,3236712r21552,-1816l2247991,3234444r10209,-453l2258546,3244140r770,-992l2260904,3240655r2042,-2042l2265442,3236797r2495,-2040l2271113,3233396r3857,-1816l2279054,3230221r4537,-1362l2288809,3227726r5672,-908l2300833,3225684r199647,-24495l2699899,3176013r197378,-25179l3094201,3125434r197151,-26085l3488503,3073265r213939,-28804l3916155,3015201r6352,-683l3928633,3014067r5218,-454l3939069,3013386xm6786148,3012453r2484,10433l6788857,3023341r-1806,-8393l6786148,3012453xm4188564,3007683r-1752,3209l4184089,3016109r-2042,5895l4179779,3028127r-1588,6581l4176602,3041284r-1134,7033l4174561,3055346r-908,7261l4172973,3069864r-227,7710l4172519,3085057r,7490l4172746,3100028r453,7713l4173653,3115227r908,7258l4175128,3126880r224,-4931l4175806,3117415r907,-4763l4177847,3107889r1134,-4536l4179888,3098819r680,-4990l4181475,3089293r907,-9523l4183063,3070242r680,-18822l4183970,3042122r680,-9072l4185557,3024431r454,-4536l4186691,3015815r681,-4081l4188506,3007881r58,-198xm6768420,3005182r1815,10115l6772276,3032166r-4763,-20914l6768420,3005182xm6696075,2990938r3175,14292l6699091,3005013r-2857,-9311l6696075,2996134r,-5196xm2042226,2989973r1362,1132l2051755,2995190r453,224l2042226,2989973xm6758669,2987713r680,1866l6759576,2992477r-1588,-4348l6758669,2987713xm4492032,2980677r121,58l4492625,2981405r-593,-728xm4464050,2967116r17712,6920l4481526,2967784r10506,12893l4479164,2974484r-15114,-7368xm4270602,2967056r3175,228l4276725,2967509r2949,455l4282395,2968644r2268,906l4287158,2970912r2494,1133l4291920,2973860r2268,2041l4296683,2978169r2041,2721l4300991,2983839r2268,3175l4305527,2990645r2268,4079l4312784,3003573r4763,11105l4319815,3018986r2041,4312l4326845,3032143r5216,8164l4337958,3048925r5896,8165l4349977,3065255r11793,15194l4362677,3082942r907,2268l4364718,3087025r1134,2041l4367440,3090880r1360,1816l4370615,3094056r1814,1813l4369254,3071150r1134,-455l4371295,3070470r1134,l4373563,3070470r1814,453l4377645,3072056r2041,1362l4381954,3075232r2268,2042l4386036,3079542r3856,4987l4393293,3089745r2949,4764l4398509,3098591r12474,-683l4420281,3095869r17689,12927l4457701,3112652r4082,1815l4465411,3116734r8165,7258l4482647,3131928r9298,8392l4501017,3148029r4535,3628l4509861,3155289r4309,2946l4518252,3160956r3629,2268l4525736,3164810r3402,910l4530499,3166172r1361,l4536395,3169119r4082,3401l4544333,3175926r3855,3854l4555219,3187036r7257,7259l4565877,3197696r3856,3627l4573588,3204499r3856,3175l4581526,3210620r4535,2270l4590824,3215382r4989,2043l4593298,3220079r2201,-2174l4614800,3240130r4825,14287l4612962,3265755r-3447,2945l4588376,3282994r-14016,14963l4591823,3295690r21369,-906l4613881,3295459r230,683l4614341,3297957r-50,438l4615144,3295766r3630,2042l4622404,3299851r3176,2268l4628756,3304615r3176,2493l4634882,3309603r5218,5442l4645545,3320714r4764,5443l4655527,3331826r4764,4987l4665736,3341806r2723,2039l4671181,3346113r2722,1816l4677080,3349514r2949,1588l4683432,3352238r3403,1134l4690465,3354051r3857,454l4698406,3354728r4310,l4707027,3353825r4991,-689l4716782,3352005r13385,-5212l4743099,3341577r12932,-5669l4768509,3330240r24955,-11563l4817967,3306652r24728,-11567l4855400,3289416r12932,-5442l4881490,3278529r13386,-4990l4908488,3268551r14066,-4538l4926865,3264469r4083,l4935259,3264242r3857,-229l4942746,3263335r3629,-908l4950005,3261292r3403,-1132l4956812,3258571r3176,-1362l4963164,3255170r3176,-1589l4972239,3249046r5445,-4536l4983129,3239745r5218,-5215l4998556,3224322r5218,-4988l5009219,3214344r5218,-4308l5019882,3205953r2041,-1363l5024192,3203457r2042,-682l5028049,3201870r1815,-681l5031679,3200962r1815,-229l5034855,3200962r1815,l5038031,3201415r1588,455l5040981,3202775r1134,682l5043703,3204362r2269,2496l5048240,3209581r2042,3401l5051870,3216612r1815,3854l5055047,3224777r1134,4309l5057542,3234076r908,4764l5060265,3249046r1134,9978l5062306,3269006r454,9066l5063895,3292591r226,4764l5064575,3299623r,-5896l5075238,3298486r-454,1365l5073423,3300754r-1361,1136l5069113,3304615r-2496,3625l5063895,3312325r-2723,5213l5058450,3322987r-2950,6344l5052778,3336135r-2496,7257l5047560,3351102r-5445,16328l5036897,3385339r-5218,18140l5026915,3422306r-4765,18595l5013529,3475831r-7260,29940l5003093,3517792r-2722,9299l4993338,3550000r-6580,22682l4980179,3595363r-7033,22001l4969743,3628478r-3857,11114l4962030,3650480r-4538,10887l4953182,3672254r-4765,10887l4942972,3694028r-5671,10661l4933217,3712400r-4311,7712l4924142,3727597r-4537,7485l4909849,3749598r-10209,14516l4889204,3778177r-10663,14063l4856761,3819911r-12704,16785l4830898,3853934r-26544,36290l4777357,3927422r-13840,18826l4749678,3964620r-14066,18145l4720866,4000684r-14520,17238l4699086,4026314r-7260,8392l4684113,4042645r-7487,7712l4669139,4058068r-7713,7485l4653485,4072585r-7714,6804l4638058,4085967r-8167,6124l4629664,4098442r-149055,21094l4331328,4140629r-8621,1135l4311591,4143805r-28132,5443l4267351,4151743r-16562,2495l4234228,4156280r-7941,907l4218574,4157641r-7714,453l4203827,4158321r-6579,-227l4190895,4157867r-5218,-680l4180686,4156280r-2042,-681l4176602,4154692r-1815,-907l4173199,4152878r-1134,-1135l4170704,4150609r-908,-1134l4169343,4147888r-454,-1361l4168889,4144712r227,-1588l4169569,4141083r681,-2041l4171384,4136774r1135,-2269l4174107,4132237r2269,-2722l4178644,4126794r2723,-2949l4184543,4120670r22006,-8846l4204961,4110690r-1815,-908l4201558,4109102r-2042,-680l4195886,4107514r-4083,-453l4187492,4107061r-4083,226l4174561,4107741r-4765,l4165259,4107287r-4764,-453l4158453,4106153r-2269,-680l4153689,4104566r-2042,-1134l4149378,4102298r-2042,-1588l4145067,4099122r-2268,-2041l4140757,4095039r-2269,-2495l4136220,4086420r-11117,7485l4118524,4025634r-6807,-68045l4104458,3889317r-7260,-68045l4089257,3753000r-7713,-68271l4073376,3616684r-8621,-68045l4056361,3480594r-9075,-67813l4037984,3344750r-9528,-67808l4018927,3208673r-9982,-67816l3998736,3073037r-10209,-67587l3998055,3003862r12251,-2267l4040026,2996376r34031,-6350l4091980,2987074r17696,-2947l4127372,2981631r16788,-1587l4152100,2979363r7714,-681l4167074,2978456r6806,l4180459,2978456r5899,453l4192030,2979818r4537,907l4200651,2982085r1817,809l4204834,2980890r3175,-2721l4211638,2975448r11793,-1588l4234316,2971819r18370,-3175l4260397,2967736r7030,-452l4270602,2967056xm6776777,2964095r-1643,5036l6776441,2965713r4064,11394l6780505,2977284r,228l6780650,2977512r81,227l6780731,2977512r-81,l6780505,2977107r,-1410l6780162,2973228r-873,-2777l6777005,2964322r-228,-227xm6594307,2962183r1756,9680l6594307,2968720r,-6537xm4548208,2961801r-1541,2774l4548414,2962830r-206,-1029xm4472576,2959175r2587,4167l4474693,2965526r-5880,-1389l4472576,2959175xm4468813,2955998r4763,1818l4472782,2959175r-3969,-3177xm6750050,2946438r454,l6751638,2951202r-227,-185l6750050,2946438xm6691312,2936958r3008,11608l6694487,2951245r-3175,-14287xm6688137,2935372r3175,11564l6690735,2957594r-2598,-22222xm6684962,2935372r1588,9118l6686550,2944897r-1588,-9525xm2873456,2932413r226,227l2882984,2939443r454,224l2882757,2939216r-9301,-6803xm4541207,2929071r-289,2018l4540691,2933805r227,2492l4541145,2938340r453,2038l4542278,2941963r1361,3178l4545225,2948084r395,786l4545012,2945841r-3805,-16770xm1422410,2927478r-1859,4137l1418740,2935919r-2492,4079l1413529,2943400r-2945,3174l1407639,2949065r-3398,2265l1399937,2953823r-4077,2267l1392235,2959038r-3171,2947l1385893,2965158r-2719,3175l1380683,2971732r-1113,1983l1379909,2973406r3409,-3179l1386953,2967277r7272,-5445l1401269,2956837r3410,-2722l1407858,2951620r2955,-2493l1413767,2946178r2272,-3179l1418311,2939823r1591,-3630l1421492,2932108r909,-4540l1422410,2927478xm6742112,2924265r1412,7968l6743700,2935372r-1235,-6766l6742465,2928121r-353,-3856xm4265613,2921019r15875,22225l4250872,2947553r14287,-26306l4265613,2921019xm6686550,2916332r2646,4612l6691313,2924175r-794,4851l6686550,2916332xm3368525,2914517r-90,12l3372932,2944628r94,36l3368525,2914517xm6771296,2913262r685,6808l6772894,2926649r1142,6352l6775178,2939354r2512,12488l6779741,2962590r87,-961l6779828,2958681r-226,-3405l6778925,2948019r-1581,-7710l6775764,2932373r-1806,-7033l6771701,2915593r1580,2496l6772914,2916024r-933,-1854l6771296,2913262xm2864835,2909278r6352,8398l2871187,2917449r-6352,-8171xm6680200,2906799r1588,5619l6681312,2913149r-1112,-6350xm6734175,2900461r3175,9518l6736292,2909749r-2117,-9288xm6677025,2898871r1270,452l6678295,2899555r318,5656l6677025,2898871xm6683375,2889331r953,3299l6684963,2895678r-1588,-6347xm6679505,2881401r3275,5970l6683375,2898871r-595,-1156l6681589,2891044r-2977,-9182l6679505,2881401xm1687153,2870918r5199,57332l1698033,2985662r5681,57418l1706342,3067671r-4410,-43684l1696941,2974096r-4764,-49891l1687153,2870918xm6777038,2851239r1588,4758l6778308,2855771r-1270,-4532xm6677537,2850645r2153,5653l6691958,2886936r5225,14308l6697769,2902886r-683,-4493l6696178,2890750r1811,6732l6699796,2906322r850,4634l6701954,2914633r4089,12243l6707406,2932325r1591,5449l6710095,2980581r3478,20948l6715154,3010824r678,7025l6718768,3041649r1581,11788l6722155,3065000r1130,5204l6724188,3075206r1355,4520l6726672,3083581r1581,3627l6729608,3090157r1581,2267l6732093,3093105r903,676l6736158,3105569r452,4309l6740223,3145465r3162,36048l6746095,3217777r799,12666l6746321,3224121r-677,-4984l6745192,3217550r-677,-1133l6744063,3215962r-452,l6742934,3216869r-452,1363l6741127,3222538r-1129,-4537l6738868,3212791r-677,-4991l6737287,3202133r-903,-10425l6735481,3181738r-678,-4081l6733900,3174027r-1130,-3174l6732093,3169718r-904,-1134l6730512,3167907r-904,-683l6728479,3166996r-1129,l6726221,3167224r-1355,453l6723059,3168584r-1355,1362l6718768,3161330r-2485,-8388l6714251,3144562r-1807,-8614l6710863,3127335r-1129,-8389l6708830,3110105r-903,-8842l6707249,3092650r-452,-8848l6706120,3066131r,-17675l6706346,3030546r,-1999l6705589,3024938r-2499,-14526l6701045,2995882r-1363,-14527l6698546,2967051r-908,-14755l6697410,2938226r-1136,-6126l6694911,2940496r-4089,-23820l6686733,2892830r-2499,-12013l6681962,2869236r-2726,-11806l6677537,2850645xm6672262,2849657r1344,6759l6673850,2860768r-1588,-11111xm6576742,2843283r2635,15927l6582670,2869312r659,11227l6583768,2887039r439,2242l6584427,2891076r1537,3811l6589257,2913749r1317,27146l6594307,2959519r,2664l6588818,2931920r-439,-4491l6585524,2917565r-2415,-10330l6580475,2896688r-2196,-10996l6577401,2880314r-659,-5615l6576084,2869312r-439,-5384l6575425,2858762r220,-5380l6576084,2848220r658,-4937xm5180466,2837271r-15421,19236l5163457,2857185r-10432,-2713l5143273,2855152r-2948,1355l5133522,2859901r-19504,10416l5084990,2886163r-227,l5084536,2886163r-227,l5084082,2886163r-715,-161l5084082,2887164r227,l5084535,2887164r227,l5079773,2891914r-12473,9982l5062537,2906195r-4082,3401l5055053,2912543r-2268,2948l5050744,2918436r-1360,2939l5048250,2924547r-454,3167l5047569,2931341r,4304l5048250,2946067r907,14268l5049157,2961470r-680,1360l5048023,2964417r-680,1132l5046209,2967133r-1361,1362l5042127,2971439r-3402,3173l5034416,2977559r-4309,3172l5025571,2983450r-9752,5667l5006748,2994328r-7711,4080l4993594,3001581r-72798,38067l4913312,3045767r-7030,6114l4899478,3058223r-6576,6120l4880202,3077027r-12927,12687l4860698,3095826r-6577,6119l4847091,3107610r-7031,5667l4832577,3118488r-7938,5215l4816475,3128459r-8845,4761l4799012,3137068r-8391,3402l4782684,3143413r-7938,2718l4759778,3150883r-7030,2490l4745944,3156100r-6576,2491l4733018,3161760r-3175,2041l4726668,3165609r-2949,2040l4720544,3170140r-2721,2267l4714875,3175129r-2722,2947l4709205,3181022r-2721,3399l4703762,3188046r-2494,3847l4698546,3195973r-2948,229l4694691,3202088r-12927,-1583l4668384,3205939r-2268,1360l4663394,3208432r-2948,1134l4657044,3210700r-7484,1584l4641623,3213870r-7938,1133l4625975,3215685r-6577,450l4613955,3216366r-22452,-63444l4588782,3146585r-2495,-6567l4581071,3126874r-5216,-13371l4572907,3106932r-3175,-6345l4566557,3094468r-3402,-5890l4559300,3082913r-4309,-5434l4552950,3075223r-2495,-2503l4547960,3070448r-2494,-2036l4542744,3066153r-2721,-1810l4536848,3062533r-2948,-1590l4545012,3058223r-1134,-6342l4542291,3045312r-3402,-12689l4535487,3020385r-1587,-5888l4532993,3008379r-454,-6117l4532312,2999316r,-2948l4532539,2993422r227,-2721l4533446,2987759r681,-2722l4534563,2983903r-4527,3855l4523462,2967349r-23350,-24250l4496031,2940378r-227,4307l4492404,2934712r48967,-6803l4541239,2928838r99704,-14028l4691062,2908005r49893,-6334l4742996,2903706r2268,1582l4745457,2905402r-5720,-5808l4750618,2893903r4988,-2034l4759913,2889833r4081,-1359l4767394,2887116r3174,-682l4773289,2885981r2267,l4777142,2886208r1587,678l4779636,2887793r454,1584l4780090,2890963r-454,2037l4778956,2895723r-14282,13782l4767035,2908914r2722,-452l4775200,2906876r5216,-2040l4786085,2902801r5670,-2711l4803548,2894853r5896,-2260l4815114,2890557r6123,-1810l4824185,2888069r2949,-455l4833257,2886712r6803,-1361l4854802,2882406r34471,-7926l4908323,2870174r19504,-4075l4947784,2862481r9525,-1819l4967287,2859295r9752,-1351l4986791,2857034r9525,-677l5005614,2855904r8845,l5023303,2856357r8165,677l5039632,2858166r7484,1588l5050518,2860886r3628,914l5057321,2863389r3402,1127l5063671,2866326r2948,1586l5066913,2868107r-520,-958l5063672,2861949r-4309,-9288l5089752,2847909r15875,-2493l5121729,2842929r16102,-2262l5152798,2839081r14742,-1131l5174116,2837721r6350,-450xm2833753,2833297r4538,23816l2839879,2865050r1134,4990l2841694,2872533r227,228l2842147,2872305r,-2946l2841694,2863462r-1135,-7711l2838744,2848265r-2041,-7484l2833753,2833297xm6662499,2810712r2420,6760l6665151,2823623r-1818,-9083l6662499,2810712xm1767804,2803091r-85450,10133l1682375,2813510r3,l1682354,2813224r1136,l1684801,2813224r83375,-9896l1767804,2803091xm6691181,2799428r33,142l6695505,2822693r-4324,-23265xm2712022,2794998r6027,1780l2727578,2799500r9755,2721l2746862,2804944r3075,804l2749840,2805707r-6124,-2268l2737591,2801400r-6125,-1814l2725341,2798000r-6351,-1588l2712412,2795051r-390,-53xm2814717,2791651r-1815,453l2810407,2793237r-2496,2042l2805189,2797545r-2722,2949l2799518,2803894r-3175,4082l2795290,2809379r4433,-806l2804487,2807665r4991,-1588l2814242,2804262r4991,-2267l2824126,2799327r-1016,-2234l2821749,2794824r-1361,-1813l2818573,2792104r-907,-453l2816985,2791651r-2268,xm3406317,2782807r10435,61891l3427371,2906568r104,-17l3422257,2875485r-5218,-31074l3406431,2782807r-114,xm2645882,2774474r26,50l2646513,2775885r2344,7030l2650218,2786318r681,908l2650899,2787452r227,l2649765,2789718r-1135,2496l2647439,2793853r6179,-2745l2661558,2787705r227,l2666545,2787306r-1997,-872l2661146,2785075r-3403,-2041l2654567,2781221r-2949,-2042l2648669,2777138r-1606,-1536l2647496,2776792r3630,10660l2648630,2780649r-2117,-4764l2646117,2774697r-235,-223xm6645208,2753779r1087,2651l6649021,2763468r3180,9082l6655155,2782762r3180,10670l6661061,2804100r1438,6612l6661516,2807959r-5453,-16116l6651293,2776407r-2272,-7489l6646976,2761880r-1590,-7037l6645208,2753779xm6732770,2751001r,1418l6732606,2755546r94,193l6733132,2753018r-362,-2017xm6718316,2750151r-1581,2492l6715832,2755592r-678,3399l6714251,2762620r-226,4081l6714025,2771008r,4306l6714251,2779620r903,8842l6716057,2796850r904,7255l6717412,2810225r4221,16097l6717398,2809307r229,l6718768,2805220r457,-3859l6719454,2797958r-229,-3404l6718768,2790921r-456,-4086l6716713,2776168r1951,-25648l6718316,2750151xm6729469,2749138r1257,2570l6729834,2749244r-365,-106xm2561492,2732274r250,67l2563120,2732601r-1628,-327xm2576761,2731790r-454,226l2571997,2732469r-3629,453l2564843,2732922r529,100l2569002,2733248r4083,-226l2576942,2732115r453,-228l2577849,2731887r6920,1049l2582205,2732469r-4990,-679l2576761,2731790xm3869731,2724640r-8172,455l3853387,2725548r-16571,1589l3820472,2728499r-16345,1589l3796409,2730543r-3134,180l3796594,2730999r8167,225l3812928,2730999r8168,-456l3829036,2729638r8168,-909l3853538,2726688r7941,-907l3869419,2724874r2874,-234l3869731,2724640xm3784832,2717608r-7491,4989l3770077,2727590r-7037,3860l3759408,2733494r-3632,1361l3751917,2736217r-1672,689l3753488,2736443r5899,-1588l3764605,2733039r5218,-2268l3774587,2728502r4991,-2268l3786266,2722893r-1434,-5285xm1186596,2698790r2442,l1188549,2699455r-5861,10444l1186596,2698790xm1388611,2685212r226,226l1388611,2685892r-453,l1388611,2685212xm1218895,2673388r3481,3778l1217613,2684501r1282,-11113xm1591715,2668119r-1265,17093l1590954,2685548r53,-999l1610073,2697178r-701,-670l1604835,2691292r-4083,-4762l1597349,2681541r-1588,-2268l1594626,2677005r-907,-2496l1592584,2672468r-453,-2268l1591715,2668119xm6565900,2667078r1389,5441l6567488,2689307r-1588,-22229xm1287768,2667035r6045,8172l1278813,2690852r-1119,-2336l1277022,2686883r-448,-2103l1276350,2683146r,-1868l1276350,2679877r224,-1868l1277022,2676608r672,-1633l1278813,2673808r895,-1169l1280828,2671239r1567,-1168l1283962,2669137r1791,-1168l1287768,2667035xm1341744,2666753r-89,282l1341438,2667035r306,-282xm1586580,2663155r-7842,2230l1566516,2668342r-12449,2501l1541618,2673117r-12675,1594l1516268,2676529r-12902,1138l1490465,2678803r-26030,1820l1439085,2682215r-25350,1818l1413431,2684057r25017,-886l1464951,2681810r13593,-452l1491910,2680676r13590,-905l1518866,2678182r12912,-1586l1544690,2674557r6343,-1136l1557376,2671835r6116,-1360l1569609,2668658r5889,-1584l1581162,2665033r5418,-1878xm6262461,2660035r-1361,2494l6260193,2665024r-907,2494l6258832,2670012r-453,2495l6258152,2674549r227,4989l6259059,2683847r680,4535l6260646,2692691r681,4082l6261553,2700854r227,2041l6261553,2704709r-226,2040l6260873,2708563r-454,2041l6259513,2712192r-1361,2043l6257018,2716047r-1588,1588l6253163,2719450r-2268,1587l6247946,2722398r-3175,1812l6241369,2725569r-226,8846l6241143,2743486r680,8615l6242277,2760946r-7031,-13152l6236834,2764801r-5670,-9070l6229803,2756637r-1134,908l6227536,2758452r-907,1133l6225721,2761172r-680,1362l6223680,2765935r-907,3854l6222093,2774326r-227,4535l6221866,2784076r227,5216l6222546,2794961r681,5896l6223907,2806753r2495,12472l6229123,2831698r3175,12245l6235473,2855961r3175,11113l6241823,2876824r4536,15194l6247493,2896326r453,1588l6248627,2901089r-2495,-1814l6247946,2907892r1588,9296l6251121,2927165r1588,9980l6254977,2958006r2268,21090l6259513,2999505r2267,19273l6263368,3027848r1361,8164l6266316,3043496r1587,6802l6269718,3054608r1361,4307l6272439,3063452r1134,4760l6274480,3072748r681,4990l6276068,3082499r453,4535l6276748,3091797r227,4309l6276748,3100187r,3855l6276295,3107443r-454,3175l6274934,3113566r-907,2268l6277655,3118328r-2948,l6272439,3118780r-2494,681l6267903,3120595r-1587,1362l6264502,3123544r-1134,2041l6262234,3127625r-907,2495l6260646,3132614r-453,2721l6259739,3138057r,2947l6259739,3144178r,3175l6260193,3150528r907,6576l6262687,3163679r1815,6351l6266996,3175926r2722,5216l6270852,3183636r1587,2494l6273664,3187762r-318,-272l6271532,3186583r-1361,-680l6268357,3184997r-1361,-227l6265863,3184543r-1588,227l6263141,3184997r-1361,452l6260646,3186358r-907,906l6258379,3188171r-1815,2721l6254523,3194066r-1587,3628l6251121,3201777r-1360,4761l6246813,3216289r-2949,10431l6241143,3237378r-2948,9978l6236834,3251890r-1588,4083l6233432,3259827r-2041,3402l6229577,3265951r-908,1360l6227309,3268217r-1134,681l6225041,3269579r-1361,226l6222546,3270258r-1587,l6219598,3269805r-1361,-452l6216650,3268898r-1587,-908l6213248,3266631r-1587,-1358l6209619,3263683r-4082,-4763l6201682,3253932r-4309,-5670l6193518,3242140r-3629,-6348l6186487,3228989r-3401,-7031l6179911,3214927r-2948,-7255l6174695,3200416r-2495,-7256l6170159,3186130r-1361,-7029l6167664,3172296r-907,-6575l6166638,3162521r573,1386l6169345,3168884r1721,5682l6171175,3173153r118,279l6171293,3173884r226,2271l6171973,3178193r454,2042l6173334,3182049r1134,2040l6175602,3185903r1134,1587l6175602,3184089r-2268,-5896l6171293,3173432r,-1817l6171175,3173153r-1830,-4269l6166530,3159599r108,2922l6162902,3153476r-11,-23l6157686,3139190r-6577,-16326l6144079,3106309r-7711,-16326l6128884,3073428r-7711,-16100l6105298,3024673r-7937,-16324l6089877,2992021r-7484,-16327l6075136,2959594r-6577,-16327l6062436,2926940r-2722,-8164l6056993,2910386r-2722,-8163l6052003,2893832r-3401,-2948l6045427,2887256r-3402,-3628l6039303,2879546r-3174,-4309l6033407,2870476r-2948,-4764l6027737,2860724r-4762,-9524l6018213,2841448r-3856,-9070l6011182,2824441r-2721,-2494l6006193,2819452r-2268,-2721l6001430,2814009r-4309,-6122l5993266,2801084r-4082,-7030l5985555,2786344r-3402,-7483l5978752,2771151r-6350,-15874l5966505,2739857r-5442,-14514l5958568,2718770r-2949,-5896l6032500,2699948r76427,-13153l6185807,2673415r76654,-13380l6236380,2664796r-7711,1589l6223680,2667518r-1814,454l6221639,2668198r454,l6223907,2668198r3402,-453l6237287,2666385r11340,-2041l6253616,2663209r4082,-907l6260873,2660942r907,-454l6262461,2660035xm4006665,2645818r-2549,2100l4000711,2650414r-3178,2043l3995717,2653364r-11577,3181l3981870,2659948r-2270,3407l3977557,2666759r-1589,3179l3973017,2676293r-2951,5677l3968477,2684920r-1816,2722l3964391,2690142r-2029,2230l3969469,2689037r2723,-2040l3974461,2684728r2041,-2271l3977864,2679964r1588,-2723l3980359,2674973r2269,-5444l3983535,2666807r1135,-2497l3986258,2662043r1815,-2495l3990342,2657505r2722,-2042l3996240,2653649r3630,-1588l4001231,2651380r1588,-1361l4005769,2646844r896,-1026xm6708133,2643621r471,1335l6710792,2651754r-798,-2761l6708410,2644015r-277,-394xm1268413,2643219r-704,918l1265126,2649644r-2817,5047l1258787,2660887r-4460,6424l1252213,2670523r-2582,2984l1247283,2676259r-2582,2754l1242119,2680849r-2583,2064l1237188,2677866r-1174,-4132l1235310,2670064r-235,-1835l1235075,2666623r235,-1148l1235545,2663869r469,-1148l1236484,2661346r1643,-1836l1240240,2657445r2348,-1606l1245640,2654232r6573,-3212l1259961,2647577r4227,-1833l1268413,2643219xm1197324,2636869r4414,7683l1194537,2657510r-2324,-15372l1197324,2636869xm1595173,2625896r-364,1740l1593677,2636276r-1132,8414l1592319,2652876r-205,7192l1592131,2659992r3042,-34096xm1363952,2622582r1299,8162l1364818,2635509r-650,3629l1363736,2642312r-650,2266l1362220,2646393r-433,1135l1360921,2649116r-19177,17637l1341872,2666353r1731,-4310l1345984,2655014r3464,-8393l1353344,2638231r1732,-3857l1357025,2630519r1732,-3173l1360705,2625076r1732,-1814l1363303,2622808r649,-226xm5293435,2598805r4387,7407l5299075,2610150r-2715,5091l5292808,2632144r-626,-4168l5291346,2623810r-209,-4167l5291137,2615706r209,-4401l5291764,2607137r836,-4165l5293435,2598805xm6579730,2597530r2727,227l6584047,2598210r1136,228l6586546,2599119r909,453l6588363,2600479r909,1135l6590181,2602752r681,1361l6591544,2605702r454,1814l6592907,2611829r909,5220l6594043,2623177r-455,21338l6592225,2644059r-908,-1134l6590181,2641337r-1136,-1816l6587455,2635435r-1591,-4086l6584956,2628171r2499,9759l6590408,2644059r909,2953l6591771,2649737r227,2043l6591998,2652914r-227,682l6591317,2654277r-682,452l6589954,2654957r-1136,228l6587455,2666989r-1591,-1588l6588363,2697410r-2953,-4539l6580866,2671076r1076,10131l6581775,2680158r682,5905l6581942,2681207r2105,13252l6577686,2672892r-227,228l6579958,2697868r-7497,-31786l6574051,2692871r-3181,-4767l6571552,2686743r-335,-4360l6571325,2681521r227,-1818l6571552,2677886r-227,-1813l6570870,2674030r-454,-2044l6571217,2682383r-120,953l6570643,2684925r-909,1818l6569507,2682656r-1136,-5677l6567235,2670851r-1590,-6358l6564321,2658960r-39,-370l6563373,2654504r-1363,-3859l6563146,2654052r1175,4908l6564736,2662902r455,4087l6565191,2671076r,4087l6564509,2679477r-681,4087l6546789,2604793r11359,-2722l6568144,2599572r4089,-908l6576323,2598210r3407,-680xm1383042,2595595r2846,5489l1377129,2610965r-6350,5267l1366838,2614916r16204,-19321xm6622555,2589871r4291,226l6631138,2590778r3613,1362l6638139,2593727r3162,1814l6644237,2597806r2258,2721l6648980,2603473r393,552l6649657,2605739r452,2494l6651690,2613899r2033,6119l6656207,2626819r2710,7252l6661627,2642008r777,2469l6663208,2650394r1581,10206l6667499,2681686r1581,10201l6671113,2701863r6550,30153l6683761,2762164r6098,30154l6691181,2799428r-2452,-10512l6688278,2787104r,225l6688278,2787783r677,5440l6690310,2802518r2033,9974l6693021,2816801r903,3400l6694827,2822239r452,454l6695505,2822693r-678,679l6694150,2824280r-678,2720l6692795,2830172r-452,3855l6692117,2838559r,4985l6692343,2849213r226,6115l6693472,2868475r1807,14733l6696178,2890750r-447,-1660l6692795,2878220r-3162,-10652l6686245,2857142r-3388,-10656l6675630,2825412r-6443,-18224l6669694,2810229r2272,13165l6674011,2835875r1363,5452l6676283,2845631r1254,5014l6673556,2840186r-6361,-16339l6664919,2817472r-223,-5880l6664696,2802512r227,-6131l6665009,2795092r-4059,-11843l6654174,2762164r-3162,-10428l6647851,2741081r-2711,-10428l6642656,2719774r1355,-3855l6643875,2715375r-1215,-1620l6641978,2718525r-227,5216l6641751,2729191r454,5901l6642887,2741449r1363,6582l6645208,2753779r-958,-2342l6640161,2738270r-4090,-14529l6627211,2692871r-8860,-29741l6614489,2650190r-1013,-2918l6613037,2652785r-2687,-12703l6612593,2644731r-1966,-5664l6608355,2639067r-5452,-10896l6598132,2617504r-4544,-10896l6589272,2595487r17947,-3630l6608173,2593481r-976,-2022l6612618,2590551r5194,-454l6622555,2589871xm6695739,2566893r1358,3844l6699133,2576392r2524,7146l6701042,2576892r-903,-9528l6701268,2570769r1354,4536l6704654,2580296r2032,5671l6712104,2598443r5643,12250l6722714,2621581r3386,8396l6727003,2632473r451,1360l6727229,2634059r-226,-226l6725874,2632245r1580,8846l6729712,2650168r4741,18605l6739419,2688058r5418,19056l6750029,2725717r4966,18152l6756801,2752034r2032,8170l6760413,2767916r1355,7260l6765154,2791283r-903,-3175l6769217,2810795r3612,18374l6776441,2848904r678,3627l6775538,2845950r5418,32439l6783665,2894705r226,1138l6783665,2895160r-1354,-7702l6784342,2903795r226,l6785020,2904244r1128,5901l6786826,2916274r1580,11784l6789083,2940309r677,12022l6789986,2964578r,12026l6790438,3001109r-3387,-14974l6787637,2993985r196,1710l6788151,3000459r-801,-8016l6787242,2991664r35,142l6786826,2988629r416,3035l6785245,2983412r678,7033l6786826,2996798r1128,13386l6789309,3023566r903,6806l6791115,3037183r-5870,-23598l6786826,3020617r1580,5900l6789760,3033095r1355,6807l6792244,3046709r225,2949l6792695,3052605r-226,2264l6792375,3055726r538,1884l6792669,3057610r-354,-1341l6792244,3056912r-6773,-27445l6787503,3040131r2483,12017l6792244,3064400r677,6567l6793598,3077325r677,6348l6794501,3090255r,6350l6794050,3102729r-452,6127l6792469,3114529r-1580,5900l6789083,3125874r-1129,-16337l6787503,3112259r-3612,-37193l6782311,3055782r-1129,-17011l6778699,3021753r-2709,-19282l6775087,2992942r-677,-8395l6773958,2977284r226,-3176l6774184,2972040r-148,455l6774036,2968636r-228,-228l6773808,2969543r-229,9761l6773351,2986567r-228,7264l6772437,2999507r-456,2270l6771524,3003592r-6395,-12939l6765358,3000641r-3426,-19521l6759648,2967954r-1142,-4541l6757821,2960918r-228,4313l6757821,2969769r229,4313l6758963,2978396r-913,-1136l6757364,2978396r-10505,-52426l6744804,2918712r-2969,-12266l6734087,2876276r2297,9647l6739772,2901121r3387,15411l6746321,2931710r-9711,-35364l6738191,2905644r-7679,-22216l6730738,2887511r-1130,-2270l6728705,2883208r-1581,-4080l6726221,2875955r-452,-1134l6725317,2874594r-3839,-7479l6719445,2873231r-4743,-2719l6713347,2871419r-452,-1131l6712218,2868251r-1807,-6116l6708604,2853743r-2032,-9294l6701603,2820654r-1581,-1133l6692569,2779395r-8131,-39899l6675630,2699596r-9034,-39448l6664338,2650618r-1934,-6141l6661853,2640419r-2032,-9522l6658917,2626366r-1129,-4535l6656207,2617753r-1355,-4080l6653045,2610046r-1807,-3399l6649373,2604025r-167,-1004l6649206,2600527r,-2493l6649657,2595993r452,-2266l6651238,2591459r904,-2041l6653497,2587378r2032,-1815l6657788,2583526r2258,-1591l6662982,2579896r3388,-1589l6669984,2576267r4517,-1813l6679018,2572864r4969,-1812l6688066,2584566r207,-2068l6688725,2580236r453,-2036l6689856,2575938r1132,-1809l6691893,2572095r1131,-1809l6694382,2568702r1357,-1809xm1654011,2550423r-4427,1267l1645509,2552828r-4074,1822l1637587,2556239r-3847,2274l1630344,2560785r-3395,2500l1623780,2566014r-2942,2956l1618122,2572154r-2716,3410l1612916,2578975r-2263,3413l1608389,2586252r-896,1799l1610507,2584474r4310,-4535l1619127,2575858r4991,-4082l1628656,2568147r9755,-7255l1647485,2554767r6526,-4344xm1659211,2547439r-1705,1070l1656324,2549370r1370,-494l1659211,2547439xm5115176,2539126r1341,3425l5117934,2548022r-61,-1242l5117420,2544741r-454,-2040l5115176,2539126xm6580321,2530932r-197,147l6580412,2531963r-91,-1031xm6645198,2528046r1523,2886l6647998,2532215r-2800,-4169xm1701814,2527095r-6057,5496l1694509,2533771r1752,135l1701479,2527556r335,-461xm6569507,2513554r2045,5219l6572461,2521269r1363,2495l6574960,2525807r80,91l6574223,2523906r-1355,-3852l6571316,2515189r-706,-641l6570610,2515293r-74,-809l6569507,2513554xm6659406,2511981r9884,22649l6668588,2532743r-4073,-11533l6663383,2518720r-905,-2260l6661347,2514424r-1584,-2035l6659406,2511981xm6497864,2509906r4536,6423l6501493,2519432r-5443,-6644l6497864,2509906xm6650707,2507458r232,3121l6652070,2517589r453,3394l6652749,2524600r226,3620l6652749,2531611r-226,3167l6651918,2537599r450,812l6653271,2539319r452,-4985l6654626,2530480r-2710,-16092l6650707,2507458xm6650486,2504472r75,1016l6659267,2511821r-1088,-1242l6655917,2508317r-2263,-2033l6650486,2504472xm4906881,2475012r1296,1132l4913164,2480454r5441,4080l4924273,2488614r5441,3624l4935381,2495865r5894,3401l4946943,2502438r5894,2947l4958958,2508106r6121,2491l4971427,2512638r6121,2040l4983895,2516260r6348,1363l4996818,2518757r6574,677l5009966,2519662r6801,l5023342,2519434r6801,-452l5036944,2517849r6801,-1133l5050546,2514903r7028,-2265l5062788,2511275r4988,-1134l5072763,2509463r4761,l5082285,2510141r2010,405l5084082,2510332r-2267,-3166l5080000,2503768r-907,-2034l5078845,2500616r-7064,7482l5038567,2508327r-15014,l5009448,2508327r-13422,-455l4989656,2507419r-6370,-681l4976917,2506062r-5688,-1138l4965087,2503793r-5915,-1135l4953485,2500843r-5460,-1585l4942338,2496989r-5688,-2497l4931418,2491547r-5687,-2944l4920499,2485191r-5460,-3847l4909579,2477263r-2698,-2251xm6486525,2468638r3551,3940l6494463,2479588r-3133,1747l6486525,2468638xm3894020,2457513r7264,8618l3908321,2474522r14074,17029l3936243,2508570r7037,8395l3950544,2525135r7264,7940l3965526,2541017r7945,7495l3981416,2555546r8626,7033l3998895,2568936r4540,3176l4008202,2575062r4994,2949l4017963,2580508r-1135,l4000030,2580056r227,3405l4000257,2587090r454,3407l4001165,2594128r681,3403l4002754,2600710r908,3403l4004570,2607291r2724,6354l4010245,2619775r3632,6127l4017643,2630923r1284,-1998l4029136,2641853r30855,12930l4088803,2674292r5672,3404l4099240,2681325r2495,2041l4104004,2685634r1815,1815l4107861,2689718r1588,2496l4111037,2694481r1361,2495l4113986,2699696r908,2949l4116028,2705821r907,3175l4117616,2712625r13385,11795l4144614,2740525r-9302,-1586l4165713,2840781r1361,4309l4168889,2848946r1815,3856l4172973,2856432r2268,3399l4177283,2863235r2723,3176l4182728,2869359r2722,2722l4188400,2874804r2949,2269l4194298,2879569r6353,4307l4207457,2888185r7033,3856l4221977,2895668r14519,7255l4243983,2906779r7260,3859l4258276,2914724r7033,4538l4251016,2946475r-76455,10660l4097651,2967794r-11116,1815l4075645,2971876r-10436,2497l4055000,2976868r-9756,2495l4036169,2981178r-8621,1136l4023465,2982993r-4084,227l4015524,2983220r-3857,-227l4008037,2982314r-3403,-909l4001458,2980497r-3176,-1815l3995560,2977096r-2723,-2497l3990115,2971876r-2269,-3174l3985804,2965073r-2042,-3856l3981947,2956681r-1588,-5444l3978998,2945795r-1361,-6352l3975595,2925383r-2496,-14063l3967654,2883194r-5218,-28351l3956991,2826265r-2268,-14290l3952454,2797912r-2269,-14291l3948370,2769333r-1815,-14292l3945194,2740978r-1134,-13837l3943482,2715197r-1791,6950l3930113,2655865r-11804,-66052l3906051,2523773r-12031,-66260xm1818030,2450691r-47,40l1815040,2452775r-3395,1596l1808250,2455735r-5432,4318l1797159,2464145r-5206,4553l1786521,2473699r-10638,9779l1770451,2488255r-5433,4774l1759586,2497800r-1617,1128l1764773,2494450r9755,-6578l1784057,2481071r9301,-7261l1801979,2466325r8167,-7709l1817405,2451359r625,-668xm6598542,2445767r73,171l6598824,2445938r-282,-171xm6472237,2444819r4572,10403l6477000,2455937r-4763,-11118xm6557239,2440926r455,4993l6558375,2450679r1818,9536l6562237,2469980r2499,9302l6564994,2480285r-3644,-22553l6559317,2447517r-1277,-6406l6557239,2440926xm6457950,2440057r7938,14284l6465434,2453699r-7484,-13642xm6601613,2438654r,225l6601577,2438761r1,-1l6601613,2438654xm6567838,2435463r-1057,242l6564736,2442511r-681,l6560982,2441799r3981,1419l6565189,2443218r2649,-7755xm6569650,2435046r-1636,375l6569029,2436644r903,-229l6569650,2435046xm6632611,2424405r-1357,905l6633064,2431869r2263,6560l6637816,2444761r2941,6106l6643698,2456976r3168,5876l6653654,2474394r6788,11534l6663836,2491807r2738,5276l6664020,2490928r-2709,-5455l6658602,2480268r-2935,-5225l6652733,2470061r-3387,-5220l6645960,2460075r-11061,-26535l6631738,2425826r-226,-454l6632785,2424518r-174,-113xm4982918,2422606r6594,1587l4989512,2424456r-12700,4504l4982918,2422606xm2489946,2416784r334,1004l2491414,2421193r2042,8394l2495044,2438430r1815,10206l2497993,2459975r1589,11798l2500489,2484242r2269,26987l2504799,2539348r2269,29253l2508202,2583115r1588,14740l2511152,2611914r1427,9832l2514153,2616598r1361,-4080l2516648,2608440r908,-4536l2518009,2599371r681,-4762l2518463,2589166r-681,-5899l2516875,2576918r-1134,-6123l2514607,2564443r-1588,-12696l2511885,2538826r-1135,-12919l2509162,2500517r-1361,-12921l2506214,2474666r-908,-8380l2503491,2457451r-1814,-8170l2499181,2440891r-2722,-8158l2493284,2424566r-3338,-7782xm6566996,2414044r-442,321l6566327,2414365r-455,232l6565645,2414597r-227,l6565418,2414825r-682,1137l6569324,2433466r-3683,-17901l6565867,2415565r,-227l6566093,2415338r225,l6566770,2415109r226,l6566996,2414044xm1836296,2406414r-206,879l1835411,2411613r-905,9323l1833600,2425946r-1131,4776l1831815,2432530r790,-1583l1834193,2427998r908,-2724l1835781,2422552r,-2497l1837596,2413477r1134,-3627l1836296,2406414xm6566983,2403065r13,60l6566996,2403083r-13,-18xm6574688,2395448r,4943l6575352,2401724r,-4789l6574688,2395448xm6569507,2393708r-3180,6355l6566428,2400526r3504,-6058l6570305,2394320r-798,-612xm2502793,2393690r-141,102l2498357,2396512r-4251,2242l2494137,2398964r-6206,8272l2495098,2400976r7695,-7286xm1268324,2392429r4630,1693l1278246,2392851r1102,215l1281112,2398782r-15874,-1481l1268324,2392429xm6627943,2390039r143,430l6629670,2396127r2715,10626l6634422,2417158r1564,9395l6636253,2426733r-903,-14076l6629029,2391562r-1086,-1523xm6570608,2384089r489,3718l6572461,2395979r-199,-155l6572868,2396737r452,908l6573612,2398230r-3004,-14141xm6664293,2382885r9779,28237l6674961,2414062r-889,-3617l6675850,2417454r8446,31854l6692741,2482066r2223,8359l6694964,2491103r-667,-2257l6693186,2486356r2889,12424l6693852,2495394r-2000,-3615l6689852,2488165r-1778,-3617l6684740,2477098r-2889,-7676l6679184,2461280r-2445,-7909l6672294,2436887r-667,-2262l6667182,2409762r-4223,-12642l6665404,2400958r-2222,-5870l6662737,2391469r667,-448l6666071,2396895r-1556,-8360l6665849,2390793r-445,-1127l6667627,2393956r-3334,-11071xm6607937,2365793r3,13l6607949,2365816r-12,-23xm4775329,2364615r227,l4775556,2365073r-227,-232l4775329,2364615xm6568126,2363328r-299,748l6567944,2364907r182,-1579xm2527305,2363009r-920,2920l2525061,2368911r2476,-4202l2527305,2363009xm6418237,2361232r-2045,1139l6417101,2367147r629,2069l6418204,2368741r1136,-679l6420931,2367379r1817,-228l6425194,2366930r-6957,-5698xm1948141,2355898r-11,1l1946319,2356353r-3621,455l1938850,2357037r-4301,l1925043,2356808r-5659,l1913726,2356808r-6791,910l1899919,2358627r-4074,911l1892450,2360673r-3396,1821l1885659,2364540r-3169,2047l1879548,2369089r-6062,4784l1877751,2372655r9301,-2720l1896127,2367892r9528,-1815l1914956,2364034r8621,-1584l1932198,2360635r7713,-1815l1943314,2357913r3403,-1359l1948141,2355898xm6605773,2349635r-447,190l6605484,2350791r289,-1156xm1957801,2349299r-391,461l1955826,2351351r-1358,1136l1953853,2352929r1258,-686l1957153,2350429r648,-1130xm6606906,2349146r-630,271l6607639,2350690r-733,-1544xm6630988,2347974r2495,3775l6634163,2354329r-3175,-6355xm6400800,2346411r6350,9739l6406740,2360693r-5940,-14282xm6593825,2345719r3263,6526l6600934,2359256r314,-156l6593825,2345719xm6627813,2343211r2381,3246l6630194,2346677r794,1297l6627813,2343211xm6396037,2335293r1814,4269l6399212,2344825r-3175,-9532xm6630988,2335270r1588,7943l6630988,2335697r,-427xm6365253,2333659r93,125l6365875,2336875r-622,-3216xm4814401,2332042r5821,1176l4836054,2342390r5821,7291l4839780,2349917r-3493,l4826974,2349446r-5355,l4816496,2349681r-4656,470l4809977,2350622r-1863,471l4807183,2347800r-233,-2587l4807183,2342390r466,-2588l4808580,2337451r1630,-2117l4811840,2333452r2561,-1410xm4778479,2330451r9604,15215l4789488,2354265r-468,-882l4780822,2345666r-703,-2426l4775200,2333318r3279,-2867xm6554077,2328522r-44,32l6554059,2328572r18,-50xm6362700,2327357r2117,4049l6365253,2333659r-436,-589l6362700,2327357xm6337346,2320044r,229l6340981,2331652r-3635,-11608xm6409418,2318979r51,2134l6409799,2321309r1590,905l6412130,2322745r-2712,-3766xm5658304,2314674r-2042,226l5655355,2315127r2949,-453xm6554787,2311268r-677,17165l6554968,2326074r421,-13681l6554787,2311268xm6357937,2309897r2442,4815l6361112,2316251r-2931,-5038l6357937,2309897xm6573679,2306962r783,1405l6574914,2308822r111,l6573679,2306962xm4741111,2303071r8912,5040l4749800,2308111r-8466,-4582l4741111,2303071xm4740888,2302956r223,115l4740888,2303071r,-115xm4740665,2302841r223,l4740888,2302956r-223,-115xm6574850,2302426r,903l6575153,2305002r1797,3592l6580118,2315833r3071,6546l6580042,2313312r-2709,-6575l6575979,2304467r-677,-1591l6575076,2302426r-226,xm6364287,2301963r9525,18223l6373812,2328943r-9525,-26980xm5053315,2299481r1176,4296l5056311,2307629r1593,4313l5060179,2316022r2047,3625l5063591,2321234r1138,1130l5065639,2323045r1365,681l5067049,2323748r-6584,-10970l5054292,2299557r-977,-76xm6617380,2297663r61,731l6618853,2301029r-1473,-3366xm6370637,2295613r7484,12506l6378575,2311486r-7938,-15873xm3306911,2291406r50,991l3307188,2294441r164,493l3306911,2291406xm6350000,2289262r470,462l6354704,2296666r7290,9718l6365287,2314017r3763,21276l6366933,2329745r-235,3930l6366463,2333213r-5174,-18272l6354939,2303603r-4939,-7861l6350000,2289262xm2458186,2289196r2148,2039l2464418,2295321r1999,2000l2466260,2297075r-1808,-2041l2462643,2292995r-2260,-2039l2458186,2289196xm6637644,2289124r206,204l6638294,2290893r-650,-1769xm6634162,2287641r289,443l6637337,2293993r-3175,-6352xm4942854,2286084r1656,1685l4945062,2289254r-6350,-212l4942854,2286084xm6519266,2284662r4123,11464l6524071,2295668r909,-450l6525856,2295106r-1004,-1300l6522357,2289724r-2494,-4083l6519266,2284662xm6345237,2284505r3175,3931l6348200,2288436r-211,7182l6345237,2284505xm6634521,2280627r1922,5229l6638104,2289178r-20,-15l6636464,2285911r1180,3213l6637628,2289109r-1188,-3245l6635761,2284505r1577,4726l6636103,2285754r-346,-1261l6634162,2281299r1588,3172l6636419,2285806r-1898,-5179xm1945866,2278196r,4484l1946093,2287682r905,4545l1947677,2297009r906,4548l1950393,2305875r1585,4097l1954468,2314287r2716,4091l1960126,2322015r4074,3637l1968501,2329065r-548,2567l1969403,2329109r-3176,-3174l1963278,2322759r-2722,-3398l1958287,2315956r-2042,-3398l1954204,2309159r-1588,-3630l1951254,2302126r-1361,-3629l1948759,2294868r-908,-3633l1946944,2287610r-907,-7484l1945866,2278196xm2573825,2276031r-6979,4283l2559839,2284842r-3391,2491l2553058,2290049r-3165,2946l2547181,2296393r-2713,3623l2542434,2304545r-16049,10420l2526611,2338292r679,2271l2527968,2343050r135,743l2528898,2341149r1361,-4777l2532073,2332070r2042,-4309l2536610,2323229r2495,-4310l2542054,2314835r2722,-4301l2551128,2302377r6578,-7707l2570636,2279710r3189,-3679xm4899449,2274977r5926,857l4901354,2278149r-5504,-1729l4899449,2274977xm6400270,2274915r1437,3468l6404655,2285867r2948,7257l6409871,2300837r1134,3630l6411913,2308324r680,3855l6413047,2316033r226,4078l6413458,2323804r4065,3859l6416841,2323348r-681,-4080l6415478,2315188r-1136,-4086l6411843,2302480r-3180,-8174l6405255,2285913r-3635,-7941l6400270,2274915xm4706613,2271790r5088,2043l4711498,2273833r-7735,1133l4706613,2271790xm6366111,2266432r-2203,2936l6368021,2274082r-1910,-7650xm6329362,2255924r1949,l6334125,2259111r-4763,-3187xm6626340,2255240r1080,2834l6626365,2255284r-25,-44xm6567357,2254186r1850,3105l6569207,2257110r-132,-262l6567941,2255033r-584,-847xm6625703,2253569r55,158l6625867,2254050r-164,-481xm6625645,2253374r222,589l6625867,2253995r-109,-268l6625645,2253374xm6625201,2252254r154,315l6625703,2253569r-502,-1315xm6347642,2252024r383,1093l6350070,2256774r2045,3662l6354615,2264075r2954,3856l6357250,2267039r-5436,-7925l6347642,2252024xm6623596,2247485r104,516l6624637,2250726r-796,-2025l6623858,2248784r2009,5266l6625867,2253995r407,1081l6626299,2255102r-432,-1139l6625867,2253823r,-230l6625355,2252569r-1759,-5084xm6623095,2246803r754,1972l6623827,2248667r-732,-1864xm6549345,2246645r187,2068l6549567,2248620r490,-991l6549345,2246645xm6557736,2246418r1134,13376l6556877,2257044r2171,3203l6560628,2259799r-1309,-11337l6557736,2246418xm5034051,2244754r6261,1886l5037993,2247345r-3942,8297l5030805,2262256r-10898,3297l5008313,2274977r-9276,-3299l5009472,2267669r9739,-16298l5034051,2244754xm6560457,2244152r2584,8826l6563563,2253873r-1952,-8042l6560457,2244152xm6621882,2244042r91,301l6622244,2245089r-189,-548l6622500,2245790r51,136l6624098,2250002r-2216,-5960xm6331211,2243299r1136,2282l6332119,2244892r,-224l6331211,2243299xm5686198,2243245r2722,3400l5687332,2244606r-1134,-1361xm6620848,2241256r1058,2903l6621801,2243819r-953,-2563xm2409630,2241194r3063,3780l2417004,2249959r4764,4535l2427879,2260607r-6600,-12739l2409630,2241194xm6565332,2240748r341,1816l6567941,2251633r692,2227l6565332,2240748xm6389956,2238157r1319,3956l6393089,2248913r908,3400l6394450,2255713r453,3401l6395130,2262514r22,55l6397985,2262772r-3408,-12531l6393669,2247282r-3713,-9125xm2587705,2236210r-290,4650l2587503,2241170r202,-4960xm6617154,2231683r8,22l6619875,2238610r,-24l6617607,2232363r-453,-680xm6354989,2231456r680,4761l6356350,2240752r1361,4308l6358845,2249141r1814,4533l6362473,2257528r2041,3854l6365062,2262227r-904,-3622l6356521,2232477r-1532,-1021xm6575368,2223717r160,209l6578462,2226646r2490,1876l6580414,2227600r-2948,-2268l6575368,2223717xm6484750,2218577r3199,5806l6490675,2228472r2499,3856l6495900,2236179r3181,3623l6502489,2243198r4089,3394l6505896,2247512r1675,4654l6506936,2246872r,-454l6484750,2218577xm6611587,2215050r1938,5660l6613525,2220947r227,529l6615596,2225692r2742,7277l6619421,2236217r492,1315l6619371,2235709r-1033,-2740l6616927,2228734r-1331,-3042l6611587,2215050xm4011954,2213717r-377,38l4007477,2214440r-3645,912l4000187,2216483r-3645,1368l3993353,2219441r-3189,1594l3987202,2223091r-2961,2042l3981735,2227636r-2734,2722l3976723,2233312r-2505,3180l3972395,2239446r-2278,3853l3968522,2246944r-1822,3199l3965333,2252881r-1916,2572l3965546,2254227r6575,-4558l3978468,2244443r6121,-5417l3991164,2233139r13375,-12686l4011954,2213717xm6481352,2212597r1599,2714l6484593,2218293r-1470,-2940l6481352,2212597xm3844307,2206724r9988,14518l3859289,2229185r4994,7709l3868823,2244589r3859,7739l3874498,2256208r1589,3641l3877449,2263479r908,3400l3874044,2326101r1362,12020l3875860,2341532r-2043,11348l3859289,2279589r-7491,-36360l3844307,2206724xm6379609,2205981r-3302,2114l6382884,2221703r2958,6339l6384354,2224383r-4089,-11111l6378902,2209414r-227,-1366l6378448,2207143r1161,-1162xm6562045,2205149r907,4760l6564086,2215125r2494,11114l6567261,2231002r,2043l6567261,2234630r-227,1134l6566807,2236898r-454,228l6565900,2237126r-1134,-228l6564766,2237806r11,55l6564917,2237300r2258,4971l6568755,2242725r226,-2028l6569207,2238205r,-2488l6568981,2232770r-677,-5668l6567175,2221205r-1580,-5895l6564240,2210093r-582,-1756l6563405,2207869r-1360,-2720xm6381977,2204466r-626,401l6394123,2211910r-60,-193l6381977,2204466xm4590057,2202994r-1772,681l4588225,2203697r1016,198l4589866,2203278r191,-284xm6605814,2201292r7257,18597l6613504,2220898r-2202,-6604l6607855,2205149r1361,4079l6605814,2201292xm6339391,2199097r,1688l6338482,2201694r-1136,1367l6335755,2202380r-3636,5686l6335301,2216259r1703,5275l6336847,2220116r,-4083l6336847,2211496r680,-4535l6338207,2202426r2948,-680l6339391,2199097xm4018946,2191223r-535,1598l4018183,2194865r-227,2507l4018183,2200099r684,2733l4019723,2205387r-777,-14164xm6468066,2182518r1481,5796l6470002,2191034r10677,20421l6480987,2211977r-11244,-23611l6468609,2182697r-543,-179xm4523312,2180883r8920,14251l4531088,2195134r-16238,-451l4523084,2181336r228,-453xm1036955,2179717r2858,4766l1035050,2180197r1905,-480xm2554060,2179710r227,223l2554287,2179710r7938,3171l2554968,2193993r-3629,-2943l2546350,2186058r7257,-6125l2553834,2179933r226,l2554060,2179710xm4040999,2179635r-3452,216l4034357,2180309r-2961,681l4028662,2182126r-2050,910l4024334,2184176r-1595,1361l4021145,2187138r-718,1147l4041038,2179660r-39,-25xm6239353,2178650r656,2460l6241369,2184512r2042,3627l6245905,2191768r2268,3403l6250895,2199023r2948,3629l6259966,2209682r5897,6351l6276068,2226917r907,4311l6278109,2235764r1587,4534l6281284,2244833r2041,4308l6285366,2253674r2495,4535l6290355,2262514r5216,8841l6301468,2280197r6362,9175l6305534,2284776r-2045,-5455l6291219,2260436r-7953,-11661l6276222,2227178r-3863,-9782l6270314,2213755r-2272,-3188l6265770,2207837r-2272,-2507l6260998,2203285r-2272,-2040l6253500,2197376r-2272,-1826l6248955,2193276r-2272,-2272l6244411,2188276r-1818,-2965l6240548,2181901r-1195,-3251xm3695250,2173159r371,207l3697437,2174725r2043,2046l3696075,2173821r-825,-662xm6333245,2158354r-2943,1470l6330074,2159824r1137,2277l6331831,2163350r26,-155l6332537,2160474r708,-2120xm3881721,2157421r34,234l3882698,2157421r-977,xm1787525,2152652r-227,794l1786164,2154239r-227,l1784350,2154239r3175,-1587xm6245575,2151427r-350,5421l6239329,2159795r-1102,14318l6241684,2177574r-2045,-14563l6249183,2155960r-3608,-4533xm2003660,2142471r-2042,31976l2000030,2206877r-1815,32654l1996854,2271963r-1361,32885l1994131,2337955r-907,32885l1992317,2404180r-908,33345l1990728,2471093r-453,33561l1990048,2538441r-227,34015l1989821,2606472r,34241l1990275,2674964r227,34471l1991182,2743907r908,34699l1992997,2813308r908,34924l1995266,2883154r1134,34931l1997988,2953458r1588,35153l2001391,3024214r2042,35382l2005701,3095425r2269,35380l2010466,3166863r2495,35831l2015910,3238527r-1588,-17462l2012961,3204735r-1815,-14966l2009785,3175252r-1815,-12924l2006382,3150080r-1815,-10883l2002979,3128991r-1815,-9525l1999576,3111075r-1815,-7486l1996173,3097012r-1815,-5666l1992543,3086129r-1815,-4309l1989140,3078419r-1814,-2951l1985964,3073202r-1815,-1361l1982561,3070934r-1588,-456l1979612,3070934r-1815,680l1976663,3072974r-1361,1815l1973941,3077055r-1135,2723l1971672,3082951r-1361,3405l1969403,3090211r-907,4535l1967589,3099055r-1362,9752l1965320,3119466r-454,11339l1964866,3142600r454,11789l1965774,3160513r453,6123l1966908,3172530r907,5673l1969177,3184098r1134,5671l1971672,3194984r1588,5442l1975075,3205187r1815,4991l1979158,3214712r2042,4085l1983696,3222652r2722,3403l1989367,3229228r3176,2948l1995946,3234444r3403,2040l2003206,3237848r3857,679l2011373,3238755r4537,-228l1892497,3253720r-122960,14513l1763185,3268686r-5671,-224l1754791,3268233r-2268,-224l1750027,3267326r-2495,-681l1745490,3265966r-2269,-909l1741180,3264153r-1815,-1363l1735735,3260297r-3176,-2949l1729610,3253947r-2496,-3854l1726693,3249202r2698,23504l1605550,3287225r-123614,14070l1358095,3315358r-123614,13837l1234936,3322161r227,-7029l1235390,3307875r-227,-7492l1234936,3293121r-455,-7255l1233572,3278601r-909,-7255l1231527,3264086r-1591,-7038l1228118,3250014r-2499,-6808l1223120,3236401r-3181,-6355l1216530,3223699r-3864,-6129l1221756,3207585r-6136,6126l1218802,3203953r1591,-5672l1221983,3192610r1137,-6127l1224482,3180133r910,-6130l1225847,3168100r227,-5222l1225847,3157666r-228,-2266l1225392,3153123r-682,-2041l1224255,3149267r-1135,-1813l1222210,3146323r-1136,-1139l1219711,3144051r-1364,-682l1216530,3143144r-1817,l1212666,3143369r-14088,-30634l1194943,3112510r-2961,14228l1191982,3128830r227,4990l1191140,3130152r-515,514l1190625,3128385r-2,-5l1189717,3122938r-453,-5669l1189037,3111145r227,-5894l1189717,3099129r906,-6344l1191755,3086214r1360,-6580l1194927,3073066r1812,-6802l1199004,3059467r2039,-6800l1203762,3045870r5436,-13829l1214861,3018209r6117,-13370l1227322,2991459r6115,-12698l1244990,2954957r4984,-10648l1254052,2934334r-7703,10879l1250880,2935015r4531,-9976l1265378,2905318r9967,-19263l1285313,2866791r10194,-19491l1305248,2827582r4983,-10202l1314762,2807182r4304,-10430l1323596,2786096r4078,-7027l1331752,2772720r4077,-6121l1340586,2760932r4531,-5668l1349648,2749824r9061,-10883l1363239,2733728r4531,-5896l1371848,2721939r4077,-6347l1379550,2709015r3624,-7026l1386346,2694281r1359,-4080l1389064,2685892r145,-11l1391553,2682670r2490,-2956l1396533,2676757r2716,-2956l1402191,2671071r3169,-2729l1408302,2665841r3395,-2275l1418262,2658791r7016,-4094l1432521,2650602r7243,-3864l1454703,2639006r7242,-4322l1468962,2630591r6790,-4548l1479147,2623542r3170,-2728l1485485,2618086r2943,-2728l1491144,2612400r2942,-3183l1499292,2603987r4753,-5229l1508798,2593754r4074,-5000l1516947,2583749r3621,-4546l1523963,2574201r3169,-4548l1530074,2565104r2943,-4773l1535280,2555782r2490,-4547l1539807,2546460r2037,-4549l1545239,2532591r2943,-9323l1550898,2513719r2490,-10003l1555425,2492802r4300,-22511l1564252,2444819r1132,-5003l1566968,2434360r1585,-5231l1570590,2423668r2263,-5691l1575117,2412522r2716,-5912l1580549,2400926r2942,-5456l1586434,2390010r6111,-10690l1595940,2374318r3169,-4775l1602504,2364995r3169,-4322l1611332,2353851r5658,-6593l1622422,2341344r5659,-6140l1633740,2329521r5432,-5231l1650489,2314060r11091,-9778l1672444,2294959r10865,-9095l1693720,2276773r10186,-9330l1709112,2262439r4753,-4781l1718844,2252656r4754,-5462l1728351,2241516r4527,-5453l1737178,2229926r4527,-6369l1746006,2216965r3847,-7049l1753928,2202639r3621,-7962l1761623,2186721r3395,-8641l1765474,2178614r7851,-12072l1773555,2166542r13070,-4114l1792816,2159001r4357,6627l1806575,2183679r-1835,915l1803594,2185051r-3440,1600l1795568,2187793r-2522,457l1790065,2188708r-3211,457l1783644,2188708r-2691,-384l1782673,2188995r4301,909l1791953,2190587r4753,454l1801686,2191267r5206,l1812324,2191041r5206,-454l1828621,2189451r11091,-1591l1860988,2184221r9506,-1363l1879548,2181719r3848,-225l1887017,2181494r3395,l1893355,2181719r2490,684l1897882,2183084r1584,1137l1900372,2185133r452,909l1903540,2184902r24672,2275l1932060,2190587r3621,3639l1938624,2197860r2489,4096l1943150,2206048r1585,4321l1945866,2214690r245,982l1946037,2213455r,-2267l1945810,2209372r-227,-2041l1944902,2205290r-1588,-3856l1941726,2198030r-2268,-3170l1937416,2191684r-1815,-2495l1934013,2186466r4537,-1586l1943087,2183067r4764,-2268l1952389,2178530r4537,-2947l1961690,2172635r9075,-6349l1979612,2159706r8848,-6576l1996400,2147235r3630,-2497l2003660,2142471xm6235776,2139120r-294,83l6235927,2139387r77,19l6235776,2139120xm4538865,2133613r228,l4538636,2133839r-13723,11760l4538865,2133613xm1031294,2132099r21219,1098l1052041,2134291r-23340,2573l1031294,2132099xm4545659,2131646r-441,35l4543884,2132166r1775,-520xm4564037,2131021r26,79l4556993,2132645r-13726,534l4540250,2133613r1999,-393l4539980,2133307r2090,-612l4540000,2133039r-2722,906l4534782,2134853r-2042,1365l4530471,2137577r-2042,1807l4526841,2141200r-1588,2265l4523892,2145959r-908,2489l4521850,2151404r-681,3396l4520942,2158426r-226,4304l4520942,2166816r227,4079l4520942,2174520r-680,3395l4519354,2181091r-1588,2945l4516178,2186755r-2042,2044l4511867,2191063r-2268,1809l4506649,2194460r-2949,1357l4500523,2197179r-1030,346l4506686,2197338r17683,l4533437,2197563r1826,92l4534604,2197022r-2292,-2204l4532954,2194750r-8579,-14202l4525046,2171620r,-8286l4524293,2179649r-1767,-5958l4521642,2171262r-221,-1986l4521200,2167291r,-1546l4521421,2164201r221,-1547l4522747,2159566r884,-3531l4524735,2151180r311,-1861l4525046,2148722r120,-122l4525177,2148532r663,-3310l4525840,2146105r-87,1892l4526610,2147121r1564,-1375l4529962,2144144r1787,-1373l4535995,2140252r4693,-2061l4545381,2136359r5139,-1373l4555883,2133841r4916,-228l4561380,2133613r329,-681l4563023,2132251r1532,-1133l4564529,2131038r-492,-17xm6256659,2127510r4112,6373l6262134,2136845r1364,2725l6264861,2141852r1818,1587l6268269,2145260r2045,1138l6272359,2147533r2045,909l6276677,2149124r2272,457l6280994,2150038r2499,230l6288265,2150268r5226,-230l6303944,2149581r5453,-226l6314396,2149810r2727,228l6319622,2150492r2272,918l6324394,2152325r2499,911l6328938,2154820r2273,1368l6333330,2158097r115,-344l6330950,2154579r-2495,-2268l6325734,2149818r-2495,-2042l6320291,2146415r-3175,-1360l6314168,2143694r-3175,-906l6307818,2142107r-3402,-907l6297839,2140066r-6803,-905l6284232,2138252r-6803,-1359l6274027,2135983r-3402,-905l6267450,2133719r-3402,-1361l6260873,2130317r-2948,-1813l6256659,2127510xm3980797,2125018r-6807,2268l3965105,2130243r298,208l3980797,2125018xm5251677,2116252r1134,455l5253491,2116931r-1814,-679xm3875335,2116221r447,2098l3877360,2125500r517,4282l3877848,2129075r-682,-5219l3876027,2118865r-368,-1409l3875335,2116221xm2428676,2113329r-102,1015l2427893,2118432r-1361,4311l2425397,2126828r-1588,4081l2421994,2135217r-3629,8390l2413827,2151996r-4310,8164l2405434,2168101r-3857,8390l2401165,2177314r675,-532l2404552,2174289r2487,-2716l2409525,2168857r2487,-2493l2414046,2163646r2034,-2948l2417888,2157756r1583,-3165l2420827,2151642r1356,-3180l2423313,2145521r2035,-6567l2426704,2132385r904,-6793l2428512,2118565r164,-5236xm1765775,2105162r-5218,3611l1766002,2105162r-227,xm959583,2103526r8792,7430l968155,2110956r-6594,2088l954087,2108864r5496,-5338xm3839347,2102666r-693,1550l3838196,2106255r-228,2270l3837739,2110796r,2038l3837739,2115103r229,2501l3838425,2119651r1372,4997l3841626,2129189r2515,4765l3847343,2138947r,2498l3847571,2143943r686,2950l3848486,2148483r358,444l3848678,2148081r449,-2510l3849800,2143060r10784,8952l3861291,2151661r802,206l3862663,2151280r15240,-9325l3878349,2141344r-45,-253l3878129,2136208r-92,731l3877360,2138511r-676,1345l3875557,2141426r-1353,1122l3872401,2143893r-4509,2916l3861805,2150398r-676,673l3850792,2143050r-46,83l3850695,2142974r-839,-650l3850252,2141578r-4429,-13950l3850275,2129039r7228,-1085l3857972,2127071r226,-226l3857972,2126845r-11497,899l3845354,2126148r469,1480l3845336,2127472r-3527,-6938l3841598,2119157r-83,-165l3840839,2116524r-451,-2244l3840162,2112037r,-2244l3840162,2109571r,-1342l3839698,2109040r-1123,-1825l3839347,2102666xm950976,2100352r1525,3677l947738,2105113r3238,-4761xm6418423,2094079r-1127,2090l6416841,2096169r909,2045l6419795,2103433r908,2494l6421385,2108194r454,2042l6422066,2112505r-227,2271l6421385,2116818r8178,20879l6430018,2140425r908,2946l6433198,2150405r2954,7945l6439559,2166528r7043,15654l6452054,2193976r455,909l6455235,2196932r2118,-15441l6457043,2181565r-4763,12472l6451827,2192222r-1361,-4989l6449332,2183150r-1134,-4081l6445250,2170452r-3629,-8389l6437993,2153671r-8164,-17004l6426200,2128504r-3402,-8396l6423705,2118974r-680,-4990l6422118,2109450r-2268,-9295l6418716,2095618r-293,-1539xm6205582,2093540r-271,1626l6204857,2099020r,3856l6205311,2106729r907,3627l6207352,2113984r1814,3402l6210980,2120563r848,1187l6211236,2120225r-1818,-4096l6208282,2112033r-1136,-4096l6206464,2104073r-454,-4097l6205783,2096335r-201,-2795xm6221060,2092717r3809,4073l6239866,2108395r1818,906l6240673,2106716r-1571,-3614l6236834,2097886r4309,10204l6240009,2107636r-2041,-1360l6232979,2102650r-5670,-4536l6221866,2093353r-806,-636xm968375,2092427r9525,9512l977693,2101939r-9318,-9512xm6205776,2090655r6,13l6205783,2090661r-7,-6xm6215516,2088364r-227,227l6215289,2088817r907,908l6220732,2095166r-721,102l6221688,2096106r-5959,-7600l6215516,2088364xm1003056,2084491r3419,6122l996950,2090840r6106,-6349xm3905785,2082699r-2376,114l3904935,2083489r4098,2495l3912675,2088705r3641,3175l3919276,2095508r1800,2540l3919773,2095876r-2051,-3165l3915217,2089754r-2962,-2504l3909066,2084747r-3281,-2048xm6416160,2080737r-227,227l6415705,2081191r1090,4123l6416221,2081108r243,-122l6416387,2080964r-227,-227xm6196239,2079520r278,371l6196480,2079780r-241,-260xm4541611,2077706r,227l4541384,2077933r-227,l4540113,2077893r1022,765l4541361,2078658r227,l4541815,2078658r,-227l4542042,2078658r,-227l4542322,2078478r-485,-545l4541611,2077706xm3878333,2077456r-248,10l3872618,2078148r-5157,1074l3867464,2079242r-2744,682l3861976,2080832r-2286,908l3857403,2082648r-2286,1362l3853288,2085144r-1840,1016l3852943,2086212r-449,457l3850365,2090392r844,-336l3854140,2089383r2931,-225l3859550,2089383r2255,448l3863834,2091177r1803,1122l3867441,2093869r1353,2242l3870074,2098447r-875,-2713l3869103,2094996r-255,-350l3867522,2093053r-1766,-1364l3863989,2090324r-3313,-2047l3857804,2086685r-883,-683l3856037,2085320r,-682l3856921,2083728r1104,-682l3859792,2082136r2871,-910l3866418,2080089r1325,-455l3867761,2079744r4169,-791l3876938,2078273r2685,-127l3878333,2077456xm6414245,2072017r3338,8409l6418489,2079974r-4244,-7957xm4070344,2071160r-222,2438l4069211,2075874r-1139,2502l4066478,2080879r-2278,2275l4061694,2085658r-2734,2502l4055771,2090663r-3417,2276l4048937,2095195r-7973,4552l4032535,2104295r-8884,4095l4014311,2112258r-8885,3638l3996542,2119312r-1068,420l4002725,2117105r16776,-6350l4034917,2105091r15189,-5210l4064389,2095575r7027,-2269l4078444,2091720r6801,-1587l4092273,2089000r7028,-1134l4106102,2086960r7481,-453l4116768,2086302r-7609,-1299l4100538,2083191r-8168,-1814l4085110,2079338r-3176,-1134l4078758,2076845r-2723,-1360l4073766,2073898r-2041,-1359l4070344,2071160xm2503330,2065338r7459,l2518022,2065791r3391,453l2525029,2066924r3391,679l2531810,2068962r3165,906l2538365,2071454r3165,1359l2544468,2074625r3391,1586l2550797,2077570r2713,1812l2555544,2080967r2260,1813l2559613,2084365r1130,1812l2561873,2087763r1130,2039l2563455,2091841r452,1812l2563907,2095692r,1811l2563681,2099543r-452,1813l2562777,2103619r-2034,4078l2558482,2111997r-2938,4300l2552606,2120605r-3391,4761l2545146,2129672r-7459,8833l2533845,2143256r-3617,4301l2526838,2152325r-2939,4297l2521413,2160926r-2035,4308l2518474,2167501r-452,2260l2517570,2171797r-226,2040l2517344,2176101r226,1810l2518022,2180179r452,1809l2519604,2184030r1131,2037l2522317,2187885r1582,2037l2526159,2191503r2035,2037l2531132,2195124r2939,1817l2537461,2198525r3617,1811l2545146,2201924r4521,1582l2565490,2195124r7233,15857l2570010,2214156r18447,3603l2588557,2215305r6805,3170l2602394,2220972r6578,2268l2615778,2224596r6578,1593l2628707,2227087r6579,457l2641864,2227997r6579,l2655021,2227768r6578,-224l2668405,2227087r14064,-1582l2696986,2224147r6125,-678l2708782,2223013r5217,l2719217,2222789r4537,224l2728517,2223240r4083,455l2736683,2224369r3630,684l2743942,2226189r3403,1127l2750521,2228449r3176,1579l2756645,2231386r2723,1811l2762090,2235007r2495,2037l2767080,2239083r4991,4754l2776607,2248598r4537,5695l2791125,2266559r5444,6351l2802467,2280162r3403,3169l2809272,2286055r3403,2717l2816531,2291041r3857,2038l2824471,2294670r4083,1356l2833091,2297389r4537,906l2842164,2298975r4764,451l2851465,2299882r9754,681l2871200,2300787r19962,l2901143,2301017r9754,450l2915661,2302147r4536,453l2924961,2303732r4310,1142l2933582,2306005r4536,1807l2942201,2309404r3857,2261l2949007,2313253r3175,1818l2955812,2316427r3856,1587l2963524,2319146r4537,1358l2972371,2321638r4537,908l2981672,2323453r4763,910l2991199,2324815r4990,453l3000953,2325499r4764,l3010480,2325268r4764,-453l3019554,2324139r4310,-1139l3027947,2321866r4083,-1362l3035660,2318465r3402,-2267l3042238,2313930r2495,-2717l3047002,2308041r2041,-3622l3050404,2300563r908,-4306l3051539,2291723r,-4991l3050858,2281069r-1134,-6123l3048590,2270639r-908,-4080l3047002,2262256r-454,-4320l3046321,2253837r-227,-3870l3046094,2245642r227,-3844l3046548,2237951r454,-3846l3047682,2230259r681,-3624l3049497,2223013r1134,-3630l3051765,2215984r1361,-3403l3054487,2209180r1815,-3403l3057890,2202608r2042,-3171l3063788,2193540r4537,-5656l3073315,2182662r5218,-4988l3084204,2173370r5897,-3850l3096453,2166117r6578,-3180l3109383,2160445r7259,-1811l3123674,2157046r7259,-907l3134562,2155913r3856,l3142048,2155913r3629,226l3149534,2156591r3629,455l3157246,2157726r3856,908l3164732,2159539r3856,1132l3172218,2162257r3856,1367l3179703,2165437r3630,1815l3187189,2169289r3856,2037l3194675,2173821r3629,2719l3201934,2179262r3402,2948l3208058,2184250r2723,2036l3213729,2187884r2949,1581l3219854,2190600r3176,1127l3226206,2192631r3402,909l3236414,2194450r7032,674l3250478,2195579r7032,225l3272027,2196035r7033,225l3286092,2196717r6805,1135l3296073,2198528r3175,909l3302424,2200341r2949,1136l3308322,2203061r2722,1359l3311725,2205099r226,1136l3312178,2207362r454,1818l3312859,2213264r-227,4984l3312616,2218390r733,-550l3314938,2216931r2043,-453l3318797,2216254r2270,l3323564,2216931r17480,454l3358750,2217613r18160,l3394843,2217385r36320,-454l3449096,2216705r17707,226l3471797,2219882r4767,2496l3481558,2224420r4540,1815l3490638,2227598r4540,906l3499718,2229413r4313,228l3508571,2229866r4313,-225l3516970,2229185r4313,-909l3525596,2227371r4086,-910l3533541,2225097r4086,-1357l3545799,2220337r7718,-3632l3561008,2212851r7491,-3862l3575764,2204904r7491,-3854l3590292,2197872r7037,-2499l3593470,2194241r-227,l3592108,2194466r10669,-13840l3626158,2174272r-10896,10213l3622526,2181078r3405,-1361l3628882,2178356r2270,-1813l3632060,2175637r681,-1136l3633195,2173593r454,-909l3633649,2171777r,-1357l3685178,2167239r3859,1819l3692670,2171099r2580,2060l3693578,2172233r-2044,-1134l3689264,2170646r-2270,-226l3684951,2170646r-2497,453l3682681,2175412r454,1812l3683589,2178808r681,1364l3684951,2181305r681,1365l3686313,2183347r1816,1366l3689945,2185845r2270,684l3694486,2186529r2270,l3699026,2186299r4313,-906l3706971,2184485r1362,-229l3709241,2184256r-1135,-4308l3704020,2178585r5675,684l3716732,2179948r16117,1814l3748058,2183347r6129,909l3758727,2185166r13620,-4994l3785740,2174501r12939,-5896l3811846,2162243r9988,49243l3831822,2260993r19522,98692l3850209,2359232r-49033,-32456l3743064,2248677r-908,2056l3740794,2252783r-681,1832l3739432,2256659r-454,1819l3738751,2260766r-227,1808l3738524,2264617r227,4083l3739659,2272784r1135,4313l3742837,2281177r2043,4084l3747604,2289340r2951,4312l3753733,2297511r3632,4083l3760997,2305681r4086,4083l3769396,2313846r8626,7938l3786875,2329272r17479,14980l3812073,2351065r7037,6126l3822288,2360366r2724,2951l3827282,2366040r1816,2723l3825920,2367401r3859,3176l3833184,2373982r3405,3633l3839994,2381697r2951,3862l3846123,2389646r2951,4078l3852025,2398267r2724,4536l3857473,2407560r2270,4776l3862467,2417336r4767,10216l3871320,2438442r4086,11345l3879038,2461362r3405,12030l3885621,2485649r2724,12479l3891069,2511064r2270,12936l3895609,2536932r2043,12940l3899468,2563262r3178,26326l3905597,2615687r2497,25194l3910364,2665170r2497,23155l3915585,2709663r1135,9987l3918400,2728044r23,4l3918535,2728720r1,6l3918536,2728725r14180,85064l3946782,2900203r13839,86646l3960168,2984807r-454,-1814l3958806,2980951r-1134,-1588l3956538,2977776r-1135,-1588l3953588,2974599r-1588,-1135l3949958,2971876r-1814,-1132l3943379,2968475r-4991,-1815l3932716,2965073r-6352,-1361l3919785,2962806r-7033,-908l3905265,2961217r-7714,-227l3889157,2960990r-8167,l3872142,2961217r-8621,452l3854446,2962580r-9302,905l3836069,2964392r-18376,2495l3799543,2969836r-17696,3403l3764832,2976640r-15427,3857l3735112,2984352r-12705,3858l3716962,2990252r-4991,1815l3707433,2994108r-3629,1589l3700854,2997737r-2268,1817l3696997,3000914r-453,681l3696317,3002276r-227,906l3696317,3003862r227,683l3697224,3004996r908,681l3699039,3006357r2950,907l3705845,3007945r4765,681l3716508,3009080r7033,226l3731709,3009306r9301,l3751900,3008852r11571,-455l3776856,3007492r14293,-908l3807257,3004996r17242,-1586l3843329,3001366r20419,-2266l3908895,2993654r51726,-6805l3747817,3015879r-213032,28806l3321753,3073037r-212805,28125l2895689,3128609r-213032,27217l2469399,3182816r-213032,26310l2255232,3198467r-563,-3538l2253889,3196799r-1361,2496l2250259,3201334r-2268,2265l2245268,3205415r-3176,1813l2238236,3208818r-4084,1588l2229615,3211766r-5218,1360l2218952,3214031r-6352,909l2037008,3236032r-2949,-38099l2031110,3159605r-2495,-38325l2026119,3082951r-2269,-38097l2021582,3006302r-1588,-38103l2017952,2929874r-1361,-38553l2015003,2853221r-908,-38327l2013188,2776339r-908,-38329l2011600,2699685r-454,-38331l2011146,2623026r,-39459l2011373,2544338r681,-39461l2012734,2465419r908,-39235l2014549,2386716r1588,-39009l2017725,2308246r227,-8390l2017952,2289649r-681,-24041l2017045,2251999r-227,-14279l2016818,2223207r453,-14744l2017952,2194179r454,-7031l2019313,2180117r681,-6575l2020901,2166967r1361,-6127l2023624,2154946r1361,-5672l2026800,2144060r2268,-4764l2031110,2134989r2496,-4080l2036328,2127508r1361,-1360l2039504,2125014r1361,-1363l2042680,2122517r7713,-909l2059014,2120245r20191,-3399l2102799,2112534r26089,-4762l2157019,2102558r29492,-4987l2216684,2092354r30626,-4762l2262510,2085324r14973,-2041l2292002,2081696r14519,-1588l2320587,2078974r13612,-907l2347130,2077614r12250,-227l2371177,2077614r10890,680l2392049,2079201r4537,680l2401350,2081015r4084,908l2409290,2083056r3630,1361l2416550,2085778r2949,1587l2422448,2088953r2496,2040l2426985,2092808r1252,3961l2427608,2090255r-1356,-13818l2433711,2075305r7685,-1359l2456767,2071001r15596,-2492l2480048,2067150r7911,-906l2495645,2065565r7685,-227xm3865142,2063678r2008,13460l3867150,2074736r7827,610l3874673,2075151r-2950,-2502l3868999,2069692r-2269,-3184l3865142,2063678xm6235328,2055793r-4751,3410l6226430,2065532r425,-71l6228443,2065234r1134,-453l6230711,2064327r1360,-1134l6233205,2062286r2495,-2721l6237527,2056643r-2199,-850xm6049963,2053216r7710,4308l6058127,2057524r-8164,-4308xm5170941,2051628r23132,4309l5193393,2055710r-22452,-4082xm2426151,2044407r-2795,2365l2421087,2048132r900,225l2426151,2044407xm6340050,2042687r-936,2139l6338207,2048907r-454,4309l6337527,2057978r226,4762l6338207,2067955r907,4989l6340248,2078613r1361,5669l6343423,2089725r1588,6121l6347279,2101743r4308,12013l6356803,2126237r5444,12469l6367916,2150724r10886,23356l6383791,2184966r4309,9978l6391439,2203291r-496,-1597l6387535,2191259r-3635,-10666l6380038,2170156r-8179,-21343l6363681,2127261r-3862,-10672l6355957,2105927r-3635,-10436l6349141,2085050r-2726,-10440l6343689,2064170r-2045,-10213l6340281,2043743r-231,-1056xm2722562,2038353r9525,6424l2730605,2047878r-8043,-9525xm6187426,2037474r1103,4630l6190116,2046186r680,2041l6192157,2050268r907,1587l6194652,2053216r1134,1587l6197373,2056164r1555,971l6196868,2054429r-2941,-5002l6190759,2043971r-3167,-6139l6187426,2037474xm1673788,2029777r1353,3404l1673788,2030004r,-227xm2439944,2029123r-481,866l2438329,2032031r-1588,2040l2434283,2036692r3949,-3746l2439944,2029123xm2439418,2022377r-2224,809l2436559,2023367r635,-635l2438329,2022506r1089,-129xm4037235,2022181r-3012,2248l4032838,2025410r1064,1540l4039369,2034684r4440,6747l4041550,2036274r-2269,-6343l4037693,2024718r-454,-2491l4037235,2022181xm2442185,2022052r-2767,325l2439690,2022279r2495,-227xm2442185,2022052r,680l2442094,2022869r91,-817xm6247995,2016027r681,435l6251618,2017826r2036,1364l6255464,2021236r1357,1819l6257952,2025329r905,2728l6261346,2034650r7692,11821l6259536,2052383r-2687,2185l6260419,2051855r9526,-5896l6262234,2034168r-2495,-6576l6258832,2024870r-1134,-2267l6256337,2020789r-1814,-2041l6252482,2017387r-2948,-1360l6247995,2016027xm1739542,2015060r-345,645l1737843,2018204r-676,2500l1736490,2022517r-226,1815l1736039,2025919r,1362l1736264,2028417r452,907l1737167,2030458r1353,1588l1741452,2034541r1353,1362l1743031,2036584r451,1134l1743482,2038625r,908l1743256,2041121r-451,1362l1742129,2044073r-1128,1816l1737843,2050656r-4511,5447l1727017,2063137r-1353,5674l1723887,2074398r1048,-2009l1728339,2066513r3630,-5877l1735826,2054759r3630,-5424l1745809,2040746r3176,-4746l1746490,2034418r-1815,-2034l1742859,2030575r-1134,-2034l1740364,2026733r-454,-2260l1739456,2022212r-227,-2034l1739229,2017918r227,-2260l1739542,2015060xm6152243,2008770r453,454l6152469,2008770r-226,xm6353069,2007061r-121,122l6351814,2007636r-1134,227l6349828,2007863r7719,6376l6356411,2011969r-3342,-4908xm2602057,2006708r3031,1506l2604005,2011477r-3680,-4518l2602057,2006708xm6342516,2005595r-239,2338l6342780,2007430r901,-1199l6342516,2005595xm3198674,1997108r1145,l3201650,1997334r3434,449l3209662,1998234r2518,225l3214927,1998234r2976,-225l3221337,1997334r-4807,3826l3231638,2007688r3892,-901l3239421,2005887r3892,-450l3247205,2004987r8012,-225l3263000,2004762r7783,l3278338,2004537r4120,-226l3286121,2003861r3891,-675l3293675,2002061r8012,-1351l3305121,2005887r1831,3602l3309699,2008138r3892,-1576l3318169,2004537r5037,-1126l3325495,2002736r2289,-225l3329615,2002511r2061,675l3333049,2003861r916,450l3334423,2004762r228,675l3335109,2006562r,901l3335109,2008588r-1602,2026l3331447,2012414r-2061,1801l3327555,2015566r-2289,1350l3322748,2018042r-2061,900l3318169,2020068r-2747,450l3312675,2020968r-2518,225l3307181,2021418r-2976,l3301229,2021193r-3204,-450l3294820,2020293r-24266,6978l3268723,2026370r-2289,-450l3261398,2025020r-5494,-676l3249494,2023894r-13506,-900l3222253,2022094r-6639,-451l3209433,2020743r-5494,-1351l3201192,2018717r-2289,-675l3196614,2017142r-1832,-1126l3193180,2014891r-1374,-1126l3190891,2012190r-1145,-1576l3189517,2008813r-229,-1576l3189517,2002736r5723,2251l3195240,2002286r229,-1801l3195927,1998909r687,-900l3197758,1997559r916,-451xm5661932,1995845r227,1360l5662159,1996752r-227,-907xm2492254,1993985r7911,1358l2498131,2003271r3391,-7021l2505364,1996476r2939,227l2511015,1997382r1356,453l2513275,1998288r905,680l2514858,1999648r904,1132l2516214,2001913r452,1132l2516892,2004857r,1586l2516892,2008708r5425,4758l2522543,2014824r-2261,5889l2528646,2021846r20569,-17668l2559613,2009614r-13110,19707l2534071,2043139r-13336,2039l2506494,2047216r-14240,2039l2477562,2051294r-7233,679l2463322,2052426r-7008,453l2449533,2052879r-6555,-226l2436649,2052199r-6103,-905l2425422,2050061r3832,5555l2249352,2077840r-180129,21771l2074214,2097115r4991,-2041l2084423,2092808r4991,-2041l2100076,2086912r10663,-3402l2121628,2080789r10890,-2495l2143407,2076253r11116,-1587l2161102,2072852r6126,-1815l2179478,2067182r23821,-8391l2215323,2054936r6352,-1815l2227573,2051534r6579,-1361l2240731,2048813r6579,-907l2254343,2047225r5672,-227l2264779,2046998r4764,454l2274080,2047906r8394,1133l2286557,2049719r3857,454l2294271,2050400r4083,l2302438,2049493r4537,-907l2311512,2047225r4991,-2495l2321494,2041782r5672,-3628l2330342,2029989r454,-680l2331249,2028856r1362,-681l2334879,2027495r2949,-454l2344407,2026134r7714,-453l2360515,2025227r7940,-680l2372085,2023866r3176,-680l2378210,2022052r2495,-1133l2402257,2024093r681,l2402031,2028856r2722,1133l2407475,2030670r2496,227l2412693,2030897r2722,-227l2417911,2030217r2269,-908l2422675,2028629r4764,-1814l2432430,2024547r4129,-1180l2436514,2023413r-227,226l2436287,2023866r227,227l2436967,2024320r1588,l2440144,2024093r680,-227l2441732,2023413r362,-544l2441958,2024093r-302,1209l2443204,2021846r9494,-4078l2463774,2007802r28480,-13817xm6077177,1993804r1360,1587l6077403,1994031r-226,-227xm6209619,1987681r-2541,363l6210216,1988044r4751,3411l6215419,1991455r193,-778l6209619,1987681xm6217784,1984733r-116,543l6222659,1986680r11764,13414l6235555,2002367r1131,2501l6237342,2005691r-735,-1909l6235700,2001287r-454,-1587l6224361,1986547r-6577,-1814xm6184900,1976116r-209,518l6194605,1983497r2941,4547l6199415,1988044r-4083,-4898l6185127,1976116r-227,xm6022748,1970221r454,453l6023655,1970901r-907,-680xm2115457,1963782r3856,1429l2114550,1968546r907,-4764xm3375025,1962181r3175,12136l3376386,1985994r-1361,-23813xm3151294,1960598r1481,2822l3149600,1963773r1694,-3175xm5369379,1954347r-454,680l5368347,1956616r-102,225l5368019,1957517r-1,5l5368017,1957523r-680,2040l5366884,1962057r227,2495l5367564,1967273r907,2721l5369214,1971355r618,1360l5371646,1974982r-1814,-2494l5369214,1971355r-516,-1134l5367791,1967726r-454,-2721l5367337,1962737r,-2494l5368017,1957523r2,-6l5368347,1956616r1032,-2269xm3407910,1947909r-227,1124l3398838,1949483r9072,-1574xm5371646,1943236r-680,7483l5371646,1943689r,-453xm2120869,1943145r4794,3077l2119997,1952157r-5011,5276l2114550,1945563r6319,-2418xm6329363,1939381r-454,227l6328455,1940288r-100,600l6332103,1944791r14577,15794l6346598,1960470r-5216,-6576l6337300,1947998r-3175,-4536l6331630,1940515r-907,-907l6329816,1939381r-453,xm3730434,1935172r1131,3689l3732017,1942089r452,2766l3732922,1947622r452,1383l3734053,1950158r1130,1383l3736088,1952924r1357,1384l3739028,1955922r4297,3458l3741290,1959841r-7916,1383l3729077,1961916r-2036,922l3725911,1963530r-9047,11297l3698771,1982896r-2940,7608l3692212,1990735r-3392,l3685427,1990735r-3166,-461l3679321,1989582r-2940,-922l3673667,1987738r-2262,-1614l3669143,1984510r-2035,-2075l3666380,1981481r894,2904l3666596,1983934r-15359,-11936l3648075,1967268r11971,-2026l3660789,1964797r-14,-114l3668465,1959841r8142,-2305l3679095,1952694r1583,-4841l3686784,1947391r6559,-691l3699902,1946008r6558,-1383l3713019,1943011r6107,-2075l3722292,1939783r2940,-1614l3727720,1936786r2714,-1614xm3244729,1933609r4884,3175l3243263,1933926r1466,-317xm3227388,1930434r,993l3225497,1934403r-8749,2382l3216275,1932419r11113,-1985xm5406571,1926682r-14741,9524l5406798,1926682r-227,xm4350345,1926123r-241,7706l4371430,1946747r6126,2944l4383001,1952411r4991,2947l4390261,1957172r2269,1360l4394572,1960345r1815,1814l4397975,1964200r1361,2039l4400470,1968734r1362,2490l4402512,1974170r454,2948l4408411,1980744r5445,3173l4419755,1986863r5899,2267l4431553,1991396r6352,1814l4449930,1996609r12705,3853l4468761,2002275r5898,2038l4480558,2006578r2419,1023l4482420,2007183r-2949,-2268l4476070,2003101r-3402,-1814l4469039,1999700r-4082,-1588l4460421,1996979r-4535,-1361l4449309,1994257r-5897,-1360l4438423,1991310r-4762,-1361l4429805,1988135r-3402,-1588l4423455,1984506r-2948,-1813l4418239,1980425r-2495,-2494l4413250,1975436r-2041,-2721l4405766,1965912r-6350,-8390l4397828,1955935r-2041,-2041l4393519,1952306r-2267,-2040l4386036,1946864r-5443,-3175l4368346,1937340r-5896,-3401l4357007,1930764r-5216,-3628l4350345,1926123xm3267193,1925672r3057,2256l3269780,1930434r-5880,-3509l3267193,1925672xm3416754,1922496r454,l3417888,1925644r,1799l3403828,1929242r12926,-6746xm3759200,1919297r-903,451l3737291,1941819r-6550,-6081l3747681,1923351r10390,-3828l3759200,1919297xm3230563,1916148r6350,1253l3234532,1920911r-3969,-4763xm5399087,1915571r-5896,3174l5398861,1915798r226,-227xm1778496,1913242r-4340,8051l1773091,1926176r5405,-12934xm3302001,1911384r-11113,9524l3301384,1911622r617,-238xm3360719,1907960r-9506,9777l3353859,1912748r6860,-4788xm2771568,1905121r3382,227l2772695,1908063r-4509,7692l2763903,1922993r-3382,7239l2757591,1936566r-2255,5882l2753533,1946745r-1353,4522l2751729,1954438r10821,22166l2761874,1979998r-902,3167l2759845,1986105r-1127,2262l2757140,1990629r-1578,1585l2753758,1994022r-2029,1131l2749475,1996284r-2480,453l2744289,1997188r-2705,l2738653,1996962r-3381,-225l2731890,1995832r-3382,-904l2714080,1981130r-20290,-3846l2677558,1973888r-20741,-10628l2652985,1963260r-5411,-228l2644192,1962806r-3156,-905l2637654,1961449r-3156,-906l2631342,1959412r-2705,-1356l2626157,1956698r-1804,-1810l2623902,1953986r-901,-1135l2622775,1951718r-225,-1134l2622775,1949458r226,-1355l2623452,1946745r901,-1583l2636076,1929553r6989,4299l2663581,1924350r4283,1810l2671922,1927518r4058,1358l2680038,1929781r4283,678l2688605,1930684r4058,228l2696946,1930912r4284,-453l2705288,1929781r4058,-905l2713404,1927518r4058,-1358l2721520,1924124r3832,-2036l2729185,1919600r10821,-5203l2740231,1914397r2480,-226l2744966,1914171r2029,-453l2749024,1913266r3607,-1131l2756238,1910551r3382,-1584l2763227,1907384r3832,-1357l2771568,1905121xm3257550,1905035r1588,4413l3257683,1914559r-133,-9524xm3367088,1903450r-882,680l3360719,1907960r3944,-4057l3365104,1903677r1984,-227xm5085896,1902872r1134,1134l5086804,1903552r-908,-680xm3272977,1900272r3624,3849l3271286,1916147r-5798,-8419l3272977,1900272xm3346450,1900271r4763,l3347720,1905034r-1270,-4763xm5410880,1899924r6804,680l5417911,1900604r-7031,-680xm4346184,1898407r-164,62l4343524,1898922r-3176,l4342631,1903484r1222,-1746l4345668,1899017r516,-610xm3026083,1893924r2305,236l3030231,1894630r1613,1176l3033227,1896982r1152,1881l3035301,1900744r-2074,5880l3021013,1894630r2766,-470l3026083,1893924xm1783699,1887556r-1418,12131l1782565,1898354r908,-6329l1783699,1889087r,-1531xm2202000,1885997r-1603,10677l2209785,1896229r1603,3782l2202229,1914914r-6640,5783l2191468,1920920r-10075,-1556l2178417,1917139r-2977,-5339l2169945,1913135r-6182,2001l2172463,1901790r29537,-15793xm3259138,1884397r4763,434l3260392,1889161r-1254,-4764xm3163492,1881225r1984,1587l3164484,1887574r-3771,-5027l3163492,1881225xm3209290,1881224r424,1710l3209925,1883178r-3175,7571l3209290,1881224xm4110609,1880870r98,494l4113204,1894557r2269,13874l4118401,1921519r60,-384l4117100,1913655r-1588,-8613l4113924,1896202r-2042,-9520l4110974,1882149r-365,-1279xm6462032,1878382r5216,9977l6486071,1923054r-21388,-39371l6462032,1878382xm2236334,1876471r13154,10882l2249488,1887584r-22225,-6483l2236334,1876471xm3243263,1876461r443,l3244371,1876461r2436,705l3249466,1878812r1107,706l3251681,1880458r664,1411l3252788,1882810r-221,l3246586,1879518r-1551,-941l3243706,1877401r-443,-471l3243263,1876461xm4351186,1869575r-2671,334l4347381,1872629r-253,1013l4347709,1872712r1360,-1360l4350884,1869764r302,-189xm3308351,1868522r-246,428l3290888,1879635r2952,-5984l3308351,1868522xm3011806,1865350r1333,873l3016695,1873208r8668,6113l3027363,1882594r-444,219l3011139,1878884r-4445,3274l3005138,1876920r7334,-7422l3011806,1865350xm3016250,1863762r6350,7938l3022373,1871485r-6123,-7723xm3226701,1862174r6007,5069l3238500,1873696r-1287,1382l3236355,1875770r-644,461l3234853,1876461r-1072,l3232923,1876000r-1502,-1613l3227345,1870239r-2145,-1843l3223698,1867243r-1073,-691l3226701,1862174xm3340101,1858997r-434,1254l3331629,1866935r-6083,-1253l3319463,1862757r5866,-3133l3340101,1858997xm434975,1855842r-177,423l431977,1859016r-177,l431800,1857112r3175,-1270xm368914,1852635r-4079,6123l367703,1853443r1211,-808xm370953,1847419r-3250,6024l367554,1853542r-37,l370953,1847419xm3016123,1843125r3302,6231l3013075,1855826r3048,-12701xm3847705,1842456r-2780,879l3841750,1845152r-1814,1363l3839255,1847423r-907,908l3838121,1849012r,909l3838121,1850601r227,909l3839482,1853100r1361,1589l3842884,1856051r2268,1363l3850595,1860366r504,233l3847705,1842456xm3850595,1841746r-1361,227l3848079,1842338r27275,6274l3878304,1848384r2951,-683l3884659,1846792r3405,-1138l3892792,1843730r-3871,286l3883025,1844471r-5896,l3871459,1844016r-5443,-226l3860573,1843335r-5216,-681l3850595,1841746xm1749461,1841706r-4758,1093l1745737,1843216r3724,-1510xm1806429,1841473r-20,154l1816531,1845090r294,-303l1806429,1841473xm381000,1836760r-212,595l378883,1840134r-1058,1388l381000,1836760xm1781528,1834343r-12308,2827l1777314,1837769r4214,-3426xm1747964,1832685r-1099,1452l1745512,1835953r-1579,1816l1743256,1839357r,682l1743256,1840946r32,96l1747964,1832685xm4346580,1831401r-8274,11081l4338760,1844068r680,1814l4341482,1849282r2723,3627l4347154,1856535r2950,3400l4352372,1863109r2269,3173l4355106,1867212r2581,-1076l4354512,1859333r-2494,-5669l4350203,1849356r-1360,-3855l4348162,1841872r-680,-3855l4346580,1831401xm1805935,1828739r-9767,2243l1805908,1829467r27,-728xm386768,1828254r-406,568l385057,1831247r1711,-2993xm1746263,1825123r-7757,4477l1738520,1829598r2481,-454l1743482,1828917r2255,l1746468,1829009r-205,-3886xm4296228,1824865r681,l4296228,1825092r,-227xm5031241,1823504r2721,6350l5032829,1826225r-1588,-2721xm3278642,1820898r10659,12700l3284539,1844711r-5897,-9299l3271838,1826114r6804,-5216xm2984073,1817570r428,156l2984270,1817726r-197,-156xm3198813,1812961r12700,8639l3206721,1822486r-7908,-9525xm2972906,1808770r11167,8800l2976178,1814705r-2080,-1625l2972906,1808770xm3158490,1808200r3810,1786l3162046,1811375r-6096,-2580l3158490,1808200xm2980192,1803046r1360,456l2980192,1803274r,-228xm5732689,1801962r-454,680l5732309,1802720r-74,149l5736545,1807177r-4236,-4457l5732689,1801962xm2963694,1798676r8092,5808l2971786,1804716r1120,4054l2960688,1799140r3006,-464xm2991461,1795602r-157,393l2991855,1796942r-394,-1340xm2992302,1784986r-544,546l2994365,1790761r-2063,-5775xm2473552,1784469r12927,4536l2490561,1793994r-4536,4083l2490107,1801252r1815,1361l2493282,1803973r908,1362l2495323,1806922r681,1134l2496457,1809416r681,3176l2497138,1815767r,8164l2490334,1835498r1814,4082l2494190,1849786r-4990,38554l2481716,1894690r-16555,-2041l2456543,1909885r-17916,-5217l2434771,1909658r-3628,-4083l2435678,1901720r,-1360l2433864,1889020r1814,-21772l2440441,1869970r-907,-10206l2436132,1850920r2041,-8165l2432730,1829374r-7030,-9752l2428421,1815993r4309,-4535l2438173,1806468r5897,-5670l2447471,1798077r3856,-2495l2454955,1793088r3629,-2269l2462213,1788552r3855,-1588l2469923,1785376r3629,-907xm3282064,1782798r23112,12927l3304709,1795725r-8638,4535l3279029,1796405r4669,-3629l3270624,1794818r-5136,-5444l3282064,1782798xm4110735,1779392r-12717,3087l4083730,1786112r-13153,3861l4059011,1793606r-9979,3406l4041322,1799737r-2722,1589l4036332,1802235r-8844,4542l4017963,1811544r-10886,4542l3995964,1820401r-11792,4314l3971698,1828576r-12700,3633l3955899,1832971r705,173l3993371,1827231r13844,-4549l4022421,1817906r15887,-5687l4054649,1806077r16114,-6141l4078479,1796525r7717,-3412l4093232,1789246r7035,-3411l4106622,1782196r4113,-2804xm4145387,1772471r-2012,244l4128181,1775667r-12323,2578l4116608,1778328r1589,456l4119558,1779693r1362,683l4122055,1781513r908,1138l4123871,1784014r1134,2730l4125459,1788791r224,1234l4134116,1782188r8394,-7254l4145387,1772471xm4229660,1772141r-11998,6733l4218288,1779694r680,454l4231469,1773444r-1809,-1303xm5404984,1770894r6985,636l5412241,1771575r227,l5411969,1771530r-3810,-636l5404984,1770894xm474398,1770118r264,1504l471487,1774881r2911,-4763xm4184650,1768627r-6123,228l4171950,1769081r-6803,909l4164496,1770052r2063,123l4173820,1770854r6352,454l4183348,1771534r3177,l4189474,1771308r3176,-454l4196054,1769948r1644,-514l4195763,1769081r-5216,-226l4184650,1768627xm2944132,1766425r908,l2945493,1766880r557,349l2946174,1772794r-1815,-3640l2944132,1768017r-226,-683l2943906,1766880r226,-455xm5023304,1765906r6576,12018l5027839,1772028r-4535,-6122xm2109179,1758026r-575,1776l2107697,1762966r-454,3164l2106789,1768842r,2713l2106562,1773816r227,2034l2107243,1777884r454,1582l2108377,1781274r908,1130l2110192,1783534r1135,1357l2112688,1785569r1362,678l2115411,1786925r1815,678l2120856,1788055r465,l2120837,1787820r-2757,-1789l2116012,1784019r-2298,-2236l2111876,1779100r-1379,-2907l2109349,1773063r-919,-3354l2108200,1766131r,-3801l2109119,1758306r60,-280xm3016376,1753828r-3527,4181l3010127,1763679r6249,-9851xm3235325,1751049r-441,649l3233561,1760358r-8158,l3219450,1760573r,-7143l3235325,1751049xm5423807,1743456r4763,2948l5428116,1745723r-4309,-2267xm2620962,1738995r-114,38l2620963,1739584r-530,318l2619942,1739902r-113,227l2620736,1740129r453,-227l2620962,1738995xm5014686,1738920r1587,2495l5016727,1740735r-454,l5014686,1738920xm5418591,1738694r454,907l5419498,1740054r-907,-1360xm3254790,1735176r4348,2788l3249613,1744701r5177,-9525xm3011211,1731408r-3767,540l3009901,1733898r4989,4321l3016741,1740076r-67,-200l3013955,1733758r2307,-404l3011211,1731408xm2488584,1730940r-225,2735l2488481,1731562r103,-622xm5090659,1729850r1134,4308l5092020,1733932r-1361,-4082xm5418591,1728036r-227,1360l5418364,1729850r227,-1814xm2164609,1724910r1657,761l2168802,1727277r2536,2065l2173413,1731406r2075,2524l2177102,1736912r1383,2983l2178621,1740573r-344,-1894l2177823,1736867r-454,-2040l2176462,1733240r-680,-1587l2174875,1730294r-907,-1133l2172607,1728027r-907,-907l2170112,1726441r-1360,-454l2167391,1725307r-2782,-397xm3236687,1724060r4536,l3241676,1728823r-7938,-4261l3236687,1724060xm478629,1723145r-99,222l478415,1723478r214,-333xm2992677,1719321r215,1156l2993799,1721160r1475,1057l2992677,1719321xm483263,1718811r,4001l488343,1725923r6235,-1556l493654,1725256r-6003,4445l479338,1738369r462,666l471719,1749481r-232,-222l472642,1744147r-462,l479569,1731924r-6696,6667l476798,1727256r1732,-3889l483263,1718811xm3189791,1716124r7434,5001l3187700,1725649r2091,-9525xm3088481,1706498r-3708,874l3076625,1709186r-4753,907l3069608,1710773r-2490,907l3066213,1712360r-11770,7710l3032940,1730048r-452,227l3027272,1731427r4812,-842l3032310,1730358r21755,-9971l3065849,1712683r17449,-2493l3088481,1706498xm2986524,1703321r-209,324l2987477,1705365r-953,-2044xm3101233,1697047r-616,1028l3100391,1698075r-227,l3099867,1698405r200,l3100294,1698405r227,l3101450,1698273r-217,-1226xm5599566,1696288r-1134,907l5599566,1696742r,-454xm2527073,1692400r227,4310l2527073,1700338r-14061,-1588l2527073,1692400xm5650820,1690846r453,227l5651954,1691300r-1134,-454xm2483864,1690820r2472,229l2488584,1691733r1573,683l2491954,1693329r1124,1368l2493977,1696520r899,2052l2495325,1700851r225,2507l2495325,1706550r-449,3191l2493977,1713388r-899,3875l2491954,1721366r-1573,4787l2488584,1730940r449,-4330l2488584,1729801r-103,1761l2487909,1735043r-1348,5015l2484988,1745073r-2247,5927l2480044,1757155r-2921,6611l2470381,1778129r-15280,-9348l2458022,1763310r-8989,-2280l2454427,1751455r-5169,-5698l2451056,1743022r-3371,-8434l2449708,1733675r-3371,-6382l2452179,1717947r22472,-12081l2483864,1691049r,-229xm587858,1688780r-3727,7624l582267,1699992r-621,224l581439,1700216r-414,-224l587651,1689005r207,-225xm4171058,1684164r1346,1816l4177620,1692791r5443,6585l4189186,1705961r3175,3178l4195763,1712091r-454,1816l4195082,1715951r-226,1816l4195082,1719811r227,1816l4195763,1723671r680,1816l4197350,1727530r2041,4088l4201127,1734302r-149,-370l4200071,1730530r-907,-3402l4198257,1723500r-680,-3855l4196896,1716017r-227,-4082l4197577,1709894r-2722,-2041l4191907,1705813r-3175,-2721l4185557,1700143r-3402,-3401l4178980,1693341r-6577,-7484l4171058,1684164xm5600700,1677467r454,1360l5602061,1681549r-681,-2495l5600700,1677467xm5303384,1673612r3175,l5309734,1673612r3175,454l5315630,1674746r3175,1133l5321754,1676787r2948,1360l5327877,1679735r2948,1587l5333773,1683590r2722,2267l5339216,1687898r2948,2721l5347607,1696288r5443,6350l5358266,1709441r5443,7256l5368698,1724634r4989,8391l5378450,1741642r4536,9070l5387748,1760010r4309,9297l5396366,1779058r8391,19502l5412695,1818289r7257,19048l5432879,1872032r5896,14740l5443764,1899470r-1814,4082l5443311,1901511r453,-2041l5454877,1923508r11793,26077l5492977,2004915r13834,29253l5520418,2064100r13607,30613l5540829,2109902r6576,15425l5553755,2140520r6124,15419l5565548,2171132r5670,15421l5576661,2201520r4989,15194l5586412,2231456r4083,14962l5594123,2260701r3402,14281l5600473,2288815r2041,13611l5604329,2315807r1133,13148l5605689,2335306r227,6348l5605916,2347777r-227,5897l5596618,2346189r-2041,-7029l5591629,2338025r-3175,-1586l5585505,2334624r-3175,-2041l5579155,2330089r-2721,-2494l5570084,2321698r-6123,-6571l5558064,2308324r-11566,-14065l5540602,2287454r-5443,-6349l5530170,2275210r-4990,-4762l5522912,2268409r-2267,-1588l5518377,2265235r-1815,-1134l5514521,2263648r-1814,-453l5510893,2263422r-1588,679l5516336,2265690r-3402,l5509305,2265916r-3401,679l5502502,2267275r-7031,1588l5488895,2270901r-6804,2723l5475741,2276116r-12700,5443l5457145,2284279r-5670,2041l5445805,2288361r-5443,1136l5437868,2290176r-2495,227l5432879,2290403r-2495,-227l5428343,2289724r-2268,-682l5423807,2288134r-2041,-1134l5417230,2287454r-4309,l5409293,2287680r-1361,229l5406118,2288361r-1134,454l5403623,2289497r-907,906l5402036,2291537r-681,1135l5400902,2294486r-227,1815l5400675,2298796r-3402,-227l5393871,2298796r-7484,453l5379130,2300384r-7257,1362l5365070,2303105r-6350,1815l5348287,2307417r-2267,1360l5343979,2310136r-2268,1132l5339216,2312179r-4536,1359l5330145,2314674r-8845,1583l5317445,2316939r-3402,1359l5307693,2317842r-6804,-903l5286148,2315127r-12927,-2043l5268459,2312401r-2722,-222l5257573,2313084r-7711,908l5241925,2314216r-8164,227l5225823,2314674r-7937,-231l5202011,2313992r-31524,-1360l5155293,2312401r-7711,l5139871,2312632r-4082,-3630l5129666,2302879r-17009,-16105l5102679,2277251r-10886,-9749l5086123,2262741r-5669,-4532l5074784,2253674r-5897,-4080l5063445,2245287r-5670,-3401l5052105,2238711r-5216,-2494l5041673,2233951r-4762,-1814l5034416,2231682r-2495,-226l5029880,2231228r-2041,l5025798,2231228r-2041,454l5021716,2232137r-1587,1134l5018314,2234176r-1360,1134l5015593,2236898r-1361,1589l5013098,2240752r-1361,2266l5010830,2245287r-680,2945l5009696,2251179r-680,3400l5008789,2258209r-453,3853l5002666,2263648r-5670,1361l4991554,2266821r-4990,1588l4976586,2272263r-4763,2038l4966834,2275663r-4763,1815l4956855,2278383r-5216,907l4945970,2279744r-5897,l4933950,2279290r-6804,-1134l4920116,2276344r-13154,-4534l4894262,2267275r-12473,-5213l4869770,2257075r-11793,-5442l4846637,2245740r-11566,-5668l4824186,2233951r-10886,-6351l4802641,2221023r-10886,-6805l4781323,2207415r-10659,-7259l4760232,2192903r-10205,-7937l4739368,2177255r-7031,-5669l4733698,2163195r-14968,-2721l4718503,2157980r-680,-2268l4717143,2153219r-681,-2269l4715555,2148683r-1360,-2268l4711700,2142107r-3175,-4306l4704896,2133719r-4309,-3628l4696278,2126461r-4308,-3401l4686980,2120108r-4535,-2947l4677682,2114892r-4762,-2270l4668384,2110583r-4536,-1588l4659993,2107863r-9298,10657l4607081,2104585r-52,-267l4619171,2099020r-14287,-227l4606925,2103783r104,535l4606698,2104463r383,122l4611007,2124873r-13380,6125l4593998,2129412r-1839,-975l4593770,2129646r1588,1132l4597400,2131681r-227,l4596946,2131681r-2949,454l4588325,2132135r-6126,l4569948,2131229r-3853,-135l4578350,2135653r,453l4578217,2139213r388,297l4578771,2135636r-194,-151l4578350,2133613r14288,12698l4591958,2145895r-10192,-7928l4592638,2148077r-9046,4287l4583592,2153529r,3207l4581581,2156280r-1341,-231l4578453,2155820r-1341,229l4575995,2156280r-1565,228l4573313,2157195r-894,685l4571302,2159026r-894,916l4569738,2161086r-671,1604l4567950,2166124r-670,4122l4587168,2172535r13407,16944l4600012,2190633r1290,-927l4622800,2214587r-975,112l4622985,2215239r6347,3396l4632279,2220453r2947,1811l4637947,2224533r2720,2265l4642934,2228839r2267,2491l4647468,2233819r1814,2714l4651322,2239026r1587,2947l4654496,2244900r1134,3170l4656763,2251257r1134,3435l4661297,2257636r3628,2741l4672859,2266033r9068,5891l4691222,2277592r9748,5210l4710265,2288241r17456,9289l4725908,2302517r-454,2496l4724774,2307500r-453,2042l4724094,2311805r,2273l4724321,2315889r213,1065l4724623,2315669r,-3208l4725291,2309485r446,-3208l4726406,2303071r891,-2978l4728188,2297114r9581,4582l4740888,2303071r3342,7561l4755816,2321854r4456,9622l4752920,2337202r2896,8017l4760272,2346366r14928,18554l4774977,2364920r,230l4771173,2362915r1209,1022l4776916,2368242r3627,3626l4783037,2375266r1587,2951l4785757,2380706r680,2721l4787117,2389098r681,2940l4788931,2395442r1587,3855l4793012,2403828r3400,5203l4800720,2414942r2040,2267l4804574,2419251r2040,1583l4808427,2422423r2041,1362l4812735,2424693r1813,1133l4816815,2426508r3828,849l4818422,2425996r-2939,-2250l4812318,2421270r-2486,-2475l4807119,2416094r-2712,-2925l4801920,2410017r-2260,-3152l4797399,2403715r-1808,-3376l4794008,2397188r-1356,-3376l4791296,2390437r-905,-3376l4789713,2383910r-226,-3151l4789487,2377609r226,-2701l4794008,2380759r4295,6302l4803276,2393136r4747,6078l4813449,2404841r5199,5401l4824525,2415194r3165,2250l4830629,2419694r10398,2026l4851878,2423521r7459,-4277l4859337,2419694r-1808,3376l4855268,2425996r-2034,2476l4851560,2429685r1528,448l4854902,2430814r1813,907l4858302,2432856r1814,1358l4861703,2435798r1813,1585l4870771,2436252r4080,5211l4879159,2446901r1236,1360l4876365,2443240r-5915,-7481l4872270,2434397r2275,5217l4878185,2433947r6597,13825l4894564,2451400r22750,-9063l4921409,2440517r3867,-1583l4928916,2437573r3867,-906l4936423,2435759r3640,-681l4947798,2433947r7734,-681l4963267,2432810r8645,-451l4981011,2431678r19565,-8395l4993751,2416932r5005,907l5009903,2413754r2047,-4551l5016728,2382899r8872,-16537l5035837,2335069r14105,-21995l5050852,2298784r632,l5052748,2287246r6174,-3182l5057599,2279733r9260,10930l5063111,2292718r4146,31124l5075421,2327586r1365,1357l5089525,2359107r-455,3852l5078606,2376100r-8190,-12010l5066321,2370441r5523,11458l5071609,2380378r,-2485l5071609,2376983r227,-678l5072290,2375847r907,-451l5073877,2375396r907,l5076145,2375847r1361,458l5079773,2376756r9979,-12905l5095195,2367475r5216,4073l5105173,2375847r4309,4303l5117873,2388986r3856,4299l5125811,2397362r4309,3842l5134429,2405050r4536,3387l5141459,2410025r2722,1363l5146675,2412981r2948,1138l5152572,2415030r3175,1128l5159148,2416836r3402,676l5166406,2417964r3855,452l5178198,2418642r7938,229l5194300,2419551r7938,679l5206093,2420909r3855,677l5213577,2422724r3855,1129l5221061,2425439r3629,1811l5228091,2429520r2949,2486l5305425,2496298r-5216,45047l5299302,2546552r-1587,5207l5296354,2556289r-1814,4755l5291138,2569644r-3402,8602l5286148,2582548r-1587,4302l5283427,2591604r-1134,4757l5281386,2601342r-454,4978l5280706,2611981r226,5886l5280025,2618999r-907,907l5277757,2620585r-907,451l5275716,2621718r-1360,223l5271634,2621941r-2494,l5266418,2621718r-2495,-456l5261429,2621718r-1134,223l5259161,2622395r-1134,453l5257120,2623528r-680,904l5255759,2625564r-907,1360l5254398,2628736r-453,2038l5253718,2633036r,2718l5253718,2638922r454,7248l5255532,2655454r908,4982l5257800,2664965r1588,4527l5260748,2673570r3402,7244l5267098,2687383r1134,3171l5269366,2693496r681,3169l5270273,2699835r-226,2942l5269366,2706173r-1360,3172l5266191,2712968r-4762,1134l5257347,2715460r-3856,1812l5250316,2719082r-2948,2039l5244647,2723385r-2041,2260l5240565,2728137r-1588,2492l5237390,2733346r-1134,2717l5235122,2739007r-1815,5887l5231947,2750781r-1588,6113l5228998,2762554r-907,2943l5226957,2768443r-1134,2715l5224690,2773876r-1815,2263l5221061,2778630r-2041,2492l5216752,2782932r-2721,2038l5210856,2786555r-3402,1813l5203598,2789497r-5442,1588l5192713,2792669r-5670,2039l5181600,2796519r-11793,4982l5158241,2806481r-11793,5208l5134656,2816666r-12020,4758l5116740,2823463r-5897,1808l5104947,2826855r-5897,1588l5093381,2829346r-5897,680l5081588,2830252r-5443,l5070475,2829573r-5669,-905l5059363,2827083r-5443,-2038l5051198,2823688r-2494,-1357l5046209,2820744r-2721,-1812l5040993,2816892r-2495,-1808l5036004,2812595r-2495,-2491l5031015,2807839r-2268,-2943l5023984,2798783r-9298,-12906l5005615,2773198r-9072,-12907l4992461,2753952r-4536,-6793l5011284,2737194r7718,-3595l5009059,2737057r-10655,3626l4976414,2747484r-21990,6802l4931981,2761086r-10882,3628l4909990,2768568r-10655,3855l4888680,2776276r-10201,4533l4868277,2785345r-9748,4989l4849234,2795319r-8841,5668l4836085,2803482r-1747,1285l4835525,2804026r6123,-3399l4848225,2797683r6803,-2720l4888366,2783861r33564,-11330l4938485,2766638r16556,-6117l4971596,2754629r16102,-6569l4994728,2758935r7257,10878l5009243,2780234r7484,10649l5032148,2811956r14968,20843l4915580,2852280r-131536,19028l4791755,2870174r7257,-1579l4805135,2867462r5217,-1363l4814887,2864516r3629,-1354l4821464,2861572r2268,-1364l4825319,2858844r1134,-1357l4826907,2856128r,-1129l4826453,2853866r-1134,-905l4824185,2852054r-1587,-903l4820557,2850696r-2268,-453l4816021,2850243r-2721,l4810578,2850243r-2948,453l4804909,2851377r-2722,1128l4799239,2853641r-2721,1358l4793796,2857034r-2494,2261l4789260,2861572r-2267,2944l4785405,2867685r-1361,3623l4786312,2864516r2722,-6572l4790028,2855417r-190,419l4787571,2860368r-1587,4993l4784170,2870346r-66650,9752l4651096,2889605r-66424,9302l4518021,2907290r-8388,906l4501472,2908646r-7255,l4487189,2907969r-6347,-679l4474948,2905928r-5668,-1812l4463839,2902306r-4761,-2489l4454544,2897087r-4534,-2958l4445930,2890963r-3854,-3397l4438448,2883715r-3627,-3848l4431421,2875783r-3174,-4308l4425073,2866718r-6574,-9295l4412151,2847682r-6801,-9977l4398095,2827509r-3854,-5213l4389934,2817309r-4307,-5213l4381093,2807335r-5215,-4988l4370664,2797586r-7028,-5667l4356609,2786930r-7482,-4986l4341646,2777863r-7254,-4081l4326911,2769702r-14963,-7483l4304467,2758366r-7255,-4080l4289958,2749980r-7028,-4761l4275902,2740232r-6801,-5668l4265701,2731616r-3401,-3177l4259126,2725043r-3173,-3626l4253912,2719376r-1813,-2494l4248698,2710985r-3627,-6571l4241670,2697158r-3627,-7708l4235096,2681287r-2947,-8160l4229428,2664738r-2720,-7936l4224214,2649094r-3627,-14282l4218320,2623704r-907,-4080l4217186,2616903r-7708,-6799l4201544,2603529r-8615,-6800l4184314,2590155r-18136,-12695l4148269,2564313r-9068,-6573l4130586,2551170r-8388,-6576l4114263,2537793r-7254,-6800l4100208,2523969r-3401,-3626l4093860,2516716r-2947,-3855l4088192,2509237r227,-1815l4088192,2504929r-453,-2491l4087286,2500169r-907,-2719l4085245,2494729r-2720,-6115l4079124,2482491r-4080,-6801l4070283,2468893r-5441,-7030l4058948,2454378r-6348,-7477l4045799,2439425r-7481,-7704l4030837,2424013r-7935,-7483l4014514,2409031r-8161,-7243l3997738,2394534r-8388,-7020l3980509,2380933r-8388,-5888l3963506,2368920r-8388,-5437l3946730,2358725r-7935,-4309l3931087,2350567r-7708,-3173l3916125,2345125r-3401,-1135l3909551,2343310r-3174,-680l3903203,2342406r-2947,-230l3897762,2342406r-2720,224l3892321,2343082r-2267,681l3888014,2344897r-1814,-11339l3885067,2322684r-454,-5211l3884613,2312040r,-5214l3884840,2301837r453,-4760l3885973,2292089r1361,-4309l3888694,2283481r1814,-4299l3892548,2275324r2720,-3625l3897673,2269114r-225,-39l3885830,2267709r-456,-6137l3885374,2254955r,-13687l3886058,2211935r-228,-14563l3885830,2190094r-456,-7058l3884691,2176437r-683,-6592l3882655,2163761r1730,11736l3883699,2180039r-229,4312l3882784,2192978r229,8171l3883470,2209546r915,16802l3884613,2234976r,9303l3880497,2260621r-7088,-11127l3866778,2238379r-5945,-10666l3855803,2217268r-4573,-10216l3847343,2196606r-3202,-10210l3841169,2175952r-2515,-10440l3836596,2154840r-1829,-11125l3833395,2132593r-1372,-11354l3830879,2108977r-1600,-25648l3829050,2078108r3659,-10670l3830422,2055860r16584,-1335l3830866,2055610r-229,223l3836121,2040593r229,-1120l3852958,2043435r180,-1889l3855520,2043147r740,l3857139,2043292r141,-880l3857645,2042848r6557,-10555l3868965,2026539r226,-5064l3869645,2018483r680,-2992l3871006,2014110r129,-458l3868737,2015653r2407,-2036l3871459,2012499r681,-1151l3873047,2010197r1361,-1380l3875768,2008125r1361,-919l3878943,2006745r379,-43l3881016,2005270r446,-236l3879484,2006684r7624,-859l3887108,1993396r3008,-7391l3888744,1983943r-1815,-2728l3884886,1978713r-2496,-2047l3881495,1975768r-7568,-5693l3873961,1970085r-113,-70l3873927,1970075r-1017,-302l3873816,1969995r-1844,-1136l3871996,1969101r-21022,-3138l3850060,1964618r12111,-448l3869254,1960585r1352,1031l3870361,1960061r-4993,683l3861056,1961427r-3858,682l3853793,1962336r-1588,l3850843,1962109r-1362,-227l3847892,1961199r-1134,-683l3845169,1959379r-1135,-1364l3842899,1956423r-1134,-2047l3835410,1926854r-9305,-9780l3824970,1913890r-2270,-17513l3823481,1895594r-101,-31l3823607,1891476r20411,-2498l3844018,1889204r-2041,2043l3837063,1898833r162,45l3844488,1888643r9532,-1820l3866957,1884321r33816,-6369l3920745,1873858r21107,-3866l3963867,1866125r22241,-3411l4007896,1859529r10894,-1137l4029003,1857027r10213,-682l4048521,1855663r9305,-455l4066451,1855208r7943,227l4081657,1855890r6582,910l4094139,1858165r2724,682l4098905,1859757r2270,1137l4103218,1862031r1157,967l4103034,1860615r-2042,-3626l4098723,1853815r102322,-14506l4303594,1824802r5445,1813l4314711,1828428r5898,1134l4326054,1830016r5672,226l4337625,1830016r5672,-680l4346218,1828752r-97,-712l4303486,1823958r174398,-25398l4652282,1773162r174398,-25851l5000852,1720779r149905,-23130l5300209,1674066r3175,-454xm530672,1673067r-7403,10229l520700,1684394r2997,-4172l530672,1673067xm3095507,1673018r3910,13776l3097213,1674346r-1706,-1328xm3004281,1668986r-550,103l2993809,1680698r-1128,2455l2991554,1684493r-902,1116l2990216,1685896r207,1501l2990614,1686735r,-227l2995594,1679252r8687,-10266xm5387975,1668850r9752,7710l5397954,1676560r-9979,-7710xm4272992,1667654r-7107,1945l4268561,1669757r1360,-454l4271736,1668396r1256,-742xm3013202,1667303r-7919,1493l3020266,1668396r-7064,-1093xm537663,1665896r-6991,7171l533757,1668805r-5351,5928l533971,1668365r3692,-2469xm539750,1663755r-856,1318l537663,1665896r2087,-2141xm3251378,1663598r-1765,968l3250520,1668433r680,3411l3251200,1672727r697,-1743l3252124,1668718r-227,-3173l3251378,1663598xm2932306,1663284r-271,476l2931125,1666050r-683,2061l2929759,1670402r-202,2240l2930121,1669965r1184,-4256l2932306,1663284xm2637247,1662545r-1997,897l2633435,1664358r-4082,1374l2625271,1666420r-2232,265l2623471,1666713r3399,-226l2630268,1665808r3399,-1359l2636840,1662865r407,-320xm2400167,1662114r133,265l2398712,1663702r1455,-1588xm2051957,1662070r-5443,40120l2041071,1742759r-9525,907l2028144,1743213r437,-2453l2027605,1744206r1588,1356l2040538,1743528r-4311,34582l2032143,1812918r-3857,35260l2024428,1883210r-3630,35712l2017395,1954407r-3177,36163l2011269,2026733r-454,5199l2010361,2036903r-5218,3165l1999698,2043459r-9984,7007l1979958,2057472r-9529,7006l1961353,2071485r-9302,6554l1947740,2080978r-4538,2712l1938664,2086177r-4310,2486l1918471,2097477r-9075,1131l1900774,2099736r-17697,2262l1864926,2104031r-17698,1807l1824993,2120982r-1588,-2489l1821363,2116231r-1815,-1806l1817279,2112618r-1815,-1131l1813195,2110131r-2496,-679l1808657,2108999r-2269,-449l1803893,2108320r-2042,230l1799355,2108550r-2496,449l1794590,2109680r-4538,1582l1785515,2113294r-4084,2483l1777120,2118721r-3857,2940l1769859,2124828r-2949,3165l1764187,2131156r-1815,2483l1761237,2128670r3404,-2261l1762145,2120756r-2496,-5656l1756927,2109680r-2950,-5198l1751027,2099512r-3857,-4295l1745355,2093183r-2042,-1808l1741271,2089341r-2496,-1583l1735826,2091149r-3857,1356l1728792,2093861r-2722,452l1723574,2094313r-1588,-225l1720624,2093183r-1134,-904l1719036,2091149r-227,-1808l1718809,2087758r322,-1601l1717093,2089915r-3158,4981l1710778,2099433r-3835,4310l1700177,2103966r-6766,460l1686870,2105105r-6767,1132l1673563,2107377r-6541,1586l1660481,2110778r-6090,2266l1658902,2098980r1579,-3630l1662285,2091730r1579,-4311l1665443,2083334r2706,-8396l1670405,2066087r2030,-8623l1674014,2048837r1578,-7942l1676720,2033181r3835,-9303l1678299,2025919r-2481,1817l1673337,2029324r-2707,1588l1667924,2032046r-2707,908l1662060,2034088r-2932,681l1664090,2020476r3834,1135l1675141,2003445r-16239,17259l1652587,2014115r12405,-27688l1664541,1981661r2255,-1135l1669052,1979164r2255,-1588l1673337,1975533r2255,-2044l1677622,1971221r2030,-2721l1681908,1965776r3609,-5676l1689125,1953747r3383,-6355l1695666,1940810r2707,-6581l1700628,1928101r2256,-5674l1704462,1917207r2481,-7716l1707395,1906994r225,-908l1708748,1901319r1128,-6581l1712357,1877488r2029,-16796l1715514,1851160r226,-1816l1715965,1847755r902,-3178l1718446,1841854r674,-1066l1717675,1841623r227,-2261l1718582,1836876r1135,-2486l1721532,1831451r3403,-5424l1728339,1821507r2495,-3391l1731288,1816986r,-226l1731061,1816534r-1134,452l1728339,1818116r-6580,4746l1732423,1812465r-7715,905l1731969,1799356r-11118,9041l1729019,1793027r-7487,2261l1719490,1791445r-1815,-4972l1717902,1785117r227,-1583l1718809,1782178r681,-1356l1721305,1777884r2269,-2712l1726297,1772685r2949,-2034l1732649,1768391r3404,-1808l1739683,1764774r3857,-1582l1747170,1761836r3857,-1130l1758061,1758898r5672,-1131l1762372,1755959r2949,-1808l1760784,1754151r17697,-13561l1779842,1742172r6807,-4521l1810472,1747144r4311,-2712l1819548,1741720r5218,-2260l1830212,1737651r5899,-1808l1842464,1734487r6126,-1582l1855396,1732001r7261,-905l1869917,1730419r7261,-453l1884665,1729288r15655,-451l1915976,1729062r16109,453l1947967,1730419r15655,904l1978824,1732227r27680,2034l2018983,1734939r10557,429l2029959,1733014r-11113,-1361l2016578,1730294r3402,-2493l2023155,1724854r3175,-3626l2029278,1717375r2495,-4079l2034494,1708535r2495,-4532l2039484,1699244r1814,-5214l2043566,1689271r3402,-9974l2049916,1670004r2041,-7934xm4252104,1661448r8642,7811l4261077,1669303r1374,86l4253649,1662646r-1545,-1198xm4153262,1659111r-815,74l4149952,1659185r3175,3179l4156075,1665543r5670,6812l4164922,1676199r-3858,-5535l4156302,1663861r-3040,-4750xm630238,1658992r-11113,14288l629765,1659493r473,-501xm2841307,1657469r11431,3175l2852078,1660644r-13628,-1411l2841307,1657469xm3260570,1657217r-72,73l3261414,1657840r1,l3263681,1658521r2039,679l3267533,1659880r1813,1133l3270479,1662373r1360,1360l3272519,1665319r680,1813l3273425,1668945r,2039l3272972,1673250r-453,2267l3271612,1676424r-1359,1133l3268213,1681409r-2266,4985l3263454,1692060r-4305,10651l3257336,1706790r-1218,2438l3259381,1707287r2962,-2484l3263255,1703674r1139,-1130l3265534,1700964r684,-1355l3266673,1698028r456,-1355l3267357,1694866r228,-1581l3267585,1689897r-684,-3613l3277157,1672733r-6837,-11744l3262571,1657827r-2001,-610xm4162373,1654521r-401,804l4161291,1656233r-191,153l4162198,1656151r175,-1630xm2960433,1652866r-4507,3435l2955926,1657168r453,-838l2960461,1653599r395,-593l2960433,1652866xm4270912,1650412r-66,36l4277642,1664837r671,-447l4277860,1663335r-2041,-4523l4273097,1653835r-2185,-3423xm3031824,1650126r-2387,4452l3030790,1659044r-10147,4910l3020419,1668392r978,-26l3021850,1663376r9959,-4309l3037015,1659067r1648,-1425l3030692,1652643r1127,-2499l3031824,1650126xm2814652,1649531r12686,1083l2826670,1651046r-3338,867l2823109,1651913r-4451,432l2813985,1653644r-668,650l2803525,1654294r11127,-4763xm522287,1649485r-6350,7938l521607,1650129r680,-644xm2881365,1648004r-443,2536l2880695,1654423r,3655l2881049,1661284r1352,610l2882547,1662251r3811,270l2886075,1662385r30,-561l2885889,1662163r-229,l2884288,1659414r-1145,-2748l2881999,1653459r-457,-2978l2881365,1648004xm4353528,1645421r-603,2113l4351111,1652976r-809,2059l4355194,1650896r-1666,-5475xm2409696,1643751r-99,1610l2410402,1643857r-706,-106xm2397096,1643337r-8012,435l2390394,1644213r6702,-876xm2825750,1640006r-4567,1906l2816388,1642546r-4795,211l2807711,1643181r-3654,l2797664,1642969r-5252,-634l2799719,1640429r24889,-212l2824836,1640217r914,-211xm3323501,1637741r-2927,629l3322508,1638178r993,-437xm5106761,1637329r-907,227l5105400,1639824r1361,-2495xm2961199,1637157r1571,793l2962911,1637839r-1712,-682xm4164239,1636932r-2267,2271l4162879,1643744r395,2371l4164239,1637102r827,52l4164239,1636932xm4260307,1636660r-548,912l4259532,1638928r227,1129l4259985,1641412r679,1130l4261795,1643445r1131,904l4264284,1645478r2715,1356l4269365,1648014r-5112,-7749l4262665,1637550r-1134,-678l4260307,1636660xm2611717,1636329r-53,82l2615292,1638702r732,-886l2615534,1638302r-3817,-1973xm4189677,1636322r8982,5841l4201173,1640810r10745,2030l4223020,1639741r-824,-587l4206357,1641412r-5431,-1129l4200700,1640283r-2036,1129l4198211,1641638r-226,-903l4197306,1640283r-1810,-1129l4193007,1638024r-2942,-1581l4189677,1636322xm2968703,1635718r-1624,1130l2967651,1636942r1052,-1224xm3303134,1635684r-1060,350l3303365,1636372r4785,1128l3313164,1638404r354,l3310165,1637731r-3402,-909l3303134,1635684xm665616,1635107r-8550,7670l657225,1642598r4082,-3859l665616,1635107xm2953499,1633588r2426,9102l2955698,1642690r,3664l2955267,1655907r606,99l2956672,1647929r-521,-718l2955925,1643193r451,-223l2956801,1642637r-276,161l2954235,1634380r-362,-146l2953531,1633588r-32,xm2056493,1632151r-3629,24707l2049689,1661617r680,-5440l2050596,1655497r5670,-22439l2056493,1632151xm2792394,1632069r224,l2809875,1632387r-448,1269l2790825,1632387r1569,-318xm2614612,1631830r-1124,1747l2614766,1631952r147,81l2614612,1631830xm653370,1631021r-920,2054l653370,1633006r2610,-678l653370,1631021xm4156183,1627423r3294,1562l4163786,1630801r4082,2271l4171950,1635570r3629,2724l4177100,1639370r973,227l4179328,1639943r-2615,-2062l4186837,1635436r-392,-122l4182372,1633959r-8373,-2034l4156183,1627423xm3020659,1623829r1562,5523l3028084,1633371r4464,6352l3032494,1639234r-675,-2045l3030692,1635371r-901,-2045l3028665,1631508r-1577,-1591l3025511,1628099r-3605,-3410l3020659,1623829xm2906283,1623330r-19,83l2906324,1623453r-41,-123xm5212443,1622816r2721,1134l5217205,1625991r-4762,-3175xm2900992,1620017r-9611,17867l2884516,1644297r2194,6149l2886757,1649561r4778,-11681l2901065,1620066r-73,-49xm3007537,1619970r11741,2906l3017626,1621735r-10089,-1765xm504645,1619951r-1133,453l499887,1626981r1586,-1814l500793,1630610r,227l501020,1629929r3625,-9978xm4316640,1619909r-18823,20356l4283445,1660969r6887,-4591l4298496,1651389r8845,-5443l4316186,1640731r8617,-4536l4328886,1634154r3855,-1587l4336823,1631206r3402,-1133l4343627,1629392r1091,-84l4316640,1619909xm2980517,1619433r912,3586l2981632,1621763r-1115,-2330xm3000927,1618813r774,270l3003956,1619530r2021,167l3000927,1618813xm5128986,1615333r3628,907l5129893,1615333r-907,xm2736850,1614606r9525,4763l2745942,1619369r-9092,-4763xm2385823,1614013r-7748,16778l2377714,1631039r335,1864l2378735,1635442r1372,1846l2381478,1639135r1829,1616l2385136,1642135r1641,753l2378075,1631290r3816,-1143l2385708,1629462r3591,-457l2393116,1628776r3816,l2400524,1629233r3592,914l2406208,1630908r-263,-197l2403226,1629352r-2492,-906l2397561,1627540r-3172,-226l2390764,1627540r-3852,906l2382607,1629352r-4532,1585l2387138,1615766r-1315,-1753xm2989016,1612417r-8660,4805l2981857,1616627r1804,-892l2985465,1615288r1579,-446l2988397,1614619r1353,223l2990889,1615252r-1873,-2835xm5375035,1609536r-454,453l5374127,1611802r908,-2266xm5507062,1606363r11342,11104l5518177,1616787r-11115,-10424xm674007,1606051r-906,908l673085,1606764r922,-713xm2720975,1605082r12700,6350l2732969,1611245r-6820,-3362l2720975,1605082xm3087687,1604463r-450,1590l3087022,1606344r665,-1881xm5433108,1603191r5218,1359l5438553,1604550r,-226l5438780,1604324r-5672,-1133xm2925858,1600633r587,1480l2901532,1611250r-3624,3655l2894058,1619701r-2039,2970l2890378,1625361r2376,-2595l2895958,1620246r3890,-2061l2903738,1616124r213,377l2903822,1616123r21,11l2901950,1611362r1500,584l2903725,1611929r-90,34l2903492,1611963r7171,2791l2909976,1614754r-5527,1678l2914060,1621162r5916,2519l2926574,1626658r6599,2520l2934684,1629684r-3252,-1662l2925989,1624544r-6577,-4638l2911475,1614341r3402,-929l2918278,1612949r3175,l2923493,1612949r-1610,-304l2918053,1612190r-3604,-454l2910619,1611736r-3830,l2903725,1611929r23790,-9057l2925858,1600633xm5259149,1597490r1826,4464l5260068,1600139r-227,-226l5259149,1597490xm5258934,1596738r215,752l5258934,1596965r,-227xm3073211,1595086r734,741l3075973,1597646r2253,1817l3080478,1601054r2478,1364l3085209,1603554r2478,909l3080704,1602418r-5182,-1364l3071467,1600599r-1126,l3069215,1600827r-902,227l3067863,1601736r-225,454l3067638,1602645r225,454l3068313,1603781r1577,1591l3071693,1606508r2478,1136l3076874,1608781r2703,455l3080929,1609236r1352,l3083407,1609008r1126,-454l3085660,1607644r901,-681l3087022,1606344r-461,1300l3085209,1610599r-1126,2273l3082731,1614690r-2703,3636l3077550,1620826r-2478,2727l3074171,1625372r-901,1590l3072368,1629008r-901,2273l3070791,1634234r-450,3182l3065278,1649973r1161,250l3066874,1650541r4485,-13491l3073173,1634547r2042,-3865l3080884,1620675r4989,-10234l3087915,1606575r1133,-2956l3086327,1602937r-3402,-1593l3079297,1599298r-3856,-2501l3073211,1595086xm2061041,1592397r1121,227l2061415,1597160r-2428,-3856l2061041,1592397xm5448761,1590954r681,453l5449215,1591634r2268,-454l5448761,1590954xm3670300,1584933r13154,15214l3698875,1663045r15421,64031l3729491,1791789r15421,65625l3743779,1857414r-4536,2271l3736975,1860820r-1814,1363l3733346,1863545r-1814,1589l3729945,1866724r-1588,1817l3726996,1870357r-1360,2044l3724502,1874217r-1134,2271l3721780,1881030r-1587,5223l3655786,1895335r-7031,681l3642405,1896243r-5896,l3630839,1895789r-5443,-908l3620407,1894200r-5216,-1136l3610428,1891929r-9978,-2951l3590018,1886253r-5670,-1590l3578452,1883527r-6124,-908l3565525,1881711r-4309,-454l3557814,1881257r-3402,l3551918,1881711r-2495,227l3547155,1882619r-1814,682l3543753,1883982r-1360,1135l3541032,1886253r-907,1135l3539445,1888750r-1588,2497l3536723,1894427r-1361,3179l3533548,1900785r-907,1590l3531507,1903963r-1587,1590l3528332,1906916r-2041,1362l3524023,1909868r-2268,1135l3518807,1912365r-3402,1136l3511777,1914408r-4536,682l3502705,1915998r-16328,2271l3476625,1920086r-4989,681l3470275,1920994r-907,-227l3469141,1920540r-454,-454l3468234,1919178r-681,-1136l3466193,1916907r-2041,-1362l3461203,1913501r-4082,-2044l3456441,1904645r-9298,2725l3422877,1899422r-1815,2953l3418568,1904872r-2722,2498l3413352,1909641r-2495,1589l3408816,1912820r-1588,908l3406094,1913955r-4535,-2498l3407002,1903510r-35606,11353l3373211,1913273r2041,-1816l3377519,1909868r2495,-1590l3385003,1905326r5897,-2951l3402012,1896924r5216,-2724l3411764,1891476r-3402,-229l3404961,1891021r-3629,l3397703,1891021r-7484,908l3382509,1892610r-13834,1817l3363005,1895335r-4989,228l3373437,1890339r-7937,-9991l3364366,1875808r-23132,-10219l3348037,1848558r-28121,-10899l3313793,1843108r-16556,-8174l3302453,1833798r-6123,-16349l3296784,1816994r453,l3298598,1816994r1587,455l3302000,1818130r4082,2271l3310164,1823126r3629,2952l3316287,1828349r681,907l3317015,1829353r-955,358l3316968,1829938r226,l3317194,1829711r-179,-358l3336018,1822217r-22225,-9537l3326493,1801553r-11113,-4088l3303587,1780208r8618,-11353l3311071,1766584r-19503,4314l3272064,1775213r-227,-6586l3271837,1762724r454,-5223l3273198,1752505r907,-4086l3275693,1744559r1587,-3179l3279321,1738428r1814,-2724l3283630,1733888r2495,-2044l3288846,1730482r2722,-1590l3294062,1727984r2948,-681l3300185,1726622r6124,-1135l3312432,1724806r5670,-682l3323544,1723217r2722,-682l3328760,1721400r2042,-909l3333069,1719356r1588,-1589l3336471,1716178r1361,-2271l3338966,1711409r14287,-1816l3350305,1714134r58511,-9081l3393168,1703463r453,-1136l3394528,1701193r2041,-1817l3398837,1697559r2722,-1589l3404734,1694381r3402,-1362l3411764,1691656r3629,-909l3422423,1688931r6804,-1590l3434669,1686433r3856,-908l3411084,1680529r-13607,-2497l3394755,1677577r-680,-226l3397023,1677351r2948,-228l3402693,1677123r2948,-454l3407002,1676215r680,-454l3408362,1674853r227,-682l3408589,1673490r-453,-1135l3407002,1670992r-1588,-1362l3403146,1667814r-2948,-1817l3403827,1664181r3628,-1363l3411084,1661682r3628,-1134l3418341,1660094r3628,-455l3425598,1659185r3855,-227l3436937,1658958r7484,454l3458936,1660094r7257,226l3473223,1660094r3629,-455l3480253,1659185r3402,-682l3487057,1657596r3175,-1136l3493634,1655098r3175,-1817l3499984,1651464r2948,-2497l3506107,1646242r2948,-2952l3511777,1639884r10205,-6358l3531961,1628077r9298,-4996l3550784,1618540r9525,-4088l3569607,1610592r9525,-3406l3588203,1604234r9525,-2725l3607253,1598784r9752,-2497l3626984,1594016r20864,-4542l3670300,1584933xm2927228,1582047r-12560,3619l2915631,1586718r3548,-1118l2919405,1585600r225,l2919630,1585373r225,l2920081,1585373r450,l2920756,1585373r7660,-2500l2927228,1582047xm668791,1581990r-7257,7717l666977,1585849r1814,-3859xm4183308,1581662r-257,343l4183051,1582908r226,1356l4183956,1585167r452,1130l4186218,1588556r2489,2484l4191649,1593299r3394,2485l4198437,1598269r3847,2032l4209525,1604594r6562,3162l4220386,1609563r-13124,8583l4213598,1620405r1620,614l4215494,1620588r130,-149l4215303,1621051r4857,1839l4220936,1623211r,-1493l4220936,1619909r,-1357l4220710,1617421r-454,-452l4219803,1616742r-681,227l4218669,1617195r-1588,1583l4215624,1620439r6446,-12291l4222070,1607695r-680,-452l4219803,1605660r-2722,-2036l4213226,1600910r-9525,-6333l4192361,1587113r-9053,-5451xm2059781,1581285r3969,1764l2063750,1584459r-7938,-1410l2059781,1581285xm2697162,1581269r7711,6157l2705100,1587619r-7938,-6350xm4081047,1579128r3137,3307l4088266,1587431r3629,4769l4098698,1601736r3402,4542l4105502,1610592r3629,4087l4110714,1616166r-298,-2085l4104306,1597139r-23259,-18011xm2713037,1574918r22225,14708l2734552,1590093r-5438,701l2727932,1590093r-2364,-2802l2718711,1581455r-1891,-1401l2713037,1574918xm2387514,1574468r-595,2378l2386012,1579566r-907,2720l2383744,1584779r-1587,2493l2380569,1589312r-2041,2266l2376034,1593392r-2268,1587l2370818,1596338r12739,13855l2382607,1608294r-907,-2265l2381020,1603991r-453,-1812l2380341,1600142r,-1585l2380567,1596745r227,-1359l2381474,1592442r1133,-2490l2383966,1587688r1360,-2491l2386459,1582706r1132,-2491l2387818,1579082r,-1131l2387818,1576365r-227,-1358l2387514,1574468xm2711450,1570157r4763,1588l2715962,1571745r-4512,-1588xm5060043,1567485r2041,907l5063218,1568619r-3175,-1134xm2759258,1567033r-5,66l2764024,1571869r4998,4541l2777877,1584081r-4082,-9608l2759258,1567033xm4157916,1563536r-209,624l4157029,1564612r-1358,452l4154087,1565515r958,327l4159251,1565400r,-1131l4157916,1563536xm3176795,1562330r-7918,1708l3159805,1565395r-9071,1130l3141209,1567656r-10206,678l3119891,1568561r-11339,226l3107644,1568787r1134,-678l3109005,1567882r-453,l3107418,1568109r-9752,1809l3091316,1571274r-3402,227l3084966,1571727r-2722,l3080926,1571595r639,640l3082925,1572918r1588,227l3086327,1573145r2268,-227l3093811,1572007r5896,-1364l3106511,1569051r1361,-227l3113315,1569279r5669,227l3124200,1569734r5216,l3134406,1569506r4989,-227l3148920,1568369r9298,-1592l3167063,1564958r8618,-2274l3176795,1562330xm4043182,1561401r19684,6501l4064907,1573125r4920,113l4068083,1572850r-1588,-454l4065135,1571716r-1134,-4310l4043182,1561401xm693738,1558976r-418,453l685800,1565326r7938,-6350xm4039508,1556747r-8943,5459l4039280,1560863r1134,l4040746,1560697r-331,-94l4039508,1556747xm2693987,1554282r4535,8312l2703512,1579682r-681,l2696255,1563057r-2268,-8775xm704118,1552626r732,488l702896,1557755r-244,l695325,1562150r8793,-9524xm4167869,1551077r-5443,453l4157210,1552211r-4990,1361l4147458,1554932r-4989,1588l4137706,1558108r-9978,3856l4117749,1565592r-5216,1814l4107317,1568994r-5443,1588l4096431,1571716r-227,l4092576,1571942r-9298,908l4077608,1573304r-4878,l4074886,1573353r4852,4416l4077379,1573647r18102,-1129l4095708,1572518r23080,-4970l4142094,1562127r4526,-4743l4148367,1558066r4080,-1713l4156756,1555448r4309,-905l4165147,1554091r3856,-452l4172858,1553639r3855,452l4180569,1554317r8164,905l4197351,1556353r9298,1131l4211865,1557710r5443,226l4218790,1555636r-1709,658l4213906,1556974r-3628,227l4206649,1557201r-3629,-227l4199165,1556520r-7257,-1360l4185558,1553572r-4763,-1361l4178528,1551304r-5443,-227l4167869,1551077xm2349980,1550077r-17,4l2349953,1550099r27,-22xm5429933,1548805r6124,8611l5436367,1557880r1959,3162l5438780,1561495r-2413,-3615l5432428,1551524r-2495,-2719xm2038069,1547948r1868,3175l2036762,1548436r1307,-488xm594305,1547863r1394,1147l596629,1551304r1858,2065l598487,1556810r-4414,20418l588730,1587552r-9293,-2294l580599,1581587r1858,-4129l586406,1568052r1627,-5048l589427,1558416r464,-1836l590124,1554516r,-2066l589891,1551075r4414,-3212xm3056238,1546239r-540,1635l3055022,1549919r,2273l3054797,1554692r225,2272l3055473,1559691r474,2752l3057072,1560865r1360,-1820l3060473,1557453r2042,-1592l3065236,1554497r454,l3078287,1558133r-22049,-11894xm2765535,1545464r13016,5025l2779179,1549908r-13644,-4444xm4274502,1542775r-952,219l4270828,1543675r-5896,453l4259489,1544128r-5896,-226l4253121,1543811r1153,328l4259490,1545270r4763,453l4266747,1545723r2722,-227l4271510,1544591r2268,-1357l4274502,1542775xm2383032,1542513r1846,3507l2386239,1551234r1361,5666l2388053,1559393r198,2569l2393030,1560515r9743,-3397l2413196,1552816r5212,-2037l2418841,1550572r-4687,753l2402959,1554295r-2284,l2398390,1553838r-2056,-457l2394506,1552696r-1827,-913l2391079,1550868r-1599,-1141l2388338,1548585r-2513,-2512l2383769,1543332r-737,-819xm2913322,1541964r-2611,86l2906967,1567849r1202,785l2913322,1541964xm689429,1539087r-1360,1589l687209,1541419r-48,-289l689429,1539087xm2803251,1538242r-1912,531l2802332,1538839r919,-597xm3064782,1537806r-1296,243l3063899,1538088r883,-282xm2857218,1536745r-2090,151l2848458,1538127r3700,-430l2857218,1536745xm2873985,1535533r-5218,378l2887037,1540666r3105,1508l2889888,1541892r-1817,-1589l2886026,1538940r-2045,-1136l2881709,1537124r-2499,-908l2876484,1535761r-2499,-228xm2436602,1533250r-59,33l2429550,1544934r2000,-1175l2432909,1542400r1586,-1131l2435628,1539683r680,-1133l2436988,1537419r453,-1359l2437441,1534928r-680,-1359l2436602,1533250xm546273,1532976r-16402,25373l531833,1555225r12916,-19972l546273,1532976xm3273652,1532832r-15875,678l3257222,1533734r3503,-160l3266395,1533802r11566,909l3283857,1535166r1508,58l3284310,1535093r-3401,-453l3277280,1533962r-3628,-1130xm2003425,1532073r6350,3007l2009775,1535248r-6350,-3175xm2050823,1530833r7711,2947l2058760,1533780r-7937,-2947xm2663991,1526254r266,749l2673908,1533359r89,-156l2674223,1532515r,-688l2673997,1531368r-453,-688l2673091,1530222r-679,-688l2663991,1526254xm3002963,1524587r-1332,7833l3038802,1544692r4130,-5709l3042103,1538938r-7710,-905l3026682,1536902r-8164,-1582l3001962,1532153r3402,-6558l3002963,1524587xm2912362,1524497r-6798,3088l2899430,1530083r-227,l2895989,1543148r3367,-759l2899580,1530601r6083,-2500l2913097,1525601r,-908l2912362,1524497xm3001842,1524116r15,122l3002383,1524343r-541,-227xm6141130,1523492r3629,227l6148614,1524400r4082,1133l6156552,1527121r4309,1814l6164943,1531203r4082,2721l6173107,1536872r4082,3401l6181725,1543902r4309,3854l6190343,1551838r4536,4536l6199187,1561363r1489,1724l6212568,1581771r14061,21997l6240463,1626218r13833,22676l6267903,1671344r13381,22677l6294437,1716924r13154,22904l6320518,1762958r1460,2633l6332764,1787675r12927,26985l6357257,1838698r9752,20182l6374719,1874753r14288,28119l6402841,1931217r13607,28572l6430055,1988361r13154,28799l6456136,2045959r12700,29026l6481082,2104011r12247,29254l6504895,2162515r11792,29253l6528027,2221476r11112,29703l6549798,2280878r10659,29938l6570663,2340521r-3176,-3402l6564539,2330769r-2948,-6575l6558189,2317620r-777,-1449l6559628,2321558r-100,-301l6559989,2322432r658,1603l6560691,2324230r873,2229l6564280,2332565r1131,2713l6566995,2337540r1584,2265l6569484,2340482r905,678l6578308,2365589r8146,24203l6594147,2414217r7430,24544l6599161,2446007r809,605l6601551,2438907r678,456l6611263,2469740r8808,30365l6628653,2530480r8583,31049l6635203,2554732r-1807,-4988l6631815,2546346r-1129,-1816l6630008,2543851r-451,l6629331,2543851r-452,227l6628427,2545438r-225,1588l6628427,2549516r226,2493l6629331,2554732r903,2264l6631589,2559035r678,906l6632944,2560624r1130,450l6634977,2561529r903,226l6637236,2561529r-13777,3401l6617587,2566064r-5421,908l6607197,2567650r-4517,456l6600648,2567650r-2033,-226l6597034,2566972r-1807,-454l6593646,2565838r-406,-176l6595633,2571199r-18174,3858l6569962,2576420r-6589,1362l6557921,2578236r-2726,l6553150,2578009r-2272,-227l6548834,2577328r-1818,-681l6545199,2575968r-1590,-911l6541791,2573923r-1363,-1363l6539065,2571199r-1363,-1816l6536339,2567568r-2726,-4766l6530659,2557580r-2953,-6579l6520663,2534884r-1363,-3858l6517710,2526713r-2726,-9078l6512712,2507879r-2499,-9077l6508850,2494940r-1363,-3400l6506124,2488819r-682,-913l6504306,2486992r-681,-900l6502943,2485859r-909,-224l6500898,2485859r-908,233l6499081,2486992r-1136,1143l6497036,2489273r1818,2267l6500217,2493808r909,2045l6502034,2498121r455,2266l6502716,2502661r,2491l6502261,2507650r-2499,-3173l6497491,2501072r-2045,-3859l6493401,2493582r-3180,-7490l6487722,2480194r7724,4078l6495446,2481101r-227,-3176l6494083,2474738r-909,-3168l6491811,2468163r-2045,-3180l6487722,2461803r-1818,-2944l6483405,2455678r-2499,-2729l6475908,2447505r-5225,-4536l6465685,2439109r-227,l6463868,2440243r5907,12477l6465458,2446598r3181,7254l6467048,2451130r-1590,-3851l6461369,2437975r-4089,-9756l6455916,2424129r-908,-2950l6451827,2410951r4317,26115l6443876,2410951r5225,15677l6447056,2422995r-2271,-4085l6441604,2414365r-3408,-4554l6430926,2399836r-861,-1164l6430962,2400368r-1279,-2211l6427064,2394614r-3407,-4761l6420931,2385318r-2272,-4549l6417750,2378955r-909,-2040l6416387,2375323r-227,-1815l6416160,2372146r227,-1362l6416918,2370121r-11405,-26398l6398469,2328465r-2954,-6147l6392561,2317316r-2272,-3416l6389607,2313218r-909,-453l6388244,2312765r-455,678l6387562,2314812r,1822l6381427,2307077r-5908,-9329l6369839,2287960r-4999,-9783l6365294,2297977r-4999,-4098l6361431,2299571r-28857,-50572l6331665,2246026r-1136,694l6328711,2241494r-2045,2042l6332119,2252430r-681,1831l6324167,2251739r2272,1830l6328484,2255406r2045,2288l6332119,2259987r1818,2037l6335528,2264524r1363,2502l6338027,2269302r1136,2731l6340299,2274766r1591,5231l6343253,2285913r682,5917l6344844,2292282r1136,687l6347116,2294335r909,1365l6350070,2299340r1363,3413l6353024,2306848r,-903l6352115,2302073r7726,27529l6355978,2319587r6589,29136l6358250,2341676r-227,4775l6355069,2325734r-1136,12518l6352115,2328465r227,10017l6350752,2335061r-1818,-3409l6347571,2328237r-1364,-3638l6345071,2320952r-909,-3867l6342345,2309580r-228,1361l6342117,2312765r682,4551l6344162,2323231r1591,6371l6349161,2341447r2272,6366l6347798,2344177r2954,9553l6350525,2353730r-12220,-24120l6337346,2327328r-2273,-4097l6338305,2329610r858,2042l6341208,2335974r1364,4338l6344162,2344857r1136,4323l6346207,2353730r909,4777l6340072,2343037r4090,20017l6341890,2357596r-2045,-5230l6334846,2341676r-1316,-2698l6333898,2342108r227,3854l6333898,2349818r-453,3856l6332084,2357755r-1361,3629l6318477,2335306r10205,31522l6321425,2351860r4309,15648l6322332,2365694r1361,6576l6310313,2348911r-13608,-23584l6311673,2435542r1134,12474l6313261,2453912r,2722l6313034,2459129r-227,2040l6312127,2462983r-908,1589l6310313,2465479r-1588,1133l6307137,2466839r-2040,l6302829,2466385r7710,13153l6301921,2491557r-7257,681l6289902,2485206r-1134,3402l6287634,2493143r-907,4535l6286273,2501760r-227,1815l6286273,2504936r227,1132l6286953,2506523r227,226l6287634,2506749r453,-226l6289448,2505615r1361,-1360l6292850,2501987r-18143,132876l6203950,2647335r-35379,6123l6132966,2659581r-35605,5896l6061755,2670920r-35378,5442l5990545,2681352r-9752,1360l5971948,2683167r-4082,l5964011,2683167r-3629,-228l5956980,2682486r-3401,-907l5950630,2680898r-2721,-906l5945187,2679084r-2721,-1587l5940198,2676137r-2041,-1588l5935889,2672735r-2041,-2041l5932261,2668426r-1815,-2041l5929085,2663663r-1360,-2721l5926364,2658220r-1134,-2948l5923869,2652098r-1814,-7031l5920241,2637130r-1361,-8390l5917519,2619217r-7256,-21087l5906634,2604025r907,-13605l5903459,2588379r-3175,-2494l5897335,2583165r-2721,-2949l5891893,2577495r-2268,-2948l5887811,2571146r-2042,-3174l5884409,2564570r-1588,-3627l5881687,2557315r-1134,-3855l5878513,2545977r-1815,-7710l5874203,2522849r-1814,-7483l5870802,2508110r-1134,-3402l5868534,2501307r-1361,-3175l5865585,2494959r-1360,-2948l5862184,2489062r-2041,-2494l5857875,2484075r-1814,-10886l5855380,2467746r-453,-4989l5854927,2457314r226,-2495l5855607,2452098r454,-2268l5856968,2447108r1134,-2494l5859235,2442347r-19956,-1588l5838371,2431461r-6123,-3402l5832021,2419668r5443,-5215l5816827,2413772r6123,14287l5818414,2433729r2949,4535l5818641,2444388r3628,1814l5825445,2448016r2948,2268l5830887,2453006r1815,2493l5834289,2458221r1134,2948l5836557,2464344r454,3176l5837237,2470694r-226,3402l5836557,2477271r-907,3402l5834743,2483847r-1361,3173l5831568,2490195r-1588,2948l5827713,2495865r-2495,2722l5822950,2501307r-2948,2268l5817053,2505615r-3174,2042l5810703,2509017r-3628,1587l5803446,2511511r-3628,453l5795962,2512192r-4082,l5787798,2511738r-4082,-1134l5779634,2509017r-6804,-2949l5765800,2502667r-6804,-3854l5751966,2494730r-7031,-4760l5738585,2484981r-6576,-5215l5725885,2474323r-5896,-5896l5714319,2462530r-4989,-6124l5705021,2450057r-4082,-6350l5699352,2440305r-1361,-3175l5696403,2433729r-1133,-3175l5694136,2427152r-681,-3175l5697311,2426925r6123,4763l5708877,2429193r4535,-2949l5717495,2423296r3401,-3402l5724071,2416719r2495,-3400l5728607,2409917r1361,-3402l5731102,2403339r907,-3175l5732462,2397216r227,-2267l5732462,2392453r-453,-2040l5731329,2388825r-681,-1360l5730421,2387465r-4082,453l5708877,2402206r-5897,-227l5696857,2401071r-6350,-907l5684837,2398577r-6123,-2041l5673045,2394042r-5443,-2949l5665107,2389733r-2495,-2042l5660118,2386104r-2041,-2041l5655809,2382249r-1814,-2269l5652180,2377486r-1814,-2041l5649005,2372724r-1134,-2496l5646737,2367508r-907,-2722l5645150,2361838r-454,-2947l5644696,2355715r,-3402l5644923,2348911r454,-3402l5644470,2348232r-1134,2267l5641975,2352767r-1361,2268l5639027,2357076r-1588,2041l5635398,2360704r-2268,2042l5619070,2317842r-14741,-44899l5589134,2228507r-15648,-44222l5557384,2140066r-16555,-43994l5523820,2052082r-17463,-43765l5488441,1965005r-18370,-43538l5451021,1878608r-19050,-42858l5412014,1792891r-20184,-42405l5371193,1708307r-21091,-41952l5448073,1650482r98425,-15421l5644923,1619188r48986,-8164l5743121,1602634r48986,-8617l5841319,1585173r48760,-9297l5939064,1566351r48759,-9524l6036582,1546169r48532,-10658l6133419,1524400r3856,-681l6141130,1523492xm2732832,1523093r-424,250l2738974,1525406r-752,1436l2739260,1525088r-6428,-1995xm5119234,1519638r,226l5119461,1519864r-227,-226xm2509879,1519351r-4520,1242l2507231,1520888r4531,1359l2516521,1524285r176,-390l2509879,1519351xm4191952,1518864r603,3018l4192403,1519117r-451,-253xm2519041,1516731r627,587l2519693,1517265r-652,-534xm6169252,1515329r52,80l6168571,1515555r681,-226xm2516978,1514744r-17,38l2517021,1514837r-43,-93xm2898101,1510712r-715,1429l2896477,1513958r-227,1363l2896250,1516911r227,909l2896542,1517885r-116,-467l2896426,1515827r226,-1364l2897553,1512645r901,-1818l2898101,1510712xm2750612,1509252r-7356,7260l2751074,1511687r-462,-2435xm2521073,1505644r-2598,5774l2530343,1507525r1322,-712l2528384,1506100r-7311,-456xm2859246,1504287r-82,21l2856441,1504536r-300,25l2858990,1504419r256,-132xm2656463,1501404r-2403,3856l2665390,1508657r-4985,10872l2661764,1519982r1930,5435l2664488,1520591r-2491,-688l2660639,1519445r4981,-11007l2654300,1504998r2163,-3594xm5351669,1500764r-1361,2039l5350081,1503483r,680l5350081,1504843r227,680l5351215,1507109r1588,1586l5354845,1510281r5898,4533l5360289,1514361r-8620,-13597xm2749356,1497950r-1100,627l2749441,1503077r-866,-4564l2749356,1497950xm4896530,1497641r10432,9071l4907416,1506938r-10886,-9297xm4146814,1495314r871,2465l4149045,1501181r1815,2722l4152447,1506398r2041,1814l4156529,1510027r2495,1361l4161519,1512522r2948,680l4167188,1513882r6804,907l4182156,1515242r4255,520l4184423,1514649r-11339,-6350l4162198,1502177r-5670,-2495l4151312,1497188r-4498,-1874xm5231266,1495147r1361,453l5234214,1496054r-2948,-907xm2663334,1492030r-1077,78l2660321,1495214r3013,-3184xm2680626,1491904r2427,252l2691467,1493009r-2636,-420l2680913,1491904r-287,xm6148512,1491845r42,41l6153131,1498498r-4619,-6653xm5225370,1491065r-227,227l5225823,1491745r-453,-680xm4129602,1490472r7511,1550l4135664,1491518r-4989,-906l4129602,1490472xm2963709,1490467r301,354l2965362,1492413r1126,1818l2967389,1496050r901,2273l2968741,1500596r225,2728l2985043,1509307r-9161,-8361l2968625,1494388r-4916,-3921xm6233205,1488344r16782,26531l6266769,1541634r16556,26758l6299653,1595151r16102,26985l6331857,1649121r16102,27212l6363834,1703318r31296,54651l6425973,1812620r30163,55330l6464683,1883683r1204,2408l6474959,1903552r10659,20182l6493555,1938701r1221,1984l6494916,1940968r681,1134l6495369,1941648r-593,-963l6486071,1923054r18597,36282l6523945,1997205r9978,19502l6543675,2036209r9525,19955l6562498,2076119r9072,20180l6580414,2116481r7938,20186l6596063,2156848r3628,10202l6603320,2177028r2948,9979l6609443,2196983r2948,9978l6615113,2216941r2267,9750l6619648,2236445r-235,-623l6619977,2237700r2166,5773l6623687,2247963r-104,-521l6622538,2244425r978,2680l6623294,2246002r-244,-1248l6623529,2247144r3040,8360l6627812,2257480r-1170,-1769l6631415,2268801r1618,4758l6634163,2276537r-780,-1946l6638680,2290183r245,636l6638833,2290631r1680,4951l6638215,2289396r-111,-218l6638143,2289205r-7172,-19289l6632302,2273712r-5378,-15217l6626593,2257669r5755,16181l6630761,2269544r2268,8387l6627813,2264101r5442,17004l6631441,2277478r7938,32434l6638018,2305602r2948,10655l6637564,2307417r8618,24259l6650943,2344878r-1813,-3224l6652079,2348911r226,l6652079,2348458r-908,-2949l6650943,2344878r228,405l6652986,2349138r1587,3629l6655707,2356622r907,4082l6657521,2364786r227,4082l6657975,2372724r-2722,-8844l6651852,2353447r-3855,-11112l6643914,2331223r-7711,-19728l6631668,2300837r-4082,-9528l6631895,2308777r-6350,-14291l6624184,2291765r-1361,-4085l6622370,2287909r3175,8165l6617153,2279290r7711,20186l6622370,2296074r2494,9073l6619421,2297436r-60,508l6624740,2305602r226,227l6624740,2308318r-2032,-1128l6625950,2323278r1599,2790l6629401,2333683r-2924,-7789l6626546,2326235r1355,7480l6628126,2336209r,906l6629255,2345060r-3838,-7035l6639414,2381582r225,-228l6645960,2406753r6547,26332l6655893,2445786r3160,12481l6662440,2469834r3612,10434l6668986,2488662r7901,22451l6685014,2532205r2032,5443l6687723,2538103r-226,-1363l6690884,2544681r-4741,1588l6685978,2545871r-10232,3557l6676082,2550199r-32974,9517l6645366,2559035r1355,-679l6647851,2557220r677,-905l6648754,2555636r,-904l6648302,2554052r-451,-681l6646947,2553141r-677,-226l6645592,2553141r-678,455l6644237,2554275r-678,1585l6643108,2557450r,2266l6642656,2556315r-903,-12237l6641075,2532971r,-2491l6641301,2532064r-226,-6343l6641075,2521905r-771,-1148l6640304,2531385r-905,-1131l6640304,2533873r679,3618l6641436,2541335r226,4072l6641888,2549254r,3617l6641662,2556262r-226,2941l6633743,2531159r-7919,-28267l6617678,2474846r-8372,-27824l6600934,2419197r-8824,-28047l6583060,2363553r-9277,-27822l6550025,2266971r1131,1364l6552015,2269436r-1094,-3300l6550428,2264567r-630,1574l6540727,2241432r-9298,-24491l6521903,2192448r-9524,-24717l6502627,2143241r-9979,-24492l6482443,2094486r-10432,-24263l6461579,2045959r-11113,-24037l6439580,1997885r-10885,-23809l6417129,1950266r-11340,-23811l6394223,1902872r-12020,-23583l6370411,1855932r-12247,-23584l6345691,1808991r-12473,-23130l6321978,1765591r-3501,-7169l6303282,1727809r-8164,-15193l6286953,1696969r-8617,-15647l6269945,1666128r-8845,-15193l6252482,1636422r-8845,-14286l6234566,1608530r-8845,-13153l6216877,1583132r-9072,-11338l6203496,1566351r-2820,-3264l6198280,1559322r-14514,-21770l6169304,1515409r401,-80l6176509,1513742r10886,-2948l6200548,1506712r6804,-2268l6213929,1502177r5896,-2268l6225268,1497414r4082,-2494l6230937,1493786r1361,-1134l6233205,1491518r454,-1133l6233659,1489478r-454,-1134xm5262063,1487167r-680,227l5262290,1487394r-227,-227xm2532051,1486204r-583,308l2532738,1486723r-687,-519xm4643211,1485395r-6577,681l4645932,1485395r-2721,xm2499013,1484481r-2990,1781l2498535,1485713r478,-1232xm2494900,1484333r-348,889l2494552,1485504r348,-1171xm2396154,1480762r-1751,2916l2396632,1484346r-478,-3584xm6139399,1478686r3978,5762l6148512,1491845r-599,-599l6146325,1489660r-1360,-2039l6143377,1485808r-2950,-4759l6139399,1478686xm5145541,1478593r,453l5148625,1480588r771,499l5149170,1480860r-545,-272l5145541,1478593xm5325581,1477423r227,227l5326489,1477423r-908,xm2398485,1476878r-1029,1714l2402952,1478259r-4467,-1381xm6135891,1473605r453,646l6139372,1478624r27,62l6135891,1473605xm5145087,1473377r-4989,227l5140552,1473604r227,l5141005,1473604r4309,-227l5145087,1473377xm2605125,1473208r-4073,912l2596528,1475259r-4751,1825l2587252,1478908r-9728,4332l2572320,1485063r-4750,2054l2562819,1488712r-4978,1369l2553091,1490993r-4751,228l2546303,1491221r-2262,l2541779,1490765r-1810,-456l2537707,1489625r-1810,-1141l2534127,1487691r1111,3332l2534888,1491897r6784,l2548017,1491671r5438,-227l2558213,1490765r4985,-1133l2568183,1487594r6118,-2492l2581325,1481705r2493,-1133l2586310,1479894r2039,-905l2590842,1478535r2266,-226l2595147,1478082r4759,l2604211,1478761r4305,1133l2610219,1480403r-5999,-6283l2605125,1473208xm3935186,1472924r-8392,453l3918630,1473831r-7484,680l3903662,1475191r-6803,1361l3890736,1477686r-5897,1814l3879623,1481087r-4309,2268l3873273,1484262r-1814,1133l3869962,1486679r1271,-693l3873954,1484398r2722,-1134l3879624,1482130r2948,-1134l3885747,1480088r6577,-1360l3899128,1477594r7257,-680l3913642,1476687r7937,-227l3929063,1476687r7711,227l3951969,1477821r14287,1134l3979636,1479635r25174,680l4054929,1497552r9752,-2721l4071485,1493243r7030,-1814l4082144,1490976r3628,-454l4089174,1490295r2141,l4087586,1489251r-6124,-1588l4074659,1486076r-7031,-1587l4051980,1481541r-16782,-2268l4017509,1477005r-18370,-2041l3980316,1473831r-18370,-907l3952648,1472924r-8845,l3935186,1472924xm6133759,1470566r544,739l6135891,1473605r-2132,-3039xm2521824,1470214r749,2744l2522840,1472857r-1016,-2643xm2967372,1467708r-8567,4427l2948592,1472363r-10214,913l2928164,1474188r-10214,1369l2902743,1486966r-19304,5274l2884208,1493970r1136,2499l2886708,1499422r2044,2952l2889845,1503795r-5358,-11609l2905212,1486274r13066,-10683l2945763,1474911r-901,680l2944877,1475603r13316,-3150l2958873,1472226r454,l2959553,1472226r3175,-1582l2965677,1468835r1695,-1127xm2417103,1467624r-2289,3815l2411639,1475744r-3629,4080l2404008,1478587r551,330l2405929,1479602r1600,230l2408899,1479832r1600,-230l2412098,1479373r1599,-913l2415068,1477774r2741,-1598l2420094,1473893r2056,-2055l2423521,1470007r-229,1372l2423975,1471217r-574,-1531l2419322,1471726r-1133,-1587l2417282,1468100r-179,-476xm2499987,1466753r-332,2698l2500063,1468318r-76,-1565xm2778382,1466488r1797,1820l2787650,1477481r-1811,-1835l2784254,1474041r-1359,-1146l2781537,1472436r-906,-230l2779726,1472206r-453,230l2779047,1472895r226,458l2779499,1474041r453,688l2780858,1475646r1358,688l2783575,1477022r2037,229l2787650,1477481r-8151,l2776556,1477710r-2264,459l2773613,1478398r-679,688l2772707,1479544r,688l2772934,1480920r453,918l2775198,1484131r-7698,229l2766538,1485567r1576,-1136l2775611,1484203r-2499,-4541l2781972,1482841r10224,4088l2803555,1491245r11360,4315l2821049,1497604r5907,2045l2828491,1500079r-11544,-4442l2810819,1490617r-4085,-2738l2801286,1483544r-6355,-5249l2788122,1473276r-6809,-5020l2778382,1466488xm2468694,1465291r-2680,3346l2464415,1470923r-1142,2285l2462359,1475263r-914,2283l2460531,1479832r-685,2054l2459389,1484169r-228,2056l2459161,1488282r,2055l2459214,1490814r53,-1056l2460190,1484769r1384,-4763l2463188,1475471r2306,-4763l2468031,1466399r663,-1108xm4548414,1463853r23586,15193l4571546,1478366r-23132,-14513xm2496058,1462717r570,280l2497781,1463678r1383,907l2499937,1465725r-96,-1974l2496058,1462717xm2460760,1462473r-4112,457l2456660,1462911r-20704,5458l2460760,1462473xm749753,1462136r-2721,6355l751568,1463951r907,908l732745,1483246r1587,-455l735467,1483927r-18823,18614l718003,1500043r-7256,7492l703716,1515252r-13834,15663l676275,1546578r-13606,16117l662668,1562695r-227,227l662669,1562695r226,-227l666523,1559517r11567,-10215l687209,1541419r178,1073l695098,1541357r-17915,16344l678543,1557928r-12247,12258l672874,1566781r227,1362l674461,1568143r-3855,5675l677862,1566781r-5442,9080l682399,1564284r-12701,16798l679904,1573591r227,2043l691697,1564511r-8617,12485l696459,1567008r454,10215l671966,1600603r4082,-1362l671059,1603328r-3855,6583l672874,1604009r211,2755l666070,1612181r-227,l666070,1613543r-10886,9760l662895,1617628r-3401,4314l666523,1615132r-2494,4540l674914,1610591r,2952l680584,1608321r-1814,4313l656231,1632263r994,-259l656545,1632672r-4881,2158l650422,1637604r1587,-227l647927,1640782r2495,-1135l636134,1657353r1134,908l634093,1665979r7484,-9307l657066,1642777r-3469,3907l650195,1650997r-3402,4767l643618,1660304r-6350,9307l655184,1652813r-4762,7264l645205,1667795r-5896,8172l633186,1683685r-5897,7490l621166,1697986r-2948,2951l615497,1703887r-2949,2270l610280,1708201r-6803,4766l622300,1684819r-20864,17934l606879,1694808r4990,-6810l620940,1676194r4082,-5902l629104,1663936r4082,-7037l637721,1648273r-24038,27013l621393,1665979r-2948,3405l614363,1673696r-4990,5676l604157,1684819r-5896,5676l595312,1692992r-2721,2270l589643,1697305r-2494,1589l584654,1700256r-2495,681l583520,1699347r1814,-2496l591231,1690041r14741,-16345l617311,1661439r-1587,1589l615497,1663028r7484,-8853l612095,1660077r-10659,13393l602343,1669384r-2268,1135l603477,1666433r-6577,3859l615497,1648954r-9525,8626l607106,1654175r-9526,9080l594922,1663642r-23,25l590757,1665909r-1656,673l587444,1665237r-2071,l585166,1665237r333,-223l585107,1665071r1815,-2497l579438,1662347r-4083,-908l577624,1658261r-14061,7718l562429,1663482r-454,-2270l561975,1659396r227,-2043l563109,1655537r681,-1816l564923,1652359r1135,-1815l567872,1649182r1814,-1590l573315,1644868r4082,-2270l581705,1640102r4082,-2271l589643,1635788r3402,-2270l594632,1632383r1134,-1362l596447,1629886r907,-1135l597807,1627389r,-1362l597580,1624893r-680,-1590l595766,1621714r-1587,-1816l608013,1605824r-6123,7945l603477,1614223r5216,-6810l614136,1600603r2948,-2723l619579,1595156r3175,-2498l624341,1591751r1588,-681l625475,1594475r8618,-11577l632505,1582217r13154,-15436l644526,1569959r13606,-18614l668791,1539087r10659,-11804l690109,1515479r11339,-11349l712789,1493007r5895,-5448l724354,1482111r6124,-4994l736827,1471896r6350,-4768l749753,1462136xm2766787,1461411r-681,228l2765652,1461867r-158,l2764168,1464318r-1358,2277l2761227,1468419r-1584,1824l2757607,1471384r-1810,1371l2755420,1472906r8005,-1158l2764557,1468767r1358,-2523l2767047,1464410r1585,-1376l2769764,1462346r797,-134l2769737,1461867r-2043,-456l2766787,1461411xm2027691,1458065r453,l2028371,1458065r14968,12238l2044019,1474158r908,3399l2046287,1480503r1588,2721l2049689,1485265r2041,2041l2053998,1488666r2495,1360l2059214,1490706r2495,679l2064657,1491613r2948,-228l2070553,1491160r3175,-681l2076677,1489798r3175,-1360l2072141,1532646r-7257,44200l2065564,1572086r454,-3853l2065564,1565740r-227,-1587l2064884,1563700r-227,-453l2064430,1563247r-453,l2063296,1564153r-1134,907l2061482,1566647r-454,1813l2060802,1570046r,2040l2061028,1573899r227,681l2061709,1575260r453,453l2063069,1576166r908,454l2064884,1576846r-3402,-680l2058080,1575260r-2721,-1133l2052864,1572313r-2268,-1813l2048555,1568460r-1587,-2266l2045834,1563927r-1134,-2720l2044019,1558487r-453,-2946l2043339,1552592r227,-3172l2043793,1546699r680,-3173l2045607,1540580r-5897,-907l2046287,1531513r-11793,1360l2034948,1526753r3629,-4987l2019838,1521985r7399,-2939l2019073,1521993r765,-8l2010682,1525620r,-10202l2006146,1517006r2041,-4988l2005693,1513831r-2722,1360l1999796,1516325r-3175,453l1993219,1517006r-3401,l1986416,1516778r-3629,-453l1979385,1515191r-3401,-906l1972582,1513151r-3175,-1360l1966459,1510430r-2949,-1812l1961243,1507256r-2268,-1814l1975530,1500682r227,-4081l1966005,1493427r16102,-2948l1975984,1486852r-10206,4081l1961923,1490706r-1134,-1360l1960562,1487985r-227,-1133l1960562,1485944r681,-1359l1961923,1483678r907,-908l1963964,1481637r2948,-1813l1970541,1478010r3855,-1358l1978705,1475065r8164,-2038l1993673,1471211r3855,-908l1998435,1470076r-1133,l1998435,1469849r1134,l1999796,1469849r27895,-11784xm2026892,1457327r1657,l2022475,1458915r4417,-1588xm2552809,1457004r-2493,453l2547596,1457684r-4306,226l2539664,1458137r-1813,226l2536264,1458817r-1586,452l2533545,1459949r-1133,906l2531052,1462214r-1133,1585l2529012,1466063r-1133,2264l2527132,1470939r168,630l2526870,1471789r430,9522l2521050,1492532r6250,-4361l2526377,1490892r-1153,2948l2523840,1496789r-1614,2721l2520612,1501778r-2076,2494l2516691,1506314r-2306,1814l2511848,1509942r-2306,1588l2507005,1512890r-2767,908l2501471,1514705r-2537,453l2496166,1515839r-2767,226l2490631,1515839r-3459,-2949l2487102,1513052r3602,3693l2492375,1518560r-209,l2484437,1519240r306,-776l2484405,1519240r-3279,-645l2484748,1520493r-457,2056l2483206,1524347r2499,-1873l2488650,1521115r3173,-906l2493779,1519842r-121,-35l2493430,1519807r3426,-685l2500055,1518208r3198,-1371l2506223,1515238r2742,-1599l2511478,1511812r2741,-2285l2516732,1507471r2057,-2284l2521073,1502674r2056,-2513l2524957,1497420r3427,-5483l2530964,1486778r-3664,1934l2527526,1471841r905,-2968l2529562,1466367r905,-2278l2531372,1462720r1357,-1595l2533861,1460212r1131,-685l2536575,1459072r1584,-455l2539743,1458389r3846,l2547661,1457933r2488,-229l2552591,1457295r218,-291xm2461022,1457004r-2039,453l2455583,1460855r1113,2003l2460303,1457448r12496,2117l2473335,1458915r357,29l2474916,1458108r-2562,1161l2461022,1457004xm3350882,1456087r-2041,227l3344534,1456996r-4535,1133l3335238,1459489r-9975,2949l3320275,1463573r-629,86l3319916,1463859r2494,1132l3324452,1465669r907,l3326493,1465669r680,l3327853,1465216r2949,-1582l3333750,1461825r3402,-1357l3340553,1458885r3402,-904l3347584,1457076r3401,-227l3354160,1456623r3175,453l3357900,1457216r-1350,-675l3354736,1456314r-1814,-227l3350882,1456087xm4486502,1455916r-907,227l4484687,1456597r1815,-681xm2781309,1453401r-15784,8407l2765521,1461816r15792,-8392l2781309,1453401xm2493729,1450301r-1885,135l2490281,1451144r1946,-587l2493729,1450301xm4768170,1449567r1814,2721l4768850,1449794r-680,-227xm5134655,1442991r,227l5136016,1445939r-1361,-2948xm2628491,1442962r1067,1290l2636806,1448119r-8302,-5157l2628491,1442962xm2603801,1442282r-907,4077l2600855,1446359r-2267,453l2593602,1447945r-5892,1811l2581591,1452021r-5893,2492l2570259,1457004r-4986,2492l2561647,1461307r-8783,-3134l2552864,1459300r8145,2281l2562140,1461581r3620,-1825l2570737,1457249r5882,-2736l2582954,1452232r6108,-2507l2595170,1447900r2941,-684l2600600,1446760r2488,-228l2604672,1446760r679,-1824l2606482,1443569r905,-1140l2607409,1442410r-1342,-128l2603801,1442282xm2779001,1440254r-128,1034l2778873,1443340r226,2053l2779325,1447216r453,2052l2780457,1451321r809,1835l2779001,1440254xm5248225,1438448r-5022,2253l5237110,1443206r,227l5243203,1440701r5476,-2253l5248225,1438448xm4759778,1436868r4309,3402l4764314,1440270r-4536,-3402xm5182507,1436188r-680,4762l5182507,1436641r,-453xm2994551,1435906r-7828,11585l2986157,1449376r1971,-2703l2991303,1441473r3175,-5427l2994551,1435906xm617516,1430343r-6686,9239l612781,1437142r3123,-4518l617516,1430343xm5177291,1430291r,227l5178198,1430972r-907,-681xm5243688,1429836r227,226l5244142,1430062r-454,-226xm2787524,1424590r-2769,2789l2782493,1430571r-1132,1823l2780683,1433991r-679,1825l2779993,1435863r7675,-11189l2787524,1424590xm5353711,1424172r227,226l5354165,1424172r-454,xm2058988,1422401r-280,1588l2054225,1427165r4763,-4764xm5321498,1422132r5575,7574l5326942,1429836r-2495,2040l5327169,1429836r-96,-130l5327169,1429610r-5671,-7478xm5012871,1421902r4763,4762l5018995,1427571r-6124,-5669xm4713287,1420315r908,227l4716009,1420315r-2722,xm2629524,1419738r-794,347l2634623,1435713r2265,12449l2637250,1448356r2036,-10031l2634988,1435816r-5464,-16078xm2794879,1419431r-14875,652l2780049,1420109r14655,-453l2794879,1419431xm5159148,1419182r,226l5164591,1422583r-5443,-3401xm6183302,1416919r1361,1588l6186417,1421294r-3115,-4375xm3678691,1412832r201,105l3674836,1416233r3855,-3401xm3655590,1412087r16550,3402l3671233,1415943r-3854,9073l3661257,1433635r-5667,-21548xm2080532,1411822r13380,1132l2091871,1422702r-9978,-227l2081666,1422475r-681,-10201l2080532,1411822xm4662941,1411471r-3402,453l4660220,1411924r2721,-453xm2844850,1409510r-318,105l2844865,1409615r209,-105l2844850,1409510xm2846212,1409285r-206,102l2846227,1409387r397,-102l2846212,1409285xm3320184,1408461r-1484,1382l3318990,1414432r1194,-5971xm3338333,1405504r-1826,228l3334452,1406189r-370,185l3335918,1406190r2494,l3344307,1406644r578,64l3344725,1406646r-2283,-457l3340616,1405732r-2283,-228xm5210795,1405363r5898,5439l5216693,1410575r-5898,-5212xm4670878,1405348r-907,227l4669971,1405802r907,-454xm3325320,1403676r-303,283l3329609,1409805r-4289,-6129xm5182054,1403080r4082,6804l5186362,1409884r-1360,-3175l5182280,1403080r-226,xm2449739,1402073r-1361,227l2446791,1402753r-1361,453l2442482,1404340r-2722,2041l2437493,1408421r-2268,2040l2433410,1412502r-1360,1586l2431596,1415676r-227,452l2431596,1416582r227,226l2432277,1416808r1587,-680l2436585,1414315r3629,-2493l2444977,1407514r2150,-1911l2449011,1403550r1899,-1477l2449739,1402073xm2407322,1399785r8,21l2412546,1400712r5670,455l2423432,1401620r5670,l2439987,1401620r5670,226l2450920,1402064r130,-101l2423855,1400604r-16533,-819xm2396798,1399264r327,314l2395092,1402468r-1807,1556l2391478,1405580r-2850,2144l2390909,1406721r773,-340l2396671,1403434r5216,-3174l2402774,1399560r-5976,-296xm5106307,1396503r-1587,2722l5104493,1399679r1814,-3176xm5183187,1396050r,227l5183414,1396503r-227,-453xm2664540,1394087r-9973,4026l2653887,1399925r-907,1812l2651847,1403323r-1133,1812l2649127,1406720r-567,662l2651955,1405489r6787,-5700l2662362,1396595r2178,-2508xm2684455,1388391r1888,909l2689134,1389054r-1808,-128l2684827,1388476r-372,-85xm2668732,1387645r-352,847l2668697,1387932r35,-287xm2360857,1386247r-9166,2551l2359405,1387799r4743,-444l2368440,1386911r1000,l2360612,1386581r245,-334xm5368229,1385649r-3403,453l5370271,1385649r-2042,xm3027332,1383623r-3159,1121l3022585,1385429r-1816,684l3019407,1387254r-1362,1597l3008512,1402996r-1135,4337l3006016,1411668r-1135,3651l3003065,1418970r-3632,7530l2998385,1428554r1990,-3814l3006044,1413206r2949,-6106l3011714,1401221r3402,-5654l3018518,1389689r8814,-6066xm3336814,1381751r19440,14063l3357003,1393941r-20189,-12190xm2666606,1381011r2164,2884l2668470,1382688r-581,-1024l2667562,1381502r-956,-491xm2902058,1379108r-94,164l2902970,1379497r2270,228l2907509,1379953r1217,-153l2906372,1379333r-4314,-225xm2387923,1378055r-3201,9201l2384722,1387481r-6070,-226l2381766,1387577r4065,1111l2385831,1388466r904,1112l2396563,1399038r1300,-2058l2396595,1398593r-11196,-11179l2387455,1380930r468,-2875xm2933715,1374950r-785,467l2933385,1375390r330,-440xm821531,1373236r795,577l822127,1374679r-2977,1732l819150,1376122r2381,-2886xm2362903,1371449r-112,1781l2363357,1374783r97,l2363590,1375421r709,1943l2363737,1375097r-834,-3648xm2788643,1368451r-287,28l2789732,1369693r1131,1595l2791995,1372885r904,2052l2793578,1376760r453,1825l2794709,1382460r1131,3876l2796745,1390212r679,1823l2798103,1393632r1357,1596l2800591,1396595r6109,4334l2806700,1401612r-8290,13301l2802194,1410071r2270,-2510l2806961,1406192r2042,-1141l2811046,1404595r2043,l2814678,1404823r2042,456l2818990,1405964r4086,1597l2825345,1408702r2497,685l2830566,1409844r2950,456l2836921,1410300r3632,-229l2841914,1409844r908,l2843276,1409844r324,-109l2842807,1409735r-3178,l2836678,1409735r-3179,-450l2830548,1408608r-3178,-675l2824192,1406807r-2951,-1351l2818289,1404105r-2724,-1577l2813068,1400726r-2724,-1577l2807847,1397122r-2271,-2026l2803760,1393068r-2043,-2251l2800128,1388790r-1589,-2251l2797404,1384512r-681,-2251l2795815,1380009r-227,-2027l2795588,1375956r227,-2252l2796723,1372128r55,-124l2795231,1374302r-6588,-5851xm3062498,1366954r-3606,575l3065235,1367981r6124,l3077709,1368433r3602,-266l3078595,1368087r-16097,-1133xm3326850,1366046r-666,606l3326462,1366910r620,-42l3326850,1366046xm2378248,1363161r,2l2388517,1370819r364,1344l2389055,1371093r-5485,-4025l2378248,1363161xm3144338,1362464r-6344,1314l3131646,1365139r-6348,907l3118950,1366727r-5894,908l3109674,1367875r20649,4855l3138941,1366850r5397,-4386xm5391368,1360722r,226l5391411,1361063r411,3285l5394317,1368881r-2906,-7818l5391368,1360722xm2120612,1360570r3464,1323l2123859,1362423r-4546,4498l2120612,1360570xm2820060,1359813r-18922,5713l2799259,1368319r1777,-1372l2803306,1365596r2497,-1127l2808982,1363343r3632,-676l2816927,1361992r227,l2820060,1359813xm5131707,1358861r-680,454l5133068,1358861r-1361,xm2298622,1355544r-2958,454l2292478,1357132r-2549,1058l2289855,1359004r15422,-1135l2304938,1369201r1193,-3450l2306814,1363256r,-1815l2306587,1359626r-456,-1134l2305221,1357586r-910,-1135l2303173,1355998r-1593,-454l2300215,1355544r-1593,xm3008819,1355230r-290,1130l3008075,1357036r-1887,544l3041650,1372197r-152,1679l3041580,1373821r6673,-4592l3041186,1370356r-32367,-15126xm2970164,1355008r-2951,452l2964488,1355909r-644,233l2969700,1356678r7490,1140l2984907,1358504r4393,142l2986509,1357261r-3632,-901l2979471,1355460r-3178,-452l2973115,1355008r-2951,xm2361019,1352345r-2778,1384l2355283,1356224r-2959,2722l2349366,1362121r-2275,3176l2342312,1371194r-1820,2495l2338444,1375504r-1366,1588l2336396,1377544r-910,454l2334803,1377998r-455,-227l2333665,1377544r-455,-907l2332527,1375730r-455,-1133l2331390,1371194r-455,-4762l2330707,1360307r-10467,9527l2304849,1372178r-26,881l2320244,1370565r908,-454l2330677,1361497r-908,7935l2329769,1372833r,1132l2330223,1375326r454,1132l2331357,1377365r907,1133l2333625,1379179r1360,452l2337027,1380085r2041,454l2341562,1380539r-227,4532l2341109,1388925r226,3399l2341789,1395498r680,2947l2343603,1400939r1134,2495l2345213,1404045r-263,-466l2344046,1401801r-903,-2223l2342465,1397356r-452,-2223l2341562,1392467r,-2889l2342239,1381132r6757,5362l2346983,1383479r-658,-3028l2346325,1377423r219,-2796l2347203,1371831r878,-3028l2349179,1365775r1537,-2795l2352472,1360184r2196,-2330l2357083,1355524r2634,-2329l2361019,1352345xm2279970,1350647r1494,1328l2286453,1354470r3033,1704l2289065,1352821r-9095,-2174xm2372096,1347455r-1567,152l2368644,1348547r733,-244l2372096,1347455xm2386753,1341018r2435,3641l2389188,1345793r-5713,556l2387600,1346440r-1976,932l2381452,1351798r-4610,4192l2376491,1356334r4,1l2376715,1356335r229,-224l2381742,1352087r2971,-671l2387455,1350969r2742,l2392482,1351416r2514,671l2397281,1352980r1034,760l2396885,1351453r-2946,-3396l2390766,1344658r-3399,-3171l2386753,1341018xm3195254,1338982r-127,75l3174269,1354706r-15296,4213l3172732,1355994r21318,-16054l3213780,1346044r2722,2262l3219223,1351018r6577,6785l3232830,1365945r7711,9498l3257550,1396019r17689,21257l3283039,1426691r-638,-4287l3281031,1416922r-1142,-5251l3277835,1406189r-913,-2513l3275780,1401393r-1598,-2513l3272812,1396368r-2054,-2284l3268931,1392258r-30820,-22379l3212999,1344756r-17745,-5774xm3291265,1338236r1409,812l3295914,1338541r-4649,-305xm2256197,1336530r94,4791l2273980,1344720r680,907l2275297,1346262r-1705,-2738l2266993,1342846r-9785,-1362l2256197,1336530xm2384104,1334417r-113,2603l2384647,1334921r-543,-504xm3264049,1333160r-360,181l3264361,1333576r-312,-416xm5163157,1331490r4763,1133l5165652,1331944r-2495,-454xm4859564,1328475r-4536,5670l4855709,1333918r3855,-5443xm2254250,1327877r227,226l2254250,1328103r,-226xm2378475,1326688r-1823,1567l2378508,1327583r-33,-895xm2367176,1321122r-288,631l2366205,1322661r,1134l2366236,1323917r147,-1031l2367060,1321527r116,-405xm3029222,1320356r343,736l3031157,1324277r961,-641l3029850,1321141r-628,-785xm2603121,1319747r10878,24911l2615552,1345947r-1148,-1122l2603500,1320073r2044,225l2606950,1320298r-1789,-325l2603121,1319747xm2614509,1319556r-2096,191l2610147,1319973r-1789,325l2610542,1320298r2272,-450l2614509,1319556xm2866164,1318553r2671,2645l2866336,1318724r-172,-171xm5409289,1318120r2949,3626l5412011,1321519r-907,3853l5413146,1322199r-3857,-4079xm2863836,1316537r682,386l2866164,1318553r-283,-279l2863836,1316537xm2287473,1314723r227,226l2289520,1315856r1821,908l2293389,1316990r2503,l2298167,1316764r2503,-227l2302538,1316071r-549,l2296735,1315371r-7994,l2287473,1314723xm2981175,1312457r-4544,227l2971860,1312911r-4771,228l2962545,1314048r-9314,1363l2943916,1317456r-8860,2046l2925968,1322455r-9088,2955l2908247,1328818r-16584,-11817l2891435,1317001r-454,l2873454,1327654r,557l2891389,1317400r16572,11486l2915452,1330237r7492,-3603l2931343,1323256r8401,-3378l2949051,1317400r4314,-1351l2957905,1315148r4767,-900l2967213,1313572r4767,-451l2976293,1312896r4313,l2984693,1313347r20431,8107l3018291,1322581r1135,675l3019426,1323482r-4632,12115l3020555,1322276r8781,1952l2981175,1312457xm5223499,1308149r3741,906l5230304,1309962r681,l5227240,1309055r-3061,-906l5223499,1308149xm852488,1308146r-4202,4082l849920,1311548r-234,228l844550,1314496r7938,-6350xm2362337,1307947r12398,2668l2374960,1310434r-4514,-1131l2366157,1308623r-3820,-676xm2846853,1306822r6307,2900l2856340,1311522r3181,1801l2862701,1315572r1135,965l2862928,1316023r-1136,-225l2861565,1316023r-454,l2860884,1316698r,1125l2861338,1318948r681,1350l2862928,1321649r1363,1125l2865654,1323673r2045,901l2869516,1324799r2272,-225l2867926,1325699r-3635,1125l2860884,1328624r-2954,1800l2854977,1332449r-2726,2250l2847253,1339425r-2249,2228l2847120,1340147r10216,-6756l2861876,1330913r3860,-2252l2869141,1326859r1589,-225l2871865,1326409r681,l2873033,1326570r,-478l2872579,1324729r-682,-1819l2870989,1321546r-909,-1590l2868490,1318593r-1364,-1364l2865309,1315866r-3862,-2273l2857130,1311094r-4998,-2273l2847361,1307003r-508,-181xm2353670,1305024r1157,1307l2358233,1307064r-2458,-705l2354420,1305453r-750,-429xm2338522,1301334r2197,1368l2340803,1302658r-2281,-1324xm3710313,1296070r-538,124l3704107,1299823r43,2989l3710313,1296070xm2815101,1294959r-2542,170l2815222,1295546r731,-161l2815101,1294959xm2308365,1292258r7798,2495l2315494,1295433r-4456,1588l2303463,1293391r3565,-907l2308365,1292258xm2788065,1291779r3408,5908l2791928,1298595r-13632,8181l2763075,1295414r-1509,-839l2760929,1295321r17719,11927l2792960,1298697r-4632,-6881l2788065,1291779xm723713,1289398r-11101,14179l696509,1324207r-16104,20857l676639,1350084r4978,-6133l690002,1333294r9064,-10433l708129,1312655r9064,-9979l719686,1304491r2719,1360l725351,1306986r3172,1133l731696,1309027r3398,680l738720,1310160r3625,681l749823,1311521r7704,227l765912,1311521r8157,-453l790611,1309707r16315,-1361l814403,1307665r7251,-226l828226,1306986r6118,453l823467,1317191r14276,-11794l840235,1305397r3400,454l840915,1313108r5665,10660l840915,1327850r-5891,3856l829132,1335561r-5665,3403l817349,1342364r-6118,3402l804886,1348942r-6345,2946l803980,1349848r4985,-2494l813950,1344859r4759,-2948l814856,1344859r-5211,3629l795596,1357558r-13823,9074l772483,1372528r906,-9299l771123,1366858r-1813,11566l768404,1378651r-9517,8843l788118,1366858r2946,-1588l806699,1352568r7478,-6348l817349,1343951r3852,-3174l827093,1346220r-23340,28123l806246,1373436r17674,-12248l818256,1367085r1812,4536l812138,1387041r-10877,8389l791744,1406771r-2493,7937l781547,1418110r2039,3629l780640,1427635r-3852,-681l722858,1471405r-6118,3628l710622,1479116r-6345,4762l698159,1488640r-12689,10206l672554,1509051r-6345,4989l660091,1518577r-5892,4308l648081,1526741r-5891,3402l636751,1532864r-2719,1134l631540,1534905r-2719,680l626328,1536039r-5892,-5443l612052,1534452r-2492,-3402l605707,1532637r-2039,-680l601402,1531503r-2266,l596870,1531731r-2719,453l591659,1533091r-2720,1361l586220,1536039r-2492,1814l581009,1539667r-5666,4537l570132,1548966r-5438,5443l559935,1559852r-4759,5443l551098,1570058r-3626,4762l542261,1581850r-1814,2268l535009,1592055r-5212,7712l521466,1610395r-3905,4113l508951,1624713r-8611,10886l491729,1646258r-7931,10886l475566,1668552r-4231,5374l460232,1688894r-5212,7711l449582,1704316r3173,-4082l457287,1694110r11783,-16555l475566,1668552r7552,-9593l494902,1644217r11783,-14741l518241,1614508r3225,-4113l521867,1609972r4305,-4536l530477,1601127r4079,-3855l538635,1593643r4078,-2948l546566,1588200r3625,-2268l553817,1584118r3399,-1134l560388,1582531r1586,l563560,1582531r,2494l563334,1587293r-680,2495l562201,1592055r-680,2268l560841,1596818r-2265,4763l555856,1606117r-2719,4308l549738,1614508r-3626,4309l542261,1622445r-3626,3402l535009,1629022r-3625,2495l527985,1633785r-2946,1814l522546,1636506r-2266,681l520054,1637187r-453,l516202,1639228r-227,l509177,1645805r3626,-2269l512576,1646485r-906,2948l510990,1652155r-1133,2494l508951,1657144r-1587,2721l506005,1662360r-2040,2268l516202,1654876r-1133,4083l513936,1662587r-1133,3628l511216,1669844r-3398,6804l504192,1682998r-3852,6350l496035,1695244r-1447,2019l486958,1708365r-4387,8445l481416,1718811r-2787,4334l482179,1715173r-2686,4111l475641,1725407r-3173,6577l470656,1735386r-1133,3402l468163,1742189r-1133,3629l466351,1749673r-681,3629l465217,1757611r-679,4082l460912,1768497r12690,-9072l470429,1768951r1400,-1028l483758,1746692r43060,-51186l527050,1695734r-3010,8645l511308,1722578r-7872,11147l502047,1735545r924,-1557l503899,1733042r-232,-227l502971,1733988r-11574,11794l491860,1745782r201,197l491628,1746464r-1620,1820l489750,1748876r-11781,14422l481211,1760569r-2315,5005l493018,1749421r-4168,3185l488850,1751924r,-682l489314,1749877r436,-1001l492091,1746009r-30,-30l494870,1742825r3009,-3413l500658,1736910r1389,-910l500889,1737365r-4167,4094l505751,1733270r-3241,5915l505751,1735090r232,4322l506446,1739185r-926,1137l499732,1747374r-927,3640l490008,1759204r-10186,9327l472648,1768531r-6297,11078l466124,1779609r1133,3856l422617,1819978r-6118,7937l419671,1819297r-35349,46492l381377,1870551r453,-2721l374352,1880303r4532,-13834l376391,1870097r1360,-2267l379337,1865108r4985,-8164l395879,1838574r4532,-7711l401997,1828368r906,-1814l402903,1826101r,-227l401997,1826554r-2266,2268l396558,1832678r4079,-6577l406076,1817937r5664,-8845l414460,1805010r2492,-3629l419671,1797979r2493,-2494l424203,1793444r1133,-454l426243,1792537r679,l427602,1792763r907,454l428962,1794351r226,1134l429415,1796845r227,2041l429642,1801381r1133,-2041l432361,1797526r1586,-1815l435760,1794351r3626,-2949l442558,1788907r1133,-1133l444824,1786413r453,-907l445277,1784372r-453,-1134l443691,1782104r-1813,-1134l439386,1779609r-2819,1494l438026,1779156r2719,-4083l441479,1773958r12635,-16347l451621,1760786r6798,-13834l452528,1756477r-5665,9298l441479,1773958r-5946,7693l436567,1781103r-1260,1681l432814,1785506r-906,907l430775,1786867r-680,227l429642,1787094r-454,-454l428962,1785733r,-1361l429188,1782331r1134,-5443l428282,1780063r-2266,3629l423523,1786867r-1812,3174l419445,1792309r-680,681l417859,1793444r-907,l416272,1793217r-679,-680l415139,1791402r-5891,12474l405396,1812040r-3852,7484l399504,1822926r-1812,2948l395652,1828368r-1813,1361l393160,1830183r-680,227l391800,1830410r-680,-454l390440,1829502r-453,-906l389534,1827235r-453,-1361l386588,1829049r2040,-3402l387350,1827438r,23l385762,1830637r-2739,4434l380923,1839028r1282,-2631l381000,1838347r1726,-3020l389761,1820885r-907,1134l385682,1826101r-9744,12927l371406,1845605r-3399,4989l366874,1852408r-226,908l366874,1853542r643,l361663,1863974r1813,-3629l361436,1863748r1586,-4083l355091,1872592r-8157,13153l340444,1896278r-15893,33011l307540,1966016r-526,1152l305920,1970563r8384,-17236l314077,1954007r-2266,4763l305693,1971696r-2493,5670l301161,1980541r-226,226l300800,1980767r-10043,21975l274654,2039469r-15649,37180l243355,2114282r-14969,37407l213644,2189323r-14289,37633l185520,2265043r-13608,38087l158531,2341670r-12928,38313l132902,2418751r-12021,38766l108634,2496738r-11567,38993l85500,2575179r-11114,39674l63500,2654299r5443,-24257l75067,2605784r6124,-24031l87314,2557722r6351,-24258l100242,2509660r6804,-24258l114077,2461371r7031,-23804l128366,2413763r7258,-23804l143562,2366154r7711,-23577l159211,2318999r8165,-23577l175541,2271844r12247,-33099l200262,2205872r12701,-32872l226118,2140127r13381,-32419l253335,2075062r14062,-32419l281685,2010450r6577,-14282l299376,1972364r11340,-24031l322056,1924755r11794,-23351l345417,1877827r12021,-23351l369458,1831125r12474,-23124l394633,1784877r12701,-22898l420035,1738855r12928,-22444l442474,1700137r4613,-8059l466348,1659624r19713,-32001l486307,1627228r635,-1047l500777,1603737r14062,-21990l516370,1579403r9798,-15327l529871,1558349r-6367,10136l523540,1568429r-47,73l519144,1575424r-8047,12809l498509,1608498r-6697,10782l469067,1656900r-449,761l482892,1634238r19714,-31750l522773,1570738r20394,-31297l563787,1508371r21073,-30843l611949,1438345r-517,682l609970,1440770r-7358,10167l587870,1472474r-14969,21537l558158,1515775r-14515,21991l529354,1559529r-5814,8900l542509,1539126r19373,-29435l558118,1515281r-11845,17695l546562,1532530r20846,-31320l588708,1470344r-4532,6582l598451,1456274r-13595,19744l571260,1495764r-2225,3304l588550,1470660r20046,-28253l608012,1443103r796,-994l611230,1438694r12701,-17909l636474,1403629r11607,-16135l656012,1376610r3756,-4749l662488,1368188r26536,-34459l715787,1299043r7926,-9645xm3030160,1289068r-595,892l3028202,1291779r-1136,2271l3026385,1296096r-909,2272l3025022,1300868r-227,2499l3024955,1305125r361,-2353l3025996,1300050r680,-2949l3027810,1294154r1360,-3176l3030160,1289068xm2313075,1287496r11025,4330l2323659,1292259r-15434,-2165l2313075,1287496xm2384633,1286955r-4459,25613l2388500,1299362r680,-3171l2384633,1286955xm2382458,1282539r-275,276l2382716,1283064r-258,-525xm2689393,1281051r-4911,2455l2679270,1286225r-10879,6342l2657060,1299587r-11785,6798l2639835,1309555r-5892,2945l2628277,1315218r-5212,2265l2617625,1318841r-2303,576l2618039,1318948r5452,-1575l2628716,1315348r5679,-2701l2639847,1309722r5906,-3150l2657339,1300047r11359,-6976l2679602,1286771r5452,-2701l2690052,1281595r-659,-544xm2685615,1278070r330,82l2686492,1278589r583,-155l2685945,1278152r-103,-82l2685615,1278070xm4578350,1277948r35515,10984l4618361,1297627r1573,13960l4617462,1308841r11688,13044l4625329,1318909r-4945,l4623980,1327605r-4720,1145l4600379,1315019r,-686l4603301,1314562r7867,2746l4612966,1317308r-9216,-8238l4603525,1311358r-2023,-13502l4595883,1299687r-5170,1144l4591387,1296941r225,-2517l4587791,1290534r-8317,-8925l4578350,1277948xm2709350,1273840r-4698,8987l2702293,1282238r2297,1157l2713904,1277770r3181,-2925l2722991,1276420r6815,6975l2753659,1287446r682,l2764777,1286778r-10790,l2753306,1286778r-23855,-4089l2722636,1275645r-6134,-1591l2706960,1281780r1590,-3636l2709232,1274509r118,-669xm2409171,1273015r-19540,1877l2386923,1278061r-676,678l2390313,1275578r4759,452l2399378,1276030r3626,-226l2404591,1275578r1360,-453l2407537,1274446r1133,-680l2409171,1273015xm3753984,1271587r-226,791l3753078,1273966r-680,1360l3751491,1276914r-1360,1361l3748770,1279636r-2947,2497l3745375,1282432r8609,-1805l3753984,1271587xm4577216,1265955r8164,6770l4585153,1271558r4536,-2101l4607378,1284632r-10205,-11673l4613955,1285333r907,3735l4579030,1277862r4989,-4903l4577443,1267356r-227,-1401xm4576762,1265255r227,l4577216,1265955r-454,-700xm745530,1262597r-14094,17402l723713,1289398r5228,-6678l745530,1262597xm2243138,1260969r-905,2272l2240199,1268466r-678,1589l2239747,1269147r3391,-8178xm748985,1258405r-3455,4192l746859,1260956r2126,-2551xm754062,1255773r-222,419l744537,1266885r9525,-11112xm866775,1254171r-2253,3174l860425,1260521r6350,-6350xm2046457,1250737r2677,l2049134,1250962r-6022,1576l2046457,1250737xm5927188,1249230r-227,226l5927188,1249456r,-226xm2381264,1247793r2499,1741l2383763,1248179r-2499,-386xm2102069,1247565r-3618,909l2098904,1248474r3391,-909l2102069,1247565xm2374960,1246821r-12414,7924l2358483,1259723r1512,232l2377573,1247224r-2613,-403xm1879428,1246265r4935,1360l1882217,1249441r-5792,-2270l1879428,1246265xm4111625,1245024r30389,19048l4144055,1265206r-32430,-20182xm765608,1242754r-8371,9843l765144,1243239r464,-485xm4270828,1240488r-2721,227l4265159,1241169r-2948,453l4259036,1242756r-3175,907l4252686,1244797r-3402,1587l4245882,1247745r-3629,2041l4238852,1251827r-4082,2268l4227059,1259537r-12927,4309l4212998,1266340r-1134,2041l4210503,1270649r-1360,1814l4206194,1275864r-3401,3402l4199391,1282214r-3629,2721l4188732,1290151r-3402,2268l4182155,1295140r-2948,2948l4176712,1301263r-907,1588l4175125,1304891r-1134,1815l4173537,1308746r-453,2268l4172857,1313055r-227,2495l4172857,1318271r-4989,2494l4162425,1323713r-5670,2721l4150859,1329156r-3175,1361l4144736,1331423r-3175,681l4138386,1332784r-2949,227l4132262,1333011r-2948,-227l4126366,1332104r2948,3174l4132036,1338453r2267,3401l4135891,1345256r1587,3628l4138612,1352511r681,3628l4139746,1359768r227,3856l4139519,1367253r-453,4082l4138159,1375190r-1361,3628l4135211,1382446r-1815,3854l4131128,1389701r7484,6349l4147457,1402853r9298,6804l4161744,1412832r4763,3174l4171269,1418727r4309,2269l4179661,1423036r3628,1134l4186691,1425303r1587,l4189412,1425303r1134,-226l4191680,1424623r681,-680l4192814,1423262r12247,20409l4205287,1454556r3175,2268l4211864,1459091r7257,4309l4226605,1467254r7938,4082l4242707,1475645r7711,4082l4257902,1484035r3628,2268l4264932,1488344r3175,2494l4271282,1493332r2721,2722l4276498,1498548r2041,2948l4280580,1504444r1361,2948l4283302,1510567r907,3402l4284436,1517370r,3855l4283755,1524853r-907,4082l4281261,1533243r-2041,4536l4277826,1540102r487,-486l4280581,1537580r2268,-2488l4284663,1532605r1815,-2715l4287838,1527402r1134,-2714l4290106,1521974r454,-2714l4290786,1516545r-226,-2261l4289653,1512022r-681,-1131l4288292,1509760r4536,1810l4296910,1513605r4309,2488l4305301,1518807r4535,3167l4314145,1525367r8391,6785l4331608,1538937r4309,3167l4340679,1545044r4763,2714l4350431,1550020r4763,1810l4360410,1553187r2268,4749l4369481,1558615r7030,1131l4383542,1561103r7257,1809l4394201,1563817r3402,1583l4400551,1566531r3175,1809l4406901,1569923r2721,2036l4412344,1573768r2494,2488l4412797,1575125r-4536,-2261l4403953,1571281r-3629,-1131l4396922,1569697r-2494,l4391933,1570150r-2268,1131l4388078,1572638r-1361,1357l4385583,1576256r-680,2262l4384449,1581232r-227,2715l4384222,1586887r,3392l4384676,1593672r907,7012l4386944,1608148r1814,7463l4390799,1622623r3402,12666l4395108,1640039r453,3844l4392840,1642526r-2948,-1357l4386490,1640265r-3402,-679l4385583,1643657r2268,4298l4389665,1652704r1814,4750l4394654,1667180r1361,4523l4397829,1676453r-4762,-226l4388985,1676001r-3856,-905l4381728,1674191r-3175,-1130l4375604,1671703r-2721,-1357l4370615,1668763r-5216,-3167l4360410,1662430r-2722,-1583l4354740,1659489r-3402,-1356l4349286,1657621r-670,1704l4369027,1670891r19957,11111l4408714,1692660r9979,4989l4428445,1702638r9751,4762l4447495,1711709r9751,4308l4466998,1720099r9525,3628l4486275,1727128r9752,3175l4505778,1733251r9752,2268l4525055,1737787r9752,2041l4544786,1741188r9978,907l4564743,1742776r10205,226l4585153,1742776r10433,-908l4606018,1740735r10432,-1815l4627336,1736880r10885,-2722l4649107,1730757r11113,-3855l4671786,1722593r-4763,-6122l4659086,1705586r-3402,-4989l4653189,1696742r-680,-1134l4652509,1695252r1814,1036l4652962,1695381r-453,-453l4652509,1695252r-1361,-778l4647746,1692887r-3175,-2495l4641170,1687898r-3175,-2494l4634593,1682456r-3175,-3402l4628243,1675879r-6350,-7256l4615543,1660459r-6350,-7936l4603296,1643905r-12019,-16781l4585380,1619188r-5443,-7710l4574268,1604675r-5443,-6350l4566330,1595604r-2721,-2721l4560887,1590842r-2494,-2041l4566330,1583132r-4535,-1814l4560661,1578823r-1588,-2267l4557712,1574742r-1134,-1588l4554991,1572020r-1361,-907l4552043,1570433r-1361,-907l4548868,1569299r-1361,-227l4544559,1569299r-3175,227l4538209,1569979r-3175,681l4531859,1570887r-1588,l4528457,1570660r-1361,-227l4525282,1569753r-1361,-681l4522334,1567939r-1814,-1361l4519159,1565218r-1814,-2041l4515757,1560909r-1587,-2495l4512582,1555240r-1814,-5216l4508953,1544355r-2494,-5216l4503964,1534150r-2721,-5215l4498068,1524173r-3175,-4989l4491491,1514649r5896,1133l4503511,1517143r5896,1361l4515077,1520318r5669,1814l4526416,1524173r5216,2494l4536621,1528935r28349,-4762l4563609,1523492r-9072,-10431l4563155,1517143r7257,-5896l4564062,1503310r4083,681l4563155,1500589r-6577,-4308l4541384,1485849r-8164,-5442l4524602,1474964r-8618,-4762l4511448,1467935r-4082,-1814l4503284,1464080r-4082,-1361l4495346,1461359r-4082,-907l4487636,1459998r-3175,-227l4481286,1459998r-2722,680l4475843,1461812r-1361,907l4473348,1463626r-907,908l4471534,1465894r-1134,1360l4469720,1468615r-454,1814l4468586,1472017r-908,4308l4467225,1480860r,5670l4473575,1490612r10659,17234l4479925,1504898r-3855,-3402l4472214,1497641r-3628,-3855l4465184,1489478r-3402,-4536l4458380,1480407r-3175,-4536l4449082,1466121r-5896,-9524l4437743,1447299r-5670,-8390l4423228,1437322r-9751,-1815l4403271,1432786r-10659,-3174l4381727,1425984r-11113,-3855l4359275,1417593r-11113,-4761l4337277,1407616r-10433,-5216l4317093,1396730r-9298,-5895l4303486,1387887r-4083,-2947l4295548,1381765r-3628,-2947l4288745,1375643r-2949,-3174l4283075,1369294r-2268,-2948l4287157,1366346r6123,l4299630,1365892r5897,-227l4311650,1364985r6350,-681l4324123,1363171r6123,-1134l4322989,1359542r-6350,-2495l4311423,1354780r-4309,-2269l4303712,1350245r-2494,-1814l4299630,1346390r-907,-907l4298496,1344575r-226,-1133l4298270,1342535r,-681l4298496,1340947r1361,-1587l4301218,1337773r2268,-1587l4305980,1334825r2722,-1587l4312103,1332104r7711,-2494l4328205,1327342r8845,-2041l4345668,1323260r16328,-3629l4368573,1318271r5216,-1814l4371521,1316003r-2494,-453l4364944,1313962r-4308,-2268l4356780,1308973r-4082,-2948l4349069,1302624r-3628,-3629l4341812,1295140r-6803,-8164l4327978,1278132r-6803,-8390l4317546,1265206r-3628,-3855l4310062,1257497r-3855,-3629l4302125,1250693r-4309,-2948l4293507,1245250r-4762,-2040l4286703,1242529r-2494,-907l4281487,1241169r-2267,-454l4276498,1240488r-2721,l4270828,1240488xm768350,1239895r-2742,2859l767282,1240787r1068,-892xm4577216,1238675r7970,4194l4585380,1242983r3402,2495l4591730,1248199r2268,3174l4595812,1254775r1588,3629l4598307,1262258r-3855,1588l4588782,1263846r-5216,-4989l4579030,1255002r-14060,7256l4564289,1262258r-453,227l4567011,1269969r-3402,-1361l4567011,1277225r453,-453l4572907,1285616r13834,29253l4604884,1332784r1134,227l4607605,1333011r3402,l4614862,1332558r3856,-908l4625521,1329836r2495,-680l4629603,1329610r1588,226l4634139,1331423r2948,1815l4639809,1335505r2721,2495l4645025,1340494r4309,4989l4651375,1338226r26761,-2948l4674961,1327568r-2495,-6803l4671786,1318044r-681,-2721l4670878,1313055r,-2041l4670878,1309427r454,-1361l4672012,1306932r681,-907l4673827,1305572r1360,-227l4676775,1305572r1814,453l4677002,1305345r1134,-1588l4677228,1302397r-907,-907l4675187,1300129r-2041,-1361l4668837,1295821r-5216,-2948l4653416,1287430r-4309,-2495l4645932,1283121r-4082,-11112l4641623,1271329r-453,-454l4639582,1269969r-1814,-907l4635273,1268608r-2721,-680l4629603,1267701r-5896,-680l4612595,1266340r-1815,-227l4609193,1265660r-681,-454l4608286,1264979r,-226l4608739,1264299r454,-227l4611461,1263392r2948,-907l4617811,1262032r6803,-907l4628923,1260671r-13834,-6803l4621212,1254321r-12926,-4308l4614862,1246838r-20410,907l4585186,1242869r-3661,-2154l4577216,1238675xm3065547,1236429r-4175,2180l3060917,1239516r1463,2707l3063858,1239949r907,-2267l3065547,1236429xm770313,1236346r-1940,1940l756951,1250929r13362,-14583xm772878,1233548r234,l764680,1243513r-3603,3752l765384,1242352r-5154,5794l761077,1247265r-947,1080l756624,1252345r-6465,7373l748519,1261588r1640,-1923l752598,1256803r5992,-7034l744537,1265296r11009,-12514l746411,1262978r7261,-8804l767734,1238924r-8909,8910l768294,1238318r2477,-2684l768841,1237769r1979,-1989l770897,1235710r1981,-2162xm3060096,1232525r2184,1312l3066157,1235673r648,-485l3060457,1232691r-361,-166xm5862309,1231328r680,454l5864351,1232234r-2042,-906xm2700223,1226933r-1916,14672l2709110,1256057r-333,-1999l2708096,1249970r-1363,-4545l2705597,1241333r-2954,-8177l2700223,1226933xm5920383,1226343r,227l5921063,1228383r-680,-2040xm890270,1224807r-7620,8729l888654,1226148r1616,-1341xm3733547,1224140r-7448,6737l3726552,1232465r15190,6123l3737888,1239044r-1587,225l3735394,1239496r-907,453l3733580,1240403r-453,680l3732900,1241761r,911l3733127,1243355r907,1812l3735394,1247208r1814,2041l3739475,1251289r2494,2041l3746503,1256959r4081,2718l3753078,1260811r906,2718l3753984,1260898r-5443,-2722l3733346,1242756r9072,-4081l3736068,1236180r-4990,-8390l3733547,1224140xm2353786,1223998r477,3087l2349500,1231935r4286,-7937xm5807638,1223398r-681,226l5807411,1223624r227,-226xm5849605,1223170r11796,7705l5861629,1230875r-12024,-7705xm895119,1219246r232,l894888,1220972r-4618,3835l895119,1219246xm1951426,1218539r-1068,703l1949677,1220604r-453,1133l1948997,1222869r227,680l1949451,1224229r453,681l1950358,1225134r907,681l1953306,1226041r2495,-226l1956338,1225691r-485,-209l1951426,1218539xm1981077,1216819r-921,1248l1981662,1217315r-585,-496xm785812,1216089r-226,559l782637,1220851r3175,-4762xm3732561,1214326r2768,7182l3736294,1220081r-3733,-5755xm2027691,1212192r454,479l2027918,1212910r-2268,3116l2027464,1212431r227,-239xm2379663,1209709r-12700,4763l2378970,1209901r693,-192xm2060575,1209675r3175,2722l2063296,1213758r-907,1360l2060801,1216479r-1814,1361l2056492,1219654r-2948,1361l2050142,1222376r-3855,1587l2060575,1209675xm1964936,1209612r-2061,1363l1965025,1209708r-89,-96xm2392363,1206536r-215,243l2384425,1209709r7938,-3173xm5926281,1204590r-3630,4079l5926508,1204590r-227,xm3046719,1203979r-6244,350l3041152,1207710r651,2276l3043227,1207749r1587,-2039l3046719,1203979xm3718182,1203301r5649,368l3725419,1203317r-10,-16l3718182,1203301xm5292688,1200965r5445,453l5298359,1201418r-5671,-453xm3567500,1195656r350,76l3567913,1195725r-413,-69xm1949053,1195473r397,l1946275,1197064r,-228l1946275,1195924r2778,-451xm2681509,1195142r-653,1630l2692414,1203787r4805,9484l2698554,1207255r-17045,-12113xm917575,1193851r-227,199l912812,1197026r4763,-3175xm3542166,1190149r-14633,3092l3529762,1193241r2947,-228l3535883,1192332r3627,-1130l3542258,1190170r-92,-21xm812800,1187516r,212l808037,1190692r4763,-3176xm2026709,1185954r4586,8657l2021435,1201720r10318,-2444l2033417,1203506r171,-180l2033539,1203816r49,124l2033520,1204006r-386,3872l2028598,1212910r1297,-4110l2026479,1205494r-2063,7336l2027397,1211716r-4357,5990l2016161,1221037r-6650,6441l2003778,1227256r-7108,1552l1990249,1224595r-1926,-1634l1990045,1224682r6350,4300l1997076,1228754r6350,905l2002292,1230113r-7257,8831l1995261,1243249r,4526l1994354,1252986r-907,4754l1992086,1263177r-1814,4981l1988458,1273369r-2268,4982l1983695,1283561r-2268,4756l1978933,1293074r-2722,4077l1973717,1301228r-2722,3397l1968727,1307796r-2267,2718l1946502,1312779r-907,1586l1944235,1315950r-2042,1586l1939699,1319121r-6123,3398l1926772,1325916r-13607,6342l1907722,1334976r-4309,2266l1898877,1338827r-680,l1900465,1335430r-681,-1133l1892981,1335882r2268,1360l1895249,1338374r-454,1132l1894342,1340865r-681,1133l1892754,1343130r-1134,1133l1888899,1346300r-3402,2041l1881868,1350378r-4082,1584l1873477,1353321r-4536,1585l1864406,1356039r-8845,2266l1848077,1359664r-5443,905l1851252,1353094r-8164,3398l1854881,1349019r-17916,5887l1833336,1355586r19957,-13361l1843088,1345621r-12700,2266l1853747,1329767r-21318,3850l1838779,1326143r17689,-1812l1855107,1316177r12143,-5828l1867581,1310514r1360,-227l1870756,1310061r1814,-906l1874611,1308250r3233,-1938l1897517,1300774r-4536,-4077l1883909,1302587r-4762,2944l1877844,1306312r-5274,1484l1867250,1310349r-576,-288l1865993,1309835r-227,-680l1865540,1308023r,-2038l1870756,1302360r4535,-3624l1879600,1294885r4309,-3850l1887991,1287184r4309,-3849l1897290,1279710r5216,-3398l1893661,1276765r-4309,227l1885724,1276992r-1361,-227l1882549,1276539r-1134,-453l1880281,1275180r-1134,-906l1878466,1273369r-680,-1360l1877559,1270424r-9071,1585l1872570,1269292r-2268,-2492l1884136,1261818r-1134,-226l1882095,1256836r12247,-6114l1884136,1249588r4082,-1586l1889352,1240527r-3402,1131l1887991,1235094r-4082,4305l1889352,1231243r454,2265l1896609,1231470r2495,-905l1901599,1230113r2268,-454l1905908,1229659r3855,226l1914072,1230339r4309,451l1920649,1230790r2494,-225l1925638,1230339r2948,-680l1931534,1228754r3402,-1583l1931988,1224910r18597,-12907l1934256,1211094r10432,-5210l1948997,1202035r2495,-8150l1975304,1191168r-453,1127l1975985,1192069r2494,-1357l1982335,1190712r-2268,2490l1977345,1195916r-5443,5893l1969351,1204124r2324,-629l1973968,1199942r2752,-2884l1979242,1194392r2523,-1777l1984287,1191062r2752,-1110l1989790,1189065r3211,-890l1996211,1187731r3210,-222l2007218,1187287r8943,-445l2021205,1186399r5504,-445xm3224172,1183131r655,133l3225100,1183164r-928,-33xm5929911,1182837r226,453l5930137,1183064r-226,-227xm928688,1181150r-1864,3098l923926,1185915r4762,-4765xm3294063,1178503r-2948,227l3288393,1179410r-4762,1134l3282270,1180770r,15l3286721,1181221r10656,1361l3302364,1183036r4308,l3310069,1183036r-11924,-3853l3297465,1178730r-908,-227l3294063,1178503xm3250066,1178047r-1587,229l3244004,1182516r774,-387l3246592,1181221r2267,-453l3253167,1179858r938,-41l3250066,1178047xm2689854,1174398r-7796,19387l2691284,1179312r-1430,-4914xm5304711,1173320r-454,227l5303350,1174453r1361,-1133xm2147735,1170557r-6104,23857l2135753,1218490r-5425,24078l2124676,1266649r-10626,47938l2103877,1362753r-15147,2726l2092121,1366616r-17859,8179l2050298,1372297r-10399,908l2038542,1377066r-1130,3635l2035829,1383881r-2034,2953l2031534,1389560r-2261,2499l2026334,1394104r-705,456l2028549,1393827r276,l2025461,1394667r-2292,1481l2022943,1396148r-11303,-9314l1989032,1397057r-15825,13633l1971173,1412052r-2713,910l1968008,1411826r-452,-1136l1967103,1410236r-678,-455l1965747,1409327r-678,l1963034,1409100r-3843,l1957156,1408873r-678,-227l1955800,1407964r25546,-16132l1992876,1383654r14920,-20447l2009379,1362071r2035,227l2013900,1362298r2939,-682l2019778,1360707r6330,-2271l2032890,1355254r7009,-2954l2043290,1350938r3617,-1362l2050298,1348440r3391,-682l2056854,1347076r3165,l2061828,1346167r29389,-28399l2086470,1321403r-5200,3636l2076522,1328219r-5199,3181l2066349,1334127r-5426,2272l2055498,1338443r-5652,1591l2039899,1331400r-12208,3636l2027013,1333445r678,-1590l2033343,1328901r-8139,-3862l2000336,1334581r-452,-1591l2009605,1326856r-11530,4544l1998075,1324812r6782,-5908l2036282,1303455r13112,-14770l2046681,1287550r2939,-6816l2049394,1273464r-21929,7043l2052107,1259151r-11304,-1137l2055046,1254381r-679,3861l2078783,1251429r10173,2498l2088730,1247110r7913,908l2101616,1230981r-3165,l2098225,1230300r226,-907l2098904,1227351r1356,-2269l2101390,1223038r3391,-4548l2108173,1214407r2712,-2955l2111564,1210313r452,-686l2111790,1209400r-226,l2110659,1209627r-1808,914l2105912,1211679r-1131,-683l2104555,1209400r-5651,7274l2098451,1209855r-3391,l2093704,1208948r-1357,-1133l2091669,1206679r-678,-1136l2090765,1204181r-226,-1134l2090765,1201457r226,-1139l2091443,1198958r678,-1360l2093930,1195091r2487,-2949l2098904,1189417r2712,-2497l2104555,1184420r5652,-4090l2114503,1177603r1582,-1136l2099356,1177603r-26903,6589l2070871,1189192r-4522,454l2066223,1189664r3877,275l2069431,1190389r-6692,451l2052926,1198721r-4015,-7205l2051754,1190684r-326,-130l2050750,1189872r-452,-909l2049846,1187373r,-1590l2050072,1183512r3843,1816l2054819,1181921r92916,-11364xm2165369,1168740r2939,15226l2184585,1186920r11304,14989l2198149,1202590r-5199,7951l2199280,1225082r-13481,-666l2185715,1224400r-2486,-228l2177803,1223719r-6104,l2185799,1224416r2403,438l2190237,1225764r2034,906l2194080,1227578r1583,1361l2196793,1230529r1356,2043l2199054,1234617r678,2500l2200184,1239843r226,3409l2186620,1257336r9721,3860l2208549,1250520r1808,-681l2212618,1249383r2713,-681l2218270,1248474r3165,l2224600,1248702r3165,681l2230478,1250292r2939,910l2236130,1252791r2034,1590l2239068,1255292r679,1361l2240425,1257787r678,1137l2241329,1260515r,1362l2241329,1263695r-226,1591l2240425,1267331r-678,1816l2239068,1270968r-1130,2042l2236582,1274827r-1583,2045l2231608,1280961r-3843,3636l2221435,1290731r-2035,1591l2218948,1292775r-5200,2273l2218270,1299138r-2261,1589l2213522,1301863r-2713,1137l2208097,1304135r-5652,1591l2198149,1306862r2261,7271l2183003,1321403r11981,-2499l2188202,1322085r3617,-454l2195663,1321176r3617,l2202897,1321176r3617,455l2210131,1322312r3391,682l2217139,1324357r-4973,3408l2206966,1331400r-10173,7497l2191593,1342532r-5425,3408l2180968,1349121r-5426,2952l2133493,1358208r-2035,-1136l2129423,1355027r-8590,1363l2125354,1332990r4295,-24083l2134623,1284597r4748,-24310l2142083,1248018r2713,-11810l2147961,1224172r2939,-11352l2154291,1201228r3391,-11128l2161526,1179194r3843,-10454xm3504846,1167700r430,1718l3508904,1176458r1813,3175l3512531,1182582r1587,2496l3516159,1187117r2040,2042l3520013,1190521r2267,1359l3524547,1192787r1034,188l3505880,1169514r,-1814l3505653,1167700r-226,l3504846,1167700xm3309807,1164362r-96,528l3309484,1168063r454,3406l3310391,1175100r907,4310l3312440,1182672r580,-90l3309807,1164362xm3487510,1162938r-14098,3084l3473989,1166022r29252,1503l3487510,1162938xm2058480,1152605r2096,7293l2056956,1165310r-1143,-11059l2058480,1152605xm2167404,1149649r,3183l2166499,1153058r905,-3409xm2031489,1147841r3687,5900l2026188,1162134r2996,-8166l2020888,1158732r10601,-10891xm4044269,1145930r2722,453l4048125,1146157r-3856,-227xm2668587,1141511r6155,3344l2682875,1150872r-13189,3343l2676280,1146415r-7254,l2668587,1141511xm2490258,1139923r529,1588l2490258,1143100r-2646,-227l2490258,1139923xm4059464,1139126r-5670,4990l4059464,1139354r,-228xm2576822,1138336r6040,4012l2582629,1142599r-6737,502l2573337,1139338r3485,-1002xm2078331,1136695r57,58l2077201,1139650r1130,-2955xm2630770,1135606r2230,172l2631450,1136060r-2493,905l2626011,1138777r-2946,2266l2621037,1142832r-1417,590l2620118,1142177r907,-2040l2622385,1138777r1813,-1358l2626011,1136512r2266,-679l2630770,1135606xm2052638,1135138r-467,737l2038864,1152606r-2101,-3691l2052638,1135138xm2490711,1133794r2946,l2487312,1134700r3399,-906xm3337945,1133367r1928,3392l3342739,1138507r426,-159l3341007,1136405r-2041,-1814l3337945,1133367xm3034230,1131155r-121,1563l3033882,1135672r-682,2955l3031610,1144536r-1590,5682l3027748,1156128r-4317,11138l3021160,1172495r-1357,4974l3020332,1176234r1134,-2041l3023281,1172602r1587,-2041l3026909,1168519r4082,-2948l3033940,1163076r1587,-907l3037568,1160805r1814,-1359l3040743,1157858r907,-1589l3042557,1154681r454,-1586l3043238,1151278r,-1814l3043011,1147649r-454,-1815l3042104,1143792r-1134,-1814l3039156,1137893r-2722,-3855l3034230,1131155xm2486179,1130395r226,l2487085,1134927r-453,226l2482326,1139910r3853,-9515xm919162,1127183r-488,1072l909637,1135121r9525,-7938xm3417660,1122573r-95,37l3454945,1143108r-8842,6580l3456079,1163979r-227,681l3466418,1165529r-679,-96l3462791,1164979r-2495,-908l3458255,1163164r-2041,-1133l3454627,1160443r-1361,-1360l3452359,1157496r-454,-1588l3451678,1153867r227,-2041l3452359,1149559r907,-2269l3454853,1145023r1588,-2495l3427185,1122800r-9525,-227xm2655068,1122460r4211,3581l2664192,1126265r-1637,6494l2666766,1135445r234,1792l2666064,1137013r-6551,-449l2653197,1139924r-8422,-1792l2646646,1129175r11932,1120l2654133,1127161r935,-4701xm2546350,1122445r7938,6103l2554288,1128793r-7938,-6348xm2537988,1122445r3599,4960l2536930,1130381r-4868,-6944l2537988,1122445xm2027691,1122439r907,l2022475,1127200r5216,-4761xm2570163,1119270r,223l2564314,1131969r-2089,-5124l2567865,1119493r2298,-223xm2562225,1119270r,2857l2562225,1122445r-4763,-634l2558715,1120223r3510,-953xm5876147,1118480r20190,15863l5895883,1133663r-19736,-15183xm2048069,1117677r10919,7709l2057594,1125612r-17656,6350l2046210,1128105r-2787,l2047604,1124025r-5575,-2721l2048069,1117677xm2039938,1116091r-227,182l2032000,1120852r7938,-4761xm2135753,1115343r-7686,2498l2128971,1117841r6782,-2498xm2613024,1113488r454,1153l2613024,1114641r-8391,923l2607808,1118331r3402,3461l2607581,1128480r-3401,5077l2602129,1129382r-332,-673l2600758,1129662r-1828,1049l2597102,1131340r-2286,420l2592303,1131969r-2285,-209l2587504,1131550r-4570,-839l2578364,1129453r-3199,-1049l2573337,1127777r4113,-1887l2575165,1122954r4570,-2096l2592303,1123583r7487,-588l2598737,1117640r2041,l2601685,1115103r11339,-1615xm2625271,1111335r454,1025l2625498,1112871r-454,512l2623457,1114663r-3629,1536l2613025,1119271r1134,-5120l2620282,1111846r4989,-511xm3315146,1105810r-1126,337l3320359,1110372r-443,-498l3317648,1108287r-2268,-2041l3315146,1105810xm2877123,1101593r-2272,1364l2871443,1105229r-3181,1818l2865309,1108409r-596,171l2865991,1107728r4089,-2499l2876441,1101822r682,-229xm2711199,1100225r251,l2706687,1101812r4512,-1587xm2049622,1100219r1429,3007l2048431,1104981r-2143,-2507l2049622,1100219xm900113,1093849r-190,381l895351,1098611r4762,-4762xm5280665,1091967r2949,453l5284521,1092420r-3856,-453xm5862763,1090608r1924,452l5866392,1091514r227,l5864687,1091060r-1698,-452l5862763,1090608xm2027767,1089109r2646,3419l2029884,1092528r-5292,9278l2022475,1094237r5292,-5128xm2631653,1086005r-4091,1523l2627312,1086663r4341,-658xm2631824,1085941r251,l2631653,1086005r171,-64xm3077110,1085521r-12445,7451l3060593,1098166r-905,452l3044981,1104263r-8146,1129l3032989,1106070r-3620,451l3025975,1106521r-343,l3026164,1107053r3013,-452l3033259,1106147r454,l3033940,1106147r226,-226l3034620,1105921r227,l3035300,1105921r227,l3036434,1105921r3175,-227l3042784,1105241r3175,-908l3049361,1103654r6577,-2041l3062741,1099119r6804,-2947l3076122,1093224r11031,-5406l3077110,1085521xm2030214,1084347r199,1786l2029619,1089110r-2381,-2381l2030214,1084347xm3092684,1083908r-4714,4097l3087688,1087940r,1203l3093357,1088235r908,l3094945,1088009r453,-682l3095398,1086875r-226,-453l3094945,1085742r-1361,-1134l3092684,1083908xm2563398,1082626r3589,934l2566987,1083759r-6350,3769l2563398,1082626xm2563177,1082568r254,l2563398,1082626r-221,-58xm2561907,1081181r254,l2563177,1082568r-1270,-1387xm1006784,1078159r-3869,3269l1002252,1081334r4532,-3175xm2590799,1077275r227,l2591253,1077275r-1588,231l2590799,1077275xm3087269,1077199r-1335,2000l3086184,1079273r1085,-2074xm2034350,1076412r4001,1280l2033017,1084347r-5335,-2302l2027238,1082301r7112,-5889xm5856865,1076105r907,1359l5857318,1076331r-453,-226xm1258888,1074833r-2520,3174l1254966,1078007r-841,l1258888,1074833xm2061029,1073238r2041,7977l2066034,1083716r2479,-4130l2068513,1079806r-2436,3946l2071688,1088488r-681,2111l2059215,1100219r6123,-7039l2056266,1094823r-4535,-4928l2054225,1089192r-4309,-704l2046288,1084264r4535,-1642l2057173,1080980r3856,-7742xm1009650,1071619r-634,4234l1006475,1077969r3175,-6350xm1274762,1070073r,1l1274763,1070074r-1,l1274762,1070260r-3175,2987l1274740,1070096r-215,189l1270000,1073247r2620,-2749l1274761,1070074r1,-1xm1262062,1070073r-1638,2645l1255713,1074835r3687,-3704l1262062,1070073xm4294641,1069056r,2948l4294868,1071551r-227,-2495xm989013,1068443r-2948,3794l971551,1082728r17462,-14285xm2620962,1066897r9525,2075l2628672,1070817r-680,12225l2616653,1092268r3402,5073l2614839,1097804r-4536,923l2602365,1100341r-7030,1615l2592614,1102415r-2949,462l2587171,1102877r-2495,-462l2582635,1101725r-2041,-1615l2578780,1098495r-1815,-2537l2574924,1092729r-1587,-3921l2593294,1078659r-2041,-1384l2601231,1077506r-2041,6228l2602592,1087194r4396,-6008l2606674,1087886r3175,-10611l2606988,1081186r367,-7831l2620962,1066897xm2050550,1066637r78,38l2043113,1071652r7437,-5015xm2190237,1062649r-226,1816l2189333,1066510r904,-3861xm2553380,1060705r-226,458l2553380,1060934r,-229xm4418919,1059079r681,2040l4419827,1061119r-908,-2040xm3308925,1058202r2147,2146l3321504,1072817r23359,-678l3361966,1085241r359,-538l3363005,1083342r-17689,-12018l3320823,1071551r-3175,-10658l3308925,1058202xm1259459,1057375r1016,215l1259967,1057805r-12192,7508l1259459,1057375xm942976,1057342r-252,635l938212,1060517r4764,-3175xm4300991,1055451r5443,1587l4306207,1055677r,1134l4300991,1055451xm4427764,1055223r-453,228l4427764,1055451r,-228xm997041,1049811r-9744,7937l987859,1056944r9182,-7133xm4437062,1049101r681,227l4441825,1050235r-4763,-1134xm1286565,1048284r5218,2497l1283163,1057362r8620,-4085l1289061,1054866r,1135l1288607,1059405r-5444,2042l1284524,1061447r-5670,4993l1275403,1064887r2535,4601l1277514,1069488r-2964,-2506l1269068,1072577r33,-10l1269061,1072585r-649,662l1268771,1072709r-1259,539l1267512,1073021r1297,-370l1274762,1063722r28,52l1286565,1048284xm2513013,1047852r,1852l2504987,1058962r-3087,-2058l2506839,1051144r6174,-3292xm1260475,1044653r-6350,3199l1260021,1044880r454,-227xm4354512,1043656r-2948,2270l4354286,1043883r226,-227xm1233404,1043065r1671,1036l1234658,1044515r-7521,3338l1233404,1043065xm1257300,1043065r-235,211l1250950,1046266r6350,-3201xm1268079,1041336r-113,113l1267285,1041676r794,-340xm2077154,1039883r884,237l2078038,1042963r-5526,5948l2071185,1053174r-6631,3553l2064775,1059570r-7958,2843l2050550,1066637r-5227,-2566l2047534,1057912r7515,-4500l2054165,1057439r7515,-9240l2073396,1041542r3758,-1659xm2541134,1038215r-2149,628l2539320,1038759r2721,-229l2544442,1038329r-3308,-114xm1265238,1035128r-1985,2256l1249362,1044653r15876,-9525xm1320800,1031954r-227,454l1316037,1033542r4083,-1361l1320800,1031954xm1239996,1031954r1429,595l1236662,1033541r3334,-1587xm2586038,1024014r-241,198l2578100,1027188r7938,-3174xm2170116,1024008r-226,1136l2169438,1026507r-1356,2726l2166047,1031733r-2713,2953l2160395,1037639r-3391,3181l2153161,1043773r-3843,2976l2145248,1049021r-4069,2499l2137336,1053791r-3843,1590l2129649,1056744r-3391,681l2123545,1057652r-1356,l2121059,1057425r3165,909l2127615,1059015r3391,227l2134397,1059242r-18764,10222l2126937,1065827r-7913,7952l2143440,1063103r34589,-5224l2168534,1091267r-2035,228l2164465,1091949r-2487,681l2159491,1093766r-2487,1362l2154517,1096492r-2486,1816l2149544,1100352r-1809,1818l2145927,1104440r-1357,2045l2143666,1108983r-226,2271l2143440,1112390r,909l2143892,1114661r452,1136l2145022,1116705r679,1136l2122441,1130119r-13816,215l2119024,1131924r3417,-1805l2138014,1129879r19216,4318l2151805,1154877r-12661,1591l2127163,1158512r-11756,1592l2110207,1160785r-5426,682l2099808,1161694r-4974,-227l2090313,1161239r-4069,-1135l2081948,1158967r-1808,-909l2078331,1156922r-1809,-1137l2074940,1154649r-1583,-1591l2071775,1151694r226,-2499l2072453,1147376r1130,-1362l2074488,1145104r1130,-680l2076975,1143741r2712,-682l2081496,1142831r452,-453l2082174,1141923r,-682l2081496,1139877r-1130,-1137l2078388,1136753r1978,-4829l2069740,1145331r-678,-3636l2065219,1143741r904,7045l2063636,1145786r-2713,228l2061376,1143286r452,-2272l2062337,1140160r1299,-1192l2066123,1136468r2487,-2044l2071323,1132379r2713,-1591l2071097,1131924r-2713,1136l2066349,1134878r-1808,1590l2063184,1138740r-847,1420l2058437,1143741r-4522,5454l2045098,1159649r-3617,4545l2038090,1168285r13791,-17727l2051202,1150786r-1130,-681l2051881,1142604r-1357,1137l2057984,1133743r2487,-6135l2061376,1126473r1582,-910l2066123,1123974r6782,-3634l2074940,1119431r452,-226l2073357,1119659r-5199,1589l2072001,1116933r-2035,-228l2079687,1110573r-1130,-454l2081722,1105122r-7008,4997l2069062,1114207r-2487,1590l2063636,1117614r-3165,1364l2056854,1120112r-2939,-2044l2053915,1114889r9947,-2499l2047133,1113526r11756,-2726l2064767,1106031r-1357,-227l2067480,1098990r226,l2067932,1098990r-905,-682l2077879,1093993r-4522,-1817l2079913,1089224r-7460,-1364l2080140,1082863r-7009,-5224l2079687,1077185r3618,-12266l2083305,1066736r15146,-5677l2094608,1055381r15147,-10018l2106590,1042864r10625,-13177l2122867,1032641r-2260,2726l2128745,1031278r2487,682l2133719,1032187r2260,l2138692,1032187r2713,-454l2144118,1031278r5426,-1363l2160621,1026735r4974,-1591l2170116,1024008xm5272498,1023303r-226,453l5272498,1023530r,-227xm1060450,1022393r,4061l1059725,1027095r-10387,6412l1060450,1022393xm1061478,1017633r560,289l1061478,1018066r-4202,1155l1061478,1017633xm5271591,1014692r,227l5272952,1021717r-1361,-7025xm2177684,1014482r367,l2176463,1019246r1221,-4764xm2166938,1012895r1588,3770l2168173,1017658r-1235,-4763xm1071563,1012871r-6351,7938l1071125,1013312r438,-441xm2571750,1008138r-2722,2985l2569028,1014567r-226,3673l2568121,1021914r-680,3444l2565853,1028802r-1587,3214l2563359,1033394r-1361,1378l2560864,1035919r-1361,1148l2554514,1038675r-8870,-305l2547711,1038530r2948,229l2553380,1039444r2722,456l2559050,1050431r-4765,1453l2554288,1051800r-10206,3197l2554285,1051884r-224,7907l2557463,1057282r19050,5251l2569709,1070524r-227,l2569029,1070524r-227,l2568575,1070524r-227,l2568122,1070524r-4763,4111l2561998,1068697r-7710,6166l2554061,1076233r-681,1598l2552700,1079201r-1134,1370l2549525,1082626r-2495,2284l2543402,1087650r-680,685l2542948,1088563r454,l2542495,1094043r-12247,1369l2537959,1097695r-3673,5432l2553741,1099029r3312,2449l2556390,1102815r6844,-7350l2566105,1099029r-4195,2673l2566988,1103929r-32014,4233l2533806,1103837r-3104,4591l2526166,1108884r-3855,686l2515053,1111396r-5896,1370l2504168,1113680r-2495,455l2499859,1114135r-2268,-455l2495777,1112994r-2041,-1142l2491921,1110254r-2041,-2055l2487612,1105688r-1360,3653l2482850,1104318r907,-15071l2487839,1094727r1361,-8905l2484210,1088335r-680,-3425l2483530,1081257r227,-3426l2484210,1074177r1134,-3653l2486478,1067098r1361,-3196l2489653,1060934r11085,2456l2497818,1059590r800,-877l2500847,1063413r146,34l2507570,1061848r10885,-7307l2517548,1058650r7257,3426l2522311,1056596r226,-3196l2523218,1050431r1134,-2512l2525939,1046092r1588,-2081l2529568,1042641r2041,-1370l2533262,1040514r-3921,1145l2525712,1041659r-4082,230l2518002,1042807r-3402,1378l2511198,1045817r-2948,2066l2506889,1049031r-1134,1607l2504394,1052015r-1134,1606l2498618,1058713r-3068,-6469l2513466,1039363r13834,-1607l2532516,1033394r4989,-4362l2542948,1024899r5216,-3903l2554060,1017552r5670,-3444l2565400,1010894r6350,-2756xm3061093,1006874r2441,731l3067607,1007605r1087,l3067363,1007176r-6270,-302xm2175184,1003370r2866,4318l2185988,1008704r-662,1016l2170113,1008196r5071,-4826xm3228813,1000067r-1597,122l3224494,1000643r-2949,679l3218596,1002229r-3176,1133l3212471,1004495r-2949,1586l3209037,1006081r661,721l3210379,1006802r18434,-6735xm3041306,999972r-530,218l3043993,1001432r-2687,-1460xm1358697,999001r-1361,1135l1356883,1000363r141,-423l1358697,999001xm2779712,997042r-688,1823l2770089,1019149r-6187,17093l2757487,1043079r458,-14813l2759549,1025303r10081,-13448l2775129,1000233r4583,-3191xm2197100,995433r-212,621l2190750,1000196r6350,-4763xm3513818,993995r15875,50115l3545114,1094453r15195,50343l3575050,1195138r-552,162l3585987,1234733r11563,40593l3609113,1316380r11562,41501l3618408,1358335r-4761,3630l3609113,1365819r-4308,3856l3600724,1373758r-4081,4309l3592789,1382375r-4081,4536l3585081,1391674r2947,-4989l3589842,1383509r680,-1815l3590522,1380108r-227,-907l3590068,1377840r,-2041l3590748,1372625r-4987,-681l3588255,1376479r-10656,10206l3584174,1400519r-10656,-6578l3573518,1390086r-4308,-1360l3567623,1398251r-3854,907l3561502,1393487r2947,-1587l3563542,1387364r-1133,3176l3555607,1390540r-226,3628l3546312,1388726r-1814,3174l3527494,1394168r13603,5671l3543591,1397570r5895,4764l3549486,1398478r20858,2494l3568077,1408685r7935,-5898l3579639,1406870r4081,4083l3588255,1415263r2493,1814l3593469,1418891r2721,1589l3598684,1422068r2947,1134l3604351,1424335r2948,908l3610246,1425696r2721,226l3615687,1425696r-18590,-12929l3602991,1415716r4988,2040l3612967,1419799r2267,454l3617501,1420706r2494,228l3622035,1420934r2494,l3626796,1420706r2268,-453l3631558,1419572r2493,-907l3636772,1417303r2267,16785l3627250,1433180r-1587,2722l3624303,1438624r-2041,2495l3620448,1443613r-2267,2495l3615914,1448604r-4988,4536l3605485,1457448r-5895,4082l3593469,1464933r-6348,3173l3580773,1470828r-6348,2044l3571478,1473551r-3175,680l3565583,1474457r-2947,454l3559688,1474911r-2720,-227l3554474,1474457r-2267,-453l3549939,1473324r-2267,-906l3545858,1471055r-1813,-1135l3536110,1445201r-5895,-1588l3524320,1442253r-5668,-1134l3512531,1440439r-5895,-454l3500515,1439758r-5668,l3488726,1439985r907,-2949l3491220,1434315r2040,-2495l3495527,1429097r2721,-2721l3501422,1423882r2947,-2267l3507770,1419345r6802,-4309l3521600,1410953r6121,-2948l3533162,1405509r-8842,-8392l3522280,1398931r-2494,1135l3517292,1401426r-2720,908l3511851,1403241r-2721,681l3503009,1405056r-6348,680l3490086,1405963r-6575,-227l3477163,1405056r-5894,-908l3465601,1403014r-5215,-1134l3455852,1400066r-3628,-1362l3449277,1396889r-907,-906l3447690,1395075r-680,-907l3447010,1393260r-5441,-453l3435901,1391900r-5215,-1360l3425245,1389179r3174,680l3431593,1390313r3174,453l3437941,1391219r2947,l3443609,1390766r2947,-226l3449504,1390086r2947,-681l3455172,1388726r2720,-1362l3460386,1386230r2721,-1133l3465601,1383509r2720,-1587l3470588,1379881r-2947,1813l3464694,1382830r-2948,1133l3459026,1384870r-2721,227l3454038,1385097r-2494,-227l3449050,1383963r-2267,-907l3444969,1381694r-2040,-1813l3441115,1378067r-1814,-2494l3437714,1372625r-1587,-2950l3434767,1366273r4761,16557l3425245,1386685r-3174,-6804l3418897,1387137r-21992,7484l3389197,1413902r-3627,2494l3372420,1406417r-3401,2948l3373327,1411633r3401,2269l3379221,1415943r1814,2269l3382395,1420027r454,2041l3383302,1423882r-680,2268l3381715,1427964r-1360,2041l3378315,1432273r-2494,2042l3370153,1439078r-6802,5216l3374460,1430231r-3854,2268l3367205,1434315r-3174,1587l3361537,1437263r-2040,1588l3357457,1440439r-681,1360l3356096,1442707r-1360,3175l3357683,1447695r3174,-1359l3358137,1450644r8842,9753l3365219,1462451r508,1183l3366180,1464991r680,1808l3366860,1468383r227,2261l3366860,1472906r-453,2261l3365953,1477202r-680,1809l3364366,1481046r-1361,1357l3361644,1483986r-1360,1130l3358469,1486247r-1587,904l3353027,1488508r-3856,1357l3345316,1490544r-3629,679l3341460,1491223r-226,l3341007,1491223r-1134,-12212l3338059,1479011r-2041,904l3333296,1496876r9072,-2715l3333977,1500042r2494,2714l3340327,1498233r-8392,18543l3336018,1543234r-8391,-1809l3319009,1539389r-8391,-2261l3305287,1535590r16217,7536l3336245,1543580r3855,11599l3332163,1560410r-13607,7731l3314247,1598616r-12700,13872l3303815,1613398r4535,2047l3314473,1618401r6124,3411l3323545,1623405r2948,2046l3328534,1627270r1814,1820l3331482,1630909r454,910l3331936,1632501r,910l3331482,1634093r-453,454l3330727,1634851r3403,842l3335042,1637048r1139,1356l3337321,1639760r1595,1354l3342563,1643825r4330,2709l3351678,1649471r5242,2710l3367631,1657150r10483,4968l3386774,1665957r3647,1582l3392927,1669119r1824,1130l3394979,1670700r227,452l3385863,1680186r-30538,-2258l3354413,1678154r-12534,7001l3329345,1685832r-2735,1356l3319317,1696673r-5469,7001l3289691,1721740r-17092,21453l3271231,1738677r-456,-1807l3270775,1735064r,-1355l3270775,1732354r456,-1580l3271915,1729871r456,-1356l3273054,1727837r1368,-1580l3276701,1724902r2279,-1129l3283538,1721740r2506,-902l3288096,1719708r2278,-1581l3292198,1716320r683,-1129l3293565,1714062r456,-1355l3294477,1711126r-4103,1355l3285361,1713385r-5926,903l3273510,1714739r-2962,l3267585,1714739r-2507,-225l3262571,1714062r-2279,-904l3258697,1712255r-1823,-1354l3256021,1709421r-45,89l3254843,1707244r-46002,-3853l3202496,1705658r-9518,6345l3178022,1708150r-14277,13370l3147203,1722654r7025,10877l3158986,1739423r23795,11557l3165558,1748034r-11104,-1813l3149695,1745315r15863,15636l3163745,1760724r-3626,-906l3149015,1756646r-15183,-4532l3134512,1754153r1360,1586l3137458,1757552r1813,1586l3141311,1760498r2266,1133l3147203,1763897r2492,1586l3150375,1765937r,453l3150375,1766617r-1133,453l3147656,1767070r-6345,226l3128847,1753700r-20168,-8612l3106186,1743275r3852,-7704l3105279,1737610r-3625,2266l3098481,1742143r-2039,2265l3094629,1746901r-907,2267l3093269,1751660r,2493l3093949,1756872r906,2266l3096442,1761858r1586,2492l3100294,1767070r2493,2266l3107999,1774548r5892,4986l3119783,1784746r5665,4532l3130660,1794037r2493,2266l3134966,1798343r1586,2266l3137911,1802422r680,2040l3139045,1806274r-227,1813l3138138,1809674r-2946,2492l3133153,1813753r-1587,906l3131113,1814659r-226,l3130660,1814433r,-227l3131340,1812620r1133,-1813l3134512,1807861r-15863,-5212l3130433,1817378r-2266,2493l3125674,1822364r-2266,2040l3120689,1825763r-2946,1360l3114797,1827803r-3172,227l3108452,1828030r6572,1586l3122049,1831429r14503,3172l3143577,1836414r6798,2040l3156947,1840946r5404,1864l3161213,1841215r-2256,-2301l3156926,1836613r-2482,-2071l3151736,1832702r-2933,-1610l3145644,1829481r-19856,-460l3140003,1816136r5190,921l3162792,1829021r23241,2301l3195735,1850878r16020,6212l3214688,1862611r-451,460l3212658,1863531r-1806,231l3208145,1863762r-1580,-460l3204986,1863071r-1805,-690l3201601,1861461r-1805,-1380l3197991,1858700r-2030,-1840l3194156,1855019r-11057,-9203l3169108,1846344r76,41l3171903,1848198r2720,1586l3177342,1851824r2039,2039l3181648,1856130r1812,2492l3185500,1861342r1360,2492l3188446,1867007r1133,3173l3190712,1873579r680,3625l3191618,1880830r227,4306l3184593,1880604r-6798,-3627l3174623,1875392r-2946,-1360l3168504,1872898r-2946,-679l3162835,1871590r1053,1923l3159747,1876462r-622,l3161412,1871453r-1972,-140l3156267,1871313r-3173,453l3149695,1872446r-3626,1133l3142217,1875392r-4079,2039l3155361,1895333r2266,-3172l3166011,1899412r-12010,9518l3146749,1902132r-16769,-3400l3127714,1897599r10651,18582l3150148,1932951r2267,12917l3160799,1953572r-226,2266l3137685,1940882r-2040,-453l3133832,1940202r-1812,l3130660,1940202r-1586,453l3127941,1941108r-907,1133l3125901,1943148r-453,1133l3124995,1945868r-454,1585l3124541,1949493r,1813l3124768,1953799r906,5212l3124995,1958331r-1360,-1587l3118649,1951306r-6345,-6572l3108905,1941335r-3172,-3172l3102787,1935443r-2946,-2039l3098254,1932724r-1133,-453l3096215,1932271r-1133,l3094402,1932724r-453,680l3093496,1934537r,1586l3093496,1937936r226,2493l3094402,1943375r680,3399l3093722,1946321r-1586,-453l3090776,1944734r-1359,-906l3086471,1941108r-2946,-3399l3080579,1933857r-2946,-4306l3071741,1920034r-5892,-9971l3062903,1905531r-3173,-4532l3056558,1897146r-3173,-3399l3051572,1892387r-1586,-1586l3048173,1889894r-1586,-906l3057918,1874485r13596,-6345l3083751,1862248r4759,1133l3093269,1864741r8158,3172l3108905,1870406r3626,1360l3115930,1872672r3399,453l3122728,1873579r3626,-227l3129753,1872672r3626,-906l3137005,1869726r3852,-2493l3144936,1864288r-453,-2040l3117743,1857036r-4079,3399l3103693,1853183r,1813l3103013,1856356r-1133,1360l3100747,1858622r-1813,680l3097348,1859755r-2040,454l3093269,1860435r-4306,l3085338,1860209r-2720,-227l3081032,1859529r-4079,1586l3073327,1862021r-3172,454l3067435,1862701r-2492,l3062903,1862475r-3626,-227l3057464,1862021r-1586,l3054065,1862248r-1586,453l3050439,1863608r-2266,1359l3046134,1866554r-2720,2266l3041148,1864514r-2492,-4305l3035710,1856130r-3173,-3626l3029138,1848651r-3626,-3399l3021886,1841853r-4079,-3173l3025739,1835961r4985,l3032990,1835961r1813,-227l3036389,1835281r454,-227l3037296,1834601r227,-680l3037523,1833014r-227,-906l3037069,1831202r-18582,4986l3016901,1833921r-1813,-2266l3013048,1829616r-2039,-1813l3006477,1824177r-4759,-3399l2996506,1817152r-4759,-3853l2989481,1811260r-2266,-2266l2985402,1806954r-2040,-2719l2980190,1802649r2024,-764l2979058,1802819r-251,-397l2974749,1795995r-1815,-2047l2968625,1788716r-6123,-6596l2955925,1775523r-6123,-5686l2947307,1768017r-1257,-788l2945947,1762558r-7711,-5459l2940504,1742541r1814,-681l2943679,1737537r-454,-15467l2939370,1718431r680,-4550l2942772,1699779r-227,-2275l2939824,1693637r-7031,-455l2932340,1692500r907,227l2930540,1683905r-230,98l2932907,1692327r-11873,-6386l2920886,1685975r-228,l2911330,1678876r-19340,-10994l2891763,1667882r9328,-229l2894721,1666508r-7914,-3773l2889251,1666736r,191l2888995,1666927r-4742,-505l2884488,1666995r-3247,-927l2856894,1654010r-14609,-1160l2828604,1648676r-6029,l2826285,1647285r3942,-696l2833705,1646357r3710,464l2840894,1647517r3478,1623l2848082,1650531r3942,2087l2848314,1650299r9120,811l2854196,1649398r-10191,-1371l2843335,1646563r-1157,-890l2838997,1643175r-3635,-2725l2831727,1638179r-4089,-2498l2823548,1633411r-4771,-2044l2814461,1629323r-4544,-1363l2805146,1626370r-4544,-908l2796058,1625009r-4544,-228l2787198,1625235r-2272,227l2783108,1625916r-2272,682l2779019,1627279r-6134,908l2771067,1627279r-7270,-8402l2739033,1605478r-8406,-10446l2749030,1593442r-2272,-1363l2743577,1589128r-8406,-8403l2724947,1570052r-5680,-4996l2714484,1560474r-299,158l2705173,1560632r-4836,-6273l2703093,1551960r-1774,-984l2699047,1549613r-2271,-454l2695185,1548705r-1817,228l2691777,1549386r-1363,1136l2689505,1552111r-681,2044l2688369,1556880r-227,3407l2688369,1564148r-4543,-1136l2677691,1576637r-5225,-7948l2667241,1560513r-2499,-4314l2662470,1551884r-1818,-4314l2659062,1543028r2726,681l2664742,1544163r410,l2664941,1543522r,-229l2665393,1542375r906,-917l2667657,1540082r2944,-2522l2671959,1535955r1132,-1147l2673470,1534136r-3775,2830l2668789,1530399r-4079,453l2661085,1531305r-3626,679l2653834,1532890r-3399,1358l2647263,1535607r-6571,2943l2627776,1544664r-6344,2944l2618033,1548740r-3399,1132l2613727,1551005r-679,1585l2612141,1554627r-453,2039l2611008,1562100r-453,6114l2610102,1574102r-453,4755l2608969,1581121r-453,1585l2608063,1583612r-453,679l2607383,1584518r-3852,6792l2600359,1597877r-2719,6114l2597295,1605026r308,-227l2600098,1602509r2948,-1833l2605767,1598615r1588,3435l2608942,1605258r2495,3207l2614158,1611672r3175,3207l2620508,1617628r3629,2749l2627766,1623125r3628,2520l2635023,1628165r7257,3894l2648857,1635495r5265,1995l2654967,1635239r2719,1133l2660405,1637504r2266,1584l2664937,1640673r2266,1812l2669015,1644297r1813,2037l2672414,1648373r3172,4302l2678532,1657430r2719,4755l2683517,1667167r4985,9737l2691221,1681659r2946,4981l2697112,1690943r1813,2037l2700964,1694792r1813,2037l2705043,1698415r2039,1811l2709575,1701585r5438,2943l2719771,1707018r4985,1586l2729288,1709962r4079,905l2737898,1711547r4079,227l2746056,1711774r4078,-227l2754213,1711321r8610,-906l2772113,1709735r4759,-226l2782310,1709509r2492,1812l2783443,1714264r-1133,2491l2781403,1719245r-679,2264l2780271,1723774r-227,2037l2780044,1727622r227,2038l2780724,1731245r679,1812l2782310,1734415r906,1585l2784349,1737358r1586,1132l2787295,1739849r1812,906l2792733,1743018r4305,1586l2802023,1746188r4985,1359l2812446,1748679r5665,1358l2830347,1751849r12689,2264l2855272,1756377r6117,1359l2867281,1759095r5211,1811l2877930,1762944r4759,2039l2886994,1767473r2039,1358l2890846,1770417r1586,1585l2894245,1773814r1359,1585l2896964,1777437r906,1811l2898777,1781512r453,2266l2899910,1786042r453,2491l2900363,1791251r-4305,14039l2895378,1805516r-5892,-3850l2883822,1798044r-5665,-3171l2872492,1791703r-5891,-2717l2860483,1786268r-6571,-2490l2846888,1781286r-1586,-226l2843942,1780834r-1813,l2840543,1781060r-3852,906l2832839,1783778r-4305,1811l2824455,1788306r-3852,2945l2816978,1794647r-3399,3623l2812220,1800082r-1360,1811l2809954,1803931r-907,1812l2808141,1807781r-680,2038l2807235,1811857r,2038l2807461,1815707r453,2037l2808821,1819329r906,2039l2811087,1822953r1812,1811l2837824,1834955r2266,4528l2841676,1843560r907,3169l2842809,1849673r,1358l2842583,1851938r-1133,1812l2840317,1855335r-1586,1132l2836918,1857825r-2266,1132l2829894,1861448r-2493,1359l2824909,1864619r-2266,2037l2820150,1869148r-453,3396l2819017,1876167r-1133,4075l2816525,1884545r-1360,4303l2813579,1893151r-2039,4302l2809727,1901981r-2266,4076l2804969,1909907r-2493,3623l2799531,1916700r-2946,2718l2793413,1921682r-1813,906l2790014,1923267r-1813,453l2786388,1924173r-1812,-2265l2782990,1919190r-1587,-2942l2780044,1913078r-906,-3398l2778458,1906284r-680,-3397l2777551,1899491r227,-3397l2778684,1892924r907,-3170l2780950,1886810r1133,-1132l2782990,1884093r1133,-906l2785709,1882055r1359,-906l2788654,1880017r1813,-679l2792280,1878658r8157,-7699l2793186,1858504r-4532,-7020l2783443,1843560r-5438,-7700l2772340,1827934r-5891,-7925l2760104,1812763r-6571,-7020l2750134,1802572r-3399,-2944l2743563,1796911r-3399,-2491l2736765,1792156r-3398,-1812l2729968,1788533r-3399,-1132l2723397,1786268r-3399,-453l2716826,1785815r-3399,453l2710254,1787174r-3172,1359l2700058,1777210r-2493,453l2694846,1776757r-2719,-1584l2689182,1773587r-2946,-2264l2680118,1766568r-2946,-2491l2673774,1761585r-3173,-1811l2667203,1757963r-3399,-1133l2661991,1756377r-1586,l2658592,1756151r-1586,226l2655193,1756604r-1586,679l2651794,1757963r-1586,905l2648396,1760453r-2040,1359l2649302,1756830r2492,-4981l2653607,1747321r1133,-4529l2654848,1742073r-9619,20054l2630034,1753509r-10886,-5216l2599644,1730150r-12019,-6123l2588985,1720852r2042,-2722l2592841,1715409r2268,-2268l2597603,1710873r2495,-2268l2602819,1707018r2722,-1815l2608489,1703843r2948,-908l2614612,1701801r2949,-680l2620736,1700441r2948,-227l2626859,1700214r34,l2625284,1699999r-3399,-226l2618259,1699773r-3625,680l2611235,1701358r-3625,1359l2604211,1704301r-3399,2265l2597640,1709056r-2946,2944l2591748,1715396r-2719,4075l2586763,1723774r-2266,-2717l2582005,1718792r-2039,-2037l2577926,1714943r-4305,-2943l2569316,1709509r-4305,-2491l2560479,1704075r-4532,-3396l2553681,1698867r-2719,-2490l2547790,1693206r-2719,-3170l2542578,1686640r-2492,-3396l2535554,1676225r-4305,-7020l2527397,1661959r-4305,-7020l2520599,1651090r-2492,-3623l2515614,1643844r-2945,-3624l2509270,1636824r-3172,-3170l2502925,1630937r-2945,-2264l2496807,1626634r-2945,-1358l2490916,1623691r-2719,-906l2485251,1622332r-2945,-453l2479587,1621879r-2946,227l2473922,1622332r-2493,679l2468710,1623691r-2719,1132l2463499,1625955r-2719,1359l2455795,1630484r-5212,3397l2445598,1637730r-9970,8151l2430417,1649731r-4985,3850l2421404,1647804r672,2909l2422525,1655512r-1347,685l2402320,1658939r4994,-9318l2405024,1652983r-2514,3463l2400224,1659677r-2515,3001l2395194,1665447r-5715,5078l2383764,1675603r-6400,4847l2362733,1691528r2743,3924l2362276,1691528r-2743,-3923l2358581,1685874r-237,2717l2358118,1690856r-681,2268l2356757,1694937r-1134,2040l2354262,1698790r-1814,1360l2350407,1701283r-2495,1360l2344964,1703323r-3175,453l2337934,1704003r-4536,-227l2310039,1701283r680,-3400l2297112,1695617r4763,-5440l2297339,1687910r-227,l2297793,1691310r-1815,1360l2293937,1693124r-1587,227l2290535,1693124r-1360,-454l2287814,1691991r-2268,-1587l2283959,1689271r-681,-227l2283052,1689271r-227,680l2282825,1691083r453,4760l2255837,1691991r-9978,4986l2240869,1699697r-4762,2719l2231571,1705136r-4536,3173l2222953,1711482r-3628,3399l2216150,1718735r-1361,2040l2213428,1722814r-907,2040l2211614,1727120r-907,2267l2210027,1731653r-227,2493l2209573,1736639r,2721l2209800,1741852r453,2720l2211160,1747518r908,3174l2213202,1753638r-4309,1360l2204584,1756131r-4536,907l2195739,1757717r-4309,680l2186668,1758851r-4309,227l2178050,1759078r1,-10l2170646,1760542r-9452,-230l2153355,1756871r1765,-2341l2141781,1762126r-35,651l2153005,1757188r1608,1341l2156451,1759647r2298,1118l2161047,1761436r736,143l2160571,1761243r-212,-222l2162507,1761720r837,163l2165642,1762107r2528,-224l2170238,1761212r7812,-1565l2177131,1762554r-1379,4695l2175614,1767504r-1930,3546l2172365,1773476r1622,-664l2187562,1767261r9302,-3617l2201402,1761836r3857,-1130l2208662,1759802r2950,-678l2214108,1759124r907,226l2215923,1759576r1815,l2217511,1760932r-8168,9945l2209116,1774268r-454,3164l2207982,1780144r-1135,2938l2205486,1785795r-1362,2712l2202309,1790993r-1588,2034l2198452,1795288r-2496,2034l2193461,1798904r-2496,1808l2188015,1802295r-2949,1130l2181889,1804781r-3403,1130l2160562,1820602r-33580,12206l2121764,1835746r-24277,17404l2100890,1859930r-14975,10849l2071394,1890669r-7033,9267l2058008,1908073r-2723,4294l2052790,1916210r-2042,3842l2049159,1923894r-1361,3842l2046890,1932031r-226,4068l2046890,1940394r454,4520l2048932,1949886r1816,5199l2053243,1960735r5446,9267l2055966,1973393r-2723,3164l2050067,1979721r-3177,2486l2043714,1984920r-3630,2486l2036454,1989666r-3858,2034l2033504,1979721r681,-13787l2035546,1933839r1134,-35033l2037588,1880498r1361,-18081l2040538,1844561r1815,-17404l2043487,1819020r1135,-7911l2045983,1803198r1361,-7233l2049159,1788959r1589,-6555l2052790,1776075r2042,-5424l2057100,1765452r2496,-4520l2062319,1757089r1361,-2034l2065042,1753699r1361,l2083420,1755508r26546,-1583l2110492,1752731r1154,-3369l2113944,1744667r98,9l2114050,1744658r-7,18l2122905,1745561r2298,894l2130487,1748915r1839,-224l2141944,1753915r1273,-665l2142519,1753200r-4381,-4817l2136294,1747924r-5533,l2127764,1746548r-1845,-2983l2124766,1740812r-691,-2753l2124075,1736877r-3856,1576l2110241,1742986r-9752,4079l2095727,1748652r-4536,1813l2086655,1751599r-4309,906l2078264,1753411r-3855,227l2071007,1753411r-1588,-227l2067605,1752505r-2041,453l2064884,1752278r-7031,-3400l2061709,1717829r4309,-31052l2070553,1655724r2495,-15640l2075316,1624897r5216,19948l2075543,1616738r4082,-24026l2083707,1568460r4082,-24027l2092325,1520406r8844,-47833l2105025,1448998r3855,-23575l2111602,1424516r3628,-454l2119539,1423609r5216,-454l2135414,1422702r10659,-680l2150835,1421342r3856,-678l2157866,1419983r907,-454l2159453,1419076r454,-453l2159907,1417715r-227,-453l2159000,1416582r-907,-906l2156278,1414541r-4762,-1812l2167391,1397311r47398,-22893l2212975,1372378r-1134,-2040l2210707,1368525r-680,-2041l2209800,1364671r,-2042l2210027,1360590r453,-1814l2211614,1356736r907,-1814l2213655,1353108r1588,-1813l2218644,1347667r3856,-3173l2226582,1341321r4536,-2946l2235880,1335655r4309,-2266l2244498,1331802r4082,-1586l2251982,1329308r2495,-452l2254651,1328956r-174,-853l2265172,1320846r8647,-5897l2280646,1310867r5006,-2721l2287472,1307465r1366,-227l2289520,1307238r228,227l2289975,1307691r-227,908l2289293,1309960r-1366,1587l2286699,1313587r9123,-4987l2317750,1308133r-229,233l2304946,1315437r3461,-942l2312958,1312908r3641,-1587l2318874,1310187r,-3175l2309955,1305680r-12414,1585l2292350,1304322r12414,-5660l2320338,1303869r-8577,-4754l2316952,1297756r226,l2317404,1297756r225,l2318984,1297304r-2483,-2264l2342232,1289154r-8126,-679l2331398,1289607r-2483,452l2326884,1290286r-2032,l2323272,1290059r-1580,-452l2320564,1288929r-678,-680l2318984,1287343r-226,-1133l2318758,1284852r226,-1357l2319661,1281909r677,-1584l2321241,1278514r1128,-1811l2336815,1257686r9254,-17658l2348552,1237312r12865,-5204l2384440,1213772r5191,-2490l2417394,1203359r17831,14486l2422585,1238444r-226,l2422134,1238444r-226,l2421682,1238444r-451,l2417619,1246593r447,13877l2419095,1259271r680,-1134l2420455,1256780r453,-1585l2420908,1253836r-226,-1357l2420455,1249535r-453,-3172l2420002,1244553r453,-1586l2420908,1240927r680,-2037l2421815,1238890r226,l2422268,1238890r2040,-228l2426801,1237532r2493,-1588l2431560,1233906r1813,-2039l2434960,1229603r1133,-2487l2436773,1224626r906,-2491l2437906,1219641r-227,-2715l2437226,1214437r-907,-2033l2435413,1210128r-1360,-2038l2432240,1206282r-2266,-1359l2429974,1202658r,-2267l2430200,1198811r680,-1813l2431560,1195635r907,-1354l2433373,1193374r1360,-906l2435866,1191564r1586,-455l2438812,1190884r1360,-225l2443572,1190432r3852,227l2450824,1191109r3626,682l2457623,1192921r2946,1135l2465328,1195861r1360,682l2467141,1196998r7706,683l2474847,1191564r1360,-1132l2479606,1187714r2493,-1586l2485045,1184544r3400,-1587l2492071,1181598r3853,-1132l2500003,1179559r4306,-227l2509068,1179332r2493,227l2513828,1180012r2493,679l2518814,1181371r2266,1134l2522670,1183166r6342,3640l2526292,1184997r-2492,-1359l2522670,1183166r-14961,-8590l2498417,1170493r3852,-2491l2497510,1160527r2266,-2717l2490031,1158715r12918,-8382l2495924,1133341r2266,-906l2499525,1132561r-573,-385l2497137,1130119r-1587,-2054l2512105,1125781r7938,-913l2528207,1124184r3402,7079l2527073,1129207r-3855,2740l2515734,1133547r-1266,424l2538984,1136286r-1813,1359l2539890,1138777r-5212,7705l2544650,1146253r-907,4532l2558021,1147614r2493,225l2562780,1148294r2040,-455l2567313,1147614r2266,-680l2571619,1146253r2266,-905l2575925,1144216r-11332,18125l2586803,1162793r4986,-7023l2590203,1156223r5212,-2944l2600855,1150785r5665,-2038l2611733,1146707r5439,-2265l2619620,1143422r-408,1020l2621037,1142832r1574,-655l2628051,1139230r2946,-1811l2633716,1135833r-716,-55l2633943,1135606r2040,l2638022,1135833r2040,679l2641875,1137419r2040,1358l2648221,1141043r2493,1360l2653433,1143309r2947,680l2659779,1144216r12012,12687l2684255,1160753r4494,9848l2686059,1161356r1363,-1819l2695828,1159765r,-7046l2689694,1151128r-1136,1819l2684696,1152037r-455,-2045l2756032,1122722r3181,-3181l2762621,1116587r4089,-3181l2770799,1110681r4771,-2726l2780341,1105229r5225,-2272l2790565,1100911r5452,-2043l2801242,1097278r5453,-1364l2811920,1094780r5453,-456l2822371,1094098r4998,l2831685,1094552r8406,1590l2843726,1097278r455,227l2843953,1097732r-2271,l2834184,1097278r-3180,-227l2829868,1096823r2272,2727l2834639,1102048r2726,2272l2839864,1106138r2499,1590l2845089,1108864r2727,909l2850542,1110453r2953,228l2856222,1110681r2953,-681l2862128,1109318r2585,-738l2863264,1109544r-1136,1137l2861901,1111135r,227l2862356,1111590r1363,-228l2884393,1104092r4245,-662l2899156,1094944r7908,-4896l2894411,1091214r-14686,13522l2890344,1085153r678,-3031l2899382,1078624r12653,-3963l2913617,1074427r-1582,2798l2930111,1076293r3390,-1166l2937116,1073961r7682,-2331l2952481,1069999r7908,-1866l2968523,1066968r8134,-1166l2992925,1063702r7909,5364l2999930,1072096r-1130,2798l2997670,1077458r-226,2565l2997444,1082588r226,2565l2998800,1087950r1356,2331l3001694,1092463r650,-142l3002217,1092069r-4751,-11967l3001086,1069037r-7919,-5194l3047243,1056843r53850,-6774l3093174,1058423r-4204,15527l3101068,1050825r13607,-2267l3128509,1046064r28122,-5925l3170918,1037645r14061,-2721l3199040,1032656r7030,-907l3213100,1031295r6804,-680l3226707,1030388r6804,l3240088,1030615r6577,453l3253241,1031749r6350,907l3265941,1034243r6350,1587l3273852,1036455r-427,-962l3272744,1033906r-453,-2268l3271837,1029597r454,-2495l3513818,993995xm2184400,993845r1588,3681l2185534,998608r-1134,-4763xm1004888,993817r-5936,6531l969962,1025567r34926,-31750xm5263198,992938r453,453l5264105,993618r-907,-680xm3159951,991985r537,1008l3162300,997495r-13595,3602l3142044,1012199r2794,-1995l3148013,1007256r3175,-2948l3154590,1001586r1814,-907l3158218,999545r2041,-680l3162073,998411r7938,-907l3179536,998865r16782,-1815l3204206,1001101r-1716,-3858l3201582,996337r-907,-906l3198406,994524r-2495,-680l3193189,993618r-2722,l3187518,993844r-6352,454l3174814,994751r-3176,l3168462,994751r-2949,-453l3162564,993391r-2613,-1406xm2609850,990691r-205,276l2603500,997042r1843,-5246l2609850,990691xm1019247,990616r-4759,9752l1013582,1001048r-4305,3855l1013582,1001955r1813,681l1011316,1008079r2039,-2042l1015621,1004450r2040,-1814l1019927,1001275r2266,-1361l1024459,998780r2492,-907l1029217,997193r-453,1134l1027631,999461r-2719,3175l1018114,1010120r-5212,5669l1012223,1016923r-227,454l1012223,1017377r679,-227l1014715,1017830r-10197,9752l1009730,1024861r-10650,10658l998627,1035973r-8385,8164l992055,1043003r-2946,3632l990469,1046409r-227,3628l992055,1050944r-4196,6000l945376,1089952r453,2267l949002,1093581r-453,1133l947869,1096075r-2719,3402l941751,1103332r-3852,3855l929968,1114898r-4985,4536l925436,1120794r-680,l923623,1121248r-2039,1134l919318,1123970r-2719,2268l911613,1131227r-4758,4989l902323,1141432r7251,-8617l896431,1144381r,1814l894166,1149143r1812,-2041l898244,1145515r1813,-1814l902323,1142340r2493,-1361l906855,1140071r2493,-907l912067,1138484r-2040,3629l907988,1145742r-2493,3401l902549,1152545r-3172,3175l899345,1155753r-2234,1555l891446,1161163r-5438,3856l881023,1169102r-5439,4082l870600,1177266r-4986,4309l860856,1186110r6118,-4762l873998,1176359r7478,-5443l888954,1165019r3625,-2949l895978,1159122r3367,-3369l902323,1153679r-16995,16784l900510,1157082r-21753,22452l927702,1141886r-17675,19277l914559,1157534r4079,-4082l926795,1145515r4306,-4083l935633,1137577r4532,-3402l945376,1131001r5212,-8165l950135,1124423r12463,-10659l962144,1117166r2040,-3174l966223,1110816r2040,-2494l969849,1105827r2039,-2041l972794,1102878r907,-453l975060,1101971r1134,-453l977553,1101518r1587,l1002915,1081428r923,133l992509,1090632r5438,-2721l990242,1094941r6572,-3856l997041,1091085r-7741,8025l989189,1099289r-217,161l984351,1104239r-5665,6123l980499,1110589r-11103,11113l974834,1117846r-5212,5444l973021,1120794r-17448,13154l963957,1129412r1360,1361l960558,1134402r1813,-680l957159,1138484r1813,680l934726,1159122r5439,-2495l939032,1157534r8837,-3855l920904,1175226r14729,-7712l931554,1171143r2039,-680l925209,1176813r1586,l925663,1178173r4078,-1360l926569,1180894r-168,195l928688,1179564r,991l925660,1181944r-2037,2353l921584,1187470r-2266,2496l917052,1192006r-2002,1457l911225,1197026r2418,-2747l911387,1195407r-3852,1588l902096,1208560r1360,1815l880570,1231237r3172,-2721l878530,1233278r-906,-4083l882609,1225568r-3626,l875131,1234865r-1586,l876944,1236907r-1478,1563l877888,1236709r-1961,4760l873634,1240406r-3013,3187l871538,1243963r-561,681l868362,1246232r107,-364l864934,1249606r-3398,908l861309,1252555r1586,1134l866068,1252102r-8838,9752l858363,1263214r-3626,5216l856324,1268203r-454,1134l852018,1273192r-226,l852245,1273647r4759,-2949l851112,1277275r7251,-5443l845447,1285893r3399,-1815l844314,1289068r-13143,680l817122,1291109r-14955,1135l787438,1293151r-7478,227l772483,1293378r-7478,-227l757981,1292697r-7025,-680l744385,1290883r-6571,-1815l735094,1288161r-2945,-1360l742345,1275687r10424,-11339l762966,1252329r10197,-11795l793330,1216496r20394,-24264l823920,1180442r10197,-11567l844541,1157308r10423,-11113l865388,1135309r10423,-10205l886461,1115125r11103,-9525l943790,1057748r-1360,681l960558,1040509r9291,-9299l979366,1021912r9743,-8844l994095,1008759r4985,-3856l1004065,1001048r4985,-3855l1014035,993791r5212,-3175xm1103086,987471r226,1710l1102632,989425r-8845,4396l1103086,987471xm1101558,987471r168,l1101391,987616r-2841,1443l1101558,987471xm1017588,987467r,529l1017412,988525r-1412,2117l1017588,987467xm1017323,987467r264,l1017323,987785r-2911,1270l1017323,987467xm1039813,982704r-1003,2268l1038059,986106r-3009,1360l1039813,982704xm1065213,977944r-4666,8164l1054100,990644r7335,-8391l1062323,979985r-666,227l1065213,977944xm5217147,977755r227,680l5217374,977982r-227,-227xm1020762,971593r-4365,5028l1009503,982790r-14245,11654l986297,1001756r2527,-2513l985838,1001528r28490,-26507l1013869,975935r919,l1017315,973878r3447,-2285xm2836439,968467r3599,2280l2833741,983971r3823,2735l2821596,1005402r-7422,5927l2819347,1002894r-6297,-14820l2824295,973483r12144,-5016xm3136143,964863r100,215l3137830,967780r1586,2251l3141455,971832r1812,1801l3145533,975209r4305,3827l3152104,980837r322,352l3149634,977755r-2496,-3172l3143962,971637r-3175,-2493l3136143,964863xm2844998,963705r2977,2083l2847776,966086r-6151,2382l2844998,963705xm1395412,963690r,794l1392237,968453r1694,-4233l1395412,963690xm2421203,963636r1323,5669l2420409,973160r-2646,-2721l2421203,963636xm5740491,960760r3856,2719l5744120,963253r-3629,-2493xm1404088,955753r2437,715l1406304,956468r-7311,3572l1397222,960516r-222,l1404088,955753xm1054100,954129r-5135,7258l1039812,968417r14288,-14288xm2431822,952793r-3152,5187l2427060,958911r-1361,-453l2425926,958458r5896,-5665xm2458810,952340r-1251,707l2458636,952861r174,-521xm2427288,952051r,215l2427233,952083r55,-32xm2425473,947760r227,l2425927,947760r1306,4323l2420938,955698r1587,-6221l2425473,947760xm5274994,946710r1588,2040l5275901,947164r-907,-454xm1425575,946229r-240,244l1417637,952578r7938,-6349xm1152302,946196r223,235l1152079,946666r-8912,9643l1139825,958896r12477,-12700xm1066800,946192r-5433,7006l1059145,955614r-495,483l1055687,957305r11113,-11113xm2611093,945138r-563,1085l2607355,952340r-1984,4117l2605994,956612r907,l2607355,956386r680,-227l2608489,955705r907,-1362l2609849,952982r454,-2041l2610983,946403r110,-1265xm1304712,943387r-6124,2270l1304485,943614r227,-227xm1042328,941490r-648,594l1042311,941496r17,-6xm2428587,941410r3464,7194l2427288,949348r1299,-7938xm1434901,939878r199,l1434505,940514r-1190,952l1431925,941149r2976,-1271xm2249304,939870r224,l2246394,946784r4030,-2899l2252663,948569r-672,892l2243036,963289r-5821,3569l2239901,963067r-447,-8030l2236543,955706r-1119,223l2235200,955037r224,-2453l2246170,949238r-4701,-4907l2249304,939870xm1044399,939590r-1813,1814l1042328,941490r2071,-1900xm2261989,938283r1786,662l2260600,939871r1389,-1588xm1158863,938212r-1818,1134l1158635,938665r228,-453xm5713041,937193r1362,1359l5715991,939686r-908,-907l5713041,937193xm3044742,937143r-2032,226l3040452,937595r-2257,678l3036163,938726r-173,61l3036321,938739r6571,-450l3049690,938739r6570,451l3063058,939865r4473,802l3067092,940534r-6999,-1808l3056481,938048r-3612,-679l3049031,937143r-4289,xm2255384,936695r2042,2495l2252663,944633r2721,-7938xm2438559,936647r1429,1815l2436178,941410r-5715,-1361l2434035,938916r4524,-2269xm1047791,936383r-5480,5113l1041907,941630r5884,-5247xm3123767,933876r-6558,11406l3117435,945509r-226,l3116984,945509r-13997,-1131l3098697,945509r-579,68l3104069,946168r6797,225l3117437,946168r227,l3117890,946168r7300,3789l3124907,949203r-454,-2266l3124000,944671r-227,-2266l3123546,939686r,-2720l3123767,933876xm1079500,933492r-1504,1361l1074737,936667r4763,-3175xm2264429,931933r934,1191l2263869,936696r-1681,-2977l2264429,931933xm4959672,931301r9981,5665l4979862,942631r4413,2253l4990977,948523r5905,2949l5000278,953282r1134,453l4996882,951472r-6812,-3629l4984275,944884r-3733,-2026l4970107,937193r-10435,-5892xm4349069,930047r-3855,2495l4345441,932542r3628,-2495xm2809875,928781r,158l2806700,930369r3175,-1588xm1440582,927724r-810,454l1439646,929560r,-199l1436394,930071r-1482,831l1439675,929767r,227l1440582,927724xm2817813,925605r,200l2816225,928781r1588,-3176xm2955926,925549r17462,3856l2973161,929405r-907,-227l2972028,929178r-681,l2970213,929631r-1134,454l2965224,933260r-6804,6123l2945720,941651r-3855,6350l2936876,954124r,-4989l2938236,945053r-453,-907l2932340,940290r-681,-2494l2928938,932580r453,l2929618,932580r9752,-908l2945267,927591r10659,-2042xm2422701,925536r2999,2309l2425347,929769r-2469,1924l2422701,931886r-176,l2422701,925536xm2969243,920786r5733,2144l2974756,923168r-5954,2381l2967038,921501r2205,-715xm2117725,919166r3175,7080l2120476,927104r-2751,-7938xm3110776,917177r112,1426l3111340,919281r1841,1412l3111069,917705r-293,-528xm2426798,914418r3664,2598l2430218,917016r-3175,577l2424112,915572r2686,-1154xm1330118,909717r207,488l1330118,910450r-4556,2442l1330118,909717xm2128610,909641r227,2117l2127476,914404r-1814,-3175l2128610,909641xm2824018,908142r1732,168l2822502,910314r-1515,1003l2824018,908142xm2967038,908086r3175,l2967435,909674r-397,-1588xm2949438,908086r6300,1844l2960688,914769r-900,922l2955288,918226r-2925,3457l2949888,922374r-3375,-2535l2942688,916613r-10575,-691l2949438,908086xm2121666,901705r2409,747l2123856,902639r-4380,2241l2117725,903760r3941,-2055xm1342564,900192r462,529l1342564,900986r-12239,7144l1339100,902044r3464,-1852xm1485901,897018r-935,2507l1484733,899525r-6771,668l1485901,897018xm2428346,896961r2117,1588l2427288,898305r1058,-1344xm2124075,895353r244,l2128227,898289r,-629l2130181,899547r,3355l2130425,905627r-244,839l2124075,895353xm1135454,895325r-6136,4311l1121137,907578r4545,-4311l1129091,900771r5000,-3404l1134545,896913r228,-453l1134091,897140r1363,-1815xm2130425,893766r4763,5755l2133600,901614r,90l2132012,901704r1,1l2131748,901705r-1323,-1588l2132012,901704r,-1588l2132921,900116r-840,-2182l2131667,900513r-1242,-6747xm2640305,891985r-3695,7110l2630033,911103r-7802,13608l2636610,911235r1587,-2496l2639785,906243r1134,-2722l2641599,901025r227,-2950l2641826,896714r-227,-1361l2641146,894219r-454,-1589l2640305,891985xm4422775,891497r-3856,1361l4422548,891724r227,-227xm2142278,890591r847,2963l2139950,896941r2328,-6350xm1358243,885502r-4990,2043l1358471,885502r-228,xm1504712,884209r-2936,6460l1503200,886125r-204,l1504712,884209xm1230678,881483r-682,227l1230224,881710r454,-227xm2865487,881137r4713,1589l2862262,882461r3225,-1324xm1353740,879556r397,l1350962,881143r2778,-1587xm4736646,879252r2722,454l4739141,879479r-2495,-227xm1372988,876422r-5672,5675l1366182,883459r,454l1367089,883913r6125,-5675l1373668,878011r-680,-1589xm2850515,876376r2223,3175l2852420,879551r-4445,-706l2847975,878669r2540,-2293xm2505981,875984r-8391,12462l2504394,886180r-1361,l2505981,875984xm3121047,875094r,98l3114952,877905r-903,1356l3113819,880184r1107,-1229l3117648,877142r3403,-1813l3121277,875556r,-227l3121504,875329r-457,-235xm4841256,874876r33021,14810l4874312,889703r1199,583l4874603,889832r-326,-146l4867117,886207r-8620,-4079l4850103,878502r-8847,-3626xm2813050,873218r6350,4763l2819181,877981r-6131,-4763xm2957513,873200r,454l2949779,874788r-204,-454l2957513,873200xm2857209,871613r213,l2870200,875961r-8093,-966l2861894,874995r-4898,7731l2852737,876203r4685,2899l2857209,871613xm1218989,869997r211,l1216025,871585r2964,-1588xm2437778,869968r5177,1270l2443162,871238r,159l2433637,871556r4141,-1588xm4469493,869048r-7031,2041l4468812,869275r681,-227xm1360487,868443r,227l1359510,869577r-2198,2040l1357312,870030r3175,-1587xm2925762,868437r,227l2922587,870025r3175,-1588xm1264558,868408r680,l1263878,869678r-3403,1905l1264558,868408xm2462439,866921r-8618,1359l2457449,869640r5897,-906l2463119,871453r10659,-4306l2474458,866921r-14741,453l2462439,866921xm2485798,865562r-7711,453l2486024,865562r-226,xm4611461,865420r8844,3174l4611687,865420r-226,xm2929964,865262r3736,595l2930198,866850r-4436,-397l2929964,865262xm2441258,865211r1905,1852l2442528,868386r-4128,-2381l2441258,865211xm2952750,863675r-680,454l2947307,874107r-2494,1134l2936875,876375r2722,-5670l2937329,868437r15421,-4762xm4636634,862698r-1134,681l4635500,864059r1134,-1361xm1366837,862093r-470,453l1360487,865268r6350,-3175xm2935568,862087r1307,1389l2933700,863675r1868,-1588xm4691970,861338r10658,7483l4702402,868367r-10432,-7029xm2917825,860501r6350,4524l2923956,865263r-6131,-4048l2917825,860501xm1368166,859888r-396,191l1366636,860306r1530,-418xm2902790,858913r3923,992l2901950,860501r840,-1588xm1141413,858881r-718,1202l1123950,874756r17463,-15875xm1390453,856674r-3398,1816l1387051,858490r-16558,8853l1387055,858490r9370,834l1396351,859398r279,-56l1397258,859398r227,-227l1396630,859342r-205,-18l1398620,857128r-8167,-454xm1546559,855744r1254,288l1543551,858919r-501,-1732l1546559,855744xm1147762,855706r-5477,5820l1137464,865617r-4942,4193l1132760,869810r-952,1119l1128712,873168r4048,-4030l1132522,869138r-238,l1132046,869138r-238,l1142047,860631r5715,-4925xm2459778,854097r4022,l2463588,854530r-6138,1155l2457450,854530r2328,-433xm5670167,853575r4764,4079l5674704,857654r-4537,-4079xm1158876,849355r-3096,2340l1154112,852530r4764,-3175xm2467336,849335r2815,l2470151,849562r-4763,6123l2467336,849335xm4760686,848639r16328,6123l4776561,854535r-15875,-5896xm4745718,848412r-1588,1361l4744584,849546r1134,-1134xm5358021,847457r6125,1586l5363919,848817r-5898,-1360xm1147095,846428r-3747,3413l1134132,857947r-3091,3093l1122323,868944r9025,-8684l1140477,852277r6618,-5849xm1264541,846085r-1364,1134l1264769,846085r-228,xm2481035,839959r1501,374l2480808,840412r-453,l2481035,839959xm1600654,838282r1134,794l1597025,843045r227,-2911l1600654,838282xm1600200,836694r,227l1600043,836716r157,-22xm1239838,835073r-1765,3275l1236662,839836r3176,-4763xm3096883,834324r-292,323l3096641,834647r242,-323xm1597593,833519r2450,3197l1598541,836921r-3791,3629l1584325,844632r2606,-4536l1597593,833519xm4503930,833407r6125,680l4510508,834087r-6578,-680xm1612900,831932r-235,217l1606550,836695r6350,-4763xm2529794,830442r-9979,453l2530021,830442r-227,xm1618654,828757r199,l1611312,835107r7342,-6350xm5607556,828649r454,453l5616177,836580r-8621,-7931xm1412875,822414r-414,159l1408526,824002r-207,l1408112,824002r4763,-1588xm1411284,821548r-1583,866l1409918,822134r1366,-586xm1311358,821351r-2500,1362l1311358,821578r,-227xm1317625,820783r,1l1317625,821842r,264l1316037,822371r1588,-1588xm1418416,817651r1961,l1418677,818380r1264,158l1419487,818538r-1180,l1411284,821548r2753,-1504l1408600,822397r-227,l1414500,819791r3916,-2140xm2523926,817580r199,1134l2522537,820755r1389,-3175xm1313630,816359r-14317,7489l1313175,816813r455,-454xm1328480,816021r,227l1328738,816248r-775,453l1317625,820784r10855,-4763xm4719184,815985r3855,227l4726668,816665r3628,454l4733925,817572r3402,907l4740955,819613r3629,1361l4748212,822561r3402,2041l4755470,826870r3628,2267l4762727,832085r3628,3175l4769984,838888r3628,3855l4794023,865646r20184,22904l4834164,911906r19957,23357l4877480,963155r23132,28345l4923291,1020300r22452,28574l4967741,1078127r21998,29253l5011284,1136632r21545,29708l5053012,1195364r20184,29025l5093154,1253868r19276,29480l5131707,1313055r19050,29707l5169354,1372923r18596,30157l5206093,1433466r17916,30614l5241471,1494693r17690,30840l5276170,1556374r16782,31293l5309734,1618961r16102,31294l5318125,1635968r-7484,-13605l5303157,1609891r-7257,-11339l5288416,1587894r-7257,-9977l5273902,1569072r-7031,-8163l5260068,1553653r-6804,-6577l5246687,1541407r-6576,-5216l5233761,1531883r-6124,-3628l5221741,1525080r-5896,-2495l5210175,1520998r-5216,-1134l5199743,1518957r-4989,-227l5189991,1519184r-4536,907l5181373,1521225r-4309,1814l5173436,1525080r-3629,2494l5166632,1530296r-2948,3174l5161189,1536872r-2268,3628l5156880,1544582r-1587,4082l5153705,1552972r-907,4535l5152345,1562269r-227,4763l5152118,1572020r453,4763l5153252,1581998r1587,5216l5156200,1591976r2268,4989l5160962,1602180r2722,4763l5167086,1611704r3855,4763l5175250,1621002r4536,4308l5185229,1629392r5442,3855l5197021,1636876r6577,3401l5210629,1643452r7937,2721l5226730,1648668r8845,1814l5244646,1652296r9979,1134l5265057,1654110r11113,227l5287509,1654110r12246,-680l5312455,1652296r13381,-2041l5174796,1674292r-151492,23357l4872037,1720552r-151492,22677l4709659,1744817r-12473,2494l4667930,1753207r-34471,7483l4595359,1768627r-20184,4082l4554311,1777017r-21091,4082l4511221,1784954r-21771,3628l4467225,1791757r-21772,2948l4423455,1797199r-21544,1815l4391252,1799694r-10433,680l4370387,1800601r-10205,227l4350203,1800828r-9978,-227l4330473,1800374r-9525,-907l4311650,1798787r-9298,-1134l4293734,1796292r-8618,-1587l4276952,1792664r-7711,-1814l4261530,1788356r-3635,-1364l4266839,1796468r14067,12014l4088513,1835683r10891,-1815l4107344,1832735r5445,-1133l4116193,1830696r1361,-680l4117554,1829789r-227,l4115512,1829562r-2496,l4105756,1830016r-4084,680l4097815,1831602r-3630,681l4091236,1833189r-907,453l4089194,1834322r-454,680l4088513,1835683r227,-1361l4088745,1834299r-506,438l3970448,1851569r-59008,8188l3863263,1866256r3207,1376l3868057,1868768r1361,681l3869871,1870130r,454l3869871,1870811r-1133,682l3867150,1871947r-2948,454l3860573,1872628r-10885,l3833359,1872401r-22225,-908l3823380,1855143r227,-2725l3823834,1850148r,-1817l3823607,1846742r-453,-909l3822473,1844925r-1134,-454l3820432,1843790r-1134,l3817711,1843790r-1134,226l3814762,1844697r-3175,1363l3808186,1847877r-2949,1817l3802062,1851964r-5442,3633l3794579,1856733r-648,389l3793671,1856279r-453,907l3793218,1857414r227,l3793931,1857122r648,2109l3792991,1860820r-1361,1590l3790043,1863545r-1588,1135l3786868,1865362r-1361,227l3783920,1865816r-1361,l3781425,1865589r-1588,-455l3778477,1864680r-1361,-1135l3775755,1862637r-1360,-1363l3772127,1858322r-2722,-3633l3767137,1850148r-2267,-4542l3762602,1840156r-2268,-5677l3758520,1828576r-2041,-6359l3754664,1815633r-3402,-13625l3748087,1788383r-2721,-13625l3742871,1762042r-3855,-20888l3737882,1733888r-1134,-4996l3732666,1712999r-4309,-17029l3724048,1678032r-4536,-17712l3717698,1651692r-1814,-8856l3714296,1634207r-1360,-8174l3712029,1618086r-681,-7721l3711121,1603099r227,-6812l3713162,1598557r1134,-3634l3724729,1602645r19050,12942l3760334,1608775r26080,7267l3792084,1616723r5670,908l3809773,1618766r12927,455l3835854,1619221r13607,-681l3856264,1618086r7031,-908l3870098,1616496r7031,-909l3883932,1614452r6804,-1362l3897539,1611727r6804,-1816l3911146,1608321r6577,-2043l3924073,1604234r6350,-2270l3936546,1599466r6124,-2725l3948566,1594016r5670,-2952l3959452,1587885r5443,-3406l3969657,1580845r4763,-3632l3978955,1572898r4083,-4086l3983038,1569038r453,l3985532,1569038r6350,-681l3994885,1567972r-1188,-793l3992336,1565365r-1587,-2040l3989388,1561056r-1360,-2722l3985533,1551985r-1814,-3403l3981904,1544953r-29482,-32205l3869050,1487441r-539,449l3859666,1484942r-10886,-3401l3822927,1474057r-29709,-8163l3777796,1461132r-14968,-4535l3747861,1451608r-13834,-4762l3721553,1442084r-5896,-2494l3710214,1436868r-4762,-2494l3700689,1432106r-3855,-2494l3693659,1427117r-2495,-2494l3689123,1422356r-680,-1360l3687989,1419862r-680,-1135l3687309,1417367r-8417,-4430l3682093,1410337r7710,1360l3693205,1412151r3629,454l3700009,1412605r2948,l3705678,1412378r2495,-454l3710214,1410791r1814,-907l3713162,1408523r907,-1814l3714523,1404895r-227,-2495l3713843,1399452r-1134,-3175l3715203,1390835r2268,-4762l3720193,1381765r1587,-2040l3723368,1377911r1814,-1814l3726769,1374736r2042,-1360l3730625,1372242r2494,-907l3735614,1370881r2495,-680l3741057,1369975r-5670,-1814l3729491,1365892r-5670,-2495l3718605,1361129r-5669,-2948l3707719,1355233r-5216,-3175l3697287,1348884r9299,-2267l3709987,1345709r2722,-907l3714977,1343895r1587,-908l3717698,1342082r1134,-681l3720193,1339588r1360,-1588l3722914,1336186r907,-908l3725409,1334599r5669,-1815l3736521,1330970r2268,-1134l3741057,1328929r2041,-1134l3744686,1326434r1360,-1133l3746953,1323940r681,-1587l3747634,1320765r-227,-1814l3746500,1317137r-1134,-2268l3743098,1312602r-7257,2267l3729264,1317137r-6123,1360l3720193,1318951r-2722,227l3715203,1319178r-2494,-227l3710214,1318271r-2041,-907l3705905,1315550r-1592,-1274l3704334,1315699r,7030l3704107,1323183r-1134,907l3699573,1325677r-4761,2040l3689144,1329532r-6122,2268l3677581,1334067r-4988,2042l3671006,1337242r-1587,907l3659217,1342005r-2267,1359l3651962,1352436r-13603,-1815l3635638,1340871r-3174,-10205l3625663,1308896r-7255,-22001l3611606,1264213r-3174,-11109l3605258,1241990r-2494,-10886l3600497,1220679r-1813,-10208l3597550,1200725r-453,-4541l3596870,1191427r,-4310l3596870,1182809r7708,908l3617955,1193924r13829,4986l3633825,1200267r1813,1590l3652642,1196184r12233,l3657373,1195592r-7711,-454l3644219,1194684r-5896,5669l3634694,1199220r-3628,-1361l3627664,1196499r-3175,-1361l3621314,1193324r-3175,-1814l3612016,1187656r-5216,-4082l3601357,1179039r-4763,-5216l3591832,1168381r-4309,-5670l3583668,1156588r-3629,-6349l3576410,1143662r-3175,-6803l3570060,1129829r-2948,-7256l3564391,1115090r-2722,-7484l3559402,1099670r-4536,-15420l3550784,1068150r-3856,-15874l3543073,1036627r-3629,-15647l3535135,1006014r-2041,-7484l3530827,991500r279173,-39230l3949246,932315r139473,-19955l4227966,891951r139473,-20409l4506686,850453r139246,-21769l4655911,827096r9525,-2041l4683352,821200r8618,-1814l4699907,818026r7711,-1134l4715555,816212r3629,-227xm1310221,815678r,128l1306813,817721r3408,-1815l1310221,815806r228,-128l1310221,815678xm1328420,814433r318,l1327150,816021r1270,-1588xm2530803,812822r2847,1905l2530146,815997r-2846,-317l2530803,812822xm1323475,811258r500,1443l1321468,814433r-2256,-288l1323475,811258xm2635134,810511r-111,446l2634569,814582r-454,3625l2633889,821833r,3398l2634115,828856r454,3399l2635023,835654r680,3398l2636837,842224r283,660l2637064,842716r-908,-3404l2635249,835682r-453,-3630l2634342,828195r,-3630l2634115,820708r227,-3630l2634796,813221r338,-2710xm2540680,809647r2495,3175l2536825,812142r3855,-2495xm1459636,809458r-7031,2043l1445799,813998r-7032,2498l1431963,819673r-6579,3405l1418807,826710r-6578,4086l1405877,834428r9300,-4540l1423570,825348r3857,-2043l1431282,821716r4083,-1816l1439448,818992r4536,-908l1448295,817630r680,-227l1444439,817857r9526,-4994l1458275,812182r454,-226l1455327,810820r4309,-1362xm2781300,806716r-228,152l2781409,807162r-109,-407l2781300,806716xm2531836,804885r3402,3275l2534784,808755r-9071,893l2531836,804885xm2546151,804885r199,3175l2546151,808060r-2976,-1411l2546151,804885xm1333501,801733r-2848,3510l1330435,805494r-3285,1002l1333501,801733xm2556247,795360r4391,882l2560199,797124r-20199,6174l2550538,798888r-3293,-221l2556247,795360xm2551489,792185r2799,529l2553857,793067r-4305,1764l2541588,795360r9901,-3175xm2801251,792102r459,18l2798762,793255r2489,-1153xm1447161,788575r453,908l1443078,792207r4083,-3632xm1279526,787450r-4582,5216l1276873,792439r-1929,2041l1269880,797882r-3618,2268l1263610,801284r-1447,454l1260958,801511r-242,-454l1260475,800830r,-227l1273256,790171r6270,-2721xm1342781,784272r245,866l1342781,785426r-2931,2021l1340583,786003r2198,-1731xm1277938,782687r-4117,5939l1263300,795885r-14180,10997l1246376,808422r-2974,2199l1240200,813041r-3430,2199l1233339,817440r-1601,660l1230137,818760r-1600,440l1226936,819200r-1373,-220l1223962,818540r,-880l1224191,816780r686,-1100l1225563,814581r1830,-2640l1230366,809302r3431,-2640l1237914,803583r4574,-3080l1247061,797644r9607,-5719l1265816,787306r3888,-1760l1273134,784007r2973,-1100l1277938,782687xm1341438,782684r-490,454l1336552,785859r-1464,-680l1341438,782684xm1233487,782681r-2223,2041l1211262,800144r22225,-17463xm2592614,781729r-6350,906l2592840,781729r-226,xm1260475,781100r-2116,3175l1254125,787450r6350,-6350xm1473699,781084r-2722,340l1468709,781538r1361,l1470977,781424r2269,-113l1473699,781084xm1481411,779949r-6350,1816l1458048,787440r-8166,2951l1445119,792207r-907,454l1444439,792888r453,l1447387,792661r4083,-908l1452151,791299r-2042,454l1458729,788802r2722,226l1464172,789483r4990,1362l1474379,792661r4764,2043l1474379,792207r12704,-5221l1475968,790391r-1589,-2270l1488897,784035r2495,-908l1484814,783581r,454l1485494,784262r-7258,2270l1480051,783127r6577,-2043l1486628,780176r-4083,908l1480051,781992r-681,227l1476875,785624r-7713,2270l1470978,786986r-4083,680l1467348,785170r6351,-2043l1481411,779949xm1225090,779421r-3719,3006l1222051,781747r3039,-2326xm1292225,777925r-3735,3284l1284288,784275r7937,-6350xm1227263,777665r-1360,1134l1225090,779421r2173,-1756xm1465636,777186r-2546,2139l1462088,779552r3548,-2366xm1466600,776376r251,l1465636,777186r964,-810xm1342494,773700r227,l1340996,774482r134,-101l1342494,773700xm1490735,773201r1516,423l1492033,773837r-9308,2539l1490735,773201xm1276350,771575r-886,1270l1266825,777925r664,-635l1272584,774327r3766,-2752xm1493838,770027r-720,866l1481137,774790r3834,-1733l1484731,773057r-3114,l1493838,770027xm1296988,769987r-3680,3774l1282700,781100r,-210l1296988,769987xm1298575,769987r-2580,3922l1295797,773909r-1985,841l1298575,769987xm2018795,768385r4317,455l2023112,771800r454,2049l2024021,775442r681,1139l2025838,777036r1136,228l2028110,777036r1591,-228l2033109,774987r3863,-1821l2041289,771117r2499,-911l2046288,769295r-15905,9335l2029474,778857r6362,4326l2024702,792290r12497,-3188l2025384,799575r14314,-4326l2044924,796387r-12269,9335l2041062,805039r-9543,3642l2031746,808681r6589,l2039017,810503r-1363,1366l2024021,814373r5453,2959l2024702,818471r1364,228l2023112,820975r454,1594l2010615,826211r-8180,5692l2004026,832131r-16360,11383l1984258,843742r-3408,682l1977896,845107r-3181,911l1971761,846929r-2954,1138l1963127,850571r-5454,3188l1951766,856946r-5908,3187l1939496,863320r-7271,2049l1932452,862410r-26584,10245l1907004,873565r-28175,12294l1850655,878802r4998,-5464l1846338,877436r3635,-2049l1848837,874249r-7271,910l1845201,871061r-13632,4781l1806575,880168r9088,-10018l1816345,872427r4317,-1821l1824752,868557r8180,-4553l1836567,861954r3863,-2276l1844520,857857r4090,-1594l1834977,860133r20449,-13660l1836794,855352r228,-4325l1843157,845563r-15451,-1366l1811574,848295r20222,-10700l1831569,840099r33173,-10245l1850427,830309r25221,-12293l1863606,819609r5453,-4098l1863833,817560r-909,-910l1863379,815284r-7271,3415l1857244,815967r-3408,1138l1850655,818243r-6362,2505l1837703,823024r-3181,1139l1830887,824845r-7498,-2048l1823162,822797r-228,l1822707,822797r12270,-2960l1834295,818926r3408,-1821l1838839,811869r8788,1761l1847474,813690r2726,455l1847627,813630r5073,-1989l1844747,809592r10452,-2049l1851564,805949r1590,-5008l1857017,801852r3862,-2505l1859743,798209r8862,-228l1865197,802079r3408,-2277l1865878,803673r6135,-2732l1872695,802079r-455,2504l1872013,806177r,1139l1872240,807770r227,l1873149,807316r909,-1822l1874967,802762r227,-1366l1875421,799802r,-1138l1875194,797526r-454,-1139l1874058,795932r11134,-4553l1874967,790240r12951,-5463l1891099,789330r3863,1821l1894507,795249r2727,2504l1893826,799575r1590,l1895643,800941r-11133,7740l1884283,807088r-2045,10017l1883828,817105r-4090,10245l1887918,816650r-227,1366l1899733,809137r1364,683l1901097,813235r909,455l1904732,810730r1363,456l1915411,799802r10679,-8879l1926772,802762r8180,-6375l1956310,785915r227,4553l1956310,794566r-454,4326l1955174,802990r9316,-17530l1973124,790013r-227,2504l1989711,781134r227,l1992438,781134r2044,-228l1996527,780451r1818,-455l1999708,778857r1364,-682l2003798,775898r2727,-2277l2007888,772255r1818,-911l2011296,770434r2273,-1139l2015841,768840r2954,-455xm5558103,765426r6579,4985l5561959,768145r-3856,-2719xm2887990,765252r2847,2143l2887771,770015r-3284,-2620l2887990,765252xm1348764,765222r244,l1349253,765222r244,l1349741,765222r1221,1588l1350718,766810r-2931,-177l1348764,765222xm5523849,764746r1134,2039l5525210,766785r-1361,-2039xm1487488,763677r-1852,1389l1479550,766852r7938,-3175xm1250950,763631r-501,424l1246187,766806r4763,-3175xm2909887,758902r,227l2906923,760490r-211,l2909887,758902xm1316130,757816r-454,227l1310221,760993r5909,-3177xm1503106,755739r1844,l1503926,756137r-11675,2778l1503106,755739xm2619375,755671r6350,2470l2622659,758846r-3284,-3175xm1359311,754412r-78,51l1358174,754639r-4091,3177l1359233,754463r305,-51l1359311,754412xm2624773,754084r2540,1362l2627101,755672r-2963,-453l2624773,754084xm2624138,752496r-397,3175l2620963,753290r3175,-794xm1263419,748087r-8436,6830l1260902,749966r2517,-1879xm1311046,747762r229,221l1309447,749752r-26747,15473l1311046,747762xm5526798,746391r1814,906l5529066,747297r-2268,-906xm1320800,744587r-1203,1655l1320800,746006r-721,473l1305165,755700r-240,l1320800,744587xm2622108,744560r3618,176l2625209,745266r-9330,776l2611438,747735r4217,-2687l2619376,744560r-248,244l2616841,745675r5267,-1115xm2930287,741438r238,145l2929572,743026r-3810,-866l2929334,741583r953,-145xm2647042,740945r7711,227l2654980,741172r-7938,-227xm1811791,739859r1134,1112l1812471,741130r-4309,317l1811791,739859xm1275495,739140r244,l1272275,741614r3220,-2474xm1390651,738236r-199,264l1385888,741410r4763,-3174xm1282202,736925r-4634,3547l1281348,737950r854,-1025xm1327150,736650r-1786,1544l1312863,744588r10938,-6615l1327150,736650xm2637196,736622r1229,l2638220,736834r-6145,2963l2637196,736622xm1393826,735061r-1003,649l1384300,739824r3259,-1949l1393826,735061xm1279526,735058r-1738,1646l1277045,737174r-5458,4234l1279526,735058xm1309688,733476r-926,2381l1308101,736651r264,-794l1309688,733476xm1307812,733476r289,l1306946,734157r-2021,907l1307812,733476xm1323749,733476r226,l1322161,735285r-14060,9304l1312409,739161r2948,-3101l1315357,736319r-680,1033l1315584,737094r3629,-3360l1318759,736060r1361,-517l1323749,733476xm2656541,732031r253,77l2653846,733015r2695,-984xm1283889,730648r-444,460l1260902,749966r-1532,1143l1283889,730648xm1290638,725533r-8323,6743l1283445,731108r4720,-3948l1290638,725533xm1311275,722363r-3503,3374l1304925,727126r657,-992l1305364,726134r5911,-3771xm3125920,718445r-1531,769l3132298,721028r8588,2495l3150341,726391r-934,-395l3142374,723277r-7939,-2493l3125920,718445xm2643452,717572r1323,3175l2640012,720218r3440,-2646xm3130643,715281r-1226,985l3129898,716026r745,-745xm1571149,714465r476,223l1570196,718030r-10954,6016l1552575,727165r8334,-6907l1566624,717139r1429,-891l1566862,716248r4287,-1783xm1547970,706529r6192,1587l1551950,715600r1991,3175l1553498,719909r-5749,5443l1509712,739866r3317,-5216l1522538,733516r-221,-227l1527182,729661r-7740,2948l1522317,731248r-3981,1134l1518336,732155r3096,-1814l1517894,731021r-469,-681l1515240,727166r5971,-454l1521654,723538r11278,-4763l1532490,716507r15480,-9978xm3136629,704552r-489,1962l3135462,708782r-1130,2041l3133400,712694r1035,-1654l3135342,709228r681,-2040l3136930,704695r-301,-143xm5371859,700843r5671,l5382975,701070r5444,906l5394090,702883r5218,1359l5404752,706055r5218,2039l5415414,710587r5218,2719l5424645,715572r2338,1813l5457155,741179r24416,19586l5485284,764293r18148,17222l5512506,789446r8393,7704l5543585,816185r22231,19489l5588047,855388r22231,19715l5632056,895044r21551,20168l5675385,935380r21323,20621l5717805,976622r21098,20848l5759773,1018318r20643,21527l5800833,1061149r20189,21527l5841212,1104430r19963,21755l5880911,1148392r19282,22209l5919702,1193034r19055,22659l5957586,1238125r18829,23115l5995017,1284355r18374,23114l6031539,1330810r18148,23566l6067382,1378171r17467,23793l6102317,1425757r17014,24247l6133759,1470566r-8304,-11271l6117289,1447965r-8167,-10424l6101636,1427797r-7032,-8611l6087798,1411254r-6351,-7478l6075321,1397205r-5444,-5439l6064433,1386555r-4764,-4531l6055132,1378398r-4083,-3172l6047192,1372733r-3403,-2039l6040613,1369334r-2949,-906l6035169,1368201r-2042,l6031085,1368654r-1360,1133l6028137,1371147r-908,1813l6026775,1375226r-453,2492l6026095,1380437r227,3172l6026549,1387008r680,3625l6028137,1394711r1134,4080l6030632,1403097r1588,4306l6034035,1412162r2268,4531l6038345,1421678r2495,4533l6043563,1431195r2948,4986l6049687,1440939r3176,4986l6056266,1450457r3629,4985l6063752,1459975r3857,4305l6071692,1468812r4083,4079l6080312,1476744r4537,3852l6089386,1483995r4764,3172l6098914,1490340r5217,2493l6109122,1495099r5218,2039l6119557,1498498r5445,1360l6130673,1500537r5444,227l6141789,1500537r5671,-679l6153131,1498498r-23592,6118l6105946,1510508r-23592,5892l6058761,1521612r-23819,5665l6011123,1532263r-47639,10197l5915846,1551977r-47866,9291l5819888,1570106r-48319,8384l5723477,1586422r-48092,8158l5578746,1609762r-95957,15183l5386604,1640128r-6579,906l5373901,1641487r-5899,l5362558,1641261r-5218,-907l5352350,1639448r-4310,-1360l5343729,1636049r-4310,-1813l5335790,1631743r-3630,-2946l5328757,1625851r-3176,-3172l5322859,1619053r-2949,-3625l5317188,1611575r-2722,-4079l5311970,1602964r-4763,-9064l5302670,1583929r-4764,-10197l5293369,1562854r-4991,-10877l5283160,1541100r-2722,-5439l5277262,1530223r-16106,-28779l5244596,1472891r-16333,-28552l5211476,1416240r-17014,-27646l5177221,1361175r-17240,-27419l5142513,1306563r-17694,-27421l5107125,1252176r-18375,-26513l5070375,1199152r-18148,-25605l5034306,1148166r-18375,-25153l4997102,1098085r-18601,-24926l4959445,1048459r-19282,-24476l4920881,999736r-19736,-24473l4881182,951242r-19963,-23793l4840802,903882r-20416,-23567l4799516,857428r-21097,-23114l4757322,811427r115693,-19035l4930862,783101r57847,-9744l5046329,763386r57620,-10197l5161569,742765r57620,-10877l5254577,724863r35616,-7024l5325355,710587r35388,-7931l5366188,701523r5671,-680xm1549047,700179r353,1058l1549223,701237r-2998,2116l1549047,700179xm2660718,700109r3107,2887l2663618,703284r-4556,l2660718,700109xm1592228,696757r35,20l1592263,697004r-35,-247xm1592036,695416r192,1341l1590675,695870r1361,-454xm2973282,695402r4868,847l2973705,697730r-5080,847l2973282,695402xm2674090,695347r847,265l2671762,696935r2328,-1588xm3115910,692238r-561,669l3116149,693313r-239,-1075xm2701017,690192r-282,217l2683782,695403r2948,2719l2692173,696989r8562,-6580l2701471,690192r-454,xm1597025,689066r-681,3175l1596117,692241r-680,-2857l1597025,689066xm3118771,688830r-20,23l3118782,688833r-11,-3xm1420899,686792r,227l1418343,688411r163,-207l1420899,686792xm1604021,682717r470,l1604962,684502r-235,199l1598612,685891r5409,-3174xm5372784,679348r97,35l5376396,682035r-3612,-2687xm1427036,678396r-3637,1589l1427263,678396r-227,xm2687410,676297r1588,l2682875,677885r4535,-1588xm3104442,676183r-1523,849l3101337,678393r-452,454l3100659,679300r,680l3100659,680434r452,1134l3102241,682475r1356,907l3105179,684289r4068,1814l3110349,686394r-187,-54l3104442,676183xm3100967,674166r596,598l3103145,675444r1026,258l3104037,675463r-3070,-1297xm1438626,673858r1819,227l1441435,674415r-9854,5116l1438626,674766r-16674,9093l1423399,682254r1001,-908l1432944,675900r-1363,908l1432944,676127r3492,-2050l1438626,673858xm1442944,673631r-1379,827l1441435,674415r1509,-784xm1600200,673192r-4309,5201l1587500,681130r12700,-7938xm5445812,671837r4764,3626l5456247,678862r11570,7478l5473715,690193r5217,4079l5481428,696538r2268,2266l5485738,700843r1814,2266l5518177,726676r30398,24020l5578519,774943r29491,24474l5637274,824796r28583,25380l5694667,876236r28129,26513l5764537,942178r45823,42829l5834179,1007667r23820,22888l5882045,1053670r23592,22887l5928549,1099898r22005,22888l5961216,1133889r10208,11331l5981405,1156098r9755,10876l6000461,1177399r8620,10423l6017248,1198019r7713,9970l6032220,1217732r6579,9291l6044697,1236086r5444,8612l6067155,1266452r21324,27874l6098914,1307922r9074,12238l6114567,1329451r2041,3626l6118196,1335569r-227,-453l6119103,1336022r5899,6799l6144737,1365708r9755,11330l6161525,1385875r1588,2493l6163566,1389047r,227l6163113,1389047r-681,-679l6159256,1385196r21097,29005l6186478,1422585r3403,4532l6190335,1427344r-681,-907l6186417,1421294r29325,41173l6221413,1470399r-2042,3399l6217103,1476970r-2722,2719l6211205,1481729r-3403,2039l6203945,1484901r-4083,1133l6195325,1486488r-5671,3626l6184209,1493286r-5217,2493l6174001,1497365r-2268,453l6169237,1498271r-2268,227l6164927,1498498r-2268,l6160617,1498045r-1815,-227l6156761,1497138r-1815,-679l6152904,1495325r-1588,-1133l6149501,1492833r-947,-947l6139372,1478624r-1213,-2787l6135891,1469945r-1815,-6798l6110256,1429383r-24499,-33539l6061030,1362535r-25407,-32857l6013618,1301124r-22458,-28100l5968475,1244924r-23139,-27644l5921971,1189635r-23593,-27192l5874332,1135476r-24273,-26740l5823971,1080637r-26541,-28326l5770661,1024889r-26995,-27419l5716444,970504r-27675,-26740l5660866,917252r-28356,-26060l5604154,865359r-28810,-25607l5546307,814826r-29491,-24927l5487099,765199r-5528,-4434l5475983,755455r-9754,-8611l5456474,738233r-9981,-7931l5441502,726676r-5218,-3626l5431294,719651r-5445,-3399l5424645,715572r-28059,-21754l5395451,694045r5218,-1133l5409289,690419r11116,-3399l5426076,685207r5671,-2039l5436511,680902r4310,-1813l5443997,677050r1361,-907l5446266,675237r453,-1133l5446719,673424r-226,-907l5445812,671837xm1609548,671604r4939,l1613546,672080r-11759,4286l1609548,671604xm1365159,669915r-4243,3231l1364763,670198r396,-283xm1615394,666841r454,l1611312,668430r4082,-1589xm2705100,665184r,264l2702378,666772r-453,-1191l2705100,665184xm1959339,664861r-1433,250l1957297,665088r2042,-227xm5351750,663827r4229,3025l5372784,679348r-1379,-486l5367322,677050r-3857,-2493l5359609,672064r-3630,-3399l5352350,664586r-600,-759xm1377950,663592r-12463,9525l1367980,671983r-906,680l1329231,701011r-11783,9072l1309971,715979r2492,-1360l1299094,723463r1586,-680l1282569,736645r131,l1281490,737855r2196,-1465l1271863,745687r4487,-2693l1274814,744030r-3250,1892l1270075,747093r15,-44l1267824,748863r2251,-1770l1269995,747335r1592,-1165l1269976,747455r-27,18l1269947,747479r29,-24l1270122,747360r-179,132l1269863,747729r-227,680l1268050,750224r-1812,1814l1264132,753970r-5825,3964l1247203,765645r-10876,8391l1225903,782654r8385,-6350l1249469,765645r7478,-5669l1263518,754533r614,-563l1269636,750224r-20167,16555l1239499,774717r-6135,4776l1233381,779479r-4079,3175l1233364,779493r-6327,4975l1220465,789231r-12463,10432l1183076,821208r97664,-72345l1303173,732988r-226,1134l1307252,732081r-9064,11566l1297055,742967r-453,907l1287558,752709r-20,10l1287084,753172r474,-463l1290030,751584r,227l1288671,754306r-3852,2721l1272356,764511r1133,-226l1273489,765418r-19035,12247l1255587,776304r-4758,2722l1248812,780540r-154,289l1248481,781093r-407,l1245391,783107r-6571,4990l1231568,793994r-15862,12699l1199618,820074r-14276,12019l1178998,836856r-4985,3628l1169934,842979r-1133,680l1167668,843886r-453,-227l1166761,843206r454,-1134l1167894,840257r11784,-9071l1172426,836175r10650,-9978l1176732,830506r3172,-1361l1169481,838670r-17675,14741l1157698,847741r-8838,7484l1162683,841165r-3852,1360l1159737,841391r-12009,10659l1134811,862936r-3124,2680l1131231,866385r-17358,15262l1107561,887115r10370,-8429l1111619,885975r-6538,7062l1098319,899871r-6762,6834l1084568,913540r-6989,6606l1063378,933359r6763,-3418l1056164,944065r-451,1822l1054586,947254r-902,1139l1052783,949304r-1127,456l1050979,949988r-676,l1050078,949304r,-911l1050528,946799r1128,-2279l1053459,942015r2705,-3190l1059320,935181r4283,-4556l1068563,925613r-22769,19363l1022350,963656r3607,-3873l1047372,939509r-9242,7062l1124585,871192r-2690,1949l1115551,878130r-6345,4310l1132999,859534r-3626,3175l1131041,861040r2411,-2186l1143348,849841r20695,-18201l1168606,827626r14697,-12542l1204052,797347r1202,-1024l1212668,790140r12329,-9981l1240406,767686r15861,-12473l1249016,760883r2266,-1814l1245164,763831r9971,-8164l1268300,745828r-5461,4169l1272129,742967r-3829,2861l1276208,739792r-2719,1814l1282779,733895r-3399,2495l1280449,735509r-1803,1228l1280868,735058r129,l1283232,733215r20394,-16102l1324473,701465r-1360,1134l1352344,681054r-4305,3402l1377950,663592xm1619568,662079r3457,238l1623272,662317r741,l1623025,662555r-10125,4287l1613641,665175r5927,-3096xm1442262,658882r-6136,4538l1440672,660470r1424,407l1442035,661605r227,-681l1442096,660877r166,-1995xm3101789,658209r-2034,454l3097721,659343r-904,680l3095687,660703r1356,908l3097947,662291r192,384l3098139,660054r5910,-1845l3101789,658209xm1427945,657293r-2955,1816l1427718,657520r227,-227xm1606550,655729r-508,635l1600200,658904r6350,-3175xm3258527,654121r8548,4330l3263168,658884r-8793,-3898l3258527,654121xm3273425,650940r-205,227l3267075,652528r3687,-1361l3273425,650940xm3389645,649359r665,l3392303,649609r1772,4512l3384550,653119r7089,l3389645,649359xm1405506,640764r-3412,2414l1396720,647093r5383,-3882l1405506,640764xm2682875,639784r,1971l2676525,646134r2381,-3065l2682875,639784xm2688930,638197r1882,l2690812,638364r-6350,3008l2688930,638197xm2727552,638196r2948,433l2730273,638629r-6123,1155l2727552,638196xm1631473,636678r239,l1627187,638266r4286,-1588xm1637739,636677r561,l1637926,636942r-2801,1323l1637739,636677xm1412875,636633r-219,501l1408277,640393r-1752,1003l1412875,636633xm1644415,633502r235,l1638300,636677r6115,-3175xm2746375,633433r-465,397l2736850,636608r3485,-2381l2746375,633433xm1417491,631644r-4979,3629l1411833,635500r-62458,45584l1385130,654096r4526,-3175l1384677,655003r7469,-5896l1404719,640177r12772,-8533xm1952534,631266r-1815,227l1950039,631493r-4310,681l1948451,632401r4763,-1135l1952761,631266r-227,xm2705100,630259r3175,953l2707542,631847r-2442,-1588xm2701017,630259r5670,1221l2706233,631724r-15421,8060l2693306,636120r-1360,-1221l2694214,632213r6803,-1954xm1647031,628740r397,199l1647825,628741r-118,337l1647825,629137r-159,60l1647415,629917r-819,940l1637378,634620r-615,235l1636559,634855r-205,l1636149,634855r-410,l1635739,635091r-205,l1635125,635091r4639,-2320l1630362,635091r9821,-3175l1641184,632061r3466,-1733l1647031,628740xm1420885,628696r-16166,11481l1404591,640263r16294,-11567xm1425575,628696r-12700,7938l1422889,630283r2686,-1587xm2725420,628671r318,l2720975,631846r4445,-3175xm1653139,623977r1036,1058l1650240,627152r-828,-1270l1653139,623977xm2728912,623909r-673,794l2709862,631847r9189,-6152l2722188,626886r6724,-2977xm2926254,618574r-265,7694l2931885,627629r-2268,5445l2930524,637158r8619,8622l2937102,662796r6380,4942l2942689,666146r-1130,-2948l2940655,660250r-678,-3175l2939525,654127r-226,-2948l2939073,648457r226,-2721l2939525,643241r-9040,-7030l2932971,628047r-6717,-9473xm1658937,617628r-217,216l1649412,622391r9525,-4763xm2756022,617558r1466,2198l2752725,620733r3297,-3175xm2797233,616949r-285,512l2795133,619500r-2267,2493l2789691,624712r-3402,2945l2785797,628019r8429,-844l2797233,616949xm1496055,614412r219,236l1494513,617711r1981,708l1501776,617711r,943l1501776,619597r-221,942l1501115,621482r-1320,1649l1498035,625017r-4622,3770l1491213,630908r-2641,2120l1486372,635149r-2640,1886l1480870,639627r-1540,943l1473389,643397r-440,l1470089,640334r-7923,2827l1457325,644575r7042,-7305l1475149,629023r20906,-14611xm1477943,614407r-38416,25167l1439990,638914r455,-908l1424309,647990r-1364,1134l1422718,649124r-6818,5446l1417549,653972r-16213,10622l1401809,663647r455,-1589l1402492,660924r,-681l1402036,659789r-681,l1400218,660017r-2499,1588l1394310,663874r-4319,2950l1385446,670681r-10000,8623l1365447,687700r-2287,1902l1362947,689742r-13864,7034l1361226,691211r-3961,3296l1356295,695338r-4711,3481l1354083,697230r2212,-1892l1362947,690423r-1721,788l1363160,689602r38176,-25008l1399536,668185r18864,-14522l1417549,653972r21978,-14398l1436808,643452r11364,-9077l1448853,636417r2273,-2950l1453626,631198r2499,-2042l1458399,627795r1817,-1135l1462034,626206r1364,l1463853,626433r227,454l1487488,618037r-8636,7035l1469534,631879r-9318,6808l1450672,645267r-9773,6127l1431581,657520r-9772,5900l1411809,669320r17727,-9757l1428172,661832r15227,-9985l1432035,659336r7273,-3177l1424309,667958r7500,-5219l1420899,672496r5909,-4538l1423399,671589r-909,907l1424763,670681r7954,-7715l1439308,657067r454,-227l1439308,657293r-3637,4085l1443626,655705r4091,-2723l1451808,650713r3863,-1816l1459762,647082r4091,-1134l1466125,645721r2274,-227l1463626,650713r5226,-1589l1464989,652301r-4091,2950l1456808,657974r-4319,2496l1448172,662966r-1011,505l1445444,663874r-3863,1362l1437945,666824r-3410,2269l1439080,667051r4546,-1815l1447161,663471r2146,-505l1447142,664167r-1925,841l1441808,666370r-3409,1815l1435217,670001r-3408,2269l1428854,674312r18288,-10145l1448853,663420r3636,-908l1456353,661605r-2045,1361l1450444,665462r-9772,6127l1436436,674077r-83,8l1434535,674766r-2273,680l1429990,676581r-1818,1589l1425899,679985r-1499,1361l1411582,689515r10370,-5656l1421354,684523r-2273,2950l1418506,688204r-2606,1538l1418343,688411r-1761,2239l1416208,691270r-3716,2330l1412945,693600r2757,-1486l1414536,694053r9318,-5445l1426127,687473r1136,-1589l1415702,692114r506,-844l1435671,679077r-12044,6127l1441565,674458r924,308l1443677,675211r948,-474l1444420,674904r-677,331l1444236,675420r95,-88l1446213,674736r-1128,1142l1446353,676581r2047,1815l1446580,680212r-2499,2269l1441354,684523r-3409,2496l1430520,691737r4304,-1126l1435100,690611r-4632,1159l1430445,691784r-4987,2783l1425575,694845r-444,634l1417102,698984r-1660,854l1410218,702222r-7273,4085l1409082,703130r6136,-3177l1415442,699838r2731,-1246l1425899,695415r8182,-2496l1423399,699499r-8307,4942l1414536,704718r-4091,2043l1406976,708839r-2985,1552l1403627,710391r-4091,2042l1390673,717198r11136,-5672l1403991,710391r319,l1403627,710618r-1688,1264l1394764,716518r-6591,4311l1381583,725140r3863,-2496l1390673,719241r10227,-6581l1401939,711882r553,-356l1406976,708839r5743,-2986l1415092,704441r3081,-1538l1421581,701315r2955,-908l1426582,700180r1136,l1428626,700180r1819,-681l1429081,700407r-8863,4992l1413742,708880r-2615,1057l1409536,710845r1819,-681l1413742,708880r16476,-6658l1429990,702903r-454,681l1427945,705399r-2501,1588l1422036,709256r-8182,4766l1405218,719014r-2857,1426l1400900,720829r-3181,908l1394310,723325r-2955,1362l1388173,726502r-2954,1815l1382264,730360r6365,-2950l1396127,723552r6234,-3112l1404310,719922r3408,-681l1404082,722191r-3864,2723l1398649,726020r-2067,936l1374992,737167r4545,-1362l1384083,733990r4090,-2042l1392264,729906r4091,-2270l1398649,726020r19978,-9048l1402036,731948r-33408,9530l1381355,739209r1364,1815l1387491,741705r-227,1815l1387037,745109r-909,1588l1385446,747832r-908,907l1383173,749647r-1136,454l1380901,750555r-1591,226l1378174,750555r-1137,-227l1375446,750101r-908,-681l1373174,748285r-682,-907l1371810,746243r-2713,931l1369083,747151r-4545,1588l1369097,747174r1350,2246l1365447,750555r-1364,2042l1365901,753505r-8181,4311l1354765,762127r-2498,l1351811,764623r-2500,l1349083,764623r-226,l1348630,764623r-227,l1346583,764623r-1817,-1588l1343174,764396r2501,3631l1337039,772111r2045,1135l1335221,777103r5775,-2621l1336357,778011r2046,-1361l1345448,776423r-12500,3857l1337266,779145r-10455,7262l1334312,781868r2272,681l1329539,787541r5000,-1134l1331812,788222r-10909,7488l1340220,785045r-13716,10024l1325676,795483r-3864,2723l1318176,801156r8328,-6087l1329766,793441r4318,-2269l1330944,793966r-269,156l1328175,795710r-2045,2042l1323857,800022r-2272,2269l1330944,793966r2458,-1433l1335902,791626r2956,-908l1341811,790037r-18181,12027l1331130,797979r-2272,2270l1336357,796618r-6364,4084l1334539,799114r-2046,1815l1330675,802064r-4091,2723l1322266,807056r-3181,2042l1317948,810006r-909,907l1316358,811821r-228,681l1316358,813637r681,680l1318176,814998r1817,908l1327266,812729r-22242,15788l1301812,830655r-3636,2723l1305024,828517r879,-585l1309994,825890r4318,-1589l1300676,834739r227,l1314994,825890r-5455,6126l1322266,823848r-2727,3176l1321812,827251r-7727,8169l1309312,836555r1137,-2270l1305903,836101r2046,1361l1298631,843362r2272,681l1293177,846539r-681,-2269l1284313,848808r1364,-2042l1283404,849262r-9090,7715l1275904,854708r-16362,14295l1259314,869003r-5682,2723l1259996,862877r-16136,12933l1236133,883526r-5682,5446l1225224,894190r-4545,3858l1219089,899182r-910,228l1217952,899182r,-226l1218406,897140r1364,-2496l1222497,890560r-5227,2950l1226588,884433r-8182,4539l1227269,881029r-2499,-680l1238405,871726r-6817,2950l1240905,869230r-227,l1233406,871272r27726,-17926l1256587,855842r-4773,2496l1246588,860153r-4774,1816l1252950,850850r-4999,1815l1252855,847692r-318,80l1250950,847772r2223,-1588l1254125,846343r-192,256l1262496,837916r-7727,4084l1249087,846312r-3636,2723l1245678,846539r-6590,6126l1230224,860380r-3409,2497l1225906,863557r-455,227l1225451,863330r910,-1361l1230451,856977r-754,-1356l1230451,854934r-909,l1229315,854934r382,687l1220224,864238r228,l1220452,864692r-3864,3403l1217952,869003r-12045,8850l1215452,873541r-8409,7035l1209543,879895r227,l1193634,893964r5000,-2496l1185225,902586r9318,-6807l1182726,907805r7045,-4311l1186135,906897r7954,-5445l1193634,902132r-5000,3858l1184316,909394r-1590,1361l1181816,912343r-454,454l1181362,913291r10851,-6783l1191963,907442r-747,467l1181362,913414r,64l1181589,913932r227,454l1179771,916201r4772,-2042l1178862,920512r-5908,5900l1167045,932312r-5499,5082l1161493,937473r779,-623l1161817,937531r-880,743l1160066,939533r-2381,1985l1155700,944605r1283,-3137l1154773,943430r-6365,5673l1141818,954095r-6818,5219l1139825,953946r,-92l1143000,949371r937,l1150909,941615r-15682,14523l1114091,976560r1819,-4765l1114546,973156r-1363,2269l1111592,977694r-1591,1815l1108183,981098r-1819,1815l1104092,984048r-2273,1134l1099774,986317r11135,-10438l1108183,975879r4773,-4992l1110001,971795r2500,-4766l1105683,974291r10909,-13161l1106137,970433r8182,-8623l1109774,965668r7953,-8169l1113183,961130r3181,-4765l1119319,952053r3864,-4538l1127046,943658r-13636,12707l1120683,946380r-2047,-1588l1099320,969752r-4773,3404l1097274,971795r-5909,8395l1084092,990402r-3863,4992l1076365,1000159r-4091,4311l1067730,1008555r-2046,1815l1063185,1011731r-2501,1589l1058184,1014454r-908,-12253l1070911,981779r-4546,908l1079320,966575r-7500,4312l1072956,969526r1592,-2043l1076821,965668r2499,-2496l1085002,958180r6136,-4765l1095910,949330r1591,-1815l1098637,946380r228,-454l1098865,945473r-228,-454l1098183,945019r-1591,454l1093410,946153r8864,-6807l1097728,941615r9546,-9076l1103864,934808r7045,-7261l1109774,928454r17953,-16111l1123825,914849r-95,301l1118217,919619r-2205,1176l1120422,917267r1486,-1188l1121364,916428r5682,-5900l1112273,920739r15228,-12934l1122251,910988r1613,-1746l1131365,902586r-1592,1135l1127955,905309r-3182,2950l1123864,909242r-2727,2421l1122251,910988r-2932,3171l1118409,915520r-1135,908l1116364,917108r-1364,227l1114091,917335r-908,-453l1111819,915974r-910,-1815l1090683,927547r9545,-13615l1104319,910301r5227,-3857l1121137,898048r11590,-8169l1142272,883752r-1135,4992l1143409,887383r2046,908l1149318,885341r2499,681l1161135,879895r8636,-6127l1187045,861288r8862,-6354l1204771,848808r8863,-5900l1223179,837462r2045,681l1226134,840639r-910,1361l1223633,843816r-3635,3630l1215452,851304r-5000,3857l1202271,861515r-2273,1589l1201135,862877r15680,-9985l1218634,853573r1590,454l1222043,853573r1363,-227l1224997,852665r1137,-680l1228634,850169r1817,-1815l1231815,846539r910,-681l1232952,845858r,227l1247951,826343r-19545,13388l1225451,835647r69089,-55367l1289086,783003r14772,-13842l1296358,774607r12954,-12934l1307039,763035r683,-2269l1301358,764623r-7273,4085l1291586,770069r-683,227l1290676,770069r455,-453l1292268,768481r4090,-3631l1301131,761219r12044,-6126l1322721,750101r7272,-4084l1334539,742840r1363,-1362l1336811,740344r228,-681l1336811,739436r-227,-227l1335448,738982r-1591,l1331585,739209r-2954,454l1337039,732628r-4091,1589l1350447,721510r,-2269l1363856,707668r-10227,6354l1342494,721056r-8865,5900l1330902,728317r-909,681l1329539,729225r-2728,227l1328175,724460r-12727,10665l1329539,719922r-17726,14749l1313312,732561r-571,338l1311275,733476r2152,-1076l1316812,727636r-5227,908l1313403,724233r-4091,2950l1327721,712433r-5455,2042l1317948,716064r25454,-20422l1347947,692919r-3181,4538l1358402,687700r-228,l1357947,687700r-227,l1356811,685657r6136,-5672l1369537,674766r6819,-5673l1383400,663647r7728,-5219l1398628,653209r7726,-4992l1414309,643225r7955,-4538l1430218,634375r8181,-4311l1446353,626206r7955,-3630l1462489,619399r7727,-2950l1477943,614407xm3377618,613373r6806,16769l3390776,646911r-4212,-2044l3387725,645939r,244l3386263,644721r-11367,-5515l3360604,631955r908,-4985l3368317,622437r8167,-7704l3377618,613373xm1665022,612866r265,l1658937,616040r6085,-3174xm2727098,609622r227,1411l2727325,612091r-3175,705l2727098,609622xm2840956,609568r-7722,643l2822121,610891r-10659,453l2806888,611441r3213,306l2816224,612201r6577,l2829378,611747r3175,-227l2835728,611066r2721,-453l2840956,609568xm1670483,608102r1155,l1670050,612865r433,-4763xm2843172,607200r553,1228l2845253,607663r-2081,-463xm1671402,606516r235,l1665287,609691r6115,-3175xm1473200,606476r-3175,1588l1470025,607746r3175,-1270xm2745350,606446r462,6416l2749048,611029r231,229l2743732,619048r12711,-10769l2763838,610570r-694,2521l2759447,616528r-6933,1604l2749972,619964r-3466,2979l2746506,620194r-5778,6415l2734951,625922r3235,-3437l2727325,628671r3697,-8707l2737031,618132r-350,-2085l2736369,616347r-12027,4386l2725738,620733r-215,454l2717800,622321r4291,-1588l2724342,620733r-1684,-1847l2729634,616347r-8179,2308l2713037,619810r10102,-6004l2727950,614268r1684,-6234l2735647,612883r997,2487l2740959,614695r4391,-8249xm3080709,605895r-163,381l3078738,609451r-1808,2948l3074896,614893r-4294,4083l3068794,620790r-1356,1814l3066534,624418r,907l3066308,626233r226,907l3066760,628274r678,1134l3068116,630315r2486,2721l3074218,635758r5198,3401l3085518,642788r14237,7710l3099945,650609r-3621,-4378l3092467,642152r-3856,-3399l3085889,636260r-2722,-1812l3081125,632635r-1588,-1360l3078176,629689r-681,-1586l3077042,626063r,-2719l3077495,619945r908,-4306l3080709,605895xm2916622,605316r2563,1666l2921226,608344r1814,1361l2925081,611520r1361,1588l2926391,614604r1156,-1071l2926417,612172r-1582,-1361l2921445,608090r-4294,-2495l2916622,605316xm1671864,604928r1134,l1665287,608104r6577,-3176xm2761933,604858r1905,635l2761361,608033r-2286,-953l2761933,604858xm2281010,604856r227,1029l2276247,609384r-9071,1646l2255837,615969r4762,-3499l2261733,612264r14741,-6173l2281010,604856xm2777358,603270r3942,2823l2781081,606446r-6131,-353l2777358,603270xm1471613,601708r-8371,7284l1469350,606033r453,910l1464826,611496r-22624,12746l1413696,642225r-2941,1365l1413243,640176r-4071,1821l1400801,649053r-21041,13429l1381118,661799r-3168,1822l1384737,658613r-452,l1450834,612695r-1393,1077l1446727,615820r4525,-3414l1450834,612695r1549,-1199l1455324,609447r3167,-1821l1461658,605578r3168,-1366l1468220,602618r3393,-910xm2751953,596921r2360,l2754077,597793r-17227,10241l2751953,596921xm1471613,595366r-177,264l1470025,596953r1588,-1587xm1484313,589015r-636,752l1480080,592525r-2118,1253l1484313,589015xm1487487,589015r-5080,3969l1481137,593778r6350,-4763xm2041596,587462r1516,145l2042462,587751r-8875,1299l2041596,587462xm2065509,585873r2969,5095l2071219,590746r2056,5759l2073046,596505r-9593,-1107l2062311,598942r4111,1772l2057514,604922r-5939,-4651l2043809,597834r-914,-443l2041525,594733r9822,-7974l2065509,585873xm2862942,585061r1588,3172l2854778,590272r-227,227l2854325,590499r-227,l2853871,590499r-1361,226l2845026,592311r188,359l2847294,592462r5216,-227l2857726,592235r5670,l2864512,592278r-10187,-1424l2854551,590854r226,l2855455,590628r10621,-2722l2863139,585412r898,-253l2862942,585061xm2825750,584607r-4763,454l2824389,588913r2721,-3173l2825750,584607xm2786211,584221r8462,1658l2794215,586827r1373,1659l2792386,592277r-1372,1421l2793987,594646r-2059,474l2785982,595831r-11893,4265l2768600,599622r6632,-2606l2772030,595831r3431,-1896l2772030,594646r-2973,-2606l2782780,588723r-5947,-1185l2782094,586827r3888,-948l2786439,586590r-228,-2369xm3406775,582678r3175,l3409553,584266r-2778,l3406775,582678xm1705617,581116r946,l1705617,581982r-7330,2309l1695450,584291r2837,-1731l1705617,581116xm1706562,579528r-1134,992l1703387,581116r227,-397l1706562,579528xm2068170,579524r19393,2752l2086661,582699r-5863,2328l2081023,588414r-10598,635l2069072,587144r-3383,-2328l2047875,586509r20295,-6985xm3040582,573627r-2297,11104l3053200,590628r27376,11773l3079764,601590r-2269,-2040l3072505,595471r-6125,-4305l3059801,586634r-12477,-8158l3042560,575077r-1978,-1450xm2969446,572075r-7398,8908l2957513,585740r-4083,4532l2950576,590562r3865,-161l2969582,572712r-136,-637xm2061157,571587r15293,3175l2075550,574961r-6747,1389l2056434,575358r-6073,595l2049462,575953r11695,-4366xm3034476,571016r-259,109l3034047,571260r429,-244xm2816225,566758r-6350,3174l2810110,567692r6115,-934xm2835275,566757r-221,596l2827337,571520r5512,-4167l2835275,566757xm2853266,566757r1059,l2852737,569932r-1587,-212l2853266,566757xm1523755,565520r-60,83l1516062,569966r4274,-2541l1523755,565520xm2821878,565171r3485,2316l2826989,566972r5111,-514l2831867,566715r-11848,6436l2817928,574180r-1164,431l2817813,574960r-464,463l2813175,578433r-16000,5788l2802508,581442r-1855,l2806218,578896r-1391,l2807842,575423r1623,2778l2809233,574034r1623,-927l2812943,573107r3467,1385l2813050,569032r8828,-3861xm1530350,563616r-3690,3284l1522740,569966r-4150,2408l1513978,574783r-24903,14232l1491612,585950r2997,-2409l1498069,581133r3688,-2190l1499682,580038r7609,-4160l1515131,571717r15219,-8101xm1527175,563615r,424l1525892,564886r-3205,2116l1523695,565603r3480,-1988xm1522412,562029r-2268,1588l1519690,563617r1134,-1059l1522412,562029xm2819399,561995r1588,2268l2820987,564490r-227,680l2817812,564036r1587,-2041xm2827337,560407r5511,l2840037,563582r-959,l2834046,565170r-6709,-4763xm2853225,557232r2687,251l2855912,557984r-9281,4011l2846387,560992r6838,-3760xm1544637,554091r,227l1543972,554545r-8860,5896l1544637,554091xm3064657,552325r-328,109l3052082,556965r-10274,7426l3044215,565146r387,-266l3048232,562387r3402,-2266l3055718,557628r3856,-2492l3064111,552870r546,-545xm1535886,552289r-3731,1704l1531921,554147r-156,497l1535886,552289xm1538955,550918r-503,199l1538454,551116r-501,199l1538452,551117r-1606,734l1534366,553457r-3262,1706l1530350,555680r73,-84l1528207,557601r859,-339l1528885,557378r452,-223l1529066,557262r9889,-6344xm1550987,550916r,177l1547812,552504r3175,-1588xm1609492,550915r233,220l1608328,552017r-10012,5513l1597384,557750r,221l1596453,557530r-2329,882l1592262,558853r17230,-7938xm2892736,547706r9214,2687l2898463,550882r-9213,-1710l2892736,547706xm3066597,545410r356,1600l3067060,546751r13838,-680l3080987,545410r-14390,xm1576555,541733r-2971,1160l1575869,542661r686,-928xm1678598,539841r733,l1679575,540436r-3175,993l1678598,539841xm2912886,539770r661,1058l2914650,543368r-6174,4233l2905610,549294r-3087,-2328l2898775,546754r14111,-6984xm3057419,539768r1058,l3062287,541039r-211,317l3055937,541356r1482,-1588xm3016250,539519r-3175,227l3009673,540425r-3175,907l3003323,542691r-2948,1360l2998647,544914r4835,-323l3010487,544591r7006,453l3024273,545724r6554,1135l3036477,547993r4972,1133l3045291,550714r-5876,12926l3041249,564216r-960,-2493l3045732,550395r-4082,-2946l3037795,544957r-3629,-1813l3030311,541558r-3629,-1133l3023281,539746r-3629,-227l3016250,539519xm1587953,537593r2495,l1589994,538044r-10205,5871l1587273,539399r-4763,2710l1579109,543915r-1134,452l1582346,540886r-4371,2092l1585285,538215r1552,l1587953,537593xm1563245,537522r-3391,2677l1560080,540199r-4747,3123l1565731,537745r453,-223l1556689,543769r-37298,22756l1516000,568310r6782,-4015l1516000,567864r-6103,4016l1503793,575450r4521,-2900l1498820,577904r1357,-1116l1499273,577235r3842,-2454l1497012,577904r17858,-11602l1515096,566302r1356,-669l1519843,564071r-226,l1519843,563848r469,-231l1527077,560278r-9947,3570l1529879,555803r-1179,617l1527175,557267r3573,-2042l1531385,554497r-19523,12762l1514589,565417r16557,-10882l1531621,554228r118,-136l1531830,554092r4925,-3193l1536700,550918r684,-427l1547929,543654r1515,-962l1540339,548643r9061,-5663l1546860,544717r-6466,4217l1540394,548686r-3002,1984l1537053,550792r-4836,3161l1538281,550920r7,-3l1538285,550919r3032,-1516l1546969,545777r-1130,669l1554655,541091r-8138,5355l1546517,546669r,223l1541092,550016r1356,-224l1534084,554924r2035,-893l1536797,553585r-226,223l1543352,549346r,446l1549004,545553r-226,224l1551942,544215r-226,l1563245,537522xm1611539,537367r-3576,2337l1599746,543689r-227,l1600427,543012r4762,-3613l1606323,538270r-11339,5645l1600653,540077r-7030,3612l1591809,546399r-4763,1129l1586593,544818r6350,-3386l1594530,540077r-8618,4290l1583644,545044r6577,-4742l1580923,545270r-1588,677l1579109,544818r12019,-7225l1599066,537593r12473,-226xm1611539,537367r4309,l1613580,539173r-1361,678l1602468,544818r1814,-2709l1607963,539704r628,-305l1611539,537367xm1566636,536629r226,l1566184,537522r-226,l1566636,536629xm1570841,536628r6856,465l1566499,543357r10056,-5336l1580668,537556r914,-463l1583868,537325r-7542,5336l1569699,549389r-6628,1624l1564899,547997r-4570,2553l1560786,550781r-2743,2321l1559872,552406r,696l1547759,558670r8913,-3248l1550273,559830r2514,-1392l1540446,565863r229,l1539303,566559r2971,-1160l1537475,569111r10056,-5801l1540903,568415r5256,-1856l1541589,569575r7998,-4176l1541589,571663r4799,-928l1552558,566791r19654,-6729l1572212,560990r,232l1584096,557742r229,232l1581125,561455r-3428,2320l1581125,563543r-7313,4872l1576555,567951r-6399,4872l1550730,582568r6171,-1856l1547074,586048r2742,-3016l1547074,584424r-2971,1856l1539760,589296r-5484,3248l1529248,595097r-2285,928l1525363,596721r-1600,232l1523077,596721r-228,-232l1522620,596257r,-464l1523077,594401r1372,-2320l1526963,589296r5027,-3712l1525591,589296r-15083,6497l1517364,590224r-9598,5569l1512108,592313r-7999,4176l1508908,592776r-5256,2553l1505480,593241r-4798,3248l1500224,596257r1372,-1624l1496340,596489r-229,-232l1509365,587904r2286,-2088l1503423,590224r5028,-3248l1497253,593009r-1828,232l1496111,592776r-458,-928l1506851,584656r-10969,5568l1497939,588369r2514,-2321l1507309,581640r7770,-4641l1532447,566095r32681,-21810l1558272,547533r457,-1160l1555758,547301r4342,-2088l1559643,544749r10513,-6728l1568099,539181r2742,-2553xm2917482,536594r257,l2924175,537865r-9525,317l2917482,536594xm1639207,536238r-2041,1129l1626734,541883r2041,-2032l1628775,539625r-13834,6322l1600653,550012r-2494,903l1603602,548205r4082,-1806l1609498,545270r1587,-1129l1612900,542787r1587,-1807l1610859,541657r-227,-225l1618116,537593r-2948,451l1616302,537367r22905,-1129xm1687512,535078r,1323l1687138,536401r-2801,265l1687512,535078xm1562100,535042r-1815,1323l1553935,540775r-3628,1985l1549400,542980r12700,-7938xm1564653,535042r622,244l1565068,535774r-4556,2443l1561133,537484r2071,-1465l1564653,535042xm2911475,535007r-1142,1385l2893658,545167r-10735,2540l2885664,545167r-5939,-1155l2885435,543550r5025,-2078l2892288,540549r5710,692l2895257,540087r2741,-231l2902795,535930r8680,-923xm1566863,530281r-6619,4436l1532171,553626r-709,466l1514332,565356r-304,322l1510794,567958r1068,-699l1509999,568518r-6033,4254l1498600,576318r4067,-2847l1481703,587635r-32025,21856l1451435,608512r-905,454l1454150,606471r-2036,1815l1444193,613729r7463,-4001l1463675,601716r-1724,1852l1453355,608818r569,-306l1445099,615316r-9732,5670l1436499,620079r-24666,16328l1417717,633005r-16746,12020l1407307,641169r-29645,20638l1381284,658859r451,-454l1381284,658632r-5974,4056l1372837,664489r-28804,21763l1315229,707790r-14259,11199l1296148,723010r2598,-2275l1283476,732727r-9516,7506l1277449,737552r1197,-815l1272575,741326r-998,787l1272275,741614r-2560,1967l1254446,755625r-9073,7708l1219774,784213r-7106,5927l1211839,790811r-4616,3836l1205254,796323r-198,165l1204052,797347r-9646,8212l1183850,814416r-8559,7407l1172156,824504r-3550,3122l1161776,833454r-14681,12974l1155275,838978r-17180,15265l1131643,859976r-295,284l1129793,861619r-497,442l1116200,873780r-14620,13335l1083663,903665r-18145,16776l1062545,923224r2248,-2004l1087679,900355r34644,-31411l1120083,871100r-5439,5216l1109886,881533r-9744,10432l1054596,930745r106,-176l1047600,937218r-17463,17003l1012446,971224r-17464,17229l977518,1006137r-17237,17456l943271,1041049r-17010,17684l909250,1076416r-16783,18136l875910,1112462r-16557,18137l843024,1148962r-16330,18364l810591,1185916r-16330,18363l778385,1223096r-15650,18816l748985,1258405r3317,-4024l775663,1226043r23814,-28112l823519,1170046r24268,-27431l872281,1115410r25175,-26979l922632,1061680r25629,-26525l973890,1008857r26082,-25845l1026281,957168r26536,-25165l1054921,930024r-7130,6359l1055049,929611r-1813,1814l1062527,922807r-4718,4480l1055276,929611r-108,181l1055557,929425r2252,-2138l1058650,926515r21157,-19903l1106796,881901r27444,-24484l1161683,833159r27443,-23578l1191486,807625r11305,-9776l1214800,788097r11887,-9652l1231765,774215r18825,-15643l1250749,758445r-827,570l1254983,754917r-3851,3222l1269868,743156r5897,-4534l1277352,737035r3402,-2494l1290734,726606r681,-453l1296404,722526r3157,-2505l1301587,718247r,167l1310693,711190r14289,-10882l1354012,678544r19204,-14396l1365159,669915r7073,-5387l1370874,665663r679,-454l1377044,661278r5999,-4497l1412527,635470r644,-214l1414952,633976r3245,-2360l1426015,625875r-1736,1007l1430842,622346r7241,-5215l1442836,613729r5204,-3629l1450466,608885r16041,-11048l1485331,585141r18598,-12696l1507006,570434r6125,-4288l1503413,572536r-7303,4903l1495425,577905r1826,-1401l1501359,573003r3880,-3269l1509347,566466r4337,-2802l1518248,560863r4337,-2801l1527150,555494r2658,-1112l1525780,557128r4506,-2947l1532171,553393r7532,-5370l1530286,554181r-478,201l1533997,551525r-3652,2568l1554538,537985r9814,-6537l1566863,530281xm2183039,528724r1361,1587l2184173,530708r-6123,1191l2183039,528724xm2921528,527069r4234,3175l2925527,530244r-6115,-1587l2921528,527069xm1803054,524124r-18827,14527l1765627,553406r-18600,14755l1728654,583143r-18373,15435l1692135,614014r-17920,15436l1656523,645113r-17920,15663l1620911,676892r-17239,16117l1586206,709353r-17239,16344l1551955,742040r-16786,16571l1518384,775636r-16785,16798l1485041,809458r-16332,17252l1452378,844189r-16105,17479l1420394,879373r-15877,17479l1388638,915012r-15424,17933l1357790,950878r-15198,18386l1327395,987424r-14970,18387l1297454,1024424r-14518,18614l1268419,1061901r-2041,2268l1263883,1066440r-1821,1823l1262062,1069383r-438,208l1258587,1070654r-829,552l1256624,1071660r-1134,226l1254583,1071886r-908,-453l1252995,1070979r-453,-1135l1252315,1068710r-3403,l1273183,1051915r-20641,12483l1260556,1057910r4229,-3432l1264823,1054456r12669,-10283l1260480,1054186r-227,l1261388,1053277r6124,-4993l1260480,1051688r9754,-6380l1256624,1053732r5217,-6356l1259346,1048284r-3402,909l1259573,1047830r3402,-1588l1266378,1044400r2950,-2043l1272275,1040314r2949,-2270l1277719,1035320r2496,-2723l1268873,1040995r-794,341l1268646,1040768r227,-227l1268646,1040314r-454,227l1267058,1040768r-4083,2043l1262749,1042811r1814,-2043l1258212,1042811r6579,-3859l1261388,1040541r10830,-5904l1272729,1034412r1387,-809l1276605,1032246r1568,-785l1278447,1031242r10841,-5909l1285658,1026695r1815,-2724l1285205,1026014r-2269,1815l1280441,1029645r-1994,1597l1276605,1032246r-1153,578l1274116,1033603r-1898,1034l1267058,1036909r14064,-9761l1285205,1021019r-9300,4995l1266378,1031235r-9527,4993l1248232,1041222r2041,-3859l1238478,1039860r3176,1589l1230312,1042131r12022,-6357l1235076,1036455r10887,-5674l1242334,1030781r8847,-7492l1238932,1031235r4309,-3632l1240066,1027603r5218,-3405l1245284,1022112r-2272,1904l1245284,1021139r,-573l1239158,1022609r17239,-8626l1247324,1016253r-1813,454l1245056,1016707r-227,l1245511,1015799r1586,-908l1253675,1011939r-3402,-453l1255944,1006719r-3402,1362l1253902,1006492r11342,-8399l1250501,1007627r19733,-13393l1269553,994007r1362,-3178l1255718,998547r13610,-10215l1264791,984473r906,-2270l1267285,980160r2043,-2497l1271822,975166r5444,-4312l1282482,966767r4991,-3631l1279081,968129r9980,-7263l1279761,966767r4309,-3405l1288835,959958r4082,-3179l1296092,954055r1135,-908l1297907,952240r,-681l1297907,951332r-227,-228l1296773,950878r-1815,l1292463,951332r-3402,908l1302897,939528r-3175,454l1310837,934534r-12930,5901l1299041,938848r908,-1589l1301310,936124r1815,-1363l1304712,934080r1815,-908l1310156,931583r2722,-1135l1313785,929994r681,-681l1314692,928632r-454,-908l1313558,926816r-1588,-1135l1339643,915693r1135,-2951l1337602,912515r6124,-4086l1337376,912515r-3176,1589l1331252,915693r-2950,1135l1325580,917509r-1814,l1322404,917509r-1814,l1319002,917282r10129,-4407l1333426,909395r12103,-9203l1346200,901645r-896,484l1330181,912418r20124,-8756l1347129,902981r3403,-5221l1357790,895490r-5217,8853l1353707,907748r3402,-3632l1363461,897306r2721,-3178l1367089,892766r454,-907l1367770,890950r-227,-227l1367316,890497r-906,226l1364595,891631r-2949,-1134l1363461,887545r-18373,10669l1350985,893220r-7939,5902l1334880,904116r-8166,5221l1317869,913877r4535,-4086l1326487,905932r4083,-3632l1334653,898895r8620,-6356l1352119,886183r-9527,6129l1341686,891859r19960,-16799l1355748,878466r3856,-4313l1353480,878011r12930,-8625l1363233,869386r9074,-7491l1365502,865073r8619,-6810l1368166,859888r11853,-5711l1394990,849637r2041,-2724l1385236,850091r-908,227l1374348,853042r6579,-3178l1374348,851453r22910,-12939l1383648,845551r-4083,1362l1377751,847594r,-227l1377978,846913r1815,-1135l1384555,842827r3403,-1816l1384783,839876r1587,-908l1388185,838060r4990,-1816l1403383,833293r3629,-1135l1407920,831704r453,-226l1408145,831250r-225,l1406785,831023r-5444,l1402021,828072r11342,-3405l1410187,824667r12249,-4086l1426746,815360r-14291,909l1421528,811956r-2948,-1362l1424250,808324r5217,-2271l1432026,805163r12661,-2767l1444892,802421r1588,455l1448067,803784r908,1362l1449882,806961r907,2043l1461904,804919r-6351,2042l1453965,804011r9300,-5675l1444687,802396r-1609,-202l1441263,802421r-2042,227l1434684,804238r-2658,925l1423797,806961r12249,-8852l1435819,798109r10434,-7264l1468255,777906r681,-3178l1475741,775863r2442,-1778l1478244,774067r1126,2931l1489352,776998r5669,1816l1494794,777225r,-1816l1494794,773820r227,-1589l1495248,770869r453,-1135l1496382,768372r908,-908l1497807,767119r13092,-5103l1506589,762924r-3856,1135l1501373,764740r-1587,681l1498651,766556r-844,563l1489352,770415r-7260,2497l1478244,774067r-8,-20l1478183,774085r-628,189l1476194,774501r-907,227l1475287,774501r454,-681l1478463,772004r5217,-2951l1480504,769053r-5670,1816l1483906,766556r8847,-4540l1496382,760654r2949,-1135l1500465,759065r908,l1501826,759519r226,454l1504774,759746r4537,-908l1514301,757930r4990,-908l1522921,755660r1134,-454l1524735,754752r,-227l1524282,754298r-908,-227l1521333,753844r-3176,-227l1520879,751120r7486,-5902l1532221,742721r2948,-1589l1536077,740678r227,l1536530,740906r,226l1536530,741587r-453,1362l1538572,744991r9300,-6356l1547418,735231r-7939,3178l1545830,734322r5898,-3178l1553769,730010r1815,-1362l1556491,727740r227,-454l1556718,727058r27220,-17024l1570781,712758r2949,-2270l1567152,713666r-4990,-4086l1563977,706175r-5898,-3405l1558986,699138r681,-1816l1560347,695960r681,-1589l1561935,693463r907,-908l1563750,691420r2268,-1135l1568060,689604r2495,-454l1573050,689377r2495,454l1577813,690512r2495,1362l1582803,693236r1815,1589l1586659,696868r1588,2043l1589608,700727r8620,-4313l1594598,695960r2269,-2270l1599816,694598r4082,-3859l1601176,688696r6805,-681l1608662,684383r-2268,-2043l1607981,679843r9300,l1616374,677119r-6351,-680l1613425,675304r3629,-1589l1620230,672125r3176,-2042l1619550,672352r-4083,1363l1611384,675076r-4310,681l1625220,668267r227,l1625674,668267r2722,-682l1631572,665770r-20869,4085l1636335,659641r-16332,1816l1637242,652377r-14970,6810l1643140,641935r-4764,1816l1634520,645794r-3629,2270l1627489,650334r-3176,2270l1621364,655101r-5444,4540l1613198,661911r-2948,1816l1607528,665543r-3176,1588l1600950,668494r-3403,680l1593691,669628r-4310,l1585525,670990r4991,-3631l1595279,663954r5444,-3405l1605940,657598r5444,-2724l1611663,654734r628,367l1628169,647383r-5897,2270l1616828,652150r-5165,2584l1609569,653512r3629,-1589l1617054,650107r3403,-1362l1623406,647156r2268,-1362l1626808,644886r233,-467l1617662,647791r9469,-3552l1627262,643978r453,-681l1627715,642616r-226,-908l1626808,640573r2042,-681l1631118,639665r3856,l1636789,639438r1587,-454l1638830,638303r907,-454l1640191,636714r454,-1135l1646996,632628r2268,-1362l1651306,629904r2041,-1362l1654708,626726r1361,-1816l1657430,622186r-227,l1656976,622186r,-1135l1670586,614014r650,-849l1665287,616040r6071,-3036l1673535,610155r2949,-3405l1679659,603799r2553,-2554l1676496,603341r-1684,-847l1680585,600166r1945,761l1682835,600622r3629,-2951l1690320,594720r3629,-2724l1697805,589271r-16331,4768l1690547,590860r4083,-1815l1698259,587456r3403,-1816l1703023,584505r1587,-1362l1705971,582008r1361,-1362l1708466,578830r908,-1589l1718220,570204r-2041,-2951l1727066,559081r-2948,1135l1737727,551136r-3175,-454l1736820,547958r-3402,227l1737727,545688r-6124,-908l1735459,541375r-13156,227l1723437,538651r-13836,5221l1709374,543872r1588,-2951l1705064,544099r-1815,l1693042,546823r6124,-4540l1688959,546369r1815,-2723l1679432,550682r-5670,-2951l1675576,544780r2269,-2724l1680340,540013r2495,-1816l1685784,537063r3175,-909l1692362,535473r3629,l1702342,532977r50356,-4540l1803054,524124xm1609292,523928r433,l1609075,524193r-3247,2381l1604962,527103r4330,-3175xm2965450,522894r-435,235l2964798,523129r-435,l2964798,523035r652,-141xm1655535,522465r454,l1654628,524271r-1134,451l1648278,525174r7257,-2709xm2171358,520788r3517,657l2169819,524510r4176,1095l2172896,526043r-12309,1095l2171358,520788xm2956534,519131r7177,706l2964363,523129r-1957,236l2955447,525481r-5872,-3527l2956534,519131xm1644650,515990r-1868,1588l1641662,517578r-187,-529l1644650,515990xm1708523,514441r2802,1905l1710624,516663r-7237,953l1708523,514441xm1716881,514441r3969,794l1720409,515499r-7497,2117l1716881,514441xm1626728,514403r230,l1627188,514403r,227l1619375,520527r-9650,4989l1626728,514403xm3004004,514369r13607,3399l3005591,523206r5897,453l3004684,526831r9979,-680l3009220,530456r9071,-1359l3016704,532495r5216,-4531l3019879,525698r1134,-1813l3022147,522526r1587,-1359l3025322,520260r1814,-680l3029177,518674r1814,-227l3033259,518221r4082,l3041423,518674r3856,906l3048907,520487r7711,-680l3057979,522979r17916,227l3077029,526604r-3175,907l3068411,528644r-14741,2945l3046186,533401r-6804,1587l3034166,536574r-1587,679l3031445,537933r16555,-227l3049814,540652r5443,2266l3052309,545410r12020,-1586l3063648,540425r15649,-453l3080762,540704r5127,155l3088611,540859r2722,-226l3094055,540180r2496,-1133l3099273,537687r2495,-1813l3101995,535874r227,l3102222,535647r2042,-226l3102903,532702r27675,2945l3107213,538140r453,3173l3117421,544258r-2722,1360l3120597,543352r1815,-453l3131713,542899r226,2266l3142828,544032r-1815,2039l3143736,546751r-2269,1586l3143097,549225r-1166,1449l3137837,552643r-226,3399l3141931,550674r2031,-977l3143097,549225r3814,-4740l3148499,544485r5218,l3168462,543579r13384,-907l3185022,542446r-907,226l3184569,542672r226,l3185249,542672r227,-226l3185930,542446r453,l3188425,541992r4991,-453l3199087,541539r6125,227l3211791,542219r6805,680l3225402,544032r14064,2266l3252624,548791r11569,2266l3273040,552643r3176,453l3278485,553549r5217,1360l3289147,556269r4763,1133l3298221,557855r4310,226l3304119,558081r1588,-226l3306841,557402r1134,-454l3309109,556269r454,-907l3319318,557402r8847,2266l3332702,561027r4083,1360l3340868,564200r3630,1586l3348128,568052r3629,2266l3354933,572811r3176,2946l3361058,578929r2722,3626l3366503,586407r2041,4532l3367410,592752r-681,2266l3365595,597284r-1134,2040l3363100,601363r-1588,1586l3359697,604989r-2042,1359l3355614,608161r-2269,1360l3350850,610881r-5445,2492l3339507,615639r-6578,1587l3326123,619038r-7713,1133l3310697,621304r-7939,680l3294364,622437r-8393,227l3277124,622891r-8621,-227l3259656,622437r-9074,-453l3233115,620625r-16787,-1587l3200902,616772r-14519,-2039l3174360,612467r-9981,-2266l3157120,608161r-24500,1587l3136023,609974r3176,227l3142148,610201r2722,226l3147138,611107r681,453l3148499,612014r681,679l3149407,613373r227,1133l3150087,615639r22005,4079l3166874,622437r11343,-453l3169143,624477r17240,227l3179351,629009r9528,-453l3193189,628329r4537,227l3201809,628782r3857,227l3209295,629689r3176,906l3215420,632181r2722,1587l3219050,634901r907,906l3221092,636940r680,1360l3222226,639660r453,1586l3223133,642832r,1813l3223133,646458r,2266l3222453,653029r23365,16769l3243777,671611r4310,1586l3245818,676596r12477,2946l3272587,682715r7486,1586l3287559,685887r7713,1133l3302531,687927r6805,679l3312739,688606r3176,l3318637,688153r2949,-453l3324308,687247r2496,-680l3329072,685660r2042,-1359l3332929,682941r1361,-1813l3335424,679316r907,-2266l3337012,674557r227,-2493l3332475,671158r-6352,-680l3318410,669571r-7939,-1133l3302304,666626r-3630,-907l3294818,664586r-3403,-1133l3288693,662093r-2722,-1812l3283702,658694r21778,-9744l3335424,654162r-4083,4986l3336105,659148r4310,l3348355,658694r7259,-906l3361966,657108r10435,-1586l3376938,655069r1814,l3380794,655069r1815,226l3384424,655749r1588,679l3387826,657108r1588,1360l3391229,659601r1361,1586l3394405,663227r1361,2492l3397581,668212r3403,6118l3404387,682488r3856,9744l3422761,730982r14065,38749l3455655,821851r18148,52572l3491497,926769r17241,52799l3406428,993391r-51268,6798l3304119,1006534r-6125,453l3292096,1006987r-5898,-453l3280073,1005628r-5899,-907l3268503,1003815r-11796,-2266l3250809,1000643r-5898,-680l3239013,999510r-1482,56l3263220,1009523r453,4310l3255509,1014967r-9525,1361l3225347,1020409r-22452,4083l3191556,1026306r-11566,1815l3168650,1029481r-10659,1134l3147559,1030842r-4989,l3138034,1030842r-4309,-454l3129190,1029708r-3856,-680l3121479,1028121r-3402,-908l3115129,1025625r-2948,-1587l3109913,1021997r14514,-7710l3135086,1014740r1814,-226l3138261,1014287r1814,-681l3141179,1012818r-15811,436l3110187,1020908r-680,-450l3099305,1017296r2467,2052l3104261,1021606r2263,2484l3108560,1027026r1810,2936l3111501,1033123r-180104,23720l2940901,1055263r7240,-1130l2952666,1053230r2489,-1129l2955834,1051649r,-226l2955608,1051198r-453,-226l2953119,1050520r-2942,l2946557,1050520r-3620,226l2939091,1051198r-3394,677l2932982,1052553r-1132,677l2931171,1053907r-679,451l2930266,1055036r226,678l2931397,1056843r-2941,-2936l2925741,1050746r-2489,-3161l2921215,1044414r-1810,-3387l2918048,1037640r-1131,-3388l2916238,1030639r226,l2922347,1026348r1131,-1580l2924836,1023413r1357,-1355l2928003,1020929r3620,-2258l2935697,1016864r4525,-1807l2945200,1013928r4977,-1129l2955381,1011670r5204,-677l2965789,1010315r9730,-678l2983890,1009412r6788,l2990904,1008960r227,l2991357,1008960r679,l2992941,1008960r31450,-1807l3036730,1001851r-12417,5100l2992138,1008752r-227,l2991232,1008752r-227,l2990779,1008752r-227,450l2983755,1009202r-8384,225l2965628,1010102r-5211,676l2955205,1011453r-5211,1126l2945009,1013705r-4985,1125l2935493,1016631r-4079,1801l2927789,1020683r-1813,1125l2924616,1023159r-1359,1351l2922124,1026086r-5891,4277l2916006,1030363r-4531,-16658l2913287,1016856r-679,-13507l2920991,990967r1360,-10806l2925296,975209r31042,-15083l2980582,976560r2266,1125l2985567,979036r2946,1125l2991458,980837r3626,675l2998482,981737r3626,451l3005506,981737r3172,-675l3011397,980161r1360,-675l3013890,978585r1133,-675l3016156,977010r906,-1126l3017742,974533r453,-1350l3018875,971607r226,-1576l3019101,968230r-226,-1801l3018421,964178r-6797,-17334l3012698,946187r-1143,l3014265,927873r-4741,l3000493,932847r-20318,-9270l2979950,921542r451,-1809l2981078,918151r1129,-1357l2983562,915890r1881,-628l2990560,914759r-2709,226l2985594,915211r-151,51l2979047,915890r-226,-10175l2977918,905037r-677,-678l2976789,903454r-226,-678l2976789,902098r452,-679l2977692,900289r1129,-678l2980853,898254r3386,-1357l2988077,895767r4741,-678l2991012,891245r3160,226l3002299,886497r10160,l3015845,885819r3612,-905l3023972,883558r4064,-1357l3030068,881297r1580,-679l3033228,879488r677,-905l3034357,877679r,-452l3034131,876548r28220,-1356l3084023,876775r8805,-2261l3098020,872931r5870,-904l3106599,871800r2483,-226l3111791,871574r2484,l3114443,871608r-2466,-8289l3113791,861280r1135,l3116967,860827r4991,-1813l3128537,856295r7032,-2946l3147138,848363r2496,-1133l3178217,848363r-908,-906l3175948,846551r-2949,-1360l3169143,843831r-4537,-1586l3159388,841112r-5217,-1360l3143282,837713r-9755,-1813l3125814,834767r-3629,-680l3122412,833861r1588,226l3120824,824796r-23790,9865l3096591,835327r-39323,7484l3056816,843718r-904,680l3053652,845305r-2712,681l3048228,846439r-4067,908l3043935,847347r-3616,2040l3041901,852562r-8136,-3401l3032635,850748r-1582,1587l3029471,853923r-1808,1361l3023821,858005r-4294,2268l3014781,862541r-4746,2041l3004838,866170r-4972,1587l2995120,868891r-4972,907l2985628,870478r-4294,681l2977718,871385r-3164,227l2972294,871385r-1808,-226l2955119,879549r5198,-7710l2962125,870478r-10396,-4535l2956249,859820r-4746,2267l2949017,862994r-2260,681l2944723,864355r-2260,227l2940429,864128r-2034,-907l2939525,861180r-26442,-4763l2911275,859366r-6102,-3175l2899524,841223r226,l2901558,840770r2712,-17689l2908337,823761r-14011,-19957l2885964,788156r1808,-2268l2889128,784074r2712,-3175l2894326,778178r1808,-2042l2897038,775002r678,-1133l2898168,772734r226,-1360l2898394,770013r-226,-1814l2897716,766611r-904,-2041l2914310,761956r-2835,-1014l2914451,760488r178,1420l2918055,761396r-2486,-5443l2919185,756860r-2034,-2268l2930033,748242r,-1134l2930485,745974r678,-1360l2931615,743480r1808,-2495l2935683,739171r2260,-2042l2939751,735769r1808,-1361l2942237,733501r2712,-907l2947661,731006r2938,-1814l2953763,726924r6780,-5216l2967322,716039r12430,-11339l2984498,700391r2034,-1361l2987888,697670r2260,-3176l2984046,690639r-904,-9752l2960995,674311r-1582,907l2957605,675671r-1356,227l2954893,675898r-1582,l2952181,675671r-1356,-453l2949695,674764r-153,-107l2941410,676636r-2948,681l2935968,677997r-1815,227l2931885,678224r-1814,-227l2927803,677770r907,1362l2914876,677770r-1134,2269l2905351,679359r-1134,2496l2907619,687526r-6804,454l2902176,688661r-3855,1815l2895372,692291r-2041,1589l2891517,695467r-907,1362l2889930,698417r-681,1362l2888796,700913r-454,2949l2887662,705450r-907,1362l2885394,708627r-1814,1588l2880858,712257r-3402,1815l2879044,716795r2948,453l2879724,719518r3175,2268l2885167,723601r680,908l2886755,725643r453,908l2887435,727458r,681l2887435,729273r-680,1816l2885394,732903r-1588,1815l2881539,736761r-2495,2042l2873828,743113r-2948,2496l2867931,748105r-2948,2949l2862035,754004r-27895,14520l2816224,778280r-7030,3857l2804658,785087r6123,-227l2811008,787583r-9757,4519l2796040,791893r-2721,-680l2791278,791213r-681,l2790144,791667r-227,226l2789690,792347r-226,1588l2789917,795297r907,3630l2791278,800742r680,1588l2791958,803918r-227,681l2791731,805280r-680,454l2790597,806187r-680,227l2789010,806641r-2495,-227l2783114,805506r-1715,1144l2782888,808237r-80,150l2782887,808456r1360,1589l2785608,811632r681,1589l2786742,814355r227,1362l2786969,817305r,1361l2786515,821842r-907,3857l2785155,830464r-227,2496l2784474,836136r-8618,-2496l2778578,835001r-3175,1135l2777671,837497r-2722,227l2777217,839312r-2495,l2776537,842489r-3175,2269l2774949,849749r1588,6126l2777444,859051r1361,2950l2780165,864950r1588,2496l2777671,869715r5896,227l2788783,870622r4536,908l2797855,872891r4535,1589l2806699,876067r4763,1816l2816905,879471r226,1588l2817358,882194r681,1134l2818946,884236r680,907l2820533,885597r2268,1134l2825069,888093r2495,907l2830058,890362r1134,1134l2832326,892630r-2948,-226l2833914,896941r-22452,15882l2812856,913521r-5023,437l2813730,913958r-874,-437l2818265,913050r4309,4311l2821214,918496r-6804,-681l2814637,920766r2721,1587l2799215,935513r-6803,-6807l2795587,933243r-4309,227l2792185,936192r-2721,1140l2789690,940504r-12926,3403l2778351,946403r-21274,3581l2756580,950033r-2495,454l2757077,949984r1770,-178l2760889,949806r2267,454l2765197,950714r1815,1133l2768826,953209r1588,1362l2766105,955024r-3175,454l2761342,955932r-680,454l2760208,956612r,454l2760208,957293r681,1134l2763383,960470r1588,1588l2766105,963419r1134,1361l2768146,966595r226,907l2768146,968637r-227,908l2767465,970453r-680,907l2765878,972721r-1361,908l2762930,974763r2721,-227l2766785,977259r-8391,908l2765197,984519r-4308,4764l2761569,993821r453,4311l2762022,1002443r,3857l2761569,1009930r-680,3404l2760435,1016512r-907,2948l2758621,1021955r-1361,2496l2756126,1026947r-1361,1815l2752951,1031031r-1587,1815l2749322,1034434r-2267,1815l2742746,1038745r-4763,2722l2732540,1043736r-5669,2071l2715078,1050344r-6350,2722l2702151,1055560r-4989,2949l2693760,1061003r-3402,2722l2688771,1065087r-1361,1588l2686049,1068264r-680,1360l2684689,1071439r,2043l2684915,1075068r681,1815l2685822,1088224r-11566,2042l2662464,1091627r-11793,1134l2638878,1093895r3402,-14517l2629580,1061231r2041,-2041l2634796,1059871r1587,-2722l2634342,1051251r7484,-3403l2612571,1016284r393,-30096l2600325,989104r5751,-3662l2610389,982755r2576,3342l2613024,981570r-2494,-1361l2603272,984293r3402,-5899l2601912,982251r-1588,-1361l2598510,979755r-1361,-1588l2596015,976805r-1134,-1815l2593974,973175r-680,-2042l2592840,969318r-453,-2269l2592387,964780r,-1815l2592614,960697r680,-1816l2593974,956612r907,-2041l2595774,953529r-12005,-6853l2582635,944184r-907,-2493l2581501,938972r,-2492l2581955,933987r907,-2039l2584449,929683r681,-680l2586037,928097r680,-2946l2583542,923791r-5443,15181l2575378,936480r-1814,2492l2570389,938972r907,1133l2572203,941464r454,1133l2573337,943730r453,1360l2573790,945996r,1133l2573790,948262r-1133,2039l2571523,952114r-1588,1585l2567894,955512r-2495,1133l2563132,957551r-2722,907l2557462,959137r-2722,l2552019,959137r-2495,-453l2547030,958005r3175,2492l2538639,968880r-454,l2537958,972959r-7257,1585l2532062,978396r-23132,11329l2497590,994710r-10659,4758l2482169,1001054r-4763,1586l2473098,1003773r-4083,680l2465387,1004906r-3175,-227l2460624,1004453r-1134,-227l2458356,1003773r-1360,-680l2447697,1003546r-2948,-226l2441801,1002867r-2495,-680l2436812,1000827r-1815,-1132l2432956,997882r-1360,-1586l2430235,994483r-1134,-2039l2428421,990405r-907,-2039l2427060,985873r,-2265l2427060,981568r,-2265l2427514,977037r1587,l2445203,980662r680,l2442708,977943r2014,-776l2445203,977264r907,-227l2447244,976810r2268,-1132l2451315,974627r7268,-2801l2456769,972279r-1588,453l2452233,974091r-918,536l2444722,977167r-653,-130l2443162,976810r-907,-679l2441574,975224r-1134,-1586l2439760,972052r15875,-10196l2445656,960950r11287,-6923l2451990,956195r-10416,5888l2445656,956872r-9978,3852l2438626,960044r-227,2945l2432049,965708r,-1359l2432276,963669r454,-906l2432730,961630r226,-906l2433183,959591r,-907l2432276,958458r-5216,7930l2424112,965482r4558,-7502l2450192,945543r1361,-906l2438853,944863r17462,-12462l2454274,931495r1134,-2039l2456315,927870r1134,-1586l2459037,924698r1134,-1360l2461758,922206r1361,-907l2464253,920846r1134,-680l2466294,920166r680,680l2467428,921526r,1133l2467201,924698r-454,2039l2465614,929683r1814,-2719l2469469,924924r2268,-2265l2473778,920846r2495,-2039l2478767,917448r2495,-1586l2483983,914728r-4989,227l2474458,915408r-3855,680l2466974,916995r-2948,1132l2461305,919033r-4309,2266l2453140,923112r-1587,1133l2449739,924698r-1588,453l2446110,925377r-2268,l2441574,924924r-9978,7477l2429328,925377r6123,-3851l2437946,923112r2395,-997l2435225,919324r9908,-5790l2447017,909971r-13834,8383l2430235,916314r,-679l2426606,910877r227,l2429781,910877r7031,906l2441312,906163r489,-44l2441574,906119r-227,l2441312,906163r-2006,182l2430235,908838r-454,-3399l2432730,906119r226,-5891l2446564,898642r14514,-1813l2468108,896376r7257,-453l2481942,895923r5897,226l2496910,888672r-6350,1360l2488292,887992r-11112,-453l2479448,884821r-6350,3625l2466974,891618r-6350,2492l2457676,894790r-2495,680l2452233,895923r-2721,453l2447017,896376r-2041,l2442708,895923r-2041,-453l2439080,894790r-1588,-1360l2436358,890938r12927,-3625l2435905,889579r1587,-2493l2434771,887313r10885,-2492l2445883,884821r227,l2446337,884821r227,l2446790,884821r227,-227l2448378,884594r5896,-2039l2442255,883688r3175,-2493l2442481,880969r3629,-1360l2435224,881195r11113,-3172l2436585,879156r680,-2719l2440214,875758r1133,-3172l2444296,871226r,-226l2446790,868960r-3175,-1586l2447017,866468r1814,-3399l2445430,861936r-681,-3625l2452460,864202r3855,-2719l2454501,858764r3175,-453l2460171,860803r1814,-2945l2465160,857405r1587,2039l2474458,858764r-5443,-4078l2483076,854459r3676,-8160l2489653,846756r3166,301l2492601,848795r,2039l2492828,851514r227,906l2493735,852873r1134,680l2496456,854006r1815,l2496910,850834r9071,-2945l2505755,847889r-227,l2505074,847889r-2268,226l2499178,847662r-4763,-453l2492819,847057r9,-75l2492601,846076r-453,-453l2491467,845170r-907,-227l2489199,844943r-2041,453l2486752,846299r-1408,-223l2482169,845623r-907,-453l2481035,844943r,-226l2481489,844263r1360,-679l2485344,842677r2948,-906l2482536,840333r3262,-148l2502353,838146r11892,-1671l2515053,837013r4082,-906l2516867,836107r-2622,368l2512331,835200r2495,-2718l2512331,830895r2949,-1132l2510971,830895r-7031,1587l2501219,833161r-680,l2500312,832708r453,-226l2501673,831802r4762,-2039l2500765,825684r16259,-2277l2514600,820379r3941,-2794l2520950,821141r-2611,2082l2525031,822286r227,l2525485,822286r,-227l2527980,822059r12246,7704l2528887,817301r11545,4081l2540226,821606r3402,906l2540432,821382r2289,-2495l2537958,818887r3402,-680l2535917,815262r16329,-4532l2549071,811183r-2268,-2492l2560864,803253r-907,2946l2568121,803253r1587,-453l2563132,802800r5896,-2946l2562678,800534r14287,-6344l2579233,803480r9752,-1813l2587398,798948r17689,-2945l2605087,793058r2948,-1587l2601685,793284r19504,-10196l2619601,780369r-3175,453l2625853,774252r98,l2626178,774025r-325,227l2625724,774252r-453,l2624817,774252r-227,226l2624137,774478r-680,l2620735,773572r2495,-2039l2605540,782408r6350,-2719l2611437,783314r-2268,2040l2606901,787393r-2268,1813l2602139,790565r-2268,1359l2597830,793058r-2041,679l2593974,794190r-2041,227l2590573,794417r-1588,-227l2588078,793511r-680,-907l2586944,791018r-227,-1586l2586944,787393r-11793,4305l2574924,788753r-453,l2586037,782635r227,-2266l2598057,772439r680,-2266l2599871,768361r1134,-1586l2602365,764962r1361,-1133l2605087,762470r1814,-1133l2608262,760430r1587,-679l2611890,759298r1815,-227l2615519,758845r2041,l2619374,759071r2041,453l2623230,760204r-907,2945l2632301,758165r-2041,-2039l2633435,754313r-5670,-1813l2637517,746836r-13153,3172l2624137,750008r1134,-453l2626405,746383r6577,-2039l2626632,745250r15648,-7477l2641146,736414r8618,-3399l2651299,735059r-5617,2487l2651805,735734r-506,-675l2665639,728710r-9098,3321l2653846,731202r1134,-3172l2648630,729163r6350,-7477l2655207,721686r4082,2719l2665185,722366r-8844,-2946l2657248,716248r6576,l2662464,712849r14060,-3625l2668233,705560r-365,140l2655887,711223r8387,-6351l2667656,705305r-2924,-1292l2671082,701747r7710,-3172l2681287,697216r680,-227l2681967,696763r-680,l2679926,696989r-5216,1360l2684916,693137r-10206,680l2676978,690419r-1134,-2493l2682194,688833r9752,-5891l2682421,685434r-907,-2945l2693080,679543r-3402,-1360l2696708,676371r-5669,-3625l2711223,666401r-2949,l2708501,665495r26307,-4531l2734355,658018r-23813,1360l2722108,653713r-2721,-1359l2722108,650768r19050,2265l2739798,650315r5804,-3346l2745921,646916r-227,l2745602,646969r-2402,400l2730046,649408r3402,-1586l2732087,644877r12700,-680l2743200,643517r-2042,-226l2739117,643291r-2494,226l2731180,644877r-4536,1359l2723016,647596r-1134,226l2720974,647822r,-226l2722108,646689r4083,-3172l2723016,641931r3175,-1359l2729366,639439r6350,-1359l2738664,637173r2721,-1133l2744333,634908r2495,-1587l2733901,633775r17916,-4985l2753632,634681r3401,1812l2755673,633321r3855,454l2756580,632415r2948,453l2761116,629923r3175,-453l2757487,628110r2948,-1586l2753858,626524r2042,-2492l2765651,626524r-8164,-4758l2780166,621993r907,l2779258,619500r12474,-2945l2760435,617914r2948,-2039l2766785,614062r6350,-3624l2773729,610141r-5129,1067l2772996,608033r1678,1636l2778125,607945r1587,-453l2780166,607492r8391,-4532l2785382,602507r11566,-7250l2795360,592311r9979,-5211l2806700,590045r8617,-2265l2807153,583248r15648,-2492l2816678,581209r907,-2039l2818492,577584r908,-1586l2820760,574865r1361,-907l2823482,573279r1134,-680l2825750,572373r1360,226l2828244,573052r907,680l2830059,574638r907,1133l2831419,577584r454,1586l2831873,581435r5216,-4531l2835955,573732r11112,-6797l2847067,569653r-680,2493l2845934,574638r-908,2493l2843892,579170r-1587,2265l2840717,583701r-2041,1813l2845707,580983r4535,-2719l2852964,576451r-227,l2852284,575998r-227,-453l2852057,575091r,-906l2852510,573052r8391,-8610l2859994,568294r7031,-5211l2884714,565802r-4536,-4305l2883126,560591r-1814,-3172l2863850,556285r6123,-453l2870880,553114r6350,2492l2878817,552434r12020,2492l2890384,551981r10658,l2892198,556965r10659,-3625l2904671,556965r10659,-1359l2908753,554020r2948,-2946l2908526,550395r908,l2913062,548355r3402,-1359l2922360,544277r2495,-1359l2926669,541332r681,-907l2928257,539519r453,-1359l2928937,537253r6804,-3398l2929164,531362r6124,-453l2935514,527964r2722,-453l2940504,527284r4535,453l2946854,527964r1814,-227l2949122,527511r680,-454l2950255,526604r454,-680l2952523,525924r9752,l2947307,538386r3175,l2946854,544504r1587,3172l2951616,547676r4309,-3852l2978830,523206r681,14274l2990170,532948r-1361,-2945l2991304,529323r-1588,-3172l2991531,525245r6123,-2719l2990170,520940r13834,-6571xm1650546,512755r-5443,1807l1644423,514562r454,-226l1647130,513556r3416,-801xm1621322,511229r897,643l1623788,511658r224,l1619529,514661r-7844,3647l1611237,518308r-1793,-214l1604962,519167r16360,-7938xm3577234,508238r-10121,4593l3574522,508703r2712,-465xm2216123,508088r457,l2216351,510530r-6403,2931l2216123,514926r3202,-733l2217952,515414r-8233,2931l2192337,520787r10978,-9280l2209261,510774r4117,-977l2216123,508088xm3577609,508068r617,l3577234,508238r375,-170xm1606550,508055r-14778,9298l1592002,517353r-4849,2948l1581150,523930r,-227l1581740,523339r998,-997l1582523,522857r24027,-14802xm1614487,504880r-6495,5216l1605611,511003r-649,227l1614487,504880xm3596075,503243r151,l3596075,503469r,-226xm1612516,502279r-22,23l1593850,514406r13719,-8974l1607344,505432r5172,-3153xm2178909,500062r-4537,681l2179589,500062r-226,l2179136,500062r-227,xm1643063,498532r-4763,3174l1640807,499975r2256,-1443xm1620838,496943r-4948,3395l1612292,502522r202,-220l1617014,499368r3824,-2425xm1670050,495356r-9525,4763l1669400,495573r650,-217xm4027093,493935r-1364,244l4019378,495085r4537,1133l4028905,497125r5445,453l4040248,498258r3991,147l4031343,494858r-5443,216l4027093,493935xm3503858,492190r2759,l3511447,492616r5519,426l3522945,493468r6209,213l3535363,498366r-5979,2555l3497649,509653r-11499,-11074l3488910,497088r2529,-1704l3493969,494320r2530,-852l3499028,493042r2530,-426l3503858,492190xm4057372,492187r12979,2686l4070115,495362r-17227,-1466l4057372,492187xm1638877,490711r-2156,1307l1636618,492063r2259,-1352xm2187982,488485r-8619,1816l2188209,489847r-2042,3632l2198870,494160r-2722,-3632l2201223,491751r-2536,-2717l2201461,491808r6936,1671l2204541,495522r-227,l2195014,497792r4763,681l2201592,502786r-3630,3178l2194787,509369r-2949,2497l2188889,514363r-1134,681l2186167,515952r-1134,454l2183672,516633r-1588,-227l2180724,516179r-1588,-908l2177775,514136r-12929,-5448l2160309,509596r2495,3405l2158721,513682r10434,2270l2168021,520492r-2722,454l2161670,521173r-7485,681l2151009,522308r-1134,680l2148968,523216r-227,454l2148741,524124r453,681l2150555,525486r13383,-1816l2152597,532977r22683,-2497l2174372,534792r-6351,3633l2165072,540013r-2722,908l2160989,541148r-1361,l2158267,541148r-1134,-227l2155546,540467r-1135,-680l2152824,538879r-1361,-1136l2145620,538259r4730,2648l2151062,543788r-950,l2141566,546224r-6409,1329l2132783,547775r-1899,l2129222,547775r-1186,l2127323,547332r-712,-222l2126137,546667r,-222l2125662,545559r475,-443l2145559,538265r-9521,841l2132409,539559r-19054,11804l2114263,555903r-4083,5221l2123336,550001r227,l2138080,553406r-5671,4086l2129007,559308r-3856,2270l2121294,563848r-4082,1816l2112902,567480r-4537,1362l2104055,570431r-4536,681l2094982,571793r-4083,l2086590,571339r-2042,-454l2082734,570431r-2042,-908l2079104,568615r-1814,-908l2076893,567310r624,-57l2082960,566572r5671,-1362l2095209,564075r7485,-1362l2075702,566118r1191,1192l2075021,567480r-2268,l2070485,567253r-2268,-681l2066175,565664r-2268,-1135l2061639,563167r-1815,-2043l2060731,570658r-3629,908l2051885,572928r-12476,4313l2028975,580646r-2722,681l2025800,581327r226,-454l2008787,584732r227,1362l2006066,589725r12929,-5674l2019222,583824r226,l2019675,583824r4083,-908l2041904,584959r-18438,6274l2022851,591315r-3176,908l2018833,592644r-2333,-194l2002436,592677r12249,1816l2014013,594973r-916,427l2009922,597898r4091,-2925l2016500,593811r2333,-1167l2019222,592677r4244,-1444l2026253,590860r3176,228l2032831,591542r3403,908l2035553,593811r-1588,1135l2030336,597443r-4310,2498l2021490,602210r-5654,2830l2016726,604254r-2041,1134l2015139,605388r697,-348l2012870,607658r3856,-1816l2020356,604707r3629,-908l2027161,603118r2948,-227l2032831,603118r2495,228l2037141,604480r1588,908l2039182,606069r454,681l2039863,607658r,908l2039863,610155r-681,2270l2037595,615149r-1815,2724l2032831,620824r8166,-2270l2038048,621732r14744,-5448l2049843,617873r-4082,1817l2041224,622186r-3856,2497l2034646,626272r-454,681l2033965,626953r,227l2034646,627180r1588,-454l2041904,624910r4083,2270l2042358,629450r-4990,2951l2030336,636033r2495,-227l2036914,635125r-16558,18841l2011283,651469r2722,-5675l2012870,648064r-1361,1589l2010148,651469r-1361,1362l2006973,653966r-1361,1135l2004024,655782r-1588,454l2000622,656463r-1588,-227l1997219,656009r-1588,-454l1993590,654874r-1588,-1135l1989961,652604r-1815,-1362l1996766,636033r-2722,-3178l1968639,628088r-7259,-11577l1959792,621051r4310,2270l1964102,627861r-4536,1816l1962741,630812r3403,454l1969546,631493r3403,227l1979300,632174r2949,227l1984970,633309r-2495,2270l1979980,637849r-2495,1589l1974536,641254r-2948,1135l1968412,643524r-3176,908l1962061,645113r-3176,454l1955710,645794r-2949,227l1949812,645794r-2495,-227l1944822,645340r-2042,-681l1940966,643751r-4764,4313l1931212,651923r-2293,1496l1927810,653512r-3176,681l1921232,655555r-4083,1588l1912839,659187r-4763,2497l1902859,664408r-5444,3177l1903766,665770r5671,-2271l1915107,661003r5671,-2497l1925995,655328r2924,-1909l1930532,653285r2268,l1933427,653424r4989,-2464l1941512,651384r-238,423l1934166,653589r675,150l1936202,654647r268,267l1938299,654135r6724,-3175l1958470,647785r10982,-4082l1970796,643476r2466,-453l1970348,645743r1121,3403l1967659,651414r,2721l1965418,655269r-13447,3855l1938697,661595r,769l1938244,665315r-34856,11366l1898776,677800r-1361,681l1897868,678481r5520,-1800l1906261,675984r24951,-5448l1954122,665770r3784,-659l2000622,666678r-22230,10214l1974536,675304r-2948,2269l1968185,680298r-1208,806l1972355,679535r907,132l1972808,679799r-5841,1311l1964783,682567r-3856,2497l1956844,687107r-4083,2043l1944368,693009r-8846,3632l1926902,700046r-8392,3178l1911024,706402r681,l1817344,737954r-3175,-2723l1806456,739543r-680,4086l1801466,744310r-2722,-2950l1796249,745218r-5897,1363l1787403,747261r-2495,227l1783774,747261r-681,l1782413,747034r-454,-453l1781732,745899r227,-908l1782413,743857r680,-1136l1779237,739998r3402,-8854l1774474,737727r-4537,4768l1764720,746807r-5671,4540l1752698,756341r-6351,4540l1739769,765421r-13383,8853l1713230,782219r-12022,6809l1690774,794704r-4537,2043l1682608,798109r-29941,19068l1648584,815814r,-4313l1620911,827391r-13610,6810l1613425,827391r-1588,681l1601403,834201r-2268,-3405l1618415,817857r-8846,-680l1609342,817177r227,2723l1594598,831704r-4309,-1816l1587340,832839r-227,4540l1572369,842827r-680,l1567833,846232r-4537,-2270l1555584,848956r1588,-4313l1556945,844643r-681,227l1544243,850318r,4767l1540160,857128r-3630,3178l1532674,863484r-8392,6128l1515889,875287r-8485,5226l1507067,881579r-2355,2630l1505998,881379r-16646,10252l1480504,896852r-8392,5675l1476421,902754r2722,3405l1466214,919325r-4083,l1461904,919325r-453,l1461224,919325r-2722,-227l1455327,916374r-3857,2270l1455553,918417r2041,4086l1445573,927270r-7939,11578l1434684,931356r-2721,8172l1420621,946564r-3628,-2723l1419260,947473r-907,681l1417445,949288r-2948,1363l1411321,952240r-3401,1135l1401795,954964r-2723,907l1398393,955871r-11796,5448l1388185,965178r1588,2497l1388185,971988r-7939,-2724l1382288,973350r-454,908l1380699,975620r-3855,4313l1366410,990375r-4991,4540l1358016,998547r-907,1135l1357024,999940r-13298,7460l1348036,1006719r-16784,8626l1333746,1019204r-8166,1135l1328983,1022835r-13610,1363l1324219,1027376r-12702,6583l1316280,1036001r-8619,908l1311063,1039406r-8166,3405l1311290,1041222r-17012,8425l1291783,1046469r-4537,1135l1311063,1017161r24498,-30191l1360059,957007r24951,-29510l1410641,898441r25632,-29055l1462358,841011r26539,-28375l1515662,784716r27220,-27467l1570555,730237r27900,-26786l1626808,676892r28581,-25650l1684649,625591r29488,-25196l1728654,588137r14064,-10896l1749522,572247r6578,-4767l1762678,563167r6578,-4313l1775608,554995r6351,-3632l1788310,547958r6124,-3405l1800559,541602r6351,-2951l1813261,536381r6351,-2723l1826190,531388r6352,-2044l1839347,527301r6578,-1815l1852729,523897r7032,-1589l1874278,519584r15424,-2497l1906034,514817r17466,-2043l1942100,510731r30622,-3178l2003570,504148r30622,-3405l2065041,497565r31075,-3178l2126738,492117r15198,-1362l2157587,490074r15198,-681l2187982,488485xm2205037,485863r-205,353l2198687,487451r6350,-1588xm2208609,485863r1191,397l2209403,486656r-5953,2382l2208609,485863xm4064156,485835r14132,4630l4077840,490465r-10992,3308l4057650,490244r6506,-4409xm1657130,485830r220,l1653622,489458r-3289,2495l1647921,493541r1096,l1644194,497169r-5921,2495l1617662,509643r10305,-7031l1627748,503292r5482,-4309l1639808,495128r5263,-2948l1645509,491953r7017,-4309l1657130,485830xm2206914,484275r1299,227l2203450,485863r3464,-1588xm3652899,484256r3114,794l3655830,485050r-4580,794l3652899,484256xm2199550,482810r-4083,454l2195241,483264r4309,-454xm2203450,482688r-3271,3176l2197100,485228r4618,-2222l2203450,482688xm3709988,481076r,122l3700463,482664r9525,-1588xm1707081,481069r1069,373l1706867,481815r-9830,2428l1707081,481069xm2236787,477925r-1134,2183l2220912,495387r907,-2668l2222726,490052r1134,-2668l2225674,485201r1588,-1698l2229303,482048r2494,-1455l2234065,479380r-1134,-485l2233158,478410r3629,-485xm1670050,473130r,676l1666210,476737r-4066,2704l1652882,484400r8810,-4057l1651527,486879r1807,-451l1646331,490711r-2936,2028l1633004,498374r226,l1612900,509643r,-451l1614707,508065r678,-451l1628260,499500r4292,-3831l1627357,497698r9364,-5680l1641814,489809r-226,-226l1648816,485752r-2259,1127l1649268,484850r6325,-3380l1648138,485076r3163,-1578l1657174,480117r-226,-225l1670050,473130xm1688499,473106r-290,181l1687595,473567r904,-461xm1664537,472022r-20216,12007l1641154,485929r3496,-1686l1642768,485235r-3020,1537l1612568,503073r-31072,19270l1564712,532998r-15268,9694l1563578,533452r31526,-19724l1610980,503980r15877,-9749l1637672,487828r-10896,5543l1626070,493570r1410,-793l1629363,491784r-3293,1389l1628189,492180r11489,-5540l1656341,476775r8196,-4753xm3727958,468004r850,160l3729038,468376r-1080,-372xm3713163,465201r4372,l3721446,466048r3911,1058l3727958,468004r-14795,-2803xm2234936,463062r-4991,681l2230626,463743r4310,-681xm1745116,460596r-681,452l1744662,461048r454,-452xm1708150,457257r-3992,3175l1693862,465195r5253,-3374l1698905,461821r-1051,199l1708150,457257xm2814411,455639r3402,264l2817813,456168r-7938,1059l2814411,455639xm2239491,450940r471,l2239727,451184r-6115,2931l2239491,450940xm2251834,449352r5591,3175l2254940,452039r-5177,l2247900,450085r3934,-733xm3870977,449326r2015,l3877470,449723r4030,596l3886201,450914r-671,l3868738,449525r2239,-199xm2281949,447765r876,l2282387,448470r-12262,5644l2281949,447765xm3556510,445677r3823,458l3559884,446135r-5398,688l3556510,445677xm2253816,444590r2021,318l2255259,445225r-5772,953l2253816,444590xm2272728,444590r381,l2268537,446178r4191,-1588xm3639080,441393r2470,l3639609,442981r-2646,-317l3639080,441393xm3541083,441312r403,78l3541260,441390r-177,-78xm2275482,439827r993,353l2276276,440180r-4564,2822l2275482,439827xm2274888,438240r-1271,1588l2273300,438467r1588,-227xm3681789,438213r40354,7194l3728645,447143r2018,744l3732008,448631r896,496l3733353,449623r448,993l3732904,451608r-1345,1240l3729542,453344r-2018,496l3725282,454088r-2690,l3716987,453840r-5605,-496l3706002,452600r-8520,-1736l3697482,451111r2915,1489l3697258,451608r-4035,-497l3688739,450368r-4036,-745l3681341,448631r-1346,-992l3679547,447143r-224,-744l3679771,445407r897,-992l3682686,443422r-7623,-1240l3681789,438213xm3526519,436804r7030,882l3528275,437173r-1756,-369xm3522663,436627r5612,546l3534910,438568r6173,2744l3539672,441037r-7257,-529l3519488,439979r3175,-3352xm2292960,431889r977,145l2287587,433478r5373,-1589xm1772108,431857r1130,461l1750641,447988r2260,-691l1751997,448679r,922l1740698,456515r7457,-3688l1752449,451445r2033,-922l1755160,450523r,230l1754030,451675r-5197,2535l1740924,458358r2034,-691l1733015,462967r5423,-1843l1719909,470111r9265,-3227l1729174,467576r-6779,4378l1728722,469189r-10847,7144l1699346,482785r-17400,7835l1684640,488358r14706,-7877l1694600,482554r-4519,2074l1685788,487394r-1148,964l1676975,492464r-4068,1613l1674489,492464r-16948,8757l1660160,498328r10714,-6556l1666806,493616r-3389,2304l1660253,498225r-93,103l1652796,502834r4745,-4609l1647825,503294r452,-2534l1648729,499838r452,-922l1650536,497764r1582,-1152l1654378,495920r2486,-1152l1659801,493846r3390,-1152l1662739,492694r452,-1383l1661383,491311r4519,-3456l1666128,488085r2486,-921l1686240,479328r10846,-2765l1689629,477715r-226,-691l1699798,473567r-4746,231l1699120,472415r-2260,230l1697990,471493r-6327,2996l1695278,472415r-9490,4148l1692115,473337r-8813,2996l1688209,473287r19046,-8707l1697990,467345r11976,-7604l1716519,456515r226,461l1715164,459510r,461l1719683,457436r4293,-1613l1718553,457667r4068,-2535l1721491,455362r-678,-461l1736750,447725r-25,7l1736789,447707r1424,-641l1738264,447145r2628,-1001l1741488,446408r-893,265l1738356,447285r760,1164l1745444,444762r,-922l1746121,442688r9491,-4378l1755160,439462r4294,-1844l1759680,438310r7005,-2996l1764651,435544r452,-461l1772108,431857xm2283245,430248r1061,55l2283036,430303r209,-55xm1799318,429662r-9072,903l1799544,429662r-226,xm2285576,428715r424,611l2285788,429570r-2543,678l2279650,430059r5926,-1344xm1947771,420387r-227,226l1941646,424699r-175,6l1947771,420387xm2296633,420159r-3231,578l2294365,420387r2268,-228xm2314348,419190r227,l2313441,421260r-227,208l2305050,423953r9298,-4763xm5046329,416226r29944,16316l5080658,435329r-9603,-5507l5046329,416226xm2781769,412550r-455,453l2768122,414364r13647,-1814xm1883682,405502r1134,226l1885723,405502r-2041,xm2319077,400140r1848,1337l2320463,401644r-9929,1504l2308917,403315r-692,-167l2319077,400140xm1949223,399857r-7711,2258l1949450,399857r-227,xm1983694,399631r681,226l1981880,402792r-7711,3162l1983694,399631xm2044582,396967r1411,706l2044582,399790r1882,705l2047875,400730r-706,1647l2046699,402612r-9172,705l2035175,402847r9407,-5880xm2050521,396967r529,454l2050697,397421r-2822,1134l2050521,396967xm2746969,396902r23427,1587l2755039,399048r-792,-105l2750836,398263r-3867,-1361xm1950810,395341r-1814,678l1965552,396244r-3629,1581l1972582,396019r1814,677l1975303,396696r5897,-226l1977571,397373r-7484,4968l1971221,402341r7484,-1807l1966685,408437r-25626,4065l1931987,414082r-6123,1581l1922235,416566r-680,452l1921555,417243r454,226l1923369,417695r4536,l1924277,418598r-3402,678l1919363,419577r-303,-301l1918607,418824r-680,-226l1917019,418373r-2267,l1912257,418824r-3175,903l1906492,420464r-358,-60l1905000,419727r-907,-677l1902634,421954r-635,257l1901598,422211r-227,l1900918,422211r-227,l1900486,422823r-1545,625l1890712,424695r-7710,1355l1877332,427179r-1814,451l1874157,428308r-454,451l1873477,428985r226,226l1874157,429436r1134,452l1879373,430340r-3855,1129l1879373,430565r3629,-1129l1890712,426727r7938,-3161l1898941,423448r2203,-334l1913844,421534r-13380,1354l1900486,422823r1513,-612l1902052,422211r226,l1902505,422211r129,-257l1905907,420630r585,-166l1907494,420630r1134,226l1911577,420856r2721,-226l1917473,419953r1890,-376l1919514,419727r454,903l1919968,421534r-454,1129l1919287,423792r-14481,4943l1905807,428558r3176,-227l1910344,428331r907,227l1912158,429012r681,454l1913519,430147r,1135l1913519,432417r-680,1362l1926902,425153r14569,-448l1931212,431736r-10268,6993l1918737,440135r-10208,6810l1898549,453755r-9754,7264l1887037,462369r-4820,3416l1850007,489167r-31982,23607l1821654,510050r2949,-2497l1826871,505283r1588,-1589l1829593,502332r454,-1135l1830047,500289r-227,-454l1829139,499608r-1134,-227l1826644,499608r-1588,227l1821427,500743r-4083,1589l1813488,504148r-3629,2043l1806910,508007r-907,1135l1805549,510050r-680,681l1805322,511412r681,681l1807137,512774r1814,227l1811220,513001r2949,l1818025,512774r-58068,4994l1730922,520038r-29034,2043l1711188,521400r9073,-908l1729561,519584r9300,-1589l1721849,520038r-227,-1362l1737727,514136r1361,2270l1741583,516406r,-454l1749481,510954r-56,-85l1749965,510648r7043,-4457l1739315,511866r-907,-908l1739542,508688r-13610,3405l1726159,511185r11568,-4313l1729108,509142r453,-1362l1739769,504148r-10661,2951l1728427,506191r3856,-2043l1729788,504602r-453,-1135l1731830,500970r2041,-2497l1736593,496430r2722,-2270l1742264,492344r3175,-1816l1748615,488939r3402,-1816l1758822,484172r7486,-2724l1773793,479405r7939,-2270l1789671,475547r7939,-1817l1813488,470780r14971,-3178l1835717,466239r6351,-1815l1850915,461019r8392,-3405l1867700,453982r7032,-3178l1877454,449442r1588,-908l1879495,447853r227,-227l1879495,447626r-907,-227l1876320,447853r-4310,908l1857266,448761r-227,l1864298,444902r9300,-4540l1883578,435822r4476,-1920l1883455,435307r-19503,5419l1848077,445243r907,-2033l1819955,453822r11793,-1806l1801132,461951r4309,-2484l1795916,460596r3402,452l1789112,466693r-453,l1765753,472112r-1134,-1581l1765753,468951r-907,451l1756909,471435r-227,2032l1754641,474144r14968,-226l1768021,474370r-9298,3839l1759403,476402r-907,-1806l1748518,475950r5442,l1755321,477305r-22905,6548l1752373,479563r-7030,2484l1751466,481144r680,1580l1748291,484305r-3629,1355l1738085,487918r-2948,1354l1732869,490401r-1587,1581l1730375,492660r-454,903l1728107,494692r-2495,1129l1720850,497401r-4990,1581l1712232,500111r3855,-226l1662339,520432r2041,-1129l1653041,521110r8391,-7903l1657123,515916r-4082,2258l1648732,520658r-3629,2484l1649185,522013r1815,1355l1647144,525174r-4535,1581l1638753,527884r-4082,1129l1630816,529238r-3629,-225l1623332,528335r-3402,-1129l1616302,525852r1814,225l1626053,520658r-2041,226l1630362,517046r6350,-3839l1639887,511400r3175,-1354l1646010,509368r1588,-451l1648959,508917r-14515,10161l1633991,520207r453,1580l1639660,519529r1134,1129l1675946,503498r-20637,7225l1647130,513556r-439,103l1654402,509820r-454,-452l1687739,492208r-26987,11515l1668190,500020r3447,-1264l1675719,496272r-7529,3748l1667328,500336r-4535,1130l1658257,502368r20411,-9935l1678894,492433r908,-1128l1705202,483853r-4083,7000l1707243,487466r-1134,-1581l1722210,480466r-13153,678l1714953,478660r227,1581l1734119,465112r338,l1734684,464661r-565,451l1733550,465112r3628,-2935l1741034,459919r3628,-2258l1748518,456080r4082,-1129l1756682,453822r4536,-451l1765527,453145r-15195,13548l1761444,464661r-7710,1354l1773010,451338r33565,-6095l1799544,445468r26081,-6774l1814059,440275r31523,-12193l1837826,430114r-182,l1837418,430114r-227,l1837191,430280r-227,60l1837191,430340r,-60l1837826,430114r45,l1838098,430114r227,l1824264,435307r-14287,5193l1802719,442759r-7257,2258l1788205,446371r-3855,678l1780494,447500r16556,-6774l1785484,444339r5669,-2258l1769609,447952r2268,-1581l1766660,447500r40595,-13322l1803853,435082r-4989,1580l1785257,441178r-7030,2258l1771877,445243r-2949,451l1766660,445920r-1814,l1763259,445694r9525,-4065l1782535,437791r9979,-2709l1802493,432597r-5443,678l1792514,433727r-3629,225l1785710,433952r-2494,-225l1781628,433501r-1360,-226l1779360,433049r-226,-452l1779134,432372r453,-452l1780041,431920r907,-226l1781855,431920r1134,226l1783188,432294r-1106,529l1783896,432823r-708,-529l1793875,427179r-4990,l1804307,422437r6350,-1807l1818594,419050r1134,-226l1821543,418598r-4536,3613l1824944,419727r-2721,2710l1830614,417695r-3855,-226l1841273,412050r,226l1842407,411825r5670,-452l1846716,412502r1587,677l1844448,415889r-3629,1806l1851252,414082r-1134,7452l1853973,416566r-907,-1806l1853519,412727r16556,-6548l1870982,408211r7937,-3612l1878012,406405r13154,-5871l1892527,401889r5442,-1355l1894794,402567r3629,-452l1890939,408211r10432,-7902l1919287,398277r-2041,3161l1918380,403018r2722,-3612l1935162,395567r3856,l1935616,398728r15194,-3387xm2088923,389029r1815,635l2090057,389982r-3402,2222l2085975,390299r2948,-1270xm2101517,385854r3101,l2107941,386283r2879,429l2113479,387785r1550,643l2116137,388857r,215l2115472,389072r-664,214l2105726,393792r-2658,l2102403,393148r-1108,-643l2098637,391861r-1550,-2360l2098416,386498r1550,-429l2101517,385854xm2103293,382679r1732,866l2104447,383545r-5772,2309l2103293,382679xm2111375,381092r501,l2116138,382045r-251,l2115636,382362r-250,l2115135,382362r-251,l2114634,382362r-251,l2114132,382680r-250,l2113631,382680r-752,l2112628,382680r-1253,-1588xm2694781,379440r7144,5471l2708852,386533r433,405l2711450,388964r-217,l2706687,388762r-10607,-3445l2692400,380250r2381,-810xm2291870,376122r-5626,897l2287106,376803r4764,-681xm2337186,374741r2789,177l2339760,374918r-7723,1411l2337186,374741xm2180140,371567r4260,476l2183625,372202r-3485,953l2179947,373155r-3485,-794l2180140,371567xm2358760,369978r3440,1588l2359025,373153r-4763,-1270l2358760,369978xm2185449,368392r6888,1588l2191906,369980r-12269,-318l2185449,368392xm2876995,368325r7879,444l2880146,372313r13959,664l2906713,374085r-2026,443l2897707,376521r-10806,5981l2878345,385603r-9005,443l2874743,381616r-29943,5759l2848627,384053r6304,-7753l2845700,374085r18687,-3544l2864612,370541r225,l2865062,370541r450,l2865738,370541r225,-443l2866413,370098r10582,-1773xm2347912,366804r3175,1465l2350633,368392r-5896,l2347912,366804xm2362200,365216r577,l2363788,366209r-1300,596l2362200,365216xm1864233,363612r-27583,14092l1806258,393347r-30391,16096l1745929,425766r-30165,16776l1686052,459545r-21515,12477l1675619,465439r31753,-18363l1739351,429166r32206,-17456l1803990,394480r32433,-16776l1864233,363612xm1868455,361472r-4222,2140l1867268,362061r1187,-589xm2838102,355626r5111,317l2842516,355943r-8828,2858l2838102,355626xm2829454,352451r4234,227l2830777,352905r-5027,1134l2829454,352451xm2300262,350925r4310,l2308882,351152r3856,682l2316140,352514r2949,1362l2310696,355692r-10207,1816l2278260,360686r-20188,2497l2250360,364545r-4537,908l2241514,365680r-4537,454l2232667,366588r-4309,1135l2223821,368631r-4083,1135l2215655,371355r-4083,1362l2322265,357281r-15652,4994l2311604,360913r7485,-1816l2322265,358416r1134,l2324306,358416r681,227l2325213,358870r-226,681l2324533,360686r6578,-1816l2334060,358189r2722,-454l2339504,357735r2268,454l2343133,358416r1361,681l2345855,359778r1134,908l2342679,362048r-4536,1135l2333833,364545r-4537,908l2320223,367042r-9073,1135l2302077,368858r-9073,681l2274404,370901r-8847,681l2256484,372490r-9073,1362l2238792,375668r-4310,1135l2229945,378165r-4309,1362l2221553,381343r-4537,1589l2212933,385202r-4083,2270l2204994,389969r81250,-12950l2282570,377938r-4764,908l2273496,380208r-4083,1816l2265104,384067r-4310,2043l2256938,388607r6805,-1816l2272135,384975r18147,-5448l2308882,374306r14744,-4313l2327255,371809r-2722,2270l2321584,376122r-3176,2270l2315006,380208r-3402,2270l2307974,384294r-7712,3405l2292777,390877r-7485,2497l2277806,395871r-6124,2043l2272816,398141r-6124,2724l2284384,394282r17920,-6356l2319996,381570r8620,-2951l2337689,375895r4990,-1362l2344494,374306r-227,227l2342679,375214r-5217,2270l2335421,378392r-454,227l2334967,378846r13156,-3632l2348350,375214r3402,227l2355382,375214r3629,-454l2362867,373852r3402,-1362l2369218,371355r2949,-1816l2374662,368177r3176,-681l2381467,367042r7939,-908l2398252,365680r8846,-227l2415264,365453r7259,l2427740,365680r2722,227l2427286,366134r-3175,227l2420935,367042r-3176,681l2411181,369539r-6578,2270l2398025,374533r-6578,2724l2379199,382705r-227,-227l2378972,382705r-18147,2497l2342906,388153r-18373,3632l2315913,393600r-9073,2271l2313872,394509r7032,-1589l2327935,392012r7032,-908l2341999,390649r7485,-680l2356516,389742r7258,227l2359691,391785r-4309,1362l2351525,394736r-4082,1135l2343133,396779r-4083,1135l2334740,398368r-4310,454l2325667,398594r-4990,228l2316140,399503r-4763,908l2306840,402000r-4310,1815l2298221,406313r-4083,2723l2319089,402454r1361,-227l2322718,401092r1815,-908l2326801,399730r2268,-227l2330884,399275r2268,228l2334967,399957r2268,908l2327482,405177r-2495,682l2323399,406313r-3630,226l2316367,407221r-5444,1362l2309335,408810r-19053,12484l2293402,420737r-1532,557l2285972,422883r-6578,2497l2272589,428331r-12249,5221l2252855,437184r2041,1135l2235389,448988r3176,l2232214,451939r-2722,1135l2226770,454436r-1815,1589l2223367,457387r-453,1135l2222460,459202r,908l2222460,461019r4537,-2497l2231760,456252r4083,-2270l2238111,453301r1815,-454l2242194,452393r1815,-227l2246277,451939r2041,227l2250360,452620r2268,454l2255123,453982r2042,1362l2234028,458295r2495,1588l2231079,461700r7032,908l2239018,462608r3630,454l2243555,466012r12249,-2950l2256484,466239r-108197,12485l2094302,484626r-54212,6129l1986105,496430r-54212,5448l1877907,507326r-54212,4767l1841388,498246r18600,-14755l1879042,468510r7995,-6141l1898549,454209r16331,-11350l1920944,438729r7773,-4950l1938924,428104r10434,-5221l1954575,420387r4991,-2044l1964783,416073r4990,-1588l1974990,412668r5217,-1362l1977712,413576r5217,3406l1983156,416982r-454,-9761l2033965,399275r-22229,12485l2016953,409944r5217,-1588l2026480,406766r4310,-1362l2034646,404724r2041,-227l2038729,404497r1814,227l2042358,405177r1815,682l2045987,406766r2949,-907l2047575,402680r13156,-1815l2058009,399049r1588,-1589l2061185,395871r2041,-1135l2065495,394055r2268,-908l2070485,392693r2949,-227l2076382,392466r6352,454l2089538,393600r12703,2044l2108365,396552r5444,454l2116304,397006r1815,l2120160,396779r1361,-454l2122882,395871r681,-908l2124016,393600r,-1361l2123563,390649r-1134,-2269l2121068,385883r-2042,-2951l2128780,381570r453,l2129409,381550r278,20l2135585,381797r5897,l2147607,381343r55,-5l2147833,382024r,1135l2150555,381343r39,-230l2153504,380889r7485,2497l2165299,378619r-5897,1135l2153504,380889r-2722,-908l2150594,381113r-2932,225l2147607,381116r-454,-908l2146472,379754r-907,-454l2144658,379300r-2269,l2139441,379527r-2949,681l2133090,381116r-3681,434l2123563,381116r-6125,-1135l2135811,378165r-2495,-2043l2152824,374306r-2949,-1135l2156226,372717r-2949,l2162124,370901r2268,2043l2172064,373396r-3539,-1194l2171985,371567r3664,l2175445,371885r1018,1269l2176463,373655r3353,197l2181631,376122r14290,-5675l2196148,370447r,-454l2196375,369993r227,l2196828,369993r1361,l2205675,368404r-6352,454l2196602,366134r2721,-908l2202045,364545r5898,-1589l2214294,362275r6125,-681l2233121,360686r6124,-454l2245143,359551r9527,-3178l2260114,355465r7485,-1135l2276445,352968r9527,-1134l2295726,351152r4536,-227xm2931498,350863r5378,433l2934572,352451r-5634,-721l2931498,350863xm2793596,347689r8643,2042l2797690,354720r682,1134l2802239,354493r11827,1361l2811337,357668r12737,453l2831352,359936r22973,l2853870,361523r-8146,2708l2850004,363790r3968,-226l2857941,364017r3748,907l2865438,366512r-17860,4989l2842507,370141r-8819,-1588l2837522,366800r-21181,6063l2814521,378079r2502,907l2805196,384202r-4094,8845l2788592,402118r-3184,1587l2781996,405066r-3412,1361l2775627,407334r-3411,1134l2769031,408921r-3411,681l2762435,409828r-3184,227l2756067,410055r-3184,-227l2749698,409375r-3184,-454l2743330,408014r-3185,-907l2736961,405973r2047,-6350l2739236,399623r15803,-575l2757659,399396r3184,454l2763800,399850r2730,l2769259,399623r2047,-453l2773580,398489r2047,-1134l2777220,396221r1819,-1361l2780176,393047r1138,-1588l2782451,389191r682,-2268l2748561,394407r-19333,-227l2741738,391686r-1593,-2268l2751973,385789r11600,-3628l2769486,380573r6141,-1360l2781314,378079r6141,-1134l2774945,378079r7733,-5216l2771761,376264r-13647,1134l2759479,377171r682,-4762l2759706,373316r-682,454l2757204,375130r-2274,681l2753110,376491r-2274,454l2748788,378079r-2047,907l2745832,379666r-1138,907l2749471,381934r-6141,2268l2738326,386243r-5231,1360l2727181,388737r-13647,-2948l2723769,383295r-14329,l2702616,377398r12510,-1814l2709895,374223r6141,-2948l2709895,369914r1364,2268l2703526,373996r-4094,-4082l2700342,368100r-455,-907l2698750,367420r4549,-1361l2702616,365606r6596,-1588l2707848,363111r9098,-2948l2720812,361523r228,-2268l2731047,358348r11145,-2948l2743102,355173r3412,1814l2725361,362884r228,l2737189,361070r-1820,2494l2745832,365832r8415,-9298l2770396,365152r10008,3175l2773808,351771r3184,-680l2779267,348143r14329,-454xm3798889,344552r2609,802l3802380,344552r1906,1443l3804428,346254r4893,1504l3816351,348185r-1134,427l3793672,353955r-1360,1710l3792085,355665r-5443,-4061l3779838,348185r7711,-2992l3798889,344552xm3939223,344551r15002,627l3954225,346013r238,627l3954410,346826r-185,650l3953987,348103r-476,626l3952320,350400r-952,418l3950177,351445r-1191,417l3947319,352280r-1428,209l3943986,352489r-1905,l3939938,352280r-2144,-209l3935413,351445r476,-5432l3939223,344551xm2974976,342925r-882,454l2969684,344967r-18521,2721l2959321,343832r15655,-907xm3864814,341377r7276,l3870987,342820r7276,4907l3877822,347727r-15434,-2598l3864814,341377xm2808178,338164r3285,159l2809492,339752r-4379,-476l2808178,338164xm3897313,336613r,454l3890963,338201r2268,-680l3897313,336613xm3943314,331851r17499,5409l3959484,337731r-1993,235l3955275,338201r-2879,l3949516,337966r-2879,-235l3943978,337025r-2215,-1176l3943314,331851xm3875995,330264r11793,1587l3887561,331851r-14061,l3875995,330264xm3870936,330264r977,501l3870204,333773r-4641,1254l3870936,330264xm3511551,327095r-227,397l3506788,330270r4763,-3175xm2838450,327051r6350,l2842829,328639r-4379,-1588xm2925502,325464r2507,l2929833,326151r684,458l2931429,327066r456,458l2932113,328211r,915l2932113,330499r-16414,6178l2917979,338508r-6383,3661l2900654,344000r-11854,4576l2886292,349263r-16869,-1145l2872158,346059r-41154,2045l2833906,347426r11581,-1367l2840810,345590r6272,-1819l2849160,343262r14564,-2924l2860304,340796r-3875,686l2849160,343262r-10512,2110l2840810,345590r-3986,1155l2833906,347426r-7796,921l2831004,348104r-3982,930l2822462,349949r-4103,687l2815167,350864r-1367,-228l2812888,350407r-1140,-229l2811292,349491r-456,-686l2810836,347889r228,-915l2811748,345601r1140,-1373l2814028,342398r-8663,228l2806733,342398r-6383,-687l2806277,340796r5471,-916l2817447,339194r5927,-458l2817903,336677r11626,-2059l2824970,333702r7523,-1373l2846170,335304r9119,-1373l2855745,334618r-1596,686l2864408,336677r2279,-6865l2870791,327524r,-458l2877174,327981r-1824,1145l2873754,332558r5927,-1144l2885152,330499r2052,-687l2888572,328897r456,-458l2889484,327981r,-457l2889256,327066r19376,l2915471,327066r456,-229l2922538,325693r2964,-229xm2942545,323876r2041,l2940050,325463r2495,-1587xm3527425,320745r-219,198l3521075,322333r6350,-1588xm3934920,320738r6843,1588l3941216,322326r-7391,-794l3934920,320738xm3024188,311175r-658,227l2997200,317525r16456,-5443l3024188,311175xm3878134,305226r8067,961l3885707,306451r-9384,-793l3878134,305226xm3875088,304863r3458,265l3878134,305226r-3046,-363xm3945275,304863r6013,1588l3950807,306451r-7457,-1134l3945275,304863xm3975268,303276r4595,1587l3971925,304334r3343,-1058xm3955422,303276r8566,397l3963757,304070r-5788,794l3952875,304864r2547,-1588xm3641732,293754r4756,1370l3643770,299692r-15174,9821l3622708,312025r-38955,15074l3573335,332808r-5662,1371l3566994,340802r-453,l3560199,340116r453,1371l3555217,342857r13135,1599l3567900,344456r-680,l3566767,344685r-679,228l3565635,344913r-906,l3564049,344913r-679,228l3566994,345598r226,914l3554764,348110r4982,1142l3562011,350394r227,229l3562011,350851r-1585,l3557708,351080r-3171,-229l3549102,350394r3850,914l3550234,351765r2944,456l3552046,352450r-1133,228l3550461,353135r-453,457l3549555,354505r-453,686l3548649,355419r-906,228l3545931,356104r-3397,-229l3536872,355419r5209,685l3546837,357474r4529,1599l3555896,361585r-4756,1142l3553858,362956r226,457l3550234,364326r2944,1599l3535513,365011r3397,1370l3536645,367523r-453,457l3535739,368437r,229l3535966,369122r453,457l3537098,369808r2718,456l3543440,370949r4529,457l3554084,371634r-2944,1143l3548196,373690r-283,72l3547743,373690r-2944,-685l3542081,372777r-2945,-458l3535966,372319r-2944,229l3529851,373005r3171,685l3536419,374604r2944,228l3542534,374832r2944,-457l3547913,373762r2548,1070l3553405,375746r-8606,228l3542081,376430r-1812,229l3540042,376888r227,228l3542081,377801r3850,685l3552499,379172r-5436,4110l3549102,385338r-17213,-457l3532342,385566r,612l3538520,385828r3598,l3545042,385828r1349,230l3546841,386516r224,229l3546841,387433r-675,688l3544592,389039r-4498,2293l3540994,391102r899,l3543018,390873r1124,l3545266,390644r1125,-459l3547290,390185r1125,-229l3539869,393625r12594,1375l3541219,397752r9669,1376l3545266,399586r4948,3211l3543018,402568r6971,2293l3545266,405549r3149,458l3558534,411510r1350,1606l3561458,414950r1799,1376l3565056,417702r4722,2751l3574725,422976r5398,2293l3586194,427332r5847,1835l3598338,430772r6521,1376l3610931,433294r11469,2064l3632294,436505r6971,459l3643313,437880r-674,918l3638366,440403r-9445,-459l3642414,441091r-25411,-230l3628022,443154r-675,459l3626223,443842r-2699,l3620601,444072r-3149,-230l3612505,443613r-675,l3612505,444072r-8096,-688l3598563,444072r-900,688l3596539,445447r-1575,688l3593390,446594r-3598,688l3586194,447511r-2698,229l3581922,447511r-225,l3582371,447282r3149,-459l3560333,446135r-8770,-4127l3559434,440173r-4273,-917l3561683,438798r-16866,-1605l3546841,432836r-12818,-1605l3532448,432377r225,2064l3528401,432836r674,2752l3509736,434441r2923,1605l3510410,436505r-3598,l3502315,436276r-5172,-918l3494669,434670r-2249,-688l3490171,433065r-1799,-917l3486798,430543r-1124,-1376l3484549,427332r,-917l3484325,425498r3598,-1835l3491521,422517r4047,-688l3499391,421371r-2248,-3211l3501190,415179r-6521,-2751l3498042,410364r,-1147l3497817,409217r-4048,1376l3500516,407154r-17541,1146l3496693,402338r-9445,-6650l3511310,387204r15559,-784l3514450,386252r-17665,4339l3496785,388535r226,-1827l3497917,385338r1132,-1142l3500408,382825r2265,-913l3505391,381227r3397,-1142l3498823,381455r-7247,3883l3478213,383739r14948,-7537l3490217,375746r4982,-4797l3495426,370949r12909,l3490217,369579r11324,-1599l3500182,367523r-1133,-685l3496332,366153r-2718,l3492255,365925r-453,l3491802,365696r1585,-457l3505391,362499r-2265,457l3500861,363184r-1812,229l3497011,363184r-2038,-228l3493161,362499r-1812,-685l3489311,360900r13815,-3426l3510373,356561r-20609,685l3497917,352907r-5435,l3493161,352450r-13589,-3426l3494746,347654r-3623,-2056l3494520,343086r11097,-229l3498596,340574r6115,-3426l3504938,336234r453,-685l3506976,333722r2718,-2055l3512865,330068r3850,-2056l3520792,326642r4529,-1370l3529851,324586r-5662,l3533248,321389r-1132,1827l3538910,321617r226,l3543213,320475r15401,-4339l3567673,313167r8833,-2969l3583980,307457r4982,-2055l3603004,301976r-3624,-685l3596663,300605r-2039,-685l3593492,299235r-227,-456l3593265,298322r,-229l3593718,297865r1133,-457l3596889,296723r2944,-457l3603457,295809r9512,-913l3625652,294211r16080,-457xm3960284,293751r2963,353l3963035,294104r-1058,1410l3965575,296926r-6350,-1764l3960284,293751xm3967210,292162r6070,318l3973513,293750r2899,l3970338,295338r1933,-1588l3973513,293750r-7938,-1429l3967210,292162xm3975100,290575r622,l3979863,291528r,2222l3975100,290575xm3956731,287401r7257,992l3954463,288989r2268,-1588xm3881783,284226r1243,1243l3889859,286504r-1242,1036l3892551,288989r-7040,-1449l3882819,287954r-621,l3878263,285676r4970,828l3879506,284434r2277,-208xm3222168,283834r463,882l3211513,284937r3243,-883l3222168,283834xm3258107,282645r2619,529l3260488,283174r-4525,1059l3258107,282645xm3970545,281050r4348,1954l3971994,283736r3106,489l3965575,284225r414,-1710l3970545,281050xm3220547,280968r463,441l3220547,281409r-1158,220l3220547,281188r,-220xm3262923,279468r4152,l3266831,279627r-9281,1430l3262923,279468xm3278419,279468r10881,454l3288374,280375r-2083,681l3283281,281963r-5788,227l3267075,282643r926,-453l3271937,281509r6482,-2041xm3217106,275572r1139,1299l3205491,282500r-2733,649l3191599,283582r-5922,650l3184766,284232r-3416,-650l3202758,279469r13665,-3463l3217106,275572xm3226671,274707r4555,l3229859,276006r5466,216l3235098,276438r-7061,433l3226671,274707xm3868123,274701r10140,454l3878033,275155r-3687,680l3869967,275609r-4148,680l3865358,276289r-1383,l3868123,274701xm3301237,271531r1123,l3316288,271718r-674,187l3314491,272465r-1348,747l3310897,273772r-2472,374l3305505,274519r-3819,187l3297418,274706r-4943,-373l3293149,274146r4269,-747l3300787,271718r450,-187xm3254596,269944r-4169,1102l3263398,270164r-6717,1985l3264556,270826r12045,l3274053,271487r-13666,3307l3254133,277220r-4169,882l3240699,281409r7412,1323l3241625,283834r-7875,1984l3230507,280527r1853,-221l3230275,280306r-926,-2204l3239540,277220r6486,-3528l3238382,273692r10655,-3307l3254596,269944xm3323852,266770r1961,l3325813,266997r-4763,1361l3323852,266770xm3336044,266768r882,l3336926,267120r-4763,2822l3336044,266768xm3314188,266768r3687,198l3311525,268356r2663,-1588xm3255074,265182r2477,635l3252788,268356r2286,-3174xm3325178,265181r3387,l3322638,266768r2540,-1587xm3352442,265180r14646,2598l3366866,267778r-18862,2165l3349557,268644r-3107,-1299l3352442,265180xm3398094,262004r10269,866l3407917,263158r-1340,1155l3405907,264601r-1116,289l3400996,265178r-6921,l3398094,262004xm3390900,258830r-680,238l3386138,259782r-227,l3385684,259782r-227,l3385231,260021r-227,l3377973,261926r2268,1429l3365047,263593r-9072,-1667l3368448,259306r22452,-476xm3365501,258830r,198l3357563,260418r4387,-1191l3365501,258830xm3338740,257243r6123,l3357563,257430r-227,373l3348265,259858r-4763,-187l3342996,259671r-14008,2334l3333975,260899r-15596,2507l3318147,263406r-233,l3317682,263406r-232,l3317218,263406r-233,l3316753,263593r-465,l3306763,263406r8828,-1868l3335338,260418r-567,304l3339508,259671r-1222,l3327854,260044r-19504,374l3314474,259297r5896,-934l3326493,257803r5897,-373l3338740,257243xm4006851,255661r,529l4005263,257249r1588,-1588xm3362326,254067r-699,318l3352068,257242r-23080,-635l3362326,254067xm3368488,254066r6538,l3360738,255655r7750,-1589xm3391756,251433r-188,99l3389952,251897r1804,-464xm3367088,250895r-479,1190l3354388,254070r3595,-2778l3367088,250895xm3349626,250893r-699,396l3327245,255656r-10957,-397l3331675,253671r233,l3332841,253473r-6295,-794l3334006,251289r15620,-396xm4429549,249311r4868,289l4435475,250899r-6350,-1443l4429549,249311xm4322903,248311r7940,2266l4328754,250670r-5851,-2359xm4020966,248085r23819,12690l4068377,273691r23820,13370l4115562,300657r23593,13823l4162520,328530r23366,14503l4209024,357762r23139,15182l4255075,388354r22912,15635l4300672,419852r22912,16315l4346269,452936r22231,16769l4390958,486927r22232,17449l4435421,522051r21778,18129l4479430,558308r21551,18808l4522985,595698r21551,19261l4566087,634448r21324,19488l4608508,674104r21097,20168l4650702,714666r20870,20848l4692215,756815r20644,21074l4733275,799417r-10208,-10424l4713313,779249r-9755,-8838l4694030,761800r-9074,-7478l4675882,747297r-8620,-6571l4658415,735061r-8394,-5212l4642082,725090r-7713,-3852l4626883,717612r-7486,-2946l4612364,712400r-6805,-2266l4599207,708774r-6125,-1359l4587184,706735r-5671,-227l4576522,706735r-5218,453l4566767,707868r-4537,1360l4558374,710587r-3630,1813l4551341,714213r-2949,2266l4545897,718972r-2268,2492l4541587,724410r-1361,3173l4539092,730755r-908,3399l4537730,737553r,3626l4538184,744805r908,3625l4540226,752056r1361,3626l4543855,759761r2496,3625l4549300,767012r3176,3626l4556332,774263r4083,3399l4564952,781061r5445,3173l4576068,787406r5898,2720l4588318,792845r7032,2493l4603063,797604r7940,1813l4619397,801229r9074,1360l4637998,803949r10209,680l4658642,805082r11115,l4681327,804855r12023,-680l4706280,803042r13158,-1586l4733275,799417r-106392,16995l4520490,832954r-106393,16316l4307251,865359r-106620,15862l4094238,896631r-106846,15635l3880999,927222r-138379,19715l3604242,966198r-10662,1587l3583825,969824r-16560,3626l3560233,975036r-6352,1133l3550932,976622r-2722,227l3545714,976849r-2722,-227l3540497,976396r-2269,-680l3536187,974583r-2269,-907l3532103,972317r-2268,-1813l3527793,968465r-1815,-2267l3523937,963253r-1588,-3173l3520307,956681r-1815,-3852l3516451,948523r-1815,-4985l3510552,932434r-14745,-43508l3480608,845418r-21551,-60051l3437280,725317r-22458,-59598l3392137,606122r4083,-3399l3400757,599550r4310,-2266l3409604,595245r4764,-1587l3418905,592526r4991,-454l3428433,591846r4764,l3438187,592299r4764,906l3447715,594338r4764,1360l3457016,597511r4537,1813l3465863,601363r-9755,-13143l3459738,580062r-4764,-3399l3450437,573264r-8393,-6798l3425937,553096r-7939,-6118l3413914,543805r-4537,-2946l3405067,537914r-4764,-2720l3395086,532475r-5218,-2266l3400530,530209r12023,-227l3425257,529756r6578,l3438187,529982r6579,227l3451118,530662r6351,907l3463368,532475r5898,1813l3474937,536101r2268,1133l3479928,538367r2495,1586l3484692,541313r-14973,3625l3469493,544938r-227,l3469039,544938r-227,227l3468585,545165r-227,l3468131,545165r-14064,3399l3455428,552190r-3176,6345l3462233,561934r4764,1586l3471988,564880r4764,1133l3481742,566919r4537,680l3491270,568052r4764,227l3500571,568279r4991,-227l3510326,567372r4990,-906l3520307,565333r4991,-1587l3530288,561707r-12023,-18128l3525298,541539r7032,-1359l3539589,539047r7033,-454l3530969,533381r2042,-226l3535506,532248r5218,-2266l3547075,526810r6352,-3399l3564770,516613r5898,-3626l3571121,512987r454,l3572029,512987r454,-453l3572936,512534r454,l3576339,512080r3403,-1586l3582691,509588r2268,-1133l3587228,508002r3629,-680l3593353,507322r2041,l3597663,507095r1134,-226l3600385,506415r1361,-1133l3603788,504376r-7486,-1133l3596226,503243r1664,-2493l3599931,498484r2042,-2039l3604242,494632r2268,-1586l3608552,491459r2268,-906l3613089,489646r2041,-906l3616945,488287r1588,-227l3620121,488060r1134,227l3622163,488513r907,454l3623297,489873r-227,l3622616,489873r-226,l3622163,489873r-454,227l3614904,491459r8166,l3631237,504376r-5445,4759l3631690,508908r5672,-453l3642806,507775r2722,-453l3648024,506642r2495,-907l3652788,504829r2268,-1133l3657325,502336r1814,-1586l3661181,498937r1588,-2039l3664584,494632r6352,-2719l3678195,489873r7259,-2039l3693167,486021r15426,-3173l3721977,480356r907,-6345l3726287,474011r2949,453l3732185,474917r2722,453l3739898,477410r4537,1813l3749199,481035r2495,680l3753963,482168r2495,454l3759180,482622r2723,-454l3764398,481489r-7032,-2266l3772111,470838r-35389,-17902l3738991,447271r15879,-1133l3770296,445458r15880,-453l3801601,445458r15653,454l3832907,446818r15199,1360l3863305,450217r11115,2266l3885309,454523r11116,1812l3907767,457695r11343,1133l3930225,459734r11343,680l3952910,460868r-15879,-16543l3929999,445685r-3176,l3921605,444325r-5444,-906l3906179,442059r-9754,-1586l3887578,438887r-4311,-1360l3878730,436394r-158,-58l3875088,436626r765,-1291l3874420,434808r-4083,-1586l3866481,430956r-4311,-2266l3858314,425744r-3857,-3626l3842434,418492r-6125,-2266l3830184,413734r-5898,-2493l3818388,408522r-5444,-3173l3807726,401950r7260,-12916l3807953,381782r-6805,-7251l3794342,366826r-6352,-7478l3794342,359575r7032,453l3817708,361841r18828,2492l3857180,367733r10888,1812l3879184,371811r11570,2267l3902096,376570r9795,2446l3912531,380423r1588,2266l3915934,385181r2268,2040l3920698,389487r2495,2039l3926142,393339r3403,2039l3933175,396965r3629,1813l3941114,400364r4084,1586l3954498,404896r9982,2493l3974915,409881r10889,2266l3997373,413960r12023,2040l4016034,416875r4478,2524l4028905,424611r3857,2719l4036618,430049r3403,2946l4043424,435714r3176,2946l4049549,441606r2722,2946l4054539,447724r2269,3173l4058623,454069r1815,3173l4061799,460641r1361,3399l4064067,467439r454,3626l4064748,474464r3629,7704l4062479,484435r-6125,2039l4050229,488287r-6125,1813l4037979,491459r-5898,1587l4027733,493821r10640,1037l4044497,493992r6803,2814l4045107,498437r1266,47l4052725,498711r12476,l4077678,498258r11343,-680l4094238,497125r4310,-680l4102405,495538r3176,-680l4101044,488740r8166,-11783l4096960,465173r,-2266l4096507,460414r-681,-2039l4095146,456562r-681,-1813l4093331,453390r-1134,-1587l4090835,450670r-1134,-906l4087886,448857r-3176,-1812l4081081,445912r-3630,-1360l4069738,442739r-3856,-1360l4062025,440246r-3402,-1586l4057035,437527r-1361,-1133l4054313,435261r-1362,-1586l4051817,432089r-1134,-1813l4054766,428690r4310,-1587l4063160,426423r3856,-453l4071099,425744r3857,l4078812,426197r4084,680l4086752,427557r3630,1359l4094238,430049r3857,1133l4105581,434355r7713,3399l4120780,440926r7486,3173l4135752,446818r3856,1133l4143692,449084r3856,453l4151404,449990r3857,227l4159117,449990r4084,-453l4167284,448857r4083,-1359l4175451,445912r-1815,-1587l4171821,443192r-2269,-1586l4167284,440473r-2949,-1133l4161159,438207r-7032,-2040l4145960,434128r-8620,-1586l4127585,430729r-10435,-1586l4094919,426423r-24046,-2945l4046373,420532r-24954,-2946l4016034,416875r-4369,-2462l4002137,409655r-9981,-4532l3981720,400817r-10888,-4079l3959716,392886r-11116,-3626l3937031,385634r-11569,-3172l3913892,379516r-2001,-500l3911397,377930r-681,-2719l3910036,372491r,-2946l3910489,366600r681,-3173l3912304,360255r-24500,-14050l3891661,347111r3856,1133l3904138,350964r8847,3172l3922513,357988r19736,7932l3952230,369999r9981,3852l3971739,377250r9528,2946l3985577,381556r4083,679l3993970,382915r3857,453l4001683,383595r3630,-227l4008716,382915r2949,-680l4014387,380876r2495,-1360l4019378,377477r1814,-2266l4014387,372944r-4310,-1133l4005540,370678r-4764,-453l3996239,370225r-4537,l3986711,370225r-9301,453l3972873,370678r-4310,-226l3963799,369999r-4310,-680l3955179,367959r-2269,-906l3951096,366146r-2269,-1133l3946786,363654r-2042,-1587l3942702,360255r3403,-907l3949508,358442r6805,-1360l3963119,355949r6352,-1360l3954498,352550r2723,-3172l3959943,346658r2949,-2266l3965841,342579r2949,-1586l3971739,339860r2949,-906l3977410,338500r3121,-222l3982855,338727r7032,906l3996919,340313r1022,97l4002364,341673r12703,4079l4021419,347791r6352,1587l4031174,349831r3176,453l4037526,350737r3176,227l4044104,350737r3176,-680l4050456,349378r3403,-907l4050456,347565r-3630,-1133l4040021,344845r-7032,-1359l4025729,342579r-7032,-453l4011211,341673r-13270,-1263l3996012,339860r-6125,-1133l3986711,338500r-3176,-226l3980586,338274r-55,4l3975822,337367r-6578,-2039l3965841,334195r-3403,-1360l3959262,331476r-3176,-1813l3952910,327850r-2949,-2040l3946786,323318r-2950,-2266l3946105,319466r2268,-1134l3952910,315840r5218,-1813l3963572,311987r5672,-1359l3974915,309042r11342,-2493l3996693,304510r4537,-907l4005540,302470r3402,-1133l4011892,300431r907,-907l4013706,298844r454,-679l4014614,297485r-2496,-1133l4005767,296125r-4991,-226l3996466,295445r-3630,-679l3991702,294539r-681,-453l3991021,293632r,-226l3992156,292499r1588,-679l3996466,291140r-11570,-680l3978998,290007r-4310,-680l3972873,289100r-907,-453l3971512,288421r454,-454l3973100,287514r2269,-227l3983082,286154r-4311,-5438l3964707,278903r13838,-1813l3978998,275504r681,-1133l3980586,273238r1361,-1586l3984896,269386r3403,-2266l3992156,265080r3629,-1813l4003044,259868r3176,-1586l4008716,257149r1588,-906l4010757,255563r227,-454l4010757,254656r-453,-226l4009623,253976r-1134,-226l4005086,253297r-5218,-227l4020512,248311r454,-226xm4624388,247724r1588,1589l4624706,248677r-318,-953xm3354388,247717r-471,227l3352974,248624r-472,227l3351323,249304r-3772,227l3340242,249985r-9667,907l3339770,248171r14618,-454xm3378200,247716r-747,265l3365500,249304r6226,-1323l3378200,247716xm3408438,247716r11498,465l3420838,250039r,697l3420612,251433r-451,464l3419485,252595r-1353,929l3415878,254221r-2931,696l3409566,255847r-8342,1394l3382963,256079r8605,-4547l3408438,247716xm4010621,246135r4167,1588l4010025,247723r596,-1588xm3367088,246129r-218,706l3355975,249304r4794,-2469l3367088,246129xm3405188,246129r,352l3386138,249304r12394,-2646l3405188,246129xm3352801,244545r-4763,1588l3351372,244809r1429,-264xm3384550,244541r-207,595l3375025,246129r1243,-199l3378131,245533r6419,-992xm4035937,244349r1076,397l4035162,244389r775,-40xm4027757,242960r7405,1429l4032062,244548r4305,1190l4028834,246135r-431,l4024313,244151r3444,-1191xm3897842,242950r4233,318l3900429,244538r-4704,-953l3897842,242950xm3912054,242950r227,l3913188,243744r-2268,794l3910013,244538r,-794l3910240,243744r454,l3910920,243744r227,l3911374,243744r227,l3911828,243744r226,l3912054,242950xm4032250,241372r489,l4038112,243082r488,1465l4032250,241372xm3357563,241367r,238l3357563,242081r-470,715l3356152,243510r-1176,477l3352624,244463r-2822,714l3345334,245654r-5410,476l3341335,244939r-235,-238l3338513,244463r10348,-2619l3357563,241367xm4603971,240833r6805,2946l4614195,245261r-5460,-2162l4603971,240833xm4299642,239786r9218,1880l4311164,243546r1152,1671l4313238,246262r,417l4312777,247097r-691,418l4310934,247724r-1844,l4307247,247724r-4609,-627l4297568,246053r-4378,-1253l4289733,243755r922,-209l4284663,240622r14979,-836xm3995571,239786r1755,1588l3992563,241374r3008,-1588xm3398550,238195r288,l3392488,239782r6062,-1587xm3443318,238191r15845,2658l3457785,241292r-3444,1550l3450667,244171r-4593,1551l3440333,246829r-2986,444l3434592,247494r-2986,222l3428621,247494r-2985,-221l3422650,246608r12171,-3544l3438266,242399r-919,-2436l3443318,238191xm4330700,236611r4763,1588l4333876,238199r-3176,-1588xm3416301,235019r-237,733l3415827,236485r-475,732l3414404,237462r-1661,244l3407050,237950r-11387,244l3404678,235263r11623,-244xm4422775,230262r227,l4429125,231850r-6350,-1588xm3986610,230261r2778,595l3989388,231055r-4763,794l3986610,230261xm2172931,227100r-24426,9592l2116752,249387r-31752,12923l2053474,275685r-31299,13603l1990650,303344r-31073,14282l1928732,332135r-30845,14736l1868455,361472r628,-318l1901969,344831r33114,-15869l1968196,313546r33113,-15190l2034876,283620r33567,-14509l2102237,255055r34020,-13602l2170278,228077r2653,-977xm4578337,226784r6805,l4591721,227010r5898,453l4602610,228143r4537,1133l4608735,229730r1361,679l4611003,231089r681,680l4613725,231543r2269,l4618716,231543r2722,453l4626429,233129r3324,664l4631490,234604r-751,-116l4623707,233129r2041,1133l4620531,232675r5671,2267l4632100,237208r6125,1586l4644350,240607r-12860,-6003l4633688,234942r454,l4633688,234715r-2722,-680l4629753,233793r-9676,-4517l4622119,229276r2949,454l4633008,231543r9754,2492l4652517,236981r15879,4759l4671799,243099r227,227l4670892,243099r22911,6799l4683595,244912r681,l4705373,254203r21551,9518l4772294,284115r46504,21754l4866210,328303r47185,22661l4959672,373398r44463,21980l5046329,416226r-16560,-7931l5020241,403536r-3856,-1586l5016611,402177r908,679l5030449,409655r20190,10650l5070375,430502r7259,3626l5081491,435941r453,226l5081264,435714r-606,-385l5095555,443872r24727,14050l5144555,472651r24046,14729l5192647,502336r23819,15183l5240286,533155r23819,15182l5287697,564200r47185,31498l5428798,659148r-453,2945l5427891,663453r-908,1133l5426303,665946r-681,906l5424715,667759r-1134,1133l5422446,669571r-1134,680l5418363,671158r-3629,679l5410877,672064r-4764,2493l5401349,677050r-4537,1812l5392275,680222r-4310,680l5383428,681128r-4083,-226l5375262,680222r-2381,-839l5355072,665946r-3960,-2926l5348947,660281r-3403,-4759l5319683,636487r-26087,-18582l5267054,599550r-26541,-18128l5213971,563520r-26995,-17675l5159981,528396r-26995,-16995l5105537,494405r-27222,-16542l5050639,461321r-27676,-15863l4995061,429596r-28130,-15636l4938802,398778r-28130,-15183l4882089,368866r-28583,-14277l4824696,340087r-28583,-13823l4767076,312441r-29264,-13370l4708776,285928r-29491,-12463l4634362,253999r-1481,-169l4625975,250899r2503,551l4614195,245261r6563,2597l4630273,251844r2370,521l4635191,253890r6210,2353l4646392,257829r3402,906l4650702,258735r227,-226l4650929,258282r-8167,-2493l4638906,254430r-3176,-1360l4634596,252390r-681,-453l4633688,251484r227,-453l4634822,250804r1361,-227l4641628,250804r-17921,-5665l4606012,239474r-17467,-6119l4571304,227010r7033,-226xm4538380,217080r4462,1656l4543288,219150r-4908,-621l4538380,217701r,-621xm4206075,214774r19509,3852l4235339,220665r4537,1360l4244867,223385r-24954,-907l4229214,222931r8167,680l4241464,224064r3630,454l4248723,225198r3403,1133l4255075,227463r2722,1134l4260519,230409r2496,2266l4265283,234942r2042,2945l4269140,241287r1361,3852l4272769,247405r4991,5665l4291144,268026r6125,6345l4299538,276864r1814,1359l4301806,278676r681,l4302487,278450r,-453l4301352,275957r-2041,-3626l4313376,269386r2722,-6345l4316325,263041r-2496,-1133l4317686,256243r-13611,2039l4299991,251937r28763,-1267l4335834,253523r10662,3626l4354435,259188r2949,907l4359880,260548r1588,l4362602,260321r227,-453l4363283,259642r,-680l4363283,258509r-908,-1133l4361014,255563r-2042,-1813l4356477,251484r2949,-1133l4362829,249671r3176,-906l4369408,248311r3402,-226l4375986,248085r6806,453l4389370,249444r6806,1133l4409333,253297r6579,906l4422491,255109r6578,454l4432472,255563r3176,-227l4438824,255109r3402,-679l4445402,253750r3176,-907l4451754,251257r3176,-1359l4458106,247858r3176,-2266l4430884,234262r10889,3852l4451074,240607r3856,906l4458333,241966r2949,454l4463550,242420r2042,-227l4467180,241740r1134,-680l4468995,239927r227,-1360l4468768,236981r-681,-2039l4466726,232902r5672,227l4478296,233582r5898,906l4490772,235621r6352,1587l4503703,238567r12477,3626l4527068,246045r9075,2946l4541814,251710r1815,1133l4543855,253070r227,227l4549754,255336r5217,1813l4560869,258735r4764,1586l4567675,260548r907,l4568809,260321r454,-226l4568355,259188r-1361,-1133l4564045,256243r7940,2039l4580605,260775r9074,2719l4598526,265987r9301,2266l4612364,269386r4764,906l4621438,270972r4310,227l4630285,271425r4311,l4622572,266893r-11569,-4759l4599207,257376r-11343,-5212l4614406,255789r11569,1587l4626883,257376r-1135,-227l4619170,256243r3402,-3173l4629832,254430r25180,10424l4679739,275504r24726,10650l4729192,297485r24500,11103l4777965,319919r24500,11783l4826738,343259r24046,12010l4874830,367733r24046,12010l4922695,392433r23820,12916l4970107,418039r23593,13143l5017065,444552r23366,13370l5063569,471518r23139,13823l5109620,499617r22912,14276l5155444,528169r22685,14503l5200360,557628r22685,14730l5245276,587767r22232,15182l5289512,618359r22005,15635l5333294,649857r17818,13163l5351750,663827r-14146,-10118l5321271,642605r-14518,-9517l5294049,625610r-10889,-5892l5278170,617226r-4310,-1813l5270003,613600r-3630,-1133l5262971,611334r-2722,-453l5257526,610201r-1814,l5253670,610201r-1361,680l5251175,611560r-681,907l5250040,613373r-227,1586l5249813,616319r454,1813l5250948,619945r1134,2039l5253216,624024r1361,2266l5257980,631275r4764,4985l5267961,641699r5899,5439l5280665,652803r7259,5438l5295864,663227r7940,4985l5308114,670251r4310,2266l5316961,674330r4310,2040l5325808,677956r4764,1586l5335109,680902r4764,1133l5344410,682941r4537,680l5353711,684074r4537,l5362785,684074r4764,-453l5372086,682941r4310,-906l5360289,686114r-16560,4079l5327169,694045r-16560,3626l5277262,704922r-33347,6571l5210341,718065r-33347,6118l5110301,736420r-9528,1586l5090791,740272r-22231,4986l5044060,751149r-26541,6572l4989616,764519r-29037,6572l4945834,774263r-14745,3173l4916117,780382r-14746,2719l4886626,785594r-14518,2266l4857816,789446r-14065,1586l4829914,792165r-13385,680l4803372,792845r-12477,-227l4784770,792165r-5898,-453l4773201,791032r-5671,-680l4762085,789219r-5444,-1133l4751423,786953r-4763,-1586l4742123,783781r-4764,-2040l4733049,779928r-4084,-2492l4725109,774943r-3630,-2492l4718076,769731r-3175,-3172l4695845,747297r-19055,-19035l4657734,709454r-19282,-19035l4618716,672064r-19736,-18582l4579471,635354r-20190,-18128l4539092,599324r-20417,-17676l4498032,564200r-20644,-17222l4456518,529756r-20870,-17222l4414324,496218r-21324,-16542l4371449,463360r-21551,-16315l4327894,431182r-21778,-15409l4283885,400137r-22458,-14956l4239195,370225r-22685,-14729l4193599,341220r-22685,-14503l4147775,312894r-23139,-13823l4101044,285701r-23366,-13143l4053859,259868r-23819,-12690l4032308,247631r2042,227l4036391,248085r1815,l4040021,247858r1588,-453l4044558,246272r2949,-1360l4047539,244899r323,-352l4048088,244671r2141,-892l4052951,242420r2723,-680l4061345,241287r6125,-454l4073595,240833r5898,227l4050456,235621r39018,-3852l4082669,231996r-6579,-227l4069512,231089r-6352,-1133l4079720,227463r16106,-2265l4103993,224518r8166,-680l4120553,223385r8393,-227l4134391,217946r2722,-226l4140969,217493r10662,-227l4178173,216813r12703,-453l4200631,216133r3403,-226l4206302,215680r454,-453l4206983,215227r-908,-453xm3636742,212799r8158,596l3644459,213692r-13670,3870l3629025,215181r7717,-2382xm4475163,211213r23813,4763l4497809,215749r-22646,-4536xm4177808,211212r11605,1588l4189194,212800r-12481,-993l4177808,211212xm4056127,211148r6352,l4068831,211148r6352,453l4081308,212734r-1815,2040l4074049,217946r-31306,5439l4040021,219759r-3856,l4036165,219532r1361,-2492l4041836,211828r4310,-453l4056127,211148xm4521200,209625r223,l4522539,209625r1562,l4528117,210039r5354,828l4539495,212110r12271,2899l4562475,217701r-15617,-207l4541726,216872r-20526,-7247xm3836920,209622r1656,l3833813,211210r3107,-1588xm4094163,209621r7938,353l4100613,211209r-2729,-529l4097636,210151r-3473,-530xm4497604,204864r15091,3551l4513989,210086r862,1462l4514851,211966r,418l4514420,212593r-216,209l4513342,212802r-1078,-209l4510539,212175r-1724,-627l4505150,209877r-3881,-1671l4498466,206326r-647,-627l4497388,205282r216,-418xm3936980,201835r2961,472l3941763,203723r-4783,-1888xm3823213,201685r10600,1466l3833588,203701r-12856,2748l3823213,205716r-16240,l3796598,204250r-2932,l3792538,204250r,-183l3792989,204067r1805,-183l3803590,203151r15337,-916l3823213,201685xm4045405,201678r-22,7l4045167,201685r-217,l4045405,201678xm4050795,200097r8443,1389l4045405,201678r5390,-1581xm4037330,200097r2620,317l4040188,201685r-4763,-794l4036854,200891r476,-794xm3906838,193747r4525,l3911601,195335r-4763,-1588xm4473065,192484r2994,449l4476750,193607r-3685,-1123xm3748766,192162r10435,706l3758988,193221r-17250,530l3748766,192162xm3948158,192160r3650,225l3961616,195078r11404,3816l3970967,195976r1141,-2918l3974845,193282r19387,2246l4003812,195303r15510,2918l4019550,199344r-12317,6959l3994232,208772r-9579,5613l3973248,211242r-4334,-2694l3958194,204507r-1368,-674l3955685,203160r7071,-673l3950667,200017r2281,-898l3940175,194629r228,-673l3950439,195078r-4333,-1796l3948158,192160xm3861360,192160r2961,l3867282,192396r2733,472l3872521,193576r2733,1180l3877759,195700r2278,1180l3876848,194992r5239,-944l3877304,192632r26649,l3903042,193104r18677,6372l3915797,199712r10706,1179l3937436,206319r-456,l3920808,208679r456,-944l3907597,207499r-23232,1652l3877759,209623r-1822,-236l3873659,209387r-15716,-3068l3851793,207027r228,-708l3838127,207499r6833,-5900l3836988,200656r911,-1652l3837899,198060r228,-944l3839038,196644r1139,-472l3842910,195700r3189,-236l3850882,195464r684,l3850427,194992r228,l3858171,192632r3189,-472xm4392613,188989r6350,907l4405313,191030r6123,1587l4417333,194659r-2722,-454l4413704,194205r681,227l4416199,195339r11339,3855l4430713,200102r-2721,-681l4392613,188989xm3801257,184223r2479,220l3821989,186433r19381,l3835736,188644r16226,2652l3852863,192180r-901,1769l3851286,193949r-10367,1326l3825595,200801r-20733,884l3811623,200580r-11719,l3812299,198812r-15550,1326l3791566,201243r9015,-2652l3791792,199033r4957,-2211l3791341,193949r-9916,-663l3797876,185770r-6084,442l3795172,184443r6085,-220xm4443585,182382r7140,898l4453489,184851r4376,1348l4466156,188219r6218,3143l4470992,191587r-27407,-9205xm4452938,181050r13170,2495l4461718,181050r14556,2268l4476043,182184r10166,1134l4485978,182864r12245,3629l4502151,188988r-28187,-2495l4452938,181050xm4403051,179464r25334,3143l4428615,182157r-1842,-1571l4426773,180362r11746,1571l4465926,191137r-1625,-297l4463853,190689r-5067,-1348l4453259,187770r-5067,-898l4442664,185974r-5527,-674l4434842,185021r-4615,-1068l4432761,184627r-1152,l4434842,185021r8974,2075l4464301,190840r4849,1644l4473987,194055r2533,1797l4470233,194373r1220,132l4469841,194280r392,93l4465235,193831r3454,4266l4457634,196750r14510,4265l4472144,201689r-2073,l4467768,201464r-5988,-449l4454410,199893r-7600,-1123l4432991,195852r-7830,-1797l4426082,194055r460,-224l4410421,190239r691,674l4404433,187994r2303,225l4399366,186872r-2764,-673l4394990,185525r-1152,-1123l4389002,182831r4376,449l4387850,181484r22801,2694l4423549,185750r327,63l4427003,186423r2534,225l4429076,186423r-5004,-610l4423549,185750r-5758,-1123l4412954,183505r-3224,-1123l4408809,181933r,-449l4408809,181260r921,-225l4411572,180811r-8521,-1347xm4437063,166763r4763,1588l4440744,168124r-3464,-680l4437063,166763xm2704869,70272r-12884,2457l2674056,76605r-17929,4332l2642410,84293r23970,-5262l2692793,72798r12076,-2526xm2821346,67713r4766,l2829289,67713r908,228l2830651,68169r-34269,4104l2761885,76149r-34723,3648l2692893,82989r18383,-4560l2725573,77061r17702,-2052l2782311,71133r17929,-1824l2815218,68169r6128,-456xm3014027,44230r-68993,9348l2875587,62470r-14752,3191l2848807,68169r-9078,1596l2833601,70677r-2269,l2830197,70677r-681,-228l2829516,70221r,-456l2830424,69081r1362,-684l2837006,65889r4085,-1823l2862878,61330r21560,-2964l2928012,52210r21561,-2736l2971360,47194r10667,-1140l2992920,45370r10667,-684l3014027,44230xm2906746,34573r-18136,2619l2855860,41955r-32750,5443l2790360,53294r-32522,6123l2725316,65994r-16820,3519l2709914,69309r-4120,786l2696284,72266r12268,-2501l2721470,67541r12415,-2467l2770627,58046r36742,-6801l2844111,44897r36743,-5894l2901905,36015r-26722,4121l2835493,46711r-39237,6801l2756792,60767r-29219,5707l2739871,64293r15887,-2507l2740098,64977r-15659,2964l2708779,70677r-7741,1111l2683889,75276r13480,-2947l2697625,72278r-1364,196l2693871,72817r-2897,661l2679533,76162r853,-173l2683889,75276r-8511,1861l2671642,78014r-10666,2532l2667928,81393r10440,-456l2689034,80481r10440,-912l2709914,78429r-18383,4788l2678141,84585r-13163,912l2658396,85725r-6581,l2645006,85725r-4442,-154l2633662,87312r6835,-1743l2638425,85497r22014,-5016l2660441,80481r2130,-543l2661081,80264r-35835,8161l2589865,96813r-35835,9069l2518875,115177r-35608,9748l2448112,134900r-35154,10429l2378030,155984r-34928,11109l2308175,178655r-34475,11788l2239226,202686r-34474,12695l2172931,227100r7326,-2877l2212463,212434r31980,-12015l2276876,189083r32433,-10882l2341741,167093r32660,-10429l2407288,146689r32659,-9975l2472834,127192r33113,-8842l2539061,109509r33113,-8388l2605514,92732r32995,-7576l2639106,84357r907,-1140l2641148,82305r1362,-912l2645914,79569r4312,-1368l2654765,77061r4993,-1368l2665205,75009r5674,-912l2682453,72501r10894,-912l2702878,70449r3859,-684l2708089,69571r1761,-402l2740326,62592r30248,-5896l2801050,51026r30475,-5443l2862228,40821r30703,-4309l2906746,34573xm2938462,29897r-15875,1764l2906712,33866r15875,-2425l2938462,29897xm3179700,19835r-40851,6384l3097998,32147r-40851,5927l3016296,44002r-4312,-2052l3021970,40582r19291,-2964l3061005,34427r19745,-3420l3100721,27815r19745,-2964l3130452,23711r9758,-1368l3149969,21431r9759,-684l3169714,20063r9986,-228xm3122105,8370r-19737,1926l3072943,13382r-29878,3323l3013187,20503r-172,22l2988035,23923r-22017,2942l2954339,28574r9886,-1469l2961514,27467r-5897,708l2954568,28345r-229,229l2954337,28576r1,-2l2954490,28358r-662,107l2953828,28617r,17l2954337,28574r-509,60l2953828,28645r510,-71l2953828,28647r,45l2953175,28739r-35579,5050l2901905,36015r12969,-2000l2953102,28745r-545,40l2923634,32203r-16888,2370l2921587,32430r30952,-3644l2946498,29227r-14386,1052l2934551,29945r-4026,334l2931855,30060r4315,-337l2955379,27088r70,-100l2955925,26988r-29,29l2963531,25970r7854,-907l2975345,24587r3728,-658l2979738,23929r-2510,431l2994025,22341r-15016,2041l2975278,24987r11143,-1507l3003025,21265r16374,-1772l3021013,19050r-401,385l3040575,16943r28972,-3324l3098293,10533r23812,-2163xm3145845,6369r-18806,1553l3122105,8370r9461,-923l3145845,6369xm3266300,3900r-12388,3167l3241657,9803r-12709,2736l3216239,14591r-12937,1824l3190820,17783r-12936,684l3165175,18923r12709,-1824l3190366,14591r25419,-4788l3228267,7523r12709,-1596l3253685,4332r6355,-228l3261999,4033r4288,-133l3266300,3900xm3180884,3697r-21024,1614l3145845,6369r9940,-821l3180884,3697xm3187700,3174r-2942,238l3180884,3697r2785,-213l3187700,3174xm3243699,912r22,56l3233487,1368r10212,-456xm3265714,r1361,3876l3266300,3900r94,-24l3261999,4033r-16938,527l3243721,968r13141,-512l3265714,xe" fillcolor="window" stroked="f">
                  <v:path arrowok="t" o:connecttype="custom" o:connectlocs="130567,346379;227302,343303;60702,302962;218761,278698;257001,241706;19819,236695;208738,218913;231967,238469;9688,220214;68394,191064;348503,185261;69096,175087;62948,185949;219053,160727;105166,172084;72330,151656;131599,140386;337188,136367;206301,153280;100552,119120;101098,163298;329905,108764;196211,121114;113197,105782;170842,95549;215837,89110;270754,138871;90777,109338;282931,82536;208792,80534;325459,120317;341354,131240;37214,76152;275623,71219;120922,67053;122387,65912;222366,68200;272535,60286;135204,55800;130237,56938;162820,94869;133012,88419;137906,59087;115560,48291;231732,42856;135482,43299;67287,37686;275169,34263;74204,34699;140119,31450;78719,28462;65213,50781;168319,28418;143405,41143;132872,40096;103471,33181;90115,23207;94958,21229;140941,20964;181827,16525;191442,24355;108004,13105;196966,10438" o:connectangles="0,0,0,0,0,0,0,0,0,0,0,0,0,0,0,0,0,0,0,0,0,0,0,0,0,0,0,0,0,0,0,0,0,0,0,0,0,0,0,0,0,0,0,0,0,0,0,0,0,0,0,0,0,0,0,0,0,0,0,0,0,0,0"/>
                  <o:lock v:ext="edit" aspectratio="t"/>
                </v:shape>
              </v:group>
            </w:pict>
          </mc:Fallback>
        </mc:AlternateContent>
      </w:r>
      <w:r w:rsidR="00115463" w:rsidRPr="00115463">
        <w:rPr>
          <w:b w:val="0"/>
          <w:bCs w:val="0"/>
          <w:noProof/>
          <w:sz w:val="22"/>
          <w:szCs w:val="22"/>
          <w:lang w:val="ru-RU" w:eastAsia="ru-RU"/>
        </w:rPr>
        <mc:AlternateContent>
          <mc:Choice Requires="wpg">
            <w:drawing>
              <wp:anchor distT="0" distB="0" distL="114300" distR="114300" simplePos="0" relativeHeight="251680768" behindDoc="0" locked="0" layoutInCell="1" allowOverlap="1" wp14:anchorId="067A9106" wp14:editId="271A569E">
                <wp:simplePos x="0" y="0"/>
                <wp:positionH relativeFrom="column">
                  <wp:posOffset>2954020</wp:posOffset>
                </wp:positionH>
                <wp:positionV relativeFrom="paragraph">
                  <wp:posOffset>3215005</wp:posOffset>
                </wp:positionV>
                <wp:extent cx="1200000" cy="1200000"/>
                <wp:effectExtent l="419100" t="57150" r="76835" b="438785"/>
                <wp:wrapNone/>
                <wp:docPr id="39" name="组合 36"/>
                <wp:cNvGraphicFramePr/>
                <a:graphic xmlns:a="http://schemas.openxmlformats.org/drawingml/2006/main">
                  <a:graphicData uri="http://schemas.microsoft.com/office/word/2010/wordprocessingGroup">
                    <wpg:wgp>
                      <wpg:cNvGrpSpPr/>
                      <wpg:grpSpPr>
                        <a:xfrm>
                          <a:off x="0" y="0"/>
                          <a:ext cx="1200000" cy="1200000"/>
                          <a:chOff x="3882355" y="4237958"/>
                          <a:chExt cx="900000" cy="900000"/>
                        </a:xfrm>
                      </wpg:grpSpPr>
                      <wpg:grpSp>
                        <wpg:cNvPr id="40" name="组合 37"/>
                        <wpg:cNvGrpSpPr/>
                        <wpg:grpSpPr>
                          <a:xfrm>
                            <a:off x="3882355" y="4237958"/>
                            <a:ext cx="900000" cy="900000"/>
                            <a:chOff x="3882355" y="4237958"/>
                            <a:chExt cx="792000" cy="792000"/>
                          </a:xfrm>
                        </wpg:grpSpPr>
                        <wps:wsp>
                          <wps:cNvPr id="42" name="MH_Other_2"/>
                          <wps:cNvSpPr/>
                          <wps:spPr>
                            <a:xfrm>
                              <a:off x="3882355" y="4237958"/>
                              <a:ext cx="792000" cy="792000"/>
                            </a:xfrm>
                            <a:prstGeom prst="ellipse">
                              <a:avLst/>
                            </a:prstGeom>
                            <a:gradFill flip="none" rotWithShape="1">
                              <a:gsLst>
                                <a:gs pos="100000">
                                  <a:sysClr val="window" lastClr="FFFFFF"/>
                                </a:gs>
                                <a:gs pos="0">
                                  <a:srgbClr val="E0E0E0"/>
                                </a:gs>
                              </a:gsLst>
                              <a:lin ang="8100000" scaled="0"/>
                              <a:tileRect/>
                            </a:gradFill>
                            <a:ln w="34925" cap="flat" cmpd="sng" algn="ctr">
                              <a:gradFill>
                                <a:gsLst>
                                  <a:gs pos="100000">
                                    <a:sysClr val="window" lastClr="FFFFFF">
                                      <a:lumMod val="85000"/>
                                    </a:sysClr>
                                  </a:gs>
                                  <a:gs pos="0">
                                    <a:sysClr val="window" lastClr="FFFFFF"/>
                                  </a:gs>
                                </a:gsLst>
                                <a:lin ang="8100000" scaled="0"/>
                              </a:gradFill>
                              <a:prstDash val="solid"/>
                              <a:miter lim="800000"/>
                            </a:ln>
                            <a:effectLst>
                              <a:outerShdw blurRad="279400" dist="254000" dir="8100000" algn="tr" rotWithShape="0">
                                <a:prstClr val="black">
                                  <a:alpha val="40000"/>
                                </a:prstClr>
                              </a:outerShdw>
                            </a:effectLst>
                          </wps:spPr>
                          <wps:bodyPr anchor="ctr"/>
                        </wps:wsp>
                        <wps:wsp>
                          <wps:cNvPr id="43" name="MH_Title_1"/>
                          <wps:cNvSpPr/>
                          <wps:spPr>
                            <a:xfrm>
                              <a:off x="4008355" y="4363958"/>
                              <a:ext cx="540000" cy="540000"/>
                            </a:xfrm>
                            <a:prstGeom prst="ellipse">
                              <a:avLst/>
                            </a:prstGeom>
                            <a:solidFill>
                              <a:srgbClr val="ED7D31"/>
                            </a:solidFill>
                            <a:ln w="12700" cap="flat" cmpd="sng" algn="ctr">
                              <a:noFill/>
                              <a:prstDash val="solid"/>
                              <a:miter lim="800000"/>
                            </a:ln>
                            <a:effectLst>
                              <a:innerShdw blurRad="63500" dist="50800" dir="18900000">
                                <a:prstClr val="black">
                                  <a:alpha val="30000"/>
                                </a:prstClr>
                              </a:innerShdw>
                            </a:effectLst>
                          </wps:spPr>
                          <wps:bodyPr lIns="0" tIns="0" rIns="0" bIns="0" anchor="ctr"/>
                        </wps:wsp>
                      </wpg:grpSp>
                      <wps:wsp>
                        <wps:cNvPr id="41" name="KSO_Shape"/>
                        <wps:cNvSpPr>
                          <a:spLocks noChangeAspect="1"/>
                        </wps:cNvSpPr>
                        <wps:spPr>
                          <a:xfrm flipH="1">
                            <a:off x="4188339" y="4536892"/>
                            <a:ext cx="288033" cy="302132"/>
                          </a:xfrm>
                          <a:custGeom>
                            <a:avLst/>
                            <a:gdLst>
                              <a:gd name="connsiteX0" fmla="*/ 4461768 w 5394523"/>
                              <a:gd name="connsiteY0" fmla="*/ 3204655 h 5658773"/>
                              <a:gd name="connsiteX1" fmla="*/ 932755 w 5394523"/>
                              <a:gd name="connsiteY1" fmla="*/ 3204655 h 5658773"/>
                              <a:gd name="connsiteX2" fmla="*/ 932755 w 5394523"/>
                              <a:gd name="connsiteY2" fmla="*/ 3680451 h 5658773"/>
                              <a:gd name="connsiteX3" fmla="*/ 935888 w 5394523"/>
                              <a:gd name="connsiteY3" fmla="*/ 3730118 h 5658773"/>
                              <a:gd name="connsiteX4" fmla="*/ 933854 w 5394523"/>
                              <a:gd name="connsiteY4" fmla="*/ 3730118 h 5658773"/>
                              <a:gd name="connsiteX5" fmla="*/ 919576 w 5394523"/>
                              <a:gd name="connsiteY5" fmla="*/ 3878377 h 5658773"/>
                              <a:gd name="connsiteX6" fmla="*/ 25312 w 5394523"/>
                              <a:gd name="connsiteY6" fmla="*/ 4724735 h 5658773"/>
                              <a:gd name="connsiteX7" fmla="*/ 0 w 5394523"/>
                              <a:gd name="connsiteY7" fmla="*/ 4726073 h 5658773"/>
                              <a:gd name="connsiteX8" fmla="*/ 0 w 5394523"/>
                              <a:gd name="connsiteY8" fmla="*/ 4987418 h 5658773"/>
                              <a:gd name="connsiteX9" fmla="*/ 1696229 w 5394523"/>
                              <a:gd name="connsiteY9" fmla="*/ 4987418 h 5658773"/>
                              <a:gd name="connsiteX10" fmla="*/ 1708125 w 5394523"/>
                              <a:gd name="connsiteY10" fmla="*/ 5046603 h 5658773"/>
                              <a:gd name="connsiteX11" fmla="*/ 2697262 w 5394523"/>
                              <a:gd name="connsiteY11" fmla="*/ 5658773 h 5658773"/>
                              <a:gd name="connsiteX12" fmla="*/ 3686400 w 5394523"/>
                              <a:gd name="connsiteY12" fmla="*/ 5046603 h 5658773"/>
                              <a:gd name="connsiteX13" fmla="*/ 3698295 w 5394523"/>
                              <a:gd name="connsiteY13" fmla="*/ 4987418 h 5658773"/>
                              <a:gd name="connsiteX14" fmla="*/ 5394523 w 5394523"/>
                              <a:gd name="connsiteY14" fmla="*/ 4987418 h 5658773"/>
                              <a:gd name="connsiteX15" fmla="*/ 5394523 w 5394523"/>
                              <a:gd name="connsiteY15" fmla="*/ 4726073 h 5658773"/>
                              <a:gd name="connsiteX16" fmla="*/ 5369211 w 5394523"/>
                              <a:gd name="connsiteY16" fmla="*/ 4724735 h 5658773"/>
                              <a:gd name="connsiteX17" fmla="*/ 4474947 w 5394523"/>
                              <a:gd name="connsiteY17" fmla="*/ 3878377 h 5658773"/>
                              <a:gd name="connsiteX18" fmla="*/ 4460669 w 5394523"/>
                              <a:gd name="connsiteY18" fmla="*/ 3730118 h 5658773"/>
                              <a:gd name="connsiteX19" fmla="*/ 4458635 w 5394523"/>
                              <a:gd name="connsiteY19" fmla="*/ 3730118 h 5658773"/>
                              <a:gd name="connsiteX20" fmla="*/ 4461768 w 5394523"/>
                              <a:gd name="connsiteY20" fmla="*/ 3680451 h 5658773"/>
                              <a:gd name="connsiteX21" fmla="*/ 4461768 w 5394523"/>
                              <a:gd name="connsiteY21" fmla="*/ 2315655 h 5658773"/>
                              <a:gd name="connsiteX22" fmla="*/ 932755 w 5394523"/>
                              <a:gd name="connsiteY22" fmla="*/ 2315655 h 5658773"/>
                              <a:gd name="connsiteX23" fmla="*/ 932755 w 5394523"/>
                              <a:gd name="connsiteY23" fmla="*/ 2963355 h 5658773"/>
                              <a:gd name="connsiteX24" fmla="*/ 4461768 w 5394523"/>
                              <a:gd name="connsiteY24" fmla="*/ 2963355 h 5658773"/>
                              <a:gd name="connsiteX25" fmla="*/ 2697262 w 5394523"/>
                              <a:gd name="connsiteY25" fmla="*/ 0 h 5658773"/>
                              <a:gd name="connsiteX26" fmla="*/ 2006732 w 5394523"/>
                              <a:gd name="connsiteY26" fmla="*/ 562798 h 5658773"/>
                              <a:gd name="connsiteX27" fmla="*/ 1994361 w 5394523"/>
                              <a:gd name="connsiteY27" fmla="*/ 685515 h 5658773"/>
                              <a:gd name="connsiteX28" fmla="*/ 1968717 w 5394523"/>
                              <a:gd name="connsiteY28" fmla="*/ 689428 h 5658773"/>
                              <a:gd name="connsiteX29" fmla="*/ 932755 w 5394523"/>
                              <a:gd name="connsiteY29" fmla="*/ 1960511 h 5658773"/>
                              <a:gd name="connsiteX30" fmla="*/ 932755 w 5394523"/>
                              <a:gd name="connsiteY30" fmla="*/ 2074355 h 5658773"/>
                              <a:gd name="connsiteX31" fmla="*/ 4461768 w 5394523"/>
                              <a:gd name="connsiteY31" fmla="*/ 2074355 h 5658773"/>
                              <a:gd name="connsiteX32" fmla="*/ 4461768 w 5394523"/>
                              <a:gd name="connsiteY32" fmla="*/ 1960511 h 5658773"/>
                              <a:gd name="connsiteX33" fmla="*/ 3425806 w 5394523"/>
                              <a:gd name="connsiteY33" fmla="*/ 689428 h 5658773"/>
                              <a:gd name="connsiteX34" fmla="*/ 3400163 w 5394523"/>
                              <a:gd name="connsiteY34" fmla="*/ 685515 h 5658773"/>
                              <a:gd name="connsiteX35" fmla="*/ 3387792 w 5394523"/>
                              <a:gd name="connsiteY35" fmla="*/ 562798 h 5658773"/>
                              <a:gd name="connsiteX36" fmla="*/ 2697262 w 5394523"/>
                              <a:gd name="connsiteY36" fmla="*/ 0 h 56587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5394523" h="5658773">
                                <a:moveTo>
                                  <a:pt x="4461768" y="3204655"/>
                                </a:moveTo>
                                <a:lnTo>
                                  <a:pt x="932755" y="3204655"/>
                                </a:lnTo>
                                <a:lnTo>
                                  <a:pt x="932755" y="3680451"/>
                                </a:lnTo>
                                <a:lnTo>
                                  <a:pt x="935888" y="3730118"/>
                                </a:lnTo>
                                <a:lnTo>
                                  <a:pt x="933854" y="3730118"/>
                                </a:lnTo>
                                <a:lnTo>
                                  <a:pt x="919576" y="3878377"/>
                                </a:lnTo>
                                <a:cubicBezTo>
                                  <a:pt x="831330" y="4329811"/>
                                  <a:pt x="470714" y="4677385"/>
                                  <a:pt x="25312" y="4724735"/>
                                </a:cubicBezTo>
                                <a:lnTo>
                                  <a:pt x="0" y="4726073"/>
                                </a:lnTo>
                                <a:lnTo>
                                  <a:pt x="0" y="4987418"/>
                                </a:lnTo>
                                <a:lnTo>
                                  <a:pt x="1696229" y="4987418"/>
                                </a:lnTo>
                                <a:lnTo>
                                  <a:pt x="1708125" y="5046603"/>
                                </a:lnTo>
                                <a:cubicBezTo>
                                  <a:pt x="1802271" y="5395968"/>
                                  <a:pt x="2209350" y="5658773"/>
                                  <a:pt x="2697262" y="5658773"/>
                                </a:cubicBezTo>
                                <a:cubicBezTo>
                                  <a:pt x="3185174" y="5658773"/>
                                  <a:pt x="3592254" y="5395968"/>
                                  <a:pt x="3686400" y="5046603"/>
                                </a:cubicBezTo>
                                <a:lnTo>
                                  <a:pt x="3698295" y="4987418"/>
                                </a:lnTo>
                                <a:lnTo>
                                  <a:pt x="5394523" y="4987418"/>
                                </a:lnTo>
                                <a:lnTo>
                                  <a:pt x="5394523" y="4726073"/>
                                </a:lnTo>
                                <a:lnTo>
                                  <a:pt x="5369211" y="4724735"/>
                                </a:lnTo>
                                <a:cubicBezTo>
                                  <a:pt x="4923809" y="4677385"/>
                                  <a:pt x="4563193" y="4329811"/>
                                  <a:pt x="4474947" y="3878377"/>
                                </a:cubicBezTo>
                                <a:lnTo>
                                  <a:pt x="4460669" y="3730118"/>
                                </a:lnTo>
                                <a:lnTo>
                                  <a:pt x="4458635" y="3730118"/>
                                </a:lnTo>
                                <a:lnTo>
                                  <a:pt x="4461768" y="3680451"/>
                                </a:lnTo>
                                <a:close/>
                                <a:moveTo>
                                  <a:pt x="4461768" y="2315655"/>
                                </a:moveTo>
                                <a:lnTo>
                                  <a:pt x="932755" y="2315655"/>
                                </a:lnTo>
                                <a:lnTo>
                                  <a:pt x="932755" y="2963355"/>
                                </a:lnTo>
                                <a:lnTo>
                                  <a:pt x="4461768" y="2963355"/>
                                </a:lnTo>
                                <a:close/>
                                <a:moveTo>
                                  <a:pt x="2697262" y="0"/>
                                </a:moveTo>
                                <a:cubicBezTo>
                                  <a:pt x="2356644" y="0"/>
                                  <a:pt x="2072457" y="241610"/>
                                  <a:pt x="2006732" y="562798"/>
                                </a:cubicBezTo>
                                <a:lnTo>
                                  <a:pt x="1994361" y="685515"/>
                                </a:lnTo>
                                <a:lnTo>
                                  <a:pt x="1968717" y="689428"/>
                                </a:lnTo>
                                <a:cubicBezTo>
                                  <a:pt x="1377495" y="810410"/>
                                  <a:pt x="932755" y="1333524"/>
                                  <a:pt x="932755" y="1960511"/>
                                </a:cubicBezTo>
                                <a:lnTo>
                                  <a:pt x="932755" y="2074355"/>
                                </a:lnTo>
                                <a:lnTo>
                                  <a:pt x="4461768" y="2074355"/>
                                </a:lnTo>
                                <a:lnTo>
                                  <a:pt x="4461768" y="1960511"/>
                                </a:lnTo>
                                <a:cubicBezTo>
                                  <a:pt x="4461768" y="1333524"/>
                                  <a:pt x="4017028" y="810410"/>
                                  <a:pt x="3425806" y="689428"/>
                                </a:cubicBezTo>
                                <a:lnTo>
                                  <a:pt x="3400163" y="685515"/>
                                </a:lnTo>
                                <a:lnTo>
                                  <a:pt x="3387792" y="562798"/>
                                </a:lnTo>
                                <a:cubicBezTo>
                                  <a:pt x="3322067" y="241610"/>
                                  <a:pt x="3037880" y="0"/>
                                  <a:pt x="2697262" y="0"/>
                                </a:cubicBezTo>
                                <a:close/>
                              </a:path>
                            </a:pathLst>
                          </a:custGeom>
                          <a:solidFill>
                            <a:sysClr val="window" lastClr="FFFFFF"/>
                          </a:solidFill>
                          <a:ln w="12700" cap="flat" cmpd="sng" algn="ctr">
                            <a:noFill/>
                            <a:prstDash val="solid"/>
                            <a:miter lim="800000"/>
                          </a:ln>
                          <a:effectLst/>
                        </wps:spPr>
                        <wps:bodyPr anchor="ctr">
                          <a:scene3d>
                            <a:camera prst="orthographicFront"/>
                            <a:lightRig rig="threePt" dir="t"/>
                          </a:scene3d>
                          <a:sp3d>
                            <a:contourClr>
                              <a:srgbClr val="FFFFFF"/>
                            </a:contourClr>
                          </a:sp3d>
                        </wps:bodyPr>
                      </wps:wsp>
                    </wpg:wgp>
                  </a:graphicData>
                </a:graphic>
              </wp:anchor>
            </w:drawing>
          </mc:Choice>
          <mc:Fallback>
            <w:pict>
              <v:group w14:anchorId="4DDCC645" id="组合 36" o:spid="_x0000_s1026" style="position:absolute;margin-left:232.6pt;margin-top:253.15pt;width:94.5pt;height:94.5pt;z-index:251680768" coordorigin="38823,42379" coordsize="9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">
                <v:group id="组合 37" o:spid="_x0000_s1027" style="position:absolute;left:38823;top:42379;width:9000;height:9000" coordorigin="38823,42379" coordsize="7920,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oval id="MH_Other_2" o:spid="_x0000_s1028" style="position:absolute;left:38823;top:42379;width:7920;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v3MQA&#10;AADbAAAADwAAAGRycy9kb3ducmV2LnhtbESP3WoCMRSE7wu+QzgF72q2S6tlNYpdkIp3/jzAYXO6&#10;WdycrEl01z59Uyh4OczMN8xiNdhW3MiHxrGC10kGgrhyuuFawem4efkAESKyxtYxKbhTgNVy9LTA&#10;Qrue93Q7xFokCIcCFZgYu0LKUBmyGCauI07et/MWY5K+ltpjn+C2lXmWTaXFhtOCwY5KQ9X5cLUK&#10;vrbZ+2V3Lf3GDNOfss8v9nO2U2r8PKznICIN8RH+b2+1grcc/r6k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Sr9zEAAAA2wAAAA8AAAAAAAAAAAAAAAAAmAIAAGRycy9k&#10;b3ducmV2LnhtbFBLBQYAAAAABAAEAPUAAACJAwAAAAA=&#10;" fillcolor="#e0e0e0" strokeweight="2.75pt">
                    <v:fill color2="window" rotate="t" angle="315" focus="100%" type="gradient">
                      <o:fill v:ext="view" type="gradientUnscaled"/>
                    </v:fill>
                    <v:stroke joinstyle="miter"/>
                    <v:shadow on="t" color="black" opacity="26214f" origin=".5,-.5" offset="-4.98903mm,4.98903mm"/>
                  </v:oval>
                  <v:oval id="MH_Title_1" o:spid="_x0000_s1029" style="position:absolute;left:40083;top:43639;width:54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pDXsIA&#10;AADbAAAADwAAAGRycy9kb3ducmV2LnhtbESPQWsCMRSE74X+h/AEL0Wz1iJ2a5QiFbzWVrw+N6+b&#10;1ORl2cR1/feNIPQ4zMw3zGLVeyc6aqMNrGAyLkAQV0FbrhV8f21GcxAxIWt0gUnBlSKslo8PCyx1&#10;uPAndbtUiwzhWKICk1JTShkrQx7jODTE2fsJrceUZVtL3eIlw72Tz0Uxkx4t5wWDDa0NVafd2Sv4&#10;ta/u4I/dh5n1+/2TdNbF9VWp4aB/fwORqE//4Xt7qxW8TOH2Jf8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kNewgAAANsAAAAPAAAAAAAAAAAAAAAAAJgCAABkcnMvZG93&#10;bnJldi54bWxQSwUGAAAAAAQABAD1AAAAhwMAAAAA&#10;" fillcolor="#ed7d31" stroked="f" strokeweight="1pt">
                    <v:stroke joinstyle="miter"/>
                    <v:textbox inset="0,0,0,0"/>
                  </v:oval>
                </v:group>
                <v:shape id="KSO_Shape" o:spid="_x0000_s1030" style="position:absolute;left:41883;top:45368;width:2880;height:3022;flip:x;visibility:visible;mso-wrap-style:square;v-text-anchor:middle" coordsize="5394523,565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AMMIA&#10;AADbAAAADwAAAGRycy9kb3ducmV2LnhtbESPQYvCMBSE74L/ITzBm6aKrlKNIoIo4mVVPD+bZ1tt&#10;XmoTtf57IyzscZiZb5jpvDaFeFLlcssKet0IBHFidc6pguNh1RmDcB5ZY2GZFLzJwXzWbEwx1vbF&#10;v/Tc+1QECLsYFWTel7GULsnIoOvakjh4F1sZ9EFWqdQVvgLcFLIfRT/SYM5hIcOSlhklt/3DKDgP&#10;T299pe09PYxPi91otC7dYK1Uu1UvJiA81f4//NfeaAWDHny/hB8gZ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2kAwwgAAANsAAAAPAAAAAAAAAAAAAAAAAJgCAABkcnMvZG93&#10;bnJldi54bWxQSwUGAAAAAAQABAD1AAAAhwMAAAAA&#10;" path="m4461768,3204655r-3529013,l932755,3680451r3133,49667l933854,3730118r-14278,148259c831330,4329811,470714,4677385,25312,4724735l,4726073r,261345l1696229,4987418r11896,59185c1802271,5395968,2209350,5658773,2697262,5658773v487912,,894992,-262805,989138,-612170l3698295,4987418r1696228,l5394523,4726073r-25312,-1338c4923809,4677385,4563193,4329811,4474947,3878377r-14278,-148259l4458635,3730118r3133,-49667l4461768,3204655xm4461768,2315655r-3529013,l932755,2963355r3529013,l4461768,2315655xm2697262,c2356644,,2072457,241610,2006732,562798r-12371,122717l1968717,689428c1377495,810410,932755,1333524,932755,1960511r,113844l4461768,2074355r,-113844c4461768,1333524,4017028,810410,3425806,689428r-25643,-3913l3387792,562798c3322067,241610,3037880,,2697262,xe" fillcolor="window" stroked="f" strokeweight="1pt">
                  <v:stroke joinstyle="miter"/>
                  <v:path arrowok="t" o:connecttype="custom" o:connectlocs="238230,171102;49803,171102;49803,196506;49970,199158;49862,199158;49099,207073;1351,252262;0,252333;0,266287;90568,266287;91203,269447;144017,302132;196830,269447;197465,266287;288033,266287;288033,252333;286682,252262;238934,207073;238171,199158;238063,199158;238230,196506;238230,123637;49803,123637;49803,158219;238230,158219;144017,0;107147,30049;106486,36601;105117,36810;49803,104675;49803,110754;238230,110754;238230,104675;182916,36810;181547,36601;180886,30049;144017,0" o:connectangles="0,0,0,0,0,0,0,0,0,0,0,0,0,0,0,0,0,0,0,0,0,0,0,0,0,0,0,0,0,0,0,0,0,0,0,0,0"/>
                  <o:lock v:ext="edit" aspectratio="t"/>
                </v:shape>
              </v:group>
            </w:pict>
          </mc:Fallback>
        </mc:AlternateContent>
      </w:r>
    </w:p>
    <w:p w:rsidR="00115463" w:rsidRPr="00F65AC0" w:rsidRDefault="00EF7233">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70528" behindDoc="0" locked="0" layoutInCell="1" allowOverlap="1" wp14:anchorId="3879B128" wp14:editId="2F8E297E">
                <wp:simplePos x="0" y="0"/>
                <wp:positionH relativeFrom="column">
                  <wp:posOffset>4860903</wp:posOffset>
                </wp:positionH>
                <wp:positionV relativeFrom="paragraph">
                  <wp:posOffset>175632</wp:posOffset>
                </wp:positionV>
                <wp:extent cx="3421117" cy="338455"/>
                <wp:effectExtent l="0" t="0" r="0" b="0"/>
                <wp:wrapNone/>
                <wp:docPr id="29" name="TextBox 16"/>
                <wp:cNvGraphicFramePr/>
                <a:graphic xmlns:a="http://schemas.openxmlformats.org/drawingml/2006/main">
                  <a:graphicData uri="http://schemas.microsoft.com/office/word/2010/wordprocessingShape">
                    <wps:wsp>
                      <wps:cNvSpPr txBox="1"/>
                      <wps:spPr>
                        <a:xfrm>
                          <a:off x="0" y="0"/>
                          <a:ext cx="3421117" cy="338455"/>
                        </a:xfrm>
                        <a:prstGeom prst="rect">
                          <a:avLst/>
                        </a:prstGeom>
                        <a:noFill/>
                      </wps:spPr>
                      <wps:txbx>
                        <w:txbxContent>
                          <w:p w:rsidR="00587237" w:rsidRPr="00853088" w:rsidRDefault="00587237" w:rsidP="00115463">
                            <w:pPr>
                              <w:pStyle w:val="afd"/>
                              <w:rPr>
                                <w:sz w:val="22"/>
                                <w:szCs w:val="22"/>
                                <w:lang w:val="kk-KZ"/>
                              </w:rPr>
                            </w:pPr>
                            <w:r>
                              <w:rPr>
                                <w:rFonts w:ascii="Calibri" w:eastAsia="DengXian" w:hAnsi="Calibri" w:cs="DengXian"/>
                                <w:b/>
                                <w:bCs/>
                                <w:color w:val="7F7F7F"/>
                                <w:kern w:val="24"/>
                                <w:sz w:val="22"/>
                                <w:szCs w:val="22"/>
                                <w:lang w:val="kk-KZ"/>
                              </w:rPr>
                              <w:t>Медициналық персоналдың біліктілігін арттыру</w:t>
                            </w:r>
                          </w:p>
                        </w:txbxContent>
                      </wps:txbx>
                      <wps:bodyPr wrap="square" rtlCol="0">
                        <a:spAutoFit/>
                      </wps:bodyPr>
                    </wps:wsp>
                  </a:graphicData>
                </a:graphic>
                <wp14:sizeRelH relativeFrom="margin">
                  <wp14:pctWidth>0</wp14:pctWidth>
                </wp14:sizeRelH>
              </wp:anchor>
            </w:drawing>
          </mc:Choice>
          <mc:Fallback>
            <w:pict>
              <v:shape w14:anchorId="3879B128" id="TextBox 16" o:spid="_x0000_s1044" type="#_x0000_t202" style="position:absolute;left:0;text-align:left;margin-left:382.75pt;margin-top:13.85pt;width:269.4pt;height:26.6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" filled="f" stroked="f">
                <v:textbox style="mso-fit-shape-to-text:t">
                  <w:txbxContent>
                    <w:p w:rsidR="00587237" w:rsidRPr="00853088" w:rsidRDefault="00587237" w:rsidP="00115463">
                      <w:pPr>
                        <w:pStyle w:val="afd"/>
                        <w:rPr>
                          <w:sz w:val="22"/>
                          <w:szCs w:val="22"/>
                          <w:lang w:val="kk-KZ"/>
                        </w:rPr>
                      </w:pPr>
                      <w:r>
                        <w:rPr>
                          <w:rFonts w:ascii="Calibri" w:eastAsia="DengXian" w:hAnsi="Calibri" w:cs="DengXian"/>
                          <w:b/>
                          <w:bCs/>
                          <w:color w:val="7F7F7F"/>
                          <w:kern w:val="24"/>
                          <w:sz w:val="22"/>
                          <w:szCs w:val="22"/>
                          <w:lang w:val="kk-KZ"/>
                        </w:rPr>
                        <w:t>Медициналық персоналдың біліктілігін арттыру</w:t>
                      </w:r>
                    </w:p>
                  </w:txbxContent>
                </v:textbox>
              </v:shape>
            </w:pict>
          </mc:Fallback>
        </mc:AlternateContent>
      </w:r>
    </w:p>
    <w:p w:rsidR="00115463" w:rsidRPr="00F65AC0" w:rsidRDefault="00096566">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69504" behindDoc="0" locked="0" layoutInCell="1" allowOverlap="1" wp14:anchorId="7BDA9811" wp14:editId="0C08C774">
                <wp:simplePos x="0" y="0"/>
                <wp:positionH relativeFrom="column">
                  <wp:posOffset>4861560</wp:posOffset>
                </wp:positionH>
                <wp:positionV relativeFrom="paragraph">
                  <wp:posOffset>133350</wp:posOffset>
                </wp:positionV>
                <wp:extent cx="4419600" cy="751508"/>
                <wp:effectExtent l="0" t="0" r="0" b="0"/>
                <wp:wrapNone/>
                <wp:docPr id="28" name="TextBox 72"/>
                <wp:cNvGraphicFramePr/>
                <a:graphic xmlns:a="http://schemas.openxmlformats.org/drawingml/2006/main">
                  <a:graphicData uri="http://schemas.microsoft.com/office/word/2010/wordprocessingShape">
                    <wps:wsp>
                      <wps:cNvSpPr txBox="1"/>
                      <wps:spPr bwMode="auto">
                        <a:xfrm>
                          <a:off x="0" y="0"/>
                          <a:ext cx="4419600" cy="751508"/>
                        </a:xfrm>
                        <a:prstGeom prst="rect">
                          <a:avLst/>
                        </a:prstGeom>
                        <a:noFill/>
                      </wps:spPr>
                      <wps:txbx>
                        <w:txbxContent>
                          <w:p w:rsidR="00587237" w:rsidRDefault="00587237" w:rsidP="00096566">
                            <w:pPr>
                              <w:pStyle w:val="afd"/>
                              <w:rPr>
                                <w:rFonts w:ascii="DengXian" w:eastAsia="DengXian" w:cs="Open Sans"/>
                                <w:color w:val="7F7F7F"/>
                                <w:kern w:val="24"/>
                                <w:szCs w:val="20"/>
                                <w:lang w:val="ru-RU"/>
                              </w:rPr>
                            </w:pPr>
                            <w:r>
                              <w:rPr>
                                <w:rFonts w:ascii="DengXian" w:eastAsia="DengXian" w:cs="Open Sans"/>
                                <w:color w:val="7F7F7F"/>
                                <w:kern w:val="24"/>
                                <w:szCs w:val="20"/>
                                <w:lang w:val="ru-RU"/>
                              </w:rPr>
                              <w:t>Дәрігерлердің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АТ</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мәселесі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жәнеоның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салдары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туралы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хабардарлығын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арттыру</w:t>
                            </w:r>
                            <w:r>
                              <w:rPr>
                                <w:rFonts w:ascii="DengXian" w:eastAsia="DengXian" w:cs="Open Sans"/>
                                <w:color w:val="7F7F7F"/>
                                <w:kern w:val="24"/>
                                <w:szCs w:val="20"/>
                                <w:lang w:val="ru-RU"/>
                              </w:rPr>
                              <w:t>.</w:t>
                            </w:r>
                          </w:p>
                          <w:p w:rsidR="00587237" w:rsidRPr="00096566" w:rsidRDefault="00587237" w:rsidP="00096566">
                            <w:pPr>
                              <w:pStyle w:val="afd"/>
                              <w:rPr>
                                <w:szCs w:val="20"/>
                                <w:lang w:val="ru-RU"/>
                              </w:rPr>
                            </w:pPr>
                            <w:r>
                              <w:rPr>
                                <w:rFonts w:ascii="DengXian" w:eastAsia="DengXian" w:cs="Open Sans"/>
                                <w:color w:val="7F7F7F"/>
                                <w:kern w:val="24"/>
                                <w:szCs w:val="20"/>
                                <w:lang w:val="ru-RU"/>
                              </w:rPr>
                              <w:t>Антибиотиктерді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тағайындаудың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қатаң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критерийлерін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қолдану</w:t>
                            </w:r>
                            <w:r>
                              <w:rPr>
                                <w:rFonts w:ascii="DengXian" w:eastAsia="DengXian" w:cs="Open Sans"/>
                                <w:color w:val="7F7F7F"/>
                                <w:kern w:val="24"/>
                                <w:szCs w:val="20"/>
                                <w:lang w:val="ru-RU"/>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BDA9811" id="_x0000_s1045" type="#_x0000_t202" style="position:absolute;left:0;text-align:left;margin-left:382.8pt;margin-top:10.5pt;width:348pt;height:59.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" filled="f" stroked="f">
                <v:textbox>
                  <w:txbxContent>
                    <w:p w:rsidR="00587237" w:rsidRDefault="00587237" w:rsidP="00096566">
                      <w:pPr>
                        <w:pStyle w:val="afd"/>
                        <w:rPr>
                          <w:rFonts w:ascii="DengXian" w:eastAsia="DengXian" w:cs="Open Sans"/>
                          <w:color w:val="7F7F7F"/>
                          <w:kern w:val="24"/>
                          <w:szCs w:val="20"/>
                          <w:lang w:val="ru-RU"/>
                        </w:rPr>
                      </w:pPr>
                      <w:r>
                        <w:rPr>
                          <w:rFonts w:ascii="DengXian" w:eastAsia="DengXian" w:cs="Open Sans"/>
                          <w:color w:val="7F7F7F"/>
                          <w:kern w:val="24"/>
                          <w:szCs w:val="20"/>
                          <w:lang w:val="ru-RU"/>
                        </w:rPr>
                        <w:t>Дәрігерлердің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АТ</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мәселесі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жәнеоның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салдары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туралы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хабардарлығын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арттыру</w:t>
                      </w:r>
                      <w:r>
                        <w:rPr>
                          <w:rFonts w:ascii="DengXian" w:eastAsia="DengXian" w:cs="Open Sans"/>
                          <w:color w:val="7F7F7F"/>
                          <w:kern w:val="24"/>
                          <w:szCs w:val="20"/>
                          <w:lang w:val="ru-RU"/>
                        </w:rPr>
                        <w:t>.</w:t>
                      </w:r>
                    </w:p>
                    <w:p w:rsidR="00587237" w:rsidRPr="00096566" w:rsidRDefault="00587237" w:rsidP="00096566">
                      <w:pPr>
                        <w:pStyle w:val="afd"/>
                        <w:rPr>
                          <w:szCs w:val="20"/>
                          <w:lang w:val="ru-RU"/>
                        </w:rPr>
                      </w:pPr>
                      <w:r>
                        <w:rPr>
                          <w:rFonts w:ascii="DengXian" w:eastAsia="DengXian" w:cs="Open Sans"/>
                          <w:color w:val="7F7F7F"/>
                          <w:kern w:val="24"/>
                          <w:szCs w:val="20"/>
                          <w:lang w:val="ru-RU"/>
                        </w:rPr>
                        <w:t>Антибиотиктерді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тағайындаудың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қатаң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критерийлерін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қолдану</w:t>
                      </w:r>
                      <w:r>
                        <w:rPr>
                          <w:rFonts w:ascii="DengXian" w:eastAsia="DengXian" w:cs="Open Sans"/>
                          <w:color w:val="7F7F7F"/>
                          <w:kern w:val="24"/>
                          <w:szCs w:val="20"/>
                          <w:lang w:val="ru-RU"/>
                        </w:rPr>
                        <w:t>.</w:t>
                      </w:r>
                    </w:p>
                  </w:txbxContent>
                </v:textbox>
              </v:shape>
            </w:pict>
          </mc:Fallback>
        </mc:AlternateContent>
      </w: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096566">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73600" behindDoc="0" locked="0" layoutInCell="1" allowOverlap="1" wp14:anchorId="47D8699C" wp14:editId="54584F8D">
                <wp:simplePos x="0" y="0"/>
                <wp:positionH relativeFrom="column">
                  <wp:posOffset>4817110</wp:posOffset>
                </wp:positionH>
                <wp:positionV relativeFrom="paragraph">
                  <wp:posOffset>31115</wp:posOffset>
                </wp:positionV>
                <wp:extent cx="2642870" cy="338455"/>
                <wp:effectExtent l="0" t="0" r="0" b="0"/>
                <wp:wrapNone/>
                <wp:docPr id="1024" name="TextBox 19"/>
                <wp:cNvGraphicFramePr/>
                <a:graphic xmlns:a="http://schemas.openxmlformats.org/drawingml/2006/main">
                  <a:graphicData uri="http://schemas.microsoft.com/office/word/2010/wordprocessingShape">
                    <wps:wsp>
                      <wps:cNvSpPr txBox="1"/>
                      <wps:spPr>
                        <a:xfrm>
                          <a:off x="0" y="0"/>
                          <a:ext cx="2642870" cy="338455"/>
                        </a:xfrm>
                        <a:prstGeom prst="rect">
                          <a:avLst/>
                        </a:prstGeom>
                        <a:noFill/>
                      </wps:spPr>
                      <wps:txbx>
                        <w:txbxContent>
                          <w:p w:rsidR="00587237" w:rsidRPr="009C6703" w:rsidRDefault="00587237" w:rsidP="00115463">
                            <w:pPr>
                              <w:pStyle w:val="afd"/>
                              <w:rPr>
                                <w:sz w:val="22"/>
                                <w:szCs w:val="22"/>
                                <w:lang w:val="kk-KZ"/>
                              </w:rPr>
                            </w:pPr>
                            <w:r>
                              <w:rPr>
                                <w:rFonts w:ascii="Calibri" w:eastAsia="DengXian" w:hAnsi="Calibri" w:cs="DengXian"/>
                                <w:b/>
                                <w:bCs/>
                                <w:color w:val="7F7F7F"/>
                                <w:kern w:val="24"/>
                                <w:sz w:val="22"/>
                                <w:szCs w:val="22"/>
                                <w:lang w:val="kk-KZ"/>
                              </w:rPr>
                              <w:t xml:space="preserve">Жаһандық серіктестік </w:t>
                            </w:r>
                          </w:p>
                        </w:txbxContent>
                      </wps:txbx>
                      <wps:bodyPr wrap="square" rtlCol="0">
                        <a:spAutoFit/>
                      </wps:bodyPr>
                    </wps:wsp>
                  </a:graphicData>
                </a:graphic>
              </wp:anchor>
            </w:drawing>
          </mc:Choice>
          <mc:Fallback>
            <w:pict>
              <v:shape w14:anchorId="47D8699C" id="TextBox 19" o:spid="_x0000_s1046" type="#_x0000_t202" style="position:absolute;left:0;text-align:left;margin-left:379.3pt;margin-top:2.45pt;width:208.1pt;height:26.6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" filled="f" stroked="f">
                <v:textbox style="mso-fit-shape-to-text:t">
                  <w:txbxContent>
                    <w:p w:rsidR="00587237" w:rsidRPr="009C6703" w:rsidRDefault="00587237" w:rsidP="00115463">
                      <w:pPr>
                        <w:pStyle w:val="afd"/>
                        <w:rPr>
                          <w:sz w:val="22"/>
                          <w:szCs w:val="22"/>
                          <w:lang w:val="kk-KZ"/>
                        </w:rPr>
                      </w:pPr>
                      <w:r>
                        <w:rPr>
                          <w:rFonts w:ascii="Calibri" w:eastAsia="DengXian" w:hAnsi="Calibri" w:cs="DengXian"/>
                          <w:b/>
                          <w:bCs/>
                          <w:color w:val="7F7F7F"/>
                          <w:kern w:val="24"/>
                          <w:sz w:val="22"/>
                          <w:szCs w:val="22"/>
                          <w:lang w:val="kk-KZ"/>
                        </w:rPr>
                        <w:t xml:space="preserve">Жаһандық серіктестік </w:t>
                      </w:r>
                    </w:p>
                  </w:txbxContent>
                </v:textbox>
              </v:shape>
            </w:pict>
          </mc:Fallback>
        </mc:AlternateContent>
      </w:r>
    </w:p>
    <w:p w:rsidR="00115463" w:rsidRPr="00F65AC0" w:rsidRDefault="00096566">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72576" behindDoc="0" locked="0" layoutInCell="1" allowOverlap="1" wp14:anchorId="5AF0B1CF" wp14:editId="5EE22704">
                <wp:simplePos x="0" y="0"/>
                <wp:positionH relativeFrom="column">
                  <wp:posOffset>5004436</wp:posOffset>
                </wp:positionH>
                <wp:positionV relativeFrom="paragraph">
                  <wp:posOffset>51435</wp:posOffset>
                </wp:positionV>
                <wp:extent cx="4400550" cy="761033"/>
                <wp:effectExtent l="0" t="0" r="0" b="0"/>
                <wp:wrapNone/>
                <wp:docPr id="31" name="TextBox 72"/>
                <wp:cNvGraphicFramePr/>
                <a:graphic xmlns:a="http://schemas.openxmlformats.org/drawingml/2006/main">
                  <a:graphicData uri="http://schemas.microsoft.com/office/word/2010/wordprocessingShape">
                    <wps:wsp>
                      <wps:cNvSpPr txBox="1"/>
                      <wps:spPr bwMode="auto">
                        <a:xfrm>
                          <a:off x="0" y="0"/>
                          <a:ext cx="4400550" cy="761033"/>
                        </a:xfrm>
                        <a:prstGeom prst="rect">
                          <a:avLst/>
                        </a:prstGeom>
                        <a:noFill/>
                      </wps:spPr>
                      <wps:txbx>
                        <w:txbxContent>
                          <w:p w:rsidR="00587237" w:rsidRPr="00096566" w:rsidRDefault="006E2BCA" w:rsidP="00115463">
                            <w:pPr>
                              <w:pStyle w:val="afd"/>
                              <w:rPr>
                                <w:szCs w:val="20"/>
                                <w:lang w:val="ru-RU"/>
                              </w:rPr>
                            </w:pPr>
                            <w:r>
                              <w:rPr>
                                <w:rFonts w:ascii="DengXian" w:eastAsia="DengXian" w:cs="Open Sans"/>
                                <w:color w:val="7F7F7F"/>
                                <w:kern w:val="24"/>
                                <w:szCs w:val="20"/>
                                <w:lang w:val="ru-RU"/>
                              </w:rPr>
                              <w:t>Жаһ</w:t>
                            </w:r>
                            <w:r w:rsidR="00587237">
                              <w:rPr>
                                <w:rFonts w:ascii="DengXian" w:eastAsia="DengXian" w:cs="Open Sans"/>
                                <w:color w:val="7F7F7F"/>
                                <w:kern w:val="24"/>
                                <w:szCs w:val="20"/>
                                <w:lang w:val="ru-RU"/>
                              </w:rPr>
                              <w:t>андық</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деңгейде</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төзімділікпен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күресу</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үшін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халықаралық</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келісімдер</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мен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ынтымақтастықты</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қалыптастыру</w:t>
                            </w:r>
                            <w:r w:rsidR="00587237">
                              <w:rPr>
                                <w:rFonts w:ascii="DengXian" w:eastAsia="DengXian" w:cs="Open Sans"/>
                                <w:color w:val="7F7F7F"/>
                                <w:kern w:val="24"/>
                                <w:szCs w:val="20"/>
                                <w:lang w:val="ru-RU"/>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AF0B1CF" id="_x0000_s1047" type="#_x0000_t202" style="position:absolute;left:0;text-align:left;margin-left:394.05pt;margin-top:4.05pt;width:346.5pt;height:5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" filled="f" stroked="f">
                <v:textbox>
                  <w:txbxContent>
                    <w:p w:rsidR="00587237" w:rsidRPr="00096566" w:rsidRDefault="006E2BCA" w:rsidP="00115463">
                      <w:pPr>
                        <w:pStyle w:val="afd"/>
                        <w:rPr>
                          <w:szCs w:val="20"/>
                          <w:lang w:val="ru-RU"/>
                        </w:rPr>
                      </w:pPr>
                      <w:r>
                        <w:rPr>
                          <w:rFonts w:ascii="DengXian" w:eastAsia="DengXian" w:cs="Open Sans"/>
                          <w:color w:val="7F7F7F"/>
                          <w:kern w:val="24"/>
                          <w:szCs w:val="20"/>
                          <w:lang w:val="ru-RU"/>
                        </w:rPr>
                        <w:t>Жаһ</w:t>
                      </w:r>
                      <w:r w:rsidR="00587237">
                        <w:rPr>
                          <w:rFonts w:ascii="DengXian" w:eastAsia="DengXian" w:cs="Open Sans"/>
                          <w:color w:val="7F7F7F"/>
                          <w:kern w:val="24"/>
                          <w:szCs w:val="20"/>
                          <w:lang w:val="ru-RU"/>
                        </w:rPr>
                        <w:t>андық</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деңгейде</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төзімділікпен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күресу</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үшін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халықаралық</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келісімдер</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мен</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ынтымақтастықты</w:t>
                      </w:r>
                      <w:r w:rsidR="00587237">
                        <w:rPr>
                          <w:rFonts w:ascii="DengXian" w:eastAsia="DengXian" w:cs="Open Sans"/>
                          <w:color w:val="7F7F7F"/>
                          <w:kern w:val="24"/>
                          <w:szCs w:val="20"/>
                          <w:lang w:val="ru-RU"/>
                        </w:rPr>
                        <w:t xml:space="preserve"> </w:t>
                      </w:r>
                      <w:r w:rsidR="00587237">
                        <w:rPr>
                          <w:rFonts w:ascii="DengXian" w:eastAsia="DengXian" w:cs="Open Sans"/>
                          <w:color w:val="7F7F7F"/>
                          <w:kern w:val="24"/>
                          <w:szCs w:val="20"/>
                          <w:lang w:val="ru-RU"/>
                        </w:rPr>
                        <w:t>қалыптастыру</w:t>
                      </w:r>
                      <w:r w:rsidR="00587237">
                        <w:rPr>
                          <w:rFonts w:ascii="DengXian" w:eastAsia="DengXian" w:cs="Open Sans"/>
                          <w:color w:val="7F7F7F"/>
                          <w:kern w:val="24"/>
                          <w:szCs w:val="20"/>
                          <w:lang w:val="ru-RU"/>
                        </w:rPr>
                        <w:t>.</w:t>
                      </w:r>
                    </w:p>
                  </w:txbxContent>
                </v:textbox>
              </v:shape>
            </w:pict>
          </mc:Fallback>
        </mc:AlternateContent>
      </w: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115463">
      <w:pPr>
        <w:pStyle w:val="1"/>
        <w:ind w:left="458" w:right="369"/>
        <w:jc w:val="center"/>
      </w:pPr>
    </w:p>
    <w:p w:rsidR="00115463" w:rsidRPr="00F65AC0" w:rsidRDefault="00096566">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76672" behindDoc="0" locked="0" layoutInCell="1" allowOverlap="1" wp14:anchorId="24FFB5F9" wp14:editId="00F4CC0E">
                <wp:simplePos x="0" y="0"/>
                <wp:positionH relativeFrom="column">
                  <wp:posOffset>4277579</wp:posOffset>
                </wp:positionH>
                <wp:positionV relativeFrom="paragraph">
                  <wp:posOffset>26911</wp:posOffset>
                </wp:positionV>
                <wp:extent cx="3594538" cy="338455"/>
                <wp:effectExtent l="0" t="0" r="0" b="0"/>
                <wp:wrapNone/>
                <wp:docPr id="1027" name="TextBox 22"/>
                <wp:cNvGraphicFramePr/>
                <a:graphic xmlns:a="http://schemas.openxmlformats.org/drawingml/2006/main">
                  <a:graphicData uri="http://schemas.microsoft.com/office/word/2010/wordprocessingShape">
                    <wps:wsp>
                      <wps:cNvSpPr txBox="1"/>
                      <wps:spPr>
                        <a:xfrm>
                          <a:off x="0" y="0"/>
                          <a:ext cx="3594538" cy="338455"/>
                        </a:xfrm>
                        <a:prstGeom prst="rect">
                          <a:avLst/>
                        </a:prstGeom>
                        <a:noFill/>
                      </wps:spPr>
                      <wps:txbx>
                        <w:txbxContent>
                          <w:p w:rsidR="00587237" w:rsidRPr="009C6703" w:rsidRDefault="00587237" w:rsidP="00115463">
                            <w:pPr>
                              <w:pStyle w:val="afd"/>
                              <w:rPr>
                                <w:sz w:val="22"/>
                                <w:szCs w:val="22"/>
                                <w:lang w:val="kk-KZ"/>
                              </w:rPr>
                            </w:pPr>
                            <w:r>
                              <w:rPr>
                                <w:rFonts w:ascii="Calibri" w:eastAsia="DengXian" w:hAnsi="Calibri" w:cs="DengXian"/>
                                <w:b/>
                                <w:bCs/>
                                <w:color w:val="7F7F7F"/>
                                <w:kern w:val="24"/>
                                <w:sz w:val="22"/>
                                <w:szCs w:val="22"/>
                                <w:lang w:val="kk-KZ"/>
                              </w:rPr>
                              <w:t>Диагностикалық технологияларды дамыту</w:t>
                            </w:r>
                          </w:p>
                        </w:txbxContent>
                      </wps:txbx>
                      <wps:bodyPr wrap="square" rtlCol="0">
                        <a:spAutoFit/>
                      </wps:bodyPr>
                    </wps:wsp>
                  </a:graphicData>
                </a:graphic>
                <wp14:sizeRelH relativeFrom="margin">
                  <wp14:pctWidth>0</wp14:pctWidth>
                </wp14:sizeRelH>
              </wp:anchor>
            </w:drawing>
          </mc:Choice>
          <mc:Fallback>
            <w:pict>
              <v:shape w14:anchorId="24FFB5F9" id="TextBox 22" o:spid="_x0000_s1048" type="#_x0000_t202" style="position:absolute;left:0;text-align:left;margin-left:336.8pt;margin-top:2.1pt;width:283.05pt;height:26.6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" filled="f" stroked="f">
                <v:textbox style="mso-fit-shape-to-text:t">
                  <w:txbxContent>
                    <w:p w:rsidR="00587237" w:rsidRPr="009C6703" w:rsidRDefault="00587237" w:rsidP="00115463">
                      <w:pPr>
                        <w:pStyle w:val="afd"/>
                        <w:rPr>
                          <w:sz w:val="22"/>
                          <w:szCs w:val="22"/>
                          <w:lang w:val="kk-KZ"/>
                        </w:rPr>
                      </w:pPr>
                      <w:r>
                        <w:rPr>
                          <w:rFonts w:ascii="Calibri" w:eastAsia="DengXian" w:hAnsi="Calibri" w:cs="DengXian"/>
                          <w:b/>
                          <w:bCs/>
                          <w:color w:val="7F7F7F"/>
                          <w:kern w:val="24"/>
                          <w:sz w:val="22"/>
                          <w:szCs w:val="22"/>
                          <w:lang w:val="kk-KZ"/>
                        </w:rPr>
                        <w:t>Диагностикалық технологияларды дамыту</w:t>
                      </w:r>
                    </w:p>
                  </w:txbxContent>
                </v:textbox>
              </v:shape>
            </w:pict>
          </mc:Fallback>
        </mc:AlternateContent>
      </w:r>
    </w:p>
    <w:p w:rsidR="00115463" w:rsidRPr="00F65AC0" w:rsidRDefault="00096566">
      <w:pPr>
        <w:pStyle w:val="1"/>
        <w:ind w:left="458" w:right="369"/>
        <w:jc w:val="center"/>
      </w:pPr>
      <w:r w:rsidRPr="00115463">
        <w:rPr>
          <w:b w:val="0"/>
          <w:bCs w:val="0"/>
          <w:noProof/>
          <w:sz w:val="22"/>
          <w:szCs w:val="22"/>
          <w:lang w:val="ru-RU" w:eastAsia="ru-RU"/>
        </w:rPr>
        <mc:AlternateContent>
          <mc:Choice Requires="wps">
            <w:drawing>
              <wp:anchor distT="0" distB="0" distL="114300" distR="114300" simplePos="0" relativeHeight="251675648" behindDoc="0" locked="0" layoutInCell="1" allowOverlap="1" wp14:anchorId="4A44EA36" wp14:editId="50D9EB24">
                <wp:simplePos x="0" y="0"/>
                <wp:positionH relativeFrom="column">
                  <wp:posOffset>4280535</wp:posOffset>
                </wp:positionH>
                <wp:positionV relativeFrom="paragraph">
                  <wp:posOffset>45720</wp:posOffset>
                </wp:positionV>
                <wp:extent cx="4286250" cy="675308"/>
                <wp:effectExtent l="0" t="0" r="0" b="0"/>
                <wp:wrapNone/>
                <wp:docPr id="1026" name="TextBox 72"/>
                <wp:cNvGraphicFramePr/>
                <a:graphic xmlns:a="http://schemas.openxmlformats.org/drawingml/2006/main">
                  <a:graphicData uri="http://schemas.microsoft.com/office/word/2010/wordprocessingShape">
                    <wps:wsp>
                      <wps:cNvSpPr txBox="1"/>
                      <wps:spPr bwMode="auto">
                        <a:xfrm>
                          <a:off x="0" y="0"/>
                          <a:ext cx="4286250" cy="675308"/>
                        </a:xfrm>
                        <a:prstGeom prst="rect">
                          <a:avLst/>
                        </a:prstGeom>
                        <a:noFill/>
                      </wps:spPr>
                      <wps:txbx>
                        <w:txbxContent>
                          <w:p w:rsidR="00587237" w:rsidRPr="00096566" w:rsidRDefault="00587237" w:rsidP="00115463">
                            <w:pPr>
                              <w:pStyle w:val="afd"/>
                              <w:rPr>
                                <w:szCs w:val="20"/>
                                <w:lang w:val="ru-RU"/>
                              </w:rPr>
                            </w:pPr>
                            <w:r>
                              <w:rPr>
                                <w:rFonts w:ascii="DengXian" w:eastAsia="DengXian" w:cs="Open Sans"/>
                                <w:color w:val="7F7F7F"/>
                                <w:kern w:val="24"/>
                                <w:szCs w:val="20"/>
                                <w:lang w:val="ru-RU"/>
                              </w:rPr>
                              <w:t>Вирустық</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инфекцияларға</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антибиотиктерді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тағайындауды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болдырмау</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үшін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диагностиканың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тез</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және</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дәл</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әдістерін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жасауға</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ықпал</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ету</w:t>
                            </w:r>
                            <w:r>
                              <w:rPr>
                                <w:rFonts w:ascii="DengXian" w:eastAsia="DengXian" w:cs="Open Sans"/>
                                <w:color w:val="7F7F7F"/>
                                <w:kern w:val="24"/>
                                <w:szCs w:val="20"/>
                                <w:lang w:val="ru-RU"/>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44EA36" id="_x0000_s1049" type="#_x0000_t202" style="position:absolute;left:0;text-align:left;margin-left:337.05pt;margin-top:3.6pt;width:337.5pt;height:5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" filled="f" stroked="f">
                <v:textbox>
                  <w:txbxContent>
                    <w:p w:rsidR="00587237" w:rsidRPr="00096566" w:rsidRDefault="00587237" w:rsidP="00115463">
                      <w:pPr>
                        <w:pStyle w:val="afd"/>
                        <w:rPr>
                          <w:szCs w:val="20"/>
                          <w:lang w:val="ru-RU"/>
                        </w:rPr>
                      </w:pPr>
                      <w:r>
                        <w:rPr>
                          <w:rFonts w:ascii="DengXian" w:eastAsia="DengXian" w:cs="Open Sans"/>
                          <w:color w:val="7F7F7F"/>
                          <w:kern w:val="24"/>
                          <w:szCs w:val="20"/>
                          <w:lang w:val="ru-RU"/>
                        </w:rPr>
                        <w:t>Вирустық</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инфекцияларға</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антибиотиктерді</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тағайындауды</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болдырмау</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үшін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диагностиканың</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тез</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және</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дәл</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әдістерін</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жасауға</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ықпал</w:t>
                      </w:r>
                      <w:r>
                        <w:rPr>
                          <w:rFonts w:ascii="DengXian" w:eastAsia="DengXian" w:cs="Open Sans"/>
                          <w:color w:val="7F7F7F"/>
                          <w:kern w:val="24"/>
                          <w:szCs w:val="20"/>
                          <w:lang w:val="ru-RU"/>
                        </w:rPr>
                        <w:t xml:space="preserve"> </w:t>
                      </w:r>
                      <w:r>
                        <w:rPr>
                          <w:rFonts w:ascii="DengXian" w:eastAsia="DengXian" w:cs="Open Sans"/>
                          <w:color w:val="7F7F7F"/>
                          <w:kern w:val="24"/>
                          <w:szCs w:val="20"/>
                          <w:lang w:val="ru-RU"/>
                        </w:rPr>
                        <w:t>ету</w:t>
                      </w:r>
                      <w:r>
                        <w:rPr>
                          <w:rFonts w:ascii="DengXian" w:eastAsia="DengXian" w:cs="Open Sans"/>
                          <w:color w:val="7F7F7F"/>
                          <w:kern w:val="24"/>
                          <w:szCs w:val="20"/>
                          <w:lang w:val="ru-RU"/>
                        </w:rPr>
                        <w:t>.</w:t>
                      </w:r>
                    </w:p>
                  </w:txbxContent>
                </v:textbox>
              </v:shape>
            </w:pict>
          </mc:Fallback>
        </mc:AlternateContent>
      </w:r>
    </w:p>
    <w:p w:rsidR="00115463" w:rsidRPr="00F65AC0" w:rsidRDefault="00115463">
      <w:pPr>
        <w:pStyle w:val="1"/>
        <w:ind w:left="458" w:right="369"/>
        <w:jc w:val="center"/>
      </w:pPr>
    </w:p>
    <w:p w:rsidR="00115463" w:rsidRPr="00F65AC0" w:rsidRDefault="00115463">
      <w:pPr>
        <w:pStyle w:val="1"/>
        <w:ind w:left="458" w:right="369"/>
        <w:jc w:val="center"/>
      </w:pPr>
    </w:p>
    <w:p w:rsidR="00115463" w:rsidRPr="005E6062" w:rsidRDefault="00115463" w:rsidP="00CE37EC">
      <w:pPr>
        <w:pStyle w:val="1"/>
        <w:ind w:right="369"/>
      </w:pPr>
    </w:p>
    <w:p w:rsidR="003D1A55" w:rsidRPr="003D1A55" w:rsidRDefault="00120C5A" w:rsidP="003D1A55">
      <w:pPr>
        <w:pStyle w:val="1"/>
        <w:ind w:left="0" w:right="369"/>
        <w:jc w:val="center"/>
        <w:sectPr w:rsidR="003D1A55" w:rsidRPr="003D1A55" w:rsidSect="00115463">
          <w:pgSz w:w="16840" w:h="11910" w:orient="landscape"/>
          <w:pgMar w:top="1701" w:right="1134" w:bottom="567" w:left="1134" w:header="0" w:footer="882" w:gutter="0"/>
          <w:cols w:space="720"/>
          <w:docGrid w:linePitch="299"/>
        </w:sectPr>
      </w:pPr>
      <w:r>
        <w:t xml:space="preserve">Сурет </w:t>
      </w:r>
      <w:r w:rsidRPr="009F079C">
        <w:t>2</w:t>
      </w:r>
      <w:r w:rsidR="00955D6A">
        <w:t>7 -</w:t>
      </w:r>
      <w:r w:rsidR="003D1A55" w:rsidRPr="005E6062">
        <w:t xml:space="preserve"> Антибиотиктерге </w:t>
      </w:r>
      <w:r w:rsidR="003D1A55">
        <w:t>төзімділікпен күрес жолдары</w:t>
      </w:r>
    </w:p>
    <w:p w:rsidR="00C31DE2" w:rsidRPr="00C31DE2" w:rsidRDefault="00C31DE2" w:rsidP="00C31DE2">
      <w:pPr>
        <w:spacing w:before="1"/>
        <w:ind w:right="425" w:firstLine="709"/>
        <w:jc w:val="both"/>
        <w:rPr>
          <w:sz w:val="28"/>
          <w:szCs w:val="28"/>
        </w:rPr>
      </w:pPr>
      <w:r w:rsidRPr="00C31DE2">
        <w:rPr>
          <w:sz w:val="28"/>
          <w:szCs w:val="28"/>
        </w:rPr>
        <w:t>Амбулаторлық антибиотиктерді тағайындауды жақсарту үшін сәйкес емес тағайындаудың негізгі себептерін жоюға және дәрігердің мінез-құлқын өзгертуге бағытталған араласулар қажет. Мұнда біз пациент пен емделушіге білім беру, коммуникация бойынша білім беру, медициналық көмек көрсету орнында тестілеу, белсенді бақылау және кешіктірілген рецепттер, клиникалық шешімдерді қолдау, аудит және кері байланыс, есеп беретін негіздеме және қоғамдық міндеттеме плакаттарын қоса алғанда, бірнеше ықтимал араласулар бойын</w:t>
      </w:r>
      <w:r w:rsidR="006E2BCA">
        <w:rPr>
          <w:sz w:val="28"/>
          <w:szCs w:val="28"/>
        </w:rPr>
        <w:t>ша бар әдебиеттерді қарастырдық</w:t>
      </w:r>
      <w:r w:rsidRPr="00C31DE2">
        <w:rPr>
          <w:sz w:val="28"/>
          <w:szCs w:val="28"/>
        </w:rPr>
        <w:t>. Бұл араласулар жеке қарастырылғанымен, оларды біріктіріп қолдануға болады және үлкен әсер етуі мүмкін. Антибиотиктерді тағайындауға байланысты күрделі факторлар туралы хабардар болу артуымен, антибиотиктерді басқару күш-жігерін ақпараттандыру үшін мінез-құлық ғылымдарын пайдалану артты, бұл шолуда ерекше назар аударуға тұрарлық. Дәлелдерге негізделген мінез-құлық араласулары қоғамдық денсаулық сақтау агенттіктерінің, соның ішінде CDC, Қоғамдық денсаулық сақтау Англия және Дүниежүзілік денсаулық сақтау ұйымының қызығушылығы мен қолдауына ие болды.</w:t>
      </w:r>
    </w:p>
    <w:p w:rsidR="00C31DE2" w:rsidRPr="00C31DE2" w:rsidRDefault="00C31DE2" w:rsidP="00C31DE2">
      <w:pPr>
        <w:spacing w:before="1"/>
        <w:ind w:right="425" w:firstLine="709"/>
        <w:jc w:val="both"/>
        <w:rPr>
          <w:sz w:val="28"/>
          <w:szCs w:val="28"/>
        </w:rPr>
      </w:pPr>
      <w:r w:rsidRPr="00C31DE2">
        <w:rPr>
          <w:sz w:val="28"/>
          <w:szCs w:val="28"/>
        </w:rPr>
        <w:t>Амбулаторлық микробқа қарсы басқарудың негізгі элементтері (АҚШ ауруларды бақылау және алдын алу орталықтары белгілегендей) мыналарды қамтиды:</w:t>
      </w:r>
    </w:p>
    <w:p w:rsidR="00C31DE2" w:rsidRPr="00C31DE2" w:rsidRDefault="00C31DE2" w:rsidP="00C31DE2">
      <w:pPr>
        <w:ind w:right="425"/>
        <w:jc w:val="both"/>
        <w:rPr>
          <w:sz w:val="28"/>
          <w:szCs w:val="28"/>
        </w:rPr>
      </w:pPr>
      <w:r w:rsidRPr="00C31DE2">
        <w:rPr>
          <w:sz w:val="28"/>
          <w:szCs w:val="28"/>
        </w:rPr>
        <w:t>● Міндеттеме</w:t>
      </w:r>
    </w:p>
    <w:p w:rsidR="00C31DE2" w:rsidRPr="00C31DE2" w:rsidRDefault="00C31DE2" w:rsidP="00C31DE2">
      <w:pPr>
        <w:ind w:right="425"/>
        <w:jc w:val="both"/>
        <w:rPr>
          <w:sz w:val="28"/>
          <w:szCs w:val="28"/>
        </w:rPr>
      </w:pPr>
      <w:r w:rsidRPr="00C31DE2">
        <w:rPr>
          <w:sz w:val="28"/>
          <w:szCs w:val="28"/>
        </w:rPr>
        <w:t>●Саясат және тәжірибе әрекеттері (басқару бағдарламасының интервенциялары)</w:t>
      </w:r>
    </w:p>
    <w:p w:rsidR="00C31DE2" w:rsidRPr="00C31DE2" w:rsidRDefault="00C31DE2" w:rsidP="00C31DE2">
      <w:pPr>
        <w:ind w:right="425"/>
        <w:jc w:val="both"/>
        <w:rPr>
          <w:sz w:val="28"/>
          <w:szCs w:val="28"/>
        </w:rPr>
      </w:pPr>
      <w:r w:rsidRPr="00C31DE2">
        <w:rPr>
          <w:sz w:val="28"/>
          <w:szCs w:val="28"/>
        </w:rPr>
        <w:t>●Бақылау және есеп беру</w:t>
      </w:r>
    </w:p>
    <w:p w:rsidR="00C31DE2" w:rsidRPr="00C31DE2" w:rsidRDefault="00C31DE2" w:rsidP="00C31DE2">
      <w:pPr>
        <w:ind w:right="425"/>
        <w:jc w:val="both"/>
        <w:rPr>
          <w:sz w:val="28"/>
          <w:szCs w:val="28"/>
        </w:rPr>
      </w:pPr>
      <w:r w:rsidRPr="00C31DE2">
        <w:rPr>
          <w:sz w:val="28"/>
          <w:szCs w:val="28"/>
        </w:rPr>
        <w:t>●Білім және тәжірибе</w:t>
      </w:r>
    </w:p>
    <w:p w:rsidR="00C31DE2" w:rsidRPr="00C31DE2" w:rsidRDefault="006E2BCA" w:rsidP="00C31DE2">
      <w:pPr>
        <w:spacing w:before="1"/>
        <w:ind w:right="425" w:firstLine="709"/>
        <w:jc w:val="both"/>
        <w:rPr>
          <w:sz w:val="28"/>
          <w:szCs w:val="28"/>
        </w:rPr>
      </w:pPr>
      <w:r>
        <w:rPr>
          <w:sz w:val="28"/>
          <w:szCs w:val="28"/>
        </w:rPr>
        <w:t>Міндеттеме — д</w:t>
      </w:r>
      <w:r w:rsidR="00C31DE2" w:rsidRPr="00C31DE2">
        <w:rPr>
          <w:sz w:val="28"/>
          <w:szCs w:val="28"/>
        </w:rPr>
        <w:t>әрігерлер микробқа қарсы препараттарды тиісті түрде қолдану жөніндегі міндеттемені сипаттайтын пациенттерді күту бөлімшелеріне мәлімдеме жариялау арқылы микробқа қарсы бақылауды міндеттей алады; бұл әдіс пациенттерді осы мәселе туралы оқытуға мүмкіндік береді.</w:t>
      </w:r>
    </w:p>
    <w:p w:rsidR="00C31DE2" w:rsidRPr="00C31DE2" w:rsidRDefault="00C31DE2" w:rsidP="00C31DE2">
      <w:pPr>
        <w:spacing w:before="1"/>
        <w:ind w:right="425" w:firstLine="709"/>
        <w:jc w:val="both"/>
        <w:rPr>
          <w:sz w:val="28"/>
          <w:szCs w:val="28"/>
        </w:rPr>
      </w:pPr>
      <w:r w:rsidRPr="00C31DE2">
        <w:rPr>
          <w:sz w:val="28"/>
          <w:szCs w:val="28"/>
        </w:rPr>
        <w:t>Клиника мен денсаулық сақтау жүйесінің басшылығы басқарушылық күш-жігерге жетекшілік ететін көшбасшыны анықтау, соның ішінде лауазымдық нұсқаулықтардағы немесе жоғарылату критерийлеріндегі осындай әрекеттерді анықтау және микробқа қарсы препараттарды тағайындау тәжірибесіне қатысты пациенттердің тиісті күтулерін белгілеу үшін емхананың барлық қызметкерлерімен байланысу арқылы микробқа қарсы басқаруға адалдығын көрсете алады.</w:t>
      </w:r>
    </w:p>
    <w:p w:rsidR="00C31DE2" w:rsidRPr="00C31DE2" w:rsidRDefault="00C31DE2" w:rsidP="00C31DE2">
      <w:pPr>
        <w:spacing w:before="1"/>
        <w:ind w:right="425" w:firstLine="709"/>
        <w:jc w:val="both"/>
        <w:rPr>
          <w:sz w:val="28"/>
          <w:szCs w:val="28"/>
        </w:rPr>
      </w:pPr>
      <w:r w:rsidRPr="00C31DE2">
        <w:rPr>
          <w:sz w:val="28"/>
          <w:szCs w:val="28"/>
        </w:rPr>
        <w:t>Басқару бағдарламасының іс-шаралары — микробқа қарсы препараттарды оңтайлы пайдалануды ынталандыру үшін бір немесе бірнеше іс-шаралар жүзеге асырылуы керек. Төменде амбулаториялық емха</w:t>
      </w:r>
      <w:r w:rsidR="006E2BCA">
        <w:rPr>
          <w:sz w:val="28"/>
          <w:szCs w:val="28"/>
        </w:rPr>
        <w:t>надағы араласулар талқыланады; а</w:t>
      </w:r>
      <w:r w:rsidRPr="00C31DE2">
        <w:rPr>
          <w:sz w:val="28"/>
          <w:szCs w:val="28"/>
        </w:rPr>
        <w:t>уруханаларда жиі қолданылатын басқарудың кейбір араласулары амбулаториялық жағдайларда да қолданылады.</w:t>
      </w:r>
    </w:p>
    <w:p w:rsidR="00C31DE2" w:rsidRPr="00C31DE2" w:rsidRDefault="00C31DE2" w:rsidP="00C31DE2">
      <w:pPr>
        <w:spacing w:before="1"/>
        <w:ind w:right="425" w:firstLine="709"/>
        <w:jc w:val="both"/>
        <w:rPr>
          <w:sz w:val="28"/>
          <w:szCs w:val="28"/>
        </w:rPr>
      </w:pPr>
      <w:r w:rsidRPr="00C31DE2">
        <w:rPr>
          <w:sz w:val="28"/>
          <w:szCs w:val="28"/>
        </w:rPr>
        <w:t>Жоғары басымдықты жағдайлардың анықтамасы - бұл емхана дәрігерлері әдетте ең жақсы микробқа қарсы препараттарды тағайындау тәжірибесінен ауытқыған жағдайлар; оларға микробқа қарсы препараттардың шамадан тыс тағайындалуы, аз тағайындалуы немесе дұрыс емес (дұрыс емес микробқа қарсы агент, доза немесе әсер ету ұзақтығы) жағдайлары жатады.</w:t>
      </w:r>
    </w:p>
    <w:p w:rsidR="00C31DE2" w:rsidRPr="00C31DE2" w:rsidRDefault="00C31DE2" w:rsidP="00C31DE2">
      <w:pPr>
        <w:spacing w:before="1"/>
        <w:ind w:right="425" w:firstLine="709"/>
        <w:jc w:val="both"/>
        <w:rPr>
          <w:sz w:val="28"/>
          <w:szCs w:val="28"/>
        </w:rPr>
      </w:pPr>
      <w:r w:rsidRPr="00C31DE2">
        <w:rPr>
          <w:sz w:val="28"/>
          <w:szCs w:val="28"/>
        </w:rPr>
        <w:t>Медициналық қызмет көрсетушілердің пациенттердің микробқа қарсы препараттарды қабылдауға дайындығы туралы түсініктері жиі дұрыс емес. Коммуникациялық тренинг, соның ішінде ортақ шешім қабылдау, дәрігер тағайындаушыларға қажетсіз микробқа қарсы препараттарды тағайындаудан аулақ болуға көмектеседі. Мысалы, клиниктерге микробқа қарсы препараттардың жанама әсерлері туралы білім беру және симптомдарды жеңілдетудің балама түрлері бойынша ұсыныстар ұсыну пайдалы.</w:t>
      </w:r>
    </w:p>
    <w:p w:rsidR="00C31DE2" w:rsidRPr="00C31DE2" w:rsidRDefault="00C31DE2" w:rsidP="006E2BCA">
      <w:pPr>
        <w:spacing w:before="1"/>
        <w:ind w:right="425" w:firstLine="567"/>
        <w:jc w:val="both"/>
        <w:rPr>
          <w:sz w:val="28"/>
          <w:szCs w:val="28"/>
        </w:rPr>
      </w:pPr>
      <w:r w:rsidRPr="00C31DE2">
        <w:rPr>
          <w:sz w:val="28"/>
          <w:szCs w:val="28"/>
        </w:rPr>
        <w:t>Микробқа қарсы препараттарды тағайындау стандарттарын белгілеу; бұл тиісті микробқа қарсы препараттарды тағайындау үшін нақты күтулерді белгілеу үшін ұлттық нұсқаулықтарды енгізуді және/немесе сайтқа арналған нұсқауларды (егер қолданылса) әзірлеуді қамтуы мүмкін. Мысал ретінде, бір зерттеуде жалпы амбулаториялық инфекцияларды емдеудің клиникалық әдістерін қолдану жедел респираторлық инфекциялар үшін микробқа қарсы рецепттердің азаюымен байланысты екенін атап өтті.</w:t>
      </w:r>
    </w:p>
    <w:p w:rsidR="00C31DE2" w:rsidRPr="00C31DE2" w:rsidRDefault="00C31DE2" w:rsidP="00C31DE2">
      <w:pPr>
        <w:spacing w:before="1"/>
        <w:ind w:right="425" w:firstLine="709"/>
        <w:jc w:val="both"/>
        <w:rPr>
          <w:sz w:val="28"/>
          <w:szCs w:val="28"/>
        </w:rPr>
      </w:pPr>
      <w:r w:rsidRPr="00C31DE2">
        <w:rPr>
          <w:sz w:val="28"/>
          <w:szCs w:val="28"/>
        </w:rPr>
        <w:t>Медициналық провайдерлер көбінесе микробқа қарсы препараттарды қажет болғаннан ұзағырақ тағайындайды. Клиникалық тәсілдер микробқа қарсы препараттарды қолданудың күтпеген салдарын шектеу үшін дәлелдемелермен расталған терапияның ең қысқа тиімді ұзақтығына ықпал ете алады. Фармацевттің рецептілерді қарап шығуы қолайлы емдеу ұзақтығын сақтауды жеңілдетуі мүмкін.</w:t>
      </w:r>
    </w:p>
    <w:p w:rsidR="00C31DE2" w:rsidRPr="00C31DE2" w:rsidRDefault="00C31DE2" w:rsidP="00C31DE2">
      <w:pPr>
        <w:spacing w:before="1"/>
        <w:ind w:right="425" w:firstLine="709"/>
        <w:jc w:val="both"/>
        <w:rPr>
          <w:sz w:val="28"/>
          <w:szCs w:val="28"/>
        </w:rPr>
      </w:pPr>
      <w:r w:rsidRPr="00C31DE2">
        <w:rPr>
          <w:sz w:val="28"/>
          <w:szCs w:val="28"/>
        </w:rPr>
        <w:t>Дәрігерлерді оқыту қажет, бірақ микробқа қарсы препараттарды тағайындауды жақсарту үшін қажетті өзгерістерді енгізу үшін жеткіліксіз. Бастапқы медициналық көмек дәрігерлері, мейірбикелер және дәрігер көмекшілері арасында жүргізілген бір сауалнамада провайдерлер әдетте олармен таныс болса да нұсқауларды орындамайтынын атап өтті. Микробқа қарсы тұрақтылықтың жалпы мәселесіне қатысты алаңдаушылық әдетте микробқа қарсы препараттарды қолдану туралы шешім қабылдауда ескерілмейді.</w:t>
      </w:r>
    </w:p>
    <w:p w:rsidR="00C31DE2" w:rsidRPr="00C31DE2" w:rsidRDefault="00C31DE2" w:rsidP="00C31DE2">
      <w:pPr>
        <w:spacing w:before="1"/>
        <w:ind w:right="425" w:firstLine="709"/>
        <w:jc w:val="both"/>
        <w:rPr>
          <w:sz w:val="28"/>
          <w:szCs w:val="28"/>
        </w:rPr>
      </w:pPr>
      <w:r w:rsidRPr="00C31DE2">
        <w:rPr>
          <w:sz w:val="28"/>
          <w:szCs w:val="28"/>
        </w:rPr>
        <w:t>Басқару шаралары — клиника мен денсаулық сақтау жүйесін басқару микробқа қарсы препараттарды тағайындауды жақсарту үшін келесі шараларды жүзеге асыра алады:</w:t>
      </w:r>
    </w:p>
    <w:p w:rsidR="00C31DE2" w:rsidRPr="00C31DE2" w:rsidRDefault="00C31DE2" w:rsidP="00C31DE2">
      <w:pPr>
        <w:spacing w:before="1"/>
        <w:ind w:right="425"/>
        <w:jc w:val="both"/>
        <w:rPr>
          <w:sz w:val="28"/>
          <w:szCs w:val="28"/>
        </w:rPr>
      </w:pPr>
      <w:r w:rsidRPr="00C31DE2">
        <w:rPr>
          <w:sz w:val="28"/>
          <w:szCs w:val="28"/>
        </w:rPr>
        <w:t>● Микробқа қарсы препараттарды қолданудың пайдасы мен зиянын талқылау стратегияларын, өзін-өзі шектейтін жағдайларды басқаруды, болжамға қатысты пациенттің алаңдаушылығын және емделушінің микробқа қарсы препараттарға қатысты күтулерін басқаруға қатысты емделушінің алаңдаушылығын ілгерілету үшін емхана дәрігерлеріне коммуникативті дағды</w:t>
      </w:r>
      <w:r w:rsidR="006E2BCA">
        <w:rPr>
          <w:sz w:val="28"/>
          <w:szCs w:val="28"/>
        </w:rPr>
        <w:t>ларды үйретуді қамтамасыз ету</w:t>
      </w:r>
      <w:r w:rsidRPr="00C31DE2">
        <w:rPr>
          <w:sz w:val="28"/>
          <w:szCs w:val="28"/>
        </w:rPr>
        <w:t>.</w:t>
      </w:r>
    </w:p>
    <w:p w:rsidR="00C31DE2" w:rsidRPr="00C31DE2" w:rsidRDefault="00C31DE2" w:rsidP="00C31DE2">
      <w:pPr>
        <w:spacing w:before="1"/>
        <w:ind w:right="425"/>
        <w:jc w:val="both"/>
        <w:rPr>
          <w:sz w:val="28"/>
          <w:szCs w:val="28"/>
        </w:rPr>
      </w:pPr>
      <w:r w:rsidRPr="00C31DE2">
        <w:rPr>
          <w:sz w:val="28"/>
          <w:szCs w:val="28"/>
        </w:rPr>
        <w:t>● Клиникалық жұмыс процесінің бөлігі ретінде микробқа қарсы шешім қабылдауға қолдау кө</w:t>
      </w:r>
      <w:r w:rsidR="006E2BCA">
        <w:rPr>
          <w:sz w:val="28"/>
          <w:szCs w:val="28"/>
        </w:rPr>
        <w:t>рсету</w:t>
      </w:r>
      <w:r w:rsidRPr="00C31DE2">
        <w:rPr>
          <w:sz w:val="28"/>
          <w:szCs w:val="28"/>
        </w:rPr>
        <w:t>.</w:t>
      </w:r>
    </w:p>
    <w:p w:rsidR="00C31DE2" w:rsidRPr="00C31DE2" w:rsidRDefault="00C31DE2" w:rsidP="00C31DE2">
      <w:pPr>
        <w:spacing w:before="1"/>
        <w:ind w:right="425"/>
        <w:jc w:val="both"/>
        <w:rPr>
          <w:sz w:val="28"/>
          <w:szCs w:val="28"/>
        </w:rPr>
      </w:pPr>
      <w:r w:rsidRPr="00C31DE2">
        <w:rPr>
          <w:sz w:val="28"/>
          <w:szCs w:val="28"/>
        </w:rPr>
        <w:t>● Барлық микробқа қарсы рецепттер үшін медициналық жазбад</w:t>
      </w:r>
      <w:r w:rsidR="006E2BCA">
        <w:rPr>
          <w:sz w:val="28"/>
          <w:szCs w:val="28"/>
        </w:rPr>
        <w:t>а жазбаша негіздеме талап ету</w:t>
      </w:r>
      <w:r w:rsidRPr="00C31DE2">
        <w:rPr>
          <w:sz w:val="28"/>
          <w:szCs w:val="28"/>
        </w:rPr>
        <w:t>.</w:t>
      </w:r>
    </w:p>
    <w:p w:rsidR="00C31DE2" w:rsidRPr="00C31DE2" w:rsidRDefault="00C31DE2" w:rsidP="00C31DE2">
      <w:pPr>
        <w:spacing w:before="1"/>
        <w:ind w:right="425" w:firstLine="709"/>
        <w:jc w:val="both"/>
        <w:rPr>
          <w:sz w:val="28"/>
          <w:szCs w:val="28"/>
        </w:rPr>
      </w:pPr>
      <w:r w:rsidRPr="00C31DE2">
        <w:rPr>
          <w:sz w:val="28"/>
          <w:szCs w:val="28"/>
        </w:rPr>
        <w:t>Бақылау және есеп беру</w:t>
      </w:r>
      <w:r w:rsidR="006E2BCA">
        <w:rPr>
          <w:sz w:val="28"/>
          <w:szCs w:val="28"/>
        </w:rPr>
        <w:t xml:space="preserve"> - д</w:t>
      </w:r>
      <w:r w:rsidRPr="00C31DE2">
        <w:rPr>
          <w:sz w:val="28"/>
          <w:szCs w:val="28"/>
        </w:rPr>
        <w:t>әрігердің микробқа қарсы препараттарды тағайындауын қадағалау және есеп беру (аудит және кері байланыс деп те аталады) тәжірибедегі өзгерістерді бағыттай алады және микробқа қарсы препараттарды тағайындауды жақсартудағы прогресті бағалау үшін пайдаланылады.</w:t>
      </w:r>
    </w:p>
    <w:p w:rsidR="00C31DE2" w:rsidRPr="00C31DE2" w:rsidRDefault="00C31DE2" w:rsidP="00C31DE2">
      <w:pPr>
        <w:spacing w:before="1"/>
        <w:ind w:right="425" w:firstLine="709"/>
        <w:jc w:val="both"/>
        <w:rPr>
          <w:sz w:val="28"/>
          <w:szCs w:val="28"/>
        </w:rPr>
      </w:pPr>
      <w:r w:rsidRPr="00C31DE2">
        <w:rPr>
          <w:sz w:val="28"/>
          <w:szCs w:val="28"/>
        </w:rPr>
        <w:t>Сәйкес диагностикалық критерийлердің орындалғанын, микробқа қарсы препараттың диагнозға сәйкестігін, таңдалған микробқа қарсы препарат ұсынылған агент болған-болмайтынын және доза мен емдеу ұзақтығының сәйкестігін бағалау үшін жоғары басымдықты жағдайларды қадағалау және хабарлау пайдаланылуы мүмкін.</w:t>
      </w:r>
    </w:p>
    <w:p w:rsidR="00C31DE2" w:rsidRPr="00C31DE2" w:rsidRDefault="00C31DE2" w:rsidP="00C31DE2">
      <w:pPr>
        <w:spacing w:before="1"/>
        <w:ind w:right="425" w:firstLine="567"/>
        <w:jc w:val="both"/>
        <w:rPr>
          <w:sz w:val="28"/>
          <w:szCs w:val="28"/>
        </w:rPr>
      </w:pPr>
      <w:r w:rsidRPr="00C31DE2">
        <w:rPr>
          <w:sz w:val="28"/>
          <w:szCs w:val="28"/>
        </w:rPr>
        <w:t>Мүмкіндігінше, микробқа қарсы препараттардың тағайындалуын жеке дәрігердің бақылауы жақсырақ (жеке кері байланыс берілген). Клиниктердің жұмысын олардың ең жоғары және ең төмен нәтижелі әріптестерінің көрсеткіштерімен салыстыру тиімді кері байланыс әрекеті болып табылады.</w:t>
      </w:r>
    </w:p>
    <w:p w:rsidR="00C31DE2" w:rsidRPr="00C31DE2" w:rsidRDefault="00C31DE2" w:rsidP="00C31DE2">
      <w:pPr>
        <w:spacing w:before="1"/>
        <w:ind w:right="425" w:firstLine="709"/>
        <w:jc w:val="both"/>
        <w:rPr>
          <w:sz w:val="28"/>
          <w:szCs w:val="28"/>
        </w:rPr>
      </w:pPr>
      <w:r w:rsidRPr="00C31DE2">
        <w:rPr>
          <w:sz w:val="28"/>
          <w:szCs w:val="28"/>
        </w:rPr>
        <w:t>Бұған қоса, микробқа қарсы препараттарды қолданудың асқынуларын (мысалы, C. difficile инфекциялары, дәрілік өзара әрекеттесулер және дәрілік жанама әсерлер) және микробқа қарсы төзімділік тенденцияларын бақылау және хабарлау пайдалы.</w:t>
      </w:r>
    </w:p>
    <w:p w:rsidR="00C31DE2" w:rsidRPr="00C31DE2" w:rsidRDefault="00C31DE2" w:rsidP="00C31DE2">
      <w:pPr>
        <w:spacing w:before="1"/>
        <w:ind w:right="425" w:firstLine="709"/>
        <w:jc w:val="both"/>
        <w:rPr>
          <w:sz w:val="28"/>
          <w:szCs w:val="28"/>
        </w:rPr>
      </w:pPr>
      <w:r w:rsidRPr="00C31DE2">
        <w:rPr>
          <w:sz w:val="28"/>
          <w:szCs w:val="28"/>
        </w:rPr>
        <w:t>Білім және тәжірибе — микробқа қарсы препараттарды дұрыс қолдану бойынша білім беру пациенттер мен дәрігерлерді қамтуы керек.</w:t>
      </w:r>
    </w:p>
    <w:p w:rsidR="00C31DE2" w:rsidRPr="00C31DE2" w:rsidRDefault="00C31DE2" w:rsidP="00C31DE2">
      <w:pPr>
        <w:spacing w:before="1"/>
        <w:ind w:right="425" w:firstLine="709"/>
        <w:jc w:val="both"/>
        <w:rPr>
          <w:sz w:val="28"/>
          <w:szCs w:val="28"/>
        </w:rPr>
      </w:pPr>
      <w:r w:rsidRPr="00C31DE2">
        <w:rPr>
          <w:sz w:val="28"/>
          <w:szCs w:val="28"/>
        </w:rPr>
        <w:t>Дәрігерлер пациенттерді микробқа қарсы препараттарды дұрыс қолдану туралы келесі жолдармен үйрете алады:</w:t>
      </w:r>
    </w:p>
    <w:p w:rsidR="00C31DE2" w:rsidRPr="00456C87" w:rsidRDefault="00456C87" w:rsidP="00456C87">
      <w:pPr>
        <w:pStyle w:val="a7"/>
        <w:numPr>
          <w:ilvl w:val="0"/>
          <w:numId w:val="48"/>
        </w:numPr>
        <w:spacing w:before="1"/>
        <w:ind w:left="0" w:right="425" w:firstLine="567"/>
        <w:jc w:val="both"/>
        <w:rPr>
          <w:sz w:val="28"/>
          <w:szCs w:val="28"/>
        </w:rPr>
      </w:pPr>
      <w:r>
        <w:rPr>
          <w:sz w:val="28"/>
          <w:szCs w:val="28"/>
        </w:rPr>
        <w:t>н</w:t>
      </w:r>
      <w:r w:rsidR="00C31DE2" w:rsidRPr="00456C87">
        <w:rPr>
          <w:sz w:val="28"/>
          <w:szCs w:val="28"/>
        </w:rPr>
        <w:t>ауқастарды микробқа қарсы препараттар қашан қажет және қашан қажет еместігі туралы оқыту. Пациенттерге вирустық инфекциялар үшін микробқа қарсы препараттарды қолданудың пайдасы жоқ екенін және кейбір бактериялық инфекциялардың (жеңіл синус пен құлақ инфекциялары сияқты) микробқа қарсы препараттарды қолданбай-ақ жақсаруы мүмкін екендігі туралы хабардар ету керек. Бұған қоса, симптомдарды емдеу бойынша ұсыныстар мен симптомдар нашарлаған немесе жақсармаған жағдайда дәрігерге қашан жүгіну керектігі туралы нұсқаулар берілуі керек.</w:t>
      </w:r>
    </w:p>
    <w:p w:rsidR="00C31DE2" w:rsidRPr="00456C87" w:rsidRDefault="00C31DE2" w:rsidP="00456C87">
      <w:pPr>
        <w:pStyle w:val="a7"/>
        <w:numPr>
          <w:ilvl w:val="0"/>
          <w:numId w:val="48"/>
        </w:numPr>
        <w:spacing w:before="1"/>
        <w:ind w:left="0" w:right="425" w:firstLine="567"/>
        <w:jc w:val="both"/>
        <w:rPr>
          <w:sz w:val="28"/>
          <w:szCs w:val="28"/>
        </w:rPr>
      </w:pPr>
      <w:r w:rsidRPr="00456C87">
        <w:rPr>
          <w:sz w:val="28"/>
          <w:szCs w:val="28"/>
        </w:rPr>
        <w:t>пациенттерді микробқа қарсы емнің ықтимал зияны туралы ақпараттандыру; оларға жүрек айнуы, іштің ауыруы, диарея, C. difficile инфекциясы және аллергиялық реакциялар жатады. Пациенттерге білім беру материалдарын беру бұл процесті жеңілдетеді.</w:t>
      </w:r>
    </w:p>
    <w:p w:rsidR="005A469E" w:rsidRDefault="00C31DE2" w:rsidP="0090095E">
      <w:pPr>
        <w:spacing w:before="1"/>
        <w:ind w:right="425" w:firstLine="709"/>
        <w:jc w:val="both"/>
        <w:rPr>
          <w:sz w:val="28"/>
          <w:szCs w:val="28"/>
        </w:rPr>
      </w:pPr>
      <w:r w:rsidRPr="00C31DE2">
        <w:rPr>
          <w:sz w:val="28"/>
          <w:szCs w:val="28"/>
        </w:rPr>
        <w:t>Емхана мен денсаулық сақтау жүйесінің жетекшілері ресми оқыту және үздіксіз білім алу мүмкіндіктерін қамтамасыз ету және тиісті білімі бар адамдарға (фармацевттер мен жұқпалы аурулар бойынша кеңесшілер сияқты) дер кезінде қол жеткізуді қамтамасыз ету арқылы дәрігерлердің оқуын жеңілдете алады.</w:t>
      </w:r>
    </w:p>
    <w:p w:rsidR="00456C87" w:rsidRPr="0090095E" w:rsidRDefault="00456C87" w:rsidP="0090095E">
      <w:pPr>
        <w:spacing w:before="1"/>
        <w:ind w:right="425" w:firstLine="709"/>
        <w:jc w:val="both"/>
        <w:rPr>
          <w:sz w:val="28"/>
          <w:szCs w:val="28"/>
        </w:rPr>
      </w:pPr>
    </w:p>
    <w:p w:rsidR="00161ED5" w:rsidRPr="00B0236C" w:rsidRDefault="006D3B17">
      <w:pPr>
        <w:pStyle w:val="1"/>
        <w:ind w:left="458" w:right="369"/>
        <w:jc w:val="center"/>
      </w:pPr>
      <w:r w:rsidRPr="00B0236C">
        <w:t>ҚОРЫТЫНДЫ</w:t>
      </w:r>
    </w:p>
    <w:p w:rsidR="00161ED5" w:rsidRPr="00B0236C" w:rsidRDefault="00161ED5">
      <w:pPr>
        <w:pStyle w:val="a5"/>
        <w:spacing w:before="8"/>
        <w:ind w:left="0" w:firstLine="0"/>
        <w:jc w:val="left"/>
        <w:rPr>
          <w:b/>
        </w:rPr>
      </w:pPr>
    </w:p>
    <w:p w:rsidR="00F65AC0" w:rsidRDefault="00F65AC0" w:rsidP="00C660FA">
      <w:pPr>
        <w:ind w:firstLine="567"/>
        <w:jc w:val="both"/>
        <w:rPr>
          <w:sz w:val="28"/>
          <w:szCs w:val="28"/>
        </w:rPr>
      </w:pPr>
      <w:r w:rsidRPr="00F65AC0">
        <w:rPr>
          <w:sz w:val="28"/>
          <w:szCs w:val="28"/>
        </w:rPr>
        <w:t>Бұл зерттеуде антибиотиктерді қолдануға, тиісті қолдану туралы білім деңгейіне, антибиотиктерге төзімділік мәселесін түсінуге және бұл туралы Шығыс Қазақстан облысында не істеуге болатынына қатысты бірқатар маңызды тұжырымдар келтірілген. Бұл тұжырымдар қоғамды ақпараттандыру үшін болашақ күш-жігерді қалыптастыруға да, осы күш-жігердің тиімділігін бағалауға да көмектеседі. Антибиотиктерге төзімділік жаһандық денсаулыққа ең үлкен қауіптердің бірі болып табылады. Бұл кез-келген адамға, кез-келген жасқа, кез-келген елге әсер етуі мүмкін. Антибиотиктерге төзімділік табиғи түрде пайда болғанымен, адамдар мен жануарларда антибиотиктерді шамадан тыс қолдану бұл процесті тездетеді. Қоғамның барлық деңгейлерінде әсерді азайту және қарсылықтың таралуын шектеу бойынша шаралар қабылдануы мүмкін, соның ішінде тиісті гигиена мен вакцинация арқылы инфекцияның алдын алуға, антиби</w:t>
      </w:r>
      <w:r w:rsidR="00456C87">
        <w:rPr>
          <w:sz w:val="28"/>
          <w:szCs w:val="28"/>
        </w:rPr>
        <w:t>отиктерді тек сертификатталған д</w:t>
      </w:r>
      <w:r w:rsidRPr="00F65AC0">
        <w:rPr>
          <w:sz w:val="28"/>
          <w:szCs w:val="28"/>
        </w:rPr>
        <w:t>енсаулық сақтау маманының нұсқауы бойынша қолдануға, толық курстан өтуге және қалдықтарды ешқашан бөліспеуге немесе пайдаланбау</w:t>
      </w:r>
      <w:r w:rsidR="00456C87">
        <w:rPr>
          <w:sz w:val="28"/>
          <w:szCs w:val="28"/>
        </w:rPr>
        <w:t xml:space="preserve">. </w:t>
      </w:r>
      <w:r w:rsidRPr="00F65AC0">
        <w:rPr>
          <w:sz w:val="28"/>
          <w:szCs w:val="28"/>
        </w:rPr>
        <w:t xml:space="preserve">Осы себепті адамдардың </w:t>
      </w:r>
      <w:r w:rsidR="00456C87">
        <w:rPr>
          <w:sz w:val="28"/>
          <w:szCs w:val="28"/>
        </w:rPr>
        <w:t xml:space="preserve">бұл </w:t>
      </w:r>
      <w:r w:rsidRPr="00F65AC0">
        <w:rPr>
          <w:sz w:val="28"/>
          <w:szCs w:val="28"/>
        </w:rPr>
        <w:t>мәселені</w:t>
      </w:r>
      <w:r w:rsidR="00456C87">
        <w:rPr>
          <w:sz w:val="28"/>
          <w:szCs w:val="28"/>
        </w:rPr>
        <w:t>ң маңыздылығын</w:t>
      </w:r>
      <w:r w:rsidRPr="00F65AC0">
        <w:rPr>
          <w:sz w:val="28"/>
          <w:szCs w:val="28"/>
        </w:rPr>
        <w:t xml:space="preserve"> және олардың мінез-құлқын қалай өзгерте алатынын түсінуі өте маңызды. Осыған байланысты осы сауалнаманың нәтижелері әлі көп нәрсе істеу керек екенін көрсетеді. Олар адамдар бұл мәселені түсінгенімен, оның себебін және бұл туралы не істей алатынын толық түсінбейтінін көрсетеді.</w:t>
      </w:r>
    </w:p>
    <w:p w:rsidR="00F65AC0" w:rsidRPr="00F65AC0" w:rsidRDefault="00F65AC0" w:rsidP="00F65AC0">
      <w:pPr>
        <w:ind w:firstLine="567"/>
        <w:jc w:val="both"/>
        <w:rPr>
          <w:i/>
          <w:sz w:val="28"/>
          <w:szCs w:val="28"/>
        </w:rPr>
      </w:pPr>
      <w:r w:rsidRPr="00F65AC0">
        <w:rPr>
          <w:i/>
          <w:sz w:val="28"/>
          <w:szCs w:val="28"/>
        </w:rPr>
        <w:t xml:space="preserve">Антибиотиктерді қолдану </w:t>
      </w:r>
    </w:p>
    <w:p w:rsidR="00DD2F72" w:rsidRDefault="00F65AC0" w:rsidP="00F65AC0">
      <w:pPr>
        <w:ind w:firstLine="567"/>
        <w:jc w:val="both"/>
        <w:rPr>
          <w:sz w:val="28"/>
          <w:szCs w:val="28"/>
        </w:rPr>
      </w:pPr>
      <w:r w:rsidRPr="00F65AC0">
        <w:rPr>
          <w:sz w:val="28"/>
          <w:szCs w:val="28"/>
        </w:rPr>
        <w:t>Антибиотиктерді қолдану сауалнамасының нәтижелері антибиотиктердің қаншалықты жиі қабылданатынын көрсетеді, респонденттердің төрттен бір бөлігі (21,7%) оларды соңғы айда қабылдағанын хабарлады. Бұл таралу антибиотиктерге төзімділікке қарсы қоғамдық науқандар үшін өте маңызды — тұтынудың жоғары деңгейі мәселені нашарлататындықтан да, егер олар қабылдаған антибиотиктер тиімсіз болып қалса, қысқа уақыт ішінде қанша адамға әсер етуі мүмкін екенін көрсетеді. Осылайша, бұл қалған қорытындылар үшін контекст береді. Адамдардың антибиотиктерді қалай қабылдағаны және оларды қалай қабылдау керектігі туралы ұсыныстар алған-алмағаны туралы сауалнама нәтижелері респонденттердің айтарлықтай көпшілігі антибиотиктердің соңғы курсын немесе рецептін дәрігерден немесе медбикеден (5</w:t>
      </w:r>
      <w:r w:rsidR="00DD2F72">
        <w:rPr>
          <w:sz w:val="28"/>
          <w:szCs w:val="28"/>
        </w:rPr>
        <w:t>2,4%) алғанын және олар туралы д</w:t>
      </w:r>
      <w:r w:rsidRPr="00F65AC0">
        <w:rPr>
          <w:sz w:val="28"/>
          <w:szCs w:val="28"/>
        </w:rPr>
        <w:t xml:space="preserve">енсаулық сақтау маманынан </w:t>
      </w:r>
      <w:r w:rsidR="00DD2F72" w:rsidRPr="00DD2F72">
        <w:rPr>
          <w:sz w:val="28"/>
          <w:szCs w:val="28"/>
        </w:rPr>
        <w:t>оларды қалай қабылдау керек (51,4 %)</w:t>
      </w:r>
      <w:r w:rsidR="00DD2F72">
        <w:rPr>
          <w:sz w:val="28"/>
          <w:szCs w:val="28"/>
        </w:rPr>
        <w:t xml:space="preserve"> бойынша </w:t>
      </w:r>
      <w:r w:rsidRPr="00F65AC0">
        <w:rPr>
          <w:sz w:val="28"/>
          <w:szCs w:val="28"/>
        </w:rPr>
        <w:t xml:space="preserve">кеңес алғанын көрсетеді. Бұл факторлар антибиотиктердің тиісті жағдайды және тиісті түрде емдеу үшін қабылдануы ықтимал екенін көрсетеді, екеуі де антибиотиктерге төзімділікпен күресу контекстінде маңызды. Сондай-ақ, 87,3% - ы антибиотиктерді медициналық дүкеннен немесе дәріханадан сатып алғанын айтады, дегенмен бұл өзін-өзі есеп беретін сауалнама екенін ескеру маңызды және "шектеулер" бөлімінде бұрын айтылғандай, бұл респонденттер дұрыс деп санайтын жауап берген кезде кейбір жағымсыздықтарға әкелуі мүмкін. </w:t>
      </w:r>
    </w:p>
    <w:p w:rsidR="00F65AC0" w:rsidRPr="00F65AC0" w:rsidRDefault="00F65AC0" w:rsidP="00F65AC0">
      <w:pPr>
        <w:ind w:firstLine="567"/>
        <w:jc w:val="both"/>
        <w:rPr>
          <w:i/>
          <w:sz w:val="28"/>
          <w:szCs w:val="28"/>
        </w:rPr>
      </w:pPr>
      <w:r w:rsidRPr="00F65AC0">
        <w:rPr>
          <w:i/>
          <w:sz w:val="28"/>
          <w:szCs w:val="28"/>
        </w:rPr>
        <w:t xml:space="preserve">Антибиотиктерді дұрыс қолдану туралы білім деңгейлері </w:t>
      </w:r>
    </w:p>
    <w:p w:rsidR="00F65AC0" w:rsidRPr="006C5943" w:rsidRDefault="00F65AC0" w:rsidP="00F65AC0">
      <w:pPr>
        <w:ind w:firstLine="567"/>
        <w:jc w:val="both"/>
        <w:rPr>
          <w:sz w:val="28"/>
          <w:szCs w:val="28"/>
        </w:rPr>
      </w:pPr>
      <w:r w:rsidRPr="006C5943">
        <w:rPr>
          <w:sz w:val="28"/>
          <w:szCs w:val="28"/>
        </w:rPr>
        <w:t xml:space="preserve">Респонденттердің антибиотиктерді дұрыс қолдану туралы білімін бағалауға бағытталған сауалнама нәтижелері түсінбеушіліктің салыстырмалы түрде жоғары деңгейін көрсетеді. Респонденттерден досына немесе отбасы мүшесіне берілген антибиотиктерді сол ауруды емдеу үшін қолданылған жағдайда қолдануға болады деген пікірдің дұрыс немесе </w:t>
      </w:r>
      <w:r w:rsidR="00DD2F72">
        <w:rPr>
          <w:sz w:val="28"/>
          <w:szCs w:val="28"/>
        </w:rPr>
        <w:t>қате</w:t>
      </w:r>
      <w:r w:rsidRPr="006C5943">
        <w:rPr>
          <w:sz w:val="28"/>
          <w:szCs w:val="28"/>
        </w:rPr>
        <w:t xml:space="preserve"> екенін көрсетуді сұрады. Бұл шын мәнінде </w:t>
      </w:r>
      <w:r w:rsidR="00DD2F72">
        <w:rPr>
          <w:sz w:val="28"/>
          <w:szCs w:val="28"/>
        </w:rPr>
        <w:t>қате</w:t>
      </w:r>
      <w:r w:rsidRPr="006C5943">
        <w:rPr>
          <w:sz w:val="28"/>
          <w:szCs w:val="28"/>
        </w:rPr>
        <w:t xml:space="preserve"> мәлімдеме болғанымен, сауалнамаға қатысқан респонденттердің 16% - ы бұл мәлімдеме дұрыс деп санайды. Ауылдық жерлерден келген респонденттер, білім деңгейі төмен адамдар және табысы төмен </w:t>
      </w:r>
      <w:r w:rsidR="00DD2F72">
        <w:rPr>
          <w:sz w:val="28"/>
          <w:szCs w:val="28"/>
        </w:rPr>
        <w:t>респонденттер</w:t>
      </w:r>
      <w:r w:rsidRPr="006C5943">
        <w:rPr>
          <w:sz w:val="28"/>
          <w:szCs w:val="28"/>
        </w:rPr>
        <w:t xml:space="preserve"> бұл мәлімдеме дұрыс деп санайды. Медициналық көмек пен дәрі-дәрмектерге қол жетімділіктің кең проблемалары мен осы топтар үшін антибиотиктер мен басқа дәрілердің бағасының қол жетімділігі арасында байланыс бар-жоғын тексеру үшін қосымша зерттеулер қажет. Басқа біреуге тағайындалған антибиотиктерді қабылдау олардың дұрыс қолданылмауына ықпал етуі мүмкін, өйткені бұл олардың тағайындалған адамы емдеуді аяқтамағанын білдіреді, сонымен қатар антибиотиктер міндетті түрде досының немесе отбасы мүшесінің белгілі бір ауруына сәйкес келмеуі немесе дұрыс дозада қабылданбауы мүмкін. Респонденттерге көрсетілген екінші мәлімдемені түсінбеудің тағы бір дәлелі: бірдей антибиотиктерді сатып алу немесе егер сіз ауырып жатсаңыз және олар сізге бұрын бірдей белгілер болған кезде сауығуға көмектескен болса, дәрігерден сұраған дұрыс. 30,4% сауалнамаға қатысушылар бұл жалған мәлімдеме шын мәнінде шындық деп санайды. Бұл алаңдаушылық туғызады, өйткені дәрігерлер антибиотиктерді тағайындауы керек, ең дұрысы тестілеуден кейін антибиотиктердің шынымен қажет екенін және егер қажет болса, қандай антибиотиктер қажет екенін анықтау керек. Антибиотиктерді дұрыс қолданудың тағы бір маңызды факторы</w:t>
      </w:r>
      <w:r w:rsidR="00DD2F72">
        <w:rPr>
          <w:sz w:val="28"/>
          <w:szCs w:val="28"/>
        </w:rPr>
        <w:t xml:space="preserve"> </w:t>
      </w:r>
      <w:r w:rsidRPr="006C5943">
        <w:rPr>
          <w:sz w:val="28"/>
          <w:szCs w:val="28"/>
        </w:rPr>
        <w:t>-</w:t>
      </w:r>
      <w:r w:rsidR="00DD2F72">
        <w:rPr>
          <w:sz w:val="28"/>
          <w:szCs w:val="28"/>
        </w:rPr>
        <w:t xml:space="preserve"> </w:t>
      </w:r>
      <w:r w:rsidRPr="006C5943">
        <w:rPr>
          <w:sz w:val="28"/>
          <w:szCs w:val="28"/>
        </w:rPr>
        <w:t>адамдардың оларды қабылдауды қашан тоқтату керектігін түсінуі. ДД</w:t>
      </w:r>
      <w:r w:rsidR="00DD2F72">
        <w:rPr>
          <w:sz w:val="28"/>
          <w:szCs w:val="28"/>
        </w:rPr>
        <w:t>С</w:t>
      </w:r>
      <w:r w:rsidRPr="006C5943">
        <w:rPr>
          <w:sz w:val="28"/>
          <w:szCs w:val="28"/>
        </w:rPr>
        <w:t>Ұ пациент</w:t>
      </w:r>
      <w:r w:rsidR="00DD2F72">
        <w:rPr>
          <w:sz w:val="28"/>
          <w:szCs w:val="28"/>
        </w:rPr>
        <w:t>терге әрқашан сертификатталған д</w:t>
      </w:r>
      <w:r w:rsidRPr="006C5943">
        <w:rPr>
          <w:sz w:val="28"/>
          <w:szCs w:val="28"/>
        </w:rPr>
        <w:t>енсаулық сақтау маманы тағайындаған антибиотиктердің толық курсын қабылдауды ұсынады, өйткені барлық бактерияларды жою үшін антибиотиктердің толық курсы қажет; емдеуді ерте тоқтату кейбір табиғи төзімділікке ие штаммдарды қолдайды. Алайда, респонденттердің үштен бірі (28,2 %) өздерін жақсы сезінген кезде антибиотиктерді қабылдауды тоқтату керек деп санайды. Антибиотиктермен қандай жағдайларды емдеуге болатынын түсіну де маңызды, өйткені антибиотиктерді осы дәрі-дәрмектермен емдеуге жауап бермейтін жағдайларда қолдану дұрыс қолданбаудың және осылайша төзімділіктің дамуының тағы бір себебі болып табылады. Респонденттерден аурулардың қайсысын антибиотиктермен емдеуге болатынын көрсетуді сұрады — тізімге антибиотиктермен емдеуге болатын жағдайлар да, антибиотиктермен емдеуге болмайтын жағдайлар да кірді. Нәтижелер мұны түсінбеу кең таралғанын көрсетеді. Көптеген адамдар антибиотиктермен емдеуге болатын кейбір жағдайларды, мысалы, қуық инфекциясы/ЖЖИ (75,0%) дұрыс анықтағанымен, антибиотиктермен емделмейтін басқа жағдайлар болуы мүмкін деп қате сенеді, атап айтқанда суық тию және тұмау (91,9 %). Антибиотиктер бактериялық инфекцияларды емдеу үшін қолданылады, ал суық тию мен тұмау вирустардан туындайды, сондықтан антибиотиктерге жауап бермейді. Жас респонденттер мен білім деңгейі төмен адамдар суық тию мен тұмау кезінде антибиотиктерді қа</w:t>
      </w:r>
      <w:r w:rsidR="0094126E">
        <w:rPr>
          <w:sz w:val="28"/>
          <w:szCs w:val="28"/>
        </w:rPr>
        <w:t>былдау керек деп санайды. А</w:t>
      </w:r>
      <w:r w:rsidRPr="006C5943">
        <w:rPr>
          <w:sz w:val="28"/>
          <w:szCs w:val="28"/>
        </w:rPr>
        <w:t>нтибиотиктерді дұрыс қолдануға қатысты бұл сауалнама нәтижелері антибиотиктерді қалай және қашан қабылдау керектігін және оларды не үшін қолдану керектігін түсінуге тиімді ықпал ететін әрекеттер, әсіресе түсініспеушіліктер жиі кездесетін топтарға қатысты өте маңызды екенін көрсетеді.</w:t>
      </w:r>
    </w:p>
    <w:p w:rsidR="006C5943" w:rsidRPr="006C5943" w:rsidRDefault="006C5943" w:rsidP="006C5943">
      <w:pPr>
        <w:ind w:firstLine="567"/>
        <w:jc w:val="both"/>
        <w:rPr>
          <w:i/>
          <w:sz w:val="28"/>
          <w:szCs w:val="28"/>
        </w:rPr>
      </w:pPr>
      <w:r w:rsidRPr="006C5943">
        <w:rPr>
          <w:i/>
          <w:sz w:val="28"/>
          <w:szCs w:val="28"/>
        </w:rPr>
        <w:t>Антибиотиктерге төзімділік мәселесін түсіну деңгейлері</w:t>
      </w:r>
    </w:p>
    <w:p w:rsidR="00CE37EC" w:rsidRDefault="006C5943" w:rsidP="006C5943">
      <w:pPr>
        <w:ind w:firstLine="567"/>
        <w:jc w:val="both"/>
        <w:rPr>
          <w:sz w:val="28"/>
          <w:szCs w:val="28"/>
        </w:rPr>
      </w:pPr>
      <w:r w:rsidRPr="006C5943">
        <w:rPr>
          <w:sz w:val="28"/>
          <w:szCs w:val="28"/>
        </w:rPr>
        <w:t>Антибиотиктерге төзімділік мәселесінің ауқымын және оны шешу үшін әркімнің күш-жігерін қажет ететінін ескере отырып, жұртшылық антибиотиктерге төзімділік мәселесінің маңыздылығын, оның салдарын және оны шешу үшін не істей алатынын түсінуі және кейбір алаңдаушылықтарды</w:t>
      </w:r>
      <w:r w:rsidR="0094126E">
        <w:rPr>
          <w:sz w:val="28"/>
          <w:szCs w:val="28"/>
        </w:rPr>
        <w:t>,</w:t>
      </w:r>
      <w:r w:rsidR="0094126E" w:rsidRPr="0094126E">
        <w:t xml:space="preserve"> </w:t>
      </w:r>
      <w:r w:rsidR="0094126E">
        <w:rPr>
          <w:sz w:val="28"/>
          <w:szCs w:val="28"/>
        </w:rPr>
        <w:t>жалпы қате түсініктерді</w:t>
      </w:r>
      <w:r w:rsidRPr="006C5943">
        <w:rPr>
          <w:sz w:val="28"/>
          <w:szCs w:val="28"/>
        </w:rPr>
        <w:t xml:space="preserve"> жоюы маңызды. Сауалнама респонденттерге осы мәселеге қатысты жиі қолданылатын терминдер туралы естіген-естімегенін сұрау арқылы хабардарлық пен түсіну деңгейін зерттеді. Нәтижелер үш терминмен танысудың жоғары деңгейін көрсетеді (респонденттердің үштен екісінен астамы): дәріге төзімділік, антибиотиктерге төзімділік, дәріге төзімділік және антибиотиктерге төзімді бактериялар. Содан кейін "супербактериялар" терминдері туралы хабардарлық төмендейді және респонденттердің тек 12,7% - ы бұл терминді естіген және респонденттердің 13,5% - ы "антибиотикке төзімділік"</w:t>
      </w:r>
      <w:r w:rsidR="0094126E">
        <w:rPr>
          <w:sz w:val="28"/>
          <w:szCs w:val="28"/>
        </w:rPr>
        <w:t xml:space="preserve"> </w:t>
      </w:r>
      <w:r w:rsidRPr="006C5943">
        <w:rPr>
          <w:sz w:val="28"/>
          <w:szCs w:val="28"/>
        </w:rPr>
        <w:t>терминімен таныс екенін айтты. Осы терминдердің кез келгенімен немесе барлығымен таныс адамдардан бұл терминді қайдан естігендері сұралды. Көбінесе дереккөз "дәрігер немесе медбике" деп аталды, бұл медицина мамандарының бұл мәселе бойынша хабардарлықты арттыруда, сондай-ақ антибиотиктерді дұрыс тағайындауда маңызды рөл атқаратынын көрсетеді. Әрине, жұртшылық бұл мәселені біліп қана қоймай, оны түсінуі де маңызды. Сауалнаманың мақсаты респонденттерден антибиотиктерді қолдану туралы бірқатар талаптардың шын немесе жалған екенін көрсетуді сұрау арқылы түсіну деңгейін анықтау болды. Антибиотиктерді дұрыс қолдануға қатысты сауалнама нәтижелеріне ұқсас, нәтижелер осы саладағы түсінбеушіліктің жоғары деңгейін көрсетеді. Респонденттердің көпшілігі кейбір талаптарды дұрыс анықтаса, одан да көп саны басқаларын дұрыс анықтамайды. Мысалы</w:t>
      </w:r>
      <w:r w:rsidR="0094126E">
        <w:rPr>
          <w:sz w:val="28"/>
          <w:szCs w:val="28"/>
        </w:rPr>
        <w:t>, респонденттердің төрттен үшінен</w:t>
      </w:r>
      <w:r w:rsidRPr="006C5943">
        <w:rPr>
          <w:sz w:val="28"/>
          <w:szCs w:val="28"/>
        </w:rPr>
        <w:t xml:space="preserve"> астамы (76%) антибиотиктерге төзімділік олардың денесі антибиотиктерге төзімді болған кезде пайда болады деп санайды</w:t>
      </w:r>
      <w:r w:rsidR="00B71383">
        <w:rPr>
          <w:sz w:val="28"/>
          <w:szCs w:val="28"/>
        </w:rPr>
        <w:t>.</w:t>
      </w:r>
    </w:p>
    <w:p w:rsidR="00B71383" w:rsidRPr="006C5943" w:rsidRDefault="00B71383" w:rsidP="006C5943">
      <w:pPr>
        <w:ind w:firstLine="567"/>
        <w:jc w:val="both"/>
        <w:rPr>
          <w:sz w:val="28"/>
          <w:szCs w:val="28"/>
        </w:rPr>
      </w:pPr>
    </w:p>
    <w:p w:rsidR="00CE37EC" w:rsidRPr="006C5943" w:rsidRDefault="00CE37EC" w:rsidP="00F13529">
      <w:pPr>
        <w:ind w:firstLine="567"/>
        <w:jc w:val="both"/>
        <w:rPr>
          <w:sz w:val="28"/>
          <w:szCs w:val="28"/>
        </w:rPr>
      </w:pPr>
    </w:p>
    <w:p w:rsidR="00CE37EC" w:rsidRDefault="00CE37EC" w:rsidP="00F13529">
      <w:pPr>
        <w:ind w:firstLine="567"/>
        <w:jc w:val="both"/>
        <w:rPr>
          <w:sz w:val="28"/>
          <w:szCs w:val="28"/>
        </w:rPr>
      </w:pPr>
    </w:p>
    <w:p w:rsidR="00CE37EC" w:rsidRDefault="00CE37EC" w:rsidP="00F13529">
      <w:pPr>
        <w:ind w:firstLine="567"/>
        <w:jc w:val="both"/>
        <w:rPr>
          <w:sz w:val="28"/>
          <w:szCs w:val="28"/>
        </w:rPr>
      </w:pPr>
    </w:p>
    <w:p w:rsidR="00CE37EC" w:rsidRDefault="00CE37EC" w:rsidP="00F13529">
      <w:pPr>
        <w:ind w:firstLine="567"/>
        <w:jc w:val="both"/>
        <w:rPr>
          <w:sz w:val="28"/>
          <w:szCs w:val="28"/>
        </w:rPr>
      </w:pPr>
    </w:p>
    <w:p w:rsidR="006C5943" w:rsidRDefault="006C5943" w:rsidP="006C5943">
      <w:pPr>
        <w:jc w:val="both"/>
        <w:rPr>
          <w:sz w:val="28"/>
          <w:szCs w:val="28"/>
        </w:rPr>
      </w:pPr>
    </w:p>
    <w:p w:rsidR="0090095E" w:rsidRDefault="0090095E" w:rsidP="006C5943">
      <w:pPr>
        <w:jc w:val="both"/>
        <w:rPr>
          <w:sz w:val="28"/>
          <w:szCs w:val="28"/>
        </w:rPr>
      </w:pPr>
    </w:p>
    <w:p w:rsidR="0090095E" w:rsidRDefault="0090095E" w:rsidP="006C5943">
      <w:pPr>
        <w:jc w:val="both"/>
        <w:rPr>
          <w:sz w:val="28"/>
          <w:szCs w:val="28"/>
        </w:rPr>
      </w:pPr>
    </w:p>
    <w:p w:rsidR="0094126E" w:rsidRPr="005B760C" w:rsidRDefault="0094126E" w:rsidP="006C5943">
      <w:pPr>
        <w:jc w:val="both"/>
        <w:rPr>
          <w:sz w:val="28"/>
          <w:szCs w:val="28"/>
        </w:rPr>
      </w:pPr>
    </w:p>
    <w:p w:rsidR="00161ED5" w:rsidRPr="005B760C" w:rsidRDefault="006D3B17" w:rsidP="0090095E">
      <w:pPr>
        <w:pStyle w:val="1"/>
        <w:ind w:left="818" w:right="440"/>
        <w:jc w:val="center"/>
      </w:pPr>
      <w:r w:rsidRPr="00B0236C">
        <w:t>ТӘЖІРИБЕЛІК</w:t>
      </w:r>
      <w:r w:rsidRPr="00B0236C">
        <w:rPr>
          <w:spacing w:val="-2"/>
        </w:rPr>
        <w:t xml:space="preserve"> </w:t>
      </w:r>
      <w:r w:rsidRPr="00B0236C">
        <w:t>ҰСЫНЫСТАР</w:t>
      </w:r>
    </w:p>
    <w:p w:rsidR="00AD231C" w:rsidRPr="005B760C" w:rsidRDefault="00AD231C" w:rsidP="00677700">
      <w:pPr>
        <w:pStyle w:val="1"/>
        <w:ind w:left="818" w:right="440"/>
      </w:pPr>
    </w:p>
    <w:p w:rsidR="00AD231C" w:rsidRDefault="00AD231C" w:rsidP="00AD231C">
      <w:pPr>
        <w:jc w:val="both"/>
        <w:rPr>
          <w:sz w:val="28"/>
        </w:rPr>
      </w:pPr>
      <w:r w:rsidRPr="00D27F04">
        <w:rPr>
          <w:sz w:val="28"/>
        </w:rPr>
        <w:t>1.</w:t>
      </w:r>
      <w:r w:rsidRPr="00D27F04">
        <w:rPr>
          <w:sz w:val="28"/>
        </w:rPr>
        <w:tab/>
      </w:r>
      <w:r w:rsidRPr="00A441A1">
        <w:rPr>
          <w:sz w:val="28"/>
        </w:rPr>
        <w:t>Дәріхана мекемелерінде антибиотиктерді рецепт бойынша сатуды мемлекеттік бақылаудың тиімділігін арттыру қажет. "Дәрілік препараттардың құрамына кіретін әсер етуші заттарды ескере отырып, оларды рецептісіз және рецепт бойынша босатылатын дәрілік препараттардың санаттарына жатқызу қағидаларын бекіту туралы"</w:t>
      </w:r>
      <w:r>
        <w:rPr>
          <w:sz w:val="28"/>
        </w:rPr>
        <w:t xml:space="preserve"> </w:t>
      </w:r>
      <w:r w:rsidRPr="00A441A1">
        <w:rPr>
          <w:sz w:val="28"/>
        </w:rPr>
        <w:t xml:space="preserve">Қазақстан Республикасы Денсаулық сақтау министрінің 2021 жылғы 6 қаңтардағы № ҚР ДСМ-4 бұйрығының орындалуын қадағалауды күшейту. </w:t>
      </w:r>
    </w:p>
    <w:p w:rsidR="00AD231C" w:rsidRPr="00D27F04" w:rsidRDefault="00AD231C" w:rsidP="00AD231C">
      <w:pPr>
        <w:jc w:val="both"/>
        <w:rPr>
          <w:sz w:val="28"/>
        </w:rPr>
      </w:pPr>
      <w:r w:rsidRPr="00D27F04">
        <w:rPr>
          <w:sz w:val="28"/>
        </w:rPr>
        <w:t>2.</w:t>
      </w:r>
      <w:r w:rsidRPr="00D27F04">
        <w:rPr>
          <w:sz w:val="28"/>
        </w:rPr>
        <w:tab/>
        <w:t>Микро</w:t>
      </w:r>
      <w:r>
        <w:rPr>
          <w:sz w:val="28"/>
        </w:rPr>
        <w:t>бқа қарсы тұрақтылық тақырыбын д</w:t>
      </w:r>
      <w:r w:rsidRPr="00D27F04">
        <w:rPr>
          <w:sz w:val="28"/>
        </w:rPr>
        <w:t>енсаулық сақтау, ветеринария және ауыл шаруашылығы салаларында кәсіптік оқыту, сертификаттау және біліктілікті арттыру бағдарламаларының ажырамас элементіне айналдыру.</w:t>
      </w:r>
    </w:p>
    <w:p w:rsidR="00AD231C" w:rsidRPr="00D27F04" w:rsidRDefault="00AD231C" w:rsidP="00AD231C">
      <w:pPr>
        <w:jc w:val="both"/>
        <w:rPr>
          <w:sz w:val="28"/>
        </w:rPr>
      </w:pPr>
      <w:r w:rsidRPr="00D27F04">
        <w:rPr>
          <w:sz w:val="28"/>
        </w:rPr>
        <w:t>3.</w:t>
      </w:r>
      <w:r w:rsidRPr="00D27F04">
        <w:rPr>
          <w:sz w:val="28"/>
        </w:rPr>
        <w:tab/>
        <w:t>Микробқа қарсы препараттарды қолдану және төзімділік мәселелерін мектептің оқу жоспарларына енгізу, бұл балалардың түсінігін жақсартуға және хабардар болуын арттыруға, сондай-ақ бұқаралық ақпарат құралдарына антибиотиктер туралы халықтың дұрыс түсініктерін қалыптастыру үшін бұқаралық ақпарат құралдарына нақты және өзекті ақпарат беруге мүмкіндік береді.</w:t>
      </w:r>
    </w:p>
    <w:p w:rsidR="00AD231C" w:rsidRPr="00D4074A" w:rsidRDefault="00AD231C" w:rsidP="00AD231C">
      <w:pPr>
        <w:jc w:val="both"/>
        <w:rPr>
          <w:sz w:val="28"/>
        </w:rPr>
      </w:pPr>
      <w:r w:rsidRPr="00D27F04">
        <w:rPr>
          <w:sz w:val="28"/>
        </w:rPr>
        <w:t>4.</w:t>
      </w:r>
      <w:r w:rsidRPr="00D27F04">
        <w:rPr>
          <w:sz w:val="28"/>
        </w:rPr>
        <w:tab/>
      </w:r>
      <w:r w:rsidRPr="00A441A1">
        <w:rPr>
          <w:sz w:val="28"/>
        </w:rPr>
        <w:t>Адам және жануарлар денсаулығы және ауыл шаруашылығы секторларындағы әртүрлі мақсатты аудиторияларға бағытталған ақпараттық-түсіндіру бағдарламалары арқылы микробқа қарсы тұрақтылық мәселелері бойынша жалпыұлттық хабардарлықты арттыру, соның ішінде жыл сайынғы жаһандық антибиотикалық ақпараттық науқанға қатысу үшін жұмыс істеу</w:t>
      </w:r>
    </w:p>
    <w:p w:rsidR="00955D6A" w:rsidRDefault="00AD231C" w:rsidP="00AD231C">
      <w:pPr>
        <w:jc w:val="both"/>
        <w:rPr>
          <w:sz w:val="28"/>
        </w:rPr>
      </w:pPr>
      <w:r w:rsidRPr="00D27F04">
        <w:rPr>
          <w:sz w:val="28"/>
        </w:rPr>
        <w:t>5.</w:t>
      </w:r>
      <w:r w:rsidRPr="00D27F04">
        <w:rPr>
          <w:sz w:val="28"/>
        </w:rPr>
        <w:tab/>
        <w:t xml:space="preserve">Амбулаториялық-емханалық қызметтің алдын алу іс-шаралары бағдарламасына </w:t>
      </w:r>
      <w:r>
        <w:rPr>
          <w:sz w:val="28"/>
        </w:rPr>
        <w:t>пациенттердің</w:t>
      </w:r>
      <w:r w:rsidRPr="00D27F04">
        <w:rPr>
          <w:sz w:val="28"/>
        </w:rPr>
        <w:t xml:space="preserve"> </w:t>
      </w:r>
      <w:r w:rsidRPr="00F01AC5">
        <w:rPr>
          <w:sz w:val="28"/>
        </w:rPr>
        <w:t xml:space="preserve">үйдегі </w:t>
      </w:r>
      <w:r w:rsidRPr="00D27F04">
        <w:rPr>
          <w:sz w:val="28"/>
        </w:rPr>
        <w:t>дәрі қобдишаларын</w:t>
      </w:r>
      <w:r>
        <w:rPr>
          <w:sz w:val="28"/>
        </w:rPr>
        <w:t>да</w:t>
      </w:r>
      <w:r w:rsidRPr="00D27F04">
        <w:rPr>
          <w:sz w:val="28"/>
        </w:rPr>
        <w:t xml:space="preserve"> </w:t>
      </w:r>
      <w:r>
        <w:rPr>
          <w:sz w:val="28"/>
        </w:rPr>
        <w:t xml:space="preserve">қандай дәрі-дәрмектер болуы қажет </w:t>
      </w:r>
      <w:r w:rsidR="00955D6A">
        <w:rPr>
          <w:sz w:val="28"/>
        </w:rPr>
        <w:t>екендігі туралы ақпараттандыру.</w:t>
      </w:r>
    </w:p>
    <w:p w:rsidR="00955D6A" w:rsidRPr="005B760C" w:rsidRDefault="00955D6A" w:rsidP="00AD231C">
      <w:pPr>
        <w:jc w:val="both"/>
        <w:rPr>
          <w:sz w:val="28"/>
        </w:rPr>
        <w:sectPr w:rsidR="00955D6A" w:rsidRPr="005B760C" w:rsidSect="00AD231C">
          <w:pgSz w:w="11910" w:h="16840"/>
          <w:pgMar w:top="1134" w:right="850" w:bottom="1134" w:left="1701" w:header="720" w:footer="720" w:gutter="0"/>
          <w:cols w:space="720"/>
          <w:docGrid w:linePitch="299"/>
        </w:sectPr>
      </w:pPr>
    </w:p>
    <w:p w:rsidR="00AD231C" w:rsidRPr="005B760C" w:rsidRDefault="00AD231C" w:rsidP="00AD231C">
      <w:pPr>
        <w:sectPr w:rsidR="00AD231C" w:rsidRPr="005B760C" w:rsidSect="00AD231C">
          <w:type w:val="continuous"/>
          <w:pgSz w:w="11910" w:h="16840"/>
          <w:pgMar w:top="1134" w:right="850" w:bottom="1134" w:left="1701" w:header="720" w:footer="720" w:gutter="0"/>
          <w:cols w:space="720"/>
          <w:docGrid w:linePitch="299"/>
        </w:sectPr>
      </w:pPr>
    </w:p>
    <w:p w:rsidR="00161ED5" w:rsidRDefault="006D3B17" w:rsidP="006E42B9">
      <w:pPr>
        <w:pStyle w:val="1"/>
        <w:spacing w:line="321" w:lineRule="exact"/>
        <w:ind w:left="1028" w:right="443"/>
        <w:jc w:val="center"/>
      </w:pPr>
      <w:r w:rsidRPr="00B0236C">
        <w:t>ПАЙДАЛАНЫЛҒАН</w:t>
      </w:r>
      <w:r w:rsidRPr="00B0236C">
        <w:rPr>
          <w:spacing w:val="-2"/>
        </w:rPr>
        <w:t xml:space="preserve"> </w:t>
      </w:r>
      <w:r w:rsidRPr="00B0236C">
        <w:t>ӘДЕБИЕТТЕР</w:t>
      </w:r>
    </w:p>
    <w:p w:rsidR="003838D1" w:rsidRDefault="003838D1" w:rsidP="00F702F1">
      <w:pPr>
        <w:pStyle w:val="1"/>
        <w:spacing w:line="321" w:lineRule="exact"/>
        <w:ind w:left="0" w:right="443"/>
      </w:pPr>
    </w:p>
    <w:p w:rsidR="009A759A" w:rsidRPr="009A759A" w:rsidRDefault="003838D1" w:rsidP="009A759A">
      <w:pPr>
        <w:adjustRightInd w:val="0"/>
        <w:spacing w:before="80" w:line="240" w:lineRule="exact"/>
        <w:ind w:left="640" w:hanging="640"/>
        <w:rPr>
          <w:noProof/>
          <w:sz w:val="28"/>
          <w:szCs w:val="24"/>
        </w:rPr>
      </w:pPr>
      <w:r>
        <w:fldChar w:fldCharType="begin" w:fldLock="1"/>
      </w:r>
      <w:r>
        <w:instrText xml:space="preserve">ADDIN Mendeley Bibliography CSL_BIBLIOGRAPHY </w:instrText>
      </w:r>
      <w:r>
        <w:fldChar w:fldCharType="separate"/>
      </w:r>
      <w:r w:rsidR="009A759A" w:rsidRPr="009A759A">
        <w:rPr>
          <w:noProof/>
          <w:sz w:val="28"/>
          <w:szCs w:val="24"/>
        </w:rPr>
        <w:t>1.</w:t>
      </w:r>
      <w:r w:rsidR="009A759A" w:rsidRPr="009A759A">
        <w:rPr>
          <w:noProof/>
          <w:sz w:val="28"/>
          <w:szCs w:val="24"/>
        </w:rPr>
        <w:tab/>
        <w:t>Ferech M. et al. European Surveillance of Antimicrobial Consumption (ESAC): outpatient antibiotic use in Europe // J. Antimicrob. Chemother. J Antimicrob Chemother, 2006. Vol. 58, № 2. P. 401–407.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w:t>
      </w:r>
      <w:r w:rsidRPr="009A759A">
        <w:rPr>
          <w:noProof/>
          <w:sz w:val="28"/>
          <w:szCs w:val="24"/>
        </w:rPr>
        <w:tab/>
        <w:t>World Health Organization. et al. The world health report 2007 : a safer future : global public health security in the 21st century. World Health Organization, 2007. P. 72.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w:t>
      </w:r>
      <w:r w:rsidRPr="009A759A">
        <w:rPr>
          <w:noProof/>
          <w:sz w:val="28"/>
          <w:szCs w:val="24"/>
        </w:rPr>
        <w:tab/>
        <w:t>WHO. Antimicrobial resistance. Global report on surveillance // World Heal. Organ. 2014. Vol. 61, № 3. P. 12–28.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w:t>
      </w:r>
      <w:r w:rsidRPr="009A759A">
        <w:rPr>
          <w:noProof/>
          <w:sz w:val="28"/>
          <w:szCs w:val="24"/>
        </w:rPr>
        <w:tab/>
        <w:t>Liu Y.C. et al. Extent of antibiotic use in Taiwan shown by antimicrobial activity in urine // Lancet (London, England). Lancet, 1999. Vol. 354, № 9187. P. 1360.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w:t>
      </w:r>
      <w:r w:rsidRPr="009A759A">
        <w:rPr>
          <w:noProof/>
          <w:sz w:val="28"/>
          <w:szCs w:val="24"/>
        </w:rPr>
        <w:tab/>
        <w:t>van Bijnen E.M.E. et al. The appropriateness of prescribing antibiotics in the community in Europe: study design // BMC Infect. Dis. BMC Infect Dis, 2011. Vol. 11.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w:t>
      </w:r>
      <w:r w:rsidRPr="009A759A">
        <w:rPr>
          <w:noProof/>
          <w:sz w:val="28"/>
          <w:szCs w:val="24"/>
        </w:rPr>
        <w:tab/>
        <w:t>Ahiabu M.A. et al. A retrospective audit of antibiotic prescriptions in primary health-care facilities in Eastern Region, Ghana // Health Policy Plan. Health Policy Plan, 2016. Vol. 31, № 2. P. 250–258.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w:t>
      </w:r>
      <w:r w:rsidRPr="009A759A">
        <w:rPr>
          <w:noProof/>
          <w:sz w:val="28"/>
          <w:szCs w:val="24"/>
        </w:rPr>
        <w:tab/>
        <w:t>Kardas P. et al. A systematic review and meta-analysis of misuse of antibiotic therapies in the community // Int. J. Antimicrob. Agents. Int J Antimicrob Agents, 2005. Vol. 26, № 2. P. 106–113.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w:t>
      </w:r>
      <w:r w:rsidRPr="009A759A">
        <w:rPr>
          <w:noProof/>
          <w:sz w:val="28"/>
          <w:szCs w:val="24"/>
        </w:rPr>
        <w:tab/>
        <w:t>Costelloe C. et al. Effect of antibiotic prescribing in primary care on antimicrobial resistance in individual patients: systematic review and meta-analysis // BMJ. BMJ, 2010. Vol. 340, № 7756. P. 1120.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w:t>
      </w:r>
      <w:r w:rsidRPr="009A759A">
        <w:rPr>
          <w:noProof/>
          <w:sz w:val="28"/>
          <w:szCs w:val="24"/>
        </w:rPr>
        <w:tab/>
        <w:t>Väänänen M.H., Pietilä K., Airaksinen M. Self-medication with antibiotics--does it really happen in Europe? // Health Policy. Health Policy, 2006. Vol. 77, № 2. P. 166–171.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w:t>
      </w:r>
      <w:r w:rsidRPr="009A759A">
        <w:rPr>
          <w:noProof/>
          <w:sz w:val="28"/>
          <w:szCs w:val="24"/>
        </w:rPr>
        <w:tab/>
        <w:t>Huemer M. et al. Antibiotic resistance and persistence-Implications for human health and treatment perspectives // EMBO Rep. EMBO Rep, 2020. Vol. 21, № 12.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w:t>
      </w:r>
      <w:r w:rsidRPr="009A759A">
        <w:rPr>
          <w:noProof/>
          <w:sz w:val="28"/>
          <w:szCs w:val="24"/>
        </w:rPr>
        <w:tab/>
        <w:t>WHO | Antimicrobial resistance: global report on surveillance 2014 [Electronic resource]. URL: https://www.who.int/drugresistance/documents/surveillancereport/en/ (accessed: 22.02.2021).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12.</w:t>
      </w:r>
      <w:r w:rsidRPr="009A759A">
        <w:rPr>
          <w:noProof/>
          <w:sz w:val="28"/>
          <w:szCs w:val="24"/>
        </w:rPr>
        <w:tab/>
        <w:t>D’Costa V.M. et al. Sampling the antibiotic resistome // Science. Science, 2006. Vol. 311, № 5759. P. 374–377.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13.</w:t>
      </w:r>
      <w:r w:rsidRPr="009A759A">
        <w:rPr>
          <w:noProof/>
          <w:sz w:val="28"/>
          <w:szCs w:val="24"/>
        </w:rPr>
        <w:tab/>
        <w:t>Davies J. Vicious circles: looking back on resistance plasmids // Genetics. Genetics, 1995. Vol. 139, № 4. P. 1465–1468.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14.</w:t>
      </w:r>
      <w:r w:rsidRPr="009A759A">
        <w:rPr>
          <w:noProof/>
          <w:sz w:val="28"/>
          <w:szCs w:val="24"/>
        </w:rPr>
        <w:tab/>
        <w:t>Hacker J., Kaper J.B. Pathogenicity islands and the evolution of microbes // Annu. Rev. Microbiol. Annu Rev Microbiol, 2000. Vol. 54. P. 641–679.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15.</w:t>
      </w:r>
      <w:r w:rsidRPr="009A759A">
        <w:rPr>
          <w:noProof/>
          <w:sz w:val="28"/>
          <w:szCs w:val="24"/>
        </w:rPr>
        <w:tab/>
        <w:t>Norman A., Hansen L.H., Sørensen S.J. Conjugative plasmids: vessels of the communal gene pool // Philos. Trans. R. Soc. Lond. B. Biol. Sci. Philos Trans R Soc Lond B Biol Sci, 2009. Vol. 364, № 1527. P. 2275–2289.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16.</w:t>
      </w:r>
      <w:r w:rsidRPr="009A759A">
        <w:rPr>
          <w:noProof/>
          <w:sz w:val="28"/>
          <w:szCs w:val="24"/>
        </w:rPr>
        <w:tab/>
        <w:t>Larsson D.G.J., Flach C.F. Antibiotic resistance in the environment // Nat. Rev. Microbiol. Nat Rev Microbiol, 2022. Vol. 20, № 5. P. 257–269.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17.</w:t>
      </w:r>
      <w:r w:rsidRPr="009A759A">
        <w:rPr>
          <w:noProof/>
          <w:sz w:val="28"/>
          <w:szCs w:val="24"/>
        </w:rPr>
        <w:tab/>
        <w:t>Bush K., Jacoby G.A. Updated functional classification of beta-lactamases // Antimicrob. Agents Chemother. Antimicrob Agents Chemother, 2010. Vol. 54, № 3. P. 969–976.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18.</w:t>
      </w:r>
      <w:r w:rsidRPr="009A759A">
        <w:rPr>
          <w:noProof/>
          <w:sz w:val="28"/>
          <w:szCs w:val="24"/>
        </w:rPr>
        <w:tab/>
        <w:t>Sotgiu G. et al. Epidemiology and clinical management of XDR-TB: a systematic review by TBNET // Eur. Respir. J. Eur Respir J, 2009. Vol. 33, № 4. P. 871–881.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19.</w:t>
      </w:r>
      <w:r w:rsidRPr="009A759A">
        <w:rPr>
          <w:noProof/>
          <w:sz w:val="28"/>
          <w:szCs w:val="24"/>
        </w:rPr>
        <w:tab/>
        <w:t>Velayati A.A. et al. Emergence of new forms of totally drug-resistant tuberculosis bacilli: super extensively drug-resistant tuberculosis or totally drug-resistant strains in iran // Chest. Chest, 2009. Vol. 136, № 2. P. 420–425.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20.</w:t>
      </w:r>
      <w:r w:rsidRPr="009A759A">
        <w:rPr>
          <w:noProof/>
          <w:sz w:val="28"/>
          <w:szCs w:val="24"/>
        </w:rPr>
        <w:tab/>
        <w:t>Jacoby G.A. AmpC beta-lactamases // Clin. Microbiol. Rev. Clin Microbiol Rev, 2009. Vol. 22, № 1. P. 161–182.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21.</w:t>
      </w:r>
      <w:r w:rsidRPr="009A759A">
        <w:rPr>
          <w:noProof/>
          <w:sz w:val="28"/>
          <w:szCs w:val="24"/>
        </w:rPr>
        <w:tab/>
        <w:t>Livermore D.M. et al. CTX-M: changing the face of ESBLs in Europe // J. Antimicrob. Chemother. J Antimicrob Chemother, 2007. Vol. 59, № 2. P. 165–174.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22.</w:t>
      </w:r>
      <w:r w:rsidRPr="009A759A">
        <w:rPr>
          <w:noProof/>
          <w:sz w:val="28"/>
          <w:szCs w:val="24"/>
        </w:rPr>
        <w:tab/>
        <w:t>Poirel L., Naas T., Nordmann P. Diversity, epidemiology, and genetics of class D beta-lactamases // Antimicrob. Agents Chemother. Antimicrob Agents Chemother, 2010. Vol. 54, № 1. P. 24–38.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23.</w:t>
      </w:r>
      <w:r w:rsidRPr="009A759A">
        <w:rPr>
          <w:noProof/>
          <w:sz w:val="28"/>
          <w:szCs w:val="24"/>
        </w:rPr>
        <w:tab/>
        <w:t>Queenan A.M., Bush K. Carbapenemases: the versatile beta-lactamases // Clin. Microbiol. Rev. Clin Microbiol Rev, 2007. Vol. 20, № 3. P. 440–458.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24.</w:t>
      </w:r>
      <w:r w:rsidRPr="009A759A">
        <w:rPr>
          <w:noProof/>
          <w:sz w:val="28"/>
          <w:szCs w:val="24"/>
        </w:rPr>
        <w:tab/>
        <w:t>Horrevorts A.M. et al. Ecology of Pseudomonas aeruginosa in patients with cystic fibrosis // J. Med. Microbiol. J Med Microbiol, 1990. Vol. 31, № 2. P. 119–124.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25.</w:t>
      </w:r>
      <w:r w:rsidRPr="009A759A">
        <w:rPr>
          <w:noProof/>
          <w:sz w:val="28"/>
          <w:szCs w:val="24"/>
        </w:rPr>
        <w:tab/>
        <w:t>Peleg A.Y., Seifert H., Paterson D.L. Acinetobacter baumannii: emergence of a successful pathogen // Clin. Microbiol. Rev. Clin Microbiol Rev, 2008. Vol. 21, № 3. P. 538–582.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26.</w:t>
      </w:r>
      <w:r w:rsidRPr="009A759A">
        <w:rPr>
          <w:noProof/>
          <w:sz w:val="28"/>
          <w:szCs w:val="24"/>
        </w:rPr>
        <w:tab/>
        <w:t>Barbe V. et al. Unique features revealed by the genome sequence of Acinetobacter sp. ADP1, a versatile and naturally transformation competent bacterium // Nucleic Acids Res. Nucleic Acids Res, 2004. Vol. 32, № 19. P. 5766–5779.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27.</w:t>
      </w:r>
      <w:r w:rsidRPr="009A759A">
        <w:rPr>
          <w:noProof/>
          <w:sz w:val="28"/>
          <w:szCs w:val="24"/>
        </w:rPr>
        <w:tab/>
        <w:t>Gomez M.J., Neyfakh A.A. Genes involved in intrinsic antibiotic resistance of Acinetobacter baylyi // Antimicrob. Agents Chemother. Antimicrob Agents Chemother, 2006. Vol. 50, № 11. P. 3562–3567.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28.</w:t>
      </w:r>
      <w:r w:rsidRPr="009A759A">
        <w:rPr>
          <w:noProof/>
          <w:sz w:val="28"/>
          <w:szCs w:val="24"/>
        </w:rPr>
        <w:tab/>
        <w:t>Mediavilla J.R. et al. Global epidemiology of community-associated methicillin resistant Staphylococcus aureus (CA-MRSA) // Curr. Opin. Microbiol. Curr Opin Microbiol, 2012. Vol. 15, № 5. P. 588–595.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29.</w:t>
      </w:r>
      <w:r w:rsidRPr="009A759A">
        <w:rPr>
          <w:noProof/>
          <w:sz w:val="28"/>
          <w:szCs w:val="24"/>
        </w:rPr>
        <w:tab/>
        <w:t>Enright M.C. et al. The evolutionary history of methicillin-resistant Staphylococcus aureus (MRSA) // Proc. Natl. Acad. Sci. U. S. A. Proc Natl Acad Sci U S A, 2002. Vol. 99, № 11. P. 7687–7692.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30.</w:t>
      </w:r>
      <w:r w:rsidRPr="009A759A">
        <w:rPr>
          <w:noProof/>
          <w:sz w:val="28"/>
          <w:szCs w:val="24"/>
        </w:rPr>
        <w:tab/>
        <w:t>Moore M. Antibiotic stewardship: where next? // Br. J. Gen. Pract. Br J Gen Pract, 2023. Vol. 73, № 728. P. 100–101.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31.</w:t>
      </w:r>
      <w:r w:rsidRPr="009A759A">
        <w:rPr>
          <w:noProof/>
          <w:sz w:val="28"/>
          <w:szCs w:val="24"/>
        </w:rPr>
        <w:tab/>
        <w:t>DeLeo F.R., Chambers H.F. Reemergence of antibiotic-resistant Staphylococcus aureus in the genomics era // J. Clin. Invest. J Clin Invest, 2009. Vol. 119, № 9. P. 2464–2474.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32.</w:t>
      </w:r>
      <w:r w:rsidRPr="009A759A">
        <w:rPr>
          <w:noProof/>
          <w:sz w:val="28"/>
          <w:szCs w:val="24"/>
        </w:rPr>
        <w:tab/>
        <w:t>Williams P. et al. Quorum-sensing, intra- and inter-species competition in the staphylococci // Microbiology. Microbiology (Reading), 2023. Vol. 169, № 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33.</w:t>
      </w:r>
      <w:r w:rsidRPr="009A759A">
        <w:rPr>
          <w:noProof/>
          <w:sz w:val="28"/>
          <w:szCs w:val="24"/>
        </w:rPr>
        <w:tab/>
        <w:t>Elliott B. et al. Clostridium difficile infection: Evolution, phylogeny and molecular epidemiology // Infect. Genet. Evol. Infect Genet Evol, 2017. Vol. 49. P. 1–11.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34.</w:t>
      </w:r>
      <w:r w:rsidRPr="009A759A">
        <w:rPr>
          <w:noProof/>
          <w:sz w:val="28"/>
          <w:szCs w:val="24"/>
        </w:rPr>
        <w:tab/>
        <w:t>Kelly C.P., LaMont J.T. Clostridium difficile--more difficult than ever // N. Engl. J. Med. N Engl J Med, 2008. Vol. 359, № 18. P. 1932–1940.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35.</w:t>
      </w:r>
      <w:r w:rsidRPr="009A759A">
        <w:rPr>
          <w:noProof/>
          <w:sz w:val="28"/>
          <w:szCs w:val="24"/>
        </w:rPr>
        <w:tab/>
        <w:t>Vernaz N. et al. Temporal effects of antibiotic use and Clostridium difficile infections // J. Antimicrob. Chemother. J Antimicrob Chemother, 2009. Vol. 63, № 6. P. 1272–1275.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36.</w:t>
      </w:r>
      <w:r w:rsidRPr="009A759A">
        <w:rPr>
          <w:noProof/>
          <w:sz w:val="28"/>
          <w:szCs w:val="24"/>
        </w:rPr>
        <w:tab/>
        <w:t>Prestinaci F., Pezzotti P., Pantosti A. Antimicrobial resistance: a global multifaceted phenomenon // Pathog. Glob. Health. Pathog Glob Health, 2015. Vol. 109, № 7. P. 309–318.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37.</w:t>
      </w:r>
      <w:r w:rsidRPr="009A759A">
        <w:rPr>
          <w:noProof/>
          <w:sz w:val="28"/>
          <w:szCs w:val="24"/>
        </w:rPr>
        <w:tab/>
        <w:t>Lipp E.K., Huq A., Colwell R.R. Effects of global climate on infectious disease: the cholera model // Clin. Microbiol. Rev. Clin Microbiol Rev, 2002. Vol. 15, № 4. P. 757–770.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38.</w:t>
      </w:r>
      <w:r w:rsidRPr="009A759A">
        <w:rPr>
          <w:noProof/>
          <w:sz w:val="28"/>
          <w:szCs w:val="24"/>
        </w:rPr>
        <w:tab/>
        <w:t>Hamad M. et al. Superbugs but no drugs: steps in averting a post-antibiotic era // Drug Discov. Today. Drug Discov Today, 2019. Vol. 24, № 12. P. 2225–2228.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39.</w:t>
      </w:r>
      <w:r w:rsidRPr="009A759A">
        <w:rPr>
          <w:noProof/>
          <w:sz w:val="28"/>
          <w:szCs w:val="24"/>
        </w:rPr>
        <w:tab/>
        <w:t>J D., D D. Origins and evolution of antibiotic resistance // Microbiol. Mol. Biol. Rev. Microbiol Mol Biol Rev, 2010. Vol. 74, № 3. P. 9–16.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40.</w:t>
      </w:r>
      <w:r w:rsidRPr="009A759A">
        <w:rPr>
          <w:noProof/>
          <w:sz w:val="28"/>
          <w:szCs w:val="24"/>
        </w:rPr>
        <w:tab/>
        <w:t>Biggest Threats and Data | Antibiotic/Antimicrobial Resistance | CDC [Electronic resource]. URL: https://www.cdc.gov/drugresistance/biggest-threats.html?CDC_AA_refVal=https%3A%2F%2Fwww.cdc.gov%2Fdrugresistance%2Fbiggest_threats.html (accessed: 22.02.2021).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41.</w:t>
      </w:r>
      <w:r w:rsidRPr="009A759A">
        <w:rPr>
          <w:noProof/>
          <w:sz w:val="28"/>
          <w:szCs w:val="24"/>
        </w:rPr>
        <w:tab/>
        <w:t>WHO Library Cataloguing-in-Publication Data Global Action Plan on Antimicrobial Resistance. 2015.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42.</w:t>
      </w:r>
      <w:r w:rsidRPr="009A759A">
        <w:rPr>
          <w:noProof/>
          <w:sz w:val="28"/>
          <w:szCs w:val="24"/>
        </w:rPr>
        <w:tab/>
        <w:t>Shehadeh M. et al. Knowledge, attitudes and behavior regarding antibiotics use and misuse among adults in the community of Jordan. A pilot study // Saudi Pharm. J. Saudi Pharm J, 2012. Vol. 20, № 2. P. 125–133.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43.</w:t>
      </w:r>
      <w:r w:rsidRPr="009A759A">
        <w:rPr>
          <w:noProof/>
          <w:sz w:val="28"/>
          <w:szCs w:val="24"/>
        </w:rPr>
        <w:tab/>
        <w:t>Ocan M. et al. Household antimicrobial self-medication: A systematic review and meta-analysis of the burden, risk factors and outcomes in developing countries // BMC Public Health. BioMed Central Ltd., 2015. Vol. 15,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44.</w:t>
      </w:r>
      <w:r w:rsidRPr="009A759A">
        <w:rPr>
          <w:noProof/>
          <w:sz w:val="28"/>
          <w:szCs w:val="24"/>
        </w:rPr>
        <w:tab/>
        <w:t>Alili-Idrizi E., Dauti M., Malaj L. Validación del conocimiento y actitudes parenterales sobre uso de antibióticos y resistencias en niños de Tetovo, Republica de Macedonia // Pharm. Pract. (Granada). Grupo de Investigacion en Atencion Farmaceutica, 2014. Vol. 12, № 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45.</w:t>
      </w:r>
      <w:r w:rsidRPr="009A759A">
        <w:rPr>
          <w:noProof/>
          <w:sz w:val="28"/>
          <w:szCs w:val="24"/>
        </w:rPr>
        <w:tab/>
        <w:t>Gualano M.R. et al. General population’s knowledge and attitudes about antibiotics: A systematic review and meta-analysis // Pharmacoepidemiol. Drug Saf. John Wiley and Sons Ltd, 2015. Vol. 24, № 1. P. 2–10.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46.</w:t>
      </w:r>
      <w:r w:rsidRPr="009A759A">
        <w:rPr>
          <w:noProof/>
          <w:sz w:val="28"/>
          <w:szCs w:val="24"/>
        </w:rPr>
        <w:tab/>
        <w:t>Zarb P., Goossens H. Human use of antimicrobial agents // OIE Rev. Sci. Tech. Office International des Epizootes, 2012. Vol. 31, № 1. P. 121–133.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47.</w:t>
      </w:r>
      <w:r w:rsidRPr="009A759A">
        <w:rPr>
          <w:noProof/>
          <w:sz w:val="28"/>
          <w:szCs w:val="24"/>
        </w:rPr>
        <w:tab/>
        <w:t>Lavery J. V. et al. Towards a framework for community engagement in global health research // Trends Parasitol. Trends Parasitol, 2010. Vol. 26, № 6. P. 279–283.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48.</w:t>
      </w:r>
      <w:r w:rsidRPr="009A759A">
        <w:rPr>
          <w:noProof/>
          <w:sz w:val="28"/>
          <w:szCs w:val="24"/>
        </w:rPr>
        <w:tab/>
        <w:t>Chandy S.J. et al. Antibiotic use and resistance: perceptions and ethical challenges among doctors, pharmacists and the public in Vellore, South India // Indian J. Med. Ethics. Indian J Med Ethics, 2013. Vol. 10, № 1. P. 20–27.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49.</w:t>
      </w:r>
      <w:r w:rsidRPr="009A759A">
        <w:rPr>
          <w:noProof/>
          <w:sz w:val="28"/>
          <w:szCs w:val="24"/>
        </w:rPr>
        <w:tab/>
        <w:t>Norris P. et al. Public Beliefs about Antibiotics, Infection and Resistance: A Qualitative Study // Antibiot. (Basel, Switzerland). Antibiotics (Basel), 2013. Vol. 2, № 4. P. 465–476.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50.</w:t>
      </w:r>
      <w:r w:rsidRPr="009A759A">
        <w:rPr>
          <w:noProof/>
          <w:sz w:val="28"/>
          <w:szCs w:val="24"/>
        </w:rPr>
        <w:tab/>
        <w:t>Ancillotti M. et al. Public awareness and individual responsibility needed for judicious use of antibiotics: a qualitative study of public beliefs and perceptions // BMC Public Health. BMC Public Health, 2018. Vol. 18,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51.</w:t>
      </w:r>
      <w:r w:rsidRPr="009A759A">
        <w:rPr>
          <w:noProof/>
          <w:sz w:val="28"/>
          <w:szCs w:val="24"/>
        </w:rPr>
        <w:tab/>
        <w:t>Bakhit M. et al. Exploring patients’ understanding of antibiotic resistance and how this may influence attitudes towards antibiotic use for acute respiratory infections: a qualitative study in Australian general practice // BMJ Open. BMJ Open, 2019. Vol. 9, № 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52.</w:t>
      </w:r>
      <w:r w:rsidRPr="009A759A">
        <w:rPr>
          <w:noProof/>
          <w:sz w:val="28"/>
          <w:szCs w:val="24"/>
        </w:rPr>
        <w:tab/>
        <w:t>Tillekeratne L.G. et al. Antibiotic overuse for acute respiratory tract infections in Sri Lanka: a qualitative study of outpatients and their physicians // BMC Fam. Pract. BMC Fam Pract, 2017. Vol. 18,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53.</w:t>
      </w:r>
      <w:r w:rsidRPr="009A759A">
        <w:rPr>
          <w:noProof/>
          <w:sz w:val="28"/>
          <w:szCs w:val="24"/>
        </w:rPr>
        <w:tab/>
        <w:t>Kaae S., Malaj A., Hoxha I. Antibiotic knowledge, attitudes and behaviours of Albanian health care professionals and patients - a qualitative interview study // J. Pharm. policy Pract. J Pharm Policy Pract, 2017. Vol. 10,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54.</w:t>
      </w:r>
      <w:r w:rsidRPr="009A759A">
        <w:rPr>
          <w:noProof/>
          <w:sz w:val="28"/>
          <w:szCs w:val="24"/>
        </w:rPr>
        <w:tab/>
        <w:t>Widayati A. et al. Beliefs about the use of nonprescribed antibiotics among people in Yogyakarta City, Indonesia: A qualitative study based on the theory of planned behavior // Asia-Pacific J. Public Heal. SAGE Publications Inc., 2015. Vol. 27, № 2. P. NP402–NP413.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55.</w:t>
      </w:r>
      <w:r w:rsidRPr="009A759A">
        <w:rPr>
          <w:noProof/>
          <w:sz w:val="28"/>
          <w:szCs w:val="24"/>
        </w:rPr>
        <w:tab/>
        <w:t>Brooks L. et al. Towards a better understanding of patients’ perspectives of antibiotic resistance and MRSA: a qualitative study // Fam. Pract. Fam Pract, 2008. Vol. 25, № 5. P. 341–348.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56.</w:t>
      </w:r>
      <w:r w:rsidRPr="009A759A">
        <w:rPr>
          <w:noProof/>
          <w:sz w:val="28"/>
          <w:szCs w:val="24"/>
        </w:rPr>
        <w:tab/>
        <w:t>Hawkings N.J., Butler C.C., Wood F. Antibiotics in the community: a typology of user behaviours // Patient Educ. Couns. Patient Educ Couns, 2008. Vol. 73, № 1. P. 146–152.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57.</w:t>
      </w:r>
      <w:r w:rsidRPr="009A759A">
        <w:rPr>
          <w:noProof/>
          <w:sz w:val="28"/>
          <w:szCs w:val="24"/>
        </w:rPr>
        <w:tab/>
        <w:t>Hawkings N.J., Wood F., Butler C.C. Public attitudes towards bacterial resistance: a qualitative study // J. Antimicrob. Chemother. J Antimicrob Chemother, 2007. Vol. 59, № 6. P. 1155–1160.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58.</w:t>
      </w:r>
      <w:r w:rsidRPr="009A759A">
        <w:rPr>
          <w:noProof/>
          <w:sz w:val="28"/>
          <w:szCs w:val="24"/>
        </w:rPr>
        <w:tab/>
        <w:t>Van Hecke O. et al. Parents’ perceptions of antibiotic use and antibiotic resistance (PAUSE): a qualitative interview study // J. Antimicrob. Chemother. J Antimicrob Chemother, 2019. Vol. 74, № 6. P. 1741–1747.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59.</w:t>
      </w:r>
      <w:r w:rsidRPr="009A759A">
        <w:rPr>
          <w:noProof/>
          <w:sz w:val="28"/>
          <w:szCs w:val="24"/>
        </w:rPr>
        <w:tab/>
        <w:t>Brookes-Howell L. et al. “The body gets used to them”: patients’ interpretations of antibiotic resistance and the implications for containment strategies // J. Gen. Intern. Med. J Gen Intern Med, 2012. Vol. 27, № 7. P. 766–772.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60.</w:t>
      </w:r>
      <w:r w:rsidRPr="009A759A">
        <w:rPr>
          <w:noProof/>
          <w:sz w:val="28"/>
          <w:szCs w:val="24"/>
        </w:rPr>
        <w:tab/>
        <w:t>Hawking M.K.D. et al. Attitudes and behaviours of adolescents towards antibiotics and self-care for respiratory tract infections: a qualitative study // BMJ Open. BMJ Open, 2017. Vol. 7, № 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61.</w:t>
      </w:r>
      <w:r w:rsidRPr="009A759A">
        <w:rPr>
          <w:noProof/>
          <w:sz w:val="28"/>
          <w:szCs w:val="24"/>
        </w:rPr>
        <w:tab/>
        <w:t>Н.С. И. et al. ИНФОРМИРОВАННОСТЬ НАСЕЛЕНИЯ РАЗЛИЧНЫХ СТРАН ПО ВОПРОСАМ ИСПОЛЬЗОВАНИЯ АНТИБИОТИКОВ. ОБЗОР ЛИТЕРАТУРЫ // Наука и здравоохранение. 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 2021. № 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62.</w:t>
      </w:r>
      <w:r w:rsidRPr="009A759A">
        <w:rPr>
          <w:noProof/>
          <w:sz w:val="28"/>
          <w:szCs w:val="24"/>
        </w:rPr>
        <w:tab/>
        <w:t>Pavydė E. et al. Public Knowledge, Beliefs and Behavior on Antibiotic Use and Self-Medication in Lithuania // Int. J. Environ. Res. Public Health. Int J Environ Res Public Health, 2015. Vol. 12, № 6. P. 7002–7016.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63.</w:t>
      </w:r>
      <w:r w:rsidRPr="009A759A">
        <w:rPr>
          <w:noProof/>
          <w:sz w:val="28"/>
          <w:szCs w:val="24"/>
        </w:rPr>
        <w:tab/>
        <w:t>Awad A.I., Aboud E.A. Knowledge, attitude and practice towards antibiotic use among the public in Kuwait // PLoS One. 2015. Vol. 10, № 2. P. 1–15.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64.</w:t>
      </w:r>
      <w:r w:rsidRPr="009A759A">
        <w:rPr>
          <w:noProof/>
          <w:sz w:val="28"/>
          <w:szCs w:val="24"/>
        </w:rPr>
        <w:tab/>
        <w:t>Ekambi G.A.E. et al. Knowledge, practices and attitudes on antibiotics use in Cameroon: Self-medication and prescription survey among children, adolescents and adults in private pharmacies // PLoS One. PLoS One, 2019. Vol. 14, № 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65.</w:t>
      </w:r>
      <w:r w:rsidRPr="009A759A">
        <w:rPr>
          <w:noProof/>
          <w:sz w:val="28"/>
          <w:szCs w:val="24"/>
        </w:rPr>
        <w:tab/>
        <w:t>Aljayyousi G.F. et al. Public practices on antibiotic use: A cross-sectional study among Qatar University students and their family members // PLoS One. 2019. Vol. 14, № 11. P. 1–22.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66.</w:t>
      </w:r>
      <w:r w:rsidRPr="009A759A">
        <w:rPr>
          <w:noProof/>
          <w:sz w:val="28"/>
          <w:szCs w:val="24"/>
        </w:rPr>
        <w:tab/>
        <w:t>Irawati L. et al. Low-income community knowledge, attitudes and perceptions regarding antibiotics and antibiotic resistance in Jelutong District, Penang, Malaysia: a qualitative study // BMC Public Health. BMC Public Health, 2019. Vol. 19,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67.</w:t>
      </w:r>
      <w:r w:rsidRPr="009A759A">
        <w:rPr>
          <w:noProof/>
          <w:sz w:val="28"/>
          <w:szCs w:val="24"/>
        </w:rPr>
        <w:tab/>
        <w:t>Mboya E.A. et al. Inadequate knowledge on appropriate antibiotics use among clients in the Moshi municipality Northern Tanzania // PLoS One. PLoS One, 2020. Vol. 15, № 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68.</w:t>
      </w:r>
      <w:r w:rsidRPr="009A759A">
        <w:rPr>
          <w:noProof/>
          <w:sz w:val="28"/>
          <w:szCs w:val="24"/>
        </w:rPr>
        <w:tab/>
        <w:t>Gu J. et al. Use of antibiotics by urban and rural residents in Heilongjiang Province, China: cross-sectional study // Trop. Med. Int. Health. Trop Med Int Health, 2015. Vol. 20, № 12. P. 1815–1822.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69.</w:t>
      </w:r>
      <w:r w:rsidRPr="009A759A">
        <w:rPr>
          <w:noProof/>
          <w:sz w:val="28"/>
          <w:szCs w:val="24"/>
        </w:rPr>
        <w:tab/>
        <w:t>Yusef D. et al. Knowledge, practices &amp; attitude toward antibiotics use and bacterial resistance in Jordan: A cross-sectional study // Infect. Dis. Heal. Australasian College for Infection Prevention and Control, 2018. Vol. 23, № 1. P. 33–40.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70.</w:t>
      </w:r>
      <w:r w:rsidRPr="009A759A">
        <w:rPr>
          <w:noProof/>
          <w:sz w:val="28"/>
          <w:szCs w:val="24"/>
        </w:rPr>
        <w:tab/>
        <w:t>Salihu Dadari H.I. Antibiotics use, knowledge and practices on antibiotic resistance among breastfeeding mothers in Kaduna state (Nigeria) // J. Infect. Public Health. J Infect Public Health, 2020. Vol. 13, № 12. P. 2072–2079.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71.</w:t>
      </w:r>
      <w:r w:rsidRPr="009A759A">
        <w:rPr>
          <w:noProof/>
          <w:sz w:val="28"/>
          <w:szCs w:val="24"/>
        </w:rPr>
        <w:tab/>
        <w:t>Alhomoud F., Aljamea Z., Basalelah L. “Antibiotics kill things very quickly” - consumers’ perspectives on non-prescribed antibiotic use in Saudi Arabia // BMC Public Health. BMC Public Health, 2018. Vol. 18,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72.</w:t>
      </w:r>
      <w:r w:rsidRPr="009A759A">
        <w:rPr>
          <w:noProof/>
          <w:sz w:val="28"/>
          <w:szCs w:val="24"/>
        </w:rPr>
        <w:tab/>
        <w:t>Napolitano F. et al. Public knowledge, attitudes, and experience regarding the use of antibiotics in Italy // PLoS One. PLoS One, 2013. Vol. 8, № 12.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73.</w:t>
      </w:r>
      <w:r w:rsidRPr="009A759A">
        <w:rPr>
          <w:noProof/>
          <w:sz w:val="28"/>
          <w:szCs w:val="24"/>
        </w:rPr>
        <w:tab/>
        <w:t>Belkina T. et al. Antibiotic use and knowledge in the community of Yemen, Saudi Arabia, and Uzbekistan // J. Infect. Dev. Ctries. J Infect Dev Ctries, 2014. Vol. 8, № 4. P. 424–429.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74.</w:t>
      </w:r>
      <w:r w:rsidRPr="009A759A">
        <w:rPr>
          <w:noProof/>
          <w:sz w:val="28"/>
          <w:szCs w:val="24"/>
        </w:rPr>
        <w:tab/>
        <w:t>Llor C., Bjerrum L. Antimicrobial resistance: risk associated with antibiotic overuse and initiatives to reduce the problem // Ther. Adv. drug Saf. Ther Adv Drug Saf, 2014. Vol. 5, № 6. P. 229–241.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75.</w:t>
      </w:r>
      <w:r w:rsidRPr="009A759A">
        <w:rPr>
          <w:noProof/>
          <w:sz w:val="28"/>
          <w:szCs w:val="24"/>
        </w:rPr>
        <w:tab/>
        <w:t>Zajmi D. et al. Public knowledge, attitudes and practices regarding antibiotic use in Kosovo // Pharm. Pract. (Granada). Pharm Pract (Granada), 2017. Vol. 15,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76.</w:t>
      </w:r>
      <w:r w:rsidRPr="009A759A">
        <w:rPr>
          <w:noProof/>
          <w:sz w:val="28"/>
          <w:szCs w:val="24"/>
        </w:rPr>
        <w:tab/>
        <w:t>Kandelaki K., Lundborg C.S., Marrone G. Antibiotic use and resistance: a cross-sectional study exploring knowledge and attitudes among school and institution personnel in Tbilisi, Republic of Georgia // BMC Res. Notes. BMC Res Notes, 2015. Vol. 8,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77.</w:t>
      </w:r>
      <w:r w:rsidRPr="009A759A">
        <w:rPr>
          <w:noProof/>
          <w:sz w:val="28"/>
          <w:szCs w:val="24"/>
        </w:rPr>
        <w:tab/>
        <w:t>Horvat O.J. et al. Is the level of knowledge a predictor of rational antibiotic use in Serbia? // PLoS One. PLoS One, 2017. Vol. 12, № 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78.</w:t>
      </w:r>
      <w:r w:rsidRPr="009A759A">
        <w:rPr>
          <w:noProof/>
          <w:sz w:val="28"/>
          <w:szCs w:val="24"/>
        </w:rPr>
        <w:tab/>
        <w:t>Voidăzan S. et al. Knowledge, Attitudes And Practices Regarding The Use Of Antibiotics. Study On The General Population Of Mureş County, Romania // Infect. Drug Resist. Infect Drug Resist, 2019. Vol. 12. P. 3385–3396.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79.</w:t>
      </w:r>
      <w:r w:rsidRPr="009A759A">
        <w:rPr>
          <w:noProof/>
          <w:sz w:val="28"/>
          <w:szCs w:val="24"/>
        </w:rPr>
        <w:tab/>
        <w:t>Mazińska B., Struzycka I., Hryniewicz W. Surveys of public knowledge and attitudes with regard to antibiotics in Poland: Did the European Antibiotic Awareness Day campaigns change attitudes? // PLoS One. PLoS One, 2017. Vol. 12, № 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80.</w:t>
      </w:r>
      <w:r w:rsidRPr="009A759A">
        <w:rPr>
          <w:noProof/>
          <w:sz w:val="28"/>
          <w:szCs w:val="24"/>
        </w:rPr>
        <w:tab/>
        <w:t>Chandran D., Manickavasagam P. Sale of antibiotics without prescription in stand-alone pharmacies in Tamil Nadu // J. Fam. Med. Prim. care. J Family Med Prim Care, 2022. Vol. 11, № 9. P. 5516.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81.</w:t>
      </w:r>
      <w:r w:rsidRPr="009A759A">
        <w:rPr>
          <w:noProof/>
          <w:sz w:val="28"/>
          <w:szCs w:val="24"/>
        </w:rPr>
        <w:tab/>
        <w:t>Al-Faham Z., Habboub G., Takriti F. The sale of antibiotics without prescription in pharmacies in Damascus, Syria // J. Infect. Dev. Ctries. J Infect Dev Ctries, 2011. Vol. 5, № 5. P. 396–399.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82.</w:t>
      </w:r>
      <w:r w:rsidRPr="009A759A">
        <w:rPr>
          <w:noProof/>
          <w:sz w:val="28"/>
          <w:szCs w:val="24"/>
        </w:rPr>
        <w:tab/>
        <w:t>El Zowalaty M.E. et al. Knowledge, awareness, and attitudes toward antibiotic use and antimicrobial resistance among Saudi population // Int. J. Clin. Pharm. Int J Clin Pharm, 2016. Vol. 38, № 5. P. 1261–1268.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83.</w:t>
      </w:r>
      <w:r w:rsidRPr="009A759A">
        <w:rPr>
          <w:noProof/>
          <w:sz w:val="28"/>
          <w:szCs w:val="24"/>
        </w:rPr>
        <w:tab/>
        <w:t>Gong Y. et al. Over-the-counter antibiotic sales in community and online pharmacies, China // Bull. World Health Organ. Bull World Health Organ, 2020. Vol. 98, № 7. P. 449–457.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84.</w:t>
      </w:r>
      <w:r w:rsidRPr="009A759A">
        <w:rPr>
          <w:noProof/>
          <w:sz w:val="28"/>
          <w:szCs w:val="24"/>
        </w:rPr>
        <w:tab/>
        <w:t>Akhund R. et al. Knowledge and Attitude of General Pakistani Population Towards Antibiotic Resistance // Cureus. Cureus, 2019. Vol. 11, № 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85.</w:t>
      </w:r>
      <w:r w:rsidRPr="009A759A">
        <w:rPr>
          <w:noProof/>
          <w:sz w:val="28"/>
          <w:szCs w:val="24"/>
        </w:rPr>
        <w:tab/>
        <w:t>S V. et al. Knowledge, Attitudes And Practices Regarding The Use Of Antibiotics. Study On The General Population Of Mureş County, Romania // Infect. Drug Resist. Infect Drug Resist, 2019. Vol. 12. P. 3385–3396.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86.</w:t>
      </w:r>
      <w:r w:rsidRPr="009A759A">
        <w:rPr>
          <w:noProof/>
          <w:sz w:val="28"/>
          <w:szCs w:val="24"/>
        </w:rPr>
        <w:tab/>
        <w:t>Special Eurobarometer Wave EB91.3 Food safety in the EU Report Fieldwork. 2019.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87.</w:t>
      </w:r>
      <w:r w:rsidRPr="009A759A">
        <w:rPr>
          <w:noProof/>
          <w:sz w:val="28"/>
          <w:szCs w:val="24"/>
        </w:rPr>
        <w:tab/>
        <w:t>Miyano S. et al. Public knowledge, practices, and awareness of antibiotics and antibiotic resistance in Myanmar: The first national mobile phone panel survey // PLoS One. PLoS One, 2022. Vol. 17, № 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88.</w:t>
      </w:r>
      <w:r w:rsidRPr="009A759A">
        <w:rPr>
          <w:noProof/>
          <w:sz w:val="28"/>
          <w:szCs w:val="24"/>
        </w:rPr>
        <w:tab/>
        <w:t>Carter E. et al. Harmful practices in the management of childhood diarrhea in low- and middle-income countries: a systematic review // BMC Public Health. BMC Public Health, 2015. Vol. 15,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89.</w:t>
      </w:r>
      <w:r w:rsidRPr="009A759A">
        <w:rPr>
          <w:noProof/>
          <w:sz w:val="28"/>
          <w:szCs w:val="24"/>
        </w:rPr>
        <w:tab/>
        <w:t>Edessa D. et al. Non-prescribed antibiotic use for children at community levels in low- and middle-income countries: a systematic review and meta-analysis // J. Pharm. policy Pract. J Pharm Policy Pract, 2022. Vol. 15,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90.</w:t>
      </w:r>
      <w:r w:rsidRPr="009A759A">
        <w:rPr>
          <w:noProof/>
          <w:sz w:val="28"/>
          <w:szCs w:val="24"/>
        </w:rPr>
        <w:tab/>
        <w:t>K. Русланулы, А.Д. Уракова В.К.И. Информированность населения города Алматы об угрозе антибиотикорезистентности Vestnik KazNMU № 3-2018 Вестник КазНМУ № 3-2018. 2018. P. 22–27.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91.</w:t>
      </w:r>
      <w:r w:rsidRPr="009A759A">
        <w:rPr>
          <w:noProof/>
          <w:sz w:val="28"/>
          <w:szCs w:val="24"/>
        </w:rPr>
        <w:tab/>
        <w:t>РЕЗУЛЬТАТЫ АНКЕТИРОВАНИЯ РОДИТЕЛЕЙ/ОПЕКУНОВ ПО ВЫЯВЛЕНИЮ УРОВНЯ ИНФОРМИРОВАННОСТИ НАСЕЛЕНИЯ ОБ УСТОЙЧИВОСТИ ВОЗБУДИТЕЛЕЙ К АНТИБИОТИКАМ [Electronic resource]. URL: https://www.elibrary.ru/item.asp?id=45565336 (accessed: 27.10.2023).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92.</w:t>
      </w:r>
      <w:r w:rsidRPr="009A759A">
        <w:rPr>
          <w:noProof/>
          <w:sz w:val="28"/>
          <w:szCs w:val="24"/>
        </w:rPr>
        <w:tab/>
        <w:t>WHO’s first global report on antibiotic resistance reveals serious, worldwide threat to public health [Electronic resource]. URL: https://www.who.int/news/item/30-04-2014-who-s-first-global-report-on-antibiotic-resistance-reveals-serious-worldwide-threat-to-public-health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93.</w:t>
      </w:r>
      <w:r w:rsidRPr="009A759A">
        <w:rPr>
          <w:noProof/>
          <w:sz w:val="28"/>
          <w:szCs w:val="24"/>
        </w:rPr>
        <w:tab/>
        <w:t>Do P.C. et al. Strengthening antimicrobial resistance surveillance systems: a scoping review // BMC Infect. Dis. BMC Infect Dis, 2023. Vol. 23,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94.</w:t>
      </w:r>
      <w:r w:rsidRPr="009A759A">
        <w:rPr>
          <w:noProof/>
          <w:sz w:val="28"/>
          <w:szCs w:val="24"/>
        </w:rPr>
        <w:tab/>
        <w:t>Bjerrum A. et al. Health alliance for prudent prescribing and yield of antibiotics in a patient-centred perspective (HAPPY PATIENT): a before-and-after intervention and implementation study protocol // BMC Prim. care. BMC Prim Care, 2022. Vol. 23,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95.</w:t>
      </w:r>
      <w:r w:rsidRPr="009A759A">
        <w:rPr>
          <w:noProof/>
          <w:sz w:val="28"/>
          <w:szCs w:val="24"/>
        </w:rPr>
        <w:tab/>
        <w:t>WHO Global Strategy for Containment of Antimicrobial Resistance [Electronic resource]. URL: https://www.who.int/publications/i/item/who-global-strategy-for-containment-of-antimicrobial-resistance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96.</w:t>
      </w:r>
      <w:r w:rsidRPr="009A759A">
        <w:rPr>
          <w:noProof/>
          <w:sz w:val="28"/>
          <w:szCs w:val="24"/>
        </w:rPr>
        <w:tab/>
        <w:t>Transatlantic Taskforce on Antimicrobial Resistance: Progress report [Electronic resource]. URL: https://health.ec.europa.eu/publications/transatlantic-taskforce-antimicrobial-resistance-progress-report_en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97.</w:t>
      </w:r>
      <w:r w:rsidRPr="009A759A">
        <w:rPr>
          <w:noProof/>
          <w:sz w:val="28"/>
          <w:szCs w:val="24"/>
        </w:rPr>
        <w:tab/>
        <w:t>D’Atri F. et al. Targets for the reduction of antibiotic use in humans in the Transatlantic Taskforce on Antimicrobial Resistance (TATFAR) partner countries // Euro Surveill. Euro Surveill, 2019. Vol. 24, № 28.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98.</w:t>
      </w:r>
      <w:r w:rsidRPr="009A759A">
        <w:rPr>
          <w:noProof/>
          <w:sz w:val="28"/>
          <w:szCs w:val="24"/>
        </w:rPr>
        <w:tab/>
        <w:t>Antimicrobial drug resistance Report by the Secretariat on JSTOR [Electronic resource]. URL: https://www.jstor.org/stable/resrep47533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99.</w:t>
      </w:r>
      <w:r w:rsidRPr="009A759A">
        <w:rPr>
          <w:noProof/>
          <w:sz w:val="28"/>
          <w:szCs w:val="24"/>
        </w:rPr>
        <w:tab/>
        <w:t>Sievert D.M. et al. Antimicrobial-resistant pathogens associated with healthcare-associated infections: summary of data reported to the National Healthcare Safety Network at the Centers for Disease Control and Prevention, 2009-2010 // Infect. Control Hosp. Epidemiol. Infect Control Hosp Epidemiol, 2013. Vol. 34, № 1. P. 1–14.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100.</w:t>
      </w:r>
      <w:r w:rsidRPr="009A759A">
        <w:rPr>
          <w:noProof/>
          <w:sz w:val="28"/>
          <w:szCs w:val="24"/>
        </w:rPr>
        <w:tab/>
        <w:t>O’Brien T.F. et al. Why surveillance of antimicrobial resistance needs to be automated and comprehensive // J. Glob. Antimicrob. Resist. J Glob Antimicrob Resist, 2019. Vol. 17. P. 8–15.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101.</w:t>
      </w:r>
      <w:r w:rsidRPr="009A759A">
        <w:rPr>
          <w:noProof/>
          <w:sz w:val="28"/>
          <w:szCs w:val="24"/>
        </w:rPr>
        <w:tab/>
        <w:t>Evans C.D. et al. Validation of National Healthcare Safety Network-reported core elements of antimicrobial stewardship in Tennessee // Infect. Control Hosp. Epidemiol. Infect Control Hosp Epidemiol, 2019. Vol. 40, № 7. P. 817–818.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102.</w:t>
      </w:r>
      <w:r w:rsidRPr="009A759A">
        <w:rPr>
          <w:noProof/>
          <w:sz w:val="28"/>
          <w:szCs w:val="24"/>
        </w:rPr>
        <w:tab/>
        <w:t>Kahn K.L. et al. The national response for preventing healthcare-associated infections: research and adoption of prevention practices // Med. Care. Med Care, 2014. Vol. 52, № 2 Suppl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103.</w:t>
      </w:r>
      <w:r w:rsidRPr="009A759A">
        <w:rPr>
          <w:noProof/>
          <w:sz w:val="28"/>
          <w:szCs w:val="24"/>
        </w:rPr>
        <w:tab/>
        <w:t>Gu W. et al. Statistical adjustment of culture-independent diagnostic tests for trend analysis in the Foodborne Diseases Active Surveillance Network (FoodNet), USA // Int. J. Epidemiol. Int J Epidemiol, 2018. Vol. 47, № 5. P. 1613–1622.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104.</w:t>
      </w:r>
      <w:r w:rsidRPr="009A759A">
        <w:rPr>
          <w:noProof/>
          <w:sz w:val="28"/>
          <w:szCs w:val="24"/>
        </w:rPr>
        <w:tab/>
        <w:t>Ray L.C. et al. Changing Diagnostic Testing Practices for Foodborne Pathogens, Foodborne Diseases Active Surveillance Network, 2012-2019 // Open forum Infect. Dis. Open Forum Infect Dis, 2022. Vol. 9, № 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105.</w:t>
      </w:r>
      <w:r w:rsidRPr="009A759A">
        <w:rPr>
          <w:noProof/>
          <w:sz w:val="28"/>
          <w:szCs w:val="24"/>
        </w:rPr>
        <w:tab/>
        <w:t>Tang K.W.K., Millar B.C., Moore J.E. Antimicrobial Resistance (AMR) // Br. J. Biomed. Sci. Br J Biomed Sci, 2023. Vol. 80.</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106.</w:t>
      </w:r>
      <w:r w:rsidRPr="009A759A">
        <w:rPr>
          <w:noProof/>
          <w:sz w:val="28"/>
          <w:szCs w:val="24"/>
        </w:rPr>
        <w:tab/>
        <w:t>Unemo M. et al. World Health Organization Global Gonococcal Antimicrobial Surveillance Program (WHO GASP): review of new data and evidence to inform international collaborative actions and research efforts // Sex. Health. Sex Health, 2019. Vol. 16, № 5. P. 412–425.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107.</w:t>
      </w:r>
      <w:r w:rsidRPr="009A759A">
        <w:rPr>
          <w:noProof/>
          <w:sz w:val="28"/>
          <w:szCs w:val="24"/>
        </w:rPr>
        <w:tab/>
        <w:t>Dean A.S. et al. 25 years of surveillance of drug-resistant tuberculosis: achievements, challenges, and way forward // Lancet. Infect. Dis. Lancet Infect Dis, 2022. Vol. 22, № 7. P. e191–e196.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108.</w:t>
      </w:r>
      <w:r w:rsidRPr="009A759A">
        <w:rPr>
          <w:noProof/>
          <w:sz w:val="28"/>
          <w:szCs w:val="24"/>
        </w:rPr>
        <w:tab/>
        <w:t>Л. С. Страчунский, С. Н. Козлов.СОВРЕМЕННАЯ АНТИМИКРОБНАЯ ХИМИОТЕРАПИЯ. | Библиотека [Electronic resource]. URL: https://microbius.ru/library/l-s-strachunskiy-s-n-kozlov-sovremennaya-antimikrobnaya-himioterapiya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109.</w:t>
      </w:r>
      <w:r w:rsidRPr="009A759A">
        <w:rPr>
          <w:noProof/>
          <w:sz w:val="28"/>
          <w:szCs w:val="24"/>
        </w:rPr>
        <w:tab/>
        <w:t>Rosenblatt-Farrell N. The landscape of antibiotic resistance // Environ. Health Perspect. Environ Health Perspect, 2009. Vol. 117, № 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110.</w:t>
      </w:r>
      <w:r w:rsidRPr="009A759A">
        <w:rPr>
          <w:noProof/>
          <w:sz w:val="28"/>
          <w:szCs w:val="24"/>
        </w:rPr>
        <w:tab/>
        <w:t>Robertson J. et al. Corrigendum: Variations in the Consumption of Antimicrobial Medicines in the European Region, 2014-2018: Findings and Implications From ESAC-Net and WHO Europe // Front. Pharmacol. Front Pharmacol, 2021. Vol. 12.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111.</w:t>
      </w:r>
      <w:r w:rsidRPr="009A759A">
        <w:rPr>
          <w:noProof/>
          <w:sz w:val="28"/>
          <w:szCs w:val="24"/>
        </w:rPr>
        <w:tab/>
        <w:t>Coenen S. et al. European Surveillance of Antimicrobial Consumption (ESAC): quality indicators for outpatient antibiotic use in Europe // Qual. Saf. Health Care. Qual Saf Health Care, 2007. Vol. 16, № 6. P. 440–445.</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112.</w:t>
      </w:r>
      <w:r w:rsidRPr="009A759A">
        <w:rPr>
          <w:noProof/>
          <w:sz w:val="28"/>
          <w:szCs w:val="24"/>
        </w:rPr>
        <w:tab/>
        <w:t>Antimicrobial resistance surveillance in Europe 2009 [Electronic resource]. URL: https://www.ecdc.europa.eu/en/publications-data/antimicrobial-resistance-surveillance-europe-2009 (accessed: 26.10.2023).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113.</w:t>
      </w:r>
      <w:r w:rsidRPr="009A759A">
        <w:rPr>
          <w:noProof/>
          <w:sz w:val="28"/>
          <w:szCs w:val="24"/>
        </w:rPr>
        <w:tab/>
        <w:t>Walsh T.R. et al. Dissemination of NDM-1 positive bacteria in the New Delhi environment and its implications for human health: an environmental point prevalence study // Lancet. Infect. Dis. Lancet Infect Dis, 2011. Vol. 11, № 5. P. 355–362.</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114.</w:t>
      </w:r>
      <w:r w:rsidRPr="009A759A">
        <w:rPr>
          <w:noProof/>
          <w:sz w:val="28"/>
          <w:szCs w:val="24"/>
        </w:rPr>
        <w:tab/>
        <w:t>Kirkcaldy R.D. et al. Neisseria gonorrhoeae antimicrobial susceptibility surveillance - The Gonococcal Isolate Surveillance Project, 27 sites, United States, 2014 // MMWR Surveill. Summ. Centers for Disease Control and Prevention (CDC), 2016. Vol. 65, № 7. P. 1–24.</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115.</w:t>
      </w:r>
      <w:r w:rsidRPr="009A759A">
        <w:rPr>
          <w:noProof/>
          <w:sz w:val="28"/>
          <w:szCs w:val="24"/>
        </w:rPr>
        <w:tab/>
        <w:t>World Health Organization. Global tuberculosis control : WHO report 2011. World Health Organization, 2011. P. 246.</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116.</w:t>
      </w:r>
      <w:r w:rsidRPr="009A759A">
        <w:rPr>
          <w:noProof/>
          <w:sz w:val="28"/>
          <w:szCs w:val="24"/>
        </w:rPr>
        <w:tab/>
        <w:t>Chiang W.C. et al. Predictive model of antimicrobial-resistant gram-negative bacteremia at the ED // Am. J. Emerg. Med. Am J Emerg Med, 2007. Vol. 25, № 6. P. 597–607.</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117.</w:t>
      </w:r>
      <w:r w:rsidRPr="009A759A">
        <w:rPr>
          <w:noProof/>
          <w:sz w:val="28"/>
          <w:szCs w:val="24"/>
        </w:rPr>
        <w:tab/>
        <w:t>Chanvatik S. et al. Knowledge and use of antibiotics in Thailand: A 2017 national household survey // PLoS One. PLoS One, 2019. Vol. 14, № 8.</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118.</w:t>
      </w:r>
      <w:r w:rsidRPr="009A759A">
        <w:rPr>
          <w:noProof/>
          <w:sz w:val="28"/>
          <w:szCs w:val="24"/>
        </w:rPr>
        <w:tab/>
        <w:t>Hung P.N. et al. Evaluating attitudes, behaviors, and relevant factors in dispensing antibiotics without prescription by pharmacies: a cross-sectional study in Vietnam // Ann. Ig. Ann Ig, 2023. Vol. 35, № 5. P. 586–601.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119.</w:t>
      </w:r>
      <w:r w:rsidRPr="009A759A">
        <w:rPr>
          <w:noProof/>
          <w:sz w:val="28"/>
          <w:szCs w:val="24"/>
        </w:rPr>
        <w:tab/>
        <w:t>Mudenda S. et al. Knowledge, Attitudes, and Practices of Community Pharmacy Professionals on Poultry Antibiotic Dispensing, Use, and Bacterial Antimicrobial Resistance in Zambia: Implications on Antibiotic Stewardship and WHO AWaRe Classification of Antibiotics // Antibiot. (Basel, Switzerland). Antibiotics (Basel), 2022. Vol. 11, № 9.</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120.</w:t>
      </w:r>
      <w:r w:rsidRPr="009A759A">
        <w:rPr>
          <w:noProof/>
          <w:sz w:val="28"/>
          <w:szCs w:val="24"/>
        </w:rPr>
        <w:tab/>
        <w:t>King R. et al. A process for developing a sustainable and scalable approach to community engagement: community dialogue approach for addressing the drivers of antibiotic resistance in Bangladesh // BMC Public Health. BMC Public Health, 2020. Vol. 20, № 1.</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121.</w:t>
      </w:r>
      <w:r w:rsidRPr="009A759A">
        <w:rPr>
          <w:noProof/>
          <w:sz w:val="28"/>
          <w:szCs w:val="24"/>
        </w:rPr>
        <w:tab/>
        <w:t>Бюро национальной статистики Агентства по стратегическому планированию и реформам Республики Казахстан - Главная [Electronic resource]. URL: https://stat.gov.kz/ru/ (accessed: 08.11.2023).</w:t>
      </w:r>
    </w:p>
    <w:p w:rsidR="009A759A" w:rsidRPr="009A759A" w:rsidRDefault="009A759A" w:rsidP="009A759A">
      <w:pPr>
        <w:adjustRightInd w:val="0"/>
        <w:spacing w:before="80" w:line="240" w:lineRule="exact"/>
        <w:ind w:left="640" w:hanging="640"/>
        <w:rPr>
          <w:noProof/>
          <w:sz w:val="28"/>
          <w:szCs w:val="24"/>
        </w:rPr>
      </w:pPr>
      <w:r w:rsidRPr="009A759A">
        <w:rPr>
          <w:noProof/>
          <w:sz w:val="28"/>
          <w:szCs w:val="24"/>
        </w:rPr>
        <w:t>122.</w:t>
      </w:r>
      <w:r w:rsidRPr="009A759A">
        <w:rPr>
          <w:noProof/>
          <w:sz w:val="28"/>
          <w:szCs w:val="24"/>
        </w:rPr>
        <w:tab/>
        <w:t>Средневзвешенный курс доллара на KASE - 431,67 тенге - новости Kapital.kz [Electronic resource]. URL: https://kapital.kz/finance/101590/srednevzveshennyy-kurs-dollara-na-kase-431-67-tenge.html (accessed: 08.11.2023).</w:t>
      </w:r>
    </w:p>
    <w:p w:rsidR="009A759A" w:rsidRPr="009A759A" w:rsidRDefault="009A759A" w:rsidP="009A759A">
      <w:pPr>
        <w:adjustRightInd w:val="0"/>
        <w:spacing w:before="80" w:line="240" w:lineRule="exact"/>
        <w:ind w:left="640" w:hanging="640"/>
        <w:rPr>
          <w:noProof/>
          <w:sz w:val="28"/>
        </w:rPr>
      </w:pPr>
      <w:r w:rsidRPr="009A759A">
        <w:rPr>
          <w:noProof/>
          <w:sz w:val="28"/>
          <w:szCs w:val="24"/>
        </w:rPr>
        <w:t>123.</w:t>
      </w:r>
      <w:r w:rsidRPr="009A759A">
        <w:rPr>
          <w:noProof/>
          <w:sz w:val="28"/>
          <w:szCs w:val="24"/>
        </w:rPr>
        <w:tab/>
        <w:t>Langford B.J. et al. Ten ways to make the most of World Antimicrobial Awareness Week // Antimicrob. Steward. Healthc. Epidemiol.  ASHE. Antimicrob Steward Healthc Epidemiol, 2022. Vol. 2, № 1.</w:t>
      </w:r>
    </w:p>
    <w:p w:rsidR="003838D1" w:rsidRPr="00B0236C" w:rsidRDefault="003838D1" w:rsidP="009A759A">
      <w:pPr>
        <w:adjustRightInd w:val="0"/>
        <w:spacing w:before="80" w:line="240" w:lineRule="exact"/>
        <w:ind w:left="640" w:hanging="640"/>
        <w:sectPr w:rsidR="003838D1" w:rsidRPr="00B0236C" w:rsidSect="00115463">
          <w:pgSz w:w="11910" w:h="16840"/>
          <w:pgMar w:top="1134" w:right="567" w:bottom="1134" w:left="1701" w:header="0" w:footer="882" w:gutter="0"/>
          <w:cols w:space="720"/>
          <w:docGrid w:linePitch="299"/>
        </w:sectPr>
      </w:pPr>
      <w:r>
        <w:fldChar w:fldCharType="end"/>
      </w:r>
    </w:p>
    <w:p w:rsidR="00D71594" w:rsidRPr="00935D62" w:rsidRDefault="00D71594" w:rsidP="00B0236C">
      <w:pPr>
        <w:rPr>
          <w:sz w:val="28"/>
          <w:szCs w:val="28"/>
        </w:rPr>
      </w:pPr>
    </w:p>
    <w:p w:rsidR="00D850E7" w:rsidRPr="00B0236C" w:rsidRDefault="00D850E7" w:rsidP="00D850E7">
      <w:pPr>
        <w:pStyle w:val="1"/>
        <w:spacing w:before="89"/>
        <w:jc w:val="left"/>
        <w:rPr>
          <w:b w:val="0"/>
        </w:rPr>
      </w:pPr>
      <w:r w:rsidRPr="00B0236C">
        <w:rPr>
          <w:b w:val="0"/>
        </w:rPr>
        <w:t>ҚОСЫМШАЛАР</w:t>
      </w:r>
    </w:p>
    <w:p w:rsidR="00D850E7" w:rsidRPr="00B0236C" w:rsidRDefault="00D850E7" w:rsidP="00D850E7">
      <w:pPr>
        <w:pStyle w:val="1"/>
        <w:spacing w:before="89"/>
        <w:jc w:val="right"/>
        <w:rPr>
          <w:b w:val="0"/>
        </w:rPr>
      </w:pPr>
      <w:r w:rsidRPr="00B0236C">
        <w:rPr>
          <w:b w:val="0"/>
        </w:rPr>
        <w:t xml:space="preserve"> Қосымша 1</w:t>
      </w:r>
    </w:p>
    <w:p w:rsidR="006E42B9" w:rsidRPr="00B0236C" w:rsidRDefault="006E42B9">
      <w:pPr>
        <w:ind w:left="382"/>
        <w:rPr>
          <w:sz w:val="28"/>
          <w:szCs w:val="28"/>
        </w:rPr>
      </w:pPr>
    </w:p>
    <w:p w:rsidR="00D850E7" w:rsidRPr="00B0236C" w:rsidRDefault="00D850E7" w:rsidP="00D850E7">
      <w:pPr>
        <w:rPr>
          <w:b/>
          <w:color w:val="000000" w:themeColor="text1"/>
          <w:sz w:val="28"/>
          <w:szCs w:val="28"/>
        </w:rPr>
      </w:pPr>
    </w:p>
    <w:p w:rsidR="00D850E7" w:rsidRPr="00B0236C" w:rsidRDefault="00D850E7" w:rsidP="00D850E7">
      <w:pPr>
        <w:jc w:val="center"/>
        <w:rPr>
          <w:b/>
          <w:sz w:val="28"/>
          <w:szCs w:val="28"/>
        </w:rPr>
      </w:pPr>
      <w:r w:rsidRPr="00B0236C">
        <w:rPr>
          <w:b/>
          <w:sz w:val="28"/>
          <w:szCs w:val="28"/>
        </w:rPr>
        <w:t>Сауалнамаға қатысуға</w:t>
      </w:r>
    </w:p>
    <w:p w:rsidR="00D850E7" w:rsidRPr="00B0236C" w:rsidRDefault="00D850E7" w:rsidP="00D850E7">
      <w:pPr>
        <w:jc w:val="center"/>
        <w:rPr>
          <w:b/>
          <w:sz w:val="28"/>
          <w:szCs w:val="28"/>
        </w:rPr>
      </w:pPr>
      <w:r w:rsidRPr="00B0236C">
        <w:rPr>
          <w:b/>
          <w:sz w:val="28"/>
          <w:szCs w:val="28"/>
        </w:rPr>
        <w:t>АҚПАРАТТАНДЫРЫЛҒАН КЕЛІСІМ</w:t>
      </w:r>
    </w:p>
    <w:p w:rsidR="00D850E7" w:rsidRPr="00B0236C" w:rsidRDefault="00D850E7" w:rsidP="00D850E7">
      <w:pPr>
        <w:jc w:val="center"/>
        <w:rPr>
          <w:sz w:val="28"/>
          <w:szCs w:val="28"/>
        </w:rPr>
      </w:pPr>
    </w:p>
    <w:p w:rsidR="00D850E7" w:rsidRPr="00B0236C" w:rsidRDefault="00D850E7" w:rsidP="00D850E7">
      <w:pPr>
        <w:jc w:val="center"/>
        <w:rPr>
          <w:sz w:val="28"/>
          <w:szCs w:val="28"/>
        </w:rPr>
      </w:pPr>
      <w:r w:rsidRPr="00B0236C">
        <w:rPr>
          <w:sz w:val="28"/>
          <w:szCs w:val="28"/>
        </w:rPr>
        <w:t>ОСЫ ЗЕРТТЕУГЕ ҚАТЫСУҒА ШЕШІМ ҚАБЫЛДАҒАНҒА ДЕЙІН КЕЛІСІМНІҢ ОСЫ НЫСАНЫН МҰҚИЯТ ОҚЫП ШЫҒЫҢЫЗ</w:t>
      </w:r>
    </w:p>
    <w:p w:rsidR="00D850E7" w:rsidRPr="00B0236C" w:rsidRDefault="00D850E7" w:rsidP="00D850E7">
      <w:pPr>
        <w:jc w:val="both"/>
        <w:rPr>
          <w:rFonts w:eastAsia="Calibri"/>
          <w:sz w:val="28"/>
          <w:szCs w:val="28"/>
        </w:rPr>
      </w:pPr>
      <w:r w:rsidRPr="00B0236C">
        <w:rPr>
          <w:b/>
          <w:sz w:val="28"/>
          <w:szCs w:val="28"/>
          <w:u w:val="single"/>
        </w:rPr>
        <w:t>Зерттеу атауы:</w:t>
      </w:r>
      <w:r w:rsidRPr="00B0236C">
        <w:rPr>
          <w:sz w:val="28"/>
          <w:szCs w:val="28"/>
        </w:rPr>
        <w:t xml:space="preserve"> </w:t>
      </w:r>
      <w:r w:rsidRPr="00B0236C">
        <w:rPr>
          <w:rFonts w:eastAsia="Calibri"/>
          <w:sz w:val="28"/>
          <w:szCs w:val="28"/>
        </w:rPr>
        <w:t>«Тұрғындардың антибактериалды препараттарды дұрыс қолдану мәселелері бойынша ақпараттануын бағалау (Шығыс Қазақстан облысы мысалында)»</w:t>
      </w:r>
    </w:p>
    <w:p w:rsidR="00D850E7" w:rsidRPr="00B0236C" w:rsidRDefault="00D850E7" w:rsidP="00D850E7">
      <w:pPr>
        <w:jc w:val="both"/>
        <w:rPr>
          <w:sz w:val="28"/>
          <w:szCs w:val="28"/>
        </w:rPr>
      </w:pPr>
      <w:r w:rsidRPr="00B0236C">
        <w:rPr>
          <w:b/>
          <w:sz w:val="28"/>
          <w:szCs w:val="28"/>
          <w:u w:val="single"/>
        </w:rPr>
        <w:t>Зерттеу мақсаты:</w:t>
      </w:r>
      <w:r w:rsidRPr="00B0236C">
        <w:rPr>
          <w:sz w:val="28"/>
          <w:szCs w:val="28"/>
        </w:rPr>
        <w:t xml:space="preserve"> Антибактериалды препараттарды ұтымсыз қолдануға әкелетін факторларды зерттеу негізінде халықтың дәрілік заттардың осы тобын қолдануын жақсарту жолдарын әзірлеу  </w:t>
      </w:r>
    </w:p>
    <w:p w:rsidR="00D850E7" w:rsidRPr="00B0236C" w:rsidRDefault="00D850E7" w:rsidP="00D850E7">
      <w:pPr>
        <w:jc w:val="both"/>
        <w:rPr>
          <w:b/>
          <w:color w:val="000000" w:themeColor="text1"/>
          <w:sz w:val="28"/>
          <w:szCs w:val="28"/>
          <w:u w:val="single"/>
        </w:rPr>
      </w:pPr>
      <w:r w:rsidRPr="00B0236C">
        <w:rPr>
          <w:b/>
          <w:color w:val="000000" w:themeColor="text1"/>
          <w:sz w:val="28"/>
          <w:szCs w:val="28"/>
          <w:u w:val="single"/>
        </w:rPr>
        <w:t>Ғылыми зерттеушілер:</w:t>
      </w:r>
    </w:p>
    <w:p w:rsidR="00D850E7" w:rsidRPr="00B0236C" w:rsidRDefault="00D850E7" w:rsidP="00D850E7">
      <w:pPr>
        <w:jc w:val="both"/>
        <w:rPr>
          <w:color w:val="000000" w:themeColor="text1"/>
          <w:sz w:val="28"/>
          <w:szCs w:val="28"/>
        </w:rPr>
      </w:pPr>
      <w:r w:rsidRPr="00B0236C">
        <w:rPr>
          <w:color w:val="000000" w:themeColor="text1"/>
          <w:sz w:val="28"/>
          <w:szCs w:val="28"/>
        </w:rPr>
        <w:t>1) Искакова Назым Серикановна, м.ғ.м.  – бас зерттеуші</w:t>
      </w:r>
    </w:p>
    <w:p w:rsidR="00D850E7" w:rsidRPr="00B0236C" w:rsidRDefault="00D850E7" w:rsidP="00D850E7">
      <w:pPr>
        <w:jc w:val="both"/>
        <w:rPr>
          <w:color w:val="000000" w:themeColor="text1"/>
          <w:sz w:val="28"/>
          <w:szCs w:val="28"/>
        </w:rPr>
      </w:pPr>
    </w:p>
    <w:p w:rsidR="00D850E7" w:rsidRPr="00B0236C" w:rsidRDefault="00D850E7" w:rsidP="00D850E7">
      <w:pPr>
        <w:jc w:val="both"/>
        <w:rPr>
          <w:b/>
          <w:sz w:val="28"/>
          <w:szCs w:val="28"/>
          <w:u w:val="single"/>
        </w:rPr>
      </w:pPr>
      <w:r w:rsidRPr="00B0236C">
        <w:rPr>
          <w:b/>
          <w:sz w:val="28"/>
          <w:szCs w:val="28"/>
          <w:u w:val="single"/>
        </w:rPr>
        <w:t>Сізді зерттеу барысында не жасауыңызды сұраймыз:</w:t>
      </w:r>
    </w:p>
    <w:p w:rsidR="00D850E7" w:rsidRPr="00B0236C" w:rsidRDefault="00D850E7" w:rsidP="00D850E7">
      <w:pPr>
        <w:jc w:val="both"/>
        <w:rPr>
          <w:sz w:val="28"/>
          <w:szCs w:val="28"/>
          <w:u w:val="single"/>
        </w:rPr>
      </w:pPr>
    </w:p>
    <w:p w:rsidR="00D850E7" w:rsidRPr="00B0236C" w:rsidRDefault="00D850E7" w:rsidP="00D850E7">
      <w:pPr>
        <w:jc w:val="both"/>
        <w:rPr>
          <w:sz w:val="28"/>
          <w:szCs w:val="28"/>
        </w:rPr>
      </w:pPr>
      <w:r w:rsidRPr="00B0236C">
        <w:rPr>
          <w:sz w:val="28"/>
          <w:szCs w:val="28"/>
        </w:rPr>
        <w:t>Осы зерттеу барысында, сізге зерттеу мақсатына байланысты 25 сұраққа жауап беру ұсынылады. Зерттеу сауалнамасы сізге қағаз түрінде ұсынылады, онда сіз өзінізге ең лайықты жауабын таңдайсыз. Біз сіздің жауаптырыңыз шынайы болады деп үміттенеміз.</w:t>
      </w:r>
    </w:p>
    <w:p w:rsidR="00D850E7" w:rsidRPr="00B0236C" w:rsidRDefault="00D850E7" w:rsidP="00D850E7">
      <w:pPr>
        <w:jc w:val="both"/>
        <w:rPr>
          <w:color w:val="000000" w:themeColor="text1"/>
          <w:sz w:val="28"/>
          <w:szCs w:val="28"/>
        </w:rPr>
      </w:pPr>
    </w:p>
    <w:p w:rsidR="00D850E7" w:rsidRPr="00B0236C" w:rsidRDefault="00D850E7" w:rsidP="00D850E7">
      <w:pPr>
        <w:jc w:val="both"/>
        <w:rPr>
          <w:b/>
          <w:sz w:val="28"/>
          <w:szCs w:val="28"/>
          <w:u w:val="single"/>
        </w:rPr>
      </w:pPr>
      <w:r w:rsidRPr="00B0236C">
        <w:rPr>
          <w:b/>
          <w:sz w:val="28"/>
          <w:szCs w:val="28"/>
          <w:u w:val="single"/>
        </w:rPr>
        <w:t>Керекті уақыт:</w:t>
      </w:r>
    </w:p>
    <w:p w:rsidR="00D850E7" w:rsidRPr="00B0236C" w:rsidRDefault="00D850E7" w:rsidP="00D850E7">
      <w:pPr>
        <w:jc w:val="both"/>
        <w:rPr>
          <w:sz w:val="28"/>
          <w:szCs w:val="28"/>
          <w:u w:val="single"/>
        </w:rPr>
      </w:pPr>
    </w:p>
    <w:p w:rsidR="00D850E7" w:rsidRPr="00B0236C" w:rsidRDefault="00D850E7" w:rsidP="00D850E7">
      <w:pPr>
        <w:jc w:val="both"/>
        <w:rPr>
          <w:sz w:val="28"/>
          <w:szCs w:val="28"/>
        </w:rPr>
      </w:pPr>
      <w:r w:rsidRPr="00B0236C">
        <w:rPr>
          <w:sz w:val="28"/>
          <w:szCs w:val="28"/>
        </w:rPr>
        <w:t>10-15 минут</w:t>
      </w:r>
    </w:p>
    <w:p w:rsidR="00D850E7" w:rsidRPr="00B0236C" w:rsidRDefault="00D850E7" w:rsidP="00D850E7">
      <w:pPr>
        <w:jc w:val="both"/>
        <w:rPr>
          <w:sz w:val="28"/>
          <w:szCs w:val="28"/>
        </w:rPr>
      </w:pPr>
    </w:p>
    <w:p w:rsidR="00D850E7" w:rsidRPr="00B0236C" w:rsidRDefault="00D850E7" w:rsidP="00D850E7">
      <w:pPr>
        <w:jc w:val="both"/>
        <w:rPr>
          <w:b/>
          <w:sz w:val="28"/>
          <w:szCs w:val="28"/>
          <w:u w:val="single"/>
        </w:rPr>
      </w:pPr>
      <w:r w:rsidRPr="00B0236C">
        <w:rPr>
          <w:b/>
          <w:sz w:val="28"/>
          <w:szCs w:val="28"/>
          <w:u w:val="single"/>
        </w:rPr>
        <w:t>Құпиялылық:</w:t>
      </w:r>
    </w:p>
    <w:p w:rsidR="00D850E7" w:rsidRPr="00B0236C" w:rsidRDefault="00D850E7" w:rsidP="00D850E7">
      <w:pPr>
        <w:jc w:val="both"/>
        <w:rPr>
          <w:sz w:val="28"/>
          <w:szCs w:val="28"/>
          <w:u w:val="single"/>
        </w:rPr>
      </w:pPr>
    </w:p>
    <w:p w:rsidR="00D850E7" w:rsidRPr="00B0236C" w:rsidRDefault="00D850E7" w:rsidP="00D850E7">
      <w:pPr>
        <w:jc w:val="both"/>
        <w:rPr>
          <w:sz w:val="28"/>
          <w:szCs w:val="28"/>
        </w:rPr>
      </w:pPr>
      <w:r w:rsidRPr="00B0236C">
        <w:rPr>
          <w:sz w:val="28"/>
          <w:szCs w:val="28"/>
        </w:rPr>
        <w:t>Сіздің жауаптарыңыз құпиялықта сақталады және тек ғылыми мақсатта қолданылады.</w:t>
      </w:r>
    </w:p>
    <w:p w:rsidR="00D850E7" w:rsidRPr="00B0236C" w:rsidRDefault="00D850E7" w:rsidP="00D850E7">
      <w:pPr>
        <w:jc w:val="both"/>
        <w:rPr>
          <w:color w:val="000000" w:themeColor="text1"/>
          <w:sz w:val="28"/>
          <w:szCs w:val="28"/>
          <w:u w:val="single"/>
        </w:rPr>
      </w:pPr>
    </w:p>
    <w:p w:rsidR="00D850E7" w:rsidRPr="00B0236C" w:rsidRDefault="00D850E7" w:rsidP="00D850E7">
      <w:pPr>
        <w:jc w:val="both"/>
        <w:rPr>
          <w:b/>
          <w:sz w:val="28"/>
          <w:szCs w:val="28"/>
          <w:u w:val="single"/>
        </w:rPr>
      </w:pPr>
      <w:r w:rsidRPr="00B0236C">
        <w:rPr>
          <w:b/>
          <w:sz w:val="28"/>
          <w:szCs w:val="28"/>
          <w:u w:val="single"/>
        </w:rPr>
        <w:t>Келісім:</w:t>
      </w:r>
    </w:p>
    <w:p w:rsidR="00D850E7" w:rsidRPr="00B0236C" w:rsidRDefault="00D850E7" w:rsidP="00D850E7">
      <w:pPr>
        <w:jc w:val="both"/>
        <w:rPr>
          <w:sz w:val="28"/>
          <w:szCs w:val="28"/>
        </w:rPr>
      </w:pPr>
    </w:p>
    <w:p w:rsidR="00D850E7" w:rsidRPr="00B0236C" w:rsidRDefault="00D850E7" w:rsidP="00D850E7">
      <w:pPr>
        <w:jc w:val="both"/>
        <w:rPr>
          <w:sz w:val="28"/>
          <w:szCs w:val="28"/>
        </w:rPr>
      </w:pPr>
      <w:r w:rsidRPr="00B0236C">
        <w:rPr>
          <w:sz w:val="28"/>
          <w:szCs w:val="28"/>
        </w:rPr>
        <w:t>Егер осы зерттеуге қатысқыңыз келсе, төменгі жерде қолыңызды қоюды сұраймыз. Сіздің қолыңыз қатысуға келісуіңізді білдіреді.</w:t>
      </w:r>
    </w:p>
    <w:p w:rsidR="00D850E7" w:rsidRPr="00B0236C" w:rsidRDefault="00D850E7" w:rsidP="00D850E7">
      <w:pPr>
        <w:rPr>
          <w:sz w:val="28"/>
          <w:szCs w:val="28"/>
        </w:rPr>
      </w:pPr>
    </w:p>
    <w:p w:rsidR="00D850E7" w:rsidRPr="00B0236C" w:rsidRDefault="00D850E7" w:rsidP="00D850E7">
      <w:pPr>
        <w:jc w:val="both"/>
        <w:rPr>
          <w:sz w:val="28"/>
          <w:szCs w:val="28"/>
        </w:rPr>
      </w:pPr>
    </w:p>
    <w:p w:rsidR="00D850E7" w:rsidRPr="00B0236C" w:rsidRDefault="00D850E7" w:rsidP="00D850E7">
      <w:pPr>
        <w:jc w:val="both"/>
        <w:rPr>
          <w:sz w:val="28"/>
          <w:szCs w:val="28"/>
        </w:rPr>
      </w:pPr>
      <w:r w:rsidRPr="00B0236C">
        <w:rPr>
          <w:sz w:val="28"/>
          <w:szCs w:val="28"/>
        </w:rPr>
        <w:t xml:space="preserve">Қолы: _______________   Күні: _________________ </w:t>
      </w:r>
    </w:p>
    <w:p w:rsidR="00D850E7" w:rsidRPr="00B0236C" w:rsidRDefault="00D850E7" w:rsidP="00D850E7">
      <w:pPr>
        <w:jc w:val="both"/>
        <w:rPr>
          <w:color w:val="000000" w:themeColor="text1"/>
          <w:sz w:val="28"/>
          <w:szCs w:val="28"/>
        </w:rPr>
      </w:pPr>
    </w:p>
    <w:p w:rsidR="00D850E7" w:rsidRPr="00B0236C" w:rsidRDefault="00D850E7" w:rsidP="00D850E7">
      <w:pPr>
        <w:rPr>
          <w:b/>
          <w:i/>
          <w:color w:val="000000" w:themeColor="text1"/>
          <w:sz w:val="28"/>
          <w:szCs w:val="28"/>
          <w:u w:val="single"/>
        </w:rPr>
      </w:pPr>
    </w:p>
    <w:p w:rsidR="00D850E7" w:rsidRPr="00B0236C" w:rsidRDefault="00D850E7" w:rsidP="00D850E7">
      <w:pPr>
        <w:rPr>
          <w:b/>
          <w:i/>
          <w:color w:val="000000" w:themeColor="text1"/>
          <w:sz w:val="28"/>
          <w:szCs w:val="28"/>
          <w:u w:val="single"/>
        </w:rPr>
      </w:pPr>
    </w:p>
    <w:p w:rsidR="00D850E7" w:rsidRPr="00BC359F" w:rsidRDefault="00D850E7" w:rsidP="00D850E7">
      <w:pPr>
        <w:rPr>
          <w:b/>
          <w:i/>
          <w:color w:val="000000" w:themeColor="text1"/>
          <w:sz w:val="28"/>
          <w:szCs w:val="28"/>
          <w:u w:val="single"/>
        </w:rPr>
      </w:pPr>
    </w:p>
    <w:p w:rsidR="00D850E7" w:rsidRPr="00B0236C" w:rsidRDefault="00D850E7" w:rsidP="00D850E7">
      <w:pPr>
        <w:adjustRightInd w:val="0"/>
        <w:rPr>
          <w:b/>
          <w:bCs/>
          <w:color w:val="000000" w:themeColor="text1"/>
          <w:sz w:val="28"/>
          <w:szCs w:val="28"/>
          <w:u w:val="single"/>
        </w:rPr>
      </w:pPr>
      <w:r w:rsidRPr="00B0236C">
        <w:rPr>
          <w:b/>
          <w:bCs/>
          <w:color w:val="000000" w:themeColor="text1"/>
          <w:sz w:val="28"/>
          <w:szCs w:val="28"/>
          <w:u w:val="single"/>
        </w:rPr>
        <w:t xml:space="preserve">ДЕМОГРАФИЯЛЫҚ АҚПАРАТ </w:t>
      </w:r>
    </w:p>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 Жынысыңызды көрсетіңіз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1. Ер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Әйел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2. Жасыңыз нешеде? </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1. 18-24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2. 25-34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3. 35-44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4. 45-54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5. 55-64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6. 65+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3. Тұрғылықты жеріңізді көрсетіңіз.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1.Өскемен</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11.Зайсан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2.Семей</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12.Алтай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3.Курчатов</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13.Катон-Карағай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4.Риддер (Лениногорск)</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14.Көкпекті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5.Абай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15.Күршім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6.Аягөз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16.Тарбағатай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7.Бескарағай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17.Ұлан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8.Бородулиха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18.Үржар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9.Глубокое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19.Шемонаиха ауданы</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10.Жарма ауданы</w:t>
            </w:r>
          </w:p>
        </w:tc>
        <w:tc>
          <w:tcPr>
            <w:tcW w:w="4786" w:type="dxa"/>
          </w:tcPr>
          <w:p w:rsidR="00D850E7" w:rsidRPr="00B0236C" w:rsidRDefault="00D850E7" w:rsidP="00D850E7">
            <w:pPr>
              <w:autoSpaceDE w:val="0"/>
              <w:autoSpaceDN w:val="0"/>
              <w:adjustRightInd w:val="0"/>
              <w:rPr>
                <w:bCs/>
                <w:color w:val="000000" w:themeColor="text1"/>
                <w:sz w:val="28"/>
                <w:szCs w:val="28"/>
              </w:rPr>
            </w:pPr>
          </w:p>
        </w:tc>
      </w:tr>
    </w:tbl>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4. Сіздің тұрғылықты орныңызды қандай аймаққа жатқызуға болады? </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9"/>
        <w:rPr>
          <w:color w:val="000000" w:themeColor="text1"/>
          <w:sz w:val="28"/>
          <w:szCs w:val="28"/>
        </w:rPr>
      </w:pPr>
      <w:r w:rsidRPr="00B0236C">
        <w:rPr>
          <w:color w:val="000000" w:themeColor="text1"/>
          <w:sz w:val="28"/>
          <w:szCs w:val="28"/>
        </w:rPr>
        <w:t>1. Қала</w:t>
      </w:r>
    </w:p>
    <w:p w:rsidR="00D850E7" w:rsidRPr="00B0236C" w:rsidRDefault="00D850E7" w:rsidP="00D850E7">
      <w:pPr>
        <w:adjustRightInd w:val="0"/>
        <w:spacing w:after="9"/>
        <w:rPr>
          <w:color w:val="000000" w:themeColor="text1"/>
          <w:sz w:val="28"/>
          <w:szCs w:val="28"/>
        </w:rPr>
      </w:pPr>
      <w:r w:rsidRPr="00B0236C">
        <w:rPr>
          <w:color w:val="000000" w:themeColor="text1"/>
          <w:sz w:val="28"/>
          <w:szCs w:val="28"/>
        </w:rPr>
        <w:t>2. Аудан</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3. Ауыл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5. Білім деңгейіңізді көрсетіңіз.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 xml:space="preserve">1. Аяқталмаған орта білім  </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5. Бакалавр дәрежесі</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2. Орта мектеп түлегі</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6. Магистр/маман дәрежесі</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3. Аяқталмаған орта-арнайы</w:t>
            </w:r>
          </w:p>
        </w:tc>
        <w:tc>
          <w:tcPr>
            <w:tcW w:w="4786"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7. PhD дәрежесі</w:t>
            </w:r>
          </w:p>
        </w:tc>
      </w:tr>
      <w:tr w:rsidR="00D850E7" w:rsidRPr="00B0236C" w:rsidTr="00D850E7">
        <w:tc>
          <w:tcPr>
            <w:tcW w:w="4785"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4. Колледж/техникум түлегі</w:t>
            </w:r>
          </w:p>
        </w:tc>
        <w:tc>
          <w:tcPr>
            <w:tcW w:w="4786" w:type="dxa"/>
          </w:tcPr>
          <w:p w:rsidR="00D850E7" w:rsidRPr="00B0236C" w:rsidRDefault="00D850E7" w:rsidP="00D850E7">
            <w:pPr>
              <w:autoSpaceDE w:val="0"/>
              <w:autoSpaceDN w:val="0"/>
              <w:adjustRightInd w:val="0"/>
              <w:rPr>
                <w:bCs/>
                <w:color w:val="000000" w:themeColor="text1"/>
                <w:sz w:val="28"/>
                <w:szCs w:val="28"/>
              </w:rPr>
            </w:pPr>
          </w:p>
        </w:tc>
      </w:tr>
    </w:tbl>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6. Отбасыңыздың жалпы кіріс сомасын көрсетіңіз:  ____________________</w:t>
      </w:r>
    </w:p>
    <w:p w:rsidR="00D850E7" w:rsidRPr="00B0236C" w:rsidRDefault="00D850E7" w:rsidP="00D850E7">
      <w:pPr>
        <w:adjustRightInd w:val="0"/>
        <w:rPr>
          <w:i/>
          <w:iCs/>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7. Сіздің отбасыңыздың құрамын көрсетіңіз:  </w:t>
      </w:r>
    </w:p>
    <w:p w:rsidR="00D850E7" w:rsidRPr="00B0236C" w:rsidRDefault="00D850E7" w:rsidP="00D850E7">
      <w:pPr>
        <w:adjustRightInd w:val="0"/>
        <w:spacing w:after="10"/>
        <w:rPr>
          <w:bCs/>
          <w:i/>
          <w:color w:val="000000" w:themeColor="text1"/>
          <w:sz w:val="28"/>
          <w:szCs w:val="28"/>
        </w:rPr>
      </w:pPr>
      <w:r w:rsidRPr="00B0236C">
        <w:rPr>
          <w:bCs/>
          <w:i/>
          <w:color w:val="000000" w:themeColor="text1"/>
          <w:sz w:val="28"/>
          <w:szCs w:val="28"/>
        </w:rPr>
        <w:t>1 жауап таңдаңыз</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850E7" w:rsidRPr="00B0236C" w:rsidTr="00D850E7">
        <w:tc>
          <w:tcPr>
            <w:tcW w:w="4785"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1. Жалғыз тұрамын</w:t>
            </w:r>
          </w:p>
        </w:tc>
        <w:tc>
          <w:tcPr>
            <w:tcW w:w="4786"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4. Тұрмыстамын/ үйленгенмін – 16 жасқа дейінгі балаларымыз бар</w:t>
            </w:r>
          </w:p>
        </w:tc>
      </w:tr>
      <w:tr w:rsidR="00D850E7" w:rsidRPr="00B0236C" w:rsidTr="00D850E7">
        <w:tc>
          <w:tcPr>
            <w:tcW w:w="4785"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2. 16 жасқа дейінгі баламен (балалармен)жалғыз тұрамын</w:t>
            </w:r>
          </w:p>
        </w:tc>
        <w:tc>
          <w:tcPr>
            <w:tcW w:w="4786"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5. Үйде бірнеше ересек адамдар тұрамыз – балалар жоқ</w:t>
            </w:r>
          </w:p>
        </w:tc>
      </w:tr>
      <w:tr w:rsidR="00D850E7" w:rsidRPr="00B0236C" w:rsidTr="00D850E7">
        <w:tc>
          <w:tcPr>
            <w:tcW w:w="4785"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3. Тұрмыстамын/ үйленгенмін – балаларымыз жоқ</w:t>
            </w:r>
          </w:p>
        </w:tc>
        <w:tc>
          <w:tcPr>
            <w:tcW w:w="4786" w:type="dxa"/>
          </w:tcPr>
          <w:p w:rsidR="00D850E7" w:rsidRPr="00B0236C" w:rsidRDefault="00D850E7" w:rsidP="00D850E7">
            <w:pPr>
              <w:autoSpaceDE w:val="0"/>
              <w:autoSpaceDN w:val="0"/>
              <w:adjustRightInd w:val="0"/>
              <w:spacing w:after="10"/>
              <w:rPr>
                <w:color w:val="000000" w:themeColor="text1"/>
                <w:sz w:val="28"/>
                <w:szCs w:val="28"/>
              </w:rPr>
            </w:pPr>
            <w:r w:rsidRPr="00B0236C">
              <w:rPr>
                <w:color w:val="000000" w:themeColor="text1"/>
                <w:sz w:val="28"/>
                <w:szCs w:val="28"/>
              </w:rPr>
              <w:t>6. Үйде бірнеше ересек және 16 жасқа дейінгі балалалармен тұрамыз</w:t>
            </w:r>
          </w:p>
        </w:tc>
      </w:tr>
    </w:tbl>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НЕГІЗГІ САУАЛНАМА</w:t>
      </w:r>
    </w:p>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u w:val="single"/>
        </w:rPr>
      </w:pPr>
      <w:r w:rsidRPr="00B0236C">
        <w:rPr>
          <w:b/>
          <w:bCs/>
          <w:color w:val="000000" w:themeColor="text1"/>
          <w:sz w:val="28"/>
          <w:szCs w:val="28"/>
          <w:u w:val="single"/>
        </w:rPr>
        <w:t>АНТИБИОТИКТЕРДІ ҚОЛДАНУ</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1) Сіз антибиотиктерді соңғы  рет қашан қабылдадыңыз?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rPr>
          <w:bCs/>
          <w:i/>
          <w:color w:val="000000" w:themeColor="text1"/>
          <w:sz w:val="28"/>
          <w:szCs w:val="28"/>
        </w:rPr>
      </w:pPr>
      <w:r w:rsidRPr="00B0236C">
        <w:rPr>
          <w:color w:val="000000" w:themeColor="text1"/>
          <w:sz w:val="28"/>
          <w:szCs w:val="28"/>
        </w:rPr>
        <w:t>1. өткен айда</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2. өткен 6 ай ішінде</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3. былтыр</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4. бір жылдан артық уақыт бұрын</w:t>
      </w:r>
    </w:p>
    <w:p w:rsidR="00D850E7" w:rsidRPr="00B0236C" w:rsidRDefault="00D850E7" w:rsidP="00D850E7">
      <w:pPr>
        <w:adjustRightInd w:val="0"/>
        <w:rPr>
          <w:color w:val="000000" w:themeColor="text1"/>
          <w:sz w:val="28"/>
          <w:szCs w:val="28"/>
        </w:rPr>
      </w:pPr>
      <w:r w:rsidRPr="00B0236C">
        <w:rPr>
          <w:color w:val="000000" w:themeColor="text1"/>
          <w:sz w:val="28"/>
          <w:szCs w:val="28"/>
        </w:rPr>
        <w:t>5. ешқашан</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b/>
          <w:bCs/>
          <w:i/>
          <w:iCs/>
          <w:color w:val="000000" w:themeColor="text1"/>
          <w:sz w:val="28"/>
          <w:szCs w:val="28"/>
        </w:rPr>
      </w:pPr>
      <w:r w:rsidRPr="00B0236C">
        <w:rPr>
          <w:b/>
          <w:bCs/>
          <w:i/>
          <w:iCs/>
          <w:color w:val="000000" w:themeColor="text1"/>
          <w:sz w:val="28"/>
          <w:szCs w:val="28"/>
        </w:rPr>
        <w:t xml:space="preserve">*Егер сіз «Ешқашан» жауабын таңдасаңыз 5 сұраққа өтіңіз </w:t>
      </w:r>
    </w:p>
    <w:p w:rsidR="00D850E7" w:rsidRPr="00B0236C" w:rsidRDefault="00D850E7" w:rsidP="00D850E7">
      <w:pPr>
        <w:adjustRightInd w:val="0"/>
        <w:rPr>
          <w:b/>
          <w:bCs/>
          <w:i/>
          <w:iCs/>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2) Сіз антибиотиктерді (немесе оған рецептті) дәрігер немесе медбикеден алдыңыз ба? </w:t>
      </w:r>
    </w:p>
    <w:p w:rsidR="00D850E7" w:rsidRPr="00B0236C" w:rsidRDefault="00D850E7" w:rsidP="00D850E7">
      <w:pPr>
        <w:adjustRightInd w:val="0"/>
        <w:rPr>
          <w:i/>
          <w:color w:val="000000" w:themeColor="text1"/>
          <w:sz w:val="28"/>
          <w:szCs w:val="28"/>
        </w:rPr>
      </w:pPr>
      <w:r w:rsidRPr="00B0236C">
        <w:rPr>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 Иә</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Жоқ </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 </w:t>
      </w: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3) Сіз антибиотиктерді қабылдау бойынша дәрігер, медбике немесе фармацевттен кеңес алдыңыз ба?  </w:t>
      </w:r>
    </w:p>
    <w:p w:rsidR="00D850E7" w:rsidRPr="00B0236C" w:rsidRDefault="00D850E7" w:rsidP="00D850E7">
      <w:pPr>
        <w:adjustRightInd w:val="0"/>
        <w:spacing w:after="12"/>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1. Иә, мен оларды қабылдау бойынша кеңестер алдым (мысалы, тамақпен, 7 күн ішінде және т.с.с.)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2. Жоқ</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4) Антибиотиктерді қайдан алдыңыз? </w:t>
      </w:r>
    </w:p>
    <w:p w:rsidR="00D850E7" w:rsidRPr="00B0236C" w:rsidRDefault="00D850E7" w:rsidP="00D850E7">
      <w:pPr>
        <w:adjustRightInd w:val="0"/>
        <w:rPr>
          <w:i/>
          <w:color w:val="000000" w:themeColor="text1"/>
          <w:sz w:val="28"/>
          <w:szCs w:val="28"/>
        </w:rPr>
      </w:pPr>
      <w:r w:rsidRPr="00B0236C">
        <w:rPr>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1. дәріханадан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2. интернеттен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3. досымнан/туысымнан алдым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4. ақырғы қолданғаннан сақтап қойғанмын </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 </w:t>
      </w:r>
    </w:p>
    <w:p w:rsidR="00D850E7" w:rsidRPr="00B0236C" w:rsidRDefault="00D850E7" w:rsidP="00D850E7">
      <w:pPr>
        <w:adjustRightInd w:val="0"/>
        <w:rPr>
          <w:b/>
          <w:bCs/>
          <w:color w:val="000000" w:themeColor="text1"/>
          <w:sz w:val="28"/>
          <w:szCs w:val="28"/>
          <w:u w:val="single"/>
        </w:rPr>
      </w:pPr>
      <w:r w:rsidRPr="00B0236C">
        <w:rPr>
          <w:b/>
          <w:bCs/>
          <w:color w:val="000000" w:themeColor="text1"/>
          <w:sz w:val="28"/>
          <w:szCs w:val="28"/>
          <w:u w:val="single"/>
        </w:rPr>
        <w:t>АНТИБИОТИКТЕР ТУРАЛЫ БІЛІМІҢІЗ</w:t>
      </w: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5) Сіздің ойыңызша, антибиотиктерді қабылдап бастағаннан кейін, оны қабылдауды қашан тоқтату керек? </w:t>
      </w:r>
    </w:p>
    <w:p w:rsidR="00D850E7" w:rsidRPr="00B0236C" w:rsidRDefault="00D850E7" w:rsidP="00D850E7">
      <w:pPr>
        <w:adjustRightInd w:val="0"/>
        <w:spacing w:after="12"/>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 өзімді жақсырақ сезінген кезде</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дәрігер тағайындауы бойынша барлық антибиотиктерді қабылдап болғанда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99. білмеймін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6) Қалай ойлайсыз келесі көзқарас «дұрыс» па әлде «қате» ма? </w:t>
      </w:r>
    </w:p>
    <w:p w:rsidR="00D850E7" w:rsidRPr="00B0236C" w:rsidRDefault="00D850E7" w:rsidP="00D850E7">
      <w:pPr>
        <w:adjustRightInd w:val="0"/>
        <w:rPr>
          <w:b/>
          <w:bCs/>
          <w:i/>
          <w:iCs/>
          <w:color w:val="000000" w:themeColor="text1"/>
          <w:sz w:val="28"/>
          <w:szCs w:val="28"/>
        </w:rPr>
      </w:pPr>
      <w:r w:rsidRPr="00B0236C">
        <w:rPr>
          <w:b/>
          <w:bCs/>
          <w:i/>
          <w:iCs/>
          <w:color w:val="000000" w:themeColor="text1"/>
          <w:sz w:val="28"/>
          <w:szCs w:val="28"/>
        </w:rPr>
        <w:t>“Досыма немесе туысыма бірдей диагнозды ( ауруды) емдеу үшін  қолданған антибиотикті пайдалануға болады ма?”</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 дұрыс</w:t>
      </w:r>
    </w:p>
    <w:p w:rsidR="00D850E7" w:rsidRPr="00B0236C" w:rsidRDefault="00D850E7" w:rsidP="00D850E7">
      <w:pPr>
        <w:adjustRightInd w:val="0"/>
        <w:rPr>
          <w:color w:val="000000" w:themeColor="text1"/>
          <w:sz w:val="28"/>
          <w:szCs w:val="28"/>
        </w:rPr>
      </w:pPr>
      <w:r w:rsidRPr="00B0236C">
        <w:rPr>
          <w:color w:val="000000" w:themeColor="text1"/>
          <w:sz w:val="28"/>
          <w:szCs w:val="28"/>
        </w:rPr>
        <w:t>2. қате</w:t>
      </w:r>
    </w:p>
    <w:p w:rsidR="00D850E7" w:rsidRPr="00B0236C" w:rsidRDefault="00D850E7" w:rsidP="00D850E7">
      <w:pPr>
        <w:adjustRightInd w:val="0"/>
        <w:rPr>
          <w:color w:val="000000" w:themeColor="text1"/>
          <w:sz w:val="28"/>
          <w:szCs w:val="28"/>
        </w:rPr>
      </w:pPr>
      <w:r w:rsidRPr="00B0236C">
        <w:rPr>
          <w:color w:val="000000" w:themeColor="text1"/>
          <w:sz w:val="28"/>
          <w:szCs w:val="28"/>
        </w:rPr>
        <w:t>99. білмеймін</w:t>
      </w: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7) Қалай ойлайсыз келесі көзқарас «дұрыс» па әлде «қате» ма? </w:t>
      </w:r>
    </w:p>
    <w:p w:rsidR="00D850E7" w:rsidRPr="00B0236C" w:rsidRDefault="00D850E7" w:rsidP="00D850E7">
      <w:pPr>
        <w:adjustRightInd w:val="0"/>
        <w:rPr>
          <w:b/>
          <w:bCs/>
          <w:i/>
          <w:iCs/>
          <w:color w:val="000000" w:themeColor="text1"/>
          <w:sz w:val="28"/>
          <w:szCs w:val="28"/>
        </w:rPr>
      </w:pPr>
      <w:r w:rsidRPr="00B0236C">
        <w:rPr>
          <w:b/>
          <w:bCs/>
          <w:i/>
          <w:iCs/>
          <w:color w:val="000000" w:themeColor="text1"/>
          <w:sz w:val="28"/>
          <w:szCs w:val="28"/>
        </w:rPr>
        <w:t>“Дәл осындай белгілері бар аурумен қайта ауырсаңыз, ақырғы рет жақсы көмектескен антибиотикті қайта сатып аласыз ба немесе дәрігерден сұрап аласыз ба?”</w:t>
      </w:r>
    </w:p>
    <w:p w:rsidR="00D850E7" w:rsidRPr="00B0236C" w:rsidRDefault="00D850E7" w:rsidP="00D850E7">
      <w:pPr>
        <w:adjustRightInd w:val="0"/>
        <w:rPr>
          <w:b/>
          <w:bCs/>
          <w:i/>
          <w:iCs/>
          <w:color w:val="000000" w:themeColor="text1"/>
          <w:sz w:val="28"/>
          <w:szCs w:val="28"/>
        </w:rPr>
      </w:pPr>
      <w:r w:rsidRPr="00B0236C">
        <w:rPr>
          <w:bCs/>
          <w:i/>
          <w:color w:val="000000" w:themeColor="text1"/>
          <w:sz w:val="28"/>
          <w:szCs w:val="28"/>
        </w:rPr>
        <w:t>1 жауап таңдаңыз</w:t>
      </w:r>
    </w:p>
    <w:p w:rsidR="00D850E7" w:rsidRPr="00B0236C" w:rsidRDefault="00D850E7" w:rsidP="00D850E7">
      <w:pPr>
        <w:adjustRightInd w:val="0"/>
        <w:rPr>
          <w:color w:val="000000" w:themeColor="text1"/>
          <w:sz w:val="28"/>
          <w:szCs w:val="28"/>
        </w:rPr>
      </w:pPr>
      <w:r w:rsidRPr="00B0236C">
        <w:rPr>
          <w:color w:val="000000" w:themeColor="text1"/>
          <w:sz w:val="28"/>
          <w:szCs w:val="28"/>
        </w:rPr>
        <w:t>1. дұрыс</w:t>
      </w:r>
    </w:p>
    <w:p w:rsidR="00D850E7" w:rsidRPr="00B0236C" w:rsidRDefault="00D850E7" w:rsidP="00D850E7">
      <w:pPr>
        <w:adjustRightInd w:val="0"/>
        <w:rPr>
          <w:color w:val="000000" w:themeColor="text1"/>
          <w:sz w:val="28"/>
          <w:szCs w:val="28"/>
        </w:rPr>
      </w:pPr>
      <w:r w:rsidRPr="00B0236C">
        <w:rPr>
          <w:color w:val="000000" w:themeColor="text1"/>
          <w:sz w:val="28"/>
          <w:szCs w:val="28"/>
        </w:rPr>
        <w:t>2. қате</w:t>
      </w:r>
    </w:p>
    <w:p w:rsidR="00D850E7" w:rsidRPr="00B0236C" w:rsidRDefault="00D850E7" w:rsidP="00D850E7">
      <w:pPr>
        <w:adjustRightInd w:val="0"/>
        <w:rPr>
          <w:color w:val="000000" w:themeColor="text1"/>
          <w:sz w:val="28"/>
          <w:szCs w:val="28"/>
        </w:rPr>
      </w:pPr>
      <w:r w:rsidRPr="00B0236C">
        <w:rPr>
          <w:color w:val="000000" w:themeColor="text1"/>
          <w:sz w:val="28"/>
          <w:szCs w:val="28"/>
        </w:rPr>
        <w:t>99. білмеймін</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8) Сіздің ойыңызша төменде көрсетілген қандай ауруларды/жағдайларды антибиотиктермен емдеуге болады? </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 xml:space="preserve">                                                      </w:t>
      </w:r>
    </w:p>
    <w:tbl>
      <w:tblPr>
        <w:tblStyle w:val="aa"/>
        <w:tblW w:w="0" w:type="auto"/>
        <w:tblLook w:val="04A0" w:firstRow="1" w:lastRow="0" w:firstColumn="1" w:lastColumn="0" w:noHBand="0" w:noVBand="1"/>
      </w:tblPr>
      <w:tblGrid>
        <w:gridCol w:w="3259"/>
        <w:gridCol w:w="3260"/>
      </w:tblGrid>
      <w:tr w:rsidR="00D850E7" w:rsidRPr="00B0236C" w:rsidTr="00D850E7">
        <w:trPr>
          <w:trHeight w:val="273"/>
        </w:trPr>
        <w:tc>
          <w:tcPr>
            <w:tcW w:w="3259" w:type="dxa"/>
          </w:tcPr>
          <w:p w:rsidR="00D850E7" w:rsidRPr="00B0236C" w:rsidRDefault="00D850E7" w:rsidP="00D850E7">
            <w:pPr>
              <w:autoSpaceDE w:val="0"/>
              <w:autoSpaceDN w:val="0"/>
              <w:adjustRightInd w:val="0"/>
              <w:jc w:val="center"/>
              <w:rPr>
                <w:b/>
                <w:bCs/>
                <w:color w:val="000000" w:themeColor="text1"/>
                <w:sz w:val="28"/>
                <w:szCs w:val="28"/>
              </w:rPr>
            </w:pPr>
            <w:r w:rsidRPr="00B0236C">
              <w:rPr>
                <w:b/>
                <w:bCs/>
                <w:color w:val="000000" w:themeColor="text1"/>
                <w:sz w:val="28"/>
                <w:szCs w:val="28"/>
              </w:rPr>
              <w:t>Аурулар тізімі</w:t>
            </w:r>
          </w:p>
        </w:tc>
        <w:tc>
          <w:tcPr>
            <w:tcW w:w="3260" w:type="dxa"/>
          </w:tcPr>
          <w:p w:rsidR="00D850E7" w:rsidRPr="00B0236C" w:rsidRDefault="00D850E7" w:rsidP="00D850E7">
            <w:pPr>
              <w:autoSpaceDE w:val="0"/>
              <w:autoSpaceDN w:val="0"/>
              <w:adjustRightInd w:val="0"/>
              <w:jc w:val="center"/>
              <w:rPr>
                <w:b/>
                <w:bCs/>
                <w:color w:val="000000" w:themeColor="text1"/>
                <w:sz w:val="28"/>
                <w:szCs w:val="28"/>
              </w:rPr>
            </w:pPr>
            <w:r w:rsidRPr="00B0236C">
              <w:rPr>
                <w:b/>
                <w:bCs/>
                <w:color w:val="000000" w:themeColor="text1"/>
                <w:sz w:val="28"/>
                <w:szCs w:val="28"/>
              </w:rPr>
              <w:t>Сіздің жауабыныз</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 АҚТҚ/ЖҚТБ</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2. Гонорея</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565"/>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3. Қуық немесе зәршығару жолдарының инфекциясы</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92"/>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4. Іш өту</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5. Суық тию және грипп</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6. Жоғары температура</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92"/>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7. Безгек (Малярия)</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8. Қызылша (Корь)</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9. Тері немесе жара(рана) инфекциясы</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73"/>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10. Тамақтын ауырсынуы</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92"/>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11. Денедегі ауырсынулар</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r w:rsidR="00D850E7" w:rsidRPr="00B0236C" w:rsidTr="00D850E7">
        <w:trPr>
          <w:trHeight w:val="292"/>
        </w:trPr>
        <w:tc>
          <w:tcPr>
            <w:tcW w:w="3259"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12. Бас ауруы</w:t>
            </w:r>
          </w:p>
        </w:tc>
        <w:tc>
          <w:tcPr>
            <w:tcW w:w="3260" w:type="dxa"/>
          </w:tcPr>
          <w:p w:rsidR="00D850E7" w:rsidRPr="00B0236C" w:rsidRDefault="00D850E7" w:rsidP="00D850E7">
            <w:pPr>
              <w:autoSpaceDE w:val="0"/>
              <w:autoSpaceDN w:val="0"/>
              <w:adjustRightInd w:val="0"/>
              <w:rPr>
                <w:bCs/>
                <w:color w:val="000000" w:themeColor="text1"/>
                <w:sz w:val="28"/>
                <w:szCs w:val="28"/>
              </w:rPr>
            </w:pPr>
            <w:r w:rsidRPr="00B0236C">
              <w:rPr>
                <w:bCs/>
                <w:color w:val="000000" w:themeColor="text1"/>
                <w:sz w:val="28"/>
                <w:szCs w:val="28"/>
              </w:rPr>
              <w:t>Иә/</w:t>
            </w:r>
            <w:r w:rsidRPr="00B0236C">
              <w:rPr>
                <w:sz w:val="28"/>
                <w:szCs w:val="28"/>
              </w:rPr>
              <w:t xml:space="preserve"> </w:t>
            </w:r>
            <w:r w:rsidRPr="00B0236C">
              <w:rPr>
                <w:bCs/>
                <w:color w:val="000000" w:themeColor="text1"/>
                <w:sz w:val="28"/>
                <w:szCs w:val="28"/>
              </w:rPr>
              <w:t>Жоқ/</w:t>
            </w:r>
            <w:r w:rsidRPr="00B0236C">
              <w:rPr>
                <w:sz w:val="28"/>
                <w:szCs w:val="28"/>
              </w:rPr>
              <w:t xml:space="preserve"> </w:t>
            </w:r>
            <w:r w:rsidRPr="00B0236C">
              <w:rPr>
                <w:bCs/>
                <w:color w:val="000000" w:themeColor="text1"/>
                <w:sz w:val="28"/>
                <w:szCs w:val="28"/>
              </w:rPr>
              <w:t>Білмеймін</w:t>
            </w:r>
          </w:p>
        </w:tc>
      </w:tr>
    </w:tbl>
    <w:p w:rsidR="00D850E7" w:rsidRPr="00B0236C" w:rsidRDefault="00D850E7" w:rsidP="00D850E7">
      <w:pPr>
        <w:adjustRightInd w:val="0"/>
        <w:spacing w:after="12"/>
        <w:rPr>
          <w:color w:val="000000" w:themeColor="text1"/>
          <w:sz w:val="28"/>
          <w:szCs w:val="28"/>
        </w:rPr>
      </w:pPr>
    </w:p>
    <w:p w:rsidR="00D850E7" w:rsidRPr="00B0236C" w:rsidRDefault="00D850E7" w:rsidP="00D850E7">
      <w:pPr>
        <w:adjustRightInd w:val="0"/>
        <w:rPr>
          <w:b/>
          <w:bCs/>
          <w:color w:val="000000" w:themeColor="text1"/>
          <w:sz w:val="28"/>
          <w:szCs w:val="28"/>
          <w:u w:val="single"/>
        </w:rPr>
      </w:pPr>
      <w:r w:rsidRPr="00B0236C">
        <w:rPr>
          <w:b/>
          <w:bCs/>
          <w:color w:val="000000" w:themeColor="text1"/>
          <w:sz w:val="28"/>
          <w:szCs w:val="28"/>
          <w:u w:val="single"/>
        </w:rPr>
        <w:t xml:space="preserve">АНТИБИОТИККЕ ТӨЗІМДІЛІК ТУРАЛЫ БІЛІМІҢІЗ </w:t>
      </w:r>
    </w:p>
    <w:p w:rsidR="00D850E7" w:rsidRPr="00B0236C" w:rsidRDefault="00D850E7" w:rsidP="00D850E7">
      <w:pPr>
        <w:adjustRightInd w:val="0"/>
        <w:rPr>
          <w:b/>
          <w:bCs/>
          <w:color w:val="000000" w:themeColor="text1"/>
          <w:sz w:val="28"/>
          <w:szCs w:val="28"/>
          <w:u w:val="single"/>
        </w:rPr>
      </w:pP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9) Сіз «Антибиотиктерге төзімділік»   терминін бұрын-соңды естідіңіз ба? </w:t>
      </w:r>
    </w:p>
    <w:p w:rsidR="00D850E7" w:rsidRPr="00B0236C" w:rsidRDefault="00D850E7" w:rsidP="00D850E7">
      <w:pPr>
        <w:adjustRightInd w:val="0"/>
        <w:rPr>
          <w:color w:val="000000" w:themeColor="text1"/>
          <w:sz w:val="28"/>
          <w:szCs w:val="28"/>
        </w:rPr>
      </w:pPr>
      <w:r w:rsidRPr="00B0236C">
        <w:rPr>
          <w:color w:val="000000" w:themeColor="text1"/>
          <w:sz w:val="28"/>
          <w:szCs w:val="28"/>
        </w:rPr>
        <w:t>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i/>
          <w:color w:val="000000" w:themeColor="text1"/>
          <w:sz w:val="28"/>
          <w:szCs w:val="28"/>
        </w:rPr>
      </w:pPr>
    </w:p>
    <w:p w:rsidR="00D850E7" w:rsidRPr="00B0236C" w:rsidRDefault="00D850E7" w:rsidP="00D850E7">
      <w:pPr>
        <w:adjustRightInd w:val="0"/>
        <w:spacing w:after="12"/>
        <w:rPr>
          <w:b/>
          <w:bCs/>
          <w:color w:val="000000" w:themeColor="text1"/>
          <w:sz w:val="28"/>
          <w:szCs w:val="28"/>
        </w:rPr>
      </w:pPr>
      <w:r w:rsidRPr="00B0236C">
        <w:rPr>
          <w:b/>
          <w:bCs/>
          <w:color w:val="000000" w:themeColor="text1"/>
          <w:sz w:val="28"/>
          <w:szCs w:val="28"/>
        </w:rPr>
        <w:t>9.1. Егер «Иә» деп жауап берсеңіз, бұл терминді қайдан естідіңіз?</w:t>
      </w:r>
    </w:p>
    <w:p w:rsidR="00D850E7" w:rsidRPr="00B0236C" w:rsidRDefault="00D850E7" w:rsidP="00D850E7">
      <w:pPr>
        <w:adjustRightInd w:val="0"/>
        <w:spacing w:after="12"/>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99. есімде жоқ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color w:val="000000" w:themeColor="text1"/>
          <w:sz w:val="28"/>
          <w:szCs w:val="28"/>
        </w:rPr>
      </w:pPr>
      <w:r w:rsidRPr="00B0236C">
        <w:rPr>
          <w:b/>
          <w:color w:val="000000" w:themeColor="text1"/>
          <w:sz w:val="28"/>
          <w:szCs w:val="28"/>
        </w:rPr>
        <w:t xml:space="preserve">10) Сіз «Супербактериялар»   терминін бұрын-соңды естідіңіз ба? </w:t>
      </w:r>
    </w:p>
    <w:p w:rsidR="00D850E7" w:rsidRPr="00B0236C" w:rsidRDefault="00D850E7" w:rsidP="00D850E7">
      <w:pPr>
        <w:adjustRightInd w:val="0"/>
        <w:rPr>
          <w:color w:val="000000" w:themeColor="text1"/>
          <w:sz w:val="28"/>
          <w:szCs w:val="28"/>
        </w:rPr>
      </w:pPr>
      <w:r w:rsidRPr="00B0236C">
        <w:rPr>
          <w:color w:val="000000" w:themeColor="text1"/>
          <w:sz w:val="28"/>
          <w:szCs w:val="28"/>
        </w:rPr>
        <w:t>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10.1. Егер «Иә» деп жауап берсеңіз, бұл терминді қайдан естідіңіз?</w:t>
      </w:r>
    </w:p>
    <w:p w:rsidR="00D850E7" w:rsidRPr="00B0236C" w:rsidRDefault="00D850E7" w:rsidP="00D850E7">
      <w:pPr>
        <w:adjustRightInd w:val="0"/>
        <w:spacing w:after="12"/>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color w:val="000000" w:themeColor="text1"/>
          <w:sz w:val="28"/>
          <w:szCs w:val="28"/>
        </w:rPr>
      </w:pPr>
      <w:r w:rsidRPr="00B0236C">
        <w:rPr>
          <w:b/>
          <w:color w:val="000000" w:themeColor="text1"/>
          <w:sz w:val="28"/>
          <w:szCs w:val="28"/>
        </w:rPr>
        <w:t>11)</w:t>
      </w:r>
      <w:r w:rsidRPr="00B0236C">
        <w:rPr>
          <w:b/>
          <w:sz w:val="28"/>
          <w:szCs w:val="28"/>
        </w:rPr>
        <w:t xml:space="preserve"> </w:t>
      </w:r>
      <w:r w:rsidRPr="00B0236C">
        <w:rPr>
          <w:b/>
          <w:color w:val="000000" w:themeColor="text1"/>
          <w:sz w:val="28"/>
          <w:szCs w:val="28"/>
        </w:rPr>
        <w:t>Сіз «Микробқа қарсы дәрілік заттарға төзімділік»   терминін бұрын-соңды естідіңіз ба?</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 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11.1.  Егер «Иә» деп жауап берсеңіз, бұл терминді қайдан естідіңіз?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color w:val="000000" w:themeColor="text1"/>
          <w:sz w:val="28"/>
          <w:szCs w:val="28"/>
        </w:rPr>
      </w:pPr>
      <w:r w:rsidRPr="00B0236C">
        <w:rPr>
          <w:b/>
          <w:color w:val="000000" w:themeColor="text1"/>
          <w:sz w:val="28"/>
          <w:szCs w:val="28"/>
        </w:rPr>
        <w:t>12)</w:t>
      </w:r>
      <w:r w:rsidRPr="00B0236C">
        <w:rPr>
          <w:b/>
          <w:sz w:val="28"/>
          <w:szCs w:val="28"/>
        </w:rPr>
        <w:t xml:space="preserve"> </w:t>
      </w:r>
      <w:r w:rsidRPr="00B0236C">
        <w:rPr>
          <w:b/>
          <w:color w:val="000000" w:themeColor="text1"/>
          <w:sz w:val="28"/>
          <w:szCs w:val="28"/>
        </w:rPr>
        <w:t>Сіз «Антибиотикрезистенттілік»   терминін бұрын-соңды естідіңіз ба?</w:t>
      </w:r>
    </w:p>
    <w:p w:rsidR="00D850E7" w:rsidRPr="00B0236C" w:rsidRDefault="00D850E7" w:rsidP="00D850E7">
      <w:pPr>
        <w:adjustRightInd w:val="0"/>
        <w:rPr>
          <w:color w:val="000000" w:themeColor="text1"/>
          <w:sz w:val="28"/>
          <w:szCs w:val="28"/>
        </w:rPr>
      </w:pPr>
      <w:r w:rsidRPr="00B0236C">
        <w:rPr>
          <w:color w:val="000000" w:themeColor="text1"/>
          <w:sz w:val="28"/>
          <w:szCs w:val="28"/>
        </w:rPr>
        <w:t>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12.2. Егер «Иә» деп жауап берсеңіз, бұл терминді қайдан естідіңіз?</w:t>
      </w:r>
    </w:p>
    <w:p w:rsidR="00D850E7" w:rsidRPr="00B0236C" w:rsidRDefault="00D850E7" w:rsidP="00D850E7">
      <w:pPr>
        <w:adjustRightInd w:val="0"/>
        <w:spacing w:after="12"/>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b/>
          <w:bCs/>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 </w:t>
      </w:r>
    </w:p>
    <w:p w:rsidR="00D850E7" w:rsidRPr="00B0236C" w:rsidRDefault="00D850E7" w:rsidP="00D850E7">
      <w:pPr>
        <w:adjustRightInd w:val="0"/>
        <w:rPr>
          <w:b/>
          <w:color w:val="000000" w:themeColor="text1"/>
          <w:sz w:val="28"/>
          <w:szCs w:val="28"/>
        </w:rPr>
      </w:pPr>
      <w:r w:rsidRPr="00B0236C">
        <w:rPr>
          <w:b/>
          <w:color w:val="000000" w:themeColor="text1"/>
          <w:sz w:val="28"/>
          <w:szCs w:val="28"/>
        </w:rPr>
        <w:t>13)</w:t>
      </w:r>
      <w:r w:rsidRPr="00B0236C">
        <w:rPr>
          <w:b/>
          <w:sz w:val="28"/>
          <w:szCs w:val="28"/>
        </w:rPr>
        <w:t xml:space="preserve"> </w:t>
      </w:r>
      <w:r w:rsidRPr="00B0236C">
        <w:rPr>
          <w:b/>
          <w:color w:val="000000" w:themeColor="text1"/>
          <w:sz w:val="28"/>
          <w:szCs w:val="28"/>
        </w:rPr>
        <w:t>Сіз «Дәрілік заттарға төзімділік»   терминін бұрын-соңды естідіңіз ба?</w:t>
      </w:r>
    </w:p>
    <w:p w:rsidR="00D850E7" w:rsidRPr="00B0236C" w:rsidRDefault="00D850E7" w:rsidP="00D850E7">
      <w:pPr>
        <w:adjustRightInd w:val="0"/>
        <w:rPr>
          <w:color w:val="000000" w:themeColor="text1"/>
          <w:sz w:val="28"/>
          <w:szCs w:val="28"/>
        </w:rPr>
      </w:pPr>
      <w:r w:rsidRPr="00B0236C">
        <w:rPr>
          <w:color w:val="000000" w:themeColor="text1"/>
          <w:sz w:val="28"/>
          <w:szCs w:val="28"/>
        </w:rPr>
        <w:t>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13.1.  Егер «Иә» деп жауап берсеңіз, бұл терминді қайдан естідіңіз?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color w:val="000000" w:themeColor="text1"/>
          <w:sz w:val="28"/>
          <w:szCs w:val="28"/>
        </w:rPr>
      </w:pPr>
      <w:r w:rsidRPr="00B0236C">
        <w:rPr>
          <w:b/>
          <w:color w:val="000000" w:themeColor="text1"/>
          <w:sz w:val="28"/>
          <w:szCs w:val="28"/>
        </w:rPr>
        <w:t>14)</w:t>
      </w:r>
      <w:r w:rsidRPr="00B0236C">
        <w:rPr>
          <w:b/>
          <w:sz w:val="28"/>
          <w:szCs w:val="28"/>
        </w:rPr>
        <w:t xml:space="preserve"> </w:t>
      </w:r>
      <w:r w:rsidRPr="00B0236C">
        <w:rPr>
          <w:b/>
          <w:color w:val="000000" w:themeColor="text1"/>
          <w:sz w:val="28"/>
          <w:szCs w:val="28"/>
        </w:rPr>
        <w:t>Сіз «Дәрілік заттарға төзімді бактериялар»   терминін бұрын-соңды естідіңіз ба?</w:t>
      </w:r>
    </w:p>
    <w:p w:rsidR="00D850E7" w:rsidRPr="00B0236C" w:rsidRDefault="00D850E7" w:rsidP="00D850E7">
      <w:pPr>
        <w:adjustRightInd w:val="0"/>
        <w:rPr>
          <w:color w:val="000000" w:themeColor="text1"/>
          <w:sz w:val="28"/>
          <w:szCs w:val="28"/>
        </w:rPr>
      </w:pPr>
      <w:r w:rsidRPr="00B0236C">
        <w:rPr>
          <w:color w:val="000000" w:themeColor="text1"/>
          <w:sz w:val="28"/>
          <w:szCs w:val="28"/>
        </w:rPr>
        <w:t>1.Иә</w:t>
      </w:r>
    </w:p>
    <w:p w:rsidR="00D850E7" w:rsidRPr="00B0236C" w:rsidRDefault="00D850E7" w:rsidP="00D850E7">
      <w:pPr>
        <w:adjustRightInd w:val="0"/>
        <w:rPr>
          <w:color w:val="000000" w:themeColor="text1"/>
          <w:sz w:val="28"/>
          <w:szCs w:val="28"/>
        </w:rPr>
      </w:pPr>
      <w:r w:rsidRPr="00B0236C">
        <w:rPr>
          <w:color w:val="000000" w:themeColor="text1"/>
          <w:sz w:val="28"/>
          <w:szCs w:val="28"/>
        </w:rPr>
        <w:t>2.Жоқ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14.1.  Егер «Иә» деп жауап берсеңіз, бұл терминді қайдан естідіңіз?</w:t>
      </w:r>
    </w:p>
    <w:p w:rsidR="00D850E7" w:rsidRPr="00B0236C" w:rsidRDefault="00D850E7" w:rsidP="00D850E7">
      <w:pPr>
        <w:adjustRightInd w:val="0"/>
        <w:rPr>
          <w:bCs/>
          <w:i/>
          <w:color w:val="000000" w:themeColor="text1"/>
          <w:sz w:val="28"/>
          <w:szCs w:val="28"/>
        </w:rPr>
      </w:pPr>
      <w:r w:rsidRPr="00B0236C">
        <w:rPr>
          <w:bCs/>
          <w:i/>
          <w:color w:val="000000" w:themeColor="text1"/>
          <w:sz w:val="28"/>
          <w:szCs w:val="28"/>
        </w:rPr>
        <w:t>Бірнеше жауап нұсқасын таңдауға болады.</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1. дәрігерден немесе медбикеден </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2. фармацевттен </w:t>
      </w:r>
    </w:p>
    <w:p w:rsidR="00D850E7" w:rsidRPr="00B0236C" w:rsidRDefault="00D850E7" w:rsidP="00D850E7">
      <w:pPr>
        <w:adjustRightInd w:val="0"/>
        <w:rPr>
          <w:color w:val="000000" w:themeColor="text1"/>
          <w:sz w:val="28"/>
          <w:szCs w:val="28"/>
        </w:rPr>
      </w:pPr>
      <w:r w:rsidRPr="00B0236C">
        <w:rPr>
          <w:color w:val="000000" w:themeColor="text1"/>
          <w:sz w:val="28"/>
          <w:szCs w:val="28"/>
        </w:rPr>
        <w:t>3. туысымнан немесе досымнан (соның ішінде, әлеуметтік желілерде)</w:t>
      </w:r>
    </w:p>
    <w:p w:rsidR="00D850E7" w:rsidRPr="00B0236C" w:rsidRDefault="00D850E7" w:rsidP="00D850E7">
      <w:pPr>
        <w:adjustRightInd w:val="0"/>
        <w:rPr>
          <w:color w:val="000000" w:themeColor="text1"/>
          <w:sz w:val="28"/>
          <w:szCs w:val="28"/>
        </w:rPr>
      </w:pPr>
      <w:r w:rsidRPr="00B0236C">
        <w:rPr>
          <w:color w:val="000000" w:themeColor="text1"/>
          <w:sz w:val="28"/>
          <w:szCs w:val="28"/>
        </w:rPr>
        <w:t>4. бұқаралық ақпарат құралдарынан (газеттер,телевидение, радио)</w:t>
      </w:r>
    </w:p>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5. белгілі бір іс-шарадан </w:t>
      </w:r>
    </w:p>
    <w:p w:rsidR="00D850E7" w:rsidRPr="00B0236C" w:rsidRDefault="00D850E7" w:rsidP="00D850E7">
      <w:pPr>
        <w:adjustRightInd w:val="0"/>
        <w:rPr>
          <w:color w:val="000000" w:themeColor="text1"/>
          <w:sz w:val="28"/>
          <w:szCs w:val="28"/>
        </w:rPr>
      </w:pPr>
      <w:r w:rsidRPr="00B0236C">
        <w:rPr>
          <w:color w:val="000000" w:themeColor="text1"/>
          <w:sz w:val="28"/>
          <w:szCs w:val="28"/>
        </w:rPr>
        <w:t>6. басқа жауап</w:t>
      </w:r>
    </w:p>
    <w:p w:rsidR="00D850E7" w:rsidRPr="00B0236C" w:rsidRDefault="00D850E7" w:rsidP="00D850E7">
      <w:pPr>
        <w:adjustRightInd w:val="0"/>
        <w:rPr>
          <w:color w:val="000000" w:themeColor="text1"/>
          <w:sz w:val="28"/>
          <w:szCs w:val="28"/>
        </w:rPr>
      </w:pPr>
      <w:r w:rsidRPr="00B0236C">
        <w:rPr>
          <w:color w:val="000000" w:themeColor="text1"/>
          <w:sz w:val="28"/>
          <w:szCs w:val="28"/>
        </w:rPr>
        <w:t>99. есімде жоқ</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15) Қалай ойлайсыз келесі көзқарас «дұрыс» па әлде «қате» ма?  </w:t>
      </w:r>
    </w:p>
    <w:p w:rsidR="00D850E7" w:rsidRPr="00B0236C" w:rsidRDefault="00D850E7" w:rsidP="00D850E7">
      <w:pPr>
        <w:adjustRightInd w:val="0"/>
        <w:rPr>
          <w:color w:val="000000" w:themeColor="text1"/>
          <w:sz w:val="28"/>
          <w:szCs w:val="28"/>
        </w:rPr>
      </w:pP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1. Антибиотикке төзімділік сіздің ағзаныз антибиотиктерге төзімді болған кезде пайда болады және олар әсер етуін  тоқтатады. </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1.Дұрыс</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2.Қате</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3.Білмеймін</w:t>
      </w:r>
    </w:p>
    <w:p w:rsidR="00D850E7" w:rsidRPr="00B0236C" w:rsidRDefault="00D850E7" w:rsidP="00D850E7">
      <w:pPr>
        <w:adjustRightInd w:val="0"/>
        <w:spacing w:after="12"/>
        <w:rPr>
          <w:i/>
          <w:color w:val="000000" w:themeColor="text1"/>
          <w:sz w:val="28"/>
          <w:szCs w:val="28"/>
        </w:rPr>
      </w:pP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2. Көптеген инфекциялар антибиотиктермен емдеуге төзімді болып барады. </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1.Дұрыс</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2.Қате</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3.Білмеймін</w:t>
      </w:r>
    </w:p>
    <w:p w:rsidR="00D850E7" w:rsidRPr="00B0236C" w:rsidRDefault="00D850E7" w:rsidP="00D850E7">
      <w:pPr>
        <w:adjustRightInd w:val="0"/>
        <w:spacing w:after="12"/>
        <w:rPr>
          <w:i/>
          <w:color w:val="000000" w:themeColor="text1"/>
          <w:sz w:val="28"/>
          <w:szCs w:val="28"/>
        </w:rPr>
      </w:pP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3. Егер бактериялар антибиотиктерге төзімді болса, онда оларды шақыратын инфекцияларды емдеу қиынға түседі немесе мүмкін емес болады. </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1.Дұрыс</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2.Қате</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3.Білмеймін</w:t>
      </w:r>
    </w:p>
    <w:p w:rsidR="00D850E7" w:rsidRPr="00B0236C" w:rsidRDefault="00D850E7" w:rsidP="00D850E7">
      <w:pPr>
        <w:adjustRightInd w:val="0"/>
        <w:spacing w:after="12"/>
        <w:rPr>
          <w:i/>
          <w:color w:val="000000" w:themeColor="text1"/>
          <w:sz w:val="28"/>
          <w:szCs w:val="28"/>
        </w:rPr>
      </w:pPr>
    </w:p>
    <w:p w:rsidR="00D850E7" w:rsidRPr="00B0236C" w:rsidRDefault="00D850E7" w:rsidP="00D850E7">
      <w:pPr>
        <w:adjustRightInd w:val="0"/>
        <w:spacing w:after="12"/>
        <w:rPr>
          <w:i/>
          <w:color w:val="000000" w:themeColor="text1"/>
          <w:sz w:val="28"/>
          <w:szCs w:val="28"/>
        </w:rPr>
      </w:pPr>
      <w:r w:rsidRPr="00B0236C">
        <w:rPr>
          <w:b/>
          <w:color w:val="000000" w:themeColor="text1"/>
          <w:sz w:val="28"/>
          <w:szCs w:val="28"/>
        </w:rPr>
        <w:t>4. Антибиотиктерге төзімділік – маған немесе менің отбасыма әсер етуі мүмкін мәселе.</w:t>
      </w:r>
      <w:r w:rsidRPr="00B0236C">
        <w:rPr>
          <w:b/>
          <w:i/>
          <w:color w:val="000000" w:themeColor="text1"/>
          <w:sz w:val="28"/>
          <w:szCs w:val="28"/>
        </w:rPr>
        <w:t xml:space="preserve"> </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1.Дұрыс</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2.Қате</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3.Білмеймін</w:t>
      </w:r>
    </w:p>
    <w:p w:rsidR="00D850E7" w:rsidRPr="00B0236C" w:rsidRDefault="00D850E7" w:rsidP="00D850E7">
      <w:pPr>
        <w:adjustRightInd w:val="0"/>
        <w:spacing w:after="12"/>
        <w:rPr>
          <w:i/>
          <w:color w:val="000000" w:themeColor="text1"/>
          <w:sz w:val="28"/>
          <w:szCs w:val="28"/>
        </w:rPr>
      </w:pP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5. Антибиотиктерге төзімділік басқа елдердің проблемасы болып табылады, біздің елде ондай проблема жоқ. </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1.Дұрыс</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2.Қате</w:t>
      </w:r>
    </w:p>
    <w:p w:rsidR="00D850E7" w:rsidRPr="00B0236C" w:rsidRDefault="00D850E7" w:rsidP="00D850E7">
      <w:pPr>
        <w:adjustRightInd w:val="0"/>
        <w:spacing w:after="12"/>
        <w:rPr>
          <w:i/>
          <w:color w:val="000000" w:themeColor="text1"/>
          <w:sz w:val="28"/>
          <w:szCs w:val="28"/>
        </w:rPr>
      </w:pPr>
      <w:r w:rsidRPr="00B0236C">
        <w:rPr>
          <w:i/>
          <w:color w:val="000000" w:themeColor="text1"/>
          <w:sz w:val="28"/>
          <w:szCs w:val="28"/>
        </w:rPr>
        <w:t>3.Білмеймін</w:t>
      </w: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6. Антибиотиктерге төзімділік-антибиотиктерді жиі пайдаланатын адамдардың ғана проблемасы.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1.Дұрыс</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2.Қате</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3.Білмеймін</w:t>
      </w: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7. Антибиотиктерге төзімді бактериялар, адамнан адамға берілуі мүмкін.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1.Дұрыс</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2.Қате</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3.Білмеймін</w:t>
      </w:r>
    </w:p>
    <w:p w:rsidR="00D850E7" w:rsidRPr="00B0236C" w:rsidRDefault="00D850E7" w:rsidP="00D850E7">
      <w:pPr>
        <w:adjustRightInd w:val="0"/>
        <w:spacing w:after="12"/>
        <w:rPr>
          <w:b/>
          <w:i/>
          <w:color w:val="000000" w:themeColor="text1"/>
          <w:sz w:val="28"/>
          <w:szCs w:val="28"/>
        </w:rPr>
      </w:pPr>
      <w:r w:rsidRPr="00B0236C">
        <w:rPr>
          <w:b/>
          <w:color w:val="000000" w:themeColor="text1"/>
          <w:sz w:val="28"/>
          <w:szCs w:val="28"/>
        </w:rPr>
        <w:t xml:space="preserve">8. Антибиотиктерге төзімді инфекциялар хирургия, органдар трансплантациясы және қатерлі ісікті емдеу сияқты медициналық процедураларды қауіпті етуі мүмкін.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1.Дұрыс</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2.Қате</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3.Білмеймін</w:t>
      </w:r>
    </w:p>
    <w:p w:rsidR="00D850E7" w:rsidRPr="00B0236C" w:rsidRDefault="00D850E7" w:rsidP="00D850E7">
      <w:pPr>
        <w:adjustRightInd w:val="0"/>
        <w:spacing w:after="12"/>
        <w:rPr>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16) Көрсетілген шкала бойынша, келесі іс-шаралардың қайсысы антибиотиктерге төзімділік проблемасын шешеді деп ойлайсыз? </w:t>
      </w:r>
    </w:p>
    <w:p w:rsidR="00D850E7" w:rsidRPr="00B0236C" w:rsidRDefault="00D850E7" w:rsidP="00D850E7">
      <w:pPr>
        <w:rPr>
          <w:bCs/>
          <w:i/>
          <w:color w:val="000000" w:themeColor="text1"/>
          <w:sz w:val="28"/>
          <w:szCs w:val="28"/>
        </w:rPr>
      </w:pPr>
      <w:r w:rsidRPr="00B0236C">
        <w:rPr>
          <w:bCs/>
          <w:i/>
          <w:color w:val="000000" w:themeColor="text1"/>
          <w:sz w:val="28"/>
          <w:szCs w:val="28"/>
        </w:rPr>
        <w:t xml:space="preserve">!Әрбір тұжырымға </w:t>
      </w:r>
      <w:r w:rsidRPr="00B0236C">
        <w:rPr>
          <w:b/>
          <w:bCs/>
          <w:i/>
          <w:color w:val="000000" w:themeColor="text1"/>
          <w:sz w:val="28"/>
          <w:szCs w:val="28"/>
          <w:u w:val="single"/>
        </w:rPr>
        <w:t>1 ғана жауап</w:t>
      </w:r>
      <w:r w:rsidRPr="00B0236C">
        <w:rPr>
          <w:bCs/>
          <w:i/>
          <w:color w:val="000000" w:themeColor="text1"/>
          <w:sz w:val="28"/>
          <w:szCs w:val="28"/>
        </w:rPr>
        <w:t xml:space="preserve"> тандаңыз. </w:t>
      </w:r>
    </w:p>
    <w:tbl>
      <w:tblPr>
        <w:tblStyle w:val="aa"/>
        <w:tblW w:w="0" w:type="auto"/>
        <w:tblLayout w:type="fixed"/>
        <w:tblLook w:val="04A0" w:firstRow="1" w:lastRow="0" w:firstColumn="1" w:lastColumn="0" w:noHBand="0" w:noVBand="1"/>
      </w:tblPr>
      <w:tblGrid>
        <w:gridCol w:w="392"/>
        <w:gridCol w:w="2551"/>
        <w:gridCol w:w="1418"/>
        <w:gridCol w:w="1276"/>
        <w:gridCol w:w="1275"/>
        <w:gridCol w:w="1276"/>
        <w:gridCol w:w="1383"/>
      </w:tblGrid>
      <w:tr w:rsidR="00D850E7" w:rsidRPr="00B0236C" w:rsidTr="00D850E7">
        <w:trPr>
          <w:trHeight w:val="1088"/>
        </w:trPr>
        <w:tc>
          <w:tcPr>
            <w:tcW w:w="392" w:type="dxa"/>
          </w:tcPr>
          <w:p w:rsidR="00D850E7" w:rsidRPr="00B0236C" w:rsidRDefault="00D850E7" w:rsidP="00D850E7">
            <w:pPr>
              <w:rPr>
                <w:b/>
                <w:i/>
                <w:color w:val="000000" w:themeColor="text1"/>
                <w:sz w:val="28"/>
                <w:szCs w:val="28"/>
                <w:u w:val="single"/>
              </w:rPr>
            </w:pPr>
          </w:p>
        </w:tc>
        <w:tc>
          <w:tcPr>
            <w:tcW w:w="2551" w:type="dxa"/>
          </w:tcPr>
          <w:p w:rsidR="00D850E7" w:rsidRPr="00B0236C" w:rsidRDefault="00D850E7" w:rsidP="00D850E7">
            <w:pPr>
              <w:rPr>
                <w:b/>
                <w:i/>
                <w:color w:val="000000" w:themeColor="text1"/>
                <w:sz w:val="28"/>
                <w:szCs w:val="28"/>
                <w:u w:val="single"/>
              </w:rPr>
            </w:pPr>
          </w:p>
        </w:tc>
        <w:tc>
          <w:tcPr>
            <w:tcW w:w="1418" w:type="dxa"/>
          </w:tcPr>
          <w:p w:rsidR="00D850E7" w:rsidRPr="00B0236C" w:rsidRDefault="00D850E7" w:rsidP="00D850E7">
            <w:pPr>
              <w:pStyle w:val="Default"/>
              <w:rPr>
                <w:color w:val="000000" w:themeColor="text1"/>
                <w:sz w:val="28"/>
                <w:szCs w:val="28"/>
                <w:lang w:val="kk-KZ"/>
              </w:rPr>
            </w:pPr>
            <w:r w:rsidRPr="00B0236C">
              <w:rPr>
                <w:b/>
                <w:bCs/>
                <w:color w:val="000000" w:themeColor="text1"/>
                <w:sz w:val="28"/>
                <w:szCs w:val="28"/>
                <w:lang w:val="kk-KZ"/>
              </w:rPr>
              <w:t>Толық келісемін</w:t>
            </w:r>
          </w:p>
        </w:tc>
        <w:tc>
          <w:tcPr>
            <w:tcW w:w="1276" w:type="dxa"/>
          </w:tcPr>
          <w:p w:rsidR="00D850E7" w:rsidRPr="00B0236C" w:rsidRDefault="00D850E7" w:rsidP="00D850E7">
            <w:pPr>
              <w:pStyle w:val="Default"/>
              <w:rPr>
                <w:color w:val="000000" w:themeColor="text1"/>
                <w:sz w:val="28"/>
                <w:szCs w:val="28"/>
              </w:rPr>
            </w:pPr>
            <w:r w:rsidRPr="00B0236C">
              <w:rPr>
                <w:b/>
                <w:bCs/>
                <w:color w:val="000000" w:themeColor="text1"/>
                <w:sz w:val="28"/>
                <w:szCs w:val="28"/>
                <w:lang w:val="kk-KZ"/>
              </w:rPr>
              <w:t>Келісуге болады деп ойлаймын</w:t>
            </w:r>
          </w:p>
        </w:tc>
        <w:tc>
          <w:tcPr>
            <w:tcW w:w="1275" w:type="dxa"/>
          </w:tcPr>
          <w:p w:rsidR="00D850E7" w:rsidRPr="00B0236C" w:rsidRDefault="00D850E7" w:rsidP="00D850E7">
            <w:pPr>
              <w:pStyle w:val="Default"/>
              <w:rPr>
                <w:color w:val="000000" w:themeColor="text1"/>
                <w:sz w:val="28"/>
                <w:szCs w:val="28"/>
                <w:lang w:val="en-US"/>
              </w:rPr>
            </w:pPr>
            <w:r w:rsidRPr="00B0236C">
              <w:rPr>
                <w:b/>
                <w:bCs/>
                <w:color w:val="000000" w:themeColor="text1"/>
                <w:sz w:val="28"/>
                <w:szCs w:val="28"/>
                <w:lang w:val="kk-KZ"/>
              </w:rPr>
              <w:t>Бейтарап көзқарастамын</w:t>
            </w:r>
            <w:r w:rsidRPr="00B0236C">
              <w:rPr>
                <w:b/>
                <w:bCs/>
                <w:color w:val="000000" w:themeColor="text1"/>
                <w:sz w:val="28"/>
                <w:szCs w:val="28"/>
                <w:lang w:val="en-US"/>
              </w:rPr>
              <w:t xml:space="preserve"> </w:t>
            </w:r>
          </w:p>
        </w:tc>
        <w:tc>
          <w:tcPr>
            <w:tcW w:w="1276" w:type="dxa"/>
          </w:tcPr>
          <w:p w:rsidR="00D850E7" w:rsidRPr="00B0236C" w:rsidRDefault="00D850E7" w:rsidP="00D850E7">
            <w:pPr>
              <w:pStyle w:val="Default"/>
              <w:rPr>
                <w:color w:val="000000" w:themeColor="text1"/>
                <w:sz w:val="28"/>
                <w:szCs w:val="28"/>
              </w:rPr>
            </w:pPr>
            <w:r w:rsidRPr="00B0236C">
              <w:rPr>
                <w:b/>
                <w:bCs/>
                <w:color w:val="000000" w:themeColor="text1"/>
                <w:sz w:val="28"/>
                <w:szCs w:val="28"/>
                <w:lang w:val="kk-KZ"/>
              </w:rPr>
              <w:t>Келіспейтін шығармын</w:t>
            </w:r>
            <w:r w:rsidRPr="00B0236C">
              <w:rPr>
                <w:b/>
                <w:bCs/>
                <w:color w:val="000000" w:themeColor="text1"/>
                <w:sz w:val="28"/>
                <w:szCs w:val="28"/>
              </w:rPr>
              <w:t xml:space="preserve"> </w:t>
            </w:r>
          </w:p>
        </w:tc>
        <w:tc>
          <w:tcPr>
            <w:tcW w:w="1383" w:type="dxa"/>
          </w:tcPr>
          <w:p w:rsidR="00D850E7" w:rsidRPr="00B0236C" w:rsidRDefault="00D850E7" w:rsidP="00D850E7">
            <w:pPr>
              <w:pStyle w:val="Default"/>
              <w:rPr>
                <w:color w:val="000000" w:themeColor="text1"/>
                <w:sz w:val="28"/>
                <w:szCs w:val="28"/>
                <w:lang w:val="kk-KZ"/>
              </w:rPr>
            </w:pPr>
            <w:r w:rsidRPr="00B0236C">
              <w:rPr>
                <w:b/>
                <w:bCs/>
                <w:color w:val="000000" w:themeColor="text1"/>
                <w:sz w:val="28"/>
                <w:szCs w:val="28"/>
                <w:lang w:val="kk-KZ"/>
              </w:rPr>
              <w:t>Толық келіспеймін</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1</w:t>
            </w:r>
          </w:p>
        </w:tc>
        <w:tc>
          <w:tcPr>
            <w:tcW w:w="2551" w:type="dxa"/>
          </w:tcPr>
          <w:tbl>
            <w:tblPr>
              <w:tblW w:w="2443" w:type="dxa"/>
              <w:tblBorders>
                <w:top w:val="nil"/>
                <w:left w:val="nil"/>
                <w:bottom w:val="nil"/>
                <w:right w:val="nil"/>
              </w:tblBorders>
              <w:tblLayout w:type="fixed"/>
              <w:tblLook w:val="0000" w:firstRow="0" w:lastRow="0" w:firstColumn="0" w:lastColumn="0" w:noHBand="0" w:noVBand="0"/>
            </w:tblPr>
            <w:tblGrid>
              <w:gridCol w:w="2443"/>
            </w:tblGrid>
            <w:tr w:rsidR="00D850E7" w:rsidRPr="00B0236C" w:rsidTr="00D850E7">
              <w:trPr>
                <w:trHeight w:val="199"/>
              </w:trPr>
              <w:tc>
                <w:tcPr>
                  <w:tcW w:w="2443" w:type="dxa"/>
                  <w:tcBorders>
                    <w:bottom w:val="nil"/>
                  </w:tcBorders>
                </w:tcPr>
                <w:p w:rsidR="00D850E7" w:rsidRPr="00B0236C" w:rsidRDefault="00D850E7" w:rsidP="00D850E7">
                  <w:pPr>
                    <w:adjustRightInd w:val="0"/>
                    <w:ind w:left="-74"/>
                    <w:rPr>
                      <w:color w:val="000000" w:themeColor="text1"/>
                      <w:sz w:val="28"/>
                      <w:szCs w:val="28"/>
                    </w:rPr>
                  </w:pPr>
                  <w:r w:rsidRPr="00B0236C">
                    <w:rPr>
                      <w:color w:val="000000" w:themeColor="text1"/>
                      <w:sz w:val="28"/>
                      <w:szCs w:val="28"/>
                    </w:rPr>
                    <w:t xml:space="preserve">Адамдар антибиотиктерді тек дәрігер немесе медбикенің тағайындауымен ғана қолдануы тиіс </w:t>
                  </w:r>
                </w:p>
              </w:tc>
            </w:tr>
          </w:tbl>
          <w:p w:rsidR="00D850E7" w:rsidRPr="00B0236C" w:rsidRDefault="00D850E7" w:rsidP="00D850E7">
            <w:pPr>
              <w:rPr>
                <w:b/>
                <w:i/>
                <w:color w:val="000000" w:themeColor="text1"/>
                <w:sz w:val="28"/>
                <w:szCs w:val="28"/>
                <w:u w:val="single"/>
              </w:rPr>
            </w:pP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2</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Ауыл шаруашылық жұмысшылары малға антибиотиктерді азырақ беруі тиіс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3</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Адамдар антибиотиктерді сақтамау керек және басқа ауруларда қолданбау керек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4</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Ата-аналар өз балаларына екпелердің (прививка) уақытылы салынғанына сенімді болу керек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5</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Адамдар қолды жиі жуу керек</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6</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Дәрігерлер антибиотиктерді тек қажет жағдайда тағайындау қажет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7</w:t>
            </w:r>
          </w:p>
        </w:tc>
        <w:tc>
          <w:tcPr>
            <w:tcW w:w="2551"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Үкімет жаңа вакциналарды ойлап табуға қолдау көрсету керек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8</w:t>
            </w:r>
          </w:p>
        </w:tc>
        <w:tc>
          <w:tcPr>
            <w:tcW w:w="2551" w:type="dxa"/>
          </w:tcPr>
          <w:p w:rsidR="00D850E7" w:rsidRPr="00B0236C" w:rsidRDefault="00D850E7" w:rsidP="00D850E7">
            <w:pPr>
              <w:pStyle w:val="Default"/>
              <w:rPr>
                <w:color w:val="000000" w:themeColor="text1"/>
                <w:sz w:val="28"/>
                <w:szCs w:val="28"/>
              </w:rPr>
            </w:pPr>
            <w:r w:rsidRPr="00B0236C">
              <w:rPr>
                <w:color w:val="000000" w:themeColor="text1"/>
                <w:sz w:val="28"/>
                <w:szCs w:val="28"/>
              </w:rPr>
              <w:t>Фармацевти</w:t>
            </w:r>
            <w:r w:rsidRPr="00B0236C">
              <w:rPr>
                <w:color w:val="000000" w:themeColor="text1"/>
                <w:sz w:val="28"/>
                <w:szCs w:val="28"/>
                <w:lang w:val="kk-KZ"/>
              </w:rPr>
              <w:t xml:space="preserve">калық компаниялар жаңа антибиотиктерді ойлап табу керек </w:t>
            </w:r>
          </w:p>
        </w:tc>
        <w:tc>
          <w:tcPr>
            <w:tcW w:w="1418"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bl>
    <w:p w:rsidR="00D850E7" w:rsidRPr="00B0236C" w:rsidRDefault="00D850E7" w:rsidP="00D850E7">
      <w:pPr>
        <w:adjustRightInd w:val="0"/>
        <w:rPr>
          <w:color w:val="000000" w:themeColor="text1"/>
          <w:sz w:val="28"/>
          <w:szCs w:val="28"/>
        </w:rPr>
      </w:pPr>
    </w:p>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rPr>
      </w:pPr>
      <w:r w:rsidRPr="00B0236C">
        <w:rPr>
          <w:b/>
          <w:bCs/>
          <w:color w:val="000000" w:themeColor="text1"/>
          <w:sz w:val="28"/>
          <w:szCs w:val="28"/>
        </w:rPr>
        <w:t xml:space="preserve">17) Көрсетілген шкала бойынша, сіз келесі тұжырымдардың қайсысымен келісесіз?  </w:t>
      </w:r>
    </w:p>
    <w:p w:rsidR="00D850E7" w:rsidRPr="00B0236C" w:rsidRDefault="00D850E7" w:rsidP="00D850E7">
      <w:pPr>
        <w:rPr>
          <w:bCs/>
          <w:i/>
          <w:color w:val="000000" w:themeColor="text1"/>
          <w:sz w:val="28"/>
          <w:szCs w:val="28"/>
        </w:rPr>
      </w:pPr>
      <w:r w:rsidRPr="00B0236C">
        <w:rPr>
          <w:bCs/>
          <w:i/>
          <w:color w:val="000000" w:themeColor="text1"/>
          <w:sz w:val="28"/>
          <w:szCs w:val="28"/>
        </w:rPr>
        <w:t xml:space="preserve">!Әрбір тұжырымға </w:t>
      </w:r>
      <w:r w:rsidRPr="00B0236C">
        <w:rPr>
          <w:b/>
          <w:bCs/>
          <w:i/>
          <w:color w:val="000000" w:themeColor="text1"/>
          <w:sz w:val="28"/>
          <w:szCs w:val="28"/>
          <w:u w:val="single"/>
        </w:rPr>
        <w:t>1 ғана жауап</w:t>
      </w:r>
      <w:r w:rsidRPr="00B0236C">
        <w:rPr>
          <w:bCs/>
          <w:i/>
          <w:color w:val="000000" w:themeColor="text1"/>
          <w:sz w:val="28"/>
          <w:szCs w:val="28"/>
        </w:rPr>
        <w:t xml:space="preserve"> тандаңыз.</w:t>
      </w:r>
    </w:p>
    <w:tbl>
      <w:tblPr>
        <w:tblStyle w:val="aa"/>
        <w:tblW w:w="0" w:type="auto"/>
        <w:tblLayout w:type="fixed"/>
        <w:tblLook w:val="04A0" w:firstRow="1" w:lastRow="0" w:firstColumn="1" w:lastColumn="0" w:noHBand="0" w:noVBand="1"/>
      </w:tblPr>
      <w:tblGrid>
        <w:gridCol w:w="392"/>
        <w:gridCol w:w="2693"/>
        <w:gridCol w:w="1276"/>
        <w:gridCol w:w="1276"/>
        <w:gridCol w:w="1275"/>
        <w:gridCol w:w="1276"/>
        <w:gridCol w:w="1383"/>
      </w:tblGrid>
      <w:tr w:rsidR="00D850E7" w:rsidRPr="00B0236C" w:rsidTr="00D850E7">
        <w:tc>
          <w:tcPr>
            <w:tcW w:w="392" w:type="dxa"/>
          </w:tcPr>
          <w:p w:rsidR="00D850E7" w:rsidRPr="00B0236C" w:rsidRDefault="00D850E7" w:rsidP="00D850E7">
            <w:pPr>
              <w:rPr>
                <w:b/>
                <w:i/>
                <w:color w:val="000000" w:themeColor="text1"/>
                <w:sz w:val="28"/>
                <w:szCs w:val="28"/>
                <w:u w:val="single"/>
              </w:rPr>
            </w:pPr>
          </w:p>
        </w:tc>
        <w:tc>
          <w:tcPr>
            <w:tcW w:w="2693" w:type="dxa"/>
          </w:tcPr>
          <w:p w:rsidR="00D850E7" w:rsidRPr="00B0236C" w:rsidRDefault="00D850E7" w:rsidP="00D850E7">
            <w:pPr>
              <w:rPr>
                <w:b/>
                <w:i/>
                <w:color w:val="000000" w:themeColor="text1"/>
                <w:sz w:val="28"/>
                <w:szCs w:val="28"/>
                <w:u w:val="single"/>
              </w:rPr>
            </w:pPr>
          </w:p>
        </w:tc>
        <w:tc>
          <w:tcPr>
            <w:tcW w:w="1276" w:type="dxa"/>
          </w:tcPr>
          <w:p w:rsidR="00D850E7" w:rsidRPr="00B0236C" w:rsidRDefault="00D850E7" w:rsidP="00D850E7">
            <w:pPr>
              <w:pStyle w:val="Default"/>
              <w:rPr>
                <w:color w:val="000000" w:themeColor="text1"/>
                <w:sz w:val="28"/>
                <w:szCs w:val="28"/>
                <w:lang w:val="kk-KZ"/>
              </w:rPr>
            </w:pPr>
            <w:r w:rsidRPr="00B0236C">
              <w:rPr>
                <w:b/>
                <w:bCs/>
                <w:color w:val="000000" w:themeColor="text1"/>
                <w:sz w:val="28"/>
                <w:szCs w:val="28"/>
                <w:lang w:val="kk-KZ"/>
              </w:rPr>
              <w:t>Толық келісемін</w:t>
            </w:r>
          </w:p>
        </w:tc>
        <w:tc>
          <w:tcPr>
            <w:tcW w:w="1276" w:type="dxa"/>
          </w:tcPr>
          <w:p w:rsidR="00D850E7" w:rsidRPr="00B0236C" w:rsidRDefault="00D850E7" w:rsidP="00D850E7">
            <w:pPr>
              <w:pStyle w:val="Default"/>
              <w:rPr>
                <w:color w:val="000000" w:themeColor="text1"/>
                <w:sz w:val="28"/>
                <w:szCs w:val="28"/>
              </w:rPr>
            </w:pPr>
            <w:r w:rsidRPr="00B0236C">
              <w:rPr>
                <w:b/>
                <w:bCs/>
                <w:color w:val="000000" w:themeColor="text1"/>
                <w:sz w:val="28"/>
                <w:szCs w:val="28"/>
                <w:lang w:val="kk-KZ"/>
              </w:rPr>
              <w:t>Келісуге болады деп ойлаймын</w:t>
            </w:r>
          </w:p>
        </w:tc>
        <w:tc>
          <w:tcPr>
            <w:tcW w:w="1275" w:type="dxa"/>
          </w:tcPr>
          <w:p w:rsidR="00D850E7" w:rsidRPr="00B0236C" w:rsidRDefault="00D850E7" w:rsidP="00D850E7">
            <w:pPr>
              <w:pStyle w:val="Default"/>
              <w:rPr>
                <w:color w:val="000000" w:themeColor="text1"/>
                <w:sz w:val="28"/>
                <w:szCs w:val="28"/>
                <w:lang w:val="en-US"/>
              </w:rPr>
            </w:pPr>
            <w:r w:rsidRPr="00B0236C">
              <w:rPr>
                <w:b/>
                <w:bCs/>
                <w:color w:val="000000" w:themeColor="text1"/>
                <w:sz w:val="28"/>
                <w:szCs w:val="28"/>
                <w:lang w:val="kk-KZ"/>
              </w:rPr>
              <w:t>Бейтарап көзқарастамын</w:t>
            </w:r>
            <w:r w:rsidRPr="00B0236C">
              <w:rPr>
                <w:b/>
                <w:bCs/>
                <w:color w:val="000000" w:themeColor="text1"/>
                <w:sz w:val="28"/>
                <w:szCs w:val="28"/>
                <w:lang w:val="en-US"/>
              </w:rPr>
              <w:t xml:space="preserve"> </w:t>
            </w:r>
          </w:p>
        </w:tc>
        <w:tc>
          <w:tcPr>
            <w:tcW w:w="1276" w:type="dxa"/>
          </w:tcPr>
          <w:p w:rsidR="00D850E7" w:rsidRPr="00B0236C" w:rsidRDefault="00D850E7" w:rsidP="00D850E7">
            <w:pPr>
              <w:pStyle w:val="Default"/>
              <w:rPr>
                <w:color w:val="000000" w:themeColor="text1"/>
                <w:sz w:val="28"/>
                <w:szCs w:val="28"/>
              </w:rPr>
            </w:pPr>
            <w:r w:rsidRPr="00B0236C">
              <w:rPr>
                <w:b/>
                <w:bCs/>
                <w:color w:val="000000" w:themeColor="text1"/>
                <w:sz w:val="28"/>
                <w:szCs w:val="28"/>
                <w:lang w:val="kk-KZ"/>
              </w:rPr>
              <w:t>Келіспейтін шығармын</w:t>
            </w:r>
            <w:r w:rsidRPr="00B0236C">
              <w:rPr>
                <w:b/>
                <w:bCs/>
                <w:color w:val="000000" w:themeColor="text1"/>
                <w:sz w:val="28"/>
                <w:szCs w:val="28"/>
              </w:rPr>
              <w:t xml:space="preserve"> </w:t>
            </w:r>
          </w:p>
        </w:tc>
        <w:tc>
          <w:tcPr>
            <w:tcW w:w="1383" w:type="dxa"/>
          </w:tcPr>
          <w:p w:rsidR="00D850E7" w:rsidRPr="00B0236C" w:rsidRDefault="00D850E7" w:rsidP="00D850E7">
            <w:pPr>
              <w:pStyle w:val="Default"/>
              <w:rPr>
                <w:color w:val="000000" w:themeColor="text1"/>
                <w:sz w:val="28"/>
                <w:szCs w:val="28"/>
                <w:lang w:val="kk-KZ"/>
              </w:rPr>
            </w:pPr>
            <w:r w:rsidRPr="00B0236C">
              <w:rPr>
                <w:b/>
                <w:bCs/>
                <w:color w:val="000000" w:themeColor="text1"/>
                <w:sz w:val="28"/>
                <w:szCs w:val="28"/>
                <w:lang w:val="kk-KZ"/>
              </w:rPr>
              <w:t>Толық келіспеймін</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1</w:t>
            </w:r>
          </w:p>
        </w:tc>
        <w:tc>
          <w:tcPr>
            <w:tcW w:w="2693" w:type="dxa"/>
          </w:tcPr>
          <w:tbl>
            <w:tblPr>
              <w:tblW w:w="2585" w:type="dxa"/>
              <w:tblBorders>
                <w:top w:val="nil"/>
                <w:left w:val="nil"/>
                <w:bottom w:val="nil"/>
                <w:right w:val="nil"/>
              </w:tblBorders>
              <w:tblLayout w:type="fixed"/>
              <w:tblLook w:val="0000" w:firstRow="0" w:lastRow="0" w:firstColumn="0" w:lastColumn="0" w:noHBand="0" w:noVBand="0"/>
            </w:tblPr>
            <w:tblGrid>
              <w:gridCol w:w="2585"/>
            </w:tblGrid>
            <w:tr w:rsidR="00D850E7" w:rsidRPr="00B0236C" w:rsidTr="00D850E7">
              <w:trPr>
                <w:trHeight w:val="199"/>
              </w:trPr>
              <w:tc>
                <w:tcPr>
                  <w:tcW w:w="2585" w:type="dxa"/>
                </w:tcPr>
                <w:p w:rsidR="00D850E7" w:rsidRPr="00B0236C" w:rsidRDefault="00D850E7" w:rsidP="00D850E7">
                  <w:pPr>
                    <w:adjustRightInd w:val="0"/>
                    <w:rPr>
                      <w:color w:val="000000" w:themeColor="text1"/>
                      <w:sz w:val="28"/>
                      <w:szCs w:val="28"/>
                    </w:rPr>
                  </w:pPr>
                  <w:r w:rsidRPr="00B0236C">
                    <w:rPr>
                      <w:color w:val="000000" w:themeColor="text1"/>
                      <w:sz w:val="28"/>
                      <w:szCs w:val="28"/>
                    </w:rPr>
                    <w:t xml:space="preserve">Антибиотиктерге төзімділік – әлем үшін кездесіп отырған үлкен проблемалардын бірі </w:t>
                  </w:r>
                </w:p>
              </w:tc>
            </w:tr>
          </w:tbl>
          <w:p w:rsidR="00D850E7" w:rsidRPr="00B0236C" w:rsidRDefault="00D850E7" w:rsidP="00D850E7">
            <w:pPr>
              <w:rPr>
                <w:b/>
                <w:i/>
                <w:color w:val="000000" w:themeColor="text1"/>
                <w:sz w:val="28"/>
                <w:szCs w:val="28"/>
                <w:u w:val="single"/>
              </w:rPr>
            </w:pP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2</w:t>
            </w:r>
          </w:p>
        </w:tc>
        <w:tc>
          <w:tcPr>
            <w:tcW w:w="2693"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Медициналық эксперттер антибиотиктерге төзімділік проблемасын күрделі мәселеге айналғанға дейін шешеді  </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3</w:t>
            </w:r>
          </w:p>
        </w:tc>
        <w:tc>
          <w:tcPr>
            <w:tcW w:w="2693"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Әрбір адам антибиотиктерді қолдануға жауапты қарау керек </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4</w:t>
            </w:r>
          </w:p>
        </w:tc>
        <w:tc>
          <w:tcPr>
            <w:tcW w:w="2693"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Мен сияқты адамдар антибиотиктерге төзімділікті тоқтату жолында көп нәрсе істей алмайды </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5</w:t>
            </w:r>
          </w:p>
        </w:tc>
        <w:tc>
          <w:tcPr>
            <w:tcW w:w="2693"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Антибиотикке төзімділіктің менің және отбасымның денсаулығына әсері мені алаңдатады </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r w:rsidR="00D850E7" w:rsidRPr="00B0236C" w:rsidTr="00D850E7">
        <w:tc>
          <w:tcPr>
            <w:tcW w:w="392" w:type="dxa"/>
          </w:tcPr>
          <w:p w:rsidR="00D850E7" w:rsidRPr="00B0236C" w:rsidRDefault="00D850E7" w:rsidP="00D850E7">
            <w:pPr>
              <w:rPr>
                <w:color w:val="000000" w:themeColor="text1"/>
                <w:sz w:val="28"/>
                <w:szCs w:val="28"/>
              </w:rPr>
            </w:pPr>
            <w:r w:rsidRPr="00B0236C">
              <w:rPr>
                <w:color w:val="000000" w:themeColor="text1"/>
                <w:sz w:val="28"/>
                <w:szCs w:val="28"/>
              </w:rPr>
              <w:t>6</w:t>
            </w:r>
          </w:p>
        </w:tc>
        <w:tc>
          <w:tcPr>
            <w:tcW w:w="2693" w:type="dxa"/>
          </w:tcPr>
          <w:p w:rsidR="00D850E7" w:rsidRPr="00B0236C" w:rsidRDefault="00D850E7" w:rsidP="00D850E7">
            <w:pPr>
              <w:pStyle w:val="Default"/>
              <w:rPr>
                <w:color w:val="000000" w:themeColor="text1"/>
                <w:sz w:val="28"/>
                <w:szCs w:val="28"/>
                <w:lang w:val="kk-KZ"/>
              </w:rPr>
            </w:pPr>
            <w:r w:rsidRPr="00B0236C">
              <w:rPr>
                <w:color w:val="000000" w:themeColor="text1"/>
                <w:sz w:val="28"/>
                <w:szCs w:val="28"/>
                <w:lang w:val="kk-KZ"/>
              </w:rPr>
              <w:t xml:space="preserve">Егер мен антибиотиктерді дұрыс қолдансам, антибиотикке төзімді инфекцияны жұқтырып алу қаупі болмайды </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5</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4</w:t>
            </w:r>
          </w:p>
        </w:tc>
        <w:tc>
          <w:tcPr>
            <w:tcW w:w="1275" w:type="dxa"/>
          </w:tcPr>
          <w:p w:rsidR="00D850E7" w:rsidRPr="00B0236C" w:rsidRDefault="00D850E7" w:rsidP="00D850E7">
            <w:pPr>
              <w:jc w:val="center"/>
              <w:rPr>
                <w:color w:val="000000" w:themeColor="text1"/>
                <w:sz w:val="28"/>
                <w:szCs w:val="28"/>
              </w:rPr>
            </w:pPr>
            <w:r w:rsidRPr="00B0236C">
              <w:rPr>
                <w:color w:val="000000" w:themeColor="text1"/>
                <w:sz w:val="28"/>
                <w:szCs w:val="28"/>
              </w:rPr>
              <w:t>3</w:t>
            </w:r>
          </w:p>
        </w:tc>
        <w:tc>
          <w:tcPr>
            <w:tcW w:w="1276" w:type="dxa"/>
          </w:tcPr>
          <w:p w:rsidR="00D850E7" w:rsidRPr="00B0236C" w:rsidRDefault="00D850E7" w:rsidP="00D850E7">
            <w:pPr>
              <w:jc w:val="center"/>
              <w:rPr>
                <w:color w:val="000000" w:themeColor="text1"/>
                <w:sz w:val="28"/>
                <w:szCs w:val="28"/>
              </w:rPr>
            </w:pPr>
            <w:r w:rsidRPr="00B0236C">
              <w:rPr>
                <w:color w:val="000000" w:themeColor="text1"/>
                <w:sz w:val="28"/>
                <w:szCs w:val="28"/>
              </w:rPr>
              <w:t>2</w:t>
            </w:r>
          </w:p>
        </w:tc>
        <w:tc>
          <w:tcPr>
            <w:tcW w:w="1383" w:type="dxa"/>
          </w:tcPr>
          <w:p w:rsidR="00D850E7" w:rsidRPr="00B0236C" w:rsidRDefault="00D850E7" w:rsidP="00D850E7">
            <w:pPr>
              <w:jc w:val="center"/>
              <w:rPr>
                <w:color w:val="000000" w:themeColor="text1"/>
                <w:sz w:val="28"/>
                <w:szCs w:val="28"/>
              </w:rPr>
            </w:pPr>
            <w:r w:rsidRPr="00B0236C">
              <w:rPr>
                <w:color w:val="000000" w:themeColor="text1"/>
                <w:sz w:val="28"/>
                <w:szCs w:val="28"/>
              </w:rPr>
              <w:t>1</w:t>
            </w:r>
          </w:p>
        </w:tc>
      </w:tr>
    </w:tbl>
    <w:p w:rsidR="00D850E7" w:rsidRPr="00B0236C" w:rsidRDefault="00D850E7" w:rsidP="00D850E7">
      <w:pPr>
        <w:adjustRightInd w:val="0"/>
        <w:rPr>
          <w:b/>
          <w:bCs/>
          <w:color w:val="000000" w:themeColor="text1"/>
          <w:sz w:val="28"/>
          <w:szCs w:val="28"/>
        </w:rPr>
      </w:pPr>
    </w:p>
    <w:p w:rsidR="00D850E7" w:rsidRPr="00B0236C" w:rsidRDefault="00D850E7" w:rsidP="00D850E7">
      <w:pPr>
        <w:adjustRightInd w:val="0"/>
        <w:rPr>
          <w:b/>
          <w:bCs/>
          <w:color w:val="000000" w:themeColor="text1"/>
          <w:sz w:val="28"/>
          <w:szCs w:val="28"/>
          <w:u w:val="single"/>
        </w:rPr>
      </w:pPr>
      <w:r w:rsidRPr="00B0236C">
        <w:rPr>
          <w:b/>
          <w:bCs/>
          <w:color w:val="000000" w:themeColor="text1"/>
          <w:sz w:val="28"/>
          <w:szCs w:val="28"/>
          <w:u w:val="single"/>
        </w:rPr>
        <w:t xml:space="preserve">АНТИБИОТИКТЕРДІ АУЫЛ ШАРУАШЫЛЫҒЫНДА ҚОЛДАНУ </w:t>
      </w:r>
    </w:p>
    <w:p w:rsidR="00D850E7" w:rsidRPr="00B0236C" w:rsidRDefault="00D850E7" w:rsidP="00D850E7">
      <w:pPr>
        <w:adjustRightInd w:val="0"/>
        <w:rPr>
          <w:color w:val="000000" w:themeColor="text1"/>
          <w:sz w:val="28"/>
          <w:szCs w:val="28"/>
        </w:rPr>
      </w:pPr>
      <w:r w:rsidRPr="00B0236C">
        <w:rPr>
          <w:b/>
          <w:bCs/>
          <w:color w:val="000000" w:themeColor="text1"/>
          <w:sz w:val="28"/>
          <w:szCs w:val="28"/>
        </w:rPr>
        <w:t xml:space="preserve">18) Сіздің ойынызша, сіздің елде ауыл шаруашылығында антибиотиктер кең қолданылады деп есептейсіз бе(соның ішінде, ауыл шаруашылық малдарды өсірген кезде)? </w:t>
      </w:r>
    </w:p>
    <w:p w:rsidR="00D850E7" w:rsidRPr="00B0236C" w:rsidRDefault="00D850E7" w:rsidP="00D850E7">
      <w:pPr>
        <w:adjustRightInd w:val="0"/>
        <w:spacing w:after="12"/>
        <w:rPr>
          <w:color w:val="000000" w:themeColor="text1"/>
          <w:sz w:val="28"/>
          <w:szCs w:val="28"/>
        </w:rPr>
      </w:pPr>
      <w:r w:rsidRPr="00B0236C">
        <w:rPr>
          <w:color w:val="000000" w:themeColor="text1"/>
          <w:sz w:val="28"/>
          <w:szCs w:val="28"/>
        </w:rPr>
        <w:t>1. Иә</w:t>
      </w:r>
    </w:p>
    <w:p w:rsidR="00D850E7" w:rsidRPr="00B0236C" w:rsidRDefault="00D850E7" w:rsidP="00D850E7">
      <w:pPr>
        <w:adjustRightInd w:val="0"/>
        <w:rPr>
          <w:color w:val="000000" w:themeColor="text1"/>
          <w:sz w:val="28"/>
          <w:szCs w:val="28"/>
        </w:rPr>
      </w:pPr>
      <w:r w:rsidRPr="00B0236C">
        <w:rPr>
          <w:color w:val="000000" w:themeColor="text1"/>
          <w:sz w:val="28"/>
          <w:szCs w:val="28"/>
        </w:rPr>
        <w:t>2. Жоқ</w:t>
      </w:r>
    </w:p>
    <w:p w:rsidR="00D850E7" w:rsidRPr="00B0236C" w:rsidRDefault="00D850E7" w:rsidP="00D850E7">
      <w:pPr>
        <w:adjustRightInd w:val="0"/>
        <w:rPr>
          <w:color w:val="000000" w:themeColor="text1"/>
          <w:sz w:val="28"/>
          <w:szCs w:val="28"/>
        </w:rPr>
      </w:pPr>
      <w:r w:rsidRPr="00B0236C">
        <w:rPr>
          <w:color w:val="000000" w:themeColor="text1"/>
          <w:sz w:val="28"/>
          <w:szCs w:val="28"/>
        </w:rPr>
        <w:t>99. Білмеймін</w:t>
      </w:r>
    </w:p>
    <w:p w:rsidR="00D850E7" w:rsidRPr="00B0236C" w:rsidRDefault="00D850E7" w:rsidP="00D850E7">
      <w:pPr>
        <w:rPr>
          <w:b/>
          <w:i/>
          <w:color w:val="000000" w:themeColor="text1"/>
          <w:sz w:val="28"/>
          <w:szCs w:val="28"/>
          <w:u w:val="single"/>
        </w:rPr>
      </w:pPr>
    </w:p>
    <w:p w:rsidR="00D850E7" w:rsidRPr="00B0236C" w:rsidRDefault="00D850E7" w:rsidP="00D850E7">
      <w:pPr>
        <w:jc w:val="center"/>
        <w:rPr>
          <w:b/>
          <w:color w:val="000000" w:themeColor="text1"/>
          <w:sz w:val="28"/>
          <w:szCs w:val="28"/>
        </w:rPr>
      </w:pPr>
      <w:r w:rsidRPr="00B0236C">
        <w:rPr>
          <w:b/>
          <w:color w:val="000000" w:themeColor="text1"/>
          <w:sz w:val="28"/>
          <w:szCs w:val="28"/>
        </w:rPr>
        <w:t>САУАЛНАМАҒА ҚАТЫСҚАНЫҢЫЗ ҮШІН РАХМЕТ!</w:t>
      </w:r>
    </w:p>
    <w:p w:rsidR="00D850E7" w:rsidRPr="00BC359F" w:rsidRDefault="00D850E7"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BC359F" w:rsidRDefault="00D03821" w:rsidP="00B40C92">
      <w:pPr>
        <w:pStyle w:val="1"/>
        <w:spacing w:before="89"/>
        <w:ind w:left="0"/>
        <w:jc w:val="left"/>
        <w:rPr>
          <w:b w:val="0"/>
        </w:rPr>
      </w:pPr>
    </w:p>
    <w:p w:rsidR="00D03821" w:rsidRPr="00C16CE0" w:rsidRDefault="00D03821" w:rsidP="00B40C92">
      <w:pPr>
        <w:pStyle w:val="1"/>
        <w:spacing w:before="89"/>
        <w:ind w:left="0"/>
        <w:jc w:val="left"/>
        <w:rPr>
          <w:b w:val="0"/>
        </w:rPr>
      </w:pPr>
    </w:p>
    <w:p w:rsidR="00604E4F" w:rsidRPr="00D03821" w:rsidRDefault="00604E4F" w:rsidP="00D03821">
      <w:pPr>
        <w:pStyle w:val="1"/>
        <w:spacing w:before="89"/>
        <w:ind w:left="0"/>
        <w:jc w:val="right"/>
        <w:rPr>
          <w:b w:val="0"/>
          <w:lang w:val="ru-RU"/>
        </w:rPr>
      </w:pPr>
      <w:r w:rsidRPr="00B0236C">
        <w:rPr>
          <w:b w:val="0"/>
        </w:rPr>
        <w:t xml:space="preserve">Қосымша </w:t>
      </w:r>
      <w:r w:rsidRPr="00B0236C">
        <w:rPr>
          <w:b w:val="0"/>
          <w:lang w:val="ru-RU"/>
        </w:rPr>
        <w:t>2</w:t>
      </w:r>
    </w:p>
    <w:p w:rsidR="00604E4F" w:rsidRPr="00B0236C" w:rsidRDefault="00604E4F" w:rsidP="00604E4F">
      <w:pPr>
        <w:rPr>
          <w:b/>
          <w:color w:val="000000" w:themeColor="text1"/>
          <w:sz w:val="28"/>
          <w:szCs w:val="28"/>
        </w:rPr>
      </w:pPr>
      <w:r w:rsidRPr="00B0236C">
        <w:rPr>
          <w:sz w:val="28"/>
          <w:szCs w:val="28"/>
        </w:rPr>
        <w:tab/>
      </w:r>
    </w:p>
    <w:p w:rsidR="00324A3A" w:rsidRPr="00324A3A" w:rsidRDefault="00324A3A" w:rsidP="00324A3A">
      <w:pPr>
        <w:widowControl/>
        <w:autoSpaceDE/>
        <w:autoSpaceDN/>
        <w:jc w:val="both"/>
        <w:rPr>
          <w:rFonts w:eastAsia="Calibri"/>
          <w:b/>
          <w:sz w:val="28"/>
          <w:szCs w:val="28"/>
        </w:rPr>
      </w:pPr>
      <w:r w:rsidRPr="00324A3A">
        <w:rPr>
          <w:rFonts w:eastAsia="Calibri"/>
          <w:b/>
          <w:sz w:val="28"/>
          <w:szCs w:val="28"/>
        </w:rPr>
        <w:t>Анкета по выявлению практики самолечения и причин влияющих на них/</w:t>
      </w:r>
    </w:p>
    <w:p w:rsidR="00324A3A" w:rsidRPr="00324A3A" w:rsidRDefault="00324A3A" w:rsidP="00324A3A">
      <w:pPr>
        <w:widowControl/>
        <w:autoSpaceDE/>
        <w:autoSpaceDN/>
        <w:jc w:val="both"/>
        <w:rPr>
          <w:rFonts w:eastAsia="Calibri"/>
          <w:b/>
          <w:sz w:val="28"/>
          <w:szCs w:val="28"/>
        </w:rPr>
      </w:pPr>
      <w:r w:rsidRPr="00324A3A">
        <w:rPr>
          <w:rFonts w:eastAsia="Calibri"/>
          <w:b/>
          <w:sz w:val="28"/>
          <w:szCs w:val="28"/>
        </w:rPr>
        <w:t>Тұрғындардың өзін-өзі емдеу тәжірибесінің себептері мен оған әсер ететін факторларын анықтау бойынша сауалнама</w:t>
      </w:r>
    </w:p>
    <w:p w:rsidR="00324A3A" w:rsidRPr="00324A3A" w:rsidRDefault="00324A3A" w:rsidP="00324A3A">
      <w:pPr>
        <w:widowControl/>
        <w:autoSpaceDE/>
        <w:autoSpaceDN/>
        <w:jc w:val="both"/>
        <w:rPr>
          <w:rFonts w:eastAsia="Calibri"/>
          <w:sz w:val="28"/>
          <w:szCs w:val="28"/>
        </w:rPr>
      </w:pPr>
    </w:p>
    <w:p w:rsidR="00324A3A" w:rsidRPr="00324A3A" w:rsidRDefault="00324A3A" w:rsidP="00324A3A">
      <w:pPr>
        <w:widowControl/>
        <w:autoSpaceDE/>
        <w:autoSpaceDN/>
        <w:spacing w:after="200"/>
        <w:jc w:val="both"/>
        <w:rPr>
          <w:rFonts w:eastAsia="Calibri"/>
          <w:i/>
          <w:sz w:val="28"/>
          <w:szCs w:val="28"/>
        </w:rPr>
      </w:pPr>
      <w:r w:rsidRPr="00324A3A">
        <w:rPr>
          <w:rFonts w:eastAsia="Calibri"/>
          <w:i/>
          <w:sz w:val="28"/>
          <w:szCs w:val="28"/>
        </w:rPr>
        <w:t xml:space="preserve">Дорогой участник анкетирования, перед вами анкета, которая состоит из </w:t>
      </w:r>
      <w:r w:rsidRPr="00324A3A">
        <w:rPr>
          <w:rFonts w:eastAsia="Calibri"/>
          <w:i/>
          <w:sz w:val="28"/>
          <w:szCs w:val="28"/>
          <w:lang w:val="ru-RU"/>
        </w:rPr>
        <w:t xml:space="preserve">13 </w:t>
      </w:r>
      <w:r w:rsidRPr="00324A3A">
        <w:rPr>
          <w:rFonts w:eastAsia="Calibri"/>
          <w:i/>
          <w:sz w:val="28"/>
          <w:szCs w:val="28"/>
        </w:rPr>
        <w:t>вопросов. Анкета полностью анонимная, мы не видим ваши персональные данные. Искренне надеемся на ваши честные ответы. Благодарим вас за участие и вклад в развитие науки!</w:t>
      </w:r>
    </w:p>
    <w:p w:rsidR="00324A3A" w:rsidRPr="00324A3A" w:rsidRDefault="00324A3A" w:rsidP="00324A3A">
      <w:pPr>
        <w:widowControl/>
        <w:autoSpaceDE/>
        <w:autoSpaceDN/>
        <w:spacing w:after="200"/>
        <w:jc w:val="both"/>
        <w:rPr>
          <w:rFonts w:eastAsia="Calibri"/>
          <w:i/>
          <w:sz w:val="28"/>
          <w:szCs w:val="28"/>
        </w:rPr>
      </w:pPr>
      <w:r w:rsidRPr="00324A3A">
        <w:rPr>
          <w:rFonts w:eastAsia="Calibri"/>
          <w:i/>
          <w:sz w:val="28"/>
          <w:szCs w:val="28"/>
        </w:rPr>
        <w:t>Құрметті сауалнамаға қатысушы, сізге 13 сұрақтан тұратын сауалнама берілген. Сауалнама толық анонимді,яғни ешкім сіздің жеке мәліметтерінізді көре алмайды. Сіздің жауаптарыныз шынайы болатынына үміттенеміз.  Сізге сауалнамаға қатысқанынызға және ғылымның дамуына үлес қосқанынызға алғыс білдіреміз!</w:t>
      </w:r>
    </w:p>
    <w:p w:rsidR="00324A3A" w:rsidRPr="00324A3A" w:rsidRDefault="00324A3A" w:rsidP="00324A3A">
      <w:pPr>
        <w:widowControl/>
        <w:numPr>
          <w:ilvl w:val="0"/>
          <w:numId w:val="38"/>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Пол</w:t>
      </w:r>
      <w:r w:rsidRPr="00324A3A">
        <w:rPr>
          <w:rFonts w:eastAsia="Calibri"/>
          <w:sz w:val="28"/>
          <w:szCs w:val="28"/>
          <w:lang w:val="en-US"/>
        </w:rPr>
        <w:t>/</w:t>
      </w:r>
      <w:r w:rsidRPr="00324A3A">
        <w:rPr>
          <w:rFonts w:eastAsia="Calibri"/>
          <w:sz w:val="28"/>
          <w:szCs w:val="28"/>
        </w:rPr>
        <w:t>Жынысы:</w:t>
      </w:r>
    </w:p>
    <w:p w:rsidR="00324A3A" w:rsidRPr="00324A3A" w:rsidRDefault="00324A3A" w:rsidP="00324A3A">
      <w:pPr>
        <w:widowControl/>
        <w:autoSpaceDE/>
        <w:autoSpaceDN/>
        <w:spacing w:after="200"/>
        <w:contextualSpacing/>
        <w:jc w:val="both"/>
        <w:rPr>
          <w:rFonts w:eastAsia="Calibri"/>
          <w:sz w:val="28"/>
          <w:szCs w:val="28"/>
        </w:rPr>
      </w:pPr>
      <w:r w:rsidRPr="00324A3A">
        <w:rPr>
          <w:rFonts w:eastAsia="Calibri"/>
          <w:sz w:val="28"/>
          <w:szCs w:val="28"/>
          <w:lang w:val="ru-RU"/>
        </w:rPr>
        <w:t>1.Мужской/</w:t>
      </w:r>
      <w:r w:rsidRPr="00324A3A">
        <w:rPr>
          <w:rFonts w:eastAsia="Calibri"/>
          <w:sz w:val="28"/>
          <w:szCs w:val="28"/>
        </w:rPr>
        <w:t>Ер</w:t>
      </w:r>
    </w:p>
    <w:p w:rsidR="00324A3A" w:rsidRPr="00324A3A" w:rsidRDefault="00324A3A" w:rsidP="00324A3A">
      <w:pPr>
        <w:widowControl/>
        <w:autoSpaceDE/>
        <w:autoSpaceDN/>
        <w:spacing w:after="200"/>
        <w:contextualSpacing/>
        <w:jc w:val="both"/>
        <w:rPr>
          <w:rFonts w:eastAsia="Calibri"/>
          <w:sz w:val="28"/>
          <w:szCs w:val="28"/>
        </w:rPr>
      </w:pPr>
      <w:r w:rsidRPr="00324A3A">
        <w:rPr>
          <w:rFonts w:eastAsia="Calibri"/>
          <w:sz w:val="28"/>
          <w:szCs w:val="28"/>
          <w:lang w:val="ru-RU"/>
        </w:rPr>
        <w:t>2.Женский/</w:t>
      </w:r>
      <w:r w:rsidRPr="00324A3A">
        <w:rPr>
          <w:rFonts w:eastAsia="Calibri"/>
          <w:sz w:val="28"/>
          <w:szCs w:val="28"/>
        </w:rPr>
        <w:t>Әйел</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numPr>
          <w:ilvl w:val="0"/>
          <w:numId w:val="38"/>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Ваш возраст/</w:t>
      </w:r>
      <w:r w:rsidRPr="00324A3A">
        <w:rPr>
          <w:rFonts w:eastAsia="Calibri"/>
          <w:sz w:val="28"/>
          <w:szCs w:val="28"/>
        </w:rPr>
        <w:t>Сіздің жасыныз</w:t>
      </w:r>
      <w:r w:rsidRPr="00324A3A">
        <w:rPr>
          <w:rFonts w:eastAsia="Calibri"/>
          <w:sz w:val="28"/>
          <w:szCs w:val="28"/>
          <w:lang w:val="ru-RU"/>
        </w:rPr>
        <w:t>: _____</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numPr>
          <w:ilvl w:val="0"/>
          <w:numId w:val="38"/>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Ваше образование/</w:t>
      </w:r>
      <w:r w:rsidRPr="00324A3A">
        <w:rPr>
          <w:rFonts w:eastAsia="Calibri"/>
          <w:sz w:val="28"/>
          <w:szCs w:val="28"/>
        </w:rPr>
        <w:t>Сіздің білімініз</w:t>
      </w:r>
      <w:r w:rsidRPr="00324A3A">
        <w:rPr>
          <w:rFonts w:eastAsia="Calibri"/>
          <w:sz w:val="28"/>
          <w:szCs w:val="28"/>
          <w:lang w:val="ru-RU"/>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0"/>
        <w:gridCol w:w="3438"/>
      </w:tblGrid>
      <w:tr w:rsidR="00324A3A" w:rsidRPr="00324A3A" w:rsidTr="005D5BC9">
        <w:tc>
          <w:tcPr>
            <w:tcW w:w="4785" w:type="dxa"/>
          </w:tcPr>
          <w:p w:rsidR="00324A3A" w:rsidRPr="00324A3A" w:rsidRDefault="00324A3A" w:rsidP="00324A3A">
            <w:pPr>
              <w:adjustRightInd w:val="0"/>
              <w:jc w:val="both"/>
              <w:rPr>
                <w:rFonts w:eastAsia="Calibri"/>
                <w:bCs/>
                <w:color w:val="000000"/>
                <w:sz w:val="28"/>
                <w:szCs w:val="28"/>
              </w:rPr>
            </w:pPr>
            <w:r w:rsidRPr="00324A3A">
              <w:rPr>
                <w:rFonts w:eastAsia="Calibri"/>
                <w:bCs/>
                <w:color w:val="000000"/>
                <w:sz w:val="28"/>
                <w:szCs w:val="28"/>
              </w:rPr>
              <w:t>1.</w:t>
            </w:r>
            <w:r w:rsidRPr="00324A3A">
              <w:rPr>
                <w:rFonts w:eastAsia="Calibri"/>
                <w:bCs/>
                <w:color w:val="000000"/>
                <w:sz w:val="28"/>
                <w:szCs w:val="28"/>
                <w:lang w:val="ru-RU"/>
              </w:rPr>
              <w:t>Высшее/</w:t>
            </w:r>
            <w:r w:rsidRPr="00324A3A">
              <w:rPr>
                <w:rFonts w:eastAsia="Calibri"/>
                <w:bCs/>
                <w:color w:val="000000"/>
                <w:sz w:val="28"/>
                <w:szCs w:val="28"/>
              </w:rPr>
              <w:t>Жоғары(университет,академия,институт)</w:t>
            </w:r>
            <w:r w:rsidRPr="00324A3A">
              <w:rPr>
                <w:rFonts w:eastAsia="Calibri"/>
                <w:bCs/>
                <w:color w:val="000000"/>
                <w:sz w:val="28"/>
                <w:szCs w:val="28"/>
                <w:lang w:val="ru-RU"/>
              </w:rPr>
              <w:t xml:space="preserve"> </w:t>
            </w:r>
            <w:r w:rsidRPr="00324A3A">
              <w:rPr>
                <w:rFonts w:eastAsia="Calibri"/>
                <w:bCs/>
                <w:color w:val="000000"/>
                <w:sz w:val="28"/>
                <w:szCs w:val="28"/>
              </w:rPr>
              <w:t xml:space="preserve">   </w:t>
            </w:r>
          </w:p>
        </w:tc>
        <w:tc>
          <w:tcPr>
            <w:tcW w:w="4786" w:type="dxa"/>
          </w:tcPr>
          <w:p w:rsidR="00324A3A" w:rsidRPr="00324A3A" w:rsidRDefault="00324A3A" w:rsidP="00324A3A">
            <w:pPr>
              <w:adjustRightInd w:val="0"/>
              <w:jc w:val="both"/>
              <w:rPr>
                <w:rFonts w:eastAsia="Calibri"/>
                <w:bCs/>
                <w:color w:val="000000"/>
                <w:sz w:val="28"/>
                <w:szCs w:val="28"/>
              </w:rPr>
            </w:pPr>
          </w:p>
        </w:tc>
      </w:tr>
      <w:tr w:rsidR="00324A3A" w:rsidRPr="00324A3A" w:rsidTr="005D5BC9">
        <w:tc>
          <w:tcPr>
            <w:tcW w:w="4785" w:type="dxa"/>
          </w:tcPr>
          <w:p w:rsidR="00324A3A" w:rsidRPr="00324A3A" w:rsidRDefault="00324A3A" w:rsidP="00324A3A">
            <w:pPr>
              <w:adjustRightInd w:val="0"/>
              <w:jc w:val="both"/>
              <w:rPr>
                <w:rFonts w:eastAsia="Calibri"/>
                <w:bCs/>
                <w:color w:val="000000"/>
                <w:sz w:val="28"/>
                <w:szCs w:val="28"/>
              </w:rPr>
            </w:pPr>
            <w:r w:rsidRPr="00324A3A">
              <w:rPr>
                <w:rFonts w:eastAsia="Calibri"/>
                <w:bCs/>
                <w:color w:val="000000"/>
                <w:sz w:val="28"/>
                <w:szCs w:val="28"/>
              </w:rPr>
              <w:t>2. Средне-специальное/Орташа арнайы (Колледж,техникум,училище)</w:t>
            </w:r>
          </w:p>
        </w:tc>
        <w:tc>
          <w:tcPr>
            <w:tcW w:w="4786" w:type="dxa"/>
          </w:tcPr>
          <w:p w:rsidR="00324A3A" w:rsidRPr="00324A3A" w:rsidRDefault="00324A3A" w:rsidP="00324A3A">
            <w:pPr>
              <w:adjustRightInd w:val="0"/>
              <w:jc w:val="both"/>
              <w:rPr>
                <w:rFonts w:eastAsia="Calibri"/>
                <w:bCs/>
                <w:color w:val="000000"/>
                <w:sz w:val="28"/>
                <w:szCs w:val="28"/>
              </w:rPr>
            </w:pPr>
          </w:p>
        </w:tc>
      </w:tr>
      <w:tr w:rsidR="00324A3A" w:rsidRPr="00324A3A" w:rsidTr="005D5BC9">
        <w:tc>
          <w:tcPr>
            <w:tcW w:w="4785" w:type="dxa"/>
          </w:tcPr>
          <w:p w:rsidR="00324A3A" w:rsidRPr="00324A3A" w:rsidRDefault="00324A3A" w:rsidP="00324A3A">
            <w:pPr>
              <w:adjustRightInd w:val="0"/>
              <w:jc w:val="both"/>
              <w:rPr>
                <w:rFonts w:eastAsia="Calibri"/>
                <w:bCs/>
                <w:color w:val="000000"/>
                <w:sz w:val="28"/>
                <w:szCs w:val="28"/>
              </w:rPr>
            </w:pPr>
            <w:r w:rsidRPr="00324A3A">
              <w:rPr>
                <w:rFonts w:eastAsia="Calibri"/>
                <w:bCs/>
                <w:color w:val="000000"/>
                <w:sz w:val="28"/>
                <w:szCs w:val="28"/>
              </w:rPr>
              <w:t>3. Среднее /Орта (мектеп)</w:t>
            </w:r>
          </w:p>
        </w:tc>
        <w:tc>
          <w:tcPr>
            <w:tcW w:w="4786" w:type="dxa"/>
          </w:tcPr>
          <w:p w:rsidR="00324A3A" w:rsidRPr="00324A3A" w:rsidRDefault="00324A3A" w:rsidP="00324A3A">
            <w:pPr>
              <w:adjustRightInd w:val="0"/>
              <w:jc w:val="both"/>
              <w:rPr>
                <w:rFonts w:eastAsia="Calibri"/>
                <w:bCs/>
                <w:color w:val="000000"/>
                <w:sz w:val="28"/>
                <w:szCs w:val="28"/>
              </w:rPr>
            </w:pPr>
          </w:p>
        </w:tc>
      </w:tr>
      <w:tr w:rsidR="00324A3A" w:rsidRPr="00324A3A" w:rsidTr="005D5BC9">
        <w:tc>
          <w:tcPr>
            <w:tcW w:w="4785" w:type="dxa"/>
          </w:tcPr>
          <w:p w:rsidR="00324A3A" w:rsidRPr="00324A3A" w:rsidRDefault="00324A3A" w:rsidP="00324A3A">
            <w:pPr>
              <w:adjustRightInd w:val="0"/>
              <w:jc w:val="both"/>
              <w:rPr>
                <w:rFonts w:eastAsia="Calibri"/>
                <w:bCs/>
                <w:color w:val="000000"/>
                <w:sz w:val="28"/>
                <w:szCs w:val="28"/>
              </w:rPr>
            </w:pPr>
            <w:r w:rsidRPr="00324A3A">
              <w:rPr>
                <w:rFonts w:eastAsia="Calibri"/>
                <w:bCs/>
                <w:color w:val="000000"/>
                <w:sz w:val="28"/>
                <w:szCs w:val="28"/>
              </w:rPr>
              <w:t>4. Другое(Басқа)____________________</w:t>
            </w:r>
          </w:p>
        </w:tc>
        <w:tc>
          <w:tcPr>
            <w:tcW w:w="4786" w:type="dxa"/>
          </w:tcPr>
          <w:p w:rsidR="00324A3A" w:rsidRPr="00324A3A" w:rsidRDefault="00324A3A" w:rsidP="00324A3A">
            <w:pPr>
              <w:adjustRightInd w:val="0"/>
              <w:jc w:val="both"/>
              <w:rPr>
                <w:rFonts w:eastAsia="Calibri"/>
                <w:bCs/>
                <w:color w:val="000000"/>
                <w:sz w:val="28"/>
                <w:szCs w:val="28"/>
              </w:rPr>
            </w:pPr>
          </w:p>
        </w:tc>
      </w:tr>
    </w:tbl>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numPr>
          <w:ilvl w:val="0"/>
          <w:numId w:val="38"/>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Семейное положение/</w:t>
      </w:r>
      <w:r w:rsidRPr="00324A3A">
        <w:rPr>
          <w:rFonts w:eastAsia="Calibri"/>
          <w:sz w:val="28"/>
          <w:szCs w:val="28"/>
        </w:rPr>
        <w:t>Отбасы жағдайы</w:t>
      </w:r>
      <w:r w:rsidRPr="00324A3A">
        <w:rPr>
          <w:rFonts w:eastAsia="Calibri"/>
          <w:sz w:val="28"/>
          <w:szCs w:val="28"/>
          <w:lang w:val="ru-RU"/>
        </w:rPr>
        <w:t>:</w:t>
      </w:r>
    </w:p>
    <w:p w:rsidR="00324A3A" w:rsidRPr="00324A3A" w:rsidRDefault="00324A3A" w:rsidP="00324A3A">
      <w:pPr>
        <w:widowControl/>
        <w:autoSpaceDE/>
        <w:autoSpaceDN/>
        <w:spacing w:after="200"/>
        <w:contextualSpacing/>
        <w:jc w:val="both"/>
        <w:rPr>
          <w:rFonts w:eastAsia="Calibri"/>
          <w:sz w:val="28"/>
          <w:szCs w:val="28"/>
        </w:rPr>
      </w:pPr>
      <w:r w:rsidRPr="00324A3A">
        <w:rPr>
          <w:rFonts w:eastAsia="Calibri"/>
          <w:sz w:val="28"/>
          <w:szCs w:val="28"/>
          <w:lang w:val="ru-RU"/>
        </w:rPr>
        <w:t>1.Женат /замужем/</w:t>
      </w:r>
      <w:r w:rsidRPr="00324A3A">
        <w:rPr>
          <w:rFonts w:eastAsia="Calibri"/>
          <w:sz w:val="28"/>
          <w:szCs w:val="28"/>
        </w:rPr>
        <w:t>Үйленгенмін/Тұрмыстамын</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2.Не женат/не замужем</w:t>
      </w:r>
      <w:r w:rsidRPr="00324A3A">
        <w:rPr>
          <w:rFonts w:eastAsia="Calibri"/>
          <w:sz w:val="28"/>
          <w:szCs w:val="28"/>
        </w:rPr>
        <w:t>/Бойдақ/тұрмыс құрмағанмын</w:t>
      </w:r>
    </w:p>
    <w:p w:rsidR="00324A3A" w:rsidRPr="00324A3A" w:rsidRDefault="00324A3A" w:rsidP="00324A3A">
      <w:pPr>
        <w:widowControl/>
        <w:autoSpaceDE/>
        <w:autoSpaceDN/>
        <w:spacing w:after="200"/>
        <w:contextualSpacing/>
        <w:jc w:val="both"/>
        <w:rPr>
          <w:rFonts w:eastAsia="Calibri"/>
          <w:sz w:val="28"/>
          <w:szCs w:val="28"/>
        </w:rPr>
      </w:pPr>
      <w:r w:rsidRPr="00324A3A">
        <w:rPr>
          <w:rFonts w:eastAsia="Calibri"/>
          <w:sz w:val="28"/>
          <w:szCs w:val="28"/>
          <w:lang w:val="ru-RU"/>
        </w:rPr>
        <w:t xml:space="preserve">3.Разведен/ </w:t>
      </w:r>
      <w:r w:rsidRPr="00324A3A">
        <w:rPr>
          <w:rFonts w:eastAsia="Calibri"/>
          <w:sz w:val="28"/>
          <w:szCs w:val="28"/>
        </w:rPr>
        <w:t>разведена/ажырасқанмын</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4.Вдовец/вдова</w:t>
      </w:r>
      <w:r w:rsidRPr="00324A3A">
        <w:rPr>
          <w:rFonts w:eastAsia="Calibri"/>
          <w:sz w:val="28"/>
          <w:szCs w:val="28"/>
        </w:rPr>
        <w:t>/жесірмін</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numPr>
          <w:ilvl w:val="0"/>
          <w:numId w:val="38"/>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Есть ли у вас дети?</w:t>
      </w:r>
      <w:r w:rsidRPr="00324A3A">
        <w:rPr>
          <w:rFonts w:eastAsia="Calibri"/>
          <w:sz w:val="28"/>
          <w:szCs w:val="28"/>
        </w:rPr>
        <w:t xml:space="preserve"> /Балаларыныз бар ма?</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1.Да</w:t>
      </w:r>
      <w:r w:rsidRPr="00324A3A">
        <w:rPr>
          <w:rFonts w:eastAsia="Calibri"/>
          <w:sz w:val="28"/>
          <w:szCs w:val="28"/>
        </w:rPr>
        <w:t>/Иә</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2.Нет</w:t>
      </w:r>
      <w:r w:rsidRPr="00324A3A">
        <w:rPr>
          <w:rFonts w:eastAsia="Calibri"/>
          <w:sz w:val="28"/>
          <w:szCs w:val="28"/>
        </w:rPr>
        <w:t>/Жоқ</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6. Принимали ли вы когда-нибудь за последние шесть месяцев антибиотики?</w:t>
      </w:r>
      <w:r w:rsidRPr="00324A3A">
        <w:rPr>
          <w:rFonts w:eastAsia="Calibri"/>
          <w:sz w:val="28"/>
          <w:szCs w:val="28"/>
        </w:rPr>
        <w:t>/ Сіз соңғы алты айда антибиотиктер қабылдадыныз ба?</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1.Да</w:t>
      </w:r>
      <w:r w:rsidRPr="00324A3A">
        <w:rPr>
          <w:rFonts w:eastAsia="Calibri"/>
          <w:sz w:val="28"/>
          <w:szCs w:val="28"/>
        </w:rPr>
        <w:t>/Иә</w:t>
      </w: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2.Нет</w:t>
      </w:r>
      <w:r w:rsidRPr="00324A3A">
        <w:rPr>
          <w:rFonts w:eastAsia="Calibri"/>
          <w:sz w:val="28"/>
          <w:szCs w:val="28"/>
        </w:rPr>
        <w:t>/Жоқ</w:t>
      </w:r>
    </w:p>
    <w:p w:rsidR="00324A3A" w:rsidRPr="00324A3A" w:rsidRDefault="00324A3A" w:rsidP="00324A3A">
      <w:pPr>
        <w:widowControl/>
        <w:autoSpaceDE/>
        <w:autoSpaceDN/>
        <w:spacing w:after="200"/>
        <w:jc w:val="both"/>
        <w:rPr>
          <w:rFonts w:eastAsia="Calibri"/>
          <w:sz w:val="28"/>
          <w:szCs w:val="28"/>
          <w:lang w:val="ru-RU"/>
        </w:rPr>
      </w:pPr>
      <w:r w:rsidRPr="00324A3A">
        <w:rPr>
          <w:rFonts w:eastAsia="Calibri"/>
          <w:sz w:val="28"/>
          <w:szCs w:val="28"/>
          <w:lang w:val="ru-RU"/>
        </w:rPr>
        <w:t>7. Где вы взяли антибиотик, которые принимали в прошлый раз?</w:t>
      </w:r>
      <w:r w:rsidRPr="00324A3A">
        <w:rPr>
          <w:rFonts w:eastAsia="Calibri"/>
          <w:sz w:val="28"/>
          <w:szCs w:val="28"/>
        </w:rPr>
        <w:t xml:space="preserve"> /Соңғы рет қабылдаған антибиотикті қайдан алдыныз?</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У меня дома было немного</w:t>
      </w:r>
      <w:r w:rsidRPr="00324A3A">
        <w:rPr>
          <w:rFonts w:eastAsia="Calibri"/>
          <w:sz w:val="28"/>
          <w:szCs w:val="28"/>
        </w:rPr>
        <w:t>/ Үйде біраз болған</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Я купила в аптеке, рассказав  о своих симптомах фармацевту (продавцу в аптеке)</w:t>
      </w:r>
      <w:r w:rsidRPr="00324A3A">
        <w:rPr>
          <w:rFonts w:eastAsia="Calibri"/>
          <w:sz w:val="28"/>
          <w:szCs w:val="28"/>
        </w:rPr>
        <w:t>/Ауру белгілерімді фармацевтке (дәріханадағы сатушыға) айтқан соң, оның кеңесі бойынша сатып алдым</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Я купила в аптеке, спросив название антибиотика</w:t>
      </w:r>
      <w:r w:rsidRPr="00324A3A">
        <w:rPr>
          <w:rFonts w:eastAsia="Calibri"/>
          <w:sz w:val="28"/>
          <w:szCs w:val="28"/>
        </w:rPr>
        <w:t>/ Нақты антибиотиктің атын айтып дәріханадан сатып алдым</w:t>
      </w:r>
      <w:r w:rsidRPr="00324A3A">
        <w:rPr>
          <w:rFonts w:eastAsia="Calibri"/>
          <w:sz w:val="28"/>
          <w:szCs w:val="28"/>
          <w:lang w:val="ru-RU"/>
        </w:rPr>
        <w:t xml:space="preserve"> </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Я взял у своего друга</w:t>
      </w:r>
      <w:r w:rsidRPr="00324A3A">
        <w:rPr>
          <w:rFonts w:eastAsia="Calibri"/>
          <w:sz w:val="28"/>
          <w:szCs w:val="28"/>
        </w:rPr>
        <w:t>/ Досымнан алдым</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Я взял у родственников </w:t>
      </w:r>
      <w:r w:rsidRPr="00324A3A">
        <w:rPr>
          <w:rFonts w:eastAsia="Calibri"/>
          <w:sz w:val="28"/>
          <w:szCs w:val="28"/>
        </w:rPr>
        <w:t>/ Туысымнан алдым</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Я купила по прошлому назначению врача</w:t>
      </w:r>
      <w:r w:rsidRPr="00324A3A">
        <w:rPr>
          <w:rFonts w:eastAsia="Calibri"/>
          <w:sz w:val="28"/>
          <w:szCs w:val="28"/>
        </w:rPr>
        <w:t>/ Өткенде ауырған кезде дәрігер тағайындаған антибиотикті сатып алдым</w:t>
      </w:r>
    </w:p>
    <w:p w:rsidR="00324A3A" w:rsidRPr="00324A3A" w:rsidRDefault="00324A3A" w:rsidP="00324A3A">
      <w:pPr>
        <w:widowControl/>
        <w:numPr>
          <w:ilvl w:val="0"/>
          <w:numId w:val="35"/>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Другой источник</w:t>
      </w:r>
      <w:r w:rsidRPr="00324A3A">
        <w:rPr>
          <w:rFonts w:eastAsia="Calibri"/>
          <w:sz w:val="28"/>
          <w:szCs w:val="28"/>
        </w:rPr>
        <w:t xml:space="preserve">/Басқа жерден алдым </w:t>
      </w:r>
      <w:r w:rsidRPr="00324A3A">
        <w:rPr>
          <w:rFonts w:eastAsia="Calibri"/>
          <w:sz w:val="28"/>
          <w:szCs w:val="28"/>
          <w:lang w:val="ru-RU"/>
        </w:rPr>
        <w:t>__________________________________________</w:t>
      </w:r>
    </w:p>
    <w:p w:rsidR="00324A3A" w:rsidRPr="00324A3A" w:rsidRDefault="00324A3A" w:rsidP="00324A3A">
      <w:pPr>
        <w:widowControl/>
        <w:autoSpaceDE/>
        <w:autoSpaceDN/>
        <w:contextualSpacing/>
        <w:jc w:val="both"/>
        <w:rPr>
          <w:rFonts w:eastAsia="Calibri"/>
          <w:sz w:val="28"/>
          <w:szCs w:val="28"/>
          <w:lang w:val="ru-RU"/>
        </w:rPr>
      </w:pPr>
    </w:p>
    <w:p w:rsidR="00324A3A" w:rsidRPr="00324A3A" w:rsidRDefault="00324A3A" w:rsidP="00324A3A">
      <w:pPr>
        <w:widowControl/>
        <w:autoSpaceDE/>
        <w:autoSpaceDN/>
        <w:jc w:val="both"/>
        <w:rPr>
          <w:rFonts w:eastAsia="Calibri"/>
          <w:sz w:val="28"/>
          <w:szCs w:val="28"/>
          <w:lang w:val="ru-RU"/>
        </w:rPr>
      </w:pPr>
      <w:r w:rsidRPr="00324A3A">
        <w:rPr>
          <w:rFonts w:eastAsia="Calibri"/>
          <w:sz w:val="28"/>
          <w:szCs w:val="28"/>
          <w:lang w:val="ru-RU"/>
        </w:rPr>
        <w:t>8. Причина покупки антибиотика без рецепта?</w:t>
      </w:r>
      <w:r w:rsidRPr="00324A3A">
        <w:rPr>
          <w:rFonts w:eastAsia="Calibri"/>
          <w:sz w:val="28"/>
          <w:szCs w:val="28"/>
        </w:rPr>
        <w:t xml:space="preserve"> / Антибиотикті не себепті рецептсіз алдыныз?</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Мои симптомы заболевания требовали лечение антибиотиками</w:t>
      </w:r>
      <w:r w:rsidRPr="00324A3A">
        <w:rPr>
          <w:rFonts w:eastAsia="Calibri"/>
          <w:sz w:val="28"/>
          <w:szCs w:val="28"/>
        </w:rPr>
        <w:t>/ Менің ауру белгілерім антибиотиктермен емделуді қажет етті</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Плата за консультацию с врачом высока</w:t>
      </w:r>
      <w:r w:rsidRPr="00324A3A">
        <w:rPr>
          <w:rFonts w:eastAsia="Calibri"/>
          <w:sz w:val="28"/>
          <w:szCs w:val="28"/>
        </w:rPr>
        <w:t>/ Дәрігерден кеңес алу қымбатқа түседі</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Предыдущий опыт применения антибиотиков при аналогичных состояниях </w:t>
      </w:r>
      <w:r w:rsidRPr="00324A3A">
        <w:rPr>
          <w:rFonts w:eastAsia="Calibri"/>
          <w:sz w:val="28"/>
          <w:szCs w:val="28"/>
        </w:rPr>
        <w:t>/ Осыған ұқсас ауру белгілері кезінде антибиотиктерді қолданғанмын</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Долгое ожидание на бесплатный прием к врачу своей поликлиники</w:t>
      </w:r>
      <w:r w:rsidRPr="00324A3A">
        <w:rPr>
          <w:rFonts w:eastAsia="Calibri"/>
          <w:sz w:val="28"/>
          <w:szCs w:val="28"/>
        </w:rPr>
        <w:t>/Өз емханамдағы тегін дәрігер қабылдауына жазылу уақыты тым ұзақ</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Рядом со мной нет государственной поликлиники</w:t>
      </w:r>
      <w:r w:rsidRPr="00324A3A">
        <w:rPr>
          <w:rFonts w:eastAsia="Calibri"/>
          <w:sz w:val="28"/>
          <w:szCs w:val="28"/>
        </w:rPr>
        <w:t>/Мен тұратын жерде мемлекеттік емхана жоқ</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Нет времени обращаться к врачу</w:t>
      </w:r>
      <w:r w:rsidRPr="00324A3A">
        <w:rPr>
          <w:rFonts w:eastAsia="Calibri"/>
          <w:sz w:val="28"/>
          <w:szCs w:val="28"/>
        </w:rPr>
        <w:t>/ Дәрігерге қаралуға уақытым жоқ</w:t>
      </w:r>
      <w:r w:rsidRPr="00324A3A">
        <w:rPr>
          <w:rFonts w:eastAsia="Calibri"/>
          <w:sz w:val="28"/>
          <w:szCs w:val="28"/>
          <w:lang w:val="ru-RU"/>
        </w:rPr>
        <w:t xml:space="preserve"> </w:t>
      </w:r>
    </w:p>
    <w:p w:rsidR="00324A3A" w:rsidRPr="00324A3A" w:rsidRDefault="00324A3A" w:rsidP="00324A3A">
      <w:pPr>
        <w:widowControl/>
        <w:numPr>
          <w:ilvl w:val="0"/>
          <w:numId w:val="36"/>
        </w:numPr>
        <w:autoSpaceDE/>
        <w:autoSpaceDN/>
        <w:spacing w:after="200"/>
        <w:ind w:left="0" w:firstLine="0"/>
        <w:contextualSpacing/>
        <w:jc w:val="both"/>
        <w:rPr>
          <w:rFonts w:eastAsia="Calibri"/>
          <w:sz w:val="28"/>
          <w:szCs w:val="28"/>
          <w:lang w:val="ru-RU"/>
        </w:rPr>
      </w:pPr>
      <w:r w:rsidRPr="00324A3A">
        <w:rPr>
          <w:rFonts w:eastAsia="Calibri"/>
          <w:sz w:val="28"/>
          <w:szCs w:val="28"/>
          <w:lang w:val="en-US"/>
        </w:rPr>
        <w:t>Друго</w:t>
      </w:r>
      <w:r w:rsidRPr="00324A3A">
        <w:rPr>
          <w:rFonts w:eastAsia="Calibri"/>
          <w:sz w:val="28"/>
          <w:szCs w:val="28"/>
        </w:rPr>
        <w:t>е/Басқа</w:t>
      </w:r>
      <w:r w:rsidRPr="00324A3A">
        <w:rPr>
          <w:rFonts w:eastAsia="Calibri"/>
          <w:sz w:val="28"/>
          <w:szCs w:val="28"/>
          <w:lang w:val="ru-RU"/>
        </w:rPr>
        <w:t>___________________________________</w:t>
      </w:r>
    </w:p>
    <w:p w:rsidR="00324A3A" w:rsidRPr="00324A3A" w:rsidRDefault="00324A3A" w:rsidP="00324A3A">
      <w:pPr>
        <w:widowControl/>
        <w:autoSpaceDE/>
        <w:autoSpaceDN/>
        <w:contextualSpacing/>
        <w:jc w:val="both"/>
        <w:rPr>
          <w:rFonts w:eastAsia="Calibri"/>
          <w:sz w:val="28"/>
          <w:szCs w:val="28"/>
          <w:lang w:val="ru-RU"/>
        </w:rPr>
      </w:pPr>
    </w:p>
    <w:p w:rsidR="00324A3A" w:rsidRPr="00324A3A" w:rsidRDefault="00324A3A" w:rsidP="00324A3A">
      <w:pPr>
        <w:widowControl/>
        <w:autoSpaceDE/>
        <w:autoSpaceDN/>
        <w:jc w:val="both"/>
        <w:rPr>
          <w:rFonts w:eastAsia="Calibri"/>
          <w:sz w:val="28"/>
          <w:szCs w:val="28"/>
          <w:lang w:val="ru-RU"/>
        </w:rPr>
      </w:pPr>
      <w:r w:rsidRPr="00324A3A">
        <w:rPr>
          <w:rFonts w:eastAsia="Calibri"/>
          <w:sz w:val="28"/>
          <w:szCs w:val="28"/>
          <w:lang w:val="ru-RU"/>
        </w:rPr>
        <w:t>9.Какие антибиотики вы обычно покупаете (напишите название)?</w:t>
      </w:r>
      <w:r w:rsidRPr="00324A3A">
        <w:rPr>
          <w:rFonts w:eastAsia="Calibri"/>
          <w:sz w:val="28"/>
          <w:szCs w:val="28"/>
        </w:rPr>
        <w:t xml:space="preserve"> /Сіз әдетте қандай антибиотиктерді сатып аласыз (аттарын жазыныз)</w:t>
      </w:r>
      <w:r w:rsidRPr="00324A3A">
        <w:rPr>
          <w:rFonts w:eastAsia="Calibri"/>
          <w:sz w:val="28"/>
          <w:szCs w:val="28"/>
          <w:lang w:val="ru-RU"/>
        </w:rPr>
        <w:t>________________</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10.При покупке антибиотика, на что вы обращаете внимание?</w:t>
      </w:r>
      <w:r w:rsidRPr="00324A3A">
        <w:rPr>
          <w:rFonts w:eastAsia="Calibri"/>
          <w:sz w:val="28"/>
          <w:szCs w:val="28"/>
        </w:rPr>
        <w:t xml:space="preserve"> /Сіз антибиотиктерді сатып алған кезде несіне назар аударасыз? </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Лекарственную форму (таблетки, капсулы, суспензии, мази и т.д.)</w:t>
      </w:r>
      <w:r w:rsidRPr="00324A3A">
        <w:rPr>
          <w:rFonts w:eastAsia="Calibri"/>
          <w:sz w:val="28"/>
          <w:szCs w:val="28"/>
        </w:rPr>
        <w:t xml:space="preserve"> / Дәрілік түріне (таблеткалар,капсулалар,суспензиялар, жақпамайлар және т.б.)</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Показания к применению</w:t>
      </w:r>
      <w:r w:rsidRPr="00324A3A">
        <w:rPr>
          <w:rFonts w:eastAsia="Calibri"/>
          <w:sz w:val="28"/>
          <w:szCs w:val="28"/>
        </w:rPr>
        <w:t>/ Қандай жағдайларда қолдануға болатынына</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Цена (выбираю недорогой антибиотик)</w:t>
      </w:r>
      <w:r w:rsidRPr="00324A3A">
        <w:rPr>
          <w:rFonts w:eastAsia="Calibri"/>
          <w:sz w:val="28"/>
          <w:szCs w:val="28"/>
        </w:rPr>
        <w:t xml:space="preserve"> /Бағасына (арзандау антибиотиктерді таңдаймын)</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Цена (выбираю дорогой антибиотик)</w:t>
      </w:r>
      <w:r w:rsidRPr="00324A3A">
        <w:rPr>
          <w:rFonts w:eastAsia="Calibri"/>
          <w:sz w:val="28"/>
          <w:szCs w:val="28"/>
        </w:rPr>
        <w:t xml:space="preserve"> / Бағасына (қымбат антибиотиктерді таңдаймын)</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Известный производитель (бренд) </w:t>
      </w:r>
      <w:r w:rsidRPr="00324A3A">
        <w:rPr>
          <w:rFonts w:eastAsia="Calibri"/>
          <w:sz w:val="28"/>
          <w:szCs w:val="28"/>
        </w:rPr>
        <w:t>/ Танымал өндіруші (бренд)</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Побочные эффекты </w:t>
      </w:r>
      <w:r w:rsidRPr="00324A3A">
        <w:rPr>
          <w:rFonts w:eastAsia="Calibri"/>
          <w:sz w:val="28"/>
          <w:szCs w:val="28"/>
        </w:rPr>
        <w:t xml:space="preserve">/ Жағымсыз әсерлеріне </w:t>
      </w:r>
    </w:p>
    <w:p w:rsidR="00324A3A" w:rsidRPr="00324A3A" w:rsidRDefault="00324A3A" w:rsidP="00324A3A">
      <w:pPr>
        <w:widowControl/>
        <w:numPr>
          <w:ilvl w:val="0"/>
          <w:numId w:val="37"/>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Другое</w:t>
      </w:r>
      <w:r w:rsidRPr="00324A3A">
        <w:rPr>
          <w:rFonts w:eastAsia="Calibri"/>
          <w:sz w:val="28"/>
          <w:szCs w:val="28"/>
        </w:rPr>
        <w:t>/Басқа</w:t>
      </w:r>
      <w:r w:rsidRPr="00324A3A">
        <w:rPr>
          <w:rFonts w:eastAsia="Calibri"/>
          <w:sz w:val="28"/>
          <w:szCs w:val="28"/>
          <w:lang w:val="ru-RU"/>
        </w:rPr>
        <w:t xml:space="preserve"> _____________________________</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11.Как вы определяете дозировку антибиотиков для своего лечения?</w:t>
      </w:r>
      <w:r w:rsidRPr="00324A3A">
        <w:rPr>
          <w:rFonts w:eastAsia="Calibri"/>
          <w:sz w:val="28"/>
          <w:szCs w:val="28"/>
        </w:rPr>
        <w:t xml:space="preserve"> / Өзінізді антибиотикпен емдегенде дәрінің қабылдау мөлшерін қалай анықтайсыз?</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Спрашиваю у фармацевта (продавца в аптеке)</w:t>
      </w:r>
      <w:r w:rsidRPr="00324A3A">
        <w:rPr>
          <w:rFonts w:eastAsia="Calibri"/>
          <w:sz w:val="28"/>
          <w:szCs w:val="28"/>
        </w:rPr>
        <w:t xml:space="preserve"> / Фармацевттен (дәріханадағы сатушыдан) сұрап аламын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Информация из вкладыша в упаковке</w:t>
      </w:r>
      <w:r w:rsidRPr="00324A3A">
        <w:rPr>
          <w:rFonts w:eastAsia="Calibri"/>
          <w:sz w:val="28"/>
          <w:szCs w:val="28"/>
        </w:rPr>
        <w:t>/ Дәрі қорабының ішіндегі нұсқаулықтан қараймын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Предыдущий опыт</w:t>
      </w:r>
      <w:r w:rsidRPr="00324A3A">
        <w:rPr>
          <w:rFonts w:eastAsia="Calibri"/>
          <w:sz w:val="28"/>
          <w:szCs w:val="28"/>
        </w:rPr>
        <w:t>/Оның алдында дәрігер тағайындаған доза бойынша қабылдаймын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Спрашиваю у других или родственника</w:t>
      </w:r>
      <w:r w:rsidRPr="00324A3A">
        <w:rPr>
          <w:rFonts w:eastAsia="Calibri"/>
          <w:sz w:val="28"/>
          <w:szCs w:val="28"/>
        </w:rPr>
        <w:t>/Досымнан немесе туысымнан сұраймын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Ищу информацию в интернете</w:t>
      </w:r>
      <w:r w:rsidRPr="00324A3A">
        <w:rPr>
          <w:rFonts w:eastAsia="Calibri"/>
          <w:sz w:val="28"/>
          <w:szCs w:val="28"/>
        </w:rPr>
        <w:t>/Ақпаратты ғаламтордан іздеймін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Сам определяю дозу антибиотика</w:t>
      </w:r>
      <w:r w:rsidRPr="00324A3A">
        <w:rPr>
          <w:rFonts w:eastAsia="Calibri"/>
          <w:sz w:val="28"/>
          <w:szCs w:val="28"/>
        </w:rPr>
        <w:t>/Антибиотиктің дозасын өзім анықтаймын</w:t>
      </w:r>
    </w:p>
    <w:p w:rsidR="00324A3A" w:rsidRPr="00324A3A" w:rsidRDefault="00324A3A" w:rsidP="00324A3A">
      <w:pPr>
        <w:widowControl/>
        <w:numPr>
          <w:ilvl w:val="0"/>
          <w:numId w:val="39"/>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Другое</w:t>
      </w:r>
      <w:r w:rsidRPr="00324A3A">
        <w:rPr>
          <w:rFonts w:eastAsia="Calibri"/>
          <w:sz w:val="28"/>
          <w:szCs w:val="28"/>
        </w:rPr>
        <w:t>Басқа/</w:t>
      </w:r>
      <w:r w:rsidRPr="00324A3A">
        <w:rPr>
          <w:rFonts w:eastAsia="Calibri"/>
          <w:sz w:val="28"/>
          <w:szCs w:val="28"/>
          <w:lang w:val="ru-RU"/>
        </w:rPr>
        <w:t>_________________________________________________</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12.Как часто вы читаете инструкцию лекарства перед применением?</w:t>
      </w:r>
      <w:r w:rsidRPr="00324A3A">
        <w:rPr>
          <w:rFonts w:eastAsia="Calibri"/>
          <w:sz w:val="28"/>
          <w:szCs w:val="28"/>
        </w:rPr>
        <w:t xml:space="preserve"> / Сіз қаншалықты жиі дәрінің нұсқаулығын оқисыз?</w:t>
      </w:r>
    </w:p>
    <w:p w:rsidR="00324A3A" w:rsidRPr="00324A3A" w:rsidRDefault="00324A3A" w:rsidP="00324A3A">
      <w:pPr>
        <w:widowControl/>
        <w:numPr>
          <w:ilvl w:val="0"/>
          <w:numId w:val="40"/>
        </w:numPr>
        <w:autoSpaceDE/>
        <w:autoSpaceDN/>
        <w:spacing w:after="200"/>
        <w:ind w:left="0" w:firstLine="0"/>
        <w:contextualSpacing/>
        <w:jc w:val="both"/>
        <w:rPr>
          <w:rFonts w:eastAsia="Calibri"/>
          <w:sz w:val="28"/>
          <w:szCs w:val="28"/>
          <w:lang w:val="en-US"/>
        </w:rPr>
      </w:pPr>
      <w:r w:rsidRPr="00324A3A">
        <w:rPr>
          <w:rFonts w:eastAsia="Calibri"/>
          <w:sz w:val="28"/>
          <w:szCs w:val="28"/>
          <w:lang w:val="en-US"/>
        </w:rPr>
        <w:t>Всегда</w:t>
      </w:r>
      <w:r w:rsidRPr="00324A3A">
        <w:rPr>
          <w:rFonts w:eastAsia="Calibri"/>
          <w:sz w:val="28"/>
          <w:szCs w:val="28"/>
        </w:rPr>
        <w:t>/Әрқашан</w:t>
      </w:r>
    </w:p>
    <w:p w:rsidR="00324A3A" w:rsidRPr="00324A3A" w:rsidRDefault="00324A3A" w:rsidP="00324A3A">
      <w:pPr>
        <w:widowControl/>
        <w:numPr>
          <w:ilvl w:val="0"/>
          <w:numId w:val="40"/>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Иногда </w:t>
      </w:r>
      <w:r w:rsidRPr="00324A3A">
        <w:rPr>
          <w:rFonts w:eastAsia="Calibri"/>
          <w:sz w:val="28"/>
          <w:szCs w:val="28"/>
        </w:rPr>
        <w:t>/ Кейде</w:t>
      </w:r>
    </w:p>
    <w:p w:rsidR="00324A3A" w:rsidRPr="00324A3A" w:rsidRDefault="00324A3A" w:rsidP="00324A3A">
      <w:pPr>
        <w:widowControl/>
        <w:numPr>
          <w:ilvl w:val="0"/>
          <w:numId w:val="40"/>
        </w:numPr>
        <w:autoSpaceDE/>
        <w:autoSpaceDN/>
        <w:spacing w:after="200"/>
        <w:ind w:left="0" w:firstLine="0"/>
        <w:contextualSpacing/>
        <w:jc w:val="both"/>
        <w:rPr>
          <w:rFonts w:eastAsia="Calibri"/>
          <w:sz w:val="28"/>
          <w:szCs w:val="28"/>
          <w:lang w:val="en-US"/>
        </w:rPr>
      </w:pPr>
      <w:r w:rsidRPr="00324A3A">
        <w:rPr>
          <w:rFonts w:eastAsia="Calibri"/>
          <w:sz w:val="28"/>
          <w:szCs w:val="28"/>
          <w:lang w:val="en-US"/>
        </w:rPr>
        <w:t>Никогда</w:t>
      </w:r>
      <w:r w:rsidRPr="00324A3A">
        <w:rPr>
          <w:rFonts w:eastAsia="Calibri"/>
          <w:sz w:val="28"/>
          <w:szCs w:val="28"/>
        </w:rPr>
        <w:t>/Ешқашан</w:t>
      </w:r>
    </w:p>
    <w:p w:rsidR="00324A3A" w:rsidRPr="00324A3A" w:rsidRDefault="00324A3A" w:rsidP="00324A3A">
      <w:pPr>
        <w:widowControl/>
        <w:numPr>
          <w:ilvl w:val="0"/>
          <w:numId w:val="40"/>
        </w:numPr>
        <w:autoSpaceDE/>
        <w:autoSpaceDN/>
        <w:spacing w:after="200"/>
        <w:ind w:left="0" w:firstLine="0"/>
        <w:contextualSpacing/>
        <w:jc w:val="both"/>
        <w:rPr>
          <w:rFonts w:eastAsia="Calibri"/>
          <w:sz w:val="28"/>
          <w:szCs w:val="28"/>
          <w:lang w:val="en-US"/>
        </w:rPr>
      </w:pPr>
      <w:r w:rsidRPr="00324A3A">
        <w:rPr>
          <w:rFonts w:eastAsia="Calibri"/>
          <w:sz w:val="28"/>
          <w:szCs w:val="28"/>
          <w:lang w:val="ru-RU"/>
        </w:rPr>
        <w:t>Другое</w:t>
      </w:r>
      <w:r w:rsidRPr="00324A3A">
        <w:rPr>
          <w:rFonts w:eastAsia="Calibri"/>
          <w:sz w:val="28"/>
          <w:szCs w:val="28"/>
        </w:rPr>
        <w:t>/Басқа</w:t>
      </w:r>
      <w:r w:rsidRPr="00324A3A">
        <w:rPr>
          <w:rFonts w:eastAsia="Calibri"/>
          <w:sz w:val="28"/>
          <w:szCs w:val="28"/>
          <w:lang w:val="ru-RU"/>
        </w:rPr>
        <w:t xml:space="preserve"> ________________________________________________</w:t>
      </w:r>
    </w:p>
    <w:p w:rsidR="00324A3A" w:rsidRPr="00324A3A" w:rsidRDefault="00324A3A" w:rsidP="00324A3A">
      <w:pPr>
        <w:widowControl/>
        <w:autoSpaceDE/>
        <w:autoSpaceDN/>
        <w:spacing w:after="200"/>
        <w:contextualSpacing/>
        <w:jc w:val="both"/>
        <w:rPr>
          <w:rFonts w:eastAsia="Calibri"/>
          <w:sz w:val="28"/>
          <w:szCs w:val="28"/>
          <w:lang w:val="ru-RU"/>
        </w:rPr>
      </w:pPr>
    </w:p>
    <w:p w:rsidR="00324A3A" w:rsidRPr="00324A3A" w:rsidRDefault="00324A3A" w:rsidP="00324A3A">
      <w:pPr>
        <w:widowControl/>
        <w:autoSpaceDE/>
        <w:autoSpaceDN/>
        <w:spacing w:after="200"/>
        <w:contextualSpacing/>
        <w:jc w:val="both"/>
        <w:rPr>
          <w:rFonts w:eastAsia="Calibri"/>
          <w:sz w:val="28"/>
          <w:szCs w:val="28"/>
          <w:lang w:val="ru-RU"/>
        </w:rPr>
      </w:pPr>
      <w:r w:rsidRPr="00324A3A">
        <w:rPr>
          <w:rFonts w:eastAsia="Calibri"/>
          <w:sz w:val="28"/>
          <w:szCs w:val="28"/>
          <w:lang w:val="ru-RU"/>
        </w:rPr>
        <w:t>13.Сколько антибиотиков вы используете для лечения одного заболевания?</w:t>
      </w:r>
      <w:r w:rsidRPr="00324A3A">
        <w:rPr>
          <w:rFonts w:eastAsia="Calibri"/>
          <w:sz w:val="28"/>
          <w:szCs w:val="28"/>
        </w:rPr>
        <w:t xml:space="preserve"> / Бір ауруды емдеу үшін сіз неше антибиотикті қолданасыз?</w:t>
      </w:r>
    </w:p>
    <w:p w:rsidR="00324A3A" w:rsidRPr="00324A3A" w:rsidRDefault="00324A3A" w:rsidP="00324A3A">
      <w:pPr>
        <w:widowControl/>
        <w:numPr>
          <w:ilvl w:val="0"/>
          <w:numId w:val="41"/>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Один антибиотик </w:t>
      </w:r>
      <w:r w:rsidRPr="00324A3A">
        <w:rPr>
          <w:rFonts w:eastAsia="Calibri"/>
          <w:sz w:val="28"/>
          <w:szCs w:val="28"/>
        </w:rPr>
        <w:t>/ Бір антибиотик</w:t>
      </w:r>
    </w:p>
    <w:p w:rsidR="00324A3A" w:rsidRPr="00324A3A" w:rsidRDefault="00324A3A" w:rsidP="00324A3A">
      <w:pPr>
        <w:widowControl/>
        <w:numPr>
          <w:ilvl w:val="0"/>
          <w:numId w:val="41"/>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 xml:space="preserve">Два антибиотика </w:t>
      </w:r>
      <w:r w:rsidRPr="00324A3A">
        <w:rPr>
          <w:rFonts w:eastAsia="Calibri"/>
          <w:sz w:val="28"/>
          <w:szCs w:val="28"/>
        </w:rPr>
        <w:t>/ Екі антибиотик</w:t>
      </w:r>
    </w:p>
    <w:p w:rsidR="00324A3A" w:rsidRPr="00324A3A" w:rsidRDefault="00324A3A" w:rsidP="00324A3A">
      <w:pPr>
        <w:widowControl/>
        <w:numPr>
          <w:ilvl w:val="0"/>
          <w:numId w:val="41"/>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Три и более антибиотика</w:t>
      </w:r>
      <w:r w:rsidRPr="00324A3A">
        <w:rPr>
          <w:rFonts w:eastAsia="Calibri"/>
          <w:sz w:val="28"/>
          <w:szCs w:val="28"/>
        </w:rPr>
        <w:t>/ Үш және одан көп</w:t>
      </w:r>
    </w:p>
    <w:p w:rsidR="00324A3A" w:rsidRPr="00324A3A" w:rsidRDefault="00324A3A" w:rsidP="00324A3A">
      <w:pPr>
        <w:widowControl/>
        <w:numPr>
          <w:ilvl w:val="0"/>
          <w:numId w:val="41"/>
        </w:numPr>
        <w:autoSpaceDE/>
        <w:autoSpaceDN/>
        <w:spacing w:after="200"/>
        <w:ind w:left="0" w:firstLine="0"/>
        <w:contextualSpacing/>
        <w:jc w:val="both"/>
        <w:rPr>
          <w:rFonts w:eastAsia="Calibri"/>
          <w:sz w:val="28"/>
          <w:szCs w:val="28"/>
          <w:lang w:val="ru-RU"/>
        </w:rPr>
      </w:pPr>
      <w:r w:rsidRPr="00324A3A">
        <w:rPr>
          <w:rFonts w:eastAsia="Calibri"/>
          <w:sz w:val="28"/>
          <w:szCs w:val="28"/>
          <w:lang w:val="ru-RU"/>
        </w:rPr>
        <w:t>Другое</w:t>
      </w:r>
      <w:r w:rsidRPr="00324A3A">
        <w:rPr>
          <w:rFonts w:eastAsia="Calibri"/>
          <w:sz w:val="28"/>
          <w:szCs w:val="28"/>
        </w:rPr>
        <w:t>/ Басқа</w:t>
      </w:r>
      <w:r w:rsidRPr="00324A3A">
        <w:rPr>
          <w:rFonts w:eastAsia="Calibri"/>
          <w:sz w:val="28"/>
          <w:szCs w:val="28"/>
          <w:lang w:val="ru-RU"/>
        </w:rPr>
        <w:t xml:space="preserve"> ______________________________________________________</w:t>
      </w:r>
    </w:p>
    <w:p w:rsidR="00394EC4" w:rsidRPr="00324A3A" w:rsidRDefault="00394EC4" w:rsidP="00324A3A">
      <w:pPr>
        <w:jc w:val="both"/>
        <w:rPr>
          <w:b/>
          <w:color w:val="000000" w:themeColor="text1"/>
          <w:sz w:val="28"/>
          <w:szCs w:val="28"/>
          <w:lang w:val="ru-RU"/>
        </w:rPr>
      </w:pPr>
    </w:p>
    <w:p w:rsidR="00394EC4" w:rsidRDefault="00394EC4" w:rsidP="00604E4F">
      <w:pPr>
        <w:jc w:val="center"/>
        <w:rPr>
          <w:b/>
          <w:color w:val="000000" w:themeColor="text1"/>
          <w:sz w:val="28"/>
          <w:szCs w:val="28"/>
          <w:lang w:val="ru-RU"/>
        </w:rPr>
      </w:pPr>
    </w:p>
    <w:p w:rsidR="000E4DB6" w:rsidRDefault="000E4DB6" w:rsidP="000E4DB6">
      <w:pPr>
        <w:pStyle w:val="1"/>
        <w:spacing w:before="89"/>
        <w:ind w:left="0"/>
        <w:jc w:val="left"/>
        <w:rPr>
          <w:b w:val="0"/>
          <w:lang w:val="ru-RU"/>
        </w:rPr>
        <w:sectPr w:rsidR="000E4DB6" w:rsidSect="000E4DB6">
          <w:pgSz w:w="11910" w:h="16840"/>
          <w:pgMar w:top="1134" w:right="567" w:bottom="1134" w:left="1701" w:header="0" w:footer="882" w:gutter="0"/>
          <w:cols w:space="720"/>
          <w:docGrid w:linePitch="299"/>
        </w:sectPr>
      </w:pPr>
    </w:p>
    <w:p w:rsidR="000E4DB6" w:rsidRPr="00B0236C" w:rsidRDefault="000E4DB6" w:rsidP="000E4DB6">
      <w:pPr>
        <w:pStyle w:val="1"/>
        <w:spacing w:before="89"/>
        <w:ind w:left="0"/>
        <w:jc w:val="left"/>
        <w:rPr>
          <w:b w:val="0"/>
          <w:lang w:val="ru-RU"/>
        </w:rPr>
      </w:pPr>
    </w:p>
    <w:p w:rsidR="00394EC4" w:rsidRDefault="00205A6E" w:rsidP="00DC2AFC">
      <w:pPr>
        <w:pStyle w:val="1"/>
        <w:spacing w:before="89"/>
        <w:jc w:val="right"/>
        <w:rPr>
          <w:b w:val="0"/>
          <w:lang w:val="ru-RU"/>
        </w:rPr>
      </w:pPr>
      <w:r w:rsidRPr="00B0236C">
        <w:rPr>
          <w:b w:val="0"/>
        </w:rPr>
        <w:t xml:space="preserve">Қосымша </w:t>
      </w:r>
      <w:r w:rsidRPr="00B0236C">
        <w:rPr>
          <w:b w:val="0"/>
          <w:lang w:val="ru-RU"/>
        </w:rPr>
        <w:t>3</w:t>
      </w:r>
    </w:p>
    <w:p w:rsidR="00394EC4" w:rsidRPr="00394EC4" w:rsidRDefault="00394EC4" w:rsidP="00394EC4">
      <w:pPr>
        <w:widowControl/>
        <w:autoSpaceDE/>
        <w:autoSpaceDN/>
        <w:jc w:val="center"/>
        <w:rPr>
          <w:rFonts w:eastAsia="Calibri"/>
          <w:b/>
          <w:sz w:val="28"/>
          <w:szCs w:val="28"/>
        </w:rPr>
      </w:pPr>
      <w:r w:rsidRPr="00394EC4">
        <w:rPr>
          <w:rFonts w:eastAsia="Calibri"/>
          <w:b/>
          <w:sz w:val="28"/>
          <w:szCs w:val="28"/>
        </w:rPr>
        <w:t>ҮЙДЕГІ ДӘРІ ҚОБДИШАЛАРЫНДА АНТИБИОТИКТЕРДІҢ Б</w:t>
      </w:r>
      <w:r>
        <w:rPr>
          <w:rFonts w:eastAsia="Calibri"/>
          <w:b/>
          <w:sz w:val="28"/>
          <w:szCs w:val="28"/>
        </w:rPr>
        <w:t>ОЛУЫ КАРТАСЫ</w:t>
      </w:r>
    </w:p>
    <w:p w:rsidR="00394EC4" w:rsidRPr="00394EC4" w:rsidRDefault="00394EC4" w:rsidP="00394EC4">
      <w:pPr>
        <w:widowControl/>
        <w:autoSpaceDE/>
        <w:autoSpaceDN/>
        <w:jc w:val="center"/>
        <w:rPr>
          <w:rFonts w:eastAsia="Calibri"/>
          <w:b/>
          <w:sz w:val="28"/>
          <w:szCs w:val="28"/>
        </w:rPr>
      </w:pPr>
    </w:p>
    <w:p w:rsidR="004D3CCF" w:rsidRPr="002164B9" w:rsidRDefault="004D3CCF" w:rsidP="00394EC4">
      <w:pPr>
        <w:widowControl/>
        <w:autoSpaceDE/>
        <w:autoSpaceDN/>
        <w:rPr>
          <w:rFonts w:eastAsia="Calibri"/>
          <w:b/>
          <w:i/>
          <w:sz w:val="28"/>
          <w:szCs w:val="28"/>
        </w:rPr>
      </w:pPr>
      <w:r w:rsidRPr="004D3CCF">
        <w:rPr>
          <w:rFonts w:eastAsia="Calibri"/>
          <w:b/>
          <w:i/>
          <w:sz w:val="28"/>
          <w:szCs w:val="28"/>
        </w:rPr>
        <w:t>Құрметті респондент ғылыми зерттеу мақсатында осы кестені толтыруыңызды сұраймыз. Қатысқаныңыз үшін рахмет!</w:t>
      </w:r>
    </w:p>
    <w:p w:rsidR="004D3CCF" w:rsidRPr="002164B9" w:rsidRDefault="004D3CCF" w:rsidP="00394EC4">
      <w:pPr>
        <w:widowControl/>
        <w:autoSpaceDE/>
        <w:autoSpaceDN/>
        <w:rPr>
          <w:rFonts w:eastAsia="Calibri"/>
          <w:b/>
          <w:i/>
          <w:sz w:val="28"/>
          <w:szCs w:val="28"/>
        </w:rPr>
      </w:pPr>
    </w:p>
    <w:p w:rsidR="00394EC4" w:rsidRPr="002164B9" w:rsidRDefault="004D3CCF" w:rsidP="00394EC4">
      <w:pPr>
        <w:widowControl/>
        <w:autoSpaceDE/>
        <w:autoSpaceDN/>
        <w:rPr>
          <w:rFonts w:eastAsia="Calibri"/>
          <w:sz w:val="28"/>
          <w:szCs w:val="28"/>
        </w:rPr>
      </w:pPr>
      <w:r>
        <w:rPr>
          <w:rFonts w:eastAsia="Calibri"/>
          <w:sz w:val="28"/>
          <w:szCs w:val="28"/>
        </w:rPr>
        <w:t>Сіздің жасыныз</w:t>
      </w:r>
      <w:r w:rsidR="00394EC4" w:rsidRPr="001446A5">
        <w:rPr>
          <w:rFonts w:eastAsia="Calibri"/>
          <w:sz w:val="28"/>
          <w:szCs w:val="28"/>
        </w:rPr>
        <w:t>:</w:t>
      </w:r>
      <w:r w:rsidR="00394EC4" w:rsidRPr="002164B9">
        <w:rPr>
          <w:rFonts w:eastAsia="Calibri"/>
          <w:sz w:val="28"/>
          <w:szCs w:val="28"/>
        </w:rPr>
        <w:t xml:space="preserve"> ______</w:t>
      </w:r>
    </w:p>
    <w:p w:rsidR="00394EC4" w:rsidRPr="001446A5" w:rsidRDefault="004D3CCF" w:rsidP="00394EC4">
      <w:pPr>
        <w:widowControl/>
        <w:autoSpaceDE/>
        <w:autoSpaceDN/>
        <w:jc w:val="both"/>
        <w:rPr>
          <w:rFonts w:eastAsia="Calibri"/>
          <w:sz w:val="28"/>
          <w:szCs w:val="28"/>
        </w:rPr>
      </w:pPr>
      <w:r>
        <w:rPr>
          <w:rFonts w:eastAsia="Calibri"/>
          <w:sz w:val="28"/>
          <w:szCs w:val="28"/>
        </w:rPr>
        <w:t>Отбасы мүшелерінің саны</w:t>
      </w:r>
      <w:r w:rsidR="00394EC4" w:rsidRPr="001446A5">
        <w:rPr>
          <w:rFonts w:eastAsia="Calibri"/>
          <w:sz w:val="28"/>
          <w:szCs w:val="28"/>
        </w:rPr>
        <w:t>: ______</w:t>
      </w:r>
    </w:p>
    <w:p w:rsidR="00394EC4" w:rsidRPr="002164B9" w:rsidRDefault="004D3CCF" w:rsidP="00394EC4">
      <w:pPr>
        <w:widowControl/>
        <w:autoSpaceDE/>
        <w:autoSpaceDN/>
        <w:jc w:val="both"/>
        <w:rPr>
          <w:rFonts w:eastAsia="Calibri"/>
          <w:sz w:val="28"/>
          <w:szCs w:val="28"/>
        </w:rPr>
      </w:pPr>
      <w:r>
        <w:rPr>
          <w:rFonts w:eastAsia="Calibri"/>
          <w:sz w:val="28"/>
          <w:szCs w:val="28"/>
        </w:rPr>
        <w:t>18 жасқа дейінгі балал</w:t>
      </w:r>
      <w:r w:rsidR="005D5BC9">
        <w:rPr>
          <w:rFonts w:eastAsia="Calibri"/>
          <w:sz w:val="28"/>
          <w:szCs w:val="28"/>
        </w:rPr>
        <w:t>а</w:t>
      </w:r>
      <w:r>
        <w:rPr>
          <w:rFonts w:eastAsia="Calibri"/>
          <w:sz w:val="28"/>
          <w:szCs w:val="28"/>
        </w:rPr>
        <w:t>р саны</w:t>
      </w:r>
      <w:r w:rsidR="00394EC4" w:rsidRPr="001446A5">
        <w:rPr>
          <w:rFonts w:eastAsia="Calibri"/>
          <w:sz w:val="28"/>
          <w:szCs w:val="28"/>
        </w:rPr>
        <w:t>: ______</w:t>
      </w:r>
    </w:p>
    <w:tbl>
      <w:tblPr>
        <w:tblStyle w:val="aa"/>
        <w:tblW w:w="15369" w:type="dxa"/>
        <w:tblInd w:w="-176" w:type="dxa"/>
        <w:tblLayout w:type="fixed"/>
        <w:tblLook w:val="04A0" w:firstRow="1" w:lastRow="0" w:firstColumn="1" w:lastColumn="0" w:noHBand="0" w:noVBand="1"/>
      </w:tblPr>
      <w:tblGrid>
        <w:gridCol w:w="407"/>
        <w:gridCol w:w="3253"/>
        <w:gridCol w:w="9473"/>
        <w:gridCol w:w="2236"/>
      </w:tblGrid>
      <w:tr w:rsidR="00394EC4" w:rsidRPr="001446A5" w:rsidTr="006B0584">
        <w:trPr>
          <w:trHeight w:val="1309"/>
        </w:trPr>
        <w:tc>
          <w:tcPr>
            <w:tcW w:w="407" w:type="dxa"/>
          </w:tcPr>
          <w:p w:rsidR="00394EC4" w:rsidRPr="001446A5" w:rsidRDefault="00394EC4" w:rsidP="006B0584">
            <w:pPr>
              <w:jc w:val="center"/>
              <w:rPr>
                <w:rFonts w:eastAsia="Calibri"/>
                <w:b/>
              </w:rPr>
            </w:pPr>
            <w:r w:rsidRPr="001446A5">
              <w:rPr>
                <w:rFonts w:eastAsia="Calibri"/>
                <w:b/>
              </w:rPr>
              <w:t>№</w:t>
            </w:r>
          </w:p>
        </w:tc>
        <w:tc>
          <w:tcPr>
            <w:tcW w:w="3253" w:type="dxa"/>
          </w:tcPr>
          <w:p w:rsidR="00394EC4" w:rsidRPr="001446A5" w:rsidRDefault="005D5BC9" w:rsidP="005D5BC9">
            <w:pPr>
              <w:rPr>
                <w:rFonts w:eastAsia="Calibri"/>
                <w:b/>
                <w:lang w:val="ru-RU"/>
              </w:rPr>
            </w:pPr>
            <w:r>
              <w:rPr>
                <w:rFonts w:eastAsia="Calibri"/>
                <w:b/>
              </w:rPr>
              <w:t>Антибиотик аты</w:t>
            </w:r>
            <w:r w:rsidR="00394EC4" w:rsidRPr="001446A5">
              <w:rPr>
                <w:rFonts w:eastAsia="Calibri"/>
                <w:b/>
              </w:rPr>
              <w:t xml:space="preserve"> </w:t>
            </w:r>
          </w:p>
        </w:tc>
        <w:tc>
          <w:tcPr>
            <w:tcW w:w="9473" w:type="dxa"/>
          </w:tcPr>
          <w:p w:rsidR="00394EC4" w:rsidRPr="001446A5" w:rsidRDefault="005D5BC9" w:rsidP="005D5BC9">
            <w:pPr>
              <w:jc w:val="center"/>
              <w:rPr>
                <w:rFonts w:eastAsia="Calibri"/>
                <w:b/>
              </w:rPr>
            </w:pPr>
            <w:r>
              <w:rPr>
                <w:rFonts w:eastAsia="Calibri"/>
                <w:b/>
              </w:rPr>
              <w:t>Дәрілік</w:t>
            </w:r>
            <w:r w:rsidR="00394EC4" w:rsidRPr="001446A5">
              <w:rPr>
                <w:rFonts w:eastAsia="Calibri"/>
                <w:b/>
              </w:rPr>
              <w:t xml:space="preserve"> форма</w:t>
            </w:r>
            <w:r>
              <w:rPr>
                <w:rFonts w:eastAsia="Calibri"/>
                <w:b/>
              </w:rPr>
              <w:t>сы</w:t>
            </w:r>
          </w:p>
        </w:tc>
        <w:tc>
          <w:tcPr>
            <w:tcW w:w="2236" w:type="dxa"/>
          </w:tcPr>
          <w:p w:rsidR="00394EC4" w:rsidRPr="001446A5" w:rsidRDefault="005D5BC9" w:rsidP="005D5BC9">
            <w:pPr>
              <w:jc w:val="center"/>
              <w:rPr>
                <w:rFonts w:eastAsia="Calibri"/>
                <w:b/>
              </w:rPr>
            </w:pPr>
            <w:r>
              <w:rPr>
                <w:rFonts w:eastAsia="Calibri"/>
                <w:b/>
              </w:rPr>
              <w:t>Жарамдылық мерзімі</w:t>
            </w:r>
          </w:p>
        </w:tc>
      </w:tr>
      <w:tr w:rsidR="00394EC4" w:rsidRPr="001446A5" w:rsidTr="006B0584">
        <w:trPr>
          <w:trHeight w:val="640"/>
        </w:trPr>
        <w:tc>
          <w:tcPr>
            <w:tcW w:w="407" w:type="dxa"/>
          </w:tcPr>
          <w:p w:rsidR="00394EC4" w:rsidRPr="001446A5" w:rsidRDefault="00394EC4" w:rsidP="006B0584">
            <w:pPr>
              <w:jc w:val="center"/>
              <w:rPr>
                <w:rFonts w:eastAsia="Calibri"/>
                <w:b/>
              </w:rPr>
            </w:pPr>
            <w:r w:rsidRPr="001446A5">
              <w:rPr>
                <w:rFonts w:eastAsia="Calibri"/>
                <w:b/>
              </w:rPr>
              <w:t>1</w:t>
            </w:r>
          </w:p>
        </w:tc>
        <w:tc>
          <w:tcPr>
            <w:tcW w:w="3253" w:type="dxa"/>
          </w:tcPr>
          <w:p w:rsidR="00394EC4" w:rsidRPr="001446A5" w:rsidRDefault="00394EC4" w:rsidP="006B0584">
            <w:pPr>
              <w:rPr>
                <w:rFonts w:eastAsia="Calibri"/>
                <w:b/>
              </w:rPr>
            </w:pPr>
          </w:p>
        </w:tc>
        <w:tc>
          <w:tcPr>
            <w:tcW w:w="9473" w:type="dxa"/>
          </w:tcPr>
          <w:p w:rsidR="00394EC4" w:rsidRPr="001446A5" w:rsidRDefault="005D5BC9" w:rsidP="006B0584">
            <w:pPr>
              <w:rPr>
                <w:rFonts w:eastAsia="Calibri"/>
              </w:rPr>
            </w:pPr>
            <w:r>
              <w:rPr>
                <w:rFonts w:eastAsia="Calibri"/>
              </w:rPr>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394EC4" w:rsidRPr="001446A5" w:rsidRDefault="00394EC4" w:rsidP="006B0584">
            <w:pPr>
              <w:rPr>
                <w:rFonts w:eastAsia="Calibri"/>
                <w:b/>
              </w:rPr>
            </w:pPr>
          </w:p>
        </w:tc>
      </w:tr>
      <w:tr w:rsidR="005D5BC9" w:rsidRPr="001446A5" w:rsidTr="006B0584">
        <w:trPr>
          <w:trHeight w:val="655"/>
        </w:trPr>
        <w:tc>
          <w:tcPr>
            <w:tcW w:w="407" w:type="dxa"/>
          </w:tcPr>
          <w:p w:rsidR="005D5BC9" w:rsidRPr="001446A5" w:rsidRDefault="005D5BC9" w:rsidP="006B0584">
            <w:pPr>
              <w:jc w:val="center"/>
              <w:rPr>
                <w:rFonts w:eastAsia="Calibri"/>
                <w:b/>
              </w:rPr>
            </w:pPr>
            <w:r w:rsidRPr="001446A5">
              <w:rPr>
                <w:rFonts w:eastAsia="Calibri"/>
                <w:b/>
              </w:rPr>
              <w:t>2</w:t>
            </w:r>
          </w:p>
        </w:tc>
        <w:tc>
          <w:tcPr>
            <w:tcW w:w="3253" w:type="dxa"/>
          </w:tcPr>
          <w:p w:rsidR="005D5BC9" w:rsidRPr="001446A5" w:rsidRDefault="005D5BC9" w:rsidP="006B0584">
            <w:pPr>
              <w:rPr>
                <w:rFonts w:eastAsia="Calibri"/>
                <w:b/>
              </w:rPr>
            </w:pPr>
          </w:p>
        </w:tc>
        <w:tc>
          <w:tcPr>
            <w:tcW w:w="9473" w:type="dxa"/>
          </w:tcPr>
          <w:p w:rsidR="005D5BC9" w:rsidRDefault="005D5BC9">
            <w:r w:rsidRPr="00FA0C9D">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5D5BC9" w:rsidRPr="001446A5" w:rsidRDefault="005D5BC9" w:rsidP="006B0584">
            <w:pPr>
              <w:rPr>
                <w:rFonts w:eastAsia="Calibri"/>
                <w:b/>
              </w:rPr>
            </w:pPr>
          </w:p>
        </w:tc>
      </w:tr>
      <w:tr w:rsidR="005D5BC9" w:rsidRPr="001446A5" w:rsidTr="006B0584">
        <w:trPr>
          <w:trHeight w:val="655"/>
        </w:trPr>
        <w:tc>
          <w:tcPr>
            <w:tcW w:w="407" w:type="dxa"/>
          </w:tcPr>
          <w:p w:rsidR="005D5BC9" w:rsidRPr="001446A5" w:rsidRDefault="005D5BC9" w:rsidP="006B0584">
            <w:pPr>
              <w:jc w:val="center"/>
              <w:rPr>
                <w:rFonts w:eastAsia="Calibri"/>
                <w:b/>
              </w:rPr>
            </w:pPr>
            <w:r w:rsidRPr="001446A5">
              <w:rPr>
                <w:rFonts w:eastAsia="Calibri"/>
                <w:b/>
              </w:rPr>
              <w:t>3</w:t>
            </w:r>
          </w:p>
        </w:tc>
        <w:tc>
          <w:tcPr>
            <w:tcW w:w="3253" w:type="dxa"/>
          </w:tcPr>
          <w:p w:rsidR="005D5BC9" w:rsidRPr="001446A5" w:rsidRDefault="005D5BC9" w:rsidP="006B0584">
            <w:pPr>
              <w:rPr>
                <w:rFonts w:eastAsia="Calibri"/>
                <w:b/>
              </w:rPr>
            </w:pPr>
          </w:p>
        </w:tc>
        <w:tc>
          <w:tcPr>
            <w:tcW w:w="9473" w:type="dxa"/>
          </w:tcPr>
          <w:p w:rsidR="005D5BC9" w:rsidRDefault="005D5BC9">
            <w:r w:rsidRPr="00FA0C9D">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5D5BC9" w:rsidRPr="001446A5" w:rsidRDefault="005D5BC9" w:rsidP="006B0584">
            <w:pPr>
              <w:rPr>
                <w:rFonts w:eastAsia="Calibri"/>
                <w:b/>
              </w:rPr>
            </w:pPr>
          </w:p>
        </w:tc>
      </w:tr>
      <w:tr w:rsidR="005D5BC9" w:rsidRPr="001446A5" w:rsidTr="006B0584">
        <w:trPr>
          <w:trHeight w:val="640"/>
        </w:trPr>
        <w:tc>
          <w:tcPr>
            <w:tcW w:w="407" w:type="dxa"/>
          </w:tcPr>
          <w:p w:rsidR="005D5BC9" w:rsidRPr="001446A5" w:rsidRDefault="005D5BC9" w:rsidP="006B0584">
            <w:pPr>
              <w:jc w:val="center"/>
              <w:rPr>
                <w:rFonts w:eastAsia="Calibri"/>
                <w:b/>
              </w:rPr>
            </w:pPr>
            <w:r w:rsidRPr="001446A5">
              <w:rPr>
                <w:rFonts w:eastAsia="Calibri"/>
                <w:b/>
              </w:rPr>
              <w:t>4</w:t>
            </w:r>
          </w:p>
        </w:tc>
        <w:tc>
          <w:tcPr>
            <w:tcW w:w="3253" w:type="dxa"/>
          </w:tcPr>
          <w:p w:rsidR="005D5BC9" w:rsidRPr="001446A5" w:rsidRDefault="005D5BC9" w:rsidP="006B0584">
            <w:pPr>
              <w:rPr>
                <w:rFonts w:eastAsia="Calibri"/>
                <w:b/>
              </w:rPr>
            </w:pPr>
          </w:p>
        </w:tc>
        <w:tc>
          <w:tcPr>
            <w:tcW w:w="9473" w:type="dxa"/>
          </w:tcPr>
          <w:p w:rsidR="005D5BC9" w:rsidRDefault="005D5BC9">
            <w:r w:rsidRPr="00FA0C9D">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5D5BC9" w:rsidRPr="001446A5" w:rsidRDefault="005D5BC9" w:rsidP="006B0584">
            <w:pPr>
              <w:rPr>
                <w:rFonts w:eastAsia="Calibri"/>
                <w:b/>
              </w:rPr>
            </w:pPr>
          </w:p>
        </w:tc>
      </w:tr>
      <w:tr w:rsidR="005D5BC9" w:rsidRPr="001446A5" w:rsidTr="006B0584">
        <w:trPr>
          <w:trHeight w:val="655"/>
        </w:trPr>
        <w:tc>
          <w:tcPr>
            <w:tcW w:w="407" w:type="dxa"/>
          </w:tcPr>
          <w:p w:rsidR="005D5BC9" w:rsidRPr="001446A5" w:rsidRDefault="005D5BC9" w:rsidP="006B0584">
            <w:pPr>
              <w:jc w:val="center"/>
              <w:rPr>
                <w:rFonts w:eastAsia="Calibri"/>
                <w:b/>
              </w:rPr>
            </w:pPr>
            <w:r w:rsidRPr="001446A5">
              <w:rPr>
                <w:rFonts w:eastAsia="Calibri"/>
                <w:b/>
              </w:rPr>
              <w:t>5</w:t>
            </w:r>
          </w:p>
        </w:tc>
        <w:tc>
          <w:tcPr>
            <w:tcW w:w="3253" w:type="dxa"/>
          </w:tcPr>
          <w:p w:rsidR="005D5BC9" w:rsidRPr="001446A5" w:rsidRDefault="005D5BC9" w:rsidP="006B0584">
            <w:pPr>
              <w:rPr>
                <w:rFonts w:eastAsia="Calibri"/>
                <w:b/>
              </w:rPr>
            </w:pPr>
          </w:p>
        </w:tc>
        <w:tc>
          <w:tcPr>
            <w:tcW w:w="9473" w:type="dxa"/>
          </w:tcPr>
          <w:p w:rsidR="005D5BC9" w:rsidRDefault="005D5BC9">
            <w:r w:rsidRPr="00FA0C9D">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5D5BC9" w:rsidRPr="001446A5" w:rsidRDefault="005D5BC9" w:rsidP="006B0584">
            <w:pPr>
              <w:rPr>
                <w:rFonts w:eastAsia="Calibri"/>
                <w:b/>
              </w:rPr>
            </w:pPr>
          </w:p>
        </w:tc>
      </w:tr>
      <w:tr w:rsidR="005D5BC9" w:rsidRPr="001446A5" w:rsidTr="006B0584">
        <w:trPr>
          <w:trHeight w:val="640"/>
        </w:trPr>
        <w:tc>
          <w:tcPr>
            <w:tcW w:w="407" w:type="dxa"/>
          </w:tcPr>
          <w:p w:rsidR="005D5BC9" w:rsidRPr="001446A5" w:rsidRDefault="005D5BC9" w:rsidP="006B0584">
            <w:pPr>
              <w:jc w:val="center"/>
              <w:rPr>
                <w:rFonts w:eastAsia="Calibri"/>
                <w:b/>
              </w:rPr>
            </w:pPr>
            <w:r w:rsidRPr="001446A5">
              <w:rPr>
                <w:rFonts w:eastAsia="Calibri"/>
                <w:b/>
              </w:rPr>
              <w:t>6</w:t>
            </w:r>
          </w:p>
        </w:tc>
        <w:tc>
          <w:tcPr>
            <w:tcW w:w="3253" w:type="dxa"/>
          </w:tcPr>
          <w:p w:rsidR="005D5BC9" w:rsidRPr="001446A5" w:rsidRDefault="005D5BC9" w:rsidP="006B0584">
            <w:pPr>
              <w:rPr>
                <w:rFonts w:eastAsia="Calibri"/>
                <w:b/>
              </w:rPr>
            </w:pPr>
          </w:p>
        </w:tc>
        <w:tc>
          <w:tcPr>
            <w:tcW w:w="9473" w:type="dxa"/>
          </w:tcPr>
          <w:p w:rsidR="005D5BC9" w:rsidRDefault="005D5BC9">
            <w:r w:rsidRPr="00FA0C9D">
              <w:t>таблеткалар, инъекциялар, капсулалар, жақпамайлар, суспензиялар, ректальды суппозиторийлер, тамшылар, спрей, шәрбат, ұнтақ</w:t>
            </w:r>
          </w:p>
        </w:tc>
        <w:tc>
          <w:tcPr>
            <w:tcW w:w="2236" w:type="dxa"/>
          </w:tcPr>
          <w:p w:rsidR="005D5BC9" w:rsidRPr="001446A5" w:rsidRDefault="005D5BC9" w:rsidP="006B0584">
            <w:pPr>
              <w:rPr>
                <w:rFonts w:eastAsia="Calibri"/>
                <w:b/>
              </w:rPr>
            </w:pPr>
          </w:p>
        </w:tc>
      </w:tr>
    </w:tbl>
    <w:p w:rsidR="00394EC4" w:rsidRDefault="00394EC4" w:rsidP="005D5BC9">
      <w:pPr>
        <w:widowControl/>
        <w:autoSpaceDE/>
        <w:autoSpaceDN/>
        <w:spacing w:after="200"/>
        <w:rPr>
          <w:rFonts w:eastAsia="Calibri"/>
          <w:sz w:val="24"/>
          <w:szCs w:val="24"/>
        </w:rPr>
        <w:sectPr w:rsidR="00394EC4" w:rsidSect="000E4DB6">
          <w:pgSz w:w="16840" w:h="11910" w:orient="landscape"/>
          <w:pgMar w:top="1701" w:right="1134" w:bottom="567" w:left="1134" w:header="0" w:footer="882" w:gutter="0"/>
          <w:cols w:space="720"/>
          <w:docGrid w:linePitch="299"/>
        </w:sectPr>
      </w:pPr>
      <w:r w:rsidRPr="001446A5">
        <w:rPr>
          <w:rFonts w:eastAsia="Calibri"/>
          <w:sz w:val="24"/>
          <w:szCs w:val="24"/>
        </w:rPr>
        <w:t>*</w:t>
      </w:r>
      <w:r w:rsidR="005D5BC9" w:rsidRPr="005D5BC9">
        <w:t xml:space="preserve"> </w:t>
      </w:r>
      <w:r w:rsidR="00647868">
        <w:rPr>
          <w:rFonts w:eastAsia="Calibri"/>
          <w:sz w:val="24"/>
          <w:szCs w:val="24"/>
        </w:rPr>
        <w:t xml:space="preserve">Парақтың </w:t>
      </w:r>
      <w:r w:rsidR="005D5BC9" w:rsidRPr="005D5BC9">
        <w:rPr>
          <w:rFonts w:eastAsia="Calibri"/>
          <w:sz w:val="24"/>
          <w:szCs w:val="24"/>
        </w:rPr>
        <w:t>артқы жағында ең танымал антибиотиктердің тізімі берілген</w:t>
      </w:r>
    </w:p>
    <w:tbl>
      <w:tblPr>
        <w:tblStyle w:val="aa"/>
        <w:tblW w:w="15283" w:type="dxa"/>
        <w:tblLook w:val="04A0" w:firstRow="1" w:lastRow="0" w:firstColumn="1" w:lastColumn="0" w:noHBand="0" w:noVBand="1"/>
      </w:tblPr>
      <w:tblGrid>
        <w:gridCol w:w="3056"/>
        <w:gridCol w:w="3056"/>
        <w:gridCol w:w="3057"/>
        <w:gridCol w:w="3057"/>
        <w:gridCol w:w="3057"/>
      </w:tblGrid>
      <w:tr w:rsidR="00394EC4" w:rsidRPr="001446A5" w:rsidTr="006B0584">
        <w:trPr>
          <w:trHeight w:val="9984"/>
        </w:trPr>
        <w:tc>
          <w:tcPr>
            <w:tcW w:w="3056" w:type="dxa"/>
          </w:tcPr>
          <w:p w:rsidR="00394EC4" w:rsidRPr="001446A5" w:rsidRDefault="00394EC4" w:rsidP="006B0584">
            <w:pPr>
              <w:rPr>
                <w:rFonts w:eastAsia="Calibri"/>
                <w:sz w:val="24"/>
                <w:szCs w:val="24"/>
              </w:rPr>
            </w:pPr>
            <w:r w:rsidRPr="001446A5">
              <w:rPr>
                <w:rFonts w:eastAsia="Calibri"/>
                <w:b/>
                <w:sz w:val="24"/>
                <w:szCs w:val="24"/>
              </w:rPr>
              <w:t>А</w:t>
            </w:r>
            <w:r w:rsidRPr="001446A5">
              <w:rPr>
                <w:rFonts w:eastAsia="Calibri"/>
                <w:sz w:val="24"/>
                <w:szCs w:val="24"/>
              </w:rPr>
              <w:t>дриамицин</w:t>
            </w:r>
          </w:p>
          <w:p w:rsidR="00394EC4" w:rsidRPr="001446A5" w:rsidRDefault="00394EC4" w:rsidP="006B0584">
            <w:pPr>
              <w:rPr>
                <w:rFonts w:eastAsia="Calibri"/>
                <w:sz w:val="24"/>
                <w:szCs w:val="24"/>
              </w:rPr>
            </w:pPr>
            <w:r w:rsidRPr="001446A5">
              <w:rPr>
                <w:rFonts w:eastAsia="Calibri"/>
                <w:sz w:val="24"/>
                <w:szCs w:val="24"/>
              </w:rPr>
              <w:t>Азакс</w:t>
            </w:r>
          </w:p>
          <w:p w:rsidR="00394EC4" w:rsidRPr="001446A5" w:rsidRDefault="00394EC4" w:rsidP="006B0584">
            <w:pPr>
              <w:rPr>
                <w:rFonts w:eastAsia="Calibri"/>
                <w:sz w:val="24"/>
                <w:szCs w:val="24"/>
              </w:rPr>
            </w:pPr>
            <w:r w:rsidRPr="001446A5">
              <w:rPr>
                <w:rFonts w:eastAsia="Calibri"/>
                <w:sz w:val="24"/>
                <w:szCs w:val="24"/>
              </w:rPr>
              <w:t>Азиклар</w:t>
            </w:r>
          </w:p>
          <w:p w:rsidR="00394EC4" w:rsidRPr="001446A5" w:rsidRDefault="00394EC4" w:rsidP="006B0584">
            <w:pPr>
              <w:rPr>
                <w:rFonts w:eastAsia="Calibri"/>
                <w:sz w:val="24"/>
                <w:szCs w:val="24"/>
              </w:rPr>
            </w:pPr>
            <w:r w:rsidRPr="001446A5">
              <w:rPr>
                <w:rFonts w:eastAsia="Calibri"/>
                <w:sz w:val="24"/>
                <w:szCs w:val="24"/>
              </w:rPr>
              <w:t>Азитрал</w:t>
            </w:r>
          </w:p>
          <w:p w:rsidR="00394EC4" w:rsidRPr="001446A5" w:rsidRDefault="00394EC4" w:rsidP="006B0584">
            <w:pPr>
              <w:rPr>
                <w:rFonts w:eastAsia="Calibri"/>
                <w:sz w:val="24"/>
                <w:szCs w:val="24"/>
              </w:rPr>
            </w:pPr>
            <w:r w:rsidRPr="001446A5">
              <w:rPr>
                <w:rFonts w:eastAsia="Calibri"/>
                <w:sz w:val="24"/>
                <w:szCs w:val="24"/>
              </w:rPr>
              <w:t>Азитрокс</w:t>
            </w:r>
          </w:p>
          <w:p w:rsidR="00394EC4" w:rsidRPr="001446A5" w:rsidRDefault="00394EC4" w:rsidP="006B0584">
            <w:pPr>
              <w:rPr>
                <w:rFonts w:eastAsia="Calibri"/>
                <w:sz w:val="24"/>
                <w:szCs w:val="24"/>
              </w:rPr>
            </w:pPr>
            <w:r w:rsidRPr="001446A5">
              <w:rPr>
                <w:rFonts w:eastAsia="Calibri"/>
                <w:sz w:val="24"/>
                <w:szCs w:val="24"/>
              </w:rPr>
              <w:t>Азитромицин</w:t>
            </w:r>
          </w:p>
          <w:p w:rsidR="00394EC4" w:rsidRPr="001446A5" w:rsidRDefault="00394EC4" w:rsidP="006B0584">
            <w:pPr>
              <w:rPr>
                <w:rFonts w:eastAsia="Calibri"/>
                <w:sz w:val="24"/>
                <w:szCs w:val="24"/>
              </w:rPr>
            </w:pPr>
            <w:r w:rsidRPr="001446A5">
              <w:rPr>
                <w:rFonts w:eastAsia="Calibri"/>
                <w:sz w:val="24"/>
                <w:szCs w:val="24"/>
              </w:rPr>
              <w:t>Азитро САНДОЗ</w:t>
            </w:r>
          </w:p>
          <w:p w:rsidR="00394EC4" w:rsidRPr="001446A5" w:rsidRDefault="00394EC4" w:rsidP="006B0584">
            <w:pPr>
              <w:rPr>
                <w:rFonts w:eastAsia="Calibri"/>
                <w:sz w:val="24"/>
                <w:szCs w:val="24"/>
              </w:rPr>
            </w:pPr>
            <w:r w:rsidRPr="001446A5">
              <w:rPr>
                <w:rFonts w:eastAsia="Calibri"/>
                <w:sz w:val="24"/>
                <w:szCs w:val="24"/>
              </w:rPr>
              <w:t>Азицин</w:t>
            </w:r>
          </w:p>
          <w:p w:rsidR="00394EC4" w:rsidRPr="001446A5" w:rsidRDefault="00394EC4" w:rsidP="006B0584">
            <w:pPr>
              <w:rPr>
                <w:rFonts w:eastAsia="Calibri"/>
                <w:sz w:val="24"/>
                <w:szCs w:val="24"/>
              </w:rPr>
            </w:pPr>
            <w:r w:rsidRPr="001446A5">
              <w:rPr>
                <w:rFonts w:eastAsia="Calibri"/>
                <w:sz w:val="24"/>
                <w:szCs w:val="24"/>
              </w:rPr>
              <w:t>Азлоциллин</w:t>
            </w:r>
          </w:p>
          <w:p w:rsidR="00394EC4" w:rsidRPr="001446A5" w:rsidRDefault="00394EC4" w:rsidP="006B0584">
            <w:pPr>
              <w:rPr>
                <w:rFonts w:eastAsia="Calibri"/>
                <w:sz w:val="24"/>
                <w:szCs w:val="24"/>
              </w:rPr>
            </w:pPr>
            <w:r w:rsidRPr="001446A5">
              <w:rPr>
                <w:rFonts w:eastAsia="Calibri"/>
                <w:sz w:val="24"/>
                <w:szCs w:val="24"/>
              </w:rPr>
              <w:t>Амикацин</w:t>
            </w:r>
          </w:p>
          <w:p w:rsidR="00394EC4" w:rsidRPr="001446A5" w:rsidRDefault="00394EC4" w:rsidP="006B0584">
            <w:pPr>
              <w:rPr>
                <w:rFonts w:eastAsia="Calibri"/>
                <w:sz w:val="24"/>
                <w:szCs w:val="24"/>
              </w:rPr>
            </w:pPr>
            <w:r w:rsidRPr="001446A5">
              <w:rPr>
                <w:rFonts w:eastAsia="Calibri"/>
                <w:sz w:val="24"/>
                <w:szCs w:val="24"/>
              </w:rPr>
              <w:t>Амицил</w:t>
            </w:r>
          </w:p>
          <w:p w:rsidR="00394EC4" w:rsidRPr="001446A5" w:rsidRDefault="00394EC4" w:rsidP="006B0584">
            <w:pPr>
              <w:rPr>
                <w:rFonts w:eastAsia="Calibri"/>
                <w:sz w:val="24"/>
                <w:szCs w:val="24"/>
              </w:rPr>
            </w:pPr>
            <w:r w:rsidRPr="001446A5">
              <w:rPr>
                <w:rFonts w:eastAsia="Calibri"/>
                <w:sz w:val="24"/>
                <w:szCs w:val="24"/>
              </w:rPr>
              <w:t>Амоксиклав</w:t>
            </w:r>
          </w:p>
          <w:p w:rsidR="00394EC4" w:rsidRPr="001446A5" w:rsidRDefault="00394EC4" w:rsidP="006B0584">
            <w:pPr>
              <w:rPr>
                <w:rFonts w:eastAsia="Calibri"/>
                <w:sz w:val="24"/>
                <w:szCs w:val="24"/>
              </w:rPr>
            </w:pPr>
            <w:r w:rsidRPr="001446A5">
              <w:rPr>
                <w:rFonts w:eastAsia="Calibri"/>
                <w:sz w:val="24"/>
                <w:szCs w:val="24"/>
              </w:rPr>
              <w:t>Амоксил</w:t>
            </w:r>
          </w:p>
          <w:p w:rsidR="00394EC4" w:rsidRPr="001446A5" w:rsidRDefault="00394EC4" w:rsidP="006B0584">
            <w:pPr>
              <w:rPr>
                <w:rFonts w:eastAsia="Calibri"/>
                <w:sz w:val="24"/>
                <w:szCs w:val="24"/>
              </w:rPr>
            </w:pPr>
            <w:r w:rsidRPr="001446A5">
              <w:rPr>
                <w:rFonts w:eastAsia="Calibri"/>
                <w:sz w:val="24"/>
                <w:szCs w:val="24"/>
              </w:rPr>
              <w:t>Амоксициллин</w:t>
            </w:r>
          </w:p>
          <w:p w:rsidR="00394EC4" w:rsidRPr="001446A5" w:rsidRDefault="00394EC4" w:rsidP="006B0584">
            <w:pPr>
              <w:rPr>
                <w:rFonts w:eastAsia="Calibri"/>
                <w:sz w:val="24"/>
                <w:szCs w:val="24"/>
              </w:rPr>
            </w:pPr>
            <w:r w:rsidRPr="001446A5">
              <w:rPr>
                <w:rFonts w:eastAsia="Calibri"/>
                <w:sz w:val="24"/>
                <w:szCs w:val="24"/>
              </w:rPr>
              <w:t>Амосин</w:t>
            </w:r>
          </w:p>
          <w:p w:rsidR="00394EC4" w:rsidRPr="001446A5" w:rsidRDefault="00394EC4" w:rsidP="006B0584">
            <w:pPr>
              <w:rPr>
                <w:rFonts w:eastAsia="Calibri"/>
                <w:sz w:val="24"/>
                <w:szCs w:val="24"/>
              </w:rPr>
            </w:pPr>
            <w:r w:rsidRPr="001446A5">
              <w:rPr>
                <w:rFonts w:eastAsia="Calibri"/>
                <w:sz w:val="24"/>
                <w:szCs w:val="24"/>
              </w:rPr>
              <w:t>Ампициллин</w:t>
            </w:r>
          </w:p>
          <w:p w:rsidR="00394EC4" w:rsidRPr="001446A5" w:rsidRDefault="00394EC4" w:rsidP="006B0584">
            <w:pPr>
              <w:rPr>
                <w:rFonts w:eastAsia="Calibri"/>
                <w:sz w:val="24"/>
                <w:szCs w:val="24"/>
              </w:rPr>
            </w:pPr>
            <w:r w:rsidRPr="001446A5">
              <w:rPr>
                <w:rFonts w:eastAsia="Calibri"/>
                <w:sz w:val="24"/>
                <w:szCs w:val="24"/>
              </w:rPr>
              <w:t>Ампициллина тригидрат</w:t>
            </w:r>
          </w:p>
          <w:p w:rsidR="00394EC4" w:rsidRPr="001446A5" w:rsidRDefault="00394EC4" w:rsidP="006B0584">
            <w:pPr>
              <w:rPr>
                <w:rFonts w:eastAsia="Calibri"/>
                <w:sz w:val="24"/>
                <w:szCs w:val="24"/>
              </w:rPr>
            </w:pPr>
            <w:r w:rsidRPr="001446A5">
              <w:rPr>
                <w:rFonts w:eastAsia="Calibri"/>
                <w:sz w:val="24"/>
                <w:szCs w:val="24"/>
              </w:rPr>
              <w:t>Аугментин</w:t>
            </w:r>
          </w:p>
          <w:p w:rsidR="00394EC4" w:rsidRPr="001446A5" w:rsidRDefault="00394EC4" w:rsidP="006B0584">
            <w:pPr>
              <w:rPr>
                <w:rFonts w:eastAsia="Calibri"/>
                <w:sz w:val="24"/>
                <w:szCs w:val="24"/>
              </w:rPr>
            </w:pPr>
            <w:r w:rsidRPr="001446A5">
              <w:rPr>
                <w:rFonts w:eastAsia="Calibri"/>
                <w:b/>
                <w:sz w:val="24"/>
                <w:szCs w:val="24"/>
              </w:rPr>
              <w:t>Б</w:t>
            </w:r>
            <w:r w:rsidRPr="001446A5">
              <w:rPr>
                <w:rFonts w:eastAsia="Calibri"/>
                <w:sz w:val="24"/>
                <w:szCs w:val="24"/>
              </w:rPr>
              <w:t>акампициллин</w:t>
            </w:r>
          </w:p>
          <w:p w:rsidR="00394EC4" w:rsidRPr="001446A5" w:rsidRDefault="00394EC4" w:rsidP="006B0584">
            <w:pPr>
              <w:rPr>
                <w:rFonts w:eastAsia="Calibri"/>
                <w:sz w:val="24"/>
                <w:szCs w:val="24"/>
              </w:rPr>
            </w:pPr>
            <w:r w:rsidRPr="001446A5">
              <w:rPr>
                <w:rFonts w:eastAsia="Calibri"/>
                <w:sz w:val="24"/>
                <w:szCs w:val="24"/>
              </w:rPr>
              <w:t>Банеоцин</w:t>
            </w:r>
          </w:p>
          <w:p w:rsidR="00394EC4" w:rsidRPr="001446A5" w:rsidRDefault="00394EC4" w:rsidP="006B0584">
            <w:pPr>
              <w:rPr>
                <w:rFonts w:eastAsia="Calibri"/>
                <w:sz w:val="24"/>
                <w:szCs w:val="24"/>
              </w:rPr>
            </w:pPr>
            <w:r w:rsidRPr="001446A5">
              <w:rPr>
                <w:rFonts w:eastAsia="Calibri"/>
                <w:sz w:val="24"/>
                <w:szCs w:val="24"/>
              </w:rPr>
              <w:t>Бензатин бензилпенициллин</w:t>
            </w:r>
          </w:p>
          <w:p w:rsidR="00394EC4" w:rsidRPr="001446A5" w:rsidRDefault="00394EC4" w:rsidP="006B0584">
            <w:pPr>
              <w:rPr>
                <w:rFonts w:eastAsia="Calibri"/>
                <w:sz w:val="24"/>
                <w:szCs w:val="24"/>
              </w:rPr>
            </w:pPr>
            <w:r w:rsidRPr="001446A5">
              <w:rPr>
                <w:rFonts w:eastAsia="Calibri"/>
                <w:sz w:val="24"/>
                <w:szCs w:val="24"/>
              </w:rPr>
              <w:t>Бензилпенициллина натриевая соль</w:t>
            </w:r>
          </w:p>
          <w:p w:rsidR="00394EC4" w:rsidRPr="001446A5" w:rsidRDefault="00394EC4" w:rsidP="006B0584">
            <w:pPr>
              <w:rPr>
                <w:rFonts w:eastAsia="Calibri"/>
                <w:sz w:val="24"/>
                <w:szCs w:val="24"/>
              </w:rPr>
            </w:pPr>
            <w:r w:rsidRPr="001446A5">
              <w:rPr>
                <w:rFonts w:eastAsia="Calibri"/>
                <w:sz w:val="24"/>
                <w:szCs w:val="24"/>
              </w:rPr>
              <w:t>Бензилпенициллина новокаиновая соль</w:t>
            </w:r>
          </w:p>
          <w:p w:rsidR="00394EC4" w:rsidRPr="001446A5" w:rsidRDefault="00394EC4" w:rsidP="006B0584">
            <w:pPr>
              <w:rPr>
                <w:rFonts w:eastAsia="Calibri"/>
                <w:sz w:val="24"/>
                <w:szCs w:val="24"/>
              </w:rPr>
            </w:pPr>
            <w:r w:rsidRPr="001446A5">
              <w:rPr>
                <w:rFonts w:eastAsia="Calibri"/>
                <w:sz w:val="24"/>
                <w:szCs w:val="24"/>
              </w:rPr>
              <w:t>Бивацин</w:t>
            </w:r>
          </w:p>
          <w:p w:rsidR="00394EC4" w:rsidRPr="001446A5" w:rsidRDefault="00394EC4" w:rsidP="006B0584">
            <w:pPr>
              <w:rPr>
                <w:rFonts w:eastAsia="Calibri"/>
                <w:sz w:val="24"/>
                <w:szCs w:val="24"/>
              </w:rPr>
            </w:pPr>
            <w:r w:rsidRPr="001446A5">
              <w:rPr>
                <w:rFonts w:eastAsia="Calibri"/>
                <w:sz w:val="24"/>
                <w:szCs w:val="24"/>
              </w:rPr>
              <w:t>Биопарокс</w:t>
            </w:r>
          </w:p>
          <w:p w:rsidR="00394EC4" w:rsidRPr="001446A5" w:rsidRDefault="00394EC4" w:rsidP="006B0584">
            <w:pPr>
              <w:rPr>
                <w:rFonts w:eastAsia="Calibri"/>
                <w:sz w:val="24"/>
                <w:szCs w:val="24"/>
              </w:rPr>
            </w:pPr>
            <w:r w:rsidRPr="001446A5">
              <w:rPr>
                <w:rFonts w:eastAsia="Calibri"/>
                <w:sz w:val="24"/>
                <w:szCs w:val="24"/>
              </w:rPr>
              <w:t>Бициллин-1</w:t>
            </w:r>
          </w:p>
          <w:p w:rsidR="00394EC4" w:rsidRPr="001446A5" w:rsidRDefault="00394EC4" w:rsidP="006B0584">
            <w:pPr>
              <w:rPr>
                <w:rFonts w:eastAsia="Calibri"/>
                <w:sz w:val="24"/>
                <w:szCs w:val="24"/>
              </w:rPr>
            </w:pPr>
            <w:r w:rsidRPr="001446A5">
              <w:rPr>
                <w:rFonts w:eastAsia="Calibri"/>
                <w:sz w:val="24"/>
                <w:szCs w:val="24"/>
              </w:rPr>
              <w:t>Бициллин-3</w:t>
            </w:r>
          </w:p>
          <w:p w:rsidR="00394EC4" w:rsidRPr="001446A5" w:rsidRDefault="00394EC4" w:rsidP="006B0584">
            <w:pPr>
              <w:rPr>
                <w:rFonts w:eastAsia="Calibri"/>
                <w:sz w:val="24"/>
                <w:szCs w:val="24"/>
              </w:rPr>
            </w:pPr>
            <w:r w:rsidRPr="001446A5">
              <w:rPr>
                <w:rFonts w:eastAsia="Calibri"/>
                <w:sz w:val="24"/>
                <w:szCs w:val="24"/>
              </w:rPr>
              <w:t>Бициллин-5</w:t>
            </w:r>
          </w:p>
          <w:p w:rsidR="00394EC4" w:rsidRPr="001446A5" w:rsidRDefault="00394EC4" w:rsidP="006B0584">
            <w:pPr>
              <w:rPr>
                <w:rFonts w:eastAsia="Calibri"/>
                <w:sz w:val="24"/>
                <w:szCs w:val="24"/>
              </w:rPr>
            </w:pPr>
          </w:p>
        </w:tc>
        <w:tc>
          <w:tcPr>
            <w:tcW w:w="3056" w:type="dxa"/>
          </w:tcPr>
          <w:p w:rsidR="00394EC4" w:rsidRPr="001446A5" w:rsidRDefault="00394EC4" w:rsidP="006B0584">
            <w:pPr>
              <w:rPr>
                <w:rFonts w:eastAsia="Calibri"/>
                <w:sz w:val="24"/>
                <w:szCs w:val="24"/>
              </w:rPr>
            </w:pPr>
            <w:r w:rsidRPr="001446A5">
              <w:rPr>
                <w:rFonts w:eastAsia="Calibri"/>
                <w:b/>
                <w:sz w:val="24"/>
                <w:szCs w:val="24"/>
              </w:rPr>
              <w:t>В</w:t>
            </w:r>
            <w:r w:rsidRPr="001446A5">
              <w:rPr>
                <w:rFonts w:eastAsia="Calibri"/>
                <w:sz w:val="24"/>
                <w:szCs w:val="24"/>
              </w:rPr>
              <w:t>агицин</w:t>
            </w:r>
          </w:p>
          <w:p w:rsidR="00394EC4" w:rsidRPr="001446A5" w:rsidRDefault="00394EC4" w:rsidP="006B0584">
            <w:pPr>
              <w:rPr>
                <w:rFonts w:eastAsia="Calibri"/>
                <w:sz w:val="24"/>
                <w:szCs w:val="24"/>
              </w:rPr>
            </w:pPr>
            <w:r w:rsidRPr="001446A5">
              <w:rPr>
                <w:rFonts w:eastAsia="Calibri"/>
                <w:sz w:val="24"/>
                <w:szCs w:val="24"/>
              </w:rPr>
              <w:t>Ванкомицин</w:t>
            </w:r>
          </w:p>
          <w:p w:rsidR="00394EC4" w:rsidRPr="001446A5" w:rsidRDefault="00394EC4" w:rsidP="006B0584">
            <w:pPr>
              <w:rPr>
                <w:rFonts w:eastAsia="Calibri"/>
                <w:sz w:val="24"/>
                <w:szCs w:val="24"/>
              </w:rPr>
            </w:pPr>
            <w:r w:rsidRPr="001446A5">
              <w:rPr>
                <w:rFonts w:eastAsia="Calibri"/>
                <w:sz w:val="24"/>
                <w:szCs w:val="24"/>
              </w:rPr>
              <w:t>Ванкомицин-Тева</w:t>
            </w:r>
          </w:p>
          <w:p w:rsidR="00394EC4" w:rsidRPr="001446A5" w:rsidRDefault="00394EC4" w:rsidP="006B0584">
            <w:pPr>
              <w:rPr>
                <w:rFonts w:eastAsia="Calibri"/>
                <w:sz w:val="24"/>
                <w:szCs w:val="24"/>
              </w:rPr>
            </w:pPr>
            <w:r w:rsidRPr="001446A5">
              <w:rPr>
                <w:rFonts w:eastAsia="Calibri"/>
                <w:sz w:val="24"/>
                <w:szCs w:val="24"/>
              </w:rPr>
              <w:t>Ванкорус</w:t>
            </w:r>
          </w:p>
          <w:p w:rsidR="00394EC4" w:rsidRPr="001446A5" w:rsidRDefault="00394EC4" w:rsidP="006B0584">
            <w:pPr>
              <w:rPr>
                <w:rFonts w:eastAsia="Calibri"/>
                <w:sz w:val="24"/>
                <w:szCs w:val="24"/>
              </w:rPr>
            </w:pPr>
            <w:r w:rsidRPr="001446A5">
              <w:rPr>
                <w:rFonts w:eastAsia="Calibri"/>
                <w:sz w:val="24"/>
                <w:szCs w:val="24"/>
              </w:rPr>
              <w:t>Ванкоцин</w:t>
            </w:r>
          </w:p>
          <w:p w:rsidR="00394EC4" w:rsidRPr="001446A5" w:rsidRDefault="00394EC4" w:rsidP="006B0584">
            <w:pPr>
              <w:rPr>
                <w:rFonts w:eastAsia="Calibri"/>
                <w:sz w:val="24"/>
                <w:szCs w:val="24"/>
              </w:rPr>
            </w:pPr>
            <w:r w:rsidRPr="001446A5">
              <w:rPr>
                <w:rFonts w:eastAsia="Calibri"/>
                <w:sz w:val="24"/>
                <w:szCs w:val="24"/>
              </w:rPr>
              <w:t>Веро-Ванкомицин</w:t>
            </w:r>
          </w:p>
          <w:p w:rsidR="00394EC4" w:rsidRPr="001446A5" w:rsidRDefault="00394EC4" w:rsidP="006B0584">
            <w:pPr>
              <w:rPr>
                <w:rFonts w:eastAsia="Calibri"/>
                <w:sz w:val="24"/>
                <w:szCs w:val="24"/>
              </w:rPr>
            </w:pPr>
            <w:r w:rsidRPr="001446A5">
              <w:rPr>
                <w:rFonts w:eastAsia="Calibri"/>
                <w:sz w:val="24"/>
                <w:szCs w:val="24"/>
              </w:rPr>
              <w:t>Вигамокс</w:t>
            </w:r>
          </w:p>
          <w:p w:rsidR="00394EC4" w:rsidRPr="001446A5" w:rsidRDefault="00394EC4" w:rsidP="006B0584">
            <w:pPr>
              <w:rPr>
                <w:rFonts w:eastAsia="Calibri"/>
                <w:sz w:val="24"/>
                <w:szCs w:val="24"/>
              </w:rPr>
            </w:pPr>
            <w:r w:rsidRPr="001446A5">
              <w:rPr>
                <w:rFonts w:eastAsia="Calibri"/>
                <w:sz w:val="24"/>
                <w:szCs w:val="24"/>
              </w:rPr>
              <w:t>Вильпрафен</w:t>
            </w:r>
          </w:p>
          <w:p w:rsidR="00394EC4" w:rsidRPr="001446A5" w:rsidRDefault="00394EC4" w:rsidP="006B0584">
            <w:pPr>
              <w:rPr>
                <w:rFonts w:eastAsia="Calibri"/>
                <w:sz w:val="24"/>
                <w:szCs w:val="24"/>
              </w:rPr>
            </w:pPr>
            <w:r w:rsidRPr="001446A5">
              <w:rPr>
                <w:rFonts w:eastAsia="Calibri"/>
                <w:b/>
                <w:sz w:val="24"/>
                <w:szCs w:val="24"/>
              </w:rPr>
              <w:t>Г</w:t>
            </w:r>
            <w:r w:rsidRPr="001446A5">
              <w:rPr>
                <w:rFonts w:eastAsia="Calibri"/>
                <w:sz w:val="24"/>
                <w:szCs w:val="24"/>
              </w:rPr>
              <w:t>ентамицина сульфат</w:t>
            </w:r>
          </w:p>
          <w:p w:rsidR="00394EC4" w:rsidRPr="001446A5" w:rsidRDefault="00394EC4" w:rsidP="006B0584">
            <w:pPr>
              <w:rPr>
                <w:rFonts w:eastAsia="Calibri"/>
                <w:sz w:val="24"/>
                <w:szCs w:val="24"/>
              </w:rPr>
            </w:pPr>
            <w:r w:rsidRPr="001446A5">
              <w:rPr>
                <w:rFonts w:eastAsia="Calibri"/>
                <w:sz w:val="24"/>
                <w:szCs w:val="24"/>
              </w:rPr>
              <w:t>Гентацикол</w:t>
            </w:r>
          </w:p>
          <w:p w:rsidR="00394EC4" w:rsidRPr="001446A5" w:rsidRDefault="00394EC4" w:rsidP="006B0584">
            <w:pPr>
              <w:rPr>
                <w:rFonts w:eastAsia="Calibri"/>
                <w:sz w:val="24"/>
                <w:szCs w:val="24"/>
              </w:rPr>
            </w:pPr>
            <w:r w:rsidRPr="001446A5">
              <w:rPr>
                <w:rFonts w:eastAsia="Calibri"/>
                <w:sz w:val="24"/>
                <w:szCs w:val="24"/>
              </w:rPr>
              <w:t>Гепацеф</w:t>
            </w:r>
          </w:p>
          <w:p w:rsidR="00394EC4" w:rsidRPr="001446A5" w:rsidRDefault="00394EC4" w:rsidP="006B0584">
            <w:pPr>
              <w:rPr>
                <w:rFonts w:eastAsia="Calibri"/>
                <w:sz w:val="24"/>
                <w:szCs w:val="24"/>
              </w:rPr>
            </w:pPr>
            <w:r w:rsidRPr="001446A5">
              <w:rPr>
                <w:rFonts w:eastAsia="Calibri"/>
                <w:sz w:val="24"/>
                <w:szCs w:val="24"/>
              </w:rPr>
              <w:t>Гинекит</w:t>
            </w:r>
          </w:p>
          <w:p w:rsidR="00394EC4" w:rsidRPr="001446A5" w:rsidRDefault="00394EC4" w:rsidP="006B0584">
            <w:pPr>
              <w:rPr>
                <w:rFonts w:eastAsia="Calibri"/>
                <w:sz w:val="24"/>
                <w:szCs w:val="24"/>
              </w:rPr>
            </w:pPr>
            <w:r w:rsidRPr="001446A5">
              <w:rPr>
                <w:rFonts w:eastAsia="Calibri"/>
                <w:sz w:val="24"/>
                <w:szCs w:val="24"/>
              </w:rPr>
              <w:t>Гиоксизон мазь</w:t>
            </w:r>
          </w:p>
          <w:p w:rsidR="00394EC4" w:rsidRPr="001446A5" w:rsidRDefault="00394EC4" w:rsidP="006B0584">
            <w:pPr>
              <w:rPr>
                <w:rFonts w:eastAsia="Calibri"/>
                <w:sz w:val="24"/>
                <w:szCs w:val="24"/>
              </w:rPr>
            </w:pPr>
            <w:r w:rsidRPr="001446A5">
              <w:rPr>
                <w:rFonts w:eastAsia="Calibri"/>
                <w:sz w:val="24"/>
                <w:szCs w:val="24"/>
              </w:rPr>
              <w:t>Глево</w:t>
            </w:r>
          </w:p>
          <w:p w:rsidR="00394EC4" w:rsidRPr="001446A5" w:rsidRDefault="00394EC4" w:rsidP="006B0584">
            <w:pPr>
              <w:rPr>
                <w:rFonts w:eastAsia="Calibri"/>
                <w:sz w:val="24"/>
                <w:szCs w:val="24"/>
              </w:rPr>
            </w:pPr>
            <w:r w:rsidRPr="001446A5">
              <w:rPr>
                <w:rFonts w:eastAsia="Calibri"/>
                <w:sz w:val="24"/>
                <w:szCs w:val="24"/>
              </w:rPr>
              <w:t>Глитейк</w:t>
            </w:r>
          </w:p>
          <w:p w:rsidR="00394EC4" w:rsidRPr="001446A5" w:rsidRDefault="00394EC4" w:rsidP="006B0584">
            <w:pPr>
              <w:rPr>
                <w:rFonts w:eastAsia="Calibri"/>
                <w:sz w:val="24"/>
                <w:szCs w:val="24"/>
              </w:rPr>
            </w:pPr>
            <w:r w:rsidRPr="001446A5">
              <w:rPr>
                <w:rFonts w:eastAsia="Calibri"/>
                <w:sz w:val="24"/>
                <w:szCs w:val="24"/>
              </w:rPr>
              <w:t>Грамицидин</w:t>
            </w:r>
          </w:p>
          <w:p w:rsidR="00394EC4" w:rsidRPr="001446A5" w:rsidRDefault="00394EC4" w:rsidP="006B0584">
            <w:pPr>
              <w:rPr>
                <w:rFonts w:eastAsia="Calibri"/>
                <w:sz w:val="24"/>
                <w:szCs w:val="24"/>
              </w:rPr>
            </w:pPr>
            <w:r w:rsidRPr="001446A5">
              <w:rPr>
                <w:rFonts w:eastAsia="Calibri"/>
                <w:sz w:val="24"/>
                <w:szCs w:val="24"/>
              </w:rPr>
              <w:t>Грамицидин С таблетки</w:t>
            </w:r>
          </w:p>
          <w:p w:rsidR="00394EC4" w:rsidRPr="001446A5" w:rsidRDefault="00394EC4" w:rsidP="006B0584">
            <w:pPr>
              <w:rPr>
                <w:rFonts w:eastAsia="Calibri"/>
                <w:sz w:val="24"/>
                <w:szCs w:val="24"/>
              </w:rPr>
            </w:pPr>
            <w:r w:rsidRPr="001446A5">
              <w:rPr>
                <w:rFonts w:eastAsia="Calibri"/>
                <w:sz w:val="24"/>
                <w:szCs w:val="24"/>
              </w:rPr>
              <w:t>Грамицидиновая паста</w:t>
            </w:r>
          </w:p>
          <w:p w:rsidR="00394EC4" w:rsidRPr="001446A5" w:rsidRDefault="00394EC4" w:rsidP="006B0584">
            <w:pPr>
              <w:rPr>
                <w:rFonts w:eastAsia="Calibri"/>
                <w:sz w:val="24"/>
                <w:szCs w:val="24"/>
              </w:rPr>
            </w:pPr>
            <w:r w:rsidRPr="001446A5">
              <w:rPr>
                <w:rFonts w:eastAsia="Calibri"/>
                <w:sz w:val="24"/>
                <w:szCs w:val="24"/>
              </w:rPr>
              <w:t>Граммидин</w:t>
            </w:r>
          </w:p>
          <w:p w:rsidR="00394EC4" w:rsidRPr="001446A5" w:rsidRDefault="00394EC4" w:rsidP="006B0584">
            <w:pPr>
              <w:rPr>
                <w:rFonts w:eastAsia="Calibri"/>
                <w:sz w:val="24"/>
                <w:szCs w:val="24"/>
              </w:rPr>
            </w:pPr>
            <w:r w:rsidRPr="001446A5">
              <w:rPr>
                <w:rFonts w:eastAsia="Calibri"/>
                <w:sz w:val="24"/>
                <w:szCs w:val="24"/>
              </w:rPr>
              <w:t>Грамокс-А</w:t>
            </w:r>
          </w:p>
          <w:p w:rsidR="00394EC4" w:rsidRPr="001446A5" w:rsidRDefault="00394EC4" w:rsidP="006B0584">
            <w:pPr>
              <w:rPr>
                <w:rFonts w:eastAsia="Calibri"/>
                <w:sz w:val="24"/>
                <w:szCs w:val="24"/>
              </w:rPr>
            </w:pPr>
            <w:r w:rsidRPr="001446A5">
              <w:rPr>
                <w:rFonts w:eastAsia="Calibri"/>
                <w:sz w:val="24"/>
                <w:szCs w:val="24"/>
              </w:rPr>
              <w:t>Грамокс-Д</w:t>
            </w:r>
          </w:p>
          <w:p w:rsidR="00394EC4" w:rsidRPr="001446A5" w:rsidRDefault="00394EC4" w:rsidP="006B0584">
            <w:pPr>
              <w:rPr>
                <w:rFonts w:eastAsia="Calibri"/>
                <w:sz w:val="24"/>
                <w:szCs w:val="24"/>
              </w:rPr>
            </w:pPr>
            <w:r w:rsidRPr="001446A5">
              <w:rPr>
                <w:rFonts w:eastAsia="Calibri"/>
                <w:b/>
                <w:sz w:val="24"/>
                <w:szCs w:val="24"/>
              </w:rPr>
              <w:t>Д</w:t>
            </w:r>
            <w:r w:rsidRPr="001446A5">
              <w:rPr>
                <w:rFonts w:eastAsia="Calibri"/>
                <w:sz w:val="24"/>
                <w:szCs w:val="24"/>
              </w:rPr>
              <w:t>актиномицин</w:t>
            </w:r>
          </w:p>
          <w:p w:rsidR="00394EC4" w:rsidRPr="001446A5" w:rsidRDefault="00394EC4" w:rsidP="006B0584">
            <w:pPr>
              <w:rPr>
                <w:rFonts w:eastAsia="Calibri"/>
                <w:sz w:val="24"/>
                <w:szCs w:val="24"/>
              </w:rPr>
            </w:pPr>
            <w:r w:rsidRPr="001446A5">
              <w:rPr>
                <w:rFonts w:eastAsia="Calibri"/>
                <w:sz w:val="24"/>
                <w:szCs w:val="24"/>
              </w:rPr>
              <w:t>Далацин крем вагинальный</w:t>
            </w:r>
          </w:p>
          <w:p w:rsidR="00394EC4" w:rsidRPr="001446A5" w:rsidRDefault="00394EC4" w:rsidP="006B0584">
            <w:pPr>
              <w:rPr>
                <w:rFonts w:eastAsia="Calibri"/>
                <w:sz w:val="24"/>
                <w:szCs w:val="24"/>
              </w:rPr>
            </w:pPr>
            <w:r w:rsidRPr="001446A5">
              <w:rPr>
                <w:rFonts w:eastAsia="Calibri"/>
                <w:sz w:val="24"/>
                <w:szCs w:val="24"/>
              </w:rPr>
              <w:t>Далацин гель для наружного применения</w:t>
            </w:r>
          </w:p>
          <w:p w:rsidR="00394EC4" w:rsidRPr="001446A5" w:rsidRDefault="00394EC4" w:rsidP="006B0584">
            <w:pPr>
              <w:rPr>
                <w:rFonts w:eastAsia="Calibri"/>
                <w:sz w:val="24"/>
                <w:szCs w:val="24"/>
              </w:rPr>
            </w:pPr>
            <w:r w:rsidRPr="001446A5">
              <w:rPr>
                <w:rFonts w:eastAsia="Calibri"/>
                <w:sz w:val="24"/>
                <w:szCs w:val="24"/>
              </w:rPr>
              <w:t>Далацин Ц</w:t>
            </w:r>
          </w:p>
          <w:p w:rsidR="00394EC4" w:rsidRPr="001446A5" w:rsidRDefault="00394EC4" w:rsidP="006B0584">
            <w:pPr>
              <w:rPr>
                <w:rFonts w:eastAsia="Calibri"/>
                <w:sz w:val="24"/>
                <w:szCs w:val="24"/>
              </w:rPr>
            </w:pPr>
            <w:r w:rsidRPr="001446A5">
              <w:rPr>
                <w:rFonts w:eastAsia="Calibri"/>
                <w:sz w:val="24"/>
                <w:szCs w:val="24"/>
              </w:rPr>
              <w:t>Дитетрациклиновая мазь глазная</w:t>
            </w:r>
          </w:p>
          <w:p w:rsidR="00394EC4" w:rsidRPr="001446A5" w:rsidRDefault="00394EC4" w:rsidP="006B0584">
            <w:pPr>
              <w:rPr>
                <w:rFonts w:eastAsia="Calibri"/>
                <w:sz w:val="24"/>
                <w:szCs w:val="24"/>
              </w:rPr>
            </w:pPr>
            <w:r w:rsidRPr="001446A5">
              <w:rPr>
                <w:rFonts w:eastAsia="Calibri"/>
                <w:sz w:val="24"/>
                <w:szCs w:val="24"/>
              </w:rPr>
              <w:t>Докси-М</w:t>
            </w:r>
          </w:p>
          <w:p w:rsidR="00394EC4" w:rsidRPr="001446A5" w:rsidRDefault="00394EC4" w:rsidP="006B0584">
            <w:pPr>
              <w:rPr>
                <w:rFonts w:eastAsia="Calibri"/>
                <w:sz w:val="24"/>
                <w:szCs w:val="24"/>
              </w:rPr>
            </w:pPr>
            <w:r w:rsidRPr="001446A5">
              <w:rPr>
                <w:rFonts w:eastAsia="Calibri"/>
                <w:sz w:val="24"/>
                <w:szCs w:val="24"/>
              </w:rPr>
              <w:t>Доксибене</w:t>
            </w:r>
          </w:p>
          <w:p w:rsidR="00394EC4" w:rsidRPr="001446A5" w:rsidRDefault="00394EC4" w:rsidP="006B0584">
            <w:pPr>
              <w:rPr>
                <w:rFonts w:eastAsia="Calibri"/>
                <w:sz w:val="24"/>
                <w:szCs w:val="24"/>
              </w:rPr>
            </w:pPr>
            <w:r w:rsidRPr="001446A5">
              <w:rPr>
                <w:rFonts w:eastAsia="Calibri"/>
                <w:sz w:val="24"/>
                <w:szCs w:val="24"/>
              </w:rPr>
              <w:t>Доксициклин</w:t>
            </w:r>
          </w:p>
          <w:p w:rsidR="00394EC4" w:rsidRPr="001446A5" w:rsidRDefault="00394EC4" w:rsidP="006B0584">
            <w:pPr>
              <w:rPr>
                <w:rFonts w:eastAsia="Calibri"/>
                <w:sz w:val="24"/>
                <w:szCs w:val="24"/>
              </w:rPr>
            </w:pPr>
          </w:p>
        </w:tc>
        <w:tc>
          <w:tcPr>
            <w:tcW w:w="3057" w:type="dxa"/>
          </w:tcPr>
          <w:p w:rsidR="00394EC4" w:rsidRPr="001446A5" w:rsidRDefault="00394EC4" w:rsidP="006B0584">
            <w:pPr>
              <w:rPr>
                <w:rFonts w:eastAsia="Calibri"/>
                <w:sz w:val="24"/>
                <w:szCs w:val="24"/>
              </w:rPr>
            </w:pPr>
            <w:r w:rsidRPr="001446A5">
              <w:rPr>
                <w:rFonts w:eastAsia="Calibri"/>
                <w:b/>
                <w:sz w:val="24"/>
                <w:szCs w:val="24"/>
              </w:rPr>
              <w:t>З</w:t>
            </w:r>
            <w:r w:rsidRPr="001446A5">
              <w:rPr>
                <w:rFonts w:eastAsia="Calibri"/>
                <w:sz w:val="24"/>
                <w:szCs w:val="24"/>
              </w:rPr>
              <w:t>ацеф</w:t>
            </w:r>
          </w:p>
          <w:p w:rsidR="00394EC4" w:rsidRPr="001446A5" w:rsidRDefault="00394EC4" w:rsidP="006B0584">
            <w:pPr>
              <w:rPr>
                <w:rFonts w:eastAsia="Calibri"/>
                <w:sz w:val="24"/>
                <w:szCs w:val="24"/>
              </w:rPr>
            </w:pPr>
            <w:r w:rsidRPr="001446A5">
              <w:rPr>
                <w:rFonts w:eastAsia="Calibri"/>
                <w:sz w:val="24"/>
                <w:szCs w:val="24"/>
              </w:rPr>
              <w:t>Зеркалин</w:t>
            </w:r>
          </w:p>
          <w:p w:rsidR="00394EC4" w:rsidRPr="001446A5" w:rsidRDefault="00394EC4" w:rsidP="006B0584">
            <w:pPr>
              <w:rPr>
                <w:rFonts w:eastAsia="Calibri"/>
                <w:sz w:val="24"/>
                <w:szCs w:val="24"/>
              </w:rPr>
            </w:pPr>
            <w:r w:rsidRPr="001446A5">
              <w:rPr>
                <w:rFonts w:eastAsia="Calibri"/>
                <w:sz w:val="24"/>
                <w:szCs w:val="24"/>
              </w:rPr>
              <w:t>Зинацеф</w:t>
            </w:r>
          </w:p>
          <w:p w:rsidR="00394EC4" w:rsidRPr="001446A5" w:rsidRDefault="00394EC4" w:rsidP="006B0584">
            <w:pPr>
              <w:rPr>
                <w:rFonts w:eastAsia="Calibri"/>
                <w:sz w:val="24"/>
                <w:szCs w:val="24"/>
              </w:rPr>
            </w:pPr>
            <w:r w:rsidRPr="001446A5">
              <w:rPr>
                <w:rFonts w:eastAsia="Calibri"/>
                <w:sz w:val="24"/>
                <w:szCs w:val="24"/>
              </w:rPr>
              <w:t>Зинерит</w:t>
            </w:r>
          </w:p>
          <w:p w:rsidR="00394EC4" w:rsidRPr="001446A5" w:rsidRDefault="00394EC4" w:rsidP="006B0584">
            <w:pPr>
              <w:rPr>
                <w:rFonts w:eastAsia="Calibri"/>
                <w:sz w:val="24"/>
                <w:szCs w:val="24"/>
              </w:rPr>
            </w:pPr>
            <w:r w:rsidRPr="001446A5">
              <w:rPr>
                <w:rFonts w:eastAsia="Calibri"/>
                <w:sz w:val="24"/>
                <w:szCs w:val="24"/>
              </w:rPr>
              <w:t>Зиннат</w:t>
            </w:r>
          </w:p>
          <w:p w:rsidR="00394EC4" w:rsidRPr="001446A5" w:rsidRDefault="00394EC4" w:rsidP="006B0584">
            <w:pPr>
              <w:rPr>
                <w:rFonts w:eastAsia="Calibri"/>
                <w:sz w:val="24"/>
                <w:szCs w:val="24"/>
              </w:rPr>
            </w:pPr>
            <w:r w:rsidRPr="001446A5">
              <w:rPr>
                <w:rFonts w:eastAsia="Calibri"/>
                <w:sz w:val="24"/>
                <w:szCs w:val="24"/>
              </w:rPr>
              <w:t>Зитрокс</w:t>
            </w:r>
          </w:p>
          <w:p w:rsidR="00394EC4" w:rsidRPr="001446A5" w:rsidRDefault="00394EC4" w:rsidP="006B0584">
            <w:pPr>
              <w:rPr>
                <w:rFonts w:eastAsia="Calibri"/>
                <w:sz w:val="24"/>
                <w:szCs w:val="24"/>
              </w:rPr>
            </w:pPr>
            <w:r w:rsidRPr="001446A5">
              <w:rPr>
                <w:rFonts w:eastAsia="Calibri"/>
                <w:sz w:val="24"/>
                <w:szCs w:val="24"/>
              </w:rPr>
              <w:t>Зитролид</w:t>
            </w:r>
          </w:p>
          <w:p w:rsidR="00394EC4" w:rsidRPr="001446A5" w:rsidRDefault="00394EC4" w:rsidP="006B0584">
            <w:pPr>
              <w:rPr>
                <w:rFonts w:eastAsia="Calibri"/>
                <w:sz w:val="24"/>
                <w:szCs w:val="24"/>
              </w:rPr>
            </w:pPr>
            <w:r w:rsidRPr="001446A5">
              <w:rPr>
                <w:rFonts w:eastAsia="Calibri"/>
                <w:sz w:val="24"/>
                <w:szCs w:val="24"/>
              </w:rPr>
              <w:t>Зомакс</w:t>
            </w:r>
          </w:p>
          <w:p w:rsidR="00394EC4" w:rsidRPr="001446A5" w:rsidRDefault="00394EC4" w:rsidP="006B0584">
            <w:pPr>
              <w:rPr>
                <w:rFonts w:eastAsia="Calibri"/>
                <w:sz w:val="24"/>
                <w:szCs w:val="24"/>
              </w:rPr>
            </w:pPr>
            <w:r w:rsidRPr="001446A5">
              <w:rPr>
                <w:rFonts w:eastAsia="Calibri"/>
                <w:b/>
                <w:sz w:val="24"/>
                <w:szCs w:val="24"/>
              </w:rPr>
              <w:t>К</w:t>
            </w:r>
            <w:r w:rsidRPr="001446A5">
              <w:rPr>
                <w:rFonts w:eastAsia="Calibri"/>
                <w:sz w:val="24"/>
                <w:szCs w:val="24"/>
              </w:rPr>
              <w:t>анамицин</w:t>
            </w:r>
          </w:p>
          <w:p w:rsidR="00394EC4" w:rsidRPr="001446A5" w:rsidRDefault="00394EC4" w:rsidP="006B0584">
            <w:pPr>
              <w:rPr>
                <w:rFonts w:eastAsia="Calibri"/>
                <w:sz w:val="24"/>
                <w:szCs w:val="24"/>
              </w:rPr>
            </w:pPr>
            <w:r w:rsidRPr="001446A5">
              <w:rPr>
                <w:rFonts w:eastAsia="Calibri"/>
                <w:sz w:val="24"/>
                <w:szCs w:val="24"/>
              </w:rPr>
              <w:t>Канамицина моносульфат</w:t>
            </w:r>
          </w:p>
          <w:p w:rsidR="00394EC4" w:rsidRPr="001446A5" w:rsidRDefault="00394EC4" w:rsidP="006B0584">
            <w:pPr>
              <w:rPr>
                <w:rFonts w:eastAsia="Calibri"/>
                <w:sz w:val="24"/>
                <w:szCs w:val="24"/>
              </w:rPr>
            </w:pPr>
            <w:r w:rsidRPr="001446A5">
              <w:rPr>
                <w:rFonts w:eastAsia="Calibri"/>
                <w:sz w:val="24"/>
                <w:szCs w:val="24"/>
              </w:rPr>
              <w:t>Канамицина сульфат</w:t>
            </w:r>
          </w:p>
          <w:p w:rsidR="00394EC4" w:rsidRPr="001446A5" w:rsidRDefault="00394EC4" w:rsidP="006B0584">
            <w:pPr>
              <w:rPr>
                <w:rFonts w:eastAsia="Calibri"/>
                <w:sz w:val="24"/>
                <w:szCs w:val="24"/>
              </w:rPr>
            </w:pPr>
            <w:r w:rsidRPr="001446A5">
              <w:rPr>
                <w:rFonts w:eastAsia="Calibri"/>
                <w:sz w:val="24"/>
                <w:szCs w:val="24"/>
              </w:rPr>
              <w:t>Клацид</w:t>
            </w:r>
          </w:p>
          <w:p w:rsidR="00394EC4" w:rsidRPr="001446A5" w:rsidRDefault="00394EC4" w:rsidP="006B0584">
            <w:pPr>
              <w:rPr>
                <w:rFonts w:eastAsia="Calibri"/>
                <w:sz w:val="24"/>
                <w:szCs w:val="24"/>
              </w:rPr>
            </w:pPr>
            <w:r w:rsidRPr="001446A5">
              <w:rPr>
                <w:rFonts w:eastAsia="Calibri"/>
                <w:sz w:val="24"/>
                <w:szCs w:val="24"/>
              </w:rPr>
              <w:t>Клеримед</w:t>
            </w:r>
          </w:p>
          <w:p w:rsidR="00394EC4" w:rsidRPr="001446A5" w:rsidRDefault="00394EC4" w:rsidP="006B0584">
            <w:pPr>
              <w:rPr>
                <w:rFonts w:eastAsia="Calibri"/>
                <w:sz w:val="24"/>
                <w:szCs w:val="24"/>
              </w:rPr>
            </w:pPr>
            <w:r w:rsidRPr="001446A5">
              <w:rPr>
                <w:rFonts w:eastAsia="Calibri"/>
                <w:sz w:val="24"/>
                <w:szCs w:val="24"/>
              </w:rPr>
              <w:t>Климицин</w:t>
            </w:r>
          </w:p>
          <w:p w:rsidR="00394EC4" w:rsidRPr="001446A5" w:rsidRDefault="00394EC4" w:rsidP="006B0584">
            <w:pPr>
              <w:rPr>
                <w:rFonts w:eastAsia="Calibri"/>
                <w:sz w:val="24"/>
                <w:szCs w:val="24"/>
              </w:rPr>
            </w:pPr>
            <w:r w:rsidRPr="001446A5">
              <w:rPr>
                <w:rFonts w:eastAsia="Calibri"/>
                <w:sz w:val="24"/>
                <w:szCs w:val="24"/>
              </w:rPr>
              <w:t>Клиндамицин</w:t>
            </w:r>
          </w:p>
          <w:p w:rsidR="00394EC4" w:rsidRPr="001446A5" w:rsidRDefault="00394EC4" w:rsidP="006B0584">
            <w:pPr>
              <w:rPr>
                <w:rFonts w:eastAsia="Calibri"/>
                <w:sz w:val="24"/>
                <w:szCs w:val="24"/>
              </w:rPr>
            </w:pPr>
            <w:r w:rsidRPr="001446A5">
              <w:rPr>
                <w:rFonts w:eastAsia="Calibri"/>
                <w:sz w:val="24"/>
                <w:szCs w:val="24"/>
              </w:rPr>
              <w:t>Клиндацин</w:t>
            </w:r>
          </w:p>
          <w:p w:rsidR="00394EC4" w:rsidRPr="001446A5" w:rsidRDefault="00394EC4" w:rsidP="006B0584">
            <w:pPr>
              <w:rPr>
                <w:rFonts w:eastAsia="Calibri"/>
                <w:sz w:val="24"/>
                <w:szCs w:val="24"/>
              </w:rPr>
            </w:pPr>
            <w:r w:rsidRPr="001446A5">
              <w:rPr>
                <w:rFonts w:eastAsia="Calibri"/>
                <w:sz w:val="24"/>
                <w:szCs w:val="24"/>
              </w:rPr>
              <w:t>Клиндес</w:t>
            </w:r>
          </w:p>
          <w:p w:rsidR="00394EC4" w:rsidRPr="001446A5" w:rsidRDefault="00394EC4" w:rsidP="006B0584">
            <w:pPr>
              <w:rPr>
                <w:rFonts w:eastAsia="Calibri"/>
                <w:sz w:val="24"/>
                <w:szCs w:val="24"/>
              </w:rPr>
            </w:pPr>
            <w:r w:rsidRPr="001446A5">
              <w:rPr>
                <w:rFonts w:eastAsia="Calibri"/>
                <w:sz w:val="24"/>
                <w:szCs w:val="24"/>
              </w:rPr>
              <w:t>Клоксациллин</w:t>
            </w:r>
          </w:p>
          <w:p w:rsidR="00394EC4" w:rsidRPr="001446A5" w:rsidRDefault="00394EC4" w:rsidP="006B0584">
            <w:pPr>
              <w:rPr>
                <w:rFonts w:eastAsia="Calibri"/>
                <w:sz w:val="24"/>
                <w:szCs w:val="24"/>
              </w:rPr>
            </w:pPr>
            <w:r w:rsidRPr="001446A5">
              <w:rPr>
                <w:rFonts w:eastAsia="Calibri"/>
                <w:b/>
                <w:sz w:val="24"/>
                <w:szCs w:val="24"/>
              </w:rPr>
              <w:t>Л</w:t>
            </w:r>
            <w:r w:rsidRPr="001446A5">
              <w:rPr>
                <w:rFonts w:eastAsia="Calibri"/>
                <w:sz w:val="24"/>
                <w:szCs w:val="24"/>
              </w:rPr>
              <w:t>-Флокс</w:t>
            </w:r>
          </w:p>
          <w:p w:rsidR="00394EC4" w:rsidRPr="001446A5" w:rsidRDefault="00394EC4" w:rsidP="006B0584">
            <w:pPr>
              <w:rPr>
                <w:rFonts w:eastAsia="Calibri"/>
                <w:sz w:val="24"/>
                <w:szCs w:val="24"/>
              </w:rPr>
            </w:pPr>
            <w:r w:rsidRPr="001446A5">
              <w:rPr>
                <w:rFonts w:eastAsia="Calibri"/>
                <w:sz w:val="24"/>
                <w:szCs w:val="24"/>
              </w:rPr>
              <w:t>Лайкоцин</w:t>
            </w:r>
          </w:p>
          <w:p w:rsidR="00394EC4" w:rsidRPr="001446A5" w:rsidRDefault="00394EC4" w:rsidP="006B0584">
            <w:pPr>
              <w:rPr>
                <w:rFonts w:eastAsia="Calibri"/>
                <w:sz w:val="24"/>
                <w:szCs w:val="24"/>
              </w:rPr>
            </w:pPr>
            <w:r w:rsidRPr="001446A5">
              <w:rPr>
                <w:rFonts w:eastAsia="Calibri"/>
                <w:sz w:val="24"/>
                <w:szCs w:val="24"/>
              </w:rPr>
              <w:t>Левовинизоль</w:t>
            </w:r>
          </w:p>
          <w:p w:rsidR="00394EC4" w:rsidRPr="001446A5" w:rsidRDefault="00394EC4" w:rsidP="006B0584">
            <w:pPr>
              <w:rPr>
                <w:rFonts w:eastAsia="Calibri"/>
                <w:sz w:val="24"/>
                <w:szCs w:val="24"/>
              </w:rPr>
            </w:pPr>
            <w:r w:rsidRPr="001446A5">
              <w:rPr>
                <w:rFonts w:eastAsia="Calibri"/>
                <w:sz w:val="24"/>
                <w:szCs w:val="24"/>
              </w:rPr>
              <w:t>Левомак</w:t>
            </w:r>
          </w:p>
          <w:p w:rsidR="00394EC4" w:rsidRPr="001446A5" w:rsidRDefault="00394EC4" w:rsidP="006B0584">
            <w:pPr>
              <w:rPr>
                <w:rFonts w:eastAsia="Calibri"/>
                <w:sz w:val="24"/>
                <w:szCs w:val="24"/>
              </w:rPr>
            </w:pPr>
            <w:r w:rsidRPr="001446A5">
              <w:rPr>
                <w:rFonts w:eastAsia="Calibri"/>
                <w:sz w:val="24"/>
                <w:szCs w:val="24"/>
              </w:rPr>
              <w:t>Левомеколь</w:t>
            </w:r>
          </w:p>
          <w:p w:rsidR="00394EC4" w:rsidRPr="001446A5" w:rsidRDefault="00394EC4" w:rsidP="006B0584">
            <w:pPr>
              <w:rPr>
                <w:rFonts w:eastAsia="Calibri"/>
                <w:sz w:val="24"/>
                <w:szCs w:val="24"/>
              </w:rPr>
            </w:pPr>
            <w:r w:rsidRPr="001446A5">
              <w:rPr>
                <w:rFonts w:eastAsia="Calibri"/>
                <w:sz w:val="24"/>
                <w:szCs w:val="24"/>
              </w:rPr>
              <w:t>Левомицетин</w:t>
            </w:r>
          </w:p>
          <w:p w:rsidR="00394EC4" w:rsidRPr="001446A5" w:rsidRDefault="00394EC4" w:rsidP="006B0584">
            <w:pPr>
              <w:rPr>
                <w:rFonts w:eastAsia="Calibri"/>
                <w:sz w:val="24"/>
                <w:szCs w:val="24"/>
              </w:rPr>
            </w:pPr>
            <w:r w:rsidRPr="001446A5">
              <w:rPr>
                <w:rFonts w:eastAsia="Calibri"/>
                <w:sz w:val="24"/>
                <w:szCs w:val="24"/>
              </w:rPr>
              <w:t>Левомицетин гель</w:t>
            </w:r>
          </w:p>
          <w:p w:rsidR="00394EC4" w:rsidRPr="001446A5" w:rsidRDefault="00394EC4" w:rsidP="006B0584">
            <w:pPr>
              <w:rPr>
                <w:rFonts w:eastAsia="Calibri"/>
                <w:sz w:val="24"/>
                <w:szCs w:val="24"/>
              </w:rPr>
            </w:pPr>
            <w:r w:rsidRPr="001446A5">
              <w:rPr>
                <w:rFonts w:eastAsia="Calibri"/>
                <w:sz w:val="24"/>
                <w:szCs w:val="24"/>
              </w:rPr>
              <w:t>Левомицетин глазные капли</w:t>
            </w:r>
          </w:p>
          <w:p w:rsidR="00394EC4" w:rsidRPr="001446A5" w:rsidRDefault="00394EC4" w:rsidP="006B0584">
            <w:pPr>
              <w:rPr>
                <w:rFonts w:eastAsia="Calibri"/>
                <w:sz w:val="24"/>
                <w:szCs w:val="24"/>
              </w:rPr>
            </w:pPr>
            <w:r w:rsidRPr="001446A5">
              <w:rPr>
                <w:rFonts w:eastAsia="Calibri"/>
                <w:sz w:val="24"/>
                <w:szCs w:val="24"/>
              </w:rPr>
              <w:t>Леворин</w:t>
            </w:r>
          </w:p>
          <w:p w:rsidR="00394EC4" w:rsidRPr="001446A5" w:rsidRDefault="00394EC4" w:rsidP="006B0584">
            <w:pPr>
              <w:rPr>
                <w:rFonts w:eastAsia="Calibri"/>
                <w:sz w:val="24"/>
                <w:szCs w:val="24"/>
              </w:rPr>
            </w:pPr>
            <w:r w:rsidRPr="001446A5">
              <w:rPr>
                <w:rFonts w:eastAsia="Calibri"/>
                <w:sz w:val="24"/>
                <w:szCs w:val="24"/>
              </w:rPr>
              <w:t>Левосин мазь</w:t>
            </w:r>
          </w:p>
          <w:p w:rsidR="00394EC4" w:rsidRPr="001446A5" w:rsidRDefault="00394EC4" w:rsidP="006B0584">
            <w:pPr>
              <w:rPr>
                <w:rFonts w:eastAsia="Calibri"/>
                <w:sz w:val="24"/>
                <w:szCs w:val="24"/>
              </w:rPr>
            </w:pPr>
            <w:r w:rsidRPr="001446A5">
              <w:rPr>
                <w:rFonts w:eastAsia="Calibri"/>
                <w:sz w:val="24"/>
                <w:szCs w:val="24"/>
              </w:rPr>
              <w:t>Левофлокс</w:t>
            </w:r>
          </w:p>
          <w:p w:rsidR="00394EC4" w:rsidRPr="001446A5" w:rsidRDefault="00394EC4" w:rsidP="006B0584">
            <w:pPr>
              <w:rPr>
                <w:rFonts w:eastAsia="Calibri"/>
                <w:sz w:val="24"/>
                <w:szCs w:val="24"/>
              </w:rPr>
            </w:pPr>
            <w:r w:rsidRPr="001446A5">
              <w:rPr>
                <w:rFonts w:eastAsia="Calibri"/>
                <w:sz w:val="24"/>
                <w:szCs w:val="24"/>
              </w:rPr>
              <w:t>Левофлоксацин</w:t>
            </w:r>
          </w:p>
          <w:p w:rsidR="00394EC4" w:rsidRPr="001446A5" w:rsidRDefault="00394EC4" w:rsidP="006B0584">
            <w:pPr>
              <w:rPr>
                <w:rFonts w:eastAsia="Calibri"/>
                <w:sz w:val="24"/>
                <w:szCs w:val="24"/>
              </w:rPr>
            </w:pPr>
          </w:p>
        </w:tc>
        <w:tc>
          <w:tcPr>
            <w:tcW w:w="3057" w:type="dxa"/>
          </w:tcPr>
          <w:p w:rsidR="00394EC4" w:rsidRPr="001446A5" w:rsidRDefault="00394EC4" w:rsidP="006B0584">
            <w:pPr>
              <w:rPr>
                <w:rFonts w:eastAsia="Calibri"/>
                <w:sz w:val="24"/>
                <w:szCs w:val="24"/>
              </w:rPr>
            </w:pPr>
            <w:r w:rsidRPr="001446A5">
              <w:rPr>
                <w:rFonts w:eastAsia="Calibri"/>
                <w:sz w:val="24"/>
                <w:szCs w:val="24"/>
              </w:rPr>
              <w:t>Линкомицин</w:t>
            </w:r>
          </w:p>
          <w:p w:rsidR="00394EC4" w:rsidRPr="001446A5" w:rsidRDefault="00394EC4" w:rsidP="006B0584">
            <w:pPr>
              <w:rPr>
                <w:rFonts w:eastAsia="Calibri"/>
                <w:sz w:val="24"/>
                <w:szCs w:val="24"/>
              </w:rPr>
            </w:pPr>
            <w:r w:rsidRPr="001446A5">
              <w:rPr>
                <w:rFonts w:eastAsia="Calibri"/>
                <w:sz w:val="24"/>
                <w:szCs w:val="24"/>
              </w:rPr>
              <w:t>Линкомицина гидрохлорид</w:t>
            </w:r>
          </w:p>
          <w:p w:rsidR="00394EC4" w:rsidRPr="001446A5" w:rsidRDefault="00394EC4" w:rsidP="006B0584">
            <w:pPr>
              <w:rPr>
                <w:rFonts w:eastAsia="Calibri"/>
                <w:sz w:val="24"/>
                <w:szCs w:val="24"/>
              </w:rPr>
            </w:pPr>
            <w:r w:rsidRPr="001446A5">
              <w:rPr>
                <w:rFonts w:eastAsia="Calibri"/>
                <w:sz w:val="24"/>
                <w:szCs w:val="24"/>
              </w:rPr>
              <w:t>Линкомициновая мазь</w:t>
            </w:r>
          </w:p>
          <w:p w:rsidR="00394EC4" w:rsidRPr="001446A5" w:rsidRDefault="00394EC4" w:rsidP="006B0584">
            <w:pPr>
              <w:rPr>
                <w:rFonts w:eastAsia="Calibri"/>
                <w:sz w:val="24"/>
                <w:szCs w:val="24"/>
              </w:rPr>
            </w:pPr>
            <w:r w:rsidRPr="001446A5">
              <w:rPr>
                <w:rFonts w:eastAsia="Calibri"/>
                <w:sz w:val="24"/>
                <w:szCs w:val="24"/>
              </w:rPr>
              <w:t>Ломефлоксацин</w:t>
            </w:r>
          </w:p>
          <w:p w:rsidR="00394EC4" w:rsidRPr="001446A5" w:rsidRDefault="00394EC4" w:rsidP="006B0584">
            <w:pPr>
              <w:rPr>
                <w:rFonts w:eastAsia="Calibri"/>
                <w:sz w:val="24"/>
                <w:szCs w:val="24"/>
              </w:rPr>
            </w:pPr>
            <w:r w:rsidRPr="001446A5">
              <w:rPr>
                <w:rFonts w:eastAsia="Calibri"/>
                <w:sz w:val="24"/>
                <w:szCs w:val="24"/>
              </w:rPr>
              <w:t>Лопракс</w:t>
            </w:r>
          </w:p>
          <w:p w:rsidR="00394EC4" w:rsidRPr="001446A5" w:rsidRDefault="00394EC4" w:rsidP="006B0584">
            <w:pPr>
              <w:rPr>
                <w:rFonts w:eastAsia="Calibri"/>
                <w:sz w:val="24"/>
                <w:szCs w:val="24"/>
              </w:rPr>
            </w:pPr>
            <w:r w:rsidRPr="001446A5">
              <w:rPr>
                <w:rFonts w:eastAsia="Calibri"/>
                <w:sz w:val="24"/>
                <w:szCs w:val="24"/>
              </w:rPr>
              <w:t>Лораксон</w:t>
            </w:r>
          </w:p>
          <w:p w:rsidR="00394EC4" w:rsidRPr="001446A5" w:rsidRDefault="00394EC4" w:rsidP="006B0584">
            <w:pPr>
              <w:rPr>
                <w:rFonts w:eastAsia="Calibri"/>
                <w:sz w:val="24"/>
                <w:szCs w:val="24"/>
              </w:rPr>
            </w:pPr>
            <w:r w:rsidRPr="001446A5">
              <w:rPr>
                <w:rFonts w:eastAsia="Calibri"/>
                <w:sz w:val="24"/>
                <w:szCs w:val="24"/>
              </w:rPr>
              <w:t>Лофокс</w:t>
            </w:r>
          </w:p>
          <w:p w:rsidR="00394EC4" w:rsidRPr="001446A5" w:rsidRDefault="00394EC4" w:rsidP="006B0584">
            <w:pPr>
              <w:rPr>
                <w:rFonts w:eastAsia="Calibri"/>
                <w:sz w:val="24"/>
                <w:szCs w:val="24"/>
              </w:rPr>
            </w:pPr>
            <w:r w:rsidRPr="001446A5">
              <w:rPr>
                <w:rFonts w:eastAsia="Calibri"/>
                <w:sz w:val="24"/>
                <w:szCs w:val="24"/>
              </w:rPr>
              <w:t>Лофокс капли глазные 0,3 %</w:t>
            </w:r>
          </w:p>
          <w:p w:rsidR="00394EC4" w:rsidRPr="001446A5" w:rsidRDefault="00394EC4" w:rsidP="006B0584">
            <w:pPr>
              <w:rPr>
                <w:rFonts w:eastAsia="Calibri"/>
                <w:sz w:val="24"/>
                <w:szCs w:val="24"/>
              </w:rPr>
            </w:pPr>
            <w:r w:rsidRPr="001446A5">
              <w:rPr>
                <w:rFonts w:eastAsia="Calibri"/>
                <w:b/>
                <w:sz w:val="24"/>
                <w:szCs w:val="24"/>
              </w:rPr>
              <w:t>М</w:t>
            </w:r>
            <w:r w:rsidRPr="001446A5">
              <w:rPr>
                <w:rFonts w:eastAsia="Calibri"/>
                <w:sz w:val="24"/>
                <w:szCs w:val="24"/>
              </w:rPr>
              <w:t>акропен</w:t>
            </w:r>
          </w:p>
          <w:p w:rsidR="00394EC4" w:rsidRPr="001446A5" w:rsidRDefault="00394EC4" w:rsidP="006B0584">
            <w:pPr>
              <w:rPr>
                <w:rFonts w:eastAsia="Calibri"/>
                <w:sz w:val="24"/>
                <w:szCs w:val="24"/>
              </w:rPr>
            </w:pPr>
            <w:r w:rsidRPr="001446A5">
              <w:rPr>
                <w:rFonts w:eastAsia="Calibri"/>
                <w:sz w:val="24"/>
                <w:szCs w:val="24"/>
              </w:rPr>
              <w:t>Максицеф</w:t>
            </w:r>
          </w:p>
          <w:p w:rsidR="00394EC4" w:rsidRPr="001446A5" w:rsidRDefault="00394EC4" w:rsidP="006B0584">
            <w:pPr>
              <w:rPr>
                <w:rFonts w:eastAsia="Calibri"/>
                <w:sz w:val="24"/>
                <w:szCs w:val="24"/>
              </w:rPr>
            </w:pPr>
            <w:r w:rsidRPr="001446A5">
              <w:rPr>
                <w:rFonts w:eastAsia="Calibri"/>
                <w:sz w:val="24"/>
                <w:szCs w:val="24"/>
              </w:rPr>
              <w:t>Медаксон</w:t>
            </w:r>
          </w:p>
          <w:p w:rsidR="00394EC4" w:rsidRPr="001446A5" w:rsidRDefault="00394EC4" w:rsidP="006B0584">
            <w:pPr>
              <w:rPr>
                <w:rFonts w:eastAsia="Calibri"/>
                <w:sz w:val="24"/>
                <w:szCs w:val="24"/>
              </w:rPr>
            </w:pPr>
            <w:r w:rsidRPr="001446A5">
              <w:rPr>
                <w:rFonts w:eastAsia="Calibri"/>
                <w:sz w:val="24"/>
                <w:szCs w:val="24"/>
              </w:rPr>
              <w:t>Медоклав</w:t>
            </w:r>
          </w:p>
          <w:p w:rsidR="00394EC4" w:rsidRPr="001446A5" w:rsidRDefault="00394EC4" w:rsidP="006B0584">
            <w:pPr>
              <w:rPr>
                <w:rFonts w:eastAsia="Calibri"/>
                <w:sz w:val="24"/>
                <w:szCs w:val="24"/>
              </w:rPr>
            </w:pPr>
            <w:r w:rsidRPr="001446A5">
              <w:rPr>
                <w:rFonts w:eastAsia="Calibri"/>
                <w:sz w:val="24"/>
                <w:szCs w:val="24"/>
              </w:rPr>
              <w:t>Медоцеф</w:t>
            </w:r>
          </w:p>
          <w:p w:rsidR="00394EC4" w:rsidRPr="001446A5" w:rsidRDefault="00394EC4" w:rsidP="006B0584">
            <w:pPr>
              <w:rPr>
                <w:rFonts w:eastAsia="Calibri"/>
                <w:sz w:val="24"/>
                <w:szCs w:val="24"/>
              </w:rPr>
            </w:pPr>
            <w:r w:rsidRPr="001446A5">
              <w:rPr>
                <w:rFonts w:eastAsia="Calibri"/>
                <w:sz w:val="24"/>
                <w:szCs w:val="24"/>
              </w:rPr>
              <w:t>Мезлоциллин</w:t>
            </w:r>
          </w:p>
          <w:p w:rsidR="00394EC4" w:rsidRPr="001446A5" w:rsidRDefault="00394EC4" w:rsidP="006B0584">
            <w:pPr>
              <w:rPr>
                <w:rFonts w:eastAsia="Calibri"/>
                <w:sz w:val="24"/>
                <w:szCs w:val="24"/>
              </w:rPr>
            </w:pPr>
            <w:r w:rsidRPr="001446A5">
              <w:rPr>
                <w:rFonts w:eastAsia="Calibri"/>
                <w:sz w:val="24"/>
                <w:szCs w:val="24"/>
              </w:rPr>
              <w:t>Меронем</w:t>
            </w:r>
          </w:p>
          <w:p w:rsidR="00394EC4" w:rsidRPr="001446A5" w:rsidRDefault="00394EC4" w:rsidP="006B0584">
            <w:pPr>
              <w:rPr>
                <w:rFonts w:eastAsia="Calibri"/>
                <w:sz w:val="24"/>
                <w:szCs w:val="24"/>
              </w:rPr>
            </w:pPr>
            <w:r w:rsidRPr="001446A5">
              <w:rPr>
                <w:rFonts w:eastAsia="Calibri"/>
                <w:sz w:val="24"/>
                <w:szCs w:val="24"/>
              </w:rPr>
              <w:t>Метациклина гидрохлорид</w:t>
            </w:r>
          </w:p>
          <w:p w:rsidR="00394EC4" w:rsidRPr="001446A5" w:rsidRDefault="00394EC4" w:rsidP="006B0584">
            <w:pPr>
              <w:rPr>
                <w:rFonts w:eastAsia="Calibri"/>
                <w:sz w:val="24"/>
                <w:szCs w:val="24"/>
              </w:rPr>
            </w:pPr>
            <w:r w:rsidRPr="001446A5">
              <w:rPr>
                <w:rFonts w:eastAsia="Calibri"/>
                <w:sz w:val="24"/>
                <w:szCs w:val="24"/>
              </w:rPr>
              <w:t>Мидекамицин</w:t>
            </w:r>
          </w:p>
          <w:p w:rsidR="00394EC4" w:rsidRPr="001446A5" w:rsidRDefault="00394EC4" w:rsidP="006B0584">
            <w:pPr>
              <w:rPr>
                <w:rFonts w:eastAsia="Calibri"/>
                <w:sz w:val="24"/>
                <w:szCs w:val="24"/>
              </w:rPr>
            </w:pPr>
            <w:r w:rsidRPr="001446A5">
              <w:rPr>
                <w:rFonts w:eastAsia="Calibri"/>
                <w:b/>
                <w:sz w:val="24"/>
                <w:szCs w:val="24"/>
              </w:rPr>
              <w:t>Н</w:t>
            </w:r>
            <w:r w:rsidRPr="001446A5">
              <w:rPr>
                <w:rFonts w:eastAsia="Calibri"/>
                <w:sz w:val="24"/>
                <w:szCs w:val="24"/>
              </w:rPr>
              <w:t>еомицин</w:t>
            </w:r>
          </w:p>
          <w:p w:rsidR="00394EC4" w:rsidRPr="001446A5" w:rsidRDefault="00394EC4" w:rsidP="006B0584">
            <w:pPr>
              <w:rPr>
                <w:rFonts w:eastAsia="Calibri"/>
                <w:sz w:val="24"/>
                <w:szCs w:val="24"/>
              </w:rPr>
            </w:pPr>
            <w:r w:rsidRPr="001446A5">
              <w:rPr>
                <w:rFonts w:eastAsia="Calibri"/>
                <w:sz w:val="24"/>
                <w:szCs w:val="24"/>
              </w:rPr>
              <w:t>Нистатин</w:t>
            </w:r>
          </w:p>
          <w:p w:rsidR="00394EC4" w:rsidRPr="001446A5" w:rsidRDefault="00394EC4" w:rsidP="006B0584">
            <w:pPr>
              <w:rPr>
                <w:rFonts w:eastAsia="Calibri"/>
                <w:sz w:val="24"/>
                <w:szCs w:val="24"/>
              </w:rPr>
            </w:pPr>
            <w:r w:rsidRPr="001446A5">
              <w:rPr>
                <w:rFonts w:eastAsia="Calibri"/>
                <w:sz w:val="24"/>
                <w:szCs w:val="24"/>
              </w:rPr>
              <w:t>Нистатин мазь</w:t>
            </w:r>
          </w:p>
          <w:p w:rsidR="00394EC4" w:rsidRPr="001446A5" w:rsidRDefault="00394EC4" w:rsidP="006B0584">
            <w:pPr>
              <w:rPr>
                <w:rFonts w:eastAsia="Calibri"/>
                <w:sz w:val="24"/>
                <w:szCs w:val="24"/>
              </w:rPr>
            </w:pPr>
            <w:r w:rsidRPr="001446A5">
              <w:rPr>
                <w:rFonts w:eastAsia="Calibri"/>
                <w:sz w:val="24"/>
                <w:szCs w:val="24"/>
              </w:rPr>
              <w:t>Нистатин суппозитории вагинальные</w:t>
            </w:r>
          </w:p>
          <w:p w:rsidR="00394EC4" w:rsidRPr="001446A5" w:rsidRDefault="00394EC4" w:rsidP="006B0584">
            <w:pPr>
              <w:rPr>
                <w:rFonts w:eastAsia="Calibri"/>
                <w:sz w:val="24"/>
                <w:szCs w:val="24"/>
              </w:rPr>
            </w:pPr>
            <w:r w:rsidRPr="001446A5">
              <w:rPr>
                <w:rFonts w:eastAsia="Calibri"/>
                <w:sz w:val="24"/>
                <w:szCs w:val="24"/>
              </w:rPr>
              <w:t>Новокс</w:t>
            </w:r>
          </w:p>
          <w:p w:rsidR="00394EC4" w:rsidRPr="001446A5" w:rsidRDefault="00394EC4" w:rsidP="006B0584">
            <w:pPr>
              <w:rPr>
                <w:rFonts w:eastAsia="Calibri"/>
                <w:sz w:val="24"/>
                <w:szCs w:val="24"/>
              </w:rPr>
            </w:pPr>
            <w:r w:rsidRPr="001446A5">
              <w:rPr>
                <w:rFonts w:eastAsia="Calibri"/>
                <w:sz w:val="24"/>
                <w:szCs w:val="24"/>
              </w:rPr>
              <w:t>Норбактин</w:t>
            </w:r>
          </w:p>
          <w:p w:rsidR="00394EC4" w:rsidRPr="001446A5" w:rsidRDefault="00394EC4" w:rsidP="006B0584">
            <w:pPr>
              <w:rPr>
                <w:rFonts w:eastAsia="Calibri"/>
                <w:sz w:val="24"/>
                <w:szCs w:val="24"/>
              </w:rPr>
            </w:pPr>
            <w:r w:rsidRPr="001446A5">
              <w:rPr>
                <w:rFonts w:eastAsia="Calibri"/>
                <w:sz w:val="24"/>
                <w:szCs w:val="24"/>
              </w:rPr>
              <w:t>Нормакс капли ушные и глазные 0,3 %</w:t>
            </w:r>
          </w:p>
          <w:p w:rsidR="00394EC4" w:rsidRPr="001446A5" w:rsidRDefault="00394EC4" w:rsidP="006B0584">
            <w:pPr>
              <w:rPr>
                <w:rFonts w:eastAsia="Calibri"/>
                <w:sz w:val="24"/>
                <w:szCs w:val="24"/>
              </w:rPr>
            </w:pPr>
            <w:r w:rsidRPr="001446A5">
              <w:rPr>
                <w:rFonts w:eastAsia="Calibri"/>
                <w:sz w:val="24"/>
                <w:szCs w:val="24"/>
              </w:rPr>
              <w:t>Норфлоксацин</w:t>
            </w:r>
          </w:p>
          <w:p w:rsidR="00394EC4" w:rsidRPr="001446A5" w:rsidRDefault="00394EC4" w:rsidP="006B0584">
            <w:pPr>
              <w:rPr>
                <w:rFonts w:eastAsia="Calibri"/>
                <w:sz w:val="24"/>
                <w:szCs w:val="24"/>
              </w:rPr>
            </w:pPr>
            <w:r w:rsidRPr="001446A5">
              <w:rPr>
                <w:rFonts w:eastAsia="Calibri"/>
                <w:b/>
                <w:sz w:val="24"/>
                <w:szCs w:val="24"/>
              </w:rPr>
              <w:t>О</w:t>
            </w:r>
            <w:r w:rsidRPr="001446A5">
              <w:rPr>
                <w:rFonts w:eastAsia="Calibri"/>
                <w:sz w:val="24"/>
                <w:szCs w:val="24"/>
              </w:rPr>
              <w:t>ксациллин</w:t>
            </w:r>
          </w:p>
          <w:p w:rsidR="00394EC4" w:rsidRPr="001446A5" w:rsidRDefault="00394EC4" w:rsidP="006B0584">
            <w:pPr>
              <w:rPr>
                <w:rFonts w:eastAsia="Calibri"/>
                <w:sz w:val="24"/>
                <w:szCs w:val="24"/>
              </w:rPr>
            </w:pPr>
            <w:r w:rsidRPr="001446A5">
              <w:rPr>
                <w:rFonts w:eastAsia="Calibri"/>
                <w:sz w:val="24"/>
                <w:szCs w:val="24"/>
              </w:rPr>
              <w:t>Окситетрациклин</w:t>
            </w:r>
          </w:p>
          <w:p w:rsidR="00394EC4" w:rsidRPr="001446A5" w:rsidRDefault="00394EC4" w:rsidP="006B0584">
            <w:pPr>
              <w:rPr>
                <w:rFonts w:eastAsia="Calibri"/>
                <w:sz w:val="24"/>
                <w:szCs w:val="24"/>
              </w:rPr>
            </w:pPr>
            <w:r w:rsidRPr="001446A5">
              <w:rPr>
                <w:rFonts w:eastAsia="Calibri"/>
                <w:sz w:val="24"/>
                <w:szCs w:val="24"/>
              </w:rPr>
              <w:t>Орнидазол</w:t>
            </w:r>
          </w:p>
          <w:p w:rsidR="00394EC4" w:rsidRPr="001446A5" w:rsidRDefault="00394EC4" w:rsidP="006B0584">
            <w:pPr>
              <w:rPr>
                <w:rFonts w:eastAsia="Calibri"/>
                <w:sz w:val="24"/>
                <w:szCs w:val="24"/>
              </w:rPr>
            </w:pPr>
          </w:p>
          <w:p w:rsidR="00394EC4" w:rsidRPr="001446A5" w:rsidRDefault="00394EC4" w:rsidP="006B0584">
            <w:pPr>
              <w:rPr>
                <w:rFonts w:eastAsia="Calibri"/>
                <w:sz w:val="24"/>
                <w:szCs w:val="24"/>
              </w:rPr>
            </w:pPr>
          </w:p>
        </w:tc>
        <w:tc>
          <w:tcPr>
            <w:tcW w:w="3057" w:type="dxa"/>
          </w:tcPr>
          <w:p w:rsidR="00394EC4" w:rsidRPr="001446A5" w:rsidRDefault="00394EC4" w:rsidP="006B0584">
            <w:pPr>
              <w:rPr>
                <w:rFonts w:eastAsia="Calibri"/>
                <w:sz w:val="24"/>
                <w:szCs w:val="24"/>
              </w:rPr>
            </w:pPr>
            <w:r w:rsidRPr="001446A5">
              <w:rPr>
                <w:rFonts w:eastAsia="Calibri"/>
                <w:sz w:val="24"/>
                <w:szCs w:val="24"/>
              </w:rPr>
              <w:t>Орципол</w:t>
            </w:r>
          </w:p>
          <w:p w:rsidR="00394EC4" w:rsidRPr="001446A5" w:rsidRDefault="00394EC4" w:rsidP="006B0584">
            <w:pPr>
              <w:rPr>
                <w:rFonts w:eastAsia="Calibri"/>
                <w:sz w:val="24"/>
                <w:szCs w:val="24"/>
              </w:rPr>
            </w:pPr>
            <w:r w:rsidRPr="001446A5">
              <w:rPr>
                <w:rFonts w:eastAsia="Calibri"/>
                <w:sz w:val="24"/>
                <w:szCs w:val="24"/>
              </w:rPr>
              <w:t>Оспамокс (порошок)</w:t>
            </w:r>
          </w:p>
          <w:p w:rsidR="00394EC4" w:rsidRPr="001446A5" w:rsidRDefault="00394EC4" w:rsidP="006B0584">
            <w:pPr>
              <w:rPr>
                <w:rFonts w:eastAsia="Calibri"/>
                <w:sz w:val="24"/>
                <w:szCs w:val="24"/>
              </w:rPr>
            </w:pPr>
            <w:r w:rsidRPr="001446A5">
              <w:rPr>
                <w:rFonts w:eastAsia="Calibri"/>
                <w:sz w:val="24"/>
                <w:szCs w:val="24"/>
              </w:rPr>
              <w:t>Оспамокс (таблетки)</w:t>
            </w:r>
          </w:p>
          <w:p w:rsidR="00394EC4" w:rsidRPr="001446A5" w:rsidRDefault="00394EC4" w:rsidP="006B0584">
            <w:pPr>
              <w:rPr>
                <w:rFonts w:eastAsia="Calibri"/>
                <w:sz w:val="24"/>
                <w:szCs w:val="24"/>
              </w:rPr>
            </w:pPr>
            <w:r w:rsidRPr="001446A5">
              <w:rPr>
                <w:rFonts w:eastAsia="Calibri"/>
                <w:sz w:val="24"/>
                <w:szCs w:val="24"/>
              </w:rPr>
              <w:t>Оспамокс ДТ</w:t>
            </w:r>
          </w:p>
          <w:p w:rsidR="00394EC4" w:rsidRPr="001446A5" w:rsidRDefault="00394EC4" w:rsidP="006B0584">
            <w:pPr>
              <w:rPr>
                <w:rFonts w:eastAsia="Calibri"/>
                <w:sz w:val="24"/>
                <w:szCs w:val="24"/>
              </w:rPr>
            </w:pPr>
            <w:r w:rsidRPr="001446A5">
              <w:rPr>
                <w:rFonts w:eastAsia="Calibri"/>
                <w:sz w:val="24"/>
                <w:szCs w:val="24"/>
              </w:rPr>
              <w:t>Офлоксацин</w:t>
            </w:r>
          </w:p>
          <w:p w:rsidR="00394EC4" w:rsidRPr="001446A5" w:rsidRDefault="00394EC4" w:rsidP="006B0584">
            <w:pPr>
              <w:rPr>
                <w:rFonts w:eastAsia="Calibri"/>
                <w:sz w:val="24"/>
                <w:szCs w:val="24"/>
              </w:rPr>
            </w:pPr>
            <w:r w:rsidRPr="001446A5">
              <w:rPr>
                <w:rFonts w:eastAsia="Calibri"/>
                <w:b/>
                <w:sz w:val="24"/>
                <w:szCs w:val="24"/>
              </w:rPr>
              <w:t>П</w:t>
            </w:r>
            <w:r w:rsidRPr="001446A5">
              <w:rPr>
                <w:rFonts w:eastAsia="Calibri"/>
                <w:sz w:val="24"/>
                <w:szCs w:val="24"/>
              </w:rPr>
              <w:t>енициллин G натриевая соль Сандоз</w:t>
            </w:r>
          </w:p>
          <w:p w:rsidR="00394EC4" w:rsidRPr="001446A5" w:rsidRDefault="00394EC4" w:rsidP="006B0584">
            <w:pPr>
              <w:rPr>
                <w:rFonts w:eastAsia="Calibri"/>
                <w:sz w:val="24"/>
                <w:szCs w:val="24"/>
              </w:rPr>
            </w:pPr>
            <w:r w:rsidRPr="001446A5">
              <w:rPr>
                <w:rFonts w:eastAsia="Calibri"/>
                <w:sz w:val="24"/>
                <w:szCs w:val="24"/>
              </w:rPr>
              <w:t>Пефлоксацин</w:t>
            </w:r>
          </w:p>
          <w:p w:rsidR="00394EC4" w:rsidRPr="001446A5" w:rsidRDefault="00394EC4" w:rsidP="006B0584">
            <w:pPr>
              <w:rPr>
                <w:rFonts w:eastAsia="Calibri"/>
                <w:sz w:val="24"/>
                <w:szCs w:val="24"/>
              </w:rPr>
            </w:pPr>
            <w:r w:rsidRPr="001446A5">
              <w:rPr>
                <w:rFonts w:eastAsia="Calibri"/>
                <w:sz w:val="24"/>
                <w:szCs w:val="24"/>
              </w:rPr>
              <w:t>Пилобакт</w:t>
            </w:r>
          </w:p>
          <w:p w:rsidR="00394EC4" w:rsidRPr="001446A5" w:rsidRDefault="00394EC4" w:rsidP="006B0584">
            <w:pPr>
              <w:rPr>
                <w:rFonts w:eastAsia="Calibri"/>
                <w:sz w:val="24"/>
                <w:szCs w:val="24"/>
              </w:rPr>
            </w:pPr>
            <w:r w:rsidRPr="001446A5">
              <w:rPr>
                <w:rFonts w:eastAsia="Calibri"/>
                <w:sz w:val="24"/>
                <w:szCs w:val="24"/>
              </w:rPr>
              <w:t>Пимафуцин</w:t>
            </w:r>
          </w:p>
          <w:p w:rsidR="00394EC4" w:rsidRPr="001446A5" w:rsidRDefault="00394EC4" w:rsidP="006B0584">
            <w:pPr>
              <w:rPr>
                <w:rFonts w:eastAsia="Calibri"/>
                <w:sz w:val="24"/>
                <w:szCs w:val="24"/>
              </w:rPr>
            </w:pPr>
            <w:r w:rsidRPr="001446A5">
              <w:rPr>
                <w:rFonts w:eastAsia="Calibri"/>
                <w:sz w:val="24"/>
                <w:szCs w:val="24"/>
              </w:rPr>
              <w:t>Пимафуцин суппозитории вагинальные</w:t>
            </w:r>
          </w:p>
          <w:p w:rsidR="00394EC4" w:rsidRPr="001446A5" w:rsidRDefault="00394EC4" w:rsidP="006B0584">
            <w:pPr>
              <w:rPr>
                <w:rFonts w:eastAsia="Calibri"/>
                <w:sz w:val="24"/>
                <w:szCs w:val="24"/>
              </w:rPr>
            </w:pPr>
            <w:r w:rsidRPr="001446A5">
              <w:rPr>
                <w:rFonts w:eastAsia="Calibri"/>
                <w:sz w:val="24"/>
                <w:szCs w:val="24"/>
              </w:rPr>
              <w:t>Пимафуцин крем</w:t>
            </w:r>
          </w:p>
          <w:p w:rsidR="00394EC4" w:rsidRPr="001446A5" w:rsidRDefault="00394EC4" w:rsidP="006B0584">
            <w:pPr>
              <w:rPr>
                <w:rFonts w:eastAsia="Calibri"/>
                <w:sz w:val="24"/>
                <w:szCs w:val="24"/>
              </w:rPr>
            </w:pPr>
            <w:r w:rsidRPr="001446A5">
              <w:rPr>
                <w:rFonts w:eastAsia="Calibri"/>
                <w:sz w:val="24"/>
                <w:szCs w:val="24"/>
              </w:rPr>
              <w:t>Полижинакс</w:t>
            </w:r>
          </w:p>
          <w:p w:rsidR="00394EC4" w:rsidRPr="001446A5" w:rsidRDefault="00394EC4" w:rsidP="006B0584">
            <w:pPr>
              <w:rPr>
                <w:rFonts w:eastAsia="Calibri"/>
                <w:sz w:val="24"/>
                <w:szCs w:val="24"/>
              </w:rPr>
            </w:pPr>
            <w:r w:rsidRPr="001446A5">
              <w:rPr>
                <w:rFonts w:eastAsia="Calibri"/>
                <w:b/>
                <w:sz w:val="24"/>
                <w:szCs w:val="24"/>
              </w:rPr>
              <w:t>Р</w:t>
            </w:r>
            <w:r w:rsidRPr="001446A5">
              <w:rPr>
                <w:rFonts w:eastAsia="Calibri"/>
                <w:sz w:val="24"/>
                <w:szCs w:val="24"/>
              </w:rPr>
              <w:t>ифампицин</w:t>
            </w:r>
          </w:p>
          <w:p w:rsidR="00394EC4" w:rsidRPr="001446A5" w:rsidRDefault="00394EC4" w:rsidP="006B0584">
            <w:pPr>
              <w:rPr>
                <w:rFonts w:eastAsia="Calibri"/>
                <w:sz w:val="24"/>
                <w:szCs w:val="24"/>
              </w:rPr>
            </w:pPr>
            <w:r w:rsidRPr="001446A5">
              <w:rPr>
                <w:rFonts w:eastAsia="Calibri"/>
                <w:b/>
                <w:sz w:val="24"/>
                <w:szCs w:val="24"/>
              </w:rPr>
              <w:t>С</w:t>
            </w:r>
            <w:r w:rsidRPr="001446A5">
              <w:rPr>
                <w:rFonts w:eastAsia="Calibri"/>
                <w:sz w:val="24"/>
                <w:szCs w:val="24"/>
              </w:rPr>
              <w:t>интомицина линимент</w:t>
            </w:r>
          </w:p>
          <w:p w:rsidR="00394EC4" w:rsidRPr="001446A5" w:rsidRDefault="00394EC4" w:rsidP="006B0584">
            <w:pPr>
              <w:rPr>
                <w:rFonts w:eastAsia="Calibri"/>
                <w:sz w:val="24"/>
                <w:szCs w:val="24"/>
              </w:rPr>
            </w:pPr>
            <w:r w:rsidRPr="001446A5">
              <w:rPr>
                <w:rFonts w:eastAsia="Calibri"/>
                <w:sz w:val="24"/>
                <w:szCs w:val="24"/>
              </w:rPr>
              <w:t>Стрептомицин</w:t>
            </w:r>
          </w:p>
          <w:p w:rsidR="00394EC4" w:rsidRPr="001446A5" w:rsidRDefault="00394EC4" w:rsidP="006B0584">
            <w:pPr>
              <w:rPr>
                <w:rFonts w:eastAsia="Calibri"/>
                <w:sz w:val="24"/>
                <w:szCs w:val="24"/>
              </w:rPr>
            </w:pPr>
            <w:r w:rsidRPr="001446A5">
              <w:rPr>
                <w:rFonts w:eastAsia="Calibri"/>
                <w:sz w:val="24"/>
                <w:szCs w:val="24"/>
              </w:rPr>
              <w:t>Сумамед</w:t>
            </w:r>
          </w:p>
          <w:p w:rsidR="00394EC4" w:rsidRPr="001446A5" w:rsidRDefault="00394EC4" w:rsidP="006B0584">
            <w:pPr>
              <w:rPr>
                <w:rFonts w:eastAsia="Calibri"/>
                <w:sz w:val="24"/>
                <w:szCs w:val="24"/>
              </w:rPr>
            </w:pPr>
            <w:r w:rsidRPr="001446A5">
              <w:rPr>
                <w:rFonts w:eastAsia="Calibri"/>
                <w:b/>
                <w:sz w:val="24"/>
                <w:szCs w:val="24"/>
              </w:rPr>
              <w:t>Т</w:t>
            </w:r>
            <w:r w:rsidRPr="001446A5">
              <w:rPr>
                <w:rFonts w:eastAsia="Calibri"/>
                <w:sz w:val="24"/>
                <w:szCs w:val="24"/>
              </w:rPr>
              <w:t>етрациклин</w:t>
            </w:r>
          </w:p>
          <w:p w:rsidR="00394EC4" w:rsidRPr="001446A5" w:rsidRDefault="00394EC4" w:rsidP="006B0584">
            <w:pPr>
              <w:rPr>
                <w:rFonts w:eastAsia="Calibri"/>
                <w:sz w:val="24"/>
                <w:szCs w:val="24"/>
              </w:rPr>
            </w:pPr>
            <w:r w:rsidRPr="001446A5">
              <w:rPr>
                <w:rFonts w:eastAsia="Calibri"/>
                <w:sz w:val="24"/>
                <w:szCs w:val="24"/>
              </w:rPr>
              <w:t>Тетрациклиновая мазь</w:t>
            </w:r>
          </w:p>
          <w:p w:rsidR="00394EC4" w:rsidRPr="001446A5" w:rsidRDefault="00394EC4" w:rsidP="006B0584">
            <w:pPr>
              <w:rPr>
                <w:rFonts w:eastAsia="Calibri"/>
                <w:sz w:val="24"/>
                <w:szCs w:val="24"/>
              </w:rPr>
            </w:pPr>
            <w:r w:rsidRPr="001446A5">
              <w:rPr>
                <w:rFonts w:eastAsia="Calibri"/>
                <w:b/>
                <w:sz w:val="24"/>
                <w:szCs w:val="24"/>
              </w:rPr>
              <w:t>Ф</w:t>
            </w:r>
            <w:r w:rsidRPr="001446A5">
              <w:rPr>
                <w:rFonts w:eastAsia="Calibri"/>
                <w:sz w:val="24"/>
                <w:szCs w:val="24"/>
              </w:rPr>
              <w:t>урагин</w:t>
            </w:r>
          </w:p>
          <w:p w:rsidR="00394EC4" w:rsidRPr="001446A5" w:rsidRDefault="00394EC4" w:rsidP="006B0584">
            <w:pPr>
              <w:rPr>
                <w:rFonts w:eastAsia="Calibri"/>
                <w:sz w:val="24"/>
                <w:szCs w:val="24"/>
              </w:rPr>
            </w:pPr>
            <w:r w:rsidRPr="001446A5">
              <w:rPr>
                <w:rFonts w:eastAsia="Calibri"/>
                <w:b/>
                <w:sz w:val="24"/>
                <w:szCs w:val="24"/>
              </w:rPr>
              <w:t>Ц</w:t>
            </w:r>
            <w:r w:rsidRPr="001446A5">
              <w:rPr>
                <w:rFonts w:eastAsia="Calibri"/>
                <w:sz w:val="24"/>
                <w:szCs w:val="24"/>
              </w:rPr>
              <w:t>ефазолин</w:t>
            </w:r>
          </w:p>
          <w:p w:rsidR="00394EC4" w:rsidRPr="001446A5" w:rsidRDefault="00394EC4" w:rsidP="006B0584">
            <w:pPr>
              <w:rPr>
                <w:rFonts w:eastAsia="Calibri"/>
                <w:sz w:val="24"/>
                <w:szCs w:val="24"/>
              </w:rPr>
            </w:pPr>
            <w:r w:rsidRPr="001446A5">
              <w:rPr>
                <w:rFonts w:eastAsia="Calibri"/>
                <w:sz w:val="24"/>
                <w:szCs w:val="24"/>
              </w:rPr>
              <w:t>Цефикс</w:t>
            </w:r>
          </w:p>
          <w:p w:rsidR="00394EC4" w:rsidRPr="001446A5" w:rsidRDefault="00394EC4" w:rsidP="006B0584">
            <w:pPr>
              <w:rPr>
                <w:rFonts w:eastAsia="Calibri"/>
                <w:sz w:val="24"/>
                <w:szCs w:val="24"/>
              </w:rPr>
            </w:pPr>
            <w:r w:rsidRPr="001446A5">
              <w:rPr>
                <w:rFonts w:eastAsia="Calibri"/>
                <w:sz w:val="24"/>
                <w:szCs w:val="24"/>
              </w:rPr>
              <w:t>Цефотаксим</w:t>
            </w:r>
          </w:p>
          <w:p w:rsidR="00394EC4" w:rsidRPr="001446A5" w:rsidRDefault="00394EC4" w:rsidP="006B0584">
            <w:pPr>
              <w:rPr>
                <w:rFonts w:eastAsia="Calibri"/>
                <w:sz w:val="24"/>
                <w:szCs w:val="24"/>
              </w:rPr>
            </w:pPr>
            <w:r w:rsidRPr="001446A5">
              <w:rPr>
                <w:rFonts w:eastAsia="Calibri"/>
                <w:sz w:val="24"/>
                <w:szCs w:val="24"/>
              </w:rPr>
              <w:t>Цефтриаксон</w:t>
            </w:r>
          </w:p>
          <w:p w:rsidR="00394EC4" w:rsidRPr="001446A5" w:rsidRDefault="00394EC4" w:rsidP="006B0584">
            <w:pPr>
              <w:rPr>
                <w:rFonts w:eastAsia="Calibri"/>
                <w:sz w:val="24"/>
                <w:szCs w:val="24"/>
              </w:rPr>
            </w:pPr>
            <w:r w:rsidRPr="001446A5">
              <w:rPr>
                <w:rFonts w:eastAsia="Calibri"/>
                <w:sz w:val="24"/>
                <w:szCs w:val="24"/>
              </w:rPr>
              <w:t>Цефуроксим</w:t>
            </w:r>
          </w:p>
          <w:p w:rsidR="00394EC4" w:rsidRPr="001446A5" w:rsidRDefault="00394EC4" w:rsidP="006B0584">
            <w:pPr>
              <w:rPr>
                <w:rFonts w:eastAsia="Calibri"/>
                <w:sz w:val="24"/>
                <w:szCs w:val="24"/>
              </w:rPr>
            </w:pPr>
            <w:r w:rsidRPr="001446A5">
              <w:rPr>
                <w:rFonts w:eastAsia="Calibri"/>
                <w:sz w:val="24"/>
                <w:szCs w:val="24"/>
              </w:rPr>
              <w:t>Ципролет</w:t>
            </w:r>
          </w:p>
          <w:p w:rsidR="00394EC4" w:rsidRPr="001446A5" w:rsidRDefault="00394EC4" w:rsidP="006B0584">
            <w:pPr>
              <w:rPr>
                <w:rFonts w:eastAsia="Calibri"/>
                <w:sz w:val="24"/>
                <w:szCs w:val="24"/>
              </w:rPr>
            </w:pPr>
            <w:r w:rsidRPr="001446A5">
              <w:rPr>
                <w:rFonts w:eastAsia="Calibri"/>
                <w:sz w:val="24"/>
                <w:szCs w:val="24"/>
              </w:rPr>
              <w:t>Ципрофлоксацин</w:t>
            </w:r>
          </w:p>
          <w:p w:rsidR="00394EC4" w:rsidRPr="001446A5" w:rsidRDefault="00394EC4" w:rsidP="006B0584">
            <w:pPr>
              <w:rPr>
                <w:rFonts w:eastAsia="Calibri"/>
                <w:sz w:val="24"/>
                <w:szCs w:val="24"/>
              </w:rPr>
            </w:pPr>
            <w:r w:rsidRPr="001446A5">
              <w:rPr>
                <w:rFonts w:eastAsia="Calibri"/>
                <w:sz w:val="24"/>
                <w:szCs w:val="24"/>
              </w:rPr>
              <w:t>Цифран</w:t>
            </w:r>
          </w:p>
          <w:p w:rsidR="00394EC4" w:rsidRPr="001446A5" w:rsidRDefault="00394EC4" w:rsidP="006B0584">
            <w:pPr>
              <w:rPr>
                <w:rFonts w:eastAsia="Calibri"/>
                <w:sz w:val="24"/>
                <w:szCs w:val="24"/>
              </w:rPr>
            </w:pPr>
            <w:r w:rsidRPr="001446A5">
              <w:rPr>
                <w:rFonts w:eastAsia="Calibri"/>
                <w:b/>
                <w:sz w:val="24"/>
                <w:szCs w:val="24"/>
              </w:rPr>
              <w:t>Э</w:t>
            </w:r>
            <w:r w:rsidRPr="001446A5">
              <w:rPr>
                <w:rFonts w:eastAsia="Calibri"/>
                <w:sz w:val="24"/>
                <w:szCs w:val="24"/>
              </w:rPr>
              <w:t>ритромицин</w:t>
            </w:r>
          </w:p>
          <w:p w:rsidR="00394EC4" w:rsidRPr="001446A5" w:rsidRDefault="00394EC4" w:rsidP="006B0584">
            <w:pPr>
              <w:rPr>
                <w:rFonts w:eastAsia="Calibri"/>
                <w:sz w:val="24"/>
                <w:szCs w:val="24"/>
              </w:rPr>
            </w:pPr>
            <w:r w:rsidRPr="001446A5">
              <w:rPr>
                <w:rFonts w:eastAsia="Calibri"/>
                <w:b/>
                <w:sz w:val="24"/>
                <w:szCs w:val="24"/>
              </w:rPr>
              <w:t>Ю</w:t>
            </w:r>
            <w:r w:rsidRPr="001446A5">
              <w:rPr>
                <w:rFonts w:eastAsia="Calibri"/>
                <w:sz w:val="24"/>
                <w:szCs w:val="24"/>
              </w:rPr>
              <w:t>нидокс Солютаб</w:t>
            </w:r>
          </w:p>
        </w:tc>
      </w:tr>
    </w:tbl>
    <w:p w:rsidR="000E4DB6" w:rsidRDefault="000E4DB6" w:rsidP="00394EC4">
      <w:pPr>
        <w:widowControl/>
        <w:autoSpaceDE/>
        <w:autoSpaceDN/>
        <w:spacing w:after="200"/>
        <w:jc w:val="both"/>
        <w:rPr>
          <w:rFonts w:eastAsia="Calibri"/>
          <w:sz w:val="24"/>
          <w:szCs w:val="24"/>
          <w:lang w:val="ru-RU"/>
        </w:rPr>
        <w:sectPr w:rsidR="000E4DB6" w:rsidSect="000E4DB6">
          <w:pgSz w:w="16840" w:h="11910" w:orient="landscape"/>
          <w:pgMar w:top="1701" w:right="1134" w:bottom="567" w:left="1134" w:header="0" w:footer="882" w:gutter="0"/>
          <w:cols w:space="720"/>
          <w:docGrid w:linePitch="299"/>
        </w:sectPr>
      </w:pPr>
    </w:p>
    <w:p w:rsidR="00394EC4" w:rsidRPr="00B0236C" w:rsidRDefault="00D57D99" w:rsidP="00205A6E">
      <w:pPr>
        <w:pStyle w:val="1"/>
        <w:spacing w:before="89"/>
        <w:jc w:val="right"/>
        <w:rPr>
          <w:b w:val="0"/>
          <w:lang w:val="ru-RU"/>
        </w:rPr>
      </w:pPr>
      <w:r>
        <w:rPr>
          <w:b w:val="0"/>
          <w:lang w:val="ru-RU"/>
        </w:rPr>
        <w:t>Қосымша 4</w:t>
      </w:r>
    </w:p>
    <w:p w:rsidR="004A50C8" w:rsidRDefault="00205A6E" w:rsidP="00B40C92">
      <w:pPr>
        <w:pStyle w:val="1"/>
        <w:spacing w:before="89"/>
        <w:rPr>
          <w:b w:val="0"/>
          <w:lang w:val="ru-RU"/>
        </w:rPr>
      </w:pPr>
      <w:r w:rsidRPr="00B0236C">
        <w:rPr>
          <w:b w:val="0"/>
          <w:noProof/>
          <w:lang w:val="ru-RU" w:eastAsia="ru-RU"/>
        </w:rPr>
        <w:drawing>
          <wp:inline distT="0" distB="0" distL="0" distR="0" wp14:anchorId="2B786F09" wp14:editId="46487ED7">
            <wp:extent cx="5751252" cy="8139113"/>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53304" cy="8142017"/>
                    </a:xfrm>
                    <a:prstGeom prst="rect">
                      <a:avLst/>
                    </a:prstGeom>
                  </pic:spPr>
                </pic:pic>
              </a:graphicData>
            </a:graphic>
          </wp:inline>
        </w:drawing>
      </w:r>
    </w:p>
    <w:p w:rsidR="00D03821" w:rsidRDefault="00D03821" w:rsidP="00B40C92">
      <w:pPr>
        <w:pStyle w:val="1"/>
        <w:spacing w:before="89"/>
        <w:rPr>
          <w:b w:val="0"/>
          <w:lang w:val="ru-RU"/>
        </w:rPr>
      </w:pPr>
    </w:p>
    <w:p w:rsidR="00D03821" w:rsidRDefault="00D03821" w:rsidP="00B40C92">
      <w:pPr>
        <w:pStyle w:val="1"/>
        <w:spacing w:before="89"/>
        <w:rPr>
          <w:b w:val="0"/>
          <w:lang w:val="ru-RU"/>
        </w:rPr>
      </w:pPr>
    </w:p>
    <w:p w:rsidR="004A50C8" w:rsidRPr="00D57D99" w:rsidRDefault="004A50C8" w:rsidP="00D57D99">
      <w:pPr>
        <w:pStyle w:val="1"/>
        <w:spacing w:before="89"/>
        <w:ind w:left="0"/>
        <w:rPr>
          <w:b w:val="0"/>
          <w:lang w:val="ru-RU"/>
        </w:rPr>
      </w:pPr>
    </w:p>
    <w:p w:rsidR="00205A6E" w:rsidRPr="00B0236C" w:rsidRDefault="00205A6E" w:rsidP="00205A6E">
      <w:pPr>
        <w:pStyle w:val="1"/>
        <w:spacing w:before="89"/>
        <w:jc w:val="right"/>
        <w:rPr>
          <w:b w:val="0"/>
          <w:lang w:val="ru-RU"/>
        </w:rPr>
      </w:pPr>
      <w:r w:rsidRPr="00B0236C">
        <w:rPr>
          <w:b w:val="0"/>
        </w:rPr>
        <w:t>Қосымша</w:t>
      </w:r>
      <w:r w:rsidRPr="00B0236C">
        <w:rPr>
          <w:b w:val="0"/>
          <w:lang w:val="ru-RU"/>
        </w:rPr>
        <w:t xml:space="preserve"> 5</w:t>
      </w:r>
    </w:p>
    <w:p w:rsidR="00205A6E" w:rsidRPr="00B0236C" w:rsidRDefault="00205A6E" w:rsidP="00205A6E">
      <w:pPr>
        <w:pStyle w:val="1"/>
        <w:spacing w:before="89"/>
        <w:rPr>
          <w:b w:val="0"/>
        </w:rPr>
      </w:pPr>
      <w:r w:rsidRPr="00B0236C">
        <w:rPr>
          <w:b w:val="0"/>
        </w:rPr>
        <w:t xml:space="preserve"> </w:t>
      </w:r>
    </w:p>
    <w:p w:rsidR="004A50C8" w:rsidRPr="00B0236C" w:rsidRDefault="00205A6E" w:rsidP="00B40C92">
      <w:pPr>
        <w:pStyle w:val="1"/>
        <w:spacing w:before="89"/>
        <w:jc w:val="left"/>
        <w:rPr>
          <w:b w:val="0"/>
          <w:lang w:val="ru-RU"/>
        </w:rPr>
      </w:pPr>
      <w:r w:rsidRPr="00B0236C">
        <w:rPr>
          <w:b w:val="0"/>
          <w:noProof/>
          <w:lang w:val="ru-RU" w:eastAsia="ru-RU"/>
        </w:rPr>
        <w:drawing>
          <wp:inline distT="0" distB="0" distL="0" distR="0" wp14:anchorId="7787567A" wp14:editId="1E0D74C4">
            <wp:extent cx="6066708" cy="83677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3035"/>
                    <a:stretch/>
                  </pic:blipFill>
                  <pic:spPr bwMode="auto">
                    <a:xfrm>
                      <a:off x="0" y="0"/>
                      <a:ext cx="6067469" cy="8368762"/>
                    </a:xfrm>
                    <a:prstGeom prst="rect">
                      <a:avLst/>
                    </a:prstGeom>
                    <a:ln>
                      <a:noFill/>
                    </a:ln>
                    <a:extLst>
                      <a:ext uri="{53640926-AAD7-44D8-BBD7-CCE9431645EC}">
                        <a14:shadowObscured xmlns:a14="http://schemas.microsoft.com/office/drawing/2010/main"/>
                      </a:ext>
                    </a:extLst>
                  </pic:spPr>
                </pic:pic>
              </a:graphicData>
            </a:graphic>
          </wp:inline>
        </w:drawing>
      </w:r>
    </w:p>
    <w:p w:rsidR="00D57D99" w:rsidRDefault="00D57D99" w:rsidP="00205A6E">
      <w:pPr>
        <w:pStyle w:val="1"/>
        <w:spacing w:before="89"/>
        <w:jc w:val="right"/>
        <w:rPr>
          <w:b w:val="0"/>
          <w:lang w:val="ru-RU"/>
        </w:rPr>
      </w:pPr>
    </w:p>
    <w:p w:rsidR="00205A6E" w:rsidRPr="00B0236C" w:rsidRDefault="00205A6E" w:rsidP="00205A6E">
      <w:pPr>
        <w:pStyle w:val="1"/>
        <w:spacing w:before="89"/>
        <w:jc w:val="right"/>
        <w:rPr>
          <w:b w:val="0"/>
          <w:lang w:val="ru-RU"/>
        </w:rPr>
      </w:pPr>
      <w:r w:rsidRPr="00B0236C">
        <w:rPr>
          <w:b w:val="0"/>
        </w:rPr>
        <w:t xml:space="preserve">Қосымша </w:t>
      </w:r>
      <w:r w:rsidRPr="00B0236C">
        <w:rPr>
          <w:b w:val="0"/>
          <w:lang w:val="ru-RU"/>
        </w:rPr>
        <w:t>6</w:t>
      </w:r>
    </w:p>
    <w:p w:rsidR="00205A6E" w:rsidRPr="00B0236C" w:rsidRDefault="00205A6E" w:rsidP="00205A6E">
      <w:pPr>
        <w:pStyle w:val="1"/>
        <w:spacing w:before="89"/>
        <w:jc w:val="right"/>
        <w:rPr>
          <w:b w:val="0"/>
          <w:lang w:val="ru-RU"/>
        </w:rPr>
      </w:pPr>
    </w:p>
    <w:p w:rsidR="005C08F6" w:rsidRPr="00B0236C" w:rsidRDefault="00205A6E" w:rsidP="004A50C8">
      <w:pPr>
        <w:pStyle w:val="1"/>
        <w:spacing w:before="89"/>
        <w:rPr>
          <w:b w:val="0"/>
          <w:lang w:val="ru-RU"/>
        </w:rPr>
      </w:pPr>
      <w:r w:rsidRPr="00B0236C">
        <w:rPr>
          <w:b w:val="0"/>
          <w:noProof/>
          <w:lang w:val="ru-RU" w:eastAsia="ru-RU"/>
        </w:rPr>
        <w:drawing>
          <wp:inline distT="0" distB="0" distL="0" distR="0" wp14:anchorId="05455328" wp14:editId="4F93D1BD">
            <wp:extent cx="6110287" cy="8721942"/>
            <wp:effectExtent l="0" t="0" r="508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10332" cy="8722006"/>
                    </a:xfrm>
                    <a:prstGeom prst="rect">
                      <a:avLst/>
                    </a:prstGeom>
                  </pic:spPr>
                </pic:pic>
              </a:graphicData>
            </a:graphic>
          </wp:inline>
        </w:drawing>
      </w:r>
    </w:p>
    <w:p w:rsidR="005C08F6" w:rsidRPr="00B0236C" w:rsidRDefault="005C08F6" w:rsidP="005C08F6">
      <w:pPr>
        <w:pStyle w:val="1"/>
        <w:spacing w:before="89"/>
        <w:jc w:val="right"/>
        <w:rPr>
          <w:b w:val="0"/>
          <w:lang w:val="ru-RU"/>
        </w:rPr>
      </w:pPr>
      <w:r w:rsidRPr="00B0236C">
        <w:rPr>
          <w:b w:val="0"/>
        </w:rPr>
        <w:t xml:space="preserve">Қосымша </w:t>
      </w:r>
      <w:r w:rsidRPr="00B0236C">
        <w:rPr>
          <w:b w:val="0"/>
          <w:lang w:val="ru-RU"/>
        </w:rPr>
        <w:t>7</w:t>
      </w:r>
    </w:p>
    <w:p w:rsidR="005C08F6" w:rsidRPr="00B0236C" w:rsidRDefault="005C08F6" w:rsidP="005C08F6">
      <w:pPr>
        <w:pStyle w:val="1"/>
        <w:spacing w:before="89"/>
        <w:jc w:val="right"/>
        <w:rPr>
          <w:b w:val="0"/>
          <w:lang w:val="ru-RU"/>
        </w:rPr>
      </w:pPr>
    </w:p>
    <w:p w:rsidR="005C08F6" w:rsidRPr="00B0236C" w:rsidRDefault="005C08F6" w:rsidP="005C08F6">
      <w:pPr>
        <w:pStyle w:val="1"/>
        <w:spacing w:before="89"/>
        <w:rPr>
          <w:b w:val="0"/>
          <w:lang w:val="ru-RU"/>
        </w:rPr>
      </w:pPr>
      <w:r w:rsidRPr="00B0236C">
        <w:rPr>
          <w:b w:val="0"/>
          <w:noProof/>
          <w:lang w:val="ru-RU" w:eastAsia="ru-RU"/>
        </w:rPr>
        <w:drawing>
          <wp:inline distT="0" distB="0" distL="0" distR="0" wp14:anchorId="74E21FF1" wp14:editId="21F04A0D">
            <wp:extent cx="5933032" cy="79533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7063"/>
                    <a:stretch/>
                  </pic:blipFill>
                  <pic:spPr bwMode="auto">
                    <a:xfrm>
                      <a:off x="0" y="0"/>
                      <a:ext cx="5933077" cy="7953436"/>
                    </a:xfrm>
                    <a:prstGeom prst="rect">
                      <a:avLst/>
                    </a:prstGeom>
                    <a:ln>
                      <a:noFill/>
                    </a:ln>
                    <a:extLst>
                      <a:ext uri="{53640926-AAD7-44D8-BBD7-CCE9431645EC}">
                        <a14:shadowObscured xmlns:a14="http://schemas.microsoft.com/office/drawing/2010/main"/>
                      </a:ext>
                    </a:extLst>
                  </pic:spPr>
                </pic:pic>
              </a:graphicData>
            </a:graphic>
          </wp:inline>
        </w:drawing>
      </w:r>
    </w:p>
    <w:p w:rsidR="005C08F6" w:rsidRPr="00B0236C" w:rsidRDefault="005C08F6" w:rsidP="005C08F6">
      <w:pPr>
        <w:pStyle w:val="1"/>
        <w:spacing w:before="89"/>
        <w:rPr>
          <w:b w:val="0"/>
          <w:lang w:val="ru-RU"/>
        </w:rPr>
      </w:pPr>
    </w:p>
    <w:p w:rsidR="004A50C8" w:rsidRPr="00B0236C" w:rsidRDefault="004A50C8" w:rsidP="004A50C8">
      <w:pPr>
        <w:pStyle w:val="1"/>
        <w:spacing w:before="89"/>
        <w:ind w:left="0"/>
        <w:rPr>
          <w:b w:val="0"/>
          <w:lang w:val="ru-RU"/>
        </w:rPr>
      </w:pPr>
    </w:p>
    <w:p w:rsidR="005C08F6" w:rsidRPr="00B0236C" w:rsidRDefault="005C08F6" w:rsidP="004A50C8">
      <w:pPr>
        <w:pStyle w:val="1"/>
        <w:spacing w:before="89"/>
        <w:ind w:left="0"/>
        <w:jc w:val="right"/>
        <w:rPr>
          <w:b w:val="0"/>
          <w:lang w:val="ru-RU"/>
        </w:rPr>
      </w:pPr>
      <w:r w:rsidRPr="00B0236C">
        <w:rPr>
          <w:b w:val="0"/>
        </w:rPr>
        <w:t xml:space="preserve">Қосымша </w:t>
      </w:r>
      <w:r w:rsidRPr="00B0236C">
        <w:rPr>
          <w:b w:val="0"/>
          <w:lang w:val="ru-RU"/>
        </w:rPr>
        <w:t>8</w:t>
      </w:r>
    </w:p>
    <w:p w:rsidR="005C08F6" w:rsidRPr="00B0236C" w:rsidRDefault="005C08F6" w:rsidP="00174BD6">
      <w:pPr>
        <w:pStyle w:val="1"/>
        <w:spacing w:before="89"/>
        <w:rPr>
          <w:b w:val="0"/>
          <w:lang w:val="ru-RU"/>
        </w:rPr>
      </w:pPr>
    </w:p>
    <w:p w:rsidR="00205A6E" w:rsidRPr="00B0236C" w:rsidRDefault="00174BD6" w:rsidP="00205A6E">
      <w:pPr>
        <w:pStyle w:val="1"/>
        <w:spacing w:before="89"/>
        <w:rPr>
          <w:b w:val="0"/>
          <w:lang w:val="ru-RU"/>
        </w:rPr>
      </w:pPr>
      <w:r w:rsidRPr="00B0236C">
        <w:rPr>
          <w:b w:val="0"/>
          <w:noProof/>
          <w:lang w:val="ru-RU" w:eastAsia="ru-RU"/>
        </w:rPr>
        <w:drawing>
          <wp:inline distT="0" distB="0" distL="0" distR="0" wp14:anchorId="1A55A4F9" wp14:editId="62A6AC89">
            <wp:extent cx="6016730" cy="778192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445"/>
                    <a:stretch/>
                  </pic:blipFill>
                  <pic:spPr bwMode="auto">
                    <a:xfrm>
                      <a:off x="0" y="0"/>
                      <a:ext cx="6016774" cy="7781982"/>
                    </a:xfrm>
                    <a:prstGeom prst="rect">
                      <a:avLst/>
                    </a:prstGeom>
                    <a:ln>
                      <a:noFill/>
                    </a:ln>
                    <a:extLst>
                      <a:ext uri="{53640926-AAD7-44D8-BBD7-CCE9431645EC}">
                        <a14:shadowObscured xmlns:a14="http://schemas.microsoft.com/office/drawing/2010/main"/>
                      </a:ext>
                    </a:extLst>
                  </pic:spPr>
                </pic:pic>
              </a:graphicData>
            </a:graphic>
          </wp:inline>
        </w:drawing>
      </w:r>
    </w:p>
    <w:p w:rsidR="00174BD6" w:rsidRPr="00B0236C" w:rsidRDefault="00174BD6" w:rsidP="00205A6E">
      <w:pPr>
        <w:pStyle w:val="1"/>
        <w:spacing w:before="89"/>
        <w:rPr>
          <w:b w:val="0"/>
          <w:lang w:val="ru-RU"/>
        </w:rPr>
      </w:pPr>
    </w:p>
    <w:p w:rsidR="00174BD6" w:rsidRPr="00B0236C" w:rsidRDefault="00174BD6" w:rsidP="00205A6E">
      <w:pPr>
        <w:pStyle w:val="1"/>
        <w:spacing w:before="89"/>
        <w:rPr>
          <w:b w:val="0"/>
          <w:lang w:val="ru-RU"/>
        </w:rPr>
      </w:pPr>
    </w:p>
    <w:p w:rsidR="004A50C8" w:rsidRDefault="004A50C8" w:rsidP="004A50C8">
      <w:pPr>
        <w:pStyle w:val="1"/>
        <w:spacing w:before="89"/>
        <w:ind w:left="0"/>
        <w:rPr>
          <w:b w:val="0"/>
          <w:lang w:val="ru-RU"/>
        </w:rPr>
      </w:pPr>
    </w:p>
    <w:p w:rsidR="000921AA" w:rsidRPr="00B0236C" w:rsidRDefault="000921AA" w:rsidP="004A50C8">
      <w:pPr>
        <w:pStyle w:val="1"/>
        <w:spacing w:before="89"/>
        <w:ind w:left="0"/>
        <w:rPr>
          <w:b w:val="0"/>
          <w:lang w:val="ru-RU"/>
        </w:rPr>
      </w:pPr>
    </w:p>
    <w:p w:rsidR="00174BD6" w:rsidRPr="00B0236C" w:rsidRDefault="00174BD6" w:rsidP="004A50C8">
      <w:pPr>
        <w:pStyle w:val="1"/>
        <w:spacing w:before="89"/>
        <w:ind w:left="0"/>
        <w:jc w:val="right"/>
        <w:rPr>
          <w:b w:val="0"/>
          <w:lang w:val="ru-RU"/>
        </w:rPr>
      </w:pPr>
      <w:r w:rsidRPr="00B0236C">
        <w:rPr>
          <w:b w:val="0"/>
        </w:rPr>
        <w:t xml:space="preserve">Қосымша </w:t>
      </w:r>
      <w:r w:rsidRPr="00B0236C">
        <w:rPr>
          <w:b w:val="0"/>
          <w:lang w:val="ru-RU"/>
        </w:rPr>
        <w:t>9</w:t>
      </w:r>
    </w:p>
    <w:p w:rsidR="00174BD6" w:rsidRPr="00B0236C" w:rsidRDefault="00174BD6" w:rsidP="00D57D99">
      <w:pPr>
        <w:pStyle w:val="1"/>
        <w:spacing w:before="89"/>
        <w:jc w:val="center"/>
        <w:rPr>
          <w:b w:val="0"/>
          <w:lang w:val="ru-RU"/>
        </w:rPr>
      </w:pPr>
      <w:r w:rsidRPr="00B0236C">
        <w:rPr>
          <w:b w:val="0"/>
          <w:noProof/>
          <w:lang w:val="ru-RU" w:eastAsia="ru-RU"/>
        </w:rPr>
        <w:drawing>
          <wp:inline distT="0" distB="0" distL="0" distR="0" wp14:anchorId="2F35F9EF" wp14:editId="44C20A75">
            <wp:extent cx="6325756" cy="804386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325802" cy="8043922"/>
                    </a:xfrm>
                    <a:prstGeom prst="rect">
                      <a:avLst/>
                    </a:prstGeom>
                  </pic:spPr>
                </pic:pic>
              </a:graphicData>
            </a:graphic>
          </wp:inline>
        </w:drawing>
      </w:r>
    </w:p>
    <w:p w:rsidR="004A50C8" w:rsidRPr="00B0236C" w:rsidRDefault="004A50C8" w:rsidP="004A50C8">
      <w:pPr>
        <w:pStyle w:val="1"/>
        <w:spacing w:before="89"/>
        <w:ind w:left="0"/>
        <w:rPr>
          <w:b w:val="0"/>
          <w:lang w:val="ru-RU"/>
        </w:rPr>
      </w:pPr>
    </w:p>
    <w:p w:rsidR="00040ECB" w:rsidRDefault="009A0F1C" w:rsidP="009A0F1C">
      <w:pPr>
        <w:pStyle w:val="1"/>
        <w:spacing w:before="89"/>
        <w:jc w:val="right"/>
        <w:rPr>
          <w:b w:val="0"/>
          <w:lang w:val="ru-RU"/>
        </w:rPr>
      </w:pPr>
      <w:r w:rsidRPr="00B0236C">
        <w:rPr>
          <w:b w:val="0"/>
          <w:lang w:val="ru-RU"/>
        </w:rPr>
        <w:t>Қосымша 10</w:t>
      </w:r>
    </w:p>
    <w:p w:rsidR="00D57D99" w:rsidRDefault="00D57D99" w:rsidP="009A0F1C">
      <w:pPr>
        <w:pStyle w:val="1"/>
        <w:spacing w:before="89"/>
        <w:jc w:val="right"/>
        <w:rPr>
          <w:b w:val="0"/>
          <w:lang w:val="ru-RU"/>
        </w:rPr>
      </w:pPr>
    </w:p>
    <w:p w:rsidR="00D57D99" w:rsidRDefault="00D57D99" w:rsidP="009A0F1C">
      <w:pPr>
        <w:pStyle w:val="1"/>
        <w:spacing w:before="89"/>
        <w:jc w:val="right"/>
        <w:rPr>
          <w:b w:val="0"/>
          <w:lang w:val="ru-RU"/>
        </w:rPr>
      </w:pPr>
    </w:p>
    <w:p w:rsidR="00D57D99" w:rsidRDefault="00D57D99" w:rsidP="009A0F1C">
      <w:pPr>
        <w:pStyle w:val="1"/>
        <w:spacing w:before="89"/>
        <w:jc w:val="right"/>
        <w:rPr>
          <w:b w:val="0"/>
          <w:lang w:val="ru-RU"/>
        </w:rPr>
      </w:pPr>
      <w:r w:rsidRPr="00D57D99">
        <w:rPr>
          <w:b w:val="0"/>
          <w:noProof/>
          <w:lang w:val="ru-RU" w:eastAsia="ru-RU"/>
        </w:rPr>
        <w:drawing>
          <wp:inline distT="0" distB="0" distL="0" distR="0" wp14:anchorId="5D4129AC" wp14:editId="20383CD7">
            <wp:extent cx="5748380" cy="6253208"/>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48380" cy="6253208"/>
                    </a:xfrm>
                    <a:prstGeom prst="rect">
                      <a:avLst/>
                    </a:prstGeom>
                  </pic:spPr>
                </pic:pic>
              </a:graphicData>
            </a:graphic>
          </wp:inline>
        </w:drawing>
      </w: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0921AA" w:rsidRDefault="000921AA" w:rsidP="009A0F1C">
      <w:pPr>
        <w:pStyle w:val="1"/>
        <w:spacing w:before="89"/>
        <w:jc w:val="right"/>
        <w:rPr>
          <w:b w:val="0"/>
          <w:lang w:val="ru-RU"/>
        </w:rPr>
      </w:pPr>
    </w:p>
    <w:p w:rsidR="00104C4F" w:rsidRDefault="00104C4F" w:rsidP="009A0F1C">
      <w:pPr>
        <w:pStyle w:val="1"/>
        <w:spacing w:before="89"/>
        <w:jc w:val="right"/>
        <w:rPr>
          <w:b w:val="0"/>
          <w:lang w:val="ru-RU"/>
        </w:rPr>
      </w:pPr>
      <w:r>
        <w:rPr>
          <w:b w:val="0"/>
        </w:rPr>
        <w:t xml:space="preserve">Қосымша </w:t>
      </w:r>
      <w:r>
        <w:rPr>
          <w:b w:val="0"/>
          <w:lang w:val="ru-RU"/>
        </w:rPr>
        <w:t>11</w:t>
      </w:r>
    </w:p>
    <w:p w:rsidR="00104C4F" w:rsidRDefault="00104C4F" w:rsidP="009A0F1C">
      <w:pPr>
        <w:pStyle w:val="1"/>
        <w:spacing w:before="89"/>
        <w:jc w:val="right"/>
        <w:rPr>
          <w:b w:val="0"/>
          <w:lang w:val="ru-RU"/>
        </w:rPr>
      </w:pPr>
    </w:p>
    <w:p w:rsidR="00104C4F" w:rsidRPr="00104C4F" w:rsidRDefault="00104C4F" w:rsidP="009A0F1C">
      <w:pPr>
        <w:pStyle w:val="1"/>
        <w:spacing w:before="89"/>
        <w:jc w:val="right"/>
        <w:rPr>
          <w:b w:val="0"/>
          <w:lang w:val="ru-RU"/>
        </w:rPr>
      </w:pPr>
    </w:p>
    <w:p w:rsidR="00D57D99" w:rsidRDefault="00104C4F" w:rsidP="009A0F1C">
      <w:pPr>
        <w:pStyle w:val="1"/>
        <w:spacing w:before="89"/>
        <w:jc w:val="right"/>
        <w:rPr>
          <w:b w:val="0"/>
          <w:lang w:val="ru-RU"/>
        </w:rPr>
      </w:pPr>
      <w:r w:rsidRPr="00104C4F">
        <w:rPr>
          <w:b w:val="0"/>
          <w:noProof/>
          <w:lang w:val="ru-RU" w:eastAsia="ru-RU"/>
        </w:rPr>
        <w:drawing>
          <wp:inline distT="0" distB="0" distL="0" distR="0" wp14:anchorId="2A2F37F4" wp14:editId="54ACFAAA">
            <wp:extent cx="5648366" cy="6581823"/>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648366" cy="6581823"/>
                    </a:xfrm>
                    <a:prstGeom prst="rect">
                      <a:avLst/>
                    </a:prstGeom>
                  </pic:spPr>
                </pic:pic>
              </a:graphicData>
            </a:graphic>
          </wp:inline>
        </w:drawing>
      </w: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r>
        <w:rPr>
          <w:b w:val="0"/>
        </w:rPr>
        <w:t xml:space="preserve">Қосымша </w:t>
      </w:r>
      <w:r>
        <w:rPr>
          <w:b w:val="0"/>
          <w:lang w:val="ru-RU"/>
        </w:rPr>
        <w:t>12</w:t>
      </w:r>
    </w:p>
    <w:p w:rsidR="00104C4F" w:rsidRDefault="00104C4F" w:rsidP="009A0F1C">
      <w:pPr>
        <w:pStyle w:val="1"/>
        <w:spacing w:before="89"/>
        <w:jc w:val="right"/>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r w:rsidRPr="00104C4F">
        <w:rPr>
          <w:b w:val="0"/>
          <w:noProof/>
          <w:lang w:val="ru-RU" w:eastAsia="ru-RU"/>
        </w:rPr>
        <w:drawing>
          <wp:inline distT="0" distB="0" distL="0" distR="0" wp14:anchorId="14B0D0F7" wp14:editId="59C4FEFB">
            <wp:extent cx="5615029" cy="6429422"/>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615029" cy="6429422"/>
                    </a:xfrm>
                    <a:prstGeom prst="rect">
                      <a:avLst/>
                    </a:prstGeom>
                  </pic:spPr>
                </pic:pic>
              </a:graphicData>
            </a:graphic>
          </wp:inline>
        </w:drawing>
      </w: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rPr>
          <w:b w:val="0"/>
          <w:lang w:val="ru-RU"/>
        </w:rPr>
      </w:pPr>
    </w:p>
    <w:p w:rsidR="00104C4F" w:rsidRDefault="00104C4F" w:rsidP="00104C4F">
      <w:pPr>
        <w:pStyle w:val="1"/>
        <w:spacing w:before="89"/>
        <w:jc w:val="right"/>
        <w:rPr>
          <w:b w:val="0"/>
          <w:lang w:val="ru-RU"/>
        </w:rPr>
      </w:pPr>
      <w:r>
        <w:rPr>
          <w:b w:val="0"/>
        </w:rPr>
        <w:t xml:space="preserve">Қосымша </w:t>
      </w:r>
      <w:r>
        <w:rPr>
          <w:b w:val="0"/>
          <w:lang w:val="ru-RU"/>
        </w:rPr>
        <w:t>13</w:t>
      </w:r>
    </w:p>
    <w:p w:rsidR="00104C4F" w:rsidRDefault="00104C4F" w:rsidP="00104C4F">
      <w:pPr>
        <w:pStyle w:val="1"/>
        <w:spacing w:before="89"/>
        <w:jc w:val="right"/>
        <w:rPr>
          <w:b w:val="0"/>
          <w:lang w:val="ru-RU"/>
        </w:rPr>
      </w:pPr>
    </w:p>
    <w:p w:rsidR="00104C4F" w:rsidRDefault="00104C4F" w:rsidP="00104C4F">
      <w:pPr>
        <w:pStyle w:val="1"/>
        <w:spacing w:before="89"/>
        <w:jc w:val="right"/>
        <w:rPr>
          <w:b w:val="0"/>
          <w:lang w:val="ru-RU"/>
        </w:rPr>
      </w:pPr>
    </w:p>
    <w:p w:rsidR="00104C4F" w:rsidRPr="00104C4F" w:rsidRDefault="00104C4F" w:rsidP="00104C4F">
      <w:pPr>
        <w:pStyle w:val="1"/>
        <w:spacing w:before="89"/>
        <w:jc w:val="right"/>
        <w:rPr>
          <w:b w:val="0"/>
          <w:lang w:val="ru-RU"/>
        </w:rPr>
      </w:pPr>
    </w:p>
    <w:p w:rsidR="00D57D99" w:rsidRDefault="00104C4F" w:rsidP="009A0F1C">
      <w:pPr>
        <w:pStyle w:val="1"/>
        <w:spacing w:before="89"/>
        <w:jc w:val="right"/>
        <w:rPr>
          <w:b w:val="0"/>
          <w:lang w:val="ru-RU"/>
        </w:rPr>
      </w:pPr>
      <w:r w:rsidRPr="00104C4F">
        <w:rPr>
          <w:b w:val="0"/>
          <w:noProof/>
          <w:lang w:val="ru-RU" w:eastAsia="ru-RU"/>
        </w:rPr>
        <w:drawing>
          <wp:inline distT="0" distB="0" distL="0" distR="0" wp14:anchorId="31F1ABBE" wp14:editId="52833B25">
            <wp:extent cx="5591216" cy="6057944"/>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591216" cy="6057944"/>
                    </a:xfrm>
                    <a:prstGeom prst="rect">
                      <a:avLst/>
                    </a:prstGeom>
                  </pic:spPr>
                </pic:pic>
              </a:graphicData>
            </a:graphic>
          </wp:inline>
        </w:drawing>
      </w: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104C4F" w:rsidP="009A0F1C">
      <w:pPr>
        <w:pStyle w:val="1"/>
        <w:spacing w:before="89"/>
        <w:jc w:val="right"/>
        <w:rPr>
          <w:b w:val="0"/>
          <w:lang w:val="ru-RU"/>
        </w:rPr>
      </w:pPr>
      <w:r>
        <w:rPr>
          <w:b w:val="0"/>
        </w:rPr>
        <w:t xml:space="preserve">Қосымша </w:t>
      </w:r>
      <w:r w:rsidR="00864163">
        <w:rPr>
          <w:b w:val="0"/>
          <w:lang w:val="ru-RU"/>
        </w:rPr>
        <w:t>14</w:t>
      </w:r>
    </w:p>
    <w:p w:rsidR="00864163" w:rsidRDefault="00864163" w:rsidP="009A0F1C">
      <w:pPr>
        <w:pStyle w:val="1"/>
        <w:spacing w:before="89"/>
        <w:jc w:val="right"/>
        <w:rPr>
          <w:b w:val="0"/>
          <w:lang w:val="ru-RU"/>
        </w:rPr>
      </w:pPr>
    </w:p>
    <w:p w:rsidR="00864163" w:rsidRPr="00864163" w:rsidRDefault="00864163" w:rsidP="009A0F1C">
      <w:pPr>
        <w:pStyle w:val="1"/>
        <w:spacing w:before="89"/>
        <w:jc w:val="right"/>
        <w:rPr>
          <w:b w:val="0"/>
          <w:lang w:val="ru-RU"/>
        </w:rPr>
      </w:pPr>
    </w:p>
    <w:p w:rsidR="00104C4F" w:rsidRDefault="00864163" w:rsidP="009A0F1C">
      <w:pPr>
        <w:pStyle w:val="1"/>
        <w:spacing w:before="89"/>
        <w:jc w:val="right"/>
        <w:rPr>
          <w:b w:val="0"/>
          <w:lang w:val="ru-RU"/>
        </w:rPr>
      </w:pPr>
      <w:r w:rsidRPr="00864163">
        <w:rPr>
          <w:b w:val="0"/>
          <w:noProof/>
          <w:lang w:val="ru-RU" w:eastAsia="ru-RU"/>
        </w:rPr>
        <w:drawing>
          <wp:inline distT="0" distB="0" distL="0" distR="0" wp14:anchorId="6E1A8081" wp14:editId="67A24982">
            <wp:extent cx="6122670" cy="566642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22670" cy="5666424"/>
                    </a:xfrm>
                    <a:prstGeom prst="rect">
                      <a:avLst/>
                    </a:prstGeom>
                  </pic:spPr>
                </pic:pic>
              </a:graphicData>
            </a:graphic>
          </wp:inline>
        </w:drawing>
      </w: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p>
    <w:p w:rsidR="00864163" w:rsidRDefault="00864163" w:rsidP="009A0F1C">
      <w:pPr>
        <w:pStyle w:val="1"/>
        <w:spacing w:before="89"/>
        <w:jc w:val="right"/>
        <w:rPr>
          <w:b w:val="0"/>
          <w:lang w:val="ru-RU"/>
        </w:rPr>
      </w:pPr>
      <w:r>
        <w:rPr>
          <w:b w:val="0"/>
        </w:rPr>
        <w:t xml:space="preserve">Қосымша </w:t>
      </w:r>
      <w:r w:rsidR="00FB5AAD">
        <w:rPr>
          <w:b w:val="0"/>
          <w:lang w:val="ru-RU"/>
        </w:rPr>
        <w:t>15</w:t>
      </w:r>
    </w:p>
    <w:p w:rsidR="00FB5AAD" w:rsidRDefault="00FB5AAD" w:rsidP="009A0F1C">
      <w:pPr>
        <w:pStyle w:val="1"/>
        <w:spacing w:before="89"/>
        <w:jc w:val="right"/>
        <w:rPr>
          <w:b w:val="0"/>
          <w:lang w:val="ru-RU"/>
        </w:rPr>
      </w:pPr>
    </w:p>
    <w:p w:rsidR="00FB5AAD" w:rsidRPr="00FB5AAD" w:rsidRDefault="00FB5AAD" w:rsidP="009A0F1C">
      <w:pPr>
        <w:pStyle w:val="1"/>
        <w:spacing w:before="89"/>
        <w:jc w:val="right"/>
        <w:rPr>
          <w:b w:val="0"/>
          <w:lang w:val="ru-RU"/>
        </w:rPr>
      </w:pPr>
    </w:p>
    <w:p w:rsidR="00104C4F" w:rsidRDefault="00FB5AAD" w:rsidP="009A0F1C">
      <w:pPr>
        <w:pStyle w:val="1"/>
        <w:spacing w:before="89"/>
        <w:jc w:val="right"/>
        <w:rPr>
          <w:b w:val="0"/>
          <w:lang w:val="ru-RU"/>
        </w:rPr>
      </w:pPr>
      <w:r w:rsidRPr="00FB5AAD">
        <w:rPr>
          <w:b w:val="0"/>
          <w:noProof/>
          <w:lang w:val="ru-RU" w:eastAsia="ru-RU"/>
        </w:rPr>
        <w:drawing>
          <wp:inline distT="0" distB="0" distL="0" distR="0" wp14:anchorId="4BDD82C2" wp14:editId="0BEE1C47">
            <wp:extent cx="5243551" cy="61817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43551" cy="6181770"/>
                    </a:xfrm>
                    <a:prstGeom prst="rect">
                      <a:avLst/>
                    </a:prstGeom>
                  </pic:spPr>
                </pic:pic>
              </a:graphicData>
            </a:graphic>
          </wp:inline>
        </w:drawing>
      </w: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p>
    <w:p w:rsidR="00FB5AAD" w:rsidRDefault="00FB5AAD" w:rsidP="009A0F1C">
      <w:pPr>
        <w:pStyle w:val="1"/>
        <w:spacing w:before="89"/>
        <w:jc w:val="right"/>
        <w:rPr>
          <w:b w:val="0"/>
          <w:lang w:val="ru-RU"/>
        </w:rPr>
      </w:pPr>
      <w:r>
        <w:rPr>
          <w:b w:val="0"/>
        </w:rPr>
        <w:t xml:space="preserve">Қосымша </w:t>
      </w:r>
      <w:r>
        <w:rPr>
          <w:b w:val="0"/>
          <w:lang w:val="ru-RU"/>
        </w:rPr>
        <w:t>16</w:t>
      </w:r>
    </w:p>
    <w:p w:rsidR="00FB5AAD" w:rsidRPr="00FB5AAD" w:rsidRDefault="00FB5AAD" w:rsidP="009A0F1C">
      <w:pPr>
        <w:pStyle w:val="1"/>
        <w:spacing w:before="89"/>
        <w:jc w:val="right"/>
        <w:rPr>
          <w:b w:val="0"/>
          <w:lang w:val="ru-RU"/>
        </w:rPr>
      </w:pPr>
    </w:p>
    <w:p w:rsidR="00104C4F" w:rsidRDefault="00104C4F" w:rsidP="009A0F1C">
      <w:pPr>
        <w:pStyle w:val="1"/>
        <w:spacing w:before="89"/>
        <w:jc w:val="right"/>
        <w:rPr>
          <w:b w:val="0"/>
          <w:lang w:val="ru-RU"/>
        </w:rPr>
      </w:pPr>
    </w:p>
    <w:p w:rsidR="00104C4F" w:rsidRDefault="00FB5AAD" w:rsidP="009A0F1C">
      <w:pPr>
        <w:pStyle w:val="1"/>
        <w:spacing w:before="89"/>
        <w:jc w:val="right"/>
        <w:rPr>
          <w:b w:val="0"/>
          <w:lang w:val="ru-RU"/>
        </w:rPr>
      </w:pPr>
      <w:r w:rsidRPr="00FB5AAD">
        <w:rPr>
          <w:b w:val="0"/>
          <w:noProof/>
          <w:lang w:val="ru-RU" w:eastAsia="ru-RU"/>
        </w:rPr>
        <w:drawing>
          <wp:inline distT="0" distB="0" distL="0" distR="0" wp14:anchorId="2FE2583F" wp14:editId="1B2C3F6B">
            <wp:extent cx="5191163" cy="6096045"/>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191163" cy="6096045"/>
                    </a:xfrm>
                    <a:prstGeom prst="rect">
                      <a:avLst/>
                    </a:prstGeom>
                  </pic:spPr>
                </pic:pic>
              </a:graphicData>
            </a:graphic>
          </wp:inline>
        </w:drawing>
      </w: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Default="00000295" w:rsidP="009A0F1C">
      <w:pPr>
        <w:pStyle w:val="1"/>
        <w:spacing w:before="89"/>
        <w:jc w:val="right"/>
        <w:rPr>
          <w:b w:val="0"/>
          <w:lang w:val="ru-RU"/>
        </w:rPr>
      </w:pPr>
    </w:p>
    <w:p w:rsidR="00000295" w:rsidRPr="000255F5" w:rsidRDefault="00000295" w:rsidP="009A0F1C">
      <w:pPr>
        <w:pStyle w:val="1"/>
        <w:spacing w:before="89"/>
        <w:jc w:val="right"/>
        <w:rPr>
          <w:b w:val="0"/>
          <w:lang w:val="en-US"/>
        </w:rPr>
      </w:pPr>
      <w:r>
        <w:rPr>
          <w:b w:val="0"/>
        </w:rPr>
        <w:t xml:space="preserve">Қосымша </w:t>
      </w:r>
      <w:r>
        <w:rPr>
          <w:b w:val="0"/>
          <w:lang w:val="ru-RU"/>
        </w:rPr>
        <w:t>17</w:t>
      </w:r>
    </w:p>
    <w:p w:rsidR="00D57D99" w:rsidRPr="00B0236C" w:rsidRDefault="00D57D99" w:rsidP="009A0F1C">
      <w:pPr>
        <w:pStyle w:val="1"/>
        <w:spacing w:before="89"/>
        <w:jc w:val="right"/>
        <w:rPr>
          <w:b w:val="0"/>
          <w:lang w:val="ru-RU"/>
        </w:rPr>
      </w:pPr>
    </w:p>
    <w:p w:rsidR="009A0F1C" w:rsidRPr="00B0236C" w:rsidRDefault="009A0F1C" w:rsidP="009A0F1C">
      <w:pPr>
        <w:pStyle w:val="1"/>
        <w:spacing w:before="89"/>
        <w:rPr>
          <w:b w:val="0"/>
          <w:lang w:val="ru-RU"/>
        </w:rPr>
      </w:pPr>
    </w:p>
    <w:p w:rsidR="00040ECB" w:rsidRPr="00B0236C" w:rsidRDefault="00040ECB" w:rsidP="00174BD6">
      <w:pPr>
        <w:pStyle w:val="1"/>
        <w:spacing w:before="89"/>
        <w:rPr>
          <w:b w:val="0"/>
          <w:lang w:val="ru-RU"/>
        </w:rPr>
      </w:pPr>
    </w:p>
    <w:p w:rsidR="00040ECB" w:rsidRPr="00B0236C" w:rsidRDefault="00D57D99" w:rsidP="00D57D99">
      <w:pPr>
        <w:pStyle w:val="1"/>
        <w:spacing w:before="89"/>
        <w:rPr>
          <w:b w:val="0"/>
        </w:rPr>
      </w:pPr>
      <w:r>
        <w:rPr>
          <w:noProof/>
          <w:lang w:val="ru-RU" w:eastAsia="ru-RU"/>
        </w:rPr>
        <w:drawing>
          <wp:inline distT="0" distB="0" distL="0" distR="0" wp14:anchorId="71825B7B" wp14:editId="61DDBA8E">
            <wp:extent cx="5474525" cy="7362702"/>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4730" cy="7362978"/>
                    </a:xfrm>
                    <a:prstGeom prst="rect">
                      <a:avLst/>
                    </a:prstGeom>
                    <a:noFill/>
                    <a:ln>
                      <a:noFill/>
                    </a:ln>
                    <a:effectLst/>
                    <a:extLst/>
                  </pic:spPr>
                </pic:pic>
              </a:graphicData>
            </a:graphic>
          </wp:inline>
        </w:drawing>
      </w:r>
    </w:p>
    <w:p w:rsidR="00205A6E" w:rsidRDefault="00205A6E" w:rsidP="006E42B9">
      <w:pPr>
        <w:pStyle w:val="1"/>
        <w:spacing w:before="89"/>
        <w:jc w:val="left"/>
        <w:rPr>
          <w:b w:val="0"/>
          <w:lang w:val="ru-RU"/>
        </w:rPr>
      </w:pPr>
    </w:p>
    <w:p w:rsidR="00477247" w:rsidRDefault="00477247" w:rsidP="006E42B9">
      <w:pPr>
        <w:pStyle w:val="1"/>
        <w:spacing w:before="89"/>
        <w:jc w:val="left"/>
        <w:rPr>
          <w:b w:val="0"/>
          <w:lang w:val="ru-RU"/>
        </w:rPr>
      </w:pPr>
    </w:p>
    <w:p w:rsidR="00477247" w:rsidRPr="00B0236C" w:rsidRDefault="00477247" w:rsidP="006E42B9">
      <w:pPr>
        <w:pStyle w:val="1"/>
        <w:spacing w:before="89"/>
        <w:jc w:val="left"/>
        <w:rPr>
          <w:b w:val="0"/>
          <w:lang w:val="ru-RU"/>
        </w:rPr>
      </w:pPr>
    </w:p>
    <w:p w:rsidR="00205A6E" w:rsidRDefault="00477247" w:rsidP="00477247">
      <w:pPr>
        <w:pStyle w:val="1"/>
        <w:spacing w:before="89"/>
        <w:jc w:val="right"/>
        <w:rPr>
          <w:b w:val="0"/>
          <w:lang w:val="ru-RU"/>
        </w:rPr>
      </w:pPr>
      <w:r>
        <w:rPr>
          <w:b w:val="0"/>
          <w:lang w:val="ru-RU"/>
        </w:rPr>
        <w:t>Қосымша 18</w:t>
      </w:r>
    </w:p>
    <w:p w:rsidR="00477247" w:rsidRDefault="00477247" w:rsidP="00477247">
      <w:pPr>
        <w:pStyle w:val="1"/>
        <w:spacing w:before="89"/>
        <w:jc w:val="right"/>
        <w:rPr>
          <w:b w:val="0"/>
          <w:lang w:val="ru-RU"/>
        </w:rPr>
      </w:pPr>
    </w:p>
    <w:p w:rsidR="00477247" w:rsidRDefault="00477247" w:rsidP="00477247">
      <w:pPr>
        <w:pStyle w:val="1"/>
        <w:spacing w:before="89"/>
        <w:rPr>
          <w:b w:val="0"/>
          <w:lang w:val="ru-RU"/>
        </w:rPr>
      </w:pPr>
      <w:r w:rsidRPr="00477247">
        <w:rPr>
          <w:b w:val="0"/>
          <w:noProof/>
          <w:lang w:val="ru-RU" w:eastAsia="ru-RU"/>
        </w:rPr>
        <w:drawing>
          <wp:inline distT="0" distB="0" distL="0" distR="0" wp14:anchorId="72289B13" wp14:editId="1AD21D64">
            <wp:extent cx="5014949" cy="69771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14949" cy="6977114"/>
                    </a:xfrm>
                    <a:prstGeom prst="rect">
                      <a:avLst/>
                    </a:prstGeom>
                  </pic:spPr>
                </pic:pic>
              </a:graphicData>
            </a:graphic>
          </wp:inline>
        </w:drawing>
      </w:r>
    </w:p>
    <w:p w:rsidR="00686E56" w:rsidRDefault="00686E56" w:rsidP="00477247">
      <w:pPr>
        <w:pStyle w:val="1"/>
        <w:spacing w:before="89"/>
        <w:rPr>
          <w:b w:val="0"/>
          <w:lang w:val="ru-RU"/>
        </w:rPr>
      </w:pPr>
    </w:p>
    <w:p w:rsidR="00686E56" w:rsidRDefault="00686E56" w:rsidP="00477247">
      <w:pPr>
        <w:pStyle w:val="1"/>
        <w:spacing w:before="89"/>
        <w:rPr>
          <w:b w:val="0"/>
          <w:lang w:val="ru-RU"/>
        </w:rPr>
      </w:pPr>
    </w:p>
    <w:p w:rsidR="00686E56" w:rsidRDefault="00686E56" w:rsidP="00477247">
      <w:pPr>
        <w:pStyle w:val="1"/>
        <w:spacing w:before="89"/>
        <w:rPr>
          <w:b w:val="0"/>
          <w:lang w:val="ru-RU"/>
        </w:rPr>
      </w:pPr>
    </w:p>
    <w:p w:rsidR="00686E56" w:rsidRDefault="00686E56" w:rsidP="00477247">
      <w:pPr>
        <w:pStyle w:val="1"/>
        <w:spacing w:before="89"/>
        <w:rPr>
          <w:b w:val="0"/>
          <w:lang w:val="ru-RU"/>
        </w:rPr>
      </w:pPr>
    </w:p>
    <w:p w:rsidR="00686E56" w:rsidRDefault="00686E56" w:rsidP="00477247">
      <w:pPr>
        <w:pStyle w:val="1"/>
        <w:spacing w:before="89"/>
        <w:rPr>
          <w:b w:val="0"/>
          <w:lang w:val="ru-RU"/>
        </w:rPr>
      </w:pPr>
    </w:p>
    <w:p w:rsidR="00686E56" w:rsidRDefault="00686E56" w:rsidP="00477247">
      <w:pPr>
        <w:pStyle w:val="1"/>
        <w:spacing w:before="89"/>
        <w:rPr>
          <w:b w:val="0"/>
          <w:lang w:val="ru-RU"/>
        </w:rPr>
      </w:pPr>
    </w:p>
    <w:p w:rsidR="00686E56" w:rsidRDefault="00686E56" w:rsidP="00686E56">
      <w:pPr>
        <w:pStyle w:val="1"/>
        <w:spacing w:before="89"/>
        <w:jc w:val="right"/>
        <w:rPr>
          <w:b w:val="0"/>
          <w:lang w:val="ru-RU"/>
        </w:rPr>
      </w:pPr>
      <w:r>
        <w:rPr>
          <w:b w:val="0"/>
          <w:lang w:val="ru-RU"/>
        </w:rPr>
        <w:t>Қосымша 19</w:t>
      </w:r>
    </w:p>
    <w:p w:rsidR="00686E56" w:rsidRDefault="00686E56" w:rsidP="00686E56">
      <w:pPr>
        <w:pStyle w:val="1"/>
        <w:spacing w:before="89"/>
        <w:jc w:val="right"/>
        <w:rPr>
          <w:b w:val="0"/>
          <w:lang w:val="ru-RU"/>
        </w:rPr>
      </w:pPr>
    </w:p>
    <w:p w:rsidR="00686E56" w:rsidRDefault="00686E56" w:rsidP="00686E56">
      <w:pPr>
        <w:pStyle w:val="1"/>
        <w:spacing w:before="89"/>
        <w:jc w:val="center"/>
        <w:rPr>
          <w:b w:val="0"/>
          <w:lang w:val="ru-RU"/>
        </w:rPr>
      </w:pPr>
      <w:r w:rsidRPr="00686E56">
        <w:rPr>
          <w:b w:val="0"/>
          <w:noProof/>
          <w:lang w:val="ru-RU" w:eastAsia="ru-RU"/>
        </w:rPr>
        <w:drawing>
          <wp:inline distT="0" distB="0" distL="0" distR="0" wp14:anchorId="3B3199CE" wp14:editId="356A0117">
            <wp:extent cx="5731842" cy="796290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9747" cy="7973882"/>
                    </a:xfrm>
                    <a:prstGeom prst="rect">
                      <a:avLst/>
                    </a:prstGeom>
                  </pic:spPr>
                </pic:pic>
              </a:graphicData>
            </a:graphic>
          </wp:inline>
        </w:drawing>
      </w:r>
    </w:p>
    <w:p w:rsidR="00686E56" w:rsidRDefault="00686E56" w:rsidP="00686E56">
      <w:pPr>
        <w:pStyle w:val="1"/>
        <w:spacing w:before="89"/>
        <w:jc w:val="center"/>
        <w:rPr>
          <w:b w:val="0"/>
          <w:lang w:val="ru-RU"/>
        </w:rPr>
      </w:pPr>
    </w:p>
    <w:p w:rsidR="00686E56" w:rsidRDefault="00686E56" w:rsidP="00686E56">
      <w:pPr>
        <w:pStyle w:val="1"/>
        <w:spacing w:before="89"/>
        <w:jc w:val="center"/>
        <w:rPr>
          <w:b w:val="0"/>
          <w:lang w:val="ru-RU"/>
        </w:rPr>
      </w:pPr>
    </w:p>
    <w:p w:rsidR="00686E56" w:rsidRDefault="00686E56" w:rsidP="00686E56">
      <w:pPr>
        <w:pStyle w:val="1"/>
        <w:spacing w:before="89"/>
        <w:jc w:val="right"/>
        <w:rPr>
          <w:b w:val="0"/>
          <w:lang w:val="ru-RU"/>
        </w:rPr>
      </w:pPr>
      <w:r>
        <w:rPr>
          <w:b w:val="0"/>
        </w:rPr>
        <w:t xml:space="preserve">Қосымша </w:t>
      </w:r>
      <w:r>
        <w:rPr>
          <w:b w:val="0"/>
          <w:lang w:val="ru-RU"/>
        </w:rPr>
        <w:t>20</w:t>
      </w:r>
    </w:p>
    <w:p w:rsidR="00686E56" w:rsidRDefault="00686E56" w:rsidP="00686E56">
      <w:pPr>
        <w:pStyle w:val="1"/>
        <w:spacing w:before="89"/>
        <w:jc w:val="center"/>
        <w:rPr>
          <w:b w:val="0"/>
          <w:lang w:val="ru-RU"/>
        </w:rPr>
      </w:pPr>
      <w:r w:rsidRPr="00686E56">
        <w:rPr>
          <w:b w:val="0"/>
          <w:noProof/>
          <w:lang w:val="ru-RU" w:eastAsia="ru-RU"/>
        </w:rPr>
        <w:drawing>
          <wp:inline distT="0" distB="0" distL="0" distR="0" wp14:anchorId="3456DEF8" wp14:editId="43EB12E0">
            <wp:extent cx="6029325" cy="82010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29370" cy="8201086"/>
                    </a:xfrm>
                    <a:prstGeom prst="rect">
                      <a:avLst/>
                    </a:prstGeom>
                  </pic:spPr>
                </pic:pic>
              </a:graphicData>
            </a:graphic>
          </wp:inline>
        </w:drawing>
      </w:r>
    </w:p>
    <w:p w:rsidR="005A469E" w:rsidRDefault="005A469E" w:rsidP="00686E56">
      <w:pPr>
        <w:pStyle w:val="1"/>
        <w:spacing w:before="89"/>
        <w:jc w:val="center"/>
        <w:rPr>
          <w:b w:val="0"/>
          <w:lang w:val="ru-RU"/>
        </w:rPr>
      </w:pPr>
    </w:p>
    <w:p w:rsidR="005A469E" w:rsidRDefault="005A469E" w:rsidP="00686E56">
      <w:pPr>
        <w:pStyle w:val="1"/>
        <w:spacing w:before="89"/>
        <w:jc w:val="center"/>
        <w:rPr>
          <w:b w:val="0"/>
          <w:lang w:val="ru-RU"/>
        </w:rPr>
      </w:pPr>
    </w:p>
    <w:p w:rsidR="005A469E" w:rsidRDefault="005A469E" w:rsidP="005A469E">
      <w:pPr>
        <w:pStyle w:val="1"/>
        <w:spacing w:before="89"/>
        <w:jc w:val="right"/>
        <w:rPr>
          <w:b w:val="0"/>
          <w:lang w:val="ru-RU"/>
        </w:rPr>
      </w:pPr>
      <w:r>
        <w:rPr>
          <w:b w:val="0"/>
          <w:lang w:val="ru-RU"/>
        </w:rPr>
        <w:t>Қосымша 21</w:t>
      </w:r>
    </w:p>
    <w:p w:rsidR="005A469E" w:rsidRDefault="005A469E" w:rsidP="005A469E">
      <w:pPr>
        <w:pStyle w:val="1"/>
        <w:spacing w:before="89"/>
        <w:ind w:left="142"/>
        <w:jc w:val="left"/>
        <w:rPr>
          <w:b w:val="0"/>
          <w:lang w:val="ru-RU"/>
        </w:rPr>
      </w:pPr>
      <w:r>
        <w:rPr>
          <w:noProof/>
          <w:lang w:val="ru-RU" w:eastAsia="ru-RU"/>
        </w:rPr>
        <w:drawing>
          <wp:inline distT="0" distB="0" distL="0" distR="0" wp14:anchorId="64BA5E4F" wp14:editId="5CC0F02A">
            <wp:extent cx="3231931" cy="3279228"/>
            <wp:effectExtent l="0" t="0" r="6985"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360" cy="3287780"/>
                    </a:xfrm>
                    <a:prstGeom prst="rect">
                      <a:avLst/>
                    </a:prstGeom>
                    <a:noFill/>
                    <a:ln>
                      <a:noFill/>
                    </a:ln>
                    <a:effectLst/>
                    <a:extLst/>
                  </pic:spPr>
                </pic:pic>
              </a:graphicData>
            </a:graphic>
          </wp:inline>
        </w:drawing>
      </w:r>
      <w:r>
        <w:rPr>
          <w:noProof/>
          <w:lang w:val="ru-RU" w:eastAsia="ru-RU"/>
        </w:rPr>
        <w:drawing>
          <wp:inline distT="0" distB="0" distL="0" distR="0" wp14:anchorId="52E14688" wp14:editId="275BB157">
            <wp:extent cx="2727434" cy="3167381"/>
            <wp:effectExtent l="0" t="0" r="0" b="0"/>
            <wp:docPr id="10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r="50000"/>
                    <a:stretch/>
                  </pic:blipFill>
                  <pic:spPr bwMode="auto">
                    <a:xfrm>
                      <a:off x="0" y="0"/>
                      <a:ext cx="2736304" cy="3177682"/>
                    </a:xfrm>
                    <a:prstGeom prst="rect">
                      <a:avLst/>
                    </a:prstGeom>
                    <a:noFill/>
                    <a:ln>
                      <a:noFill/>
                    </a:ln>
                    <a:effectLst/>
                    <a:extLst/>
                  </pic:spPr>
                </pic:pic>
              </a:graphicData>
            </a:graphic>
          </wp:inline>
        </w:drawing>
      </w:r>
    </w:p>
    <w:p w:rsidR="005A469E" w:rsidRDefault="005A469E" w:rsidP="005A469E">
      <w:pPr>
        <w:pStyle w:val="1"/>
        <w:spacing w:before="89"/>
        <w:ind w:left="142"/>
        <w:jc w:val="left"/>
        <w:rPr>
          <w:noProof/>
          <w:lang w:val="ru-RU" w:eastAsia="ru-RU"/>
        </w:rPr>
      </w:pPr>
    </w:p>
    <w:p w:rsidR="005A469E" w:rsidRDefault="005A469E" w:rsidP="005A469E">
      <w:pPr>
        <w:pStyle w:val="1"/>
        <w:spacing w:before="89"/>
        <w:ind w:left="142"/>
        <w:jc w:val="left"/>
        <w:rPr>
          <w:noProof/>
          <w:lang w:val="ru-RU" w:eastAsia="ru-RU"/>
        </w:rPr>
      </w:pPr>
    </w:p>
    <w:p w:rsidR="005A469E" w:rsidRDefault="005A469E" w:rsidP="005A469E">
      <w:pPr>
        <w:pStyle w:val="1"/>
        <w:spacing w:before="89"/>
        <w:ind w:left="142"/>
        <w:jc w:val="left"/>
        <w:rPr>
          <w:noProof/>
          <w:lang w:val="ru-RU" w:eastAsia="ru-RU"/>
        </w:rPr>
      </w:pPr>
      <w:r>
        <w:rPr>
          <w:noProof/>
          <w:lang w:val="ru-RU" w:eastAsia="ru-RU"/>
        </w:rPr>
        <w:drawing>
          <wp:inline distT="0" distB="0" distL="0" distR="0" wp14:anchorId="3CDF125F" wp14:editId="54D09C14">
            <wp:extent cx="2916621" cy="3752193"/>
            <wp:effectExtent l="0" t="0" r="0" b="1270"/>
            <wp:docPr id="1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8561" cy="3780419"/>
                    </a:xfrm>
                    <a:prstGeom prst="rect">
                      <a:avLst/>
                    </a:prstGeom>
                    <a:noFill/>
                    <a:ln>
                      <a:noFill/>
                    </a:ln>
                    <a:effectLst/>
                    <a:extLst/>
                  </pic:spPr>
                </pic:pic>
              </a:graphicData>
            </a:graphic>
          </wp:inline>
        </w:drawing>
      </w:r>
      <w:r>
        <w:rPr>
          <w:noProof/>
          <w:lang w:val="ru-RU" w:eastAsia="ru-RU"/>
        </w:rPr>
        <w:drawing>
          <wp:inline distT="0" distB="0" distL="0" distR="0" wp14:anchorId="26A0045A" wp14:editId="63D3AECF">
            <wp:extent cx="2569780" cy="3231931"/>
            <wp:effectExtent l="0" t="0" r="2540" b="6985"/>
            <wp:docPr id="10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6483" cy="3240361"/>
                    </a:xfrm>
                    <a:prstGeom prst="rect">
                      <a:avLst/>
                    </a:prstGeom>
                    <a:noFill/>
                    <a:ln>
                      <a:noFill/>
                    </a:ln>
                    <a:effectLst/>
                    <a:extLst/>
                  </pic:spPr>
                </pic:pic>
              </a:graphicData>
            </a:graphic>
          </wp:inline>
        </w:drawing>
      </w:r>
    </w:p>
    <w:p w:rsidR="005A469E" w:rsidRDefault="005A469E" w:rsidP="005A469E">
      <w:pPr>
        <w:pStyle w:val="1"/>
        <w:spacing w:before="89"/>
        <w:ind w:left="142"/>
        <w:jc w:val="left"/>
        <w:rPr>
          <w:noProof/>
          <w:lang w:val="ru-RU" w:eastAsia="ru-RU"/>
        </w:rPr>
      </w:pPr>
    </w:p>
    <w:p w:rsidR="005A469E" w:rsidRDefault="005A469E" w:rsidP="005A469E">
      <w:pPr>
        <w:pStyle w:val="1"/>
        <w:spacing w:before="89"/>
        <w:ind w:left="142"/>
        <w:jc w:val="left"/>
        <w:rPr>
          <w:noProof/>
          <w:lang w:val="ru-RU" w:eastAsia="ru-RU"/>
        </w:rPr>
      </w:pPr>
    </w:p>
    <w:p w:rsidR="005A469E" w:rsidRPr="00686E56" w:rsidRDefault="005A469E" w:rsidP="005A469E">
      <w:pPr>
        <w:pStyle w:val="1"/>
        <w:spacing w:before="89"/>
        <w:ind w:left="142"/>
        <w:jc w:val="left"/>
        <w:rPr>
          <w:b w:val="0"/>
          <w:lang w:val="ru-RU"/>
        </w:rPr>
      </w:pPr>
    </w:p>
    <w:sectPr w:rsidR="005A469E" w:rsidRPr="00686E56" w:rsidSect="001446A5">
      <w:footerReference w:type="default" r:id="rId54"/>
      <w:pgSz w:w="11910" w:h="16840"/>
      <w:pgMar w:top="1134" w:right="567" w:bottom="1134" w:left="1701"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262F" w:rsidRDefault="00D3262F">
      <w:r>
        <w:separator/>
      </w:r>
    </w:p>
  </w:endnote>
  <w:endnote w:type="continuationSeparator" w:id="0">
    <w:p w:rsidR="00D3262F" w:rsidRDefault="00D326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DengXian">
    <w:altName w:val="Arial Unicode MS"/>
    <w:panose1 w:val="00000000000000000000"/>
    <w:charset w:val="86"/>
    <w:family w:val="roman"/>
    <w:notTrueType/>
    <w:pitch w:val="default"/>
    <w:sig w:usb0="00000001" w:usb1="080E0000" w:usb2="00000010" w:usb3="00000000" w:csb0="00040000" w:csb1="00000000"/>
  </w:font>
  <w:font w:name="Open San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237" w:rsidRDefault="00DD31CF">
    <w:pPr>
      <w:pStyle w:val="a5"/>
      <w:spacing w:line="14" w:lineRule="auto"/>
      <w:ind w:left="0" w:firstLine="0"/>
      <w:jc w:val="left"/>
      <w:rPr>
        <w:sz w:val="20"/>
      </w:rPr>
    </w:pPr>
    <w:r>
      <w:rPr>
        <w:noProof/>
        <w:lang w:val="ru-RU" w:eastAsia="ru-RU"/>
      </w:rPr>
      <mc:AlternateContent>
        <mc:Choice Requires="wps">
          <w:drawing>
            <wp:anchor distT="0" distB="0" distL="114300" distR="114300" simplePos="0" relativeHeight="477019136" behindDoc="1" locked="0" layoutInCell="1" allowOverlap="1">
              <wp:simplePos x="0" y="0"/>
              <wp:positionH relativeFrom="page">
                <wp:posOffset>4007485</wp:posOffset>
              </wp:positionH>
              <wp:positionV relativeFrom="page">
                <wp:posOffset>9941560</wp:posOffset>
              </wp:positionV>
              <wp:extent cx="268605" cy="165735"/>
              <wp:effectExtent l="0" t="0" r="0" b="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7237" w:rsidRDefault="00587237">
                          <w:pPr>
                            <w:spacing w:before="10"/>
                            <w:ind w:left="60"/>
                            <w:rPr>
                              <w:sz w:val="20"/>
                            </w:rPr>
                          </w:pPr>
                          <w:r>
                            <w:fldChar w:fldCharType="begin"/>
                          </w:r>
                          <w:r>
                            <w:rPr>
                              <w:sz w:val="20"/>
                            </w:rPr>
                            <w:instrText xml:space="preserve"> PAGE </w:instrText>
                          </w:r>
                          <w:r>
                            <w:fldChar w:fldCharType="separate"/>
                          </w:r>
                          <w:r w:rsidR="00DD31CF">
                            <w:rPr>
                              <w:noProof/>
                              <w:sz w:val="20"/>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0" type="#_x0000_t202" style="position:absolute;margin-left:315.55pt;margin-top:782.8pt;width:21.15pt;height:13.05pt;z-index:-2629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IharQIAAKk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" filled="f" stroked="f">
              <v:textbox inset="0,0,0,0">
                <w:txbxContent>
                  <w:p w:rsidR="00587237" w:rsidRDefault="00587237">
                    <w:pPr>
                      <w:spacing w:before="10"/>
                      <w:ind w:left="60"/>
                      <w:rPr>
                        <w:sz w:val="20"/>
                      </w:rPr>
                    </w:pPr>
                    <w:r>
                      <w:fldChar w:fldCharType="begin"/>
                    </w:r>
                    <w:r>
                      <w:rPr>
                        <w:sz w:val="20"/>
                      </w:rPr>
                      <w:instrText xml:space="preserve"> PAGE </w:instrText>
                    </w:r>
                    <w:r>
                      <w:fldChar w:fldCharType="separate"/>
                    </w:r>
                    <w:r w:rsidR="00DD31CF">
                      <w:rPr>
                        <w:noProof/>
                        <w:sz w:val="20"/>
                      </w:rPr>
                      <w:t>21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237" w:rsidRDefault="00DD31CF">
    <w:pPr>
      <w:pStyle w:val="a5"/>
      <w:spacing w:line="14" w:lineRule="auto"/>
      <w:ind w:left="0" w:firstLine="0"/>
      <w:jc w:val="left"/>
      <w:rPr>
        <w:sz w:val="20"/>
      </w:rPr>
    </w:pPr>
    <w:r>
      <w:rPr>
        <w:noProof/>
        <w:lang w:val="ru-RU" w:eastAsia="ru-RU"/>
      </w:rPr>
      <mc:AlternateContent>
        <mc:Choice Requires="wps">
          <w:drawing>
            <wp:anchor distT="0" distB="0" distL="114300" distR="114300" simplePos="0" relativeHeight="477022720" behindDoc="1" locked="0" layoutInCell="1" allowOverlap="1">
              <wp:simplePos x="0" y="0"/>
              <wp:positionH relativeFrom="page">
                <wp:posOffset>3917315</wp:posOffset>
              </wp:positionH>
              <wp:positionV relativeFrom="page">
                <wp:posOffset>9509125</wp:posOffset>
              </wp:positionV>
              <wp:extent cx="268605" cy="165735"/>
              <wp:effectExtent l="0" t="0" r="0"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7237" w:rsidRDefault="00587237">
                          <w:pPr>
                            <w:spacing w:before="10"/>
                            <w:ind w:left="60"/>
                            <w:rPr>
                              <w:sz w:val="20"/>
                            </w:rPr>
                          </w:pPr>
                          <w:r>
                            <w:fldChar w:fldCharType="begin"/>
                          </w:r>
                          <w:r>
                            <w:rPr>
                              <w:sz w:val="20"/>
                            </w:rPr>
                            <w:instrText xml:space="preserve"> PAGE </w:instrText>
                          </w:r>
                          <w:r>
                            <w:fldChar w:fldCharType="separate"/>
                          </w:r>
                          <w:r w:rsidR="00DD31CF">
                            <w:rPr>
                              <w:noProof/>
                              <w:sz w:val="20"/>
                            </w:rPr>
                            <w:t>127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1" type="#_x0000_t202" style="position:absolute;margin-left:308.45pt;margin-top:748.75pt;width:21.15pt;height:13.05pt;z-index:-2629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0CNrwIAALA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" filled="f" stroked="f">
              <v:textbox inset="0,0,0,0">
                <w:txbxContent>
                  <w:p w:rsidR="00587237" w:rsidRDefault="00587237">
                    <w:pPr>
                      <w:spacing w:before="10"/>
                      <w:ind w:left="60"/>
                      <w:rPr>
                        <w:sz w:val="20"/>
                      </w:rPr>
                    </w:pPr>
                    <w:r>
                      <w:fldChar w:fldCharType="begin"/>
                    </w:r>
                    <w:r>
                      <w:rPr>
                        <w:sz w:val="20"/>
                      </w:rPr>
                      <w:instrText xml:space="preserve"> PAGE </w:instrText>
                    </w:r>
                    <w:r>
                      <w:fldChar w:fldCharType="separate"/>
                    </w:r>
                    <w:r w:rsidR="00DD31CF">
                      <w:rPr>
                        <w:noProof/>
                        <w:sz w:val="20"/>
                      </w:rPr>
                      <w:t>127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262F" w:rsidRDefault="00D3262F">
      <w:r>
        <w:separator/>
      </w:r>
    </w:p>
  </w:footnote>
  <w:footnote w:type="continuationSeparator" w:id="0">
    <w:p w:rsidR="00D3262F" w:rsidRDefault="00D326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9" w15:restartNumberingAfterBreak="0">
    <w:nsid w:val="08F60491"/>
    <w:multiLevelType w:val="hybridMultilevel"/>
    <w:tmpl w:val="6EF412F2"/>
    <w:lvl w:ilvl="0" w:tplc="8A880202">
      <w:start w:val="3"/>
      <w:numFmt w:val="decimal"/>
      <w:lvlText w:val="%1"/>
      <w:lvlJc w:val="left"/>
      <w:pPr>
        <w:ind w:left="794" w:hanging="360"/>
      </w:pPr>
      <w:rPr>
        <w:rFonts w:hint="default"/>
      </w:r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10" w15:restartNumberingAfterBreak="0">
    <w:nsid w:val="09110FD3"/>
    <w:multiLevelType w:val="hybridMultilevel"/>
    <w:tmpl w:val="6414F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AFF0982"/>
    <w:multiLevelType w:val="hybridMultilevel"/>
    <w:tmpl w:val="06869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B5F6105"/>
    <w:multiLevelType w:val="hybridMultilevel"/>
    <w:tmpl w:val="C768884C"/>
    <w:lvl w:ilvl="0" w:tplc="2F843162">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4E020B"/>
    <w:multiLevelType w:val="hybridMultilevel"/>
    <w:tmpl w:val="F90274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5701337"/>
    <w:multiLevelType w:val="multilevel"/>
    <w:tmpl w:val="D4A66FE0"/>
    <w:lvl w:ilvl="0">
      <w:start w:val="2"/>
      <w:numFmt w:val="decimal"/>
      <w:lvlText w:val="%1"/>
      <w:lvlJc w:val="left"/>
      <w:pPr>
        <w:ind w:left="849" w:hanging="423"/>
      </w:pPr>
      <w:rPr>
        <w:rFonts w:hint="default"/>
        <w:lang w:val="kk-KZ" w:eastAsia="en-US" w:bidi="ar-SA"/>
      </w:rPr>
    </w:lvl>
    <w:lvl w:ilvl="1">
      <w:start w:val="1"/>
      <w:numFmt w:val="decimal"/>
      <w:lvlText w:val="%1.%2"/>
      <w:lvlJc w:val="left"/>
      <w:pPr>
        <w:ind w:left="1164" w:hanging="423"/>
        <w:jc w:val="right"/>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3005" w:hanging="423"/>
      </w:pPr>
      <w:rPr>
        <w:rFonts w:hint="default"/>
        <w:lang w:val="kk-KZ" w:eastAsia="en-US" w:bidi="ar-SA"/>
      </w:rPr>
    </w:lvl>
    <w:lvl w:ilvl="3">
      <w:numFmt w:val="bullet"/>
      <w:lvlText w:val="•"/>
      <w:lvlJc w:val="left"/>
      <w:pPr>
        <w:ind w:left="3927" w:hanging="423"/>
      </w:pPr>
      <w:rPr>
        <w:rFonts w:hint="default"/>
        <w:lang w:val="kk-KZ" w:eastAsia="en-US" w:bidi="ar-SA"/>
      </w:rPr>
    </w:lvl>
    <w:lvl w:ilvl="4">
      <w:numFmt w:val="bullet"/>
      <w:lvlText w:val="•"/>
      <w:lvlJc w:val="left"/>
      <w:pPr>
        <w:ind w:left="4850" w:hanging="423"/>
      </w:pPr>
      <w:rPr>
        <w:rFonts w:hint="default"/>
        <w:lang w:val="kk-KZ" w:eastAsia="en-US" w:bidi="ar-SA"/>
      </w:rPr>
    </w:lvl>
    <w:lvl w:ilvl="5">
      <w:numFmt w:val="bullet"/>
      <w:lvlText w:val="•"/>
      <w:lvlJc w:val="left"/>
      <w:pPr>
        <w:ind w:left="5773" w:hanging="423"/>
      </w:pPr>
      <w:rPr>
        <w:rFonts w:hint="default"/>
        <w:lang w:val="kk-KZ" w:eastAsia="en-US" w:bidi="ar-SA"/>
      </w:rPr>
    </w:lvl>
    <w:lvl w:ilvl="6">
      <w:numFmt w:val="bullet"/>
      <w:lvlText w:val="•"/>
      <w:lvlJc w:val="left"/>
      <w:pPr>
        <w:ind w:left="6695" w:hanging="423"/>
      </w:pPr>
      <w:rPr>
        <w:rFonts w:hint="default"/>
        <w:lang w:val="kk-KZ" w:eastAsia="en-US" w:bidi="ar-SA"/>
      </w:rPr>
    </w:lvl>
    <w:lvl w:ilvl="7">
      <w:numFmt w:val="bullet"/>
      <w:lvlText w:val="•"/>
      <w:lvlJc w:val="left"/>
      <w:pPr>
        <w:ind w:left="7618" w:hanging="423"/>
      </w:pPr>
      <w:rPr>
        <w:rFonts w:hint="default"/>
        <w:lang w:val="kk-KZ" w:eastAsia="en-US" w:bidi="ar-SA"/>
      </w:rPr>
    </w:lvl>
    <w:lvl w:ilvl="8">
      <w:numFmt w:val="bullet"/>
      <w:lvlText w:val="•"/>
      <w:lvlJc w:val="left"/>
      <w:pPr>
        <w:ind w:left="8541" w:hanging="423"/>
      </w:pPr>
      <w:rPr>
        <w:rFonts w:hint="default"/>
        <w:lang w:val="kk-KZ" w:eastAsia="en-US" w:bidi="ar-SA"/>
      </w:rPr>
    </w:lvl>
  </w:abstractNum>
  <w:abstractNum w:abstractNumId="15" w15:restartNumberingAfterBreak="0">
    <w:nsid w:val="16C96075"/>
    <w:multiLevelType w:val="hybridMultilevel"/>
    <w:tmpl w:val="602877E8"/>
    <w:lvl w:ilvl="0" w:tplc="775A59AE">
      <w:numFmt w:val="bullet"/>
      <w:lvlText w:val=""/>
      <w:lvlJc w:val="left"/>
      <w:pPr>
        <w:ind w:left="809" w:hanging="360"/>
      </w:pPr>
      <w:rPr>
        <w:rFonts w:ascii="Symbol" w:eastAsia="Symbol" w:hAnsi="Symbol" w:cs="Symbol" w:hint="default"/>
        <w:w w:val="100"/>
        <w:sz w:val="28"/>
        <w:szCs w:val="28"/>
        <w:lang w:val="kk-KZ" w:eastAsia="en-US" w:bidi="ar-SA"/>
      </w:rPr>
    </w:lvl>
    <w:lvl w:ilvl="1" w:tplc="EB84EB7E">
      <w:numFmt w:val="bullet"/>
      <w:lvlText w:val="-"/>
      <w:lvlJc w:val="left"/>
      <w:pPr>
        <w:ind w:left="1090" w:hanging="360"/>
      </w:pPr>
      <w:rPr>
        <w:rFonts w:ascii="Times New Roman" w:eastAsia="Times New Roman" w:hAnsi="Times New Roman" w:cs="Times New Roman" w:hint="default"/>
        <w:w w:val="100"/>
        <w:sz w:val="28"/>
        <w:szCs w:val="28"/>
        <w:lang w:val="kk-KZ" w:eastAsia="en-US" w:bidi="ar-SA"/>
      </w:rPr>
    </w:lvl>
    <w:lvl w:ilvl="2" w:tplc="C36CB2D2">
      <w:numFmt w:val="bullet"/>
      <w:lvlText w:val="•"/>
      <w:lvlJc w:val="left"/>
      <w:pPr>
        <w:ind w:left="2131" w:hanging="360"/>
      </w:pPr>
      <w:rPr>
        <w:rFonts w:hint="default"/>
        <w:lang w:val="kk-KZ" w:eastAsia="en-US" w:bidi="ar-SA"/>
      </w:rPr>
    </w:lvl>
    <w:lvl w:ilvl="3" w:tplc="B046FEE2">
      <w:numFmt w:val="bullet"/>
      <w:lvlText w:val="•"/>
      <w:lvlJc w:val="left"/>
      <w:pPr>
        <w:ind w:left="3163" w:hanging="360"/>
      </w:pPr>
      <w:rPr>
        <w:rFonts w:hint="default"/>
        <w:lang w:val="kk-KZ" w:eastAsia="en-US" w:bidi="ar-SA"/>
      </w:rPr>
    </w:lvl>
    <w:lvl w:ilvl="4" w:tplc="CA501D88">
      <w:numFmt w:val="bullet"/>
      <w:lvlText w:val="•"/>
      <w:lvlJc w:val="left"/>
      <w:pPr>
        <w:ind w:left="4195" w:hanging="360"/>
      </w:pPr>
      <w:rPr>
        <w:rFonts w:hint="default"/>
        <w:lang w:val="kk-KZ" w:eastAsia="en-US" w:bidi="ar-SA"/>
      </w:rPr>
    </w:lvl>
    <w:lvl w:ilvl="5" w:tplc="64941E26">
      <w:numFmt w:val="bullet"/>
      <w:lvlText w:val="•"/>
      <w:lvlJc w:val="left"/>
      <w:pPr>
        <w:ind w:left="5227" w:hanging="360"/>
      </w:pPr>
      <w:rPr>
        <w:rFonts w:hint="default"/>
        <w:lang w:val="kk-KZ" w:eastAsia="en-US" w:bidi="ar-SA"/>
      </w:rPr>
    </w:lvl>
    <w:lvl w:ilvl="6" w:tplc="0E541702">
      <w:numFmt w:val="bullet"/>
      <w:lvlText w:val="•"/>
      <w:lvlJc w:val="left"/>
      <w:pPr>
        <w:ind w:left="6259" w:hanging="360"/>
      </w:pPr>
      <w:rPr>
        <w:rFonts w:hint="default"/>
        <w:lang w:val="kk-KZ" w:eastAsia="en-US" w:bidi="ar-SA"/>
      </w:rPr>
    </w:lvl>
    <w:lvl w:ilvl="7" w:tplc="178248FC">
      <w:numFmt w:val="bullet"/>
      <w:lvlText w:val="•"/>
      <w:lvlJc w:val="left"/>
      <w:pPr>
        <w:ind w:left="7290" w:hanging="360"/>
      </w:pPr>
      <w:rPr>
        <w:rFonts w:hint="default"/>
        <w:lang w:val="kk-KZ" w:eastAsia="en-US" w:bidi="ar-SA"/>
      </w:rPr>
    </w:lvl>
    <w:lvl w:ilvl="8" w:tplc="62D88FE2">
      <w:numFmt w:val="bullet"/>
      <w:lvlText w:val="•"/>
      <w:lvlJc w:val="left"/>
      <w:pPr>
        <w:ind w:left="8322" w:hanging="360"/>
      </w:pPr>
      <w:rPr>
        <w:rFonts w:hint="default"/>
        <w:lang w:val="kk-KZ" w:eastAsia="en-US" w:bidi="ar-SA"/>
      </w:rPr>
    </w:lvl>
  </w:abstractNum>
  <w:abstractNum w:abstractNumId="16" w15:restartNumberingAfterBreak="0">
    <w:nsid w:val="18B468F5"/>
    <w:multiLevelType w:val="hybridMultilevel"/>
    <w:tmpl w:val="584E15FE"/>
    <w:lvl w:ilvl="0" w:tplc="E2E4D95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F77E40"/>
    <w:multiLevelType w:val="multilevel"/>
    <w:tmpl w:val="6C5A1E8A"/>
    <w:lvl w:ilvl="0">
      <w:start w:val="2"/>
      <w:numFmt w:val="decimal"/>
      <w:lvlText w:val="%1"/>
      <w:lvlJc w:val="left"/>
      <w:pPr>
        <w:ind w:left="360" w:hanging="360"/>
      </w:pPr>
      <w:rPr>
        <w:rFonts w:hint="default"/>
      </w:rPr>
    </w:lvl>
    <w:lvl w:ilvl="1">
      <w:start w:val="3"/>
      <w:numFmt w:val="decimal"/>
      <w:lvlText w:val="%1.%2"/>
      <w:lvlJc w:val="left"/>
      <w:pPr>
        <w:ind w:left="1353" w:hanging="360"/>
      </w:pPr>
      <w:rPr>
        <w:rFonts w:hint="default"/>
      </w:rPr>
    </w:lvl>
    <w:lvl w:ilvl="2">
      <w:start w:val="1"/>
      <w:numFmt w:val="decimal"/>
      <w:lvlText w:val="%1.%2.%3"/>
      <w:lvlJc w:val="left"/>
      <w:pPr>
        <w:ind w:left="3182" w:hanging="720"/>
      </w:pPr>
      <w:rPr>
        <w:rFonts w:hint="default"/>
      </w:rPr>
    </w:lvl>
    <w:lvl w:ilvl="3">
      <w:start w:val="1"/>
      <w:numFmt w:val="decimal"/>
      <w:lvlText w:val="%1.%2.%3.%4"/>
      <w:lvlJc w:val="left"/>
      <w:pPr>
        <w:ind w:left="4773" w:hanging="1080"/>
      </w:pPr>
      <w:rPr>
        <w:rFonts w:hint="default"/>
      </w:rPr>
    </w:lvl>
    <w:lvl w:ilvl="4">
      <w:start w:val="1"/>
      <w:numFmt w:val="decimal"/>
      <w:lvlText w:val="%1.%2.%3.%4.%5"/>
      <w:lvlJc w:val="left"/>
      <w:pPr>
        <w:ind w:left="6004" w:hanging="1080"/>
      </w:pPr>
      <w:rPr>
        <w:rFonts w:hint="default"/>
      </w:rPr>
    </w:lvl>
    <w:lvl w:ilvl="5">
      <w:start w:val="1"/>
      <w:numFmt w:val="decimal"/>
      <w:lvlText w:val="%1.%2.%3.%4.%5.%6"/>
      <w:lvlJc w:val="left"/>
      <w:pPr>
        <w:ind w:left="7595" w:hanging="1440"/>
      </w:pPr>
      <w:rPr>
        <w:rFonts w:hint="default"/>
      </w:rPr>
    </w:lvl>
    <w:lvl w:ilvl="6">
      <w:start w:val="1"/>
      <w:numFmt w:val="decimal"/>
      <w:lvlText w:val="%1.%2.%3.%4.%5.%6.%7"/>
      <w:lvlJc w:val="left"/>
      <w:pPr>
        <w:ind w:left="8826" w:hanging="1440"/>
      </w:pPr>
      <w:rPr>
        <w:rFonts w:hint="default"/>
      </w:rPr>
    </w:lvl>
    <w:lvl w:ilvl="7">
      <w:start w:val="1"/>
      <w:numFmt w:val="decimal"/>
      <w:lvlText w:val="%1.%2.%3.%4.%5.%6.%7.%8"/>
      <w:lvlJc w:val="left"/>
      <w:pPr>
        <w:ind w:left="10417" w:hanging="1800"/>
      </w:pPr>
      <w:rPr>
        <w:rFonts w:hint="default"/>
      </w:rPr>
    </w:lvl>
    <w:lvl w:ilvl="8">
      <w:start w:val="1"/>
      <w:numFmt w:val="decimal"/>
      <w:lvlText w:val="%1.%2.%3.%4.%5.%6.%7.%8.%9"/>
      <w:lvlJc w:val="left"/>
      <w:pPr>
        <w:ind w:left="12008" w:hanging="2160"/>
      </w:pPr>
      <w:rPr>
        <w:rFonts w:hint="default"/>
      </w:rPr>
    </w:lvl>
  </w:abstractNum>
  <w:abstractNum w:abstractNumId="18" w15:restartNumberingAfterBreak="0">
    <w:nsid w:val="1E0C6F5D"/>
    <w:multiLevelType w:val="hybridMultilevel"/>
    <w:tmpl w:val="15E4412C"/>
    <w:lvl w:ilvl="0" w:tplc="B3FA0188">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9" w15:restartNumberingAfterBreak="0">
    <w:nsid w:val="1FAB09C5"/>
    <w:multiLevelType w:val="hybridMultilevel"/>
    <w:tmpl w:val="1752FB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6D75294"/>
    <w:multiLevelType w:val="hybridMultilevel"/>
    <w:tmpl w:val="6A5840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B5356EF"/>
    <w:multiLevelType w:val="hybridMultilevel"/>
    <w:tmpl w:val="9BF6AE3A"/>
    <w:lvl w:ilvl="0" w:tplc="4104BF62">
      <w:start w:val="1"/>
      <w:numFmt w:val="decimal"/>
      <w:lvlText w:val="%1."/>
      <w:lvlJc w:val="left"/>
      <w:pPr>
        <w:ind w:left="1449" w:hanging="360"/>
      </w:pPr>
      <w:rPr>
        <w:rFonts w:hint="default"/>
      </w:rPr>
    </w:lvl>
    <w:lvl w:ilvl="1" w:tplc="04190019" w:tentative="1">
      <w:start w:val="1"/>
      <w:numFmt w:val="lowerLetter"/>
      <w:lvlText w:val="%2."/>
      <w:lvlJc w:val="left"/>
      <w:pPr>
        <w:ind w:left="2169" w:hanging="360"/>
      </w:pPr>
    </w:lvl>
    <w:lvl w:ilvl="2" w:tplc="0419001B" w:tentative="1">
      <w:start w:val="1"/>
      <w:numFmt w:val="lowerRoman"/>
      <w:lvlText w:val="%3."/>
      <w:lvlJc w:val="right"/>
      <w:pPr>
        <w:ind w:left="2889" w:hanging="180"/>
      </w:pPr>
    </w:lvl>
    <w:lvl w:ilvl="3" w:tplc="0419000F" w:tentative="1">
      <w:start w:val="1"/>
      <w:numFmt w:val="decimal"/>
      <w:lvlText w:val="%4."/>
      <w:lvlJc w:val="left"/>
      <w:pPr>
        <w:ind w:left="3609" w:hanging="360"/>
      </w:pPr>
    </w:lvl>
    <w:lvl w:ilvl="4" w:tplc="04190019" w:tentative="1">
      <w:start w:val="1"/>
      <w:numFmt w:val="lowerLetter"/>
      <w:lvlText w:val="%5."/>
      <w:lvlJc w:val="left"/>
      <w:pPr>
        <w:ind w:left="4329" w:hanging="360"/>
      </w:pPr>
    </w:lvl>
    <w:lvl w:ilvl="5" w:tplc="0419001B" w:tentative="1">
      <w:start w:val="1"/>
      <w:numFmt w:val="lowerRoman"/>
      <w:lvlText w:val="%6."/>
      <w:lvlJc w:val="right"/>
      <w:pPr>
        <w:ind w:left="5049" w:hanging="180"/>
      </w:pPr>
    </w:lvl>
    <w:lvl w:ilvl="6" w:tplc="0419000F" w:tentative="1">
      <w:start w:val="1"/>
      <w:numFmt w:val="decimal"/>
      <w:lvlText w:val="%7."/>
      <w:lvlJc w:val="left"/>
      <w:pPr>
        <w:ind w:left="5769" w:hanging="360"/>
      </w:pPr>
    </w:lvl>
    <w:lvl w:ilvl="7" w:tplc="04190019" w:tentative="1">
      <w:start w:val="1"/>
      <w:numFmt w:val="lowerLetter"/>
      <w:lvlText w:val="%8."/>
      <w:lvlJc w:val="left"/>
      <w:pPr>
        <w:ind w:left="6489" w:hanging="360"/>
      </w:pPr>
    </w:lvl>
    <w:lvl w:ilvl="8" w:tplc="0419001B" w:tentative="1">
      <w:start w:val="1"/>
      <w:numFmt w:val="lowerRoman"/>
      <w:lvlText w:val="%9."/>
      <w:lvlJc w:val="right"/>
      <w:pPr>
        <w:ind w:left="7209" w:hanging="180"/>
      </w:pPr>
    </w:lvl>
  </w:abstractNum>
  <w:abstractNum w:abstractNumId="22" w15:restartNumberingAfterBreak="0">
    <w:nsid w:val="2F005797"/>
    <w:multiLevelType w:val="multilevel"/>
    <w:tmpl w:val="3EB6518A"/>
    <w:lvl w:ilvl="0">
      <w:start w:val="1"/>
      <w:numFmt w:val="decimal"/>
      <w:lvlText w:val="%1."/>
      <w:lvlJc w:val="left"/>
      <w:pPr>
        <w:ind w:left="701" w:hanging="320"/>
      </w:pPr>
      <w:rPr>
        <w:rFonts w:hint="default"/>
        <w:w w:val="99"/>
        <w:lang w:val="kk-KZ" w:eastAsia="en-US" w:bidi="ar-SA"/>
      </w:rPr>
    </w:lvl>
    <w:lvl w:ilvl="1">
      <w:start w:val="1"/>
      <w:numFmt w:val="decimal"/>
      <w:lvlText w:val="%1.%2"/>
      <w:lvlJc w:val="left"/>
      <w:pPr>
        <w:ind w:left="382" w:hanging="615"/>
        <w:jc w:val="right"/>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382" w:hanging="860"/>
      </w:pPr>
      <w:rPr>
        <w:rFonts w:ascii="Times New Roman" w:eastAsia="Times New Roman" w:hAnsi="Times New Roman" w:cs="Times New Roman" w:hint="default"/>
        <w:b/>
        <w:bCs/>
        <w:spacing w:val="-3"/>
        <w:w w:val="100"/>
        <w:sz w:val="28"/>
        <w:szCs w:val="28"/>
        <w:lang w:val="kk-KZ" w:eastAsia="en-US" w:bidi="ar-SA"/>
      </w:rPr>
    </w:lvl>
    <w:lvl w:ilvl="3">
      <w:numFmt w:val="bullet"/>
      <w:lvlText w:val="•"/>
      <w:lvlJc w:val="left"/>
      <w:pPr>
        <w:ind w:left="2852" w:hanging="860"/>
      </w:pPr>
      <w:rPr>
        <w:rFonts w:hint="default"/>
        <w:lang w:val="kk-KZ" w:eastAsia="en-US" w:bidi="ar-SA"/>
      </w:rPr>
    </w:lvl>
    <w:lvl w:ilvl="4">
      <w:numFmt w:val="bullet"/>
      <w:lvlText w:val="•"/>
      <w:lvlJc w:val="left"/>
      <w:pPr>
        <w:ind w:left="3928" w:hanging="860"/>
      </w:pPr>
      <w:rPr>
        <w:rFonts w:hint="default"/>
        <w:lang w:val="kk-KZ" w:eastAsia="en-US" w:bidi="ar-SA"/>
      </w:rPr>
    </w:lvl>
    <w:lvl w:ilvl="5">
      <w:numFmt w:val="bullet"/>
      <w:lvlText w:val="•"/>
      <w:lvlJc w:val="left"/>
      <w:pPr>
        <w:ind w:left="5005" w:hanging="860"/>
      </w:pPr>
      <w:rPr>
        <w:rFonts w:hint="default"/>
        <w:lang w:val="kk-KZ" w:eastAsia="en-US" w:bidi="ar-SA"/>
      </w:rPr>
    </w:lvl>
    <w:lvl w:ilvl="6">
      <w:numFmt w:val="bullet"/>
      <w:lvlText w:val="•"/>
      <w:lvlJc w:val="left"/>
      <w:pPr>
        <w:ind w:left="6081" w:hanging="860"/>
      </w:pPr>
      <w:rPr>
        <w:rFonts w:hint="default"/>
        <w:lang w:val="kk-KZ" w:eastAsia="en-US" w:bidi="ar-SA"/>
      </w:rPr>
    </w:lvl>
    <w:lvl w:ilvl="7">
      <w:numFmt w:val="bullet"/>
      <w:lvlText w:val="•"/>
      <w:lvlJc w:val="left"/>
      <w:pPr>
        <w:ind w:left="7157" w:hanging="860"/>
      </w:pPr>
      <w:rPr>
        <w:rFonts w:hint="default"/>
        <w:lang w:val="kk-KZ" w:eastAsia="en-US" w:bidi="ar-SA"/>
      </w:rPr>
    </w:lvl>
    <w:lvl w:ilvl="8">
      <w:numFmt w:val="bullet"/>
      <w:lvlText w:val="•"/>
      <w:lvlJc w:val="left"/>
      <w:pPr>
        <w:ind w:left="8233" w:hanging="860"/>
      </w:pPr>
      <w:rPr>
        <w:rFonts w:hint="default"/>
        <w:lang w:val="kk-KZ" w:eastAsia="en-US" w:bidi="ar-SA"/>
      </w:rPr>
    </w:lvl>
  </w:abstractNum>
  <w:abstractNum w:abstractNumId="23" w15:restartNumberingAfterBreak="0">
    <w:nsid w:val="34500E6C"/>
    <w:multiLevelType w:val="multilevel"/>
    <w:tmpl w:val="70DAF0E2"/>
    <w:lvl w:ilvl="0">
      <w:start w:val="1"/>
      <w:numFmt w:val="decimal"/>
      <w:lvlText w:val="%1"/>
      <w:lvlJc w:val="left"/>
      <w:pPr>
        <w:ind w:left="646"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382" w:hanging="920"/>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1722" w:hanging="920"/>
      </w:pPr>
      <w:rPr>
        <w:rFonts w:hint="default"/>
        <w:lang w:val="kk-KZ" w:eastAsia="en-US" w:bidi="ar-SA"/>
      </w:rPr>
    </w:lvl>
    <w:lvl w:ilvl="3">
      <w:numFmt w:val="bullet"/>
      <w:lvlText w:val="•"/>
      <w:lvlJc w:val="left"/>
      <w:pPr>
        <w:ind w:left="2805" w:hanging="920"/>
      </w:pPr>
      <w:rPr>
        <w:rFonts w:hint="default"/>
        <w:lang w:val="kk-KZ" w:eastAsia="en-US" w:bidi="ar-SA"/>
      </w:rPr>
    </w:lvl>
    <w:lvl w:ilvl="4">
      <w:numFmt w:val="bullet"/>
      <w:lvlText w:val="•"/>
      <w:lvlJc w:val="left"/>
      <w:pPr>
        <w:ind w:left="3888" w:hanging="920"/>
      </w:pPr>
      <w:rPr>
        <w:rFonts w:hint="default"/>
        <w:lang w:val="kk-KZ" w:eastAsia="en-US" w:bidi="ar-SA"/>
      </w:rPr>
    </w:lvl>
    <w:lvl w:ilvl="5">
      <w:numFmt w:val="bullet"/>
      <w:lvlText w:val="•"/>
      <w:lvlJc w:val="left"/>
      <w:pPr>
        <w:ind w:left="4971" w:hanging="920"/>
      </w:pPr>
      <w:rPr>
        <w:rFonts w:hint="default"/>
        <w:lang w:val="kk-KZ" w:eastAsia="en-US" w:bidi="ar-SA"/>
      </w:rPr>
    </w:lvl>
    <w:lvl w:ilvl="6">
      <w:numFmt w:val="bullet"/>
      <w:lvlText w:val="•"/>
      <w:lvlJc w:val="left"/>
      <w:pPr>
        <w:ind w:left="6054" w:hanging="920"/>
      </w:pPr>
      <w:rPr>
        <w:rFonts w:hint="default"/>
        <w:lang w:val="kk-KZ" w:eastAsia="en-US" w:bidi="ar-SA"/>
      </w:rPr>
    </w:lvl>
    <w:lvl w:ilvl="7">
      <w:numFmt w:val="bullet"/>
      <w:lvlText w:val="•"/>
      <w:lvlJc w:val="left"/>
      <w:pPr>
        <w:ind w:left="7137" w:hanging="920"/>
      </w:pPr>
      <w:rPr>
        <w:rFonts w:hint="default"/>
        <w:lang w:val="kk-KZ" w:eastAsia="en-US" w:bidi="ar-SA"/>
      </w:rPr>
    </w:lvl>
    <w:lvl w:ilvl="8">
      <w:numFmt w:val="bullet"/>
      <w:lvlText w:val="•"/>
      <w:lvlJc w:val="left"/>
      <w:pPr>
        <w:ind w:left="8220" w:hanging="920"/>
      </w:pPr>
      <w:rPr>
        <w:rFonts w:hint="default"/>
        <w:lang w:val="kk-KZ" w:eastAsia="en-US" w:bidi="ar-SA"/>
      </w:rPr>
    </w:lvl>
  </w:abstractNum>
  <w:abstractNum w:abstractNumId="24" w15:restartNumberingAfterBreak="0">
    <w:nsid w:val="377A741E"/>
    <w:multiLevelType w:val="hybridMultilevel"/>
    <w:tmpl w:val="0D3ABB3A"/>
    <w:lvl w:ilvl="0" w:tplc="12C0A2DE">
      <w:start w:val="1"/>
      <w:numFmt w:val="decimal"/>
      <w:lvlText w:val="%1."/>
      <w:lvlJc w:val="left"/>
      <w:pPr>
        <w:ind w:left="1375" w:hanging="428"/>
      </w:pPr>
      <w:rPr>
        <w:rFonts w:ascii="Times New Roman" w:eastAsia="Times New Roman" w:hAnsi="Times New Roman" w:cs="Times New Roman" w:hint="default"/>
        <w:spacing w:val="0"/>
        <w:w w:val="100"/>
        <w:sz w:val="28"/>
        <w:szCs w:val="28"/>
        <w:lang w:val="kk-KZ" w:eastAsia="en-US" w:bidi="ar-SA"/>
      </w:rPr>
    </w:lvl>
    <w:lvl w:ilvl="1" w:tplc="C5504930">
      <w:numFmt w:val="bullet"/>
      <w:lvlText w:val="•"/>
      <w:lvlJc w:val="left"/>
      <w:pPr>
        <w:ind w:left="2280" w:hanging="428"/>
      </w:pPr>
      <w:rPr>
        <w:rFonts w:hint="default"/>
        <w:lang w:val="kk-KZ" w:eastAsia="en-US" w:bidi="ar-SA"/>
      </w:rPr>
    </w:lvl>
    <w:lvl w:ilvl="2" w:tplc="414C7E5A">
      <w:numFmt w:val="bullet"/>
      <w:lvlText w:val="•"/>
      <w:lvlJc w:val="left"/>
      <w:pPr>
        <w:ind w:left="3181" w:hanging="428"/>
      </w:pPr>
      <w:rPr>
        <w:rFonts w:hint="default"/>
        <w:lang w:val="kk-KZ" w:eastAsia="en-US" w:bidi="ar-SA"/>
      </w:rPr>
    </w:lvl>
    <w:lvl w:ilvl="3" w:tplc="C994AF54">
      <w:numFmt w:val="bullet"/>
      <w:lvlText w:val="•"/>
      <w:lvlJc w:val="left"/>
      <w:pPr>
        <w:ind w:left="4081" w:hanging="428"/>
      </w:pPr>
      <w:rPr>
        <w:rFonts w:hint="default"/>
        <w:lang w:val="kk-KZ" w:eastAsia="en-US" w:bidi="ar-SA"/>
      </w:rPr>
    </w:lvl>
    <w:lvl w:ilvl="4" w:tplc="C8089830">
      <w:numFmt w:val="bullet"/>
      <w:lvlText w:val="•"/>
      <w:lvlJc w:val="left"/>
      <w:pPr>
        <w:ind w:left="4982" w:hanging="428"/>
      </w:pPr>
      <w:rPr>
        <w:rFonts w:hint="default"/>
        <w:lang w:val="kk-KZ" w:eastAsia="en-US" w:bidi="ar-SA"/>
      </w:rPr>
    </w:lvl>
    <w:lvl w:ilvl="5" w:tplc="141CB372">
      <w:numFmt w:val="bullet"/>
      <w:lvlText w:val="•"/>
      <w:lvlJc w:val="left"/>
      <w:pPr>
        <w:ind w:left="5883" w:hanging="428"/>
      </w:pPr>
      <w:rPr>
        <w:rFonts w:hint="default"/>
        <w:lang w:val="kk-KZ" w:eastAsia="en-US" w:bidi="ar-SA"/>
      </w:rPr>
    </w:lvl>
    <w:lvl w:ilvl="6" w:tplc="C59C8C44">
      <w:numFmt w:val="bullet"/>
      <w:lvlText w:val="•"/>
      <w:lvlJc w:val="left"/>
      <w:pPr>
        <w:ind w:left="6783" w:hanging="428"/>
      </w:pPr>
      <w:rPr>
        <w:rFonts w:hint="default"/>
        <w:lang w:val="kk-KZ" w:eastAsia="en-US" w:bidi="ar-SA"/>
      </w:rPr>
    </w:lvl>
    <w:lvl w:ilvl="7" w:tplc="AB741982">
      <w:numFmt w:val="bullet"/>
      <w:lvlText w:val="•"/>
      <w:lvlJc w:val="left"/>
      <w:pPr>
        <w:ind w:left="7684" w:hanging="428"/>
      </w:pPr>
      <w:rPr>
        <w:rFonts w:hint="default"/>
        <w:lang w:val="kk-KZ" w:eastAsia="en-US" w:bidi="ar-SA"/>
      </w:rPr>
    </w:lvl>
    <w:lvl w:ilvl="8" w:tplc="053C484C">
      <w:numFmt w:val="bullet"/>
      <w:lvlText w:val="•"/>
      <w:lvlJc w:val="left"/>
      <w:pPr>
        <w:ind w:left="8585" w:hanging="428"/>
      </w:pPr>
      <w:rPr>
        <w:rFonts w:hint="default"/>
        <w:lang w:val="kk-KZ" w:eastAsia="en-US" w:bidi="ar-SA"/>
      </w:rPr>
    </w:lvl>
  </w:abstractNum>
  <w:abstractNum w:abstractNumId="25" w15:restartNumberingAfterBreak="0">
    <w:nsid w:val="38111C2D"/>
    <w:multiLevelType w:val="hybridMultilevel"/>
    <w:tmpl w:val="383CB170"/>
    <w:lvl w:ilvl="0" w:tplc="AC0834D0">
      <w:numFmt w:val="bullet"/>
      <w:lvlText w:val="-"/>
      <w:lvlJc w:val="left"/>
      <w:pPr>
        <w:ind w:left="809" w:hanging="360"/>
      </w:pPr>
      <w:rPr>
        <w:rFonts w:ascii="Times New Roman" w:eastAsia="Times New Roman" w:hAnsi="Times New Roman" w:cs="Times New Roman" w:hint="default"/>
        <w:w w:val="100"/>
        <w:sz w:val="28"/>
        <w:szCs w:val="28"/>
        <w:lang w:val="kk-KZ" w:eastAsia="en-US" w:bidi="ar-SA"/>
      </w:rPr>
    </w:lvl>
    <w:lvl w:ilvl="1" w:tplc="8B302096">
      <w:numFmt w:val="bullet"/>
      <w:lvlText w:val="•"/>
      <w:lvlJc w:val="left"/>
      <w:pPr>
        <w:ind w:left="1758" w:hanging="360"/>
      </w:pPr>
      <w:rPr>
        <w:rFonts w:hint="default"/>
        <w:lang w:val="kk-KZ" w:eastAsia="en-US" w:bidi="ar-SA"/>
      </w:rPr>
    </w:lvl>
    <w:lvl w:ilvl="2" w:tplc="A11E8AB2">
      <w:numFmt w:val="bullet"/>
      <w:lvlText w:val="•"/>
      <w:lvlJc w:val="left"/>
      <w:pPr>
        <w:ind w:left="2717" w:hanging="360"/>
      </w:pPr>
      <w:rPr>
        <w:rFonts w:hint="default"/>
        <w:lang w:val="kk-KZ" w:eastAsia="en-US" w:bidi="ar-SA"/>
      </w:rPr>
    </w:lvl>
    <w:lvl w:ilvl="3" w:tplc="4A7CFF32">
      <w:numFmt w:val="bullet"/>
      <w:lvlText w:val="•"/>
      <w:lvlJc w:val="left"/>
      <w:pPr>
        <w:ind w:left="3675" w:hanging="360"/>
      </w:pPr>
      <w:rPr>
        <w:rFonts w:hint="default"/>
        <w:lang w:val="kk-KZ" w:eastAsia="en-US" w:bidi="ar-SA"/>
      </w:rPr>
    </w:lvl>
    <w:lvl w:ilvl="4" w:tplc="E5F2F7C0">
      <w:numFmt w:val="bullet"/>
      <w:lvlText w:val="•"/>
      <w:lvlJc w:val="left"/>
      <w:pPr>
        <w:ind w:left="4634" w:hanging="360"/>
      </w:pPr>
      <w:rPr>
        <w:rFonts w:hint="default"/>
        <w:lang w:val="kk-KZ" w:eastAsia="en-US" w:bidi="ar-SA"/>
      </w:rPr>
    </w:lvl>
    <w:lvl w:ilvl="5" w:tplc="362EE0EA">
      <w:numFmt w:val="bullet"/>
      <w:lvlText w:val="•"/>
      <w:lvlJc w:val="left"/>
      <w:pPr>
        <w:ind w:left="5593" w:hanging="360"/>
      </w:pPr>
      <w:rPr>
        <w:rFonts w:hint="default"/>
        <w:lang w:val="kk-KZ" w:eastAsia="en-US" w:bidi="ar-SA"/>
      </w:rPr>
    </w:lvl>
    <w:lvl w:ilvl="6" w:tplc="15883FCA">
      <w:numFmt w:val="bullet"/>
      <w:lvlText w:val="•"/>
      <w:lvlJc w:val="left"/>
      <w:pPr>
        <w:ind w:left="6551" w:hanging="360"/>
      </w:pPr>
      <w:rPr>
        <w:rFonts w:hint="default"/>
        <w:lang w:val="kk-KZ" w:eastAsia="en-US" w:bidi="ar-SA"/>
      </w:rPr>
    </w:lvl>
    <w:lvl w:ilvl="7" w:tplc="79DA3F5C">
      <w:numFmt w:val="bullet"/>
      <w:lvlText w:val="•"/>
      <w:lvlJc w:val="left"/>
      <w:pPr>
        <w:ind w:left="7510" w:hanging="360"/>
      </w:pPr>
      <w:rPr>
        <w:rFonts w:hint="default"/>
        <w:lang w:val="kk-KZ" w:eastAsia="en-US" w:bidi="ar-SA"/>
      </w:rPr>
    </w:lvl>
    <w:lvl w:ilvl="8" w:tplc="19345EB2">
      <w:numFmt w:val="bullet"/>
      <w:lvlText w:val="•"/>
      <w:lvlJc w:val="left"/>
      <w:pPr>
        <w:ind w:left="8469" w:hanging="360"/>
      </w:pPr>
      <w:rPr>
        <w:rFonts w:hint="default"/>
        <w:lang w:val="kk-KZ" w:eastAsia="en-US" w:bidi="ar-SA"/>
      </w:rPr>
    </w:lvl>
  </w:abstractNum>
  <w:abstractNum w:abstractNumId="26" w15:restartNumberingAfterBreak="0">
    <w:nsid w:val="38D20020"/>
    <w:multiLevelType w:val="hybridMultilevel"/>
    <w:tmpl w:val="11E4B8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40B2258A"/>
    <w:multiLevelType w:val="hybridMultilevel"/>
    <w:tmpl w:val="8E68CF6A"/>
    <w:lvl w:ilvl="0" w:tplc="9126CC12">
      <w:numFmt w:val="bullet"/>
      <w:lvlText w:val="-"/>
      <w:lvlJc w:val="left"/>
      <w:pPr>
        <w:ind w:left="382" w:hanging="286"/>
      </w:pPr>
      <w:rPr>
        <w:rFonts w:hint="default"/>
        <w:w w:val="100"/>
        <w:lang w:val="kk-KZ" w:eastAsia="en-US" w:bidi="ar-SA"/>
      </w:rPr>
    </w:lvl>
    <w:lvl w:ilvl="1" w:tplc="7A987BEE">
      <w:numFmt w:val="bullet"/>
      <w:lvlText w:val="•"/>
      <w:lvlJc w:val="left"/>
      <w:pPr>
        <w:ind w:left="1380" w:hanging="286"/>
      </w:pPr>
      <w:rPr>
        <w:rFonts w:hint="default"/>
        <w:lang w:val="kk-KZ" w:eastAsia="en-US" w:bidi="ar-SA"/>
      </w:rPr>
    </w:lvl>
    <w:lvl w:ilvl="2" w:tplc="B860B4FA">
      <w:numFmt w:val="bullet"/>
      <w:lvlText w:val="•"/>
      <w:lvlJc w:val="left"/>
      <w:pPr>
        <w:ind w:left="2381" w:hanging="286"/>
      </w:pPr>
      <w:rPr>
        <w:rFonts w:hint="default"/>
        <w:lang w:val="kk-KZ" w:eastAsia="en-US" w:bidi="ar-SA"/>
      </w:rPr>
    </w:lvl>
    <w:lvl w:ilvl="3" w:tplc="6F8E0DBC">
      <w:numFmt w:val="bullet"/>
      <w:lvlText w:val="•"/>
      <w:lvlJc w:val="left"/>
      <w:pPr>
        <w:ind w:left="3381" w:hanging="286"/>
      </w:pPr>
      <w:rPr>
        <w:rFonts w:hint="default"/>
        <w:lang w:val="kk-KZ" w:eastAsia="en-US" w:bidi="ar-SA"/>
      </w:rPr>
    </w:lvl>
    <w:lvl w:ilvl="4" w:tplc="55921EA4">
      <w:numFmt w:val="bullet"/>
      <w:lvlText w:val="•"/>
      <w:lvlJc w:val="left"/>
      <w:pPr>
        <w:ind w:left="4382" w:hanging="286"/>
      </w:pPr>
      <w:rPr>
        <w:rFonts w:hint="default"/>
        <w:lang w:val="kk-KZ" w:eastAsia="en-US" w:bidi="ar-SA"/>
      </w:rPr>
    </w:lvl>
    <w:lvl w:ilvl="5" w:tplc="C1C08270">
      <w:numFmt w:val="bullet"/>
      <w:lvlText w:val="•"/>
      <w:lvlJc w:val="left"/>
      <w:pPr>
        <w:ind w:left="5383" w:hanging="286"/>
      </w:pPr>
      <w:rPr>
        <w:rFonts w:hint="default"/>
        <w:lang w:val="kk-KZ" w:eastAsia="en-US" w:bidi="ar-SA"/>
      </w:rPr>
    </w:lvl>
    <w:lvl w:ilvl="6" w:tplc="864EC7A2">
      <w:numFmt w:val="bullet"/>
      <w:lvlText w:val="•"/>
      <w:lvlJc w:val="left"/>
      <w:pPr>
        <w:ind w:left="6383" w:hanging="286"/>
      </w:pPr>
      <w:rPr>
        <w:rFonts w:hint="default"/>
        <w:lang w:val="kk-KZ" w:eastAsia="en-US" w:bidi="ar-SA"/>
      </w:rPr>
    </w:lvl>
    <w:lvl w:ilvl="7" w:tplc="0BE4AD94">
      <w:numFmt w:val="bullet"/>
      <w:lvlText w:val="•"/>
      <w:lvlJc w:val="left"/>
      <w:pPr>
        <w:ind w:left="7384" w:hanging="286"/>
      </w:pPr>
      <w:rPr>
        <w:rFonts w:hint="default"/>
        <w:lang w:val="kk-KZ" w:eastAsia="en-US" w:bidi="ar-SA"/>
      </w:rPr>
    </w:lvl>
    <w:lvl w:ilvl="8" w:tplc="921497DA">
      <w:numFmt w:val="bullet"/>
      <w:lvlText w:val="•"/>
      <w:lvlJc w:val="left"/>
      <w:pPr>
        <w:ind w:left="8385" w:hanging="286"/>
      </w:pPr>
      <w:rPr>
        <w:rFonts w:hint="default"/>
        <w:lang w:val="kk-KZ" w:eastAsia="en-US" w:bidi="ar-SA"/>
      </w:rPr>
    </w:lvl>
  </w:abstractNum>
  <w:abstractNum w:abstractNumId="28" w15:restartNumberingAfterBreak="0">
    <w:nsid w:val="441467F1"/>
    <w:multiLevelType w:val="hybridMultilevel"/>
    <w:tmpl w:val="C2E2D610"/>
    <w:lvl w:ilvl="0" w:tplc="0419000F">
      <w:start w:val="1"/>
      <w:numFmt w:val="decimal"/>
      <w:lvlText w:val="%1."/>
      <w:lvlJc w:val="left"/>
      <w:pPr>
        <w:ind w:left="2061" w:hanging="360"/>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29" w15:restartNumberingAfterBreak="0">
    <w:nsid w:val="47012BD7"/>
    <w:multiLevelType w:val="hybridMultilevel"/>
    <w:tmpl w:val="45B456B6"/>
    <w:lvl w:ilvl="0" w:tplc="0419000F">
      <w:start w:val="1"/>
      <w:numFmt w:val="decimal"/>
      <w:lvlText w:val="%1."/>
      <w:lvlJc w:val="left"/>
      <w:pPr>
        <w:ind w:left="1356" w:hanging="360"/>
      </w:p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30" w15:restartNumberingAfterBreak="0">
    <w:nsid w:val="4B577FF8"/>
    <w:multiLevelType w:val="hybridMultilevel"/>
    <w:tmpl w:val="2584A356"/>
    <w:lvl w:ilvl="0" w:tplc="AAD2A762">
      <w:start w:val="1"/>
      <w:numFmt w:val="decimal"/>
      <w:lvlText w:val="%1."/>
      <w:lvlJc w:val="left"/>
      <w:pPr>
        <w:ind w:left="662" w:hanging="281"/>
      </w:pPr>
      <w:rPr>
        <w:rFonts w:ascii="Times New Roman" w:eastAsia="Times New Roman" w:hAnsi="Times New Roman" w:cs="Times New Roman" w:hint="default"/>
        <w:w w:val="100"/>
        <w:sz w:val="28"/>
        <w:szCs w:val="28"/>
        <w:lang w:val="kk-KZ" w:eastAsia="en-US" w:bidi="ar-SA"/>
      </w:rPr>
    </w:lvl>
    <w:lvl w:ilvl="1" w:tplc="CA28F98A">
      <w:numFmt w:val="bullet"/>
      <w:lvlText w:val="•"/>
      <w:lvlJc w:val="left"/>
      <w:pPr>
        <w:ind w:left="1632" w:hanging="281"/>
      </w:pPr>
      <w:rPr>
        <w:rFonts w:hint="default"/>
        <w:lang w:val="kk-KZ" w:eastAsia="en-US" w:bidi="ar-SA"/>
      </w:rPr>
    </w:lvl>
    <w:lvl w:ilvl="2" w:tplc="BC72F9BA">
      <w:numFmt w:val="bullet"/>
      <w:lvlText w:val="•"/>
      <w:lvlJc w:val="left"/>
      <w:pPr>
        <w:ind w:left="2605" w:hanging="281"/>
      </w:pPr>
      <w:rPr>
        <w:rFonts w:hint="default"/>
        <w:lang w:val="kk-KZ" w:eastAsia="en-US" w:bidi="ar-SA"/>
      </w:rPr>
    </w:lvl>
    <w:lvl w:ilvl="3" w:tplc="068805E8">
      <w:numFmt w:val="bullet"/>
      <w:lvlText w:val="•"/>
      <w:lvlJc w:val="left"/>
      <w:pPr>
        <w:ind w:left="3577" w:hanging="281"/>
      </w:pPr>
      <w:rPr>
        <w:rFonts w:hint="default"/>
        <w:lang w:val="kk-KZ" w:eastAsia="en-US" w:bidi="ar-SA"/>
      </w:rPr>
    </w:lvl>
    <w:lvl w:ilvl="4" w:tplc="E6FE5010">
      <w:numFmt w:val="bullet"/>
      <w:lvlText w:val="•"/>
      <w:lvlJc w:val="left"/>
      <w:pPr>
        <w:ind w:left="4550" w:hanging="281"/>
      </w:pPr>
      <w:rPr>
        <w:rFonts w:hint="default"/>
        <w:lang w:val="kk-KZ" w:eastAsia="en-US" w:bidi="ar-SA"/>
      </w:rPr>
    </w:lvl>
    <w:lvl w:ilvl="5" w:tplc="EF4006D8">
      <w:numFmt w:val="bullet"/>
      <w:lvlText w:val="•"/>
      <w:lvlJc w:val="left"/>
      <w:pPr>
        <w:ind w:left="5523" w:hanging="281"/>
      </w:pPr>
      <w:rPr>
        <w:rFonts w:hint="default"/>
        <w:lang w:val="kk-KZ" w:eastAsia="en-US" w:bidi="ar-SA"/>
      </w:rPr>
    </w:lvl>
    <w:lvl w:ilvl="6" w:tplc="0BBA28A2">
      <w:numFmt w:val="bullet"/>
      <w:lvlText w:val="•"/>
      <w:lvlJc w:val="left"/>
      <w:pPr>
        <w:ind w:left="6495" w:hanging="281"/>
      </w:pPr>
      <w:rPr>
        <w:rFonts w:hint="default"/>
        <w:lang w:val="kk-KZ" w:eastAsia="en-US" w:bidi="ar-SA"/>
      </w:rPr>
    </w:lvl>
    <w:lvl w:ilvl="7" w:tplc="26FC1886">
      <w:numFmt w:val="bullet"/>
      <w:lvlText w:val="•"/>
      <w:lvlJc w:val="left"/>
      <w:pPr>
        <w:ind w:left="7468" w:hanging="281"/>
      </w:pPr>
      <w:rPr>
        <w:rFonts w:hint="default"/>
        <w:lang w:val="kk-KZ" w:eastAsia="en-US" w:bidi="ar-SA"/>
      </w:rPr>
    </w:lvl>
    <w:lvl w:ilvl="8" w:tplc="316A2D5C">
      <w:numFmt w:val="bullet"/>
      <w:lvlText w:val="•"/>
      <w:lvlJc w:val="left"/>
      <w:pPr>
        <w:ind w:left="8441" w:hanging="281"/>
      </w:pPr>
      <w:rPr>
        <w:rFonts w:hint="default"/>
        <w:lang w:val="kk-KZ" w:eastAsia="en-US" w:bidi="ar-SA"/>
      </w:rPr>
    </w:lvl>
  </w:abstractNum>
  <w:abstractNum w:abstractNumId="31" w15:restartNumberingAfterBreak="0">
    <w:nsid w:val="53B34453"/>
    <w:multiLevelType w:val="hybridMultilevel"/>
    <w:tmpl w:val="46B2AABA"/>
    <w:lvl w:ilvl="0" w:tplc="CB4CA03A">
      <w:start w:val="1"/>
      <w:numFmt w:val="decimal"/>
      <w:lvlText w:val="%1."/>
      <w:lvlJc w:val="left"/>
      <w:pPr>
        <w:ind w:left="818" w:hanging="360"/>
      </w:pPr>
      <w:rPr>
        <w:rFonts w:hint="default"/>
      </w:rPr>
    </w:lvl>
    <w:lvl w:ilvl="1" w:tplc="04190019" w:tentative="1">
      <w:start w:val="1"/>
      <w:numFmt w:val="lowerLetter"/>
      <w:lvlText w:val="%2."/>
      <w:lvlJc w:val="left"/>
      <w:pPr>
        <w:ind w:left="1538" w:hanging="360"/>
      </w:pPr>
    </w:lvl>
    <w:lvl w:ilvl="2" w:tplc="0419001B" w:tentative="1">
      <w:start w:val="1"/>
      <w:numFmt w:val="lowerRoman"/>
      <w:lvlText w:val="%3."/>
      <w:lvlJc w:val="right"/>
      <w:pPr>
        <w:ind w:left="2258" w:hanging="180"/>
      </w:pPr>
    </w:lvl>
    <w:lvl w:ilvl="3" w:tplc="0419000F" w:tentative="1">
      <w:start w:val="1"/>
      <w:numFmt w:val="decimal"/>
      <w:lvlText w:val="%4."/>
      <w:lvlJc w:val="left"/>
      <w:pPr>
        <w:ind w:left="2978" w:hanging="360"/>
      </w:pPr>
    </w:lvl>
    <w:lvl w:ilvl="4" w:tplc="04190019" w:tentative="1">
      <w:start w:val="1"/>
      <w:numFmt w:val="lowerLetter"/>
      <w:lvlText w:val="%5."/>
      <w:lvlJc w:val="left"/>
      <w:pPr>
        <w:ind w:left="3698" w:hanging="360"/>
      </w:pPr>
    </w:lvl>
    <w:lvl w:ilvl="5" w:tplc="0419001B" w:tentative="1">
      <w:start w:val="1"/>
      <w:numFmt w:val="lowerRoman"/>
      <w:lvlText w:val="%6."/>
      <w:lvlJc w:val="right"/>
      <w:pPr>
        <w:ind w:left="4418" w:hanging="180"/>
      </w:pPr>
    </w:lvl>
    <w:lvl w:ilvl="6" w:tplc="0419000F" w:tentative="1">
      <w:start w:val="1"/>
      <w:numFmt w:val="decimal"/>
      <w:lvlText w:val="%7."/>
      <w:lvlJc w:val="left"/>
      <w:pPr>
        <w:ind w:left="5138" w:hanging="360"/>
      </w:pPr>
    </w:lvl>
    <w:lvl w:ilvl="7" w:tplc="04190019" w:tentative="1">
      <w:start w:val="1"/>
      <w:numFmt w:val="lowerLetter"/>
      <w:lvlText w:val="%8."/>
      <w:lvlJc w:val="left"/>
      <w:pPr>
        <w:ind w:left="5858" w:hanging="360"/>
      </w:pPr>
    </w:lvl>
    <w:lvl w:ilvl="8" w:tplc="0419001B" w:tentative="1">
      <w:start w:val="1"/>
      <w:numFmt w:val="lowerRoman"/>
      <w:lvlText w:val="%9."/>
      <w:lvlJc w:val="right"/>
      <w:pPr>
        <w:ind w:left="6578" w:hanging="180"/>
      </w:pPr>
    </w:lvl>
  </w:abstractNum>
  <w:abstractNum w:abstractNumId="32" w15:restartNumberingAfterBreak="0">
    <w:nsid w:val="54075B53"/>
    <w:multiLevelType w:val="hybridMultilevel"/>
    <w:tmpl w:val="733C3824"/>
    <w:lvl w:ilvl="0" w:tplc="FBDE032E">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33" w15:restartNumberingAfterBreak="0">
    <w:nsid w:val="565413E1"/>
    <w:multiLevelType w:val="hybridMultilevel"/>
    <w:tmpl w:val="B3C41E10"/>
    <w:lvl w:ilvl="0" w:tplc="43B85F22">
      <w:numFmt w:val="bullet"/>
      <w:lvlText w:val="-"/>
      <w:lvlJc w:val="left"/>
      <w:pPr>
        <w:ind w:left="1287" w:hanging="360"/>
      </w:pPr>
      <w:rPr>
        <w:rFonts w:hint="default"/>
        <w:w w:val="100"/>
        <w:lang w:val="kk-KZ"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8200C1A"/>
    <w:multiLevelType w:val="hybridMultilevel"/>
    <w:tmpl w:val="C480D746"/>
    <w:lvl w:ilvl="0" w:tplc="4FF01B28">
      <w:start w:val="1"/>
      <w:numFmt w:val="decimal"/>
      <w:lvlText w:val="%1."/>
      <w:lvlJc w:val="left"/>
      <w:pPr>
        <w:ind w:left="1375" w:hanging="428"/>
      </w:pPr>
      <w:rPr>
        <w:rFonts w:ascii="Times New Roman" w:eastAsia="Times New Roman" w:hAnsi="Times New Roman" w:cs="Times New Roman" w:hint="default"/>
        <w:spacing w:val="0"/>
        <w:w w:val="100"/>
        <w:sz w:val="28"/>
        <w:szCs w:val="28"/>
        <w:lang w:val="kk-KZ" w:eastAsia="en-US" w:bidi="ar-SA"/>
      </w:rPr>
    </w:lvl>
    <w:lvl w:ilvl="1" w:tplc="2C123760">
      <w:numFmt w:val="bullet"/>
      <w:lvlText w:val="•"/>
      <w:lvlJc w:val="left"/>
      <w:pPr>
        <w:ind w:left="2280" w:hanging="428"/>
      </w:pPr>
      <w:rPr>
        <w:rFonts w:hint="default"/>
        <w:lang w:val="kk-KZ" w:eastAsia="en-US" w:bidi="ar-SA"/>
      </w:rPr>
    </w:lvl>
    <w:lvl w:ilvl="2" w:tplc="B0BCAC92">
      <w:numFmt w:val="bullet"/>
      <w:lvlText w:val="•"/>
      <w:lvlJc w:val="left"/>
      <w:pPr>
        <w:ind w:left="3181" w:hanging="428"/>
      </w:pPr>
      <w:rPr>
        <w:rFonts w:hint="default"/>
        <w:lang w:val="kk-KZ" w:eastAsia="en-US" w:bidi="ar-SA"/>
      </w:rPr>
    </w:lvl>
    <w:lvl w:ilvl="3" w:tplc="F872BB6C">
      <w:numFmt w:val="bullet"/>
      <w:lvlText w:val="•"/>
      <w:lvlJc w:val="left"/>
      <w:pPr>
        <w:ind w:left="4081" w:hanging="428"/>
      </w:pPr>
      <w:rPr>
        <w:rFonts w:hint="default"/>
        <w:lang w:val="kk-KZ" w:eastAsia="en-US" w:bidi="ar-SA"/>
      </w:rPr>
    </w:lvl>
    <w:lvl w:ilvl="4" w:tplc="C9A2D46E">
      <w:numFmt w:val="bullet"/>
      <w:lvlText w:val="•"/>
      <w:lvlJc w:val="left"/>
      <w:pPr>
        <w:ind w:left="4982" w:hanging="428"/>
      </w:pPr>
      <w:rPr>
        <w:rFonts w:hint="default"/>
        <w:lang w:val="kk-KZ" w:eastAsia="en-US" w:bidi="ar-SA"/>
      </w:rPr>
    </w:lvl>
    <w:lvl w:ilvl="5" w:tplc="0F58F782">
      <w:numFmt w:val="bullet"/>
      <w:lvlText w:val="•"/>
      <w:lvlJc w:val="left"/>
      <w:pPr>
        <w:ind w:left="5883" w:hanging="428"/>
      </w:pPr>
      <w:rPr>
        <w:rFonts w:hint="default"/>
        <w:lang w:val="kk-KZ" w:eastAsia="en-US" w:bidi="ar-SA"/>
      </w:rPr>
    </w:lvl>
    <w:lvl w:ilvl="6" w:tplc="DFAC6C2A">
      <w:numFmt w:val="bullet"/>
      <w:lvlText w:val="•"/>
      <w:lvlJc w:val="left"/>
      <w:pPr>
        <w:ind w:left="6783" w:hanging="428"/>
      </w:pPr>
      <w:rPr>
        <w:rFonts w:hint="default"/>
        <w:lang w:val="kk-KZ" w:eastAsia="en-US" w:bidi="ar-SA"/>
      </w:rPr>
    </w:lvl>
    <w:lvl w:ilvl="7" w:tplc="E9864EA8">
      <w:numFmt w:val="bullet"/>
      <w:lvlText w:val="•"/>
      <w:lvlJc w:val="left"/>
      <w:pPr>
        <w:ind w:left="7684" w:hanging="428"/>
      </w:pPr>
      <w:rPr>
        <w:rFonts w:hint="default"/>
        <w:lang w:val="kk-KZ" w:eastAsia="en-US" w:bidi="ar-SA"/>
      </w:rPr>
    </w:lvl>
    <w:lvl w:ilvl="8" w:tplc="D9E483B4">
      <w:numFmt w:val="bullet"/>
      <w:lvlText w:val="•"/>
      <w:lvlJc w:val="left"/>
      <w:pPr>
        <w:ind w:left="8585" w:hanging="428"/>
      </w:pPr>
      <w:rPr>
        <w:rFonts w:hint="default"/>
        <w:lang w:val="kk-KZ" w:eastAsia="en-US" w:bidi="ar-SA"/>
      </w:rPr>
    </w:lvl>
  </w:abstractNum>
  <w:abstractNum w:abstractNumId="35" w15:restartNumberingAfterBreak="0">
    <w:nsid w:val="5E4707B2"/>
    <w:multiLevelType w:val="hybridMultilevel"/>
    <w:tmpl w:val="B3042B18"/>
    <w:lvl w:ilvl="0" w:tplc="90BE355A">
      <w:start w:val="1"/>
      <w:numFmt w:val="decimal"/>
      <w:lvlText w:val="%1."/>
      <w:lvlJc w:val="left"/>
      <w:pPr>
        <w:ind w:left="662" w:hanging="281"/>
      </w:pPr>
      <w:rPr>
        <w:rFonts w:ascii="Times New Roman" w:eastAsia="Times New Roman" w:hAnsi="Times New Roman" w:cs="Times New Roman" w:hint="default"/>
        <w:spacing w:val="0"/>
        <w:w w:val="100"/>
        <w:sz w:val="28"/>
        <w:szCs w:val="28"/>
        <w:lang w:val="kk-KZ" w:eastAsia="en-US" w:bidi="ar-SA"/>
      </w:rPr>
    </w:lvl>
    <w:lvl w:ilvl="1" w:tplc="4F62E8CA">
      <w:numFmt w:val="bullet"/>
      <w:lvlText w:val="•"/>
      <w:lvlJc w:val="left"/>
      <w:pPr>
        <w:ind w:left="1632" w:hanging="281"/>
      </w:pPr>
      <w:rPr>
        <w:rFonts w:hint="default"/>
        <w:lang w:val="kk-KZ" w:eastAsia="en-US" w:bidi="ar-SA"/>
      </w:rPr>
    </w:lvl>
    <w:lvl w:ilvl="2" w:tplc="474A58CC">
      <w:numFmt w:val="bullet"/>
      <w:lvlText w:val="•"/>
      <w:lvlJc w:val="left"/>
      <w:pPr>
        <w:ind w:left="2605" w:hanging="281"/>
      </w:pPr>
      <w:rPr>
        <w:rFonts w:hint="default"/>
        <w:lang w:val="kk-KZ" w:eastAsia="en-US" w:bidi="ar-SA"/>
      </w:rPr>
    </w:lvl>
    <w:lvl w:ilvl="3" w:tplc="DDFC95F4">
      <w:numFmt w:val="bullet"/>
      <w:lvlText w:val="•"/>
      <w:lvlJc w:val="left"/>
      <w:pPr>
        <w:ind w:left="3577" w:hanging="281"/>
      </w:pPr>
      <w:rPr>
        <w:rFonts w:hint="default"/>
        <w:lang w:val="kk-KZ" w:eastAsia="en-US" w:bidi="ar-SA"/>
      </w:rPr>
    </w:lvl>
    <w:lvl w:ilvl="4" w:tplc="1570F01C">
      <w:numFmt w:val="bullet"/>
      <w:lvlText w:val="•"/>
      <w:lvlJc w:val="left"/>
      <w:pPr>
        <w:ind w:left="4550" w:hanging="281"/>
      </w:pPr>
      <w:rPr>
        <w:rFonts w:hint="default"/>
        <w:lang w:val="kk-KZ" w:eastAsia="en-US" w:bidi="ar-SA"/>
      </w:rPr>
    </w:lvl>
    <w:lvl w:ilvl="5" w:tplc="1B68C762">
      <w:numFmt w:val="bullet"/>
      <w:lvlText w:val="•"/>
      <w:lvlJc w:val="left"/>
      <w:pPr>
        <w:ind w:left="5523" w:hanging="281"/>
      </w:pPr>
      <w:rPr>
        <w:rFonts w:hint="default"/>
        <w:lang w:val="kk-KZ" w:eastAsia="en-US" w:bidi="ar-SA"/>
      </w:rPr>
    </w:lvl>
    <w:lvl w:ilvl="6" w:tplc="6C985F64">
      <w:numFmt w:val="bullet"/>
      <w:lvlText w:val="•"/>
      <w:lvlJc w:val="left"/>
      <w:pPr>
        <w:ind w:left="6495" w:hanging="281"/>
      </w:pPr>
      <w:rPr>
        <w:rFonts w:hint="default"/>
        <w:lang w:val="kk-KZ" w:eastAsia="en-US" w:bidi="ar-SA"/>
      </w:rPr>
    </w:lvl>
    <w:lvl w:ilvl="7" w:tplc="D436BCBE">
      <w:numFmt w:val="bullet"/>
      <w:lvlText w:val="•"/>
      <w:lvlJc w:val="left"/>
      <w:pPr>
        <w:ind w:left="7468" w:hanging="281"/>
      </w:pPr>
      <w:rPr>
        <w:rFonts w:hint="default"/>
        <w:lang w:val="kk-KZ" w:eastAsia="en-US" w:bidi="ar-SA"/>
      </w:rPr>
    </w:lvl>
    <w:lvl w:ilvl="8" w:tplc="7A5E0518">
      <w:numFmt w:val="bullet"/>
      <w:lvlText w:val="•"/>
      <w:lvlJc w:val="left"/>
      <w:pPr>
        <w:ind w:left="8441" w:hanging="281"/>
      </w:pPr>
      <w:rPr>
        <w:rFonts w:hint="default"/>
        <w:lang w:val="kk-KZ" w:eastAsia="en-US" w:bidi="ar-SA"/>
      </w:rPr>
    </w:lvl>
  </w:abstractNum>
  <w:abstractNum w:abstractNumId="36" w15:restartNumberingAfterBreak="0">
    <w:nsid w:val="64543D9B"/>
    <w:multiLevelType w:val="hybridMultilevel"/>
    <w:tmpl w:val="8D3CB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86702BE"/>
    <w:multiLevelType w:val="hybridMultilevel"/>
    <w:tmpl w:val="DB76BB2E"/>
    <w:lvl w:ilvl="0" w:tplc="6D249F4A">
      <w:start w:val="1"/>
      <w:numFmt w:val="decimal"/>
      <w:lvlText w:val="%1."/>
      <w:lvlJc w:val="left"/>
      <w:pPr>
        <w:ind w:left="662" w:hanging="281"/>
      </w:pPr>
      <w:rPr>
        <w:rFonts w:ascii="Times New Roman" w:eastAsia="Times New Roman" w:hAnsi="Times New Roman" w:cs="Times New Roman" w:hint="default"/>
        <w:w w:val="100"/>
        <w:sz w:val="28"/>
        <w:szCs w:val="28"/>
        <w:lang w:val="kk-KZ" w:eastAsia="en-US" w:bidi="ar-SA"/>
      </w:rPr>
    </w:lvl>
    <w:lvl w:ilvl="1" w:tplc="54F01452">
      <w:numFmt w:val="bullet"/>
      <w:lvlText w:val="•"/>
      <w:lvlJc w:val="left"/>
      <w:pPr>
        <w:ind w:left="1632" w:hanging="281"/>
      </w:pPr>
      <w:rPr>
        <w:rFonts w:hint="default"/>
        <w:lang w:val="kk-KZ" w:eastAsia="en-US" w:bidi="ar-SA"/>
      </w:rPr>
    </w:lvl>
    <w:lvl w:ilvl="2" w:tplc="EA462186">
      <w:numFmt w:val="bullet"/>
      <w:lvlText w:val="•"/>
      <w:lvlJc w:val="left"/>
      <w:pPr>
        <w:ind w:left="2605" w:hanging="281"/>
      </w:pPr>
      <w:rPr>
        <w:rFonts w:hint="default"/>
        <w:lang w:val="kk-KZ" w:eastAsia="en-US" w:bidi="ar-SA"/>
      </w:rPr>
    </w:lvl>
    <w:lvl w:ilvl="3" w:tplc="8A682BBE">
      <w:numFmt w:val="bullet"/>
      <w:lvlText w:val="•"/>
      <w:lvlJc w:val="left"/>
      <w:pPr>
        <w:ind w:left="3577" w:hanging="281"/>
      </w:pPr>
      <w:rPr>
        <w:rFonts w:hint="default"/>
        <w:lang w:val="kk-KZ" w:eastAsia="en-US" w:bidi="ar-SA"/>
      </w:rPr>
    </w:lvl>
    <w:lvl w:ilvl="4" w:tplc="95B6F902">
      <w:numFmt w:val="bullet"/>
      <w:lvlText w:val="•"/>
      <w:lvlJc w:val="left"/>
      <w:pPr>
        <w:ind w:left="4550" w:hanging="281"/>
      </w:pPr>
      <w:rPr>
        <w:rFonts w:hint="default"/>
        <w:lang w:val="kk-KZ" w:eastAsia="en-US" w:bidi="ar-SA"/>
      </w:rPr>
    </w:lvl>
    <w:lvl w:ilvl="5" w:tplc="44C47296">
      <w:numFmt w:val="bullet"/>
      <w:lvlText w:val="•"/>
      <w:lvlJc w:val="left"/>
      <w:pPr>
        <w:ind w:left="5523" w:hanging="281"/>
      </w:pPr>
      <w:rPr>
        <w:rFonts w:hint="default"/>
        <w:lang w:val="kk-KZ" w:eastAsia="en-US" w:bidi="ar-SA"/>
      </w:rPr>
    </w:lvl>
    <w:lvl w:ilvl="6" w:tplc="474A3A5C">
      <w:numFmt w:val="bullet"/>
      <w:lvlText w:val="•"/>
      <w:lvlJc w:val="left"/>
      <w:pPr>
        <w:ind w:left="6495" w:hanging="281"/>
      </w:pPr>
      <w:rPr>
        <w:rFonts w:hint="default"/>
        <w:lang w:val="kk-KZ" w:eastAsia="en-US" w:bidi="ar-SA"/>
      </w:rPr>
    </w:lvl>
    <w:lvl w:ilvl="7" w:tplc="61B613B6">
      <w:numFmt w:val="bullet"/>
      <w:lvlText w:val="•"/>
      <w:lvlJc w:val="left"/>
      <w:pPr>
        <w:ind w:left="7468" w:hanging="281"/>
      </w:pPr>
      <w:rPr>
        <w:rFonts w:hint="default"/>
        <w:lang w:val="kk-KZ" w:eastAsia="en-US" w:bidi="ar-SA"/>
      </w:rPr>
    </w:lvl>
    <w:lvl w:ilvl="8" w:tplc="7D0251C6">
      <w:numFmt w:val="bullet"/>
      <w:lvlText w:val="•"/>
      <w:lvlJc w:val="left"/>
      <w:pPr>
        <w:ind w:left="8441" w:hanging="281"/>
      </w:pPr>
      <w:rPr>
        <w:rFonts w:hint="default"/>
        <w:lang w:val="kk-KZ" w:eastAsia="en-US" w:bidi="ar-SA"/>
      </w:rPr>
    </w:lvl>
  </w:abstractNum>
  <w:abstractNum w:abstractNumId="38" w15:restartNumberingAfterBreak="0">
    <w:nsid w:val="6D790657"/>
    <w:multiLevelType w:val="hybridMultilevel"/>
    <w:tmpl w:val="D6AAD38A"/>
    <w:lvl w:ilvl="0" w:tplc="EB84EB7E">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DA64A54"/>
    <w:multiLevelType w:val="hybridMultilevel"/>
    <w:tmpl w:val="91A2649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6FBB3390"/>
    <w:multiLevelType w:val="hybridMultilevel"/>
    <w:tmpl w:val="0EC889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48302C"/>
    <w:multiLevelType w:val="hybridMultilevel"/>
    <w:tmpl w:val="A630F7A8"/>
    <w:lvl w:ilvl="0" w:tplc="7A94072C">
      <w:start w:val="1"/>
      <w:numFmt w:val="decimal"/>
      <w:lvlText w:val="%1."/>
      <w:lvlJc w:val="left"/>
      <w:pPr>
        <w:tabs>
          <w:tab w:val="num" w:pos="720"/>
        </w:tabs>
        <w:ind w:left="720" w:hanging="360"/>
      </w:pPr>
    </w:lvl>
    <w:lvl w:ilvl="1" w:tplc="98E04BC6" w:tentative="1">
      <w:start w:val="1"/>
      <w:numFmt w:val="decimal"/>
      <w:lvlText w:val="%2."/>
      <w:lvlJc w:val="left"/>
      <w:pPr>
        <w:tabs>
          <w:tab w:val="num" w:pos="1440"/>
        </w:tabs>
        <w:ind w:left="1440" w:hanging="360"/>
      </w:pPr>
    </w:lvl>
    <w:lvl w:ilvl="2" w:tplc="6F42A920" w:tentative="1">
      <w:start w:val="1"/>
      <w:numFmt w:val="decimal"/>
      <w:lvlText w:val="%3."/>
      <w:lvlJc w:val="left"/>
      <w:pPr>
        <w:tabs>
          <w:tab w:val="num" w:pos="2160"/>
        </w:tabs>
        <w:ind w:left="2160" w:hanging="360"/>
      </w:pPr>
    </w:lvl>
    <w:lvl w:ilvl="3" w:tplc="D97ADC14" w:tentative="1">
      <w:start w:val="1"/>
      <w:numFmt w:val="decimal"/>
      <w:lvlText w:val="%4."/>
      <w:lvlJc w:val="left"/>
      <w:pPr>
        <w:tabs>
          <w:tab w:val="num" w:pos="2880"/>
        </w:tabs>
        <w:ind w:left="2880" w:hanging="360"/>
      </w:pPr>
    </w:lvl>
    <w:lvl w:ilvl="4" w:tplc="9402B414" w:tentative="1">
      <w:start w:val="1"/>
      <w:numFmt w:val="decimal"/>
      <w:lvlText w:val="%5."/>
      <w:lvlJc w:val="left"/>
      <w:pPr>
        <w:tabs>
          <w:tab w:val="num" w:pos="3600"/>
        </w:tabs>
        <w:ind w:left="3600" w:hanging="360"/>
      </w:pPr>
    </w:lvl>
    <w:lvl w:ilvl="5" w:tplc="DE6C6A88" w:tentative="1">
      <w:start w:val="1"/>
      <w:numFmt w:val="decimal"/>
      <w:lvlText w:val="%6."/>
      <w:lvlJc w:val="left"/>
      <w:pPr>
        <w:tabs>
          <w:tab w:val="num" w:pos="4320"/>
        </w:tabs>
        <w:ind w:left="4320" w:hanging="360"/>
      </w:pPr>
    </w:lvl>
    <w:lvl w:ilvl="6" w:tplc="41B06938" w:tentative="1">
      <w:start w:val="1"/>
      <w:numFmt w:val="decimal"/>
      <w:lvlText w:val="%7."/>
      <w:lvlJc w:val="left"/>
      <w:pPr>
        <w:tabs>
          <w:tab w:val="num" w:pos="5040"/>
        </w:tabs>
        <w:ind w:left="5040" w:hanging="360"/>
      </w:pPr>
    </w:lvl>
    <w:lvl w:ilvl="7" w:tplc="27043E18" w:tentative="1">
      <w:start w:val="1"/>
      <w:numFmt w:val="decimal"/>
      <w:lvlText w:val="%8."/>
      <w:lvlJc w:val="left"/>
      <w:pPr>
        <w:tabs>
          <w:tab w:val="num" w:pos="5760"/>
        </w:tabs>
        <w:ind w:left="5760" w:hanging="360"/>
      </w:pPr>
    </w:lvl>
    <w:lvl w:ilvl="8" w:tplc="A72EF81A" w:tentative="1">
      <w:start w:val="1"/>
      <w:numFmt w:val="decimal"/>
      <w:lvlText w:val="%9."/>
      <w:lvlJc w:val="left"/>
      <w:pPr>
        <w:tabs>
          <w:tab w:val="num" w:pos="6480"/>
        </w:tabs>
        <w:ind w:left="6480" w:hanging="360"/>
      </w:pPr>
    </w:lvl>
  </w:abstractNum>
  <w:abstractNum w:abstractNumId="42" w15:restartNumberingAfterBreak="0">
    <w:nsid w:val="72C71DF2"/>
    <w:multiLevelType w:val="hybridMultilevel"/>
    <w:tmpl w:val="23943EA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74ED0183"/>
    <w:multiLevelType w:val="hybridMultilevel"/>
    <w:tmpl w:val="3C04C3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60F7049"/>
    <w:multiLevelType w:val="hybridMultilevel"/>
    <w:tmpl w:val="C8AC1E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8EA7A2C"/>
    <w:multiLevelType w:val="hybridMultilevel"/>
    <w:tmpl w:val="F7D8A49E"/>
    <w:lvl w:ilvl="0" w:tplc="58F8BE06">
      <w:start w:val="1"/>
      <w:numFmt w:val="decimal"/>
      <w:lvlText w:val="%1."/>
      <w:lvlJc w:val="left"/>
      <w:pPr>
        <w:ind w:left="1048" w:hanging="360"/>
      </w:pPr>
    </w:lvl>
    <w:lvl w:ilvl="1" w:tplc="04190019">
      <w:start w:val="1"/>
      <w:numFmt w:val="lowerLetter"/>
      <w:lvlText w:val="%2."/>
      <w:lvlJc w:val="left"/>
      <w:pPr>
        <w:ind w:left="1768" w:hanging="360"/>
      </w:pPr>
    </w:lvl>
    <w:lvl w:ilvl="2" w:tplc="0419001B">
      <w:start w:val="1"/>
      <w:numFmt w:val="lowerRoman"/>
      <w:lvlText w:val="%3."/>
      <w:lvlJc w:val="right"/>
      <w:pPr>
        <w:ind w:left="2488" w:hanging="180"/>
      </w:pPr>
    </w:lvl>
    <w:lvl w:ilvl="3" w:tplc="0419000F">
      <w:start w:val="1"/>
      <w:numFmt w:val="decimal"/>
      <w:lvlText w:val="%4."/>
      <w:lvlJc w:val="left"/>
      <w:pPr>
        <w:ind w:left="3208" w:hanging="360"/>
      </w:pPr>
    </w:lvl>
    <w:lvl w:ilvl="4" w:tplc="04190019">
      <w:start w:val="1"/>
      <w:numFmt w:val="lowerLetter"/>
      <w:lvlText w:val="%5."/>
      <w:lvlJc w:val="left"/>
      <w:pPr>
        <w:ind w:left="3928" w:hanging="360"/>
      </w:pPr>
    </w:lvl>
    <w:lvl w:ilvl="5" w:tplc="0419001B">
      <w:start w:val="1"/>
      <w:numFmt w:val="lowerRoman"/>
      <w:lvlText w:val="%6."/>
      <w:lvlJc w:val="right"/>
      <w:pPr>
        <w:ind w:left="4648" w:hanging="180"/>
      </w:pPr>
    </w:lvl>
    <w:lvl w:ilvl="6" w:tplc="0419000F">
      <w:start w:val="1"/>
      <w:numFmt w:val="decimal"/>
      <w:lvlText w:val="%7."/>
      <w:lvlJc w:val="left"/>
      <w:pPr>
        <w:ind w:left="5368" w:hanging="360"/>
      </w:pPr>
    </w:lvl>
    <w:lvl w:ilvl="7" w:tplc="04190019">
      <w:start w:val="1"/>
      <w:numFmt w:val="lowerLetter"/>
      <w:lvlText w:val="%8."/>
      <w:lvlJc w:val="left"/>
      <w:pPr>
        <w:ind w:left="6088" w:hanging="360"/>
      </w:pPr>
    </w:lvl>
    <w:lvl w:ilvl="8" w:tplc="0419001B">
      <w:start w:val="1"/>
      <w:numFmt w:val="lowerRoman"/>
      <w:lvlText w:val="%9."/>
      <w:lvlJc w:val="right"/>
      <w:pPr>
        <w:ind w:left="6808" w:hanging="180"/>
      </w:pPr>
    </w:lvl>
  </w:abstractNum>
  <w:abstractNum w:abstractNumId="46" w15:restartNumberingAfterBreak="0">
    <w:nsid w:val="7A416DF9"/>
    <w:multiLevelType w:val="hybridMultilevel"/>
    <w:tmpl w:val="923233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E111A90"/>
    <w:multiLevelType w:val="hybridMultilevel"/>
    <w:tmpl w:val="8D3CB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num>
  <w:num w:numId="2">
    <w:abstractNumId w:val="15"/>
  </w:num>
  <w:num w:numId="3">
    <w:abstractNumId w:val="25"/>
  </w:num>
  <w:num w:numId="4">
    <w:abstractNumId w:val="22"/>
  </w:num>
  <w:num w:numId="5">
    <w:abstractNumId w:val="35"/>
  </w:num>
  <w:num w:numId="6">
    <w:abstractNumId w:val="37"/>
  </w:num>
  <w:num w:numId="7">
    <w:abstractNumId w:val="30"/>
  </w:num>
  <w:num w:numId="8">
    <w:abstractNumId w:val="27"/>
  </w:num>
  <w:num w:numId="9">
    <w:abstractNumId w:val="14"/>
  </w:num>
  <w:num w:numId="10">
    <w:abstractNumId w:val="24"/>
  </w:num>
  <w:num w:numId="11">
    <w:abstractNumId w:val="32"/>
  </w:num>
  <w:num w:numId="12">
    <w:abstractNumId w:val="18"/>
  </w:num>
  <w:num w:numId="13">
    <w:abstractNumId w:val="16"/>
  </w:num>
  <w:num w:numId="14">
    <w:abstractNumId w:val="12"/>
  </w:num>
  <w:num w:numId="15">
    <w:abstractNumId w:val="31"/>
  </w:num>
  <w:num w:numId="16">
    <w:abstractNumId w:val="28"/>
  </w:num>
  <w:num w:numId="17">
    <w:abstractNumId w:val="38"/>
  </w:num>
  <w:num w:numId="18">
    <w:abstractNumId w:val="33"/>
  </w:num>
  <w:num w:numId="19">
    <w:abstractNumId w:val="39"/>
  </w:num>
  <w:num w:numId="20">
    <w:abstractNumId w:val="47"/>
  </w:num>
  <w:num w:numId="21">
    <w:abstractNumId w:val="36"/>
  </w:num>
  <w:num w:numId="22">
    <w:abstractNumId w:val="17"/>
  </w:num>
  <w:num w:numId="23">
    <w:abstractNumId w:val="41"/>
  </w:num>
  <w:num w:numId="24">
    <w:abstractNumId w:val="26"/>
  </w:num>
  <w:num w:numId="25">
    <w:abstractNumId w:val="21"/>
  </w:num>
  <w:num w:numId="26">
    <w:abstractNumId w:val="8"/>
  </w:num>
  <w:num w:numId="27">
    <w:abstractNumId w:val="6"/>
  </w:num>
  <w:num w:numId="28">
    <w:abstractNumId w:val="5"/>
  </w:num>
  <w:num w:numId="29">
    <w:abstractNumId w:val="4"/>
  </w:num>
  <w:num w:numId="30">
    <w:abstractNumId w:val="7"/>
  </w:num>
  <w:num w:numId="31">
    <w:abstractNumId w:val="3"/>
  </w:num>
  <w:num w:numId="32">
    <w:abstractNumId w:val="2"/>
  </w:num>
  <w:num w:numId="33">
    <w:abstractNumId w:val="1"/>
  </w:num>
  <w:num w:numId="34">
    <w:abstractNumId w:val="0"/>
  </w:num>
  <w:num w:numId="35">
    <w:abstractNumId w:val="13"/>
  </w:num>
  <w:num w:numId="36">
    <w:abstractNumId w:val="46"/>
  </w:num>
  <w:num w:numId="37">
    <w:abstractNumId w:val="43"/>
  </w:num>
  <w:num w:numId="38">
    <w:abstractNumId w:val="40"/>
  </w:num>
  <w:num w:numId="39">
    <w:abstractNumId w:val="44"/>
  </w:num>
  <w:num w:numId="40">
    <w:abstractNumId w:val="20"/>
  </w:num>
  <w:num w:numId="41">
    <w:abstractNumId w:val="10"/>
  </w:num>
  <w:num w:numId="42">
    <w:abstractNumId w:val="9"/>
  </w:num>
  <w:num w:numId="43">
    <w:abstractNumId w:val="29"/>
  </w:num>
  <w:num w:numId="44">
    <w:abstractNumId w:val="42"/>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num>
  <w:num w:numId="47">
    <w:abstractNumId w:val="11"/>
  </w:num>
  <w:num w:numId="48">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1ED5"/>
    <w:rsid w:val="00000295"/>
    <w:rsid w:val="00001385"/>
    <w:rsid w:val="0000369C"/>
    <w:rsid w:val="000061B3"/>
    <w:rsid w:val="00006BB2"/>
    <w:rsid w:val="00012509"/>
    <w:rsid w:val="00012A81"/>
    <w:rsid w:val="00020E07"/>
    <w:rsid w:val="000255F5"/>
    <w:rsid w:val="00031003"/>
    <w:rsid w:val="00034B23"/>
    <w:rsid w:val="00040ECB"/>
    <w:rsid w:val="000432BF"/>
    <w:rsid w:val="00044F96"/>
    <w:rsid w:val="000466BB"/>
    <w:rsid w:val="00051111"/>
    <w:rsid w:val="00052070"/>
    <w:rsid w:val="0006001F"/>
    <w:rsid w:val="00060EA2"/>
    <w:rsid w:val="00061250"/>
    <w:rsid w:val="00062556"/>
    <w:rsid w:val="00064B2B"/>
    <w:rsid w:val="00071E1A"/>
    <w:rsid w:val="00086394"/>
    <w:rsid w:val="00091ED1"/>
    <w:rsid w:val="000921AA"/>
    <w:rsid w:val="00096566"/>
    <w:rsid w:val="000A59FC"/>
    <w:rsid w:val="000A6AB2"/>
    <w:rsid w:val="000B1272"/>
    <w:rsid w:val="000B1F3F"/>
    <w:rsid w:val="000B7C50"/>
    <w:rsid w:val="000C17AA"/>
    <w:rsid w:val="000D2DB3"/>
    <w:rsid w:val="000E11E2"/>
    <w:rsid w:val="000E19FA"/>
    <w:rsid w:val="000E4DB6"/>
    <w:rsid w:val="000E5898"/>
    <w:rsid w:val="000E63D4"/>
    <w:rsid w:val="000F14E8"/>
    <w:rsid w:val="000F1A9F"/>
    <w:rsid w:val="00102EA0"/>
    <w:rsid w:val="00104C4F"/>
    <w:rsid w:val="00114068"/>
    <w:rsid w:val="00115463"/>
    <w:rsid w:val="00117926"/>
    <w:rsid w:val="00120C5A"/>
    <w:rsid w:val="00121427"/>
    <w:rsid w:val="001219CC"/>
    <w:rsid w:val="0012290F"/>
    <w:rsid w:val="00131B30"/>
    <w:rsid w:val="0013375F"/>
    <w:rsid w:val="00134E08"/>
    <w:rsid w:val="00143C43"/>
    <w:rsid w:val="001446A5"/>
    <w:rsid w:val="001464D5"/>
    <w:rsid w:val="00146A3E"/>
    <w:rsid w:val="001471A8"/>
    <w:rsid w:val="00156219"/>
    <w:rsid w:val="00161ED5"/>
    <w:rsid w:val="001627AB"/>
    <w:rsid w:val="00174BD6"/>
    <w:rsid w:val="0017576F"/>
    <w:rsid w:val="001822B5"/>
    <w:rsid w:val="00190F02"/>
    <w:rsid w:val="00191C36"/>
    <w:rsid w:val="001961E4"/>
    <w:rsid w:val="00196416"/>
    <w:rsid w:val="00197018"/>
    <w:rsid w:val="001A0EA7"/>
    <w:rsid w:val="001A373E"/>
    <w:rsid w:val="001A40A5"/>
    <w:rsid w:val="001B1A9B"/>
    <w:rsid w:val="001C1E60"/>
    <w:rsid w:val="001C2EBD"/>
    <w:rsid w:val="001C37AB"/>
    <w:rsid w:val="001C42AE"/>
    <w:rsid w:val="001E05B7"/>
    <w:rsid w:val="001E093D"/>
    <w:rsid w:val="001E502D"/>
    <w:rsid w:val="001E6624"/>
    <w:rsid w:val="001F4D1E"/>
    <w:rsid w:val="00200045"/>
    <w:rsid w:val="00201C4B"/>
    <w:rsid w:val="0020559B"/>
    <w:rsid w:val="00205A6E"/>
    <w:rsid w:val="00211535"/>
    <w:rsid w:val="002164B9"/>
    <w:rsid w:val="002250F3"/>
    <w:rsid w:val="0023215E"/>
    <w:rsid w:val="002341D7"/>
    <w:rsid w:val="00240441"/>
    <w:rsid w:val="00245B30"/>
    <w:rsid w:val="00251494"/>
    <w:rsid w:val="002565CB"/>
    <w:rsid w:val="00256BD8"/>
    <w:rsid w:val="00263A09"/>
    <w:rsid w:val="00265615"/>
    <w:rsid w:val="00272C88"/>
    <w:rsid w:val="002B22F1"/>
    <w:rsid w:val="002B2520"/>
    <w:rsid w:val="002B433C"/>
    <w:rsid w:val="002C429A"/>
    <w:rsid w:val="002D22C6"/>
    <w:rsid w:val="002D2CFF"/>
    <w:rsid w:val="002F00AB"/>
    <w:rsid w:val="002F50A7"/>
    <w:rsid w:val="0030608E"/>
    <w:rsid w:val="00324A3A"/>
    <w:rsid w:val="00333326"/>
    <w:rsid w:val="0035324B"/>
    <w:rsid w:val="00360D51"/>
    <w:rsid w:val="0036581D"/>
    <w:rsid w:val="00372526"/>
    <w:rsid w:val="00377E82"/>
    <w:rsid w:val="003838D1"/>
    <w:rsid w:val="00384042"/>
    <w:rsid w:val="0039235E"/>
    <w:rsid w:val="00394EC4"/>
    <w:rsid w:val="003A33AF"/>
    <w:rsid w:val="003B420D"/>
    <w:rsid w:val="003B619F"/>
    <w:rsid w:val="003C1346"/>
    <w:rsid w:val="003D17D7"/>
    <w:rsid w:val="003D1A55"/>
    <w:rsid w:val="003E3E5D"/>
    <w:rsid w:val="003F5101"/>
    <w:rsid w:val="00402EED"/>
    <w:rsid w:val="0040625C"/>
    <w:rsid w:val="004161BA"/>
    <w:rsid w:val="00420235"/>
    <w:rsid w:val="00421B25"/>
    <w:rsid w:val="00424E14"/>
    <w:rsid w:val="004337D5"/>
    <w:rsid w:val="00437E05"/>
    <w:rsid w:val="00445D7E"/>
    <w:rsid w:val="0044623F"/>
    <w:rsid w:val="00446928"/>
    <w:rsid w:val="00452DFD"/>
    <w:rsid w:val="00455F61"/>
    <w:rsid w:val="00456C87"/>
    <w:rsid w:val="00462153"/>
    <w:rsid w:val="00470119"/>
    <w:rsid w:val="00477247"/>
    <w:rsid w:val="00480E7A"/>
    <w:rsid w:val="00481BF4"/>
    <w:rsid w:val="00486768"/>
    <w:rsid w:val="00494085"/>
    <w:rsid w:val="004A15DC"/>
    <w:rsid w:val="004A23A5"/>
    <w:rsid w:val="004A28C0"/>
    <w:rsid w:val="004A4C91"/>
    <w:rsid w:val="004A50C8"/>
    <w:rsid w:val="004A7CFA"/>
    <w:rsid w:val="004B2A96"/>
    <w:rsid w:val="004C4E4B"/>
    <w:rsid w:val="004D0A53"/>
    <w:rsid w:val="004D3CCF"/>
    <w:rsid w:val="004E233A"/>
    <w:rsid w:val="004E39EC"/>
    <w:rsid w:val="004E4EC0"/>
    <w:rsid w:val="004F0DB6"/>
    <w:rsid w:val="004F0F45"/>
    <w:rsid w:val="004F1EAC"/>
    <w:rsid w:val="004F3CFB"/>
    <w:rsid w:val="004F6D3C"/>
    <w:rsid w:val="00502406"/>
    <w:rsid w:val="005037D0"/>
    <w:rsid w:val="005071B5"/>
    <w:rsid w:val="00507462"/>
    <w:rsid w:val="00531DE8"/>
    <w:rsid w:val="00534734"/>
    <w:rsid w:val="0053512E"/>
    <w:rsid w:val="00543023"/>
    <w:rsid w:val="0055073F"/>
    <w:rsid w:val="00550EF4"/>
    <w:rsid w:val="00557F46"/>
    <w:rsid w:val="00561BE4"/>
    <w:rsid w:val="00571AF2"/>
    <w:rsid w:val="00577F70"/>
    <w:rsid w:val="00584B93"/>
    <w:rsid w:val="00587237"/>
    <w:rsid w:val="00592C3A"/>
    <w:rsid w:val="00594789"/>
    <w:rsid w:val="005951AA"/>
    <w:rsid w:val="00596C5F"/>
    <w:rsid w:val="005A20B1"/>
    <w:rsid w:val="005A2C85"/>
    <w:rsid w:val="005A469E"/>
    <w:rsid w:val="005B1E4F"/>
    <w:rsid w:val="005B760C"/>
    <w:rsid w:val="005C08F6"/>
    <w:rsid w:val="005D05B1"/>
    <w:rsid w:val="005D1DD3"/>
    <w:rsid w:val="005D5BC9"/>
    <w:rsid w:val="005E0FF5"/>
    <w:rsid w:val="005E1102"/>
    <w:rsid w:val="005E2BA6"/>
    <w:rsid w:val="005E6062"/>
    <w:rsid w:val="005F6322"/>
    <w:rsid w:val="006003C0"/>
    <w:rsid w:val="00604E4F"/>
    <w:rsid w:val="00606005"/>
    <w:rsid w:val="00617411"/>
    <w:rsid w:val="0062694D"/>
    <w:rsid w:val="006317EB"/>
    <w:rsid w:val="00643649"/>
    <w:rsid w:val="006461D1"/>
    <w:rsid w:val="00647868"/>
    <w:rsid w:val="00653768"/>
    <w:rsid w:val="00654027"/>
    <w:rsid w:val="0066083C"/>
    <w:rsid w:val="00662147"/>
    <w:rsid w:val="006638BD"/>
    <w:rsid w:val="00670021"/>
    <w:rsid w:val="00677700"/>
    <w:rsid w:val="00681A50"/>
    <w:rsid w:val="00686E56"/>
    <w:rsid w:val="00690FCD"/>
    <w:rsid w:val="006A32FF"/>
    <w:rsid w:val="006A40DB"/>
    <w:rsid w:val="006B0584"/>
    <w:rsid w:val="006C02F8"/>
    <w:rsid w:val="006C0445"/>
    <w:rsid w:val="006C5943"/>
    <w:rsid w:val="006D3B17"/>
    <w:rsid w:val="006D6183"/>
    <w:rsid w:val="006E27B4"/>
    <w:rsid w:val="006E2BCA"/>
    <w:rsid w:val="006E377E"/>
    <w:rsid w:val="006E42B9"/>
    <w:rsid w:val="006E543D"/>
    <w:rsid w:val="006F6DF3"/>
    <w:rsid w:val="006F791C"/>
    <w:rsid w:val="006F7FED"/>
    <w:rsid w:val="00700426"/>
    <w:rsid w:val="007033E2"/>
    <w:rsid w:val="00704A75"/>
    <w:rsid w:val="0070518C"/>
    <w:rsid w:val="00707DA1"/>
    <w:rsid w:val="00724866"/>
    <w:rsid w:val="00730DF6"/>
    <w:rsid w:val="00734CE7"/>
    <w:rsid w:val="00735566"/>
    <w:rsid w:val="007355BC"/>
    <w:rsid w:val="00736897"/>
    <w:rsid w:val="00751143"/>
    <w:rsid w:val="00755671"/>
    <w:rsid w:val="00755C33"/>
    <w:rsid w:val="00756609"/>
    <w:rsid w:val="007566C3"/>
    <w:rsid w:val="00756AF8"/>
    <w:rsid w:val="00760340"/>
    <w:rsid w:val="0076056A"/>
    <w:rsid w:val="007611BF"/>
    <w:rsid w:val="00766E4C"/>
    <w:rsid w:val="00785123"/>
    <w:rsid w:val="007862C0"/>
    <w:rsid w:val="00793AB2"/>
    <w:rsid w:val="00796CFB"/>
    <w:rsid w:val="007B019A"/>
    <w:rsid w:val="007B619B"/>
    <w:rsid w:val="007B7A19"/>
    <w:rsid w:val="007C06C3"/>
    <w:rsid w:val="007C3709"/>
    <w:rsid w:val="007D00B1"/>
    <w:rsid w:val="007E4A78"/>
    <w:rsid w:val="007E65A3"/>
    <w:rsid w:val="007F4B63"/>
    <w:rsid w:val="007F5507"/>
    <w:rsid w:val="007F756F"/>
    <w:rsid w:val="008057EA"/>
    <w:rsid w:val="008103F2"/>
    <w:rsid w:val="00816430"/>
    <w:rsid w:val="008230E6"/>
    <w:rsid w:val="00836B34"/>
    <w:rsid w:val="008407ED"/>
    <w:rsid w:val="00843D04"/>
    <w:rsid w:val="008478F6"/>
    <w:rsid w:val="00853088"/>
    <w:rsid w:val="00864163"/>
    <w:rsid w:val="008653F5"/>
    <w:rsid w:val="008A1F50"/>
    <w:rsid w:val="008A63B4"/>
    <w:rsid w:val="008B2E1C"/>
    <w:rsid w:val="008C0CA7"/>
    <w:rsid w:val="008C2A8C"/>
    <w:rsid w:val="008C5D29"/>
    <w:rsid w:val="008C6395"/>
    <w:rsid w:val="008D4DFE"/>
    <w:rsid w:val="008D6C6E"/>
    <w:rsid w:val="008F455A"/>
    <w:rsid w:val="008F5F09"/>
    <w:rsid w:val="0090095E"/>
    <w:rsid w:val="0090719B"/>
    <w:rsid w:val="00911DF8"/>
    <w:rsid w:val="00914A9B"/>
    <w:rsid w:val="00925C8B"/>
    <w:rsid w:val="00935D62"/>
    <w:rsid w:val="0094126E"/>
    <w:rsid w:val="009423E3"/>
    <w:rsid w:val="00942433"/>
    <w:rsid w:val="0094420F"/>
    <w:rsid w:val="00955D6A"/>
    <w:rsid w:val="009604A4"/>
    <w:rsid w:val="00962608"/>
    <w:rsid w:val="009A0F1C"/>
    <w:rsid w:val="009A1CB7"/>
    <w:rsid w:val="009A1CDA"/>
    <w:rsid w:val="009A23F7"/>
    <w:rsid w:val="009A759A"/>
    <w:rsid w:val="009B2516"/>
    <w:rsid w:val="009B3B87"/>
    <w:rsid w:val="009B72A2"/>
    <w:rsid w:val="009C0F12"/>
    <w:rsid w:val="009C1F45"/>
    <w:rsid w:val="009C6703"/>
    <w:rsid w:val="009E1CAA"/>
    <w:rsid w:val="009E4859"/>
    <w:rsid w:val="009E5E9C"/>
    <w:rsid w:val="009F079C"/>
    <w:rsid w:val="009F0D60"/>
    <w:rsid w:val="009F1DB9"/>
    <w:rsid w:val="00A00B38"/>
    <w:rsid w:val="00A03EA4"/>
    <w:rsid w:val="00A160DB"/>
    <w:rsid w:val="00A200AA"/>
    <w:rsid w:val="00A20778"/>
    <w:rsid w:val="00A222C1"/>
    <w:rsid w:val="00A23D16"/>
    <w:rsid w:val="00A306AD"/>
    <w:rsid w:val="00A322BA"/>
    <w:rsid w:val="00A47516"/>
    <w:rsid w:val="00A53552"/>
    <w:rsid w:val="00A623C1"/>
    <w:rsid w:val="00A66E3A"/>
    <w:rsid w:val="00A742D8"/>
    <w:rsid w:val="00A753F8"/>
    <w:rsid w:val="00A810BF"/>
    <w:rsid w:val="00A839B4"/>
    <w:rsid w:val="00A87065"/>
    <w:rsid w:val="00A96A95"/>
    <w:rsid w:val="00A9746B"/>
    <w:rsid w:val="00AB4E23"/>
    <w:rsid w:val="00AB58A5"/>
    <w:rsid w:val="00AB799A"/>
    <w:rsid w:val="00AC0B95"/>
    <w:rsid w:val="00AC29A3"/>
    <w:rsid w:val="00AD231C"/>
    <w:rsid w:val="00AD76F6"/>
    <w:rsid w:val="00AF134C"/>
    <w:rsid w:val="00B0236C"/>
    <w:rsid w:val="00B158A8"/>
    <w:rsid w:val="00B22AA2"/>
    <w:rsid w:val="00B34092"/>
    <w:rsid w:val="00B369A8"/>
    <w:rsid w:val="00B40C92"/>
    <w:rsid w:val="00B51AD7"/>
    <w:rsid w:val="00B573A8"/>
    <w:rsid w:val="00B632CA"/>
    <w:rsid w:val="00B7090A"/>
    <w:rsid w:val="00B71383"/>
    <w:rsid w:val="00B732FE"/>
    <w:rsid w:val="00B809F8"/>
    <w:rsid w:val="00B874DB"/>
    <w:rsid w:val="00B920EB"/>
    <w:rsid w:val="00B97E50"/>
    <w:rsid w:val="00BB3CB8"/>
    <w:rsid w:val="00BC359F"/>
    <w:rsid w:val="00BE7D07"/>
    <w:rsid w:val="00BF3300"/>
    <w:rsid w:val="00BF49C9"/>
    <w:rsid w:val="00BF57FE"/>
    <w:rsid w:val="00C12BE6"/>
    <w:rsid w:val="00C1563C"/>
    <w:rsid w:val="00C16CE0"/>
    <w:rsid w:val="00C207E6"/>
    <w:rsid w:val="00C2240B"/>
    <w:rsid w:val="00C260E2"/>
    <w:rsid w:val="00C31DE2"/>
    <w:rsid w:val="00C440A4"/>
    <w:rsid w:val="00C471D6"/>
    <w:rsid w:val="00C513E3"/>
    <w:rsid w:val="00C660FA"/>
    <w:rsid w:val="00C72CA7"/>
    <w:rsid w:val="00C83F60"/>
    <w:rsid w:val="00C8593D"/>
    <w:rsid w:val="00C93A1B"/>
    <w:rsid w:val="00CA4DE3"/>
    <w:rsid w:val="00CA5C29"/>
    <w:rsid w:val="00CB5638"/>
    <w:rsid w:val="00CC1429"/>
    <w:rsid w:val="00CC33C8"/>
    <w:rsid w:val="00CC5261"/>
    <w:rsid w:val="00CD26B3"/>
    <w:rsid w:val="00CD3323"/>
    <w:rsid w:val="00CD44AF"/>
    <w:rsid w:val="00CE37EC"/>
    <w:rsid w:val="00CF04A5"/>
    <w:rsid w:val="00D0003F"/>
    <w:rsid w:val="00D021F7"/>
    <w:rsid w:val="00D03821"/>
    <w:rsid w:val="00D24D32"/>
    <w:rsid w:val="00D26EB7"/>
    <w:rsid w:val="00D274D7"/>
    <w:rsid w:val="00D30CDA"/>
    <w:rsid w:val="00D316D1"/>
    <w:rsid w:val="00D3262F"/>
    <w:rsid w:val="00D33739"/>
    <w:rsid w:val="00D4023E"/>
    <w:rsid w:val="00D41616"/>
    <w:rsid w:val="00D42B9F"/>
    <w:rsid w:val="00D55DB4"/>
    <w:rsid w:val="00D57D99"/>
    <w:rsid w:val="00D71594"/>
    <w:rsid w:val="00D73054"/>
    <w:rsid w:val="00D74276"/>
    <w:rsid w:val="00D7737E"/>
    <w:rsid w:val="00D808FA"/>
    <w:rsid w:val="00D850E7"/>
    <w:rsid w:val="00D8518C"/>
    <w:rsid w:val="00D85756"/>
    <w:rsid w:val="00D90873"/>
    <w:rsid w:val="00D91E62"/>
    <w:rsid w:val="00D9310D"/>
    <w:rsid w:val="00DA2F8C"/>
    <w:rsid w:val="00DA3EAA"/>
    <w:rsid w:val="00DA741C"/>
    <w:rsid w:val="00DB1A73"/>
    <w:rsid w:val="00DB5943"/>
    <w:rsid w:val="00DB7566"/>
    <w:rsid w:val="00DC2AFC"/>
    <w:rsid w:val="00DD0332"/>
    <w:rsid w:val="00DD10FC"/>
    <w:rsid w:val="00DD2F72"/>
    <w:rsid w:val="00DD31CF"/>
    <w:rsid w:val="00DD49DF"/>
    <w:rsid w:val="00DD78FF"/>
    <w:rsid w:val="00DF144F"/>
    <w:rsid w:val="00DF5790"/>
    <w:rsid w:val="00E0033A"/>
    <w:rsid w:val="00E07812"/>
    <w:rsid w:val="00E12F13"/>
    <w:rsid w:val="00E22C29"/>
    <w:rsid w:val="00E23631"/>
    <w:rsid w:val="00E27CBD"/>
    <w:rsid w:val="00E505A1"/>
    <w:rsid w:val="00E51426"/>
    <w:rsid w:val="00E51612"/>
    <w:rsid w:val="00E563D5"/>
    <w:rsid w:val="00E677AD"/>
    <w:rsid w:val="00E713C8"/>
    <w:rsid w:val="00E7303D"/>
    <w:rsid w:val="00E76222"/>
    <w:rsid w:val="00E80106"/>
    <w:rsid w:val="00E97EA4"/>
    <w:rsid w:val="00EA0B55"/>
    <w:rsid w:val="00EA68DA"/>
    <w:rsid w:val="00EA765B"/>
    <w:rsid w:val="00EB1D13"/>
    <w:rsid w:val="00EB415D"/>
    <w:rsid w:val="00EB4B90"/>
    <w:rsid w:val="00EC0D68"/>
    <w:rsid w:val="00EC1CF0"/>
    <w:rsid w:val="00EC3E49"/>
    <w:rsid w:val="00ED7571"/>
    <w:rsid w:val="00EF2BD2"/>
    <w:rsid w:val="00EF3F1E"/>
    <w:rsid w:val="00EF54FA"/>
    <w:rsid w:val="00EF7233"/>
    <w:rsid w:val="00F12E3C"/>
    <w:rsid w:val="00F13529"/>
    <w:rsid w:val="00F33F96"/>
    <w:rsid w:val="00F37DA2"/>
    <w:rsid w:val="00F453CC"/>
    <w:rsid w:val="00F471AE"/>
    <w:rsid w:val="00F5659D"/>
    <w:rsid w:val="00F62D6D"/>
    <w:rsid w:val="00F63869"/>
    <w:rsid w:val="00F65AC0"/>
    <w:rsid w:val="00F66DD3"/>
    <w:rsid w:val="00F702F1"/>
    <w:rsid w:val="00F802CF"/>
    <w:rsid w:val="00F8409E"/>
    <w:rsid w:val="00F858CE"/>
    <w:rsid w:val="00F90571"/>
    <w:rsid w:val="00F90E1B"/>
    <w:rsid w:val="00F97846"/>
    <w:rsid w:val="00FB5AAD"/>
    <w:rsid w:val="00FB7518"/>
    <w:rsid w:val="00FC1295"/>
    <w:rsid w:val="00FD1257"/>
    <w:rsid w:val="00FD2D9F"/>
    <w:rsid w:val="00FD5748"/>
    <w:rsid w:val="00FE33E0"/>
    <w:rsid w:val="00FE5A4B"/>
    <w:rsid w:val="00FF27C5"/>
    <w:rsid w:val="00FF41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A1F0EF7-2DFC-498E-AA6E-46D2BADCD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uiPriority w:val="1"/>
    <w:qFormat/>
    <w:rPr>
      <w:rFonts w:ascii="Times New Roman" w:eastAsia="Times New Roman" w:hAnsi="Times New Roman" w:cs="Times New Roman"/>
      <w:lang w:val="kk-KZ"/>
    </w:rPr>
  </w:style>
  <w:style w:type="paragraph" w:styleId="1">
    <w:name w:val="heading 1"/>
    <w:basedOn w:val="a1"/>
    <w:link w:val="10"/>
    <w:uiPriority w:val="9"/>
    <w:qFormat/>
    <w:pPr>
      <w:spacing w:before="72"/>
      <w:ind w:left="382"/>
      <w:jc w:val="both"/>
      <w:outlineLvl w:val="0"/>
    </w:pPr>
    <w:rPr>
      <w:b/>
      <w:bCs/>
      <w:sz w:val="28"/>
      <w:szCs w:val="28"/>
    </w:rPr>
  </w:style>
  <w:style w:type="paragraph" w:styleId="21">
    <w:name w:val="heading 2"/>
    <w:basedOn w:val="a1"/>
    <w:link w:val="22"/>
    <w:uiPriority w:val="9"/>
    <w:qFormat/>
    <w:pPr>
      <w:spacing w:before="5" w:line="318" w:lineRule="exact"/>
      <w:ind w:left="948"/>
      <w:jc w:val="both"/>
      <w:outlineLvl w:val="1"/>
    </w:pPr>
    <w:rPr>
      <w:b/>
      <w:bCs/>
      <w:i/>
      <w:iCs/>
      <w:sz w:val="28"/>
      <w:szCs w:val="28"/>
    </w:rPr>
  </w:style>
  <w:style w:type="paragraph" w:styleId="31">
    <w:name w:val="heading 3"/>
    <w:basedOn w:val="a1"/>
    <w:next w:val="a1"/>
    <w:link w:val="32"/>
    <w:uiPriority w:val="9"/>
    <w:semiHidden/>
    <w:unhideWhenUsed/>
    <w:qFormat/>
    <w:rsid w:val="00B632CA"/>
    <w:pPr>
      <w:keepNext/>
      <w:keepLines/>
      <w:spacing w:before="200"/>
      <w:outlineLvl w:val="2"/>
    </w:pPr>
    <w:rPr>
      <w:rFonts w:ascii="Calibri" w:eastAsia="MS Gothic" w:hAnsi="Calibri"/>
      <w:b/>
      <w:bCs/>
      <w:color w:val="4F81BD"/>
      <w:lang w:val="en-US"/>
    </w:rPr>
  </w:style>
  <w:style w:type="paragraph" w:styleId="4">
    <w:name w:val="heading 4"/>
    <w:basedOn w:val="a1"/>
    <w:next w:val="a1"/>
    <w:link w:val="40"/>
    <w:uiPriority w:val="9"/>
    <w:semiHidden/>
    <w:unhideWhenUsed/>
    <w:qFormat/>
    <w:rsid w:val="00B632CA"/>
    <w:pPr>
      <w:keepNext/>
      <w:keepLines/>
      <w:spacing w:before="200"/>
      <w:outlineLvl w:val="3"/>
    </w:pPr>
    <w:rPr>
      <w:rFonts w:ascii="Calibri" w:eastAsia="MS Gothic" w:hAnsi="Calibri"/>
      <w:b/>
      <w:bCs/>
      <w:i/>
      <w:iCs/>
      <w:color w:val="4F81BD"/>
      <w:lang w:val="en-US"/>
    </w:rPr>
  </w:style>
  <w:style w:type="paragraph" w:styleId="5">
    <w:name w:val="heading 5"/>
    <w:basedOn w:val="a1"/>
    <w:next w:val="a1"/>
    <w:link w:val="50"/>
    <w:uiPriority w:val="9"/>
    <w:semiHidden/>
    <w:unhideWhenUsed/>
    <w:qFormat/>
    <w:rsid w:val="00B632CA"/>
    <w:pPr>
      <w:keepNext/>
      <w:keepLines/>
      <w:spacing w:before="200"/>
      <w:outlineLvl w:val="4"/>
    </w:pPr>
    <w:rPr>
      <w:rFonts w:ascii="Calibri" w:eastAsia="MS Gothic" w:hAnsi="Calibri"/>
      <w:color w:val="243F60"/>
      <w:lang w:val="en-US"/>
    </w:rPr>
  </w:style>
  <w:style w:type="paragraph" w:styleId="6">
    <w:name w:val="heading 6"/>
    <w:basedOn w:val="a1"/>
    <w:next w:val="a1"/>
    <w:link w:val="60"/>
    <w:uiPriority w:val="9"/>
    <w:semiHidden/>
    <w:unhideWhenUsed/>
    <w:qFormat/>
    <w:rsid w:val="00B632CA"/>
    <w:pPr>
      <w:keepNext/>
      <w:keepLines/>
      <w:spacing w:before="200"/>
      <w:outlineLvl w:val="5"/>
    </w:pPr>
    <w:rPr>
      <w:rFonts w:ascii="Calibri" w:eastAsia="MS Gothic" w:hAnsi="Calibri"/>
      <w:i/>
      <w:iCs/>
      <w:color w:val="243F60"/>
      <w:lang w:val="en-US"/>
    </w:rPr>
  </w:style>
  <w:style w:type="paragraph" w:styleId="7">
    <w:name w:val="heading 7"/>
    <w:basedOn w:val="a1"/>
    <w:next w:val="a1"/>
    <w:link w:val="70"/>
    <w:uiPriority w:val="9"/>
    <w:semiHidden/>
    <w:unhideWhenUsed/>
    <w:qFormat/>
    <w:rsid w:val="00B632CA"/>
    <w:pPr>
      <w:keepNext/>
      <w:keepLines/>
      <w:spacing w:before="200"/>
      <w:outlineLvl w:val="6"/>
    </w:pPr>
    <w:rPr>
      <w:rFonts w:ascii="Calibri" w:eastAsia="MS Gothic" w:hAnsi="Calibri"/>
      <w:i/>
      <w:iCs/>
      <w:color w:val="404040"/>
      <w:lang w:val="en-US"/>
    </w:rPr>
  </w:style>
  <w:style w:type="paragraph" w:styleId="8">
    <w:name w:val="heading 8"/>
    <w:basedOn w:val="a1"/>
    <w:next w:val="a1"/>
    <w:link w:val="80"/>
    <w:uiPriority w:val="9"/>
    <w:semiHidden/>
    <w:unhideWhenUsed/>
    <w:qFormat/>
    <w:rsid w:val="00B632CA"/>
    <w:pPr>
      <w:keepNext/>
      <w:keepLines/>
      <w:spacing w:before="200"/>
      <w:outlineLvl w:val="7"/>
    </w:pPr>
    <w:rPr>
      <w:rFonts w:ascii="Calibri" w:eastAsia="MS Gothic" w:hAnsi="Calibri"/>
      <w:color w:val="4F81BD"/>
      <w:sz w:val="20"/>
      <w:szCs w:val="20"/>
      <w:lang w:val="en-US"/>
    </w:rPr>
  </w:style>
  <w:style w:type="paragraph" w:styleId="9">
    <w:name w:val="heading 9"/>
    <w:basedOn w:val="a1"/>
    <w:next w:val="a1"/>
    <w:link w:val="90"/>
    <w:uiPriority w:val="9"/>
    <w:semiHidden/>
    <w:unhideWhenUsed/>
    <w:qFormat/>
    <w:rsid w:val="00B632CA"/>
    <w:pPr>
      <w:keepNext/>
      <w:keepLines/>
      <w:spacing w:before="200"/>
      <w:outlineLvl w:val="8"/>
    </w:pPr>
    <w:rPr>
      <w:rFonts w:ascii="Calibri" w:eastAsia="MS Gothic" w:hAnsi="Calibri"/>
      <w:i/>
      <w:iCs/>
      <w:color w:val="404040"/>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5">
    <w:name w:val="Body Text"/>
    <w:basedOn w:val="a1"/>
    <w:link w:val="a6"/>
    <w:uiPriority w:val="1"/>
    <w:qFormat/>
    <w:pPr>
      <w:ind w:left="382" w:firstLine="566"/>
      <w:jc w:val="both"/>
    </w:pPr>
    <w:rPr>
      <w:sz w:val="28"/>
      <w:szCs w:val="28"/>
    </w:rPr>
  </w:style>
  <w:style w:type="paragraph" w:styleId="a7">
    <w:name w:val="List Paragraph"/>
    <w:basedOn w:val="a1"/>
    <w:uiPriority w:val="1"/>
    <w:qFormat/>
    <w:pPr>
      <w:ind w:left="382" w:hanging="284"/>
    </w:pPr>
  </w:style>
  <w:style w:type="paragraph" w:customStyle="1" w:styleId="TableParagraph">
    <w:name w:val="Table Paragraph"/>
    <w:basedOn w:val="a1"/>
    <w:uiPriority w:val="1"/>
    <w:qFormat/>
    <w:pPr>
      <w:spacing w:line="164" w:lineRule="exact"/>
    </w:pPr>
  </w:style>
  <w:style w:type="paragraph" w:styleId="a8">
    <w:name w:val="Balloon Text"/>
    <w:basedOn w:val="a1"/>
    <w:link w:val="a9"/>
    <w:uiPriority w:val="99"/>
    <w:unhideWhenUsed/>
    <w:rsid w:val="006D3B17"/>
    <w:rPr>
      <w:rFonts w:ascii="Tahoma" w:hAnsi="Tahoma" w:cs="Tahoma"/>
      <w:sz w:val="16"/>
      <w:szCs w:val="16"/>
    </w:rPr>
  </w:style>
  <w:style w:type="character" w:customStyle="1" w:styleId="a9">
    <w:name w:val="Текст выноски Знак"/>
    <w:basedOn w:val="a2"/>
    <w:link w:val="a8"/>
    <w:uiPriority w:val="99"/>
    <w:rsid w:val="006D3B17"/>
    <w:rPr>
      <w:rFonts w:ascii="Tahoma" w:eastAsia="Times New Roman" w:hAnsi="Tahoma" w:cs="Tahoma"/>
      <w:sz w:val="16"/>
      <w:szCs w:val="16"/>
      <w:lang w:val="kk-KZ"/>
    </w:rPr>
  </w:style>
  <w:style w:type="paragraph" w:customStyle="1" w:styleId="Default">
    <w:name w:val="Default"/>
    <w:rsid w:val="00D850E7"/>
    <w:pPr>
      <w:widowControl/>
      <w:adjustRightInd w:val="0"/>
    </w:pPr>
    <w:rPr>
      <w:rFonts w:ascii="Times New Roman" w:hAnsi="Times New Roman" w:cs="Times New Roman"/>
      <w:color w:val="000000"/>
      <w:sz w:val="24"/>
      <w:szCs w:val="24"/>
      <w:lang w:val="ru-RU"/>
    </w:rPr>
  </w:style>
  <w:style w:type="table" w:styleId="aa">
    <w:name w:val="Table Grid"/>
    <w:basedOn w:val="a3"/>
    <w:uiPriority w:val="59"/>
    <w:rsid w:val="00D850E7"/>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11articletype">
    <w:name w:val="MDPI_1.1_article_type"/>
    <w:next w:val="a1"/>
    <w:qFormat/>
    <w:rsid w:val="00EF3F1E"/>
    <w:pPr>
      <w:widowControl/>
      <w:autoSpaceDE/>
      <w:autoSpaceDN/>
      <w:adjustRightInd w:val="0"/>
      <w:snapToGrid w:val="0"/>
      <w:spacing w:before="240"/>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a1"/>
    <w:qFormat/>
    <w:rsid w:val="00EF3F1E"/>
    <w:pPr>
      <w:widowControl/>
      <w:autoSpaceDE/>
      <w:autoSpaceDN/>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a1"/>
    <w:qFormat/>
    <w:rsid w:val="00EF3F1E"/>
    <w:pPr>
      <w:widowControl/>
      <w:autoSpaceDE/>
      <w:autoSpaceDN/>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a1"/>
    <w:next w:val="a1"/>
    <w:qFormat/>
    <w:rsid w:val="00EF3F1E"/>
    <w:pPr>
      <w:widowControl/>
      <w:autoSpaceDE/>
      <w:autoSpaceDN/>
      <w:adjustRightInd w:val="0"/>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EF3F1E"/>
    <w:pPr>
      <w:widowControl/>
      <w:autoSpaceDE/>
      <w:autoSpaceDN/>
      <w:adjustRightInd w:val="0"/>
      <w:snapToGrid w:val="0"/>
      <w:spacing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EF3F1E"/>
    <w:pPr>
      <w:widowControl/>
      <w:pBdr>
        <w:bottom w:val="single" w:sz="4" w:space="1" w:color="auto"/>
      </w:pBdr>
      <w:autoSpaceDE/>
      <w:autoSpaceDN/>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a3"/>
    <w:uiPriority w:val="99"/>
    <w:rsid w:val="00EF3F1E"/>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styleId="ab">
    <w:name w:val="header"/>
    <w:basedOn w:val="a1"/>
    <w:link w:val="ac"/>
    <w:uiPriority w:val="99"/>
    <w:rsid w:val="00EF3F1E"/>
    <w:pPr>
      <w:widowControl/>
      <w:pBdr>
        <w:bottom w:val="single" w:sz="6" w:space="1" w:color="auto"/>
      </w:pBdr>
      <w:tabs>
        <w:tab w:val="center" w:pos="4153"/>
        <w:tab w:val="right" w:pos="8306"/>
      </w:tabs>
      <w:autoSpaceDE/>
      <w:autoSpaceDN/>
      <w:snapToGrid w:val="0"/>
      <w:spacing w:line="240" w:lineRule="atLeast"/>
      <w:jc w:val="center"/>
    </w:pPr>
    <w:rPr>
      <w:rFonts w:ascii="Palatino Linotype" w:eastAsia="SimSun" w:hAnsi="Palatino Linotype"/>
      <w:color w:val="000000"/>
      <w:sz w:val="20"/>
      <w:szCs w:val="18"/>
      <w:lang w:val="en-US" w:eastAsia="zh-CN"/>
    </w:rPr>
  </w:style>
  <w:style w:type="character" w:customStyle="1" w:styleId="ac">
    <w:name w:val="Верхний колонтитул Знак"/>
    <w:basedOn w:val="a2"/>
    <w:link w:val="ab"/>
    <w:uiPriority w:val="99"/>
    <w:rsid w:val="00EF3F1E"/>
    <w:rPr>
      <w:rFonts w:ascii="Palatino Linotype" w:eastAsia="SimSun" w:hAnsi="Palatino Linotype" w:cs="Times New Roman"/>
      <w:color w:val="000000"/>
      <w:sz w:val="20"/>
      <w:szCs w:val="18"/>
      <w:lang w:eastAsia="zh-CN"/>
    </w:rPr>
  </w:style>
  <w:style w:type="paragraph" w:customStyle="1" w:styleId="MDPIheaderjournallogo">
    <w:name w:val="MDPI_header_journal_logo"/>
    <w:qFormat/>
    <w:rsid w:val="00EF3F1E"/>
    <w:pPr>
      <w:widowControl/>
      <w:autoSpaceDE/>
      <w:autoSpaceDN/>
      <w:adjustRightInd w:val="0"/>
      <w:snapToGrid w:val="0"/>
      <w:spacing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EF3F1E"/>
    <w:pPr>
      <w:ind w:firstLine="0"/>
    </w:pPr>
  </w:style>
  <w:style w:type="paragraph" w:customStyle="1" w:styleId="MDPI31text">
    <w:name w:val="MDPI_3.1_tex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3textspaceafter">
    <w:name w:val="MDPI_3.3_text_space_after"/>
    <w:qFormat/>
    <w:rsid w:val="00EF3F1E"/>
    <w:pPr>
      <w:widowControl/>
      <w:autoSpaceDE/>
      <w:autoSpaceDN/>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4textspacebefore">
    <w:name w:val="MDPI_3.4_text_space_before"/>
    <w:qFormat/>
    <w:rsid w:val="00EF3F1E"/>
    <w:pPr>
      <w:widowControl/>
      <w:autoSpaceDE/>
      <w:autoSpaceDN/>
      <w:adjustRightInd w:val="0"/>
      <w:snapToGrid w:val="0"/>
      <w:spacing w:before="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EF3F1E"/>
    <w:pPr>
      <w:widowControl/>
      <w:autoSpaceDE/>
      <w:autoSpaceDN/>
      <w:adjustRightInd w:val="0"/>
      <w:snapToGrid w:val="0"/>
      <w:spacing w:before="12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EF3F1E"/>
    <w:pPr>
      <w:widowControl/>
      <w:numPr>
        <w:numId w:val="11"/>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EF3F1E"/>
    <w:pPr>
      <w:widowControl/>
      <w:numPr>
        <w:numId w:val="12"/>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EF3F1E"/>
    <w:pPr>
      <w:widowControl/>
      <w:autoSpaceDE/>
      <w:autoSpaceDN/>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EF3F1E"/>
    <w:pPr>
      <w:widowControl/>
      <w:autoSpaceDE/>
      <w:autoSpaceDN/>
      <w:spacing w:before="120" w:after="120"/>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EF3F1E"/>
    <w:pPr>
      <w:widowControl/>
      <w:autoSpaceDE/>
      <w:autoSpaceDN/>
      <w:adjustRightInd w:val="0"/>
      <w:snapToGrid w:val="0"/>
      <w:spacing w:before="240" w:after="120" w:line="228" w:lineRule="auto"/>
      <w:ind w:left="2608"/>
    </w:pPr>
    <w:rPr>
      <w:rFonts w:ascii="Palatino Linotype" w:eastAsia="Times New Roman" w:hAnsi="Palatino Linotype"/>
      <w:color w:val="000000"/>
      <w:sz w:val="18"/>
      <w:lang w:eastAsia="de-DE" w:bidi="en-US"/>
    </w:rPr>
  </w:style>
  <w:style w:type="paragraph" w:customStyle="1" w:styleId="MDPI42tablebody">
    <w:name w:val="MDPI_4.2_table_body"/>
    <w:qFormat/>
    <w:rsid w:val="00EF3F1E"/>
    <w:pPr>
      <w:widowControl/>
      <w:autoSpaceDE/>
      <w:autoSpaceDN/>
      <w:adjustRightInd w:val="0"/>
      <w:snapToGrid w:val="0"/>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EF3F1E"/>
    <w:pPr>
      <w:widowControl/>
      <w:autoSpaceDE/>
      <w:autoSpaceDN/>
      <w:adjustRightInd w:val="0"/>
      <w:snapToGrid w:val="0"/>
      <w:spacing w:line="228" w:lineRule="auto"/>
      <w:ind w:left="2608"/>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EF3F1E"/>
    <w:pPr>
      <w:widowControl/>
      <w:autoSpaceDE/>
      <w:autoSpaceDN/>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EF3F1E"/>
    <w:pPr>
      <w:widowControl/>
      <w:autoSpaceDE/>
      <w:autoSpaceDN/>
      <w:adjustRightInd w:val="0"/>
      <w:snapToGrid w:val="0"/>
      <w:spacing w:before="240" w:after="120"/>
      <w:jc w:val="center"/>
    </w:pPr>
    <w:rPr>
      <w:rFonts w:ascii="Palatino Linotype" w:eastAsia="Times New Roman" w:hAnsi="Palatino Linotype" w:cs="Times New Roman"/>
      <w:snapToGrid w:val="0"/>
      <w:color w:val="000000"/>
      <w:sz w:val="20"/>
      <w:szCs w:val="20"/>
      <w:lang w:eastAsia="de-DE" w:bidi="en-US"/>
    </w:rPr>
  </w:style>
  <w:style w:type="paragraph" w:customStyle="1" w:styleId="MDPI81theorem">
    <w:name w:val="MDPI_8.1_theorem"/>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23heading3">
    <w:name w:val="MDPI_2.3_heading3"/>
    <w:qFormat/>
    <w:rsid w:val="00EF3F1E"/>
    <w:pPr>
      <w:widowControl/>
      <w:autoSpaceDE/>
      <w:autoSpaceDN/>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EF3F1E"/>
    <w:pPr>
      <w:widowControl/>
      <w:autoSpaceDE/>
      <w:autoSpaceDN/>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EF3F1E"/>
    <w:pPr>
      <w:widowControl/>
      <w:autoSpaceDE/>
      <w:autoSpaceDN/>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EF3F1E"/>
    <w:pPr>
      <w:widowControl/>
      <w:numPr>
        <w:numId w:val="13"/>
      </w:numPr>
      <w:autoSpaceDE/>
      <w:autoSpaceDN/>
      <w:adjustRightInd w:val="0"/>
      <w:snapToGrid w:val="0"/>
      <w:spacing w:line="228" w:lineRule="auto"/>
      <w:jc w:val="both"/>
    </w:pPr>
    <w:rPr>
      <w:rFonts w:ascii="Palatino Linotype" w:eastAsia="Times New Roman" w:hAnsi="Palatino Linotype" w:cs="Times New Roman"/>
      <w:color w:val="000000"/>
      <w:sz w:val="18"/>
      <w:szCs w:val="20"/>
      <w:lang w:eastAsia="de-DE" w:bidi="en-US"/>
    </w:rPr>
  </w:style>
  <w:style w:type="character" w:styleId="ad">
    <w:name w:val="line number"/>
    <w:uiPriority w:val="99"/>
    <w:rsid w:val="00EF3F1E"/>
    <w:rPr>
      <w:rFonts w:ascii="Palatino Linotype" w:hAnsi="Palatino Linotype"/>
      <w:sz w:val="16"/>
    </w:rPr>
  </w:style>
  <w:style w:type="table" w:customStyle="1" w:styleId="MDPI41threelinetable">
    <w:name w:val="MDPI_4.1_three_line_table"/>
    <w:basedOn w:val="a3"/>
    <w:uiPriority w:val="99"/>
    <w:rsid w:val="00EF3F1E"/>
    <w:pPr>
      <w:widowControl/>
      <w:autoSpaceDE/>
      <w:autoSpaceDN/>
      <w:adjustRightInd w:val="0"/>
      <w:snapToGrid w:val="0"/>
      <w:jc w:val="center"/>
    </w:pPr>
    <w:rPr>
      <w:rFonts w:ascii="Palatino Linotype" w:eastAsiaTheme="minorEastAsia" w:hAnsi="Palatino Linotype" w:cs="Times New Roman"/>
      <w:color w:val="000000"/>
      <w:sz w:val="20"/>
      <w:szCs w:val="20"/>
      <w:lang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ae">
    <w:name w:val="Hyperlink"/>
    <w:uiPriority w:val="99"/>
    <w:rsid w:val="00EF3F1E"/>
    <w:rPr>
      <w:color w:val="0000FF"/>
      <w:u w:val="single"/>
    </w:rPr>
  </w:style>
  <w:style w:type="character" w:customStyle="1" w:styleId="UnresolvedMention">
    <w:name w:val="Unresolved Mention"/>
    <w:uiPriority w:val="99"/>
    <w:semiHidden/>
    <w:unhideWhenUsed/>
    <w:rsid w:val="00EF3F1E"/>
    <w:rPr>
      <w:color w:val="605E5C"/>
      <w:shd w:val="clear" w:color="auto" w:fill="E1DFDD"/>
    </w:rPr>
  </w:style>
  <w:style w:type="paragraph" w:styleId="af">
    <w:name w:val="footer"/>
    <w:basedOn w:val="a1"/>
    <w:link w:val="af0"/>
    <w:uiPriority w:val="99"/>
    <w:rsid w:val="00EF3F1E"/>
    <w:pPr>
      <w:widowControl/>
      <w:tabs>
        <w:tab w:val="center" w:pos="4153"/>
        <w:tab w:val="right" w:pos="8306"/>
      </w:tabs>
      <w:autoSpaceDE/>
      <w:autoSpaceDN/>
      <w:snapToGrid w:val="0"/>
      <w:spacing w:line="240" w:lineRule="atLeast"/>
      <w:jc w:val="both"/>
    </w:pPr>
    <w:rPr>
      <w:rFonts w:ascii="Palatino Linotype" w:eastAsia="SimSun" w:hAnsi="Palatino Linotype"/>
      <w:color w:val="000000"/>
      <w:sz w:val="20"/>
      <w:szCs w:val="18"/>
      <w:lang w:val="en-US" w:eastAsia="zh-CN"/>
    </w:rPr>
  </w:style>
  <w:style w:type="character" w:customStyle="1" w:styleId="af0">
    <w:name w:val="Нижний колонтитул Знак"/>
    <w:basedOn w:val="a2"/>
    <w:link w:val="af"/>
    <w:uiPriority w:val="99"/>
    <w:rsid w:val="00EF3F1E"/>
    <w:rPr>
      <w:rFonts w:ascii="Palatino Linotype" w:eastAsia="SimSun" w:hAnsi="Palatino Linotype" w:cs="Times New Roman"/>
      <w:color w:val="000000"/>
      <w:sz w:val="20"/>
      <w:szCs w:val="18"/>
      <w:lang w:eastAsia="zh-CN"/>
    </w:rPr>
  </w:style>
  <w:style w:type="table" w:customStyle="1" w:styleId="41">
    <w:name w:val="Таблица простая 41"/>
    <w:basedOn w:val="a3"/>
    <w:uiPriority w:val="44"/>
    <w:rsid w:val="00EF3F1E"/>
    <w:pPr>
      <w:widowControl/>
      <w:autoSpaceDE/>
      <w:autoSpaceDN/>
    </w:pPr>
    <w:rPr>
      <w:rFonts w:ascii="Calibri" w:eastAsia="SimSun" w:hAnsi="Calibri" w:cs="Times New Roman"/>
      <w:sz w:val="20"/>
      <w:szCs w:val="20"/>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EF3F1E"/>
    <w:pPr>
      <w:widowControl/>
      <w:autoSpaceDE/>
      <w:autoSpaceDN/>
      <w:adjustRightInd w:val="0"/>
      <w:snapToGrid w:val="0"/>
      <w:spacing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EF3F1E"/>
    <w:pPr>
      <w:widowControl/>
      <w:autoSpaceDE/>
      <w:autoSpaceDN/>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EF3F1E"/>
    <w:pPr>
      <w:widowControl/>
      <w:autoSpaceDE/>
      <w:autoSpaceDN/>
      <w:adjustRightInd w:val="0"/>
      <w:snapToGrid w:val="0"/>
      <w:spacing w:before="240" w:line="228" w:lineRule="auto"/>
      <w:jc w:val="both"/>
    </w:pPr>
    <w:rPr>
      <w:rFonts w:ascii="Palatino Linotype" w:eastAsia="SimSun" w:hAnsi="Palatino Linotype" w:cs="Times New Roman"/>
      <w:snapToGrid w:val="0"/>
      <w:color w:val="000000"/>
      <w:sz w:val="18"/>
      <w:szCs w:val="20"/>
      <w:lang w:bidi="en-US"/>
    </w:rPr>
  </w:style>
  <w:style w:type="paragraph" w:customStyle="1" w:styleId="MDPI15academiceditor">
    <w:name w:val="MDPI_1.5_academic_editor"/>
    <w:qFormat/>
    <w:rsid w:val="00EF3F1E"/>
    <w:pPr>
      <w:widowControl/>
      <w:autoSpaceDE/>
      <w:autoSpaceDN/>
      <w:adjustRightInd w:val="0"/>
      <w:snapToGrid w:val="0"/>
      <w:spacing w:before="12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EF3F1E"/>
    <w:pPr>
      <w:widowControl/>
      <w:autoSpaceDE/>
      <w:autoSpaceDN/>
      <w:spacing w:before="24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noProof/>
      <w:color w:val="000000"/>
      <w:sz w:val="18"/>
      <w:lang w:eastAsia="zh-CN" w:bidi="en-US"/>
    </w:rPr>
  </w:style>
  <w:style w:type="paragraph" w:customStyle="1" w:styleId="MDPI511onefigurecaption">
    <w:name w:val="MDPI_5.1.1_one_figur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cs="Times New Roman"/>
      <w:noProof/>
      <w:color w:val="000000"/>
      <w:sz w:val="18"/>
      <w:szCs w:val="20"/>
      <w:lang w:eastAsia="zh-CN" w:bidi="en-US"/>
    </w:rPr>
  </w:style>
  <w:style w:type="paragraph" w:customStyle="1" w:styleId="MDPI72Copyright">
    <w:name w:val="MDPI_7.2_Copyright"/>
    <w:qFormat/>
    <w:rsid w:val="00EF3F1E"/>
    <w:pPr>
      <w:widowControl/>
      <w:autoSpaceDE/>
      <w:autoSpaceDN/>
      <w:adjustRightInd w:val="0"/>
      <w:snapToGrid w:val="0"/>
      <w:spacing w:before="6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EF3F1E"/>
    <w:pPr>
      <w:widowControl/>
      <w:autoSpaceDE/>
      <w:autoSpaceDN/>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EF3F1E"/>
    <w:pPr>
      <w:widowControl/>
      <w:autoSpaceDE/>
      <w:autoSpaceDN/>
      <w:adjustRightInd w:val="0"/>
      <w:snapToGrid w:val="0"/>
      <w:spacing w:before="120" w:after="120"/>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EF3F1E"/>
    <w:pPr>
      <w:widowControl/>
      <w:autoSpaceDE/>
      <w:autoSpaceDN/>
      <w:adjustRightInd w:val="0"/>
      <w:snapToGrid w:val="0"/>
      <w:spacing w:before="120" w:line="260" w:lineRule="atLeast"/>
      <w:jc w:val="center"/>
    </w:pPr>
    <w:rPr>
      <w:rFonts w:ascii="Palatino Linotype" w:eastAsia="Times New Roman" w:hAnsi="Palatino Linotype" w:cs="Times New Roman"/>
      <w:color w:val="000000"/>
      <w:sz w:val="20"/>
      <w:szCs w:val="20"/>
      <w:lang w:eastAsia="de-DE"/>
    </w:rPr>
  </w:style>
  <w:style w:type="paragraph" w:customStyle="1" w:styleId="MDPIfooterfirstpage">
    <w:name w:val="MDPI_footer_firstpage"/>
    <w:qFormat/>
    <w:rsid w:val="00EF3F1E"/>
    <w:pPr>
      <w:widowControl/>
      <w:tabs>
        <w:tab w:val="right" w:pos="8845"/>
      </w:tabs>
      <w:autoSpaceDE/>
      <w:autoSpaceDN/>
      <w:spacing w:line="160" w:lineRule="exact"/>
    </w:pPr>
    <w:rPr>
      <w:rFonts w:ascii="Palatino Linotype" w:eastAsia="Times New Roman" w:hAnsi="Palatino Linotype" w:cs="Times New Roman"/>
      <w:color w:val="000000"/>
      <w:sz w:val="16"/>
      <w:szCs w:val="20"/>
      <w:lang w:eastAsia="de-DE"/>
    </w:rPr>
  </w:style>
  <w:style w:type="paragraph" w:customStyle="1" w:styleId="MDPIheader">
    <w:name w:val="MDPI_header"/>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EF3F1E"/>
    <w:pPr>
      <w:widowControl/>
      <w:autoSpaceDE/>
      <w:autoSpaceDN/>
      <w:spacing w:after="240"/>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EF3F1E"/>
    <w:pPr>
      <w:widowControl/>
      <w:autoSpaceDE/>
      <w:autoSpaceDN/>
      <w:adjustRightInd w:val="0"/>
      <w:snapToGrid w:val="0"/>
      <w:spacing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a3"/>
    <w:uiPriority w:val="99"/>
    <w:rsid w:val="00EF3F1E"/>
    <w:pPr>
      <w:widowControl/>
      <w:autoSpaceDE/>
      <w:autoSpaceDN/>
    </w:pPr>
    <w:rPr>
      <w:rFonts w:ascii="Palatino Linotype" w:eastAsia="SimSun" w:hAnsi="Palatino Linotype" w:cs="Times New Roman"/>
      <w:color w:val="000000" w:themeColor="text1"/>
      <w:sz w:val="20"/>
      <w:szCs w:val="20"/>
      <w:lang w:val="en-CA"/>
    </w:rPr>
    <w:tblPr>
      <w:tblCellMar>
        <w:left w:w="0" w:type="dxa"/>
        <w:right w:w="0" w:type="dxa"/>
      </w:tblCellMar>
    </w:tblPr>
  </w:style>
  <w:style w:type="paragraph" w:customStyle="1" w:styleId="MDPItext">
    <w:name w:val="MDPI_text"/>
    <w:qFormat/>
    <w:rsid w:val="00EF3F1E"/>
    <w:pPr>
      <w:widowControl/>
      <w:autoSpaceDE/>
      <w:autoSpaceDN/>
      <w:spacing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EF3F1E"/>
  </w:style>
  <w:style w:type="paragraph" w:styleId="af1">
    <w:name w:val="Bibliography"/>
    <w:basedOn w:val="a1"/>
    <w:next w:val="a1"/>
    <w:uiPriority w:val="37"/>
    <w:semiHidden/>
    <w:unhideWhenUsed/>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6">
    <w:name w:val="Основной текст Знак"/>
    <w:basedOn w:val="a2"/>
    <w:link w:val="a5"/>
    <w:uiPriority w:val="99"/>
    <w:rsid w:val="00EF3F1E"/>
    <w:rPr>
      <w:rFonts w:ascii="Times New Roman" w:eastAsia="Times New Roman" w:hAnsi="Times New Roman" w:cs="Times New Roman"/>
      <w:sz w:val="28"/>
      <w:szCs w:val="28"/>
      <w:lang w:val="kk-KZ"/>
    </w:rPr>
  </w:style>
  <w:style w:type="character" w:styleId="af2">
    <w:name w:val="annotation reference"/>
    <w:uiPriority w:val="99"/>
    <w:rsid w:val="00EF3F1E"/>
    <w:rPr>
      <w:sz w:val="21"/>
      <w:szCs w:val="21"/>
    </w:rPr>
  </w:style>
  <w:style w:type="paragraph" w:styleId="af3">
    <w:name w:val="annotation text"/>
    <w:basedOn w:val="a1"/>
    <w:link w:val="af4"/>
    <w:uiPriority w:val="99"/>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f4">
    <w:name w:val="Текст примечания Знак"/>
    <w:basedOn w:val="a2"/>
    <w:link w:val="af3"/>
    <w:uiPriority w:val="99"/>
    <w:rsid w:val="00EF3F1E"/>
    <w:rPr>
      <w:rFonts w:ascii="Palatino Linotype" w:eastAsia="SimSun" w:hAnsi="Palatino Linotype" w:cs="Times New Roman"/>
      <w:color w:val="000000"/>
      <w:sz w:val="20"/>
      <w:szCs w:val="20"/>
      <w:lang w:eastAsia="zh-CN"/>
    </w:rPr>
  </w:style>
  <w:style w:type="paragraph" w:styleId="af5">
    <w:name w:val="annotation subject"/>
    <w:basedOn w:val="af3"/>
    <w:next w:val="af3"/>
    <w:link w:val="af6"/>
    <w:rsid w:val="00EF3F1E"/>
    <w:rPr>
      <w:b/>
      <w:bCs/>
    </w:rPr>
  </w:style>
  <w:style w:type="character" w:customStyle="1" w:styleId="af6">
    <w:name w:val="Тема примечания Знак"/>
    <w:basedOn w:val="af4"/>
    <w:link w:val="af5"/>
    <w:rsid w:val="00EF3F1E"/>
    <w:rPr>
      <w:rFonts w:ascii="Palatino Linotype" w:eastAsia="SimSun" w:hAnsi="Palatino Linotype" w:cs="Times New Roman"/>
      <w:b/>
      <w:bCs/>
      <w:color w:val="000000"/>
      <w:sz w:val="20"/>
      <w:szCs w:val="20"/>
      <w:lang w:eastAsia="zh-CN"/>
    </w:rPr>
  </w:style>
  <w:style w:type="character" w:styleId="af7">
    <w:name w:val="endnote reference"/>
    <w:rsid w:val="00EF3F1E"/>
    <w:rPr>
      <w:vertAlign w:val="superscript"/>
    </w:rPr>
  </w:style>
  <w:style w:type="paragraph" w:styleId="af8">
    <w:name w:val="endnote text"/>
    <w:basedOn w:val="a1"/>
    <w:link w:val="af9"/>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9">
    <w:name w:val="Текст концевой сноски Знак"/>
    <w:basedOn w:val="a2"/>
    <w:link w:val="af8"/>
    <w:semiHidden/>
    <w:rsid w:val="00EF3F1E"/>
    <w:rPr>
      <w:rFonts w:ascii="Palatino Linotype" w:eastAsia="SimSun" w:hAnsi="Palatino Linotype" w:cs="Times New Roman"/>
      <w:color w:val="000000"/>
      <w:sz w:val="20"/>
      <w:szCs w:val="20"/>
      <w:lang w:eastAsia="zh-CN"/>
    </w:rPr>
  </w:style>
  <w:style w:type="character" w:styleId="afa">
    <w:name w:val="FollowedHyperlink"/>
    <w:rsid w:val="00EF3F1E"/>
    <w:rPr>
      <w:color w:val="954F72"/>
      <w:u w:val="single"/>
    </w:rPr>
  </w:style>
  <w:style w:type="paragraph" w:styleId="afb">
    <w:name w:val="footnote text"/>
    <w:basedOn w:val="a1"/>
    <w:link w:val="afc"/>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c">
    <w:name w:val="Текст сноски Знак"/>
    <w:basedOn w:val="a2"/>
    <w:link w:val="afb"/>
    <w:semiHidden/>
    <w:rsid w:val="00EF3F1E"/>
    <w:rPr>
      <w:rFonts w:ascii="Palatino Linotype" w:eastAsia="SimSun" w:hAnsi="Palatino Linotype" w:cs="Times New Roman"/>
      <w:color w:val="000000"/>
      <w:sz w:val="20"/>
      <w:szCs w:val="20"/>
      <w:lang w:eastAsia="zh-CN"/>
    </w:rPr>
  </w:style>
  <w:style w:type="paragraph" w:styleId="afd">
    <w:name w:val="Normal (Web)"/>
    <w:basedOn w:val="a1"/>
    <w:uiPriority w:val="99"/>
    <w:rsid w:val="00EF3F1E"/>
    <w:pPr>
      <w:widowControl/>
      <w:autoSpaceDE/>
      <w:autoSpaceDN/>
      <w:spacing w:line="260" w:lineRule="atLeast"/>
      <w:jc w:val="both"/>
    </w:pPr>
    <w:rPr>
      <w:rFonts w:ascii="Palatino Linotype" w:eastAsia="SimSun" w:hAnsi="Palatino Linotype"/>
      <w:color w:val="000000"/>
      <w:sz w:val="20"/>
      <w:szCs w:val="24"/>
      <w:lang w:val="en-US" w:eastAsia="zh-CN"/>
    </w:rPr>
  </w:style>
  <w:style w:type="paragraph" w:customStyle="1" w:styleId="MsoFootnoteText0">
    <w:name w:val="MsoFootnoteText"/>
    <w:basedOn w:val="afd"/>
    <w:qFormat/>
    <w:rsid w:val="00EF3F1E"/>
    <w:rPr>
      <w:rFonts w:ascii="Times New Roman" w:hAnsi="Times New Roman"/>
    </w:rPr>
  </w:style>
  <w:style w:type="character" w:styleId="afe">
    <w:name w:val="page number"/>
    <w:rsid w:val="00EF3F1E"/>
  </w:style>
  <w:style w:type="character" w:styleId="aff">
    <w:name w:val="Placeholder Text"/>
    <w:uiPriority w:val="99"/>
    <w:semiHidden/>
    <w:rsid w:val="00EF3F1E"/>
    <w:rPr>
      <w:color w:val="808080"/>
    </w:rPr>
  </w:style>
  <w:style w:type="paragraph" w:customStyle="1" w:styleId="MDPI71FootNotes">
    <w:name w:val="MDPI_7.1_FootNotes"/>
    <w:qFormat/>
    <w:rsid w:val="00EF3F1E"/>
    <w:pPr>
      <w:widowControl/>
      <w:numPr>
        <w:numId w:val="14"/>
      </w:numPr>
      <w:autoSpaceDE/>
      <w:autoSpaceDN/>
      <w:adjustRightInd w:val="0"/>
      <w:snapToGrid w:val="0"/>
      <w:spacing w:line="228" w:lineRule="auto"/>
    </w:pPr>
    <w:rPr>
      <w:rFonts w:ascii="Palatino Linotype" w:eastAsiaTheme="minorEastAsia" w:hAnsi="Palatino Linotype" w:cs="Times New Roman"/>
      <w:noProof/>
      <w:color w:val="000000"/>
      <w:sz w:val="18"/>
      <w:szCs w:val="20"/>
      <w:lang w:eastAsia="zh-CN"/>
    </w:rPr>
  </w:style>
  <w:style w:type="character" w:customStyle="1" w:styleId="11">
    <w:name w:val="Неразрешенное упоминание1"/>
    <w:uiPriority w:val="99"/>
    <w:semiHidden/>
    <w:unhideWhenUsed/>
    <w:rsid w:val="00EF3F1E"/>
    <w:rPr>
      <w:color w:val="605E5C"/>
      <w:shd w:val="clear" w:color="auto" w:fill="E1DFDD"/>
    </w:rPr>
  </w:style>
  <w:style w:type="character" w:customStyle="1" w:styleId="ref-vol">
    <w:name w:val="ref-vol"/>
    <w:basedOn w:val="a2"/>
    <w:rsid w:val="00EF3F1E"/>
  </w:style>
  <w:style w:type="character" w:customStyle="1" w:styleId="element-citation">
    <w:name w:val="element-citation"/>
    <w:basedOn w:val="a2"/>
    <w:rsid w:val="00EF3F1E"/>
  </w:style>
  <w:style w:type="character" w:customStyle="1" w:styleId="ref-journal">
    <w:name w:val="ref-journal"/>
    <w:basedOn w:val="a2"/>
    <w:rsid w:val="00EF3F1E"/>
  </w:style>
  <w:style w:type="character" w:customStyle="1" w:styleId="23">
    <w:name w:val="Неразрешенное упоминание2"/>
    <w:basedOn w:val="a2"/>
    <w:uiPriority w:val="99"/>
    <w:semiHidden/>
    <w:unhideWhenUsed/>
    <w:rsid w:val="00EF3F1E"/>
    <w:rPr>
      <w:color w:val="605E5C"/>
      <w:shd w:val="clear" w:color="auto" w:fill="E1DFDD"/>
    </w:rPr>
  </w:style>
  <w:style w:type="paragraph" w:styleId="aff0">
    <w:name w:val="Revision"/>
    <w:hidden/>
    <w:uiPriority w:val="99"/>
    <w:semiHidden/>
    <w:rsid w:val="00EF3F1E"/>
    <w:pPr>
      <w:widowControl/>
      <w:autoSpaceDE/>
      <w:autoSpaceDN/>
    </w:pPr>
    <w:rPr>
      <w:rFonts w:ascii="Palatino Linotype" w:eastAsia="SimSun" w:hAnsi="Palatino Linotype" w:cs="Times New Roman"/>
      <w:color w:val="000000"/>
      <w:sz w:val="20"/>
      <w:szCs w:val="20"/>
      <w:lang w:eastAsia="zh-CN"/>
    </w:rPr>
  </w:style>
  <w:style w:type="numbering" w:customStyle="1" w:styleId="NoList1">
    <w:name w:val="No List1"/>
    <w:next w:val="a4"/>
    <w:uiPriority w:val="99"/>
    <w:semiHidden/>
    <w:unhideWhenUsed/>
    <w:rsid w:val="00EF3F1E"/>
  </w:style>
  <w:style w:type="character" w:customStyle="1" w:styleId="cursor-pointer">
    <w:name w:val="cursor-pointer"/>
    <w:basedOn w:val="a2"/>
    <w:rsid w:val="00EF3F1E"/>
  </w:style>
  <w:style w:type="character" w:customStyle="1" w:styleId="reviewername">
    <w:name w:val="reviewername"/>
    <w:basedOn w:val="a2"/>
    <w:rsid w:val="00EF3F1E"/>
  </w:style>
  <w:style w:type="character" w:customStyle="1" w:styleId="10">
    <w:name w:val="Заголовок 1 Знак"/>
    <w:basedOn w:val="a2"/>
    <w:link w:val="1"/>
    <w:uiPriority w:val="9"/>
    <w:rsid w:val="00D03821"/>
    <w:rPr>
      <w:rFonts w:ascii="Times New Roman" w:eastAsia="Times New Roman" w:hAnsi="Times New Roman" w:cs="Times New Roman"/>
      <w:b/>
      <w:bCs/>
      <w:sz w:val="28"/>
      <w:szCs w:val="28"/>
      <w:lang w:val="kk-KZ"/>
    </w:rPr>
  </w:style>
  <w:style w:type="table" w:customStyle="1" w:styleId="12">
    <w:name w:val="Сетка таблицы1"/>
    <w:basedOn w:val="a3"/>
    <w:next w:val="aa"/>
    <w:uiPriority w:val="59"/>
    <w:rsid w:val="00394EC4"/>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3"/>
    <w:next w:val="aa"/>
    <w:uiPriority w:val="59"/>
    <w:rsid w:val="00D808FA"/>
    <w:pPr>
      <w:widowControl/>
      <w:autoSpaceDE/>
      <w:autoSpaceDN/>
    </w:pPr>
    <w:rPr>
      <w:rFonts w:ascii="Cambria" w:eastAsia="MS Mincho"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3"/>
    <w:next w:val="aa"/>
    <w:uiPriority w:val="59"/>
    <w:rsid w:val="00D808FA"/>
    <w:pPr>
      <w:widowControl/>
      <w:autoSpaceDE/>
      <w:autoSpaceDN/>
    </w:pPr>
    <w:rPr>
      <w:rFonts w:ascii="Cambria" w:eastAsia="MS Mincho"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Заголовок 31"/>
    <w:basedOn w:val="a1"/>
    <w:next w:val="a1"/>
    <w:uiPriority w:val="9"/>
    <w:unhideWhenUsed/>
    <w:qFormat/>
    <w:rsid w:val="00B632CA"/>
    <w:pPr>
      <w:keepNext/>
      <w:keepLines/>
      <w:widowControl/>
      <w:autoSpaceDE/>
      <w:autoSpaceDN/>
      <w:spacing w:before="200" w:line="360" w:lineRule="auto"/>
      <w:outlineLvl w:val="2"/>
    </w:pPr>
    <w:rPr>
      <w:rFonts w:ascii="Calibri" w:eastAsia="MS Gothic" w:hAnsi="Calibri"/>
      <w:b/>
      <w:bCs/>
      <w:color w:val="4F81BD"/>
      <w:lang w:val="en-US"/>
    </w:rPr>
  </w:style>
  <w:style w:type="paragraph" w:customStyle="1" w:styleId="410">
    <w:name w:val="Заголовок 41"/>
    <w:basedOn w:val="a1"/>
    <w:next w:val="a1"/>
    <w:uiPriority w:val="9"/>
    <w:semiHidden/>
    <w:unhideWhenUsed/>
    <w:qFormat/>
    <w:rsid w:val="00B632CA"/>
    <w:pPr>
      <w:keepNext/>
      <w:keepLines/>
      <w:widowControl/>
      <w:autoSpaceDE/>
      <w:autoSpaceDN/>
      <w:spacing w:before="200" w:line="360" w:lineRule="auto"/>
      <w:outlineLvl w:val="3"/>
    </w:pPr>
    <w:rPr>
      <w:rFonts w:ascii="Calibri" w:eastAsia="MS Gothic" w:hAnsi="Calibri"/>
      <w:b/>
      <w:bCs/>
      <w:i/>
      <w:iCs/>
      <w:color w:val="4F81BD"/>
      <w:lang w:val="en-US"/>
    </w:rPr>
  </w:style>
  <w:style w:type="paragraph" w:customStyle="1" w:styleId="51">
    <w:name w:val="Заголовок 51"/>
    <w:basedOn w:val="a1"/>
    <w:next w:val="a1"/>
    <w:uiPriority w:val="9"/>
    <w:semiHidden/>
    <w:unhideWhenUsed/>
    <w:qFormat/>
    <w:rsid w:val="00B632CA"/>
    <w:pPr>
      <w:keepNext/>
      <w:keepLines/>
      <w:widowControl/>
      <w:autoSpaceDE/>
      <w:autoSpaceDN/>
      <w:spacing w:before="200" w:line="360" w:lineRule="auto"/>
      <w:outlineLvl w:val="4"/>
    </w:pPr>
    <w:rPr>
      <w:rFonts w:ascii="Calibri" w:eastAsia="MS Gothic" w:hAnsi="Calibri"/>
      <w:color w:val="243F60"/>
      <w:lang w:val="en-US"/>
    </w:rPr>
  </w:style>
  <w:style w:type="paragraph" w:customStyle="1" w:styleId="61">
    <w:name w:val="Заголовок 61"/>
    <w:basedOn w:val="a1"/>
    <w:next w:val="a1"/>
    <w:uiPriority w:val="9"/>
    <w:semiHidden/>
    <w:unhideWhenUsed/>
    <w:qFormat/>
    <w:rsid w:val="00B632CA"/>
    <w:pPr>
      <w:keepNext/>
      <w:keepLines/>
      <w:widowControl/>
      <w:autoSpaceDE/>
      <w:autoSpaceDN/>
      <w:spacing w:before="200" w:line="360" w:lineRule="auto"/>
      <w:outlineLvl w:val="5"/>
    </w:pPr>
    <w:rPr>
      <w:rFonts w:ascii="Calibri" w:eastAsia="MS Gothic" w:hAnsi="Calibri"/>
      <w:i/>
      <w:iCs/>
      <w:color w:val="243F60"/>
      <w:lang w:val="en-US"/>
    </w:rPr>
  </w:style>
  <w:style w:type="paragraph" w:customStyle="1" w:styleId="71">
    <w:name w:val="Заголовок 71"/>
    <w:basedOn w:val="a1"/>
    <w:next w:val="a1"/>
    <w:uiPriority w:val="9"/>
    <w:semiHidden/>
    <w:unhideWhenUsed/>
    <w:qFormat/>
    <w:rsid w:val="00B632CA"/>
    <w:pPr>
      <w:keepNext/>
      <w:keepLines/>
      <w:widowControl/>
      <w:autoSpaceDE/>
      <w:autoSpaceDN/>
      <w:spacing w:before="200" w:line="360" w:lineRule="auto"/>
      <w:outlineLvl w:val="6"/>
    </w:pPr>
    <w:rPr>
      <w:rFonts w:ascii="Calibri" w:eastAsia="MS Gothic" w:hAnsi="Calibri"/>
      <w:i/>
      <w:iCs/>
      <w:color w:val="404040"/>
      <w:lang w:val="en-US"/>
    </w:rPr>
  </w:style>
  <w:style w:type="paragraph" w:customStyle="1" w:styleId="81">
    <w:name w:val="Заголовок 81"/>
    <w:basedOn w:val="a1"/>
    <w:next w:val="a1"/>
    <w:uiPriority w:val="9"/>
    <w:semiHidden/>
    <w:unhideWhenUsed/>
    <w:qFormat/>
    <w:rsid w:val="00B632CA"/>
    <w:pPr>
      <w:keepNext/>
      <w:keepLines/>
      <w:widowControl/>
      <w:autoSpaceDE/>
      <w:autoSpaceDN/>
      <w:spacing w:before="200" w:line="360" w:lineRule="auto"/>
      <w:outlineLvl w:val="7"/>
    </w:pPr>
    <w:rPr>
      <w:rFonts w:ascii="Calibri" w:eastAsia="MS Gothic" w:hAnsi="Calibri"/>
      <w:color w:val="4F81BD"/>
      <w:sz w:val="20"/>
      <w:szCs w:val="20"/>
      <w:lang w:val="en-US"/>
    </w:rPr>
  </w:style>
  <w:style w:type="paragraph" w:customStyle="1" w:styleId="91">
    <w:name w:val="Заголовок 91"/>
    <w:basedOn w:val="a1"/>
    <w:next w:val="a1"/>
    <w:uiPriority w:val="9"/>
    <w:semiHidden/>
    <w:unhideWhenUsed/>
    <w:qFormat/>
    <w:rsid w:val="00B632CA"/>
    <w:pPr>
      <w:keepNext/>
      <w:keepLines/>
      <w:widowControl/>
      <w:autoSpaceDE/>
      <w:autoSpaceDN/>
      <w:spacing w:before="200" w:line="360" w:lineRule="auto"/>
      <w:outlineLvl w:val="8"/>
    </w:pPr>
    <w:rPr>
      <w:rFonts w:ascii="Calibri" w:eastAsia="MS Gothic" w:hAnsi="Calibri"/>
      <w:i/>
      <w:iCs/>
      <w:color w:val="404040"/>
      <w:sz w:val="20"/>
      <w:szCs w:val="20"/>
      <w:lang w:val="en-US"/>
    </w:rPr>
  </w:style>
  <w:style w:type="numbering" w:customStyle="1" w:styleId="13">
    <w:name w:val="Нет списка1"/>
    <w:next w:val="a4"/>
    <w:uiPriority w:val="99"/>
    <w:semiHidden/>
    <w:unhideWhenUsed/>
    <w:rsid w:val="00B632CA"/>
  </w:style>
  <w:style w:type="paragraph" w:styleId="aff1">
    <w:name w:val="No Spacing"/>
    <w:uiPriority w:val="1"/>
    <w:qFormat/>
    <w:rsid w:val="00B632CA"/>
    <w:pPr>
      <w:widowControl/>
      <w:autoSpaceDE/>
      <w:autoSpaceDN/>
    </w:pPr>
    <w:rPr>
      <w:rFonts w:eastAsia="MS Mincho"/>
    </w:rPr>
  </w:style>
  <w:style w:type="character" w:customStyle="1" w:styleId="22">
    <w:name w:val="Заголовок 2 Знак"/>
    <w:basedOn w:val="a2"/>
    <w:link w:val="21"/>
    <w:uiPriority w:val="9"/>
    <w:rsid w:val="00B632CA"/>
    <w:rPr>
      <w:rFonts w:ascii="Times New Roman" w:eastAsia="Times New Roman" w:hAnsi="Times New Roman" w:cs="Times New Roman"/>
      <w:b/>
      <w:bCs/>
      <w:i/>
      <w:iCs/>
      <w:sz w:val="28"/>
      <w:szCs w:val="28"/>
      <w:lang w:val="kk-KZ"/>
    </w:rPr>
  </w:style>
  <w:style w:type="character" w:customStyle="1" w:styleId="32">
    <w:name w:val="Заголовок 3 Знак"/>
    <w:basedOn w:val="a2"/>
    <w:link w:val="31"/>
    <w:uiPriority w:val="9"/>
    <w:rsid w:val="00B632CA"/>
    <w:rPr>
      <w:rFonts w:ascii="Calibri" w:eastAsia="MS Gothic" w:hAnsi="Calibri" w:cs="Times New Roman"/>
      <w:b/>
      <w:bCs/>
      <w:color w:val="4F81BD"/>
    </w:rPr>
  </w:style>
  <w:style w:type="paragraph" w:customStyle="1" w:styleId="14">
    <w:name w:val="Название1"/>
    <w:basedOn w:val="a1"/>
    <w:next w:val="a1"/>
    <w:uiPriority w:val="10"/>
    <w:qFormat/>
    <w:rsid w:val="00B632CA"/>
    <w:pPr>
      <w:widowControl/>
      <w:pBdr>
        <w:bottom w:val="single" w:sz="8" w:space="4" w:color="4F81BD"/>
      </w:pBdr>
      <w:autoSpaceDE/>
      <w:autoSpaceDN/>
      <w:spacing w:after="300"/>
      <w:contextualSpacing/>
    </w:pPr>
    <w:rPr>
      <w:rFonts w:ascii="Calibri" w:eastAsia="MS Gothic" w:hAnsi="Calibri"/>
      <w:color w:val="17365D"/>
      <w:spacing w:val="5"/>
      <w:kern w:val="28"/>
      <w:sz w:val="52"/>
      <w:szCs w:val="52"/>
      <w:lang w:val="en-US"/>
    </w:rPr>
  </w:style>
  <w:style w:type="character" w:customStyle="1" w:styleId="aff2">
    <w:name w:val="Название Знак"/>
    <w:basedOn w:val="a2"/>
    <w:link w:val="aff3"/>
    <w:uiPriority w:val="10"/>
    <w:rsid w:val="00B632CA"/>
    <w:rPr>
      <w:rFonts w:ascii="Calibri" w:eastAsia="MS Gothic" w:hAnsi="Calibri" w:cs="Times New Roman"/>
      <w:color w:val="17365D"/>
      <w:spacing w:val="5"/>
      <w:kern w:val="28"/>
      <w:sz w:val="52"/>
      <w:szCs w:val="52"/>
    </w:rPr>
  </w:style>
  <w:style w:type="paragraph" w:customStyle="1" w:styleId="15">
    <w:name w:val="Подзаголовок1"/>
    <w:basedOn w:val="a1"/>
    <w:next w:val="a1"/>
    <w:uiPriority w:val="11"/>
    <w:qFormat/>
    <w:rsid w:val="00B632CA"/>
    <w:pPr>
      <w:widowControl/>
      <w:numPr>
        <w:ilvl w:val="1"/>
      </w:numPr>
      <w:autoSpaceDE/>
      <w:autoSpaceDN/>
      <w:spacing w:line="360" w:lineRule="auto"/>
    </w:pPr>
    <w:rPr>
      <w:rFonts w:ascii="Calibri" w:eastAsia="MS Gothic" w:hAnsi="Calibri"/>
      <w:i/>
      <w:iCs/>
      <w:color w:val="4F81BD"/>
      <w:spacing w:val="15"/>
      <w:sz w:val="24"/>
      <w:szCs w:val="24"/>
      <w:lang w:val="en-US"/>
    </w:rPr>
  </w:style>
  <w:style w:type="character" w:customStyle="1" w:styleId="aff4">
    <w:name w:val="Подзаголовок Знак"/>
    <w:basedOn w:val="a2"/>
    <w:link w:val="aff5"/>
    <w:uiPriority w:val="11"/>
    <w:rsid w:val="00B632CA"/>
    <w:rPr>
      <w:rFonts w:ascii="Calibri" w:eastAsia="MS Gothic" w:hAnsi="Calibri" w:cs="Times New Roman"/>
      <w:i/>
      <w:iCs/>
      <w:color w:val="4F81BD"/>
      <w:spacing w:val="15"/>
      <w:sz w:val="24"/>
      <w:szCs w:val="24"/>
    </w:rPr>
  </w:style>
  <w:style w:type="paragraph" w:styleId="25">
    <w:name w:val="Body Text 2"/>
    <w:basedOn w:val="a1"/>
    <w:link w:val="26"/>
    <w:uiPriority w:val="99"/>
    <w:unhideWhenUsed/>
    <w:rsid w:val="00B632CA"/>
    <w:pPr>
      <w:widowControl/>
      <w:autoSpaceDE/>
      <w:autoSpaceDN/>
      <w:spacing w:after="120" w:line="480" w:lineRule="auto"/>
    </w:pPr>
    <w:rPr>
      <w:rFonts w:eastAsia="MS Mincho"/>
      <w:lang w:val="en-US"/>
    </w:rPr>
  </w:style>
  <w:style w:type="character" w:customStyle="1" w:styleId="26">
    <w:name w:val="Основной текст 2 Знак"/>
    <w:basedOn w:val="a2"/>
    <w:link w:val="25"/>
    <w:uiPriority w:val="99"/>
    <w:rsid w:val="00B632CA"/>
    <w:rPr>
      <w:rFonts w:ascii="Times New Roman" w:eastAsia="MS Mincho" w:hAnsi="Times New Roman" w:cs="Times New Roman"/>
    </w:rPr>
  </w:style>
  <w:style w:type="paragraph" w:styleId="34">
    <w:name w:val="Body Text 3"/>
    <w:basedOn w:val="a1"/>
    <w:link w:val="35"/>
    <w:uiPriority w:val="99"/>
    <w:unhideWhenUsed/>
    <w:rsid w:val="00B632CA"/>
    <w:pPr>
      <w:widowControl/>
      <w:autoSpaceDE/>
      <w:autoSpaceDN/>
      <w:spacing w:after="120" w:line="360" w:lineRule="auto"/>
    </w:pPr>
    <w:rPr>
      <w:rFonts w:eastAsia="MS Mincho"/>
      <w:sz w:val="16"/>
      <w:szCs w:val="16"/>
      <w:lang w:val="en-US"/>
    </w:rPr>
  </w:style>
  <w:style w:type="character" w:customStyle="1" w:styleId="35">
    <w:name w:val="Основной текст 3 Знак"/>
    <w:basedOn w:val="a2"/>
    <w:link w:val="34"/>
    <w:uiPriority w:val="99"/>
    <w:rsid w:val="00B632CA"/>
    <w:rPr>
      <w:rFonts w:ascii="Times New Roman" w:eastAsia="MS Mincho" w:hAnsi="Times New Roman" w:cs="Times New Roman"/>
      <w:sz w:val="16"/>
      <w:szCs w:val="16"/>
    </w:rPr>
  </w:style>
  <w:style w:type="paragraph" w:styleId="aff6">
    <w:name w:val="List"/>
    <w:basedOn w:val="a1"/>
    <w:uiPriority w:val="99"/>
    <w:unhideWhenUsed/>
    <w:rsid w:val="00B632CA"/>
    <w:pPr>
      <w:widowControl/>
      <w:autoSpaceDE/>
      <w:autoSpaceDN/>
      <w:spacing w:line="360" w:lineRule="auto"/>
      <w:ind w:left="360" w:hanging="360"/>
      <w:contextualSpacing/>
    </w:pPr>
    <w:rPr>
      <w:rFonts w:eastAsia="MS Mincho"/>
      <w:lang w:val="en-US"/>
    </w:rPr>
  </w:style>
  <w:style w:type="paragraph" w:styleId="27">
    <w:name w:val="List 2"/>
    <w:basedOn w:val="a1"/>
    <w:uiPriority w:val="99"/>
    <w:unhideWhenUsed/>
    <w:rsid w:val="00B632CA"/>
    <w:pPr>
      <w:widowControl/>
      <w:autoSpaceDE/>
      <w:autoSpaceDN/>
      <w:spacing w:line="360" w:lineRule="auto"/>
      <w:ind w:left="720" w:hanging="360"/>
      <w:contextualSpacing/>
    </w:pPr>
    <w:rPr>
      <w:rFonts w:eastAsia="MS Mincho"/>
      <w:lang w:val="en-US"/>
    </w:rPr>
  </w:style>
  <w:style w:type="paragraph" w:styleId="36">
    <w:name w:val="List 3"/>
    <w:basedOn w:val="a1"/>
    <w:uiPriority w:val="99"/>
    <w:unhideWhenUsed/>
    <w:rsid w:val="00B632CA"/>
    <w:pPr>
      <w:widowControl/>
      <w:autoSpaceDE/>
      <w:autoSpaceDN/>
      <w:spacing w:line="360" w:lineRule="auto"/>
      <w:ind w:left="1080" w:hanging="360"/>
      <w:contextualSpacing/>
    </w:pPr>
    <w:rPr>
      <w:rFonts w:eastAsia="MS Mincho"/>
      <w:lang w:val="en-US"/>
    </w:rPr>
  </w:style>
  <w:style w:type="paragraph" w:styleId="a0">
    <w:name w:val="List Bullet"/>
    <w:basedOn w:val="a1"/>
    <w:uiPriority w:val="99"/>
    <w:unhideWhenUsed/>
    <w:rsid w:val="00B632CA"/>
    <w:pPr>
      <w:widowControl/>
      <w:numPr>
        <w:numId w:val="26"/>
      </w:numPr>
      <w:tabs>
        <w:tab w:val="clear" w:pos="360"/>
      </w:tabs>
      <w:autoSpaceDE/>
      <w:autoSpaceDN/>
      <w:spacing w:line="360" w:lineRule="auto"/>
      <w:ind w:left="646" w:hanging="212"/>
      <w:contextualSpacing/>
    </w:pPr>
    <w:rPr>
      <w:rFonts w:eastAsia="MS Mincho"/>
      <w:lang w:val="en-US"/>
    </w:rPr>
  </w:style>
  <w:style w:type="paragraph" w:styleId="20">
    <w:name w:val="List Bullet 2"/>
    <w:basedOn w:val="a1"/>
    <w:uiPriority w:val="99"/>
    <w:unhideWhenUsed/>
    <w:rsid w:val="00B632CA"/>
    <w:pPr>
      <w:widowControl/>
      <w:numPr>
        <w:numId w:val="27"/>
      </w:numPr>
      <w:tabs>
        <w:tab w:val="clear" w:pos="720"/>
      </w:tabs>
      <w:autoSpaceDE/>
      <w:autoSpaceDN/>
      <w:spacing w:line="360" w:lineRule="auto"/>
      <w:ind w:left="809"/>
      <w:contextualSpacing/>
    </w:pPr>
    <w:rPr>
      <w:rFonts w:eastAsia="MS Mincho"/>
      <w:lang w:val="en-US"/>
    </w:rPr>
  </w:style>
  <w:style w:type="paragraph" w:styleId="30">
    <w:name w:val="List Bullet 3"/>
    <w:basedOn w:val="a1"/>
    <w:uiPriority w:val="99"/>
    <w:unhideWhenUsed/>
    <w:rsid w:val="00B632CA"/>
    <w:pPr>
      <w:widowControl/>
      <w:numPr>
        <w:numId w:val="28"/>
      </w:numPr>
      <w:tabs>
        <w:tab w:val="clear" w:pos="1080"/>
      </w:tabs>
      <w:autoSpaceDE/>
      <w:autoSpaceDN/>
      <w:spacing w:line="360" w:lineRule="auto"/>
      <w:ind w:left="809"/>
      <w:contextualSpacing/>
    </w:pPr>
    <w:rPr>
      <w:rFonts w:eastAsia="MS Mincho"/>
      <w:lang w:val="en-US"/>
    </w:rPr>
  </w:style>
  <w:style w:type="paragraph" w:styleId="a">
    <w:name w:val="List Number"/>
    <w:basedOn w:val="a1"/>
    <w:uiPriority w:val="99"/>
    <w:unhideWhenUsed/>
    <w:rsid w:val="00B632CA"/>
    <w:pPr>
      <w:widowControl/>
      <w:numPr>
        <w:numId w:val="30"/>
      </w:numPr>
      <w:tabs>
        <w:tab w:val="clear" w:pos="360"/>
      </w:tabs>
      <w:autoSpaceDE/>
      <w:autoSpaceDN/>
      <w:spacing w:line="360" w:lineRule="auto"/>
      <w:ind w:left="662" w:hanging="281"/>
      <w:contextualSpacing/>
    </w:pPr>
    <w:rPr>
      <w:rFonts w:eastAsia="MS Mincho"/>
      <w:lang w:val="en-US"/>
    </w:rPr>
  </w:style>
  <w:style w:type="paragraph" w:styleId="2">
    <w:name w:val="List Number 2"/>
    <w:basedOn w:val="a1"/>
    <w:uiPriority w:val="99"/>
    <w:unhideWhenUsed/>
    <w:rsid w:val="00B632CA"/>
    <w:pPr>
      <w:widowControl/>
      <w:numPr>
        <w:numId w:val="31"/>
      </w:numPr>
      <w:tabs>
        <w:tab w:val="clear" w:pos="720"/>
      </w:tabs>
      <w:autoSpaceDE/>
      <w:autoSpaceDN/>
      <w:spacing w:line="360" w:lineRule="auto"/>
      <w:ind w:left="662" w:hanging="281"/>
      <w:contextualSpacing/>
    </w:pPr>
    <w:rPr>
      <w:rFonts w:eastAsia="MS Mincho"/>
      <w:lang w:val="en-US"/>
    </w:rPr>
  </w:style>
  <w:style w:type="paragraph" w:styleId="3">
    <w:name w:val="List Number 3"/>
    <w:basedOn w:val="a1"/>
    <w:uiPriority w:val="99"/>
    <w:unhideWhenUsed/>
    <w:rsid w:val="00B632CA"/>
    <w:pPr>
      <w:widowControl/>
      <w:numPr>
        <w:numId w:val="32"/>
      </w:numPr>
      <w:tabs>
        <w:tab w:val="clear" w:pos="1080"/>
      </w:tabs>
      <w:autoSpaceDE/>
      <w:autoSpaceDN/>
      <w:spacing w:line="360" w:lineRule="auto"/>
      <w:ind w:left="662" w:hanging="281"/>
      <w:contextualSpacing/>
    </w:pPr>
    <w:rPr>
      <w:rFonts w:eastAsia="MS Mincho"/>
      <w:lang w:val="en-US"/>
    </w:rPr>
  </w:style>
  <w:style w:type="paragraph" w:styleId="aff7">
    <w:name w:val="List Continue"/>
    <w:basedOn w:val="a1"/>
    <w:uiPriority w:val="99"/>
    <w:unhideWhenUsed/>
    <w:rsid w:val="00B632CA"/>
    <w:pPr>
      <w:widowControl/>
      <w:autoSpaceDE/>
      <w:autoSpaceDN/>
      <w:spacing w:after="120" w:line="360" w:lineRule="auto"/>
      <w:ind w:left="360"/>
      <w:contextualSpacing/>
    </w:pPr>
    <w:rPr>
      <w:rFonts w:eastAsia="MS Mincho"/>
      <w:lang w:val="en-US"/>
    </w:rPr>
  </w:style>
  <w:style w:type="paragraph" w:styleId="28">
    <w:name w:val="List Continue 2"/>
    <w:basedOn w:val="a1"/>
    <w:uiPriority w:val="99"/>
    <w:unhideWhenUsed/>
    <w:rsid w:val="00B632CA"/>
    <w:pPr>
      <w:widowControl/>
      <w:autoSpaceDE/>
      <w:autoSpaceDN/>
      <w:spacing w:after="120" w:line="360" w:lineRule="auto"/>
      <w:ind w:left="720"/>
      <w:contextualSpacing/>
    </w:pPr>
    <w:rPr>
      <w:rFonts w:eastAsia="MS Mincho"/>
      <w:lang w:val="en-US"/>
    </w:rPr>
  </w:style>
  <w:style w:type="paragraph" w:styleId="37">
    <w:name w:val="List Continue 3"/>
    <w:basedOn w:val="a1"/>
    <w:uiPriority w:val="99"/>
    <w:unhideWhenUsed/>
    <w:rsid w:val="00B632CA"/>
    <w:pPr>
      <w:widowControl/>
      <w:autoSpaceDE/>
      <w:autoSpaceDN/>
      <w:spacing w:after="120" w:line="360" w:lineRule="auto"/>
      <w:ind w:left="1080"/>
      <w:contextualSpacing/>
    </w:pPr>
    <w:rPr>
      <w:rFonts w:eastAsia="MS Mincho"/>
      <w:lang w:val="en-US"/>
    </w:rPr>
  </w:style>
  <w:style w:type="paragraph" w:styleId="aff8">
    <w:name w:val="macro"/>
    <w:link w:val="aff9"/>
    <w:uiPriority w:val="99"/>
    <w:unhideWhenUsed/>
    <w:rsid w:val="00B632CA"/>
    <w:pPr>
      <w:widowControl/>
      <w:tabs>
        <w:tab w:val="left" w:pos="576"/>
        <w:tab w:val="left" w:pos="1152"/>
        <w:tab w:val="left" w:pos="1728"/>
        <w:tab w:val="left" w:pos="2304"/>
        <w:tab w:val="left" w:pos="2880"/>
        <w:tab w:val="left" w:pos="3456"/>
        <w:tab w:val="left" w:pos="4032"/>
      </w:tabs>
      <w:autoSpaceDE/>
      <w:autoSpaceDN/>
      <w:spacing w:after="200" w:line="276" w:lineRule="auto"/>
    </w:pPr>
    <w:rPr>
      <w:rFonts w:ascii="Courier" w:eastAsia="MS Mincho" w:hAnsi="Courier"/>
      <w:sz w:val="20"/>
      <w:szCs w:val="20"/>
    </w:rPr>
  </w:style>
  <w:style w:type="character" w:customStyle="1" w:styleId="aff9">
    <w:name w:val="Текст макроса Знак"/>
    <w:basedOn w:val="a2"/>
    <w:link w:val="aff8"/>
    <w:uiPriority w:val="99"/>
    <w:rsid w:val="00B632CA"/>
    <w:rPr>
      <w:rFonts w:ascii="Courier" w:eastAsia="MS Mincho" w:hAnsi="Courier"/>
      <w:sz w:val="20"/>
      <w:szCs w:val="20"/>
    </w:rPr>
  </w:style>
  <w:style w:type="paragraph" w:customStyle="1" w:styleId="210">
    <w:name w:val="Цитата 21"/>
    <w:basedOn w:val="a1"/>
    <w:next w:val="a1"/>
    <w:uiPriority w:val="29"/>
    <w:qFormat/>
    <w:rsid w:val="00B632CA"/>
    <w:pPr>
      <w:widowControl/>
      <w:autoSpaceDE/>
      <w:autoSpaceDN/>
      <w:spacing w:line="360" w:lineRule="auto"/>
    </w:pPr>
    <w:rPr>
      <w:rFonts w:eastAsia="MS Mincho"/>
      <w:i/>
      <w:iCs/>
      <w:color w:val="000000"/>
      <w:lang w:val="en-US"/>
    </w:rPr>
  </w:style>
  <w:style w:type="character" w:customStyle="1" w:styleId="29">
    <w:name w:val="Цитата 2 Знак"/>
    <w:basedOn w:val="a2"/>
    <w:link w:val="2a"/>
    <w:uiPriority w:val="29"/>
    <w:rsid w:val="00B632CA"/>
    <w:rPr>
      <w:i/>
      <w:iCs/>
      <w:color w:val="000000"/>
    </w:rPr>
  </w:style>
  <w:style w:type="character" w:customStyle="1" w:styleId="40">
    <w:name w:val="Заголовок 4 Знак"/>
    <w:basedOn w:val="a2"/>
    <w:link w:val="4"/>
    <w:uiPriority w:val="9"/>
    <w:semiHidden/>
    <w:rsid w:val="00B632CA"/>
    <w:rPr>
      <w:rFonts w:ascii="Calibri" w:eastAsia="MS Gothic" w:hAnsi="Calibri" w:cs="Times New Roman"/>
      <w:b/>
      <w:bCs/>
      <w:i/>
      <w:iCs/>
      <w:color w:val="4F81BD"/>
    </w:rPr>
  </w:style>
  <w:style w:type="character" w:customStyle="1" w:styleId="50">
    <w:name w:val="Заголовок 5 Знак"/>
    <w:basedOn w:val="a2"/>
    <w:link w:val="5"/>
    <w:uiPriority w:val="9"/>
    <w:semiHidden/>
    <w:rsid w:val="00B632CA"/>
    <w:rPr>
      <w:rFonts w:ascii="Calibri" w:eastAsia="MS Gothic" w:hAnsi="Calibri" w:cs="Times New Roman"/>
      <w:color w:val="243F60"/>
    </w:rPr>
  </w:style>
  <w:style w:type="character" w:customStyle="1" w:styleId="60">
    <w:name w:val="Заголовок 6 Знак"/>
    <w:basedOn w:val="a2"/>
    <w:link w:val="6"/>
    <w:uiPriority w:val="9"/>
    <w:semiHidden/>
    <w:rsid w:val="00B632CA"/>
    <w:rPr>
      <w:rFonts w:ascii="Calibri" w:eastAsia="MS Gothic" w:hAnsi="Calibri" w:cs="Times New Roman"/>
      <w:i/>
      <w:iCs/>
      <w:color w:val="243F60"/>
    </w:rPr>
  </w:style>
  <w:style w:type="character" w:customStyle="1" w:styleId="70">
    <w:name w:val="Заголовок 7 Знак"/>
    <w:basedOn w:val="a2"/>
    <w:link w:val="7"/>
    <w:uiPriority w:val="9"/>
    <w:semiHidden/>
    <w:rsid w:val="00B632CA"/>
    <w:rPr>
      <w:rFonts w:ascii="Calibri" w:eastAsia="MS Gothic" w:hAnsi="Calibri" w:cs="Times New Roman"/>
      <w:i/>
      <w:iCs/>
      <w:color w:val="404040"/>
    </w:rPr>
  </w:style>
  <w:style w:type="character" w:customStyle="1" w:styleId="80">
    <w:name w:val="Заголовок 8 Знак"/>
    <w:basedOn w:val="a2"/>
    <w:link w:val="8"/>
    <w:uiPriority w:val="9"/>
    <w:semiHidden/>
    <w:rsid w:val="00B632CA"/>
    <w:rPr>
      <w:rFonts w:ascii="Calibri" w:eastAsia="MS Gothic" w:hAnsi="Calibri" w:cs="Times New Roman"/>
      <w:color w:val="4F81BD"/>
      <w:sz w:val="20"/>
      <w:szCs w:val="20"/>
    </w:rPr>
  </w:style>
  <w:style w:type="character" w:customStyle="1" w:styleId="90">
    <w:name w:val="Заголовок 9 Знак"/>
    <w:basedOn w:val="a2"/>
    <w:link w:val="9"/>
    <w:uiPriority w:val="9"/>
    <w:semiHidden/>
    <w:rsid w:val="00B632CA"/>
    <w:rPr>
      <w:rFonts w:ascii="Calibri" w:eastAsia="MS Gothic" w:hAnsi="Calibri" w:cs="Times New Roman"/>
      <w:i/>
      <w:iCs/>
      <w:color w:val="404040"/>
      <w:sz w:val="20"/>
      <w:szCs w:val="20"/>
    </w:rPr>
  </w:style>
  <w:style w:type="paragraph" w:customStyle="1" w:styleId="16">
    <w:name w:val="Название объекта1"/>
    <w:basedOn w:val="a1"/>
    <w:next w:val="a1"/>
    <w:uiPriority w:val="35"/>
    <w:semiHidden/>
    <w:unhideWhenUsed/>
    <w:qFormat/>
    <w:rsid w:val="00B632CA"/>
    <w:pPr>
      <w:widowControl/>
      <w:autoSpaceDE/>
      <w:autoSpaceDN/>
    </w:pPr>
    <w:rPr>
      <w:rFonts w:eastAsia="MS Mincho"/>
      <w:b/>
      <w:bCs/>
      <w:color w:val="4F81BD"/>
      <w:sz w:val="18"/>
      <w:szCs w:val="18"/>
      <w:lang w:val="en-US"/>
    </w:rPr>
  </w:style>
  <w:style w:type="character" w:styleId="affa">
    <w:name w:val="Strong"/>
    <w:basedOn w:val="a2"/>
    <w:uiPriority w:val="22"/>
    <w:qFormat/>
    <w:rsid w:val="00B632CA"/>
    <w:rPr>
      <w:b/>
      <w:bCs/>
    </w:rPr>
  </w:style>
  <w:style w:type="character" w:styleId="affb">
    <w:name w:val="Emphasis"/>
    <w:basedOn w:val="a2"/>
    <w:uiPriority w:val="20"/>
    <w:qFormat/>
    <w:rsid w:val="00B632CA"/>
    <w:rPr>
      <w:i/>
      <w:iCs/>
    </w:rPr>
  </w:style>
  <w:style w:type="paragraph" w:customStyle="1" w:styleId="17">
    <w:name w:val="Выделенная цитата1"/>
    <w:basedOn w:val="a1"/>
    <w:next w:val="a1"/>
    <w:uiPriority w:val="30"/>
    <w:qFormat/>
    <w:rsid w:val="00B632CA"/>
    <w:pPr>
      <w:widowControl/>
      <w:pBdr>
        <w:bottom w:val="single" w:sz="4" w:space="4" w:color="4F81BD"/>
      </w:pBdr>
      <w:autoSpaceDE/>
      <w:autoSpaceDN/>
      <w:spacing w:before="200" w:after="280" w:line="360" w:lineRule="auto"/>
      <w:ind w:left="936" w:right="936"/>
    </w:pPr>
    <w:rPr>
      <w:rFonts w:eastAsia="MS Mincho"/>
      <w:b/>
      <w:bCs/>
      <w:i/>
      <w:iCs/>
      <w:color w:val="4F81BD"/>
      <w:lang w:val="en-US"/>
    </w:rPr>
  </w:style>
  <w:style w:type="character" w:customStyle="1" w:styleId="affc">
    <w:name w:val="Выделенная цитата Знак"/>
    <w:basedOn w:val="a2"/>
    <w:link w:val="affd"/>
    <w:uiPriority w:val="30"/>
    <w:rsid w:val="00B632CA"/>
    <w:rPr>
      <w:b/>
      <w:bCs/>
      <w:i/>
      <w:iCs/>
      <w:color w:val="4F81BD"/>
    </w:rPr>
  </w:style>
  <w:style w:type="character" w:customStyle="1" w:styleId="18">
    <w:name w:val="Слабое выделение1"/>
    <w:basedOn w:val="a2"/>
    <w:uiPriority w:val="19"/>
    <w:qFormat/>
    <w:rsid w:val="00B632CA"/>
    <w:rPr>
      <w:i/>
      <w:iCs/>
      <w:color w:val="808080"/>
    </w:rPr>
  </w:style>
  <w:style w:type="character" w:customStyle="1" w:styleId="19">
    <w:name w:val="Сильное выделение1"/>
    <w:basedOn w:val="a2"/>
    <w:uiPriority w:val="21"/>
    <w:qFormat/>
    <w:rsid w:val="00B632CA"/>
    <w:rPr>
      <w:b/>
      <w:bCs/>
      <w:i/>
      <w:iCs/>
      <w:color w:val="4F81BD"/>
    </w:rPr>
  </w:style>
  <w:style w:type="character" w:customStyle="1" w:styleId="1a">
    <w:name w:val="Слабая ссылка1"/>
    <w:basedOn w:val="a2"/>
    <w:uiPriority w:val="31"/>
    <w:qFormat/>
    <w:rsid w:val="00B632CA"/>
    <w:rPr>
      <w:smallCaps/>
      <w:color w:val="C0504D"/>
      <w:u w:val="single"/>
    </w:rPr>
  </w:style>
  <w:style w:type="character" w:customStyle="1" w:styleId="1b">
    <w:name w:val="Сильная ссылка1"/>
    <w:basedOn w:val="a2"/>
    <w:uiPriority w:val="32"/>
    <w:qFormat/>
    <w:rsid w:val="00B632CA"/>
    <w:rPr>
      <w:b/>
      <w:bCs/>
      <w:smallCaps/>
      <w:color w:val="C0504D"/>
      <w:spacing w:val="5"/>
      <w:u w:val="single"/>
    </w:rPr>
  </w:style>
  <w:style w:type="character" w:styleId="affe">
    <w:name w:val="Book Title"/>
    <w:basedOn w:val="a2"/>
    <w:uiPriority w:val="33"/>
    <w:qFormat/>
    <w:rsid w:val="00B632CA"/>
    <w:rPr>
      <w:b/>
      <w:bCs/>
      <w:smallCaps/>
      <w:spacing w:val="5"/>
    </w:rPr>
  </w:style>
  <w:style w:type="paragraph" w:styleId="afff">
    <w:name w:val="TOC Heading"/>
    <w:basedOn w:val="1"/>
    <w:next w:val="a1"/>
    <w:uiPriority w:val="39"/>
    <w:semiHidden/>
    <w:unhideWhenUsed/>
    <w:qFormat/>
    <w:rsid w:val="00B632CA"/>
    <w:pPr>
      <w:keepNext/>
      <w:keepLines/>
      <w:widowControl/>
      <w:autoSpaceDE/>
      <w:autoSpaceDN/>
      <w:spacing w:before="480" w:line="360" w:lineRule="auto"/>
      <w:ind w:left="0"/>
      <w:jc w:val="left"/>
      <w:outlineLvl w:val="9"/>
    </w:pPr>
    <w:rPr>
      <w:rFonts w:ascii="Calibri" w:eastAsia="MS Gothic" w:hAnsi="Calibri"/>
      <w:color w:val="365F91"/>
      <w:lang w:val="en-US"/>
    </w:rPr>
  </w:style>
  <w:style w:type="table" w:customStyle="1" w:styleId="42">
    <w:name w:val="Сетка таблицы4"/>
    <w:basedOn w:val="a3"/>
    <w:next w:val="aa"/>
    <w:uiPriority w:val="59"/>
    <w:rsid w:val="00B632CA"/>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c">
    <w:name w:val="Светлая заливка1"/>
    <w:basedOn w:val="a3"/>
    <w:next w:val="afff0"/>
    <w:uiPriority w:val="60"/>
    <w:rsid w:val="00B632CA"/>
    <w:pPr>
      <w:widowControl/>
      <w:autoSpaceDE/>
      <w:autoSpaceDN/>
    </w:pPr>
    <w:rPr>
      <w:rFonts w:eastAsia="MS Mincho"/>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next w:val="-1"/>
    <w:uiPriority w:val="60"/>
    <w:rsid w:val="00B632CA"/>
    <w:pPr>
      <w:widowControl/>
      <w:autoSpaceDE/>
      <w:autoSpaceDN/>
    </w:pPr>
    <w:rPr>
      <w:rFonts w:eastAsia="MS Mincho"/>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3"/>
    <w:next w:val="-2"/>
    <w:uiPriority w:val="60"/>
    <w:rsid w:val="00B632CA"/>
    <w:pPr>
      <w:widowControl/>
      <w:autoSpaceDE/>
      <w:autoSpaceDN/>
    </w:pPr>
    <w:rPr>
      <w:rFonts w:eastAsia="MS Mincho"/>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3"/>
    <w:next w:val="-3"/>
    <w:uiPriority w:val="60"/>
    <w:rsid w:val="00B632CA"/>
    <w:pPr>
      <w:widowControl/>
      <w:autoSpaceDE/>
      <w:autoSpaceDN/>
    </w:pPr>
    <w:rPr>
      <w:rFonts w:eastAsia="MS Mincho"/>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
    <w:name w:val="Светлая заливка - Акцент 41"/>
    <w:basedOn w:val="a3"/>
    <w:next w:val="-4"/>
    <w:uiPriority w:val="60"/>
    <w:rsid w:val="00B632CA"/>
    <w:pPr>
      <w:widowControl/>
      <w:autoSpaceDE/>
      <w:autoSpaceDN/>
    </w:pPr>
    <w:rPr>
      <w:rFonts w:eastAsia="MS Mincho"/>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
    <w:name w:val="Светлая заливка - Акцент 51"/>
    <w:basedOn w:val="a3"/>
    <w:next w:val="-5"/>
    <w:uiPriority w:val="60"/>
    <w:rsid w:val="00B632CA"/>
    <w:pPr>
      <w:widowControl/>
      <w:autoSpaceDE/>
      <w:autoSpaceDN/>
    </w:pPr>
    <w:rPr>
      <w:rFonts w:eastAsia="MS Mincho"/>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
    <w:name w:val="Светлая заливка - Акцент 61"/>
    <w:basedOn w:val="a3"/>
    <w:next w:val="-6"/>
    <w:uiPriority w:val="60"/>
    <w:rsid w:val="00B632CA"/>
    <w:pPr>
      <w:widowControl/>
      <w:autoSpaceDE/>
      <w:autoSpaceDN/>
    </w:pPr>
    <w:rPr>
      <w:rFonts w:eastAsia="MS Mincho"/>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d">
    <w:name w:val="Светлый список1"/>
    <w:basedOn w:val="a3"/>
    <w:next w:val="afff1"/>
    <w:uiPriority w:val="61"/>
    <w:rsid w:val="00B632CA"/>
    <w:pPr>
      <w:widowControl/>
      <w:autoSpaceDE/>
      <w:autoSpaceDN/>
    </w:pPr>
    <w:rPr>
      <w:rFonts w:eastAsia="MS Minch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3"/>
    <w:next w:val="-10"/>
    <w:uiPriority w:val="61"/>
    <w:rsid w:val="00B632CA"/>
    <w:pPr>
      <w:widowControl/>
      <w:autoSpaceDE/>
      <w:autoSpaceDN/>
    </w:pPr>
    <w:rPr>
      <w:rFonts w:eastAsia="MS Minch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0">
    <w:name w:val="Светлый список - Акцент 21"/>
    <w:basedOn w:val="a3"/>
    <w:next w:val="-20"/>
    <w:uiPriority w:val="61"/>
    <w:rsid w:val="00B632CA"/>
    <w:pPr>
      <w:widowControl/>
      <w:autoSpaceDE/>
      <w:autoSpaceDN/>
    </w:pPr>
    <w:rPr>
      <w:rFonts w:eastAsia="MS Minch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0">
    <w:name w:val="Светлый список - Акцент 31"/>
    <w:basedOn w:val="a3"/>
    <w:next w:val="-30"/>
    <w:uiPriority w:val="61"/>
    <w:rsid w:val="00B632CA"/>
    <w:pPr>
      <w:widowControl/>
      <w:autoSpaceDE/>
      <w:autoSpaceDN/>
    </w:pPr>
    <w:rPr>
      <w:rFonts w:eastAsia="MS Minch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0">
    <w:name w:val="Светлый список - Акцент 41"/>
    <w:basedOn w:val="a3"/>
    <w:next w:val="-40"/>
    <w:uiPriority w:val="61"/>
    <w:rsid w:val="00B632CA"/>
    <w:pPr>
      <w:widowControl/>
      <w:autoSpaceDE/>
      <w:autoSpaceDN/>
    </w:pPr>
    <w:rPr>
      <w:rFonts w:eastAsia="MS Minch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0">
    <w:name w:val="Светлый список - Акцент 51"/>
    <w:basedOn w:val="a3"/>
    <w:next w:val="-50"/>
    <w:uiPriority w:val="61"/>
    <w:rsid w:val="00B632CA"/>
    <w:pPr>
      <w:widowControl/>
      <w:autoSpaceDE/>
      <w:autoSpaceDN/>
    </w:pPr>
    <w:rPr>
      <w:rFonts w:eastAsia="MS Minch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0">
    <w:name w:val="Светлый список - Акцент 61"/>
    <w:basedOn w:val="a3"/>
    <w:next w:val="-60"/>
    <w:uiPriority w:val="61"/>
    <w:rsid w:val="00B632CA"/>
    <w:pPr>
      <w:widowControl/>
      <w:autoSpaceDE/>
      <w:autoSpaceDN/>
    </w:pPr>
    <w:rPr>
      <w:rFonts w:eastAsia="MS Minch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e">
    <w:name w:val="Светлая сетка1"/>
    <w:basedOn w:val="a3"/>
    <w:next w:val="afff2"/>
    <w:uiPriority w:val="62"/>
    <w:rsid w:val="00B632CA"/>
    <w:pPr>
      <w:widowControl/>
      <w:autoSpaceDE/>
      <w:autoSpaceDN/>
    </w:pPr>
    <w:rPr>
      <w:rFonts w:eastAsia="MS Minch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
    <w:name w:val="Светлая сетка - Акцент 11"/>
    <w:basedOn w:val="a3"/>
    <w:next w:val="-12"/>
    <w:uiPriority w:val="62"/>
    <w:rsid w:val="00B632CA"/>
    <w:pPr>
      <w:widowControl/>
      <w:autoSpaceDE/>
      <w:autoSpaceDN/>
    </w:pPr>
    <w:rPr>
      <w:rFonts w:eastAsia="MS Minch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1">
    <w:name w:val="Светлая сетка - Акцент 21"/>
    <w:basedOn w:val="a3"/>
    <w:next w:val="-22"/>
    <w:uiPriority w:val="62"/>
    <w:rsid w:val="00B632CA"/>
    <w:pPr>
      <w:widowControl/>
      <w:autoSpaceDE/>
      <w:autoSpaceDN/>
    </w:pPr>
    <w:rPr>
      <w:rFonts w:eastAsia="MS Minch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1">
    <w:name w:val="Светлая сетка - Акцент 31"/>
    <w:basedOn w:val="a3"/>
    <w:next w:val="-32"/>
    <w:uiPriority w:val="62"/>
    <w:rsid w:val="00B632CA"/>
    <w:pPr>
      <w:widowControl/>
      <w:autoSpaceDE/>
      <w:autoSpaceDN/>
    </w:pPr>
    <w:rPr>
      <w:rFonts w:eastAsia="MS Minch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
    <w:name w:val="Светлая сетка - Акцент 41"/>
    <w:basedOn w:val="a3"/>
    <w:next w:val="-42"/>
    <w:uiPriority w:val="62"/>
    <w:rsid w:val="00B632CA"/>
    <w:pPr>
      <w:widowControl/>
      <w:autoSpaceDE/>
      <w:autoSpaceDN/>
    </w:pPr>
    <w:rPr>
      <w:rFonts w:eastAsia="MS Minch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
    <w:name w:val="Светлая сетка - Акцент 51"/>
    <w:basedOn w:val="a3"/>
    <w:next w:val="-52"/>
    <w:uiPriority w:val="62"/>
    <w:rsid w:val="00B632CA"/>
    <w:pPr>
      <w:widowControl/>
      <w:autoSpaceDE/>
      <w:autoSpaceDN/>
    </w:pPr>
    <w:rPr>
      <w:rFonts w:eastAsia="MS Minch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
    <w:name w:val="Светлая сетка - Акцент 61"/>
    <w:basedOn w:val="a3"/>
    <w:next w:val="-62"/>
    <w:uiPriority w:val="62"/>
    <w:rsid w:val="00B632CA"/>
    <w:pPr>
      <w:widowControl/>
      <w:autoSpaceDE/>
      <w:autoSpaceDN/>
    </w:pPr>
    <w:rPr>
      <w:rFonts w:eastAsia="MS Minch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10">
    <w:name w:val="Средняя заливка 11"/>
    <w:basedOn w:val="a3"/>
    <w:next w:val="1f"/>
    <w:uiPriority w:val="63"/>
    <w:rsid w:val="00B632CA"/>
    <w:pPr>
      <w:widowControl/>
      <w:autoSpaceDE/>
      <w:autoSpaceDN/>
    </w:pPr>
    <w:rPr>
      <w:rFonts w:eastAsia="MS Minch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
    <w:name w:val="Средняя заливка 1 - Акцент 11"/>
    <w:basedOn w:val="a3"/>
    <w:next w:val="1-1"/>
    <w:uiPriority w:val="63"/>
    <w:rsid w:val="00B632CA"/>
    <w:pPr>
      <w:widowControl/>
      <w:autoSpaceDE/>
      <w:autoSpaceDN/>
    </w:pPr>
    <w:rPr>
      <w:rFonts w:eastAsia="MS Minch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
    <w:name w:val="Средняя заливка 1 - Акцент 21"/>
    <w:basedOn w:val="a3"/>
    <w:next w:val="1-2"/>
    <w:uiPriority w:val="63"/>
    <w:rsid w:val="00B632CA"/>
    <w:pPr>
      <w:widowControl/>
      <w:autoSpaceDE/>
      <w:autoSpaceDN/>
    </w:pPr>
    <w:rPr>
      <w:rFonts w:eastAsia="MS Minch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
    <w:name w:val="Средняя заливка 1 - Акцент 31"/>
    <w:basedOn w:val="a3"/>
    <w:next w:val="1-3"/>
    <w:uiPriority w:val="63"/>
    <w:rsid w:val="00B632CA"/>
    <w:pPr>
      <w:widowControl/>
      <w:autoSpaceDE/>
      <w:autoSpaceDN/>
    </w:pPr>
    <w:rPr>
      <w:rFonts w:eastAsia="MS Minch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
    <w:name w:val="Средняя заливка 1 - Акцент 41"/>
    <w:basedOn w:val="a3"/>
    <w:next w:val="1-4"/>
    <w:uiPriority w:val="63"/>
    <w:rsid w:val="00B632CA"/>
    <w:pPr>
      <w:widowControl/>
      <w:autoSpaceDE/>
      <w:autoSpaceDN/>
    </w:pPr>
    <w:rPr>
      <w:rFonts w:eastAsia="MS Minch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
    <w:name w:val="Средняя заливка 1 - Акцент 51"/>
    <w:basedOn w:val="a3"/>
    <w:next w:val="1-5"/>
    <w:uiPriority w:val="63"/>
    <w:rsid w:val="00B632CA"/>
    <w:pPr>
      <w:widowControl/>
      <w:autoSpaceDE/>
      <w:autoSpaceDN/>
    </w:pPr>
    <w:rPr>
      <w:rFonts w:eastAsia="MS Minch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
    <w:name w:val="Средняя заливка 1 - Акцент 61"/>
    <w:basedOn w:val="a3"/>
    <w:next w:val="1-6"/>
    <w:uiPriority w:val="63"/>
    <w:rsid w:val="00B632CA"/>
    <w:pPr>
      <w:widowControl/>
      <w:autoSpaceDE/>
      <w:autoSpaceDN/>
    </w:pPr>
    <w:rPr>
      <w:rFonts w:eastAsia="MS Minch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1">
    <w:name w:val="Средняя заливка 21"/>
    <w:basedOn w:val="a3"/>
    <w:next w:val="2b"/>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редняя заливка 2 - Акцент 11"/>
    <w:basedOn w:val="a3"/>
    <w:next w:val="2-1"/>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
    <w:name w:val="Средняя заливка 2 - Акцент 21"/>
    <w:basedOn w:val="a3"/>
    <w:next w:val="2-2"/>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
    <w:name w:val="Средняя заливка 2 - Акцент 31"/>
    <w:basedOn w:val="a3"/>
    <w:next w:val="2-3"/>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
    <w:name w:val="Средняя заливка 2 - Акцент 41"/>
    <w:basedOn w:val="a3"/>
    <w:next w:val="2-4"/>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Средняя заливка 2 - Акцент 51"/>
    <w:basedOn w:val="a3"/>
    <w:next w:val="2-5"/>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3"/>
    <w:next w:val="2-6"/>
    <w:uiPriority w:val="64"/>
    <w:rsid w:val="00B632CA"/>
    <w:pPr>
      <w:widowControl/>
      <w:autoSpaceDE/>
      <w:autoSpaceDN/>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редний список 11"/>
    <w:basedOn w:val="a3"/>
    <w:next w:val="1f0"/>
    <w:uiPriority w:val="65"/>
    <w:rsid w:val="00B632CA"/>
    <w:pPr>
      <w:widowControl/>
      <w:autoSpaceDE/>
      <w:autoSpaceDN/>
    </w:pPr>
    <w:rPr>
      <w:rFonts w:eastAsia="MS Mincho"/>
      <w:color w:val="000000"/>
    </w:rPr>
    <w:tblPr>
      <w:tblStyleRowBandSize w:val="1"/>
      <w:tblStyleColBandSize w:val="1"/>
      <w:tblBorders>
        <w:top w:val="single" w:sz="8" w:space="0" w:color="000000"/>
        <w:bottom w:val="single" w:sz="8" w:space="0" w:color="000000"/>
      </w:tblBorders>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3"/>
    <w:next w:val="1-10"/>
    <w:uiPriority w:val="65"/>
    <w:rsid w:val="00B632CA"/>
    <w:pPr>
      <w:widowControl/>
      <w:autoSpaceDE/>
      <w:autoSpaceDN/>
    </w:pPr>
    <w:rPr>
      <w:rFonts w:eastAsia="MS Mincho"/>
      <w:color w:val="000000"/>
    </w:rPr>
    <w:tblPr>
      <w:tblStyleRowBandSize w:val="1"/>
      <w:tblStyleColBandSize w:val="1"/>
      <w:tblBorders>
        <w:top w:val="single" w:sz="8" w:space="0" w:color="4F81BD"/>
        <w:bottom w:val="single" w:sz="8" w:space="0" w:color="4F81BD"/>
      </w:tblBorders>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3"/>
    <w:next w:val="1-20"/>
    <w:uiPriority w:val="65"/>
    <w:rsid w:val="00B632CA"/>
    <w:pPr>
      <w:widowControl/>
      <w:autoSpaceDE/>
      <w:autoSpaceDN/>
    </w:pPr>
    <w:rPr>
      <w:rFonts w:eastAsia="MS Mincho"/>
      <w:color w:val="000000"/>
    </w:rPr>
    <w:tblPr>
      <w:tblStyleRowBandSize w:val="1"/>
      <w:tblStyleColBandSize w:val="1"/>
      <w:tblBorders>
        <w:top w:val="single" w:sz="8" w:space="0" w:color="C0504D"/>
        <w:bottom w:val="single" w:sz="8" w:space="0" w:color="C0504D"/>
      </w:tblBorders>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3"/>
    <w:next w:val="1-30"/>
    <w:uiPriority w:val="65"/>
    <w:rsid w:val="00B632CA"/>
    <w:pPr>
      <w:widowControl/>
      <w:autoSpaceDE/>
      <w:autoSpaceDN/>
    </w:pPr>
    <w:rPr>
      <w:rFonts w:eastAsia="MS Mincho"/>
      <w:color w:val="000000"/>
    </w:rPr>
    <w:tblPr>
      <w:tblStyleRowBandSize w:val="1"/>
      <w:tblStyleColBandSize w:val="1"/>
      <w:tblBorders>
        <w:top w:val="single" w:sz="8" w:space="0" w:color="9BBB59"/>
        <w:bottom w:val="single" w:sz="8" w:space="0" w:color="9BBB59"/>
      </w:tblBorders>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3"/>
    <w:next w:val="1-40"/>
    <w:uiPriority w:val="65"/>
    <w:rsid w:val="00B632CA"/>
    <w:pPr>
      <w:widowControl/>
      <w:autoSpaceDE/>
      <w:autoSpaceDN/>
    </w:pPr>
    <w:rPr>
      <w:rFonts w:eastAsia="MS Mincho"/>
      <w:color w:val="000000"/>
    </w:rPr>
    <w:tblPr>
      <w:tblStyleRowBandSize w:val="1"/>
      <w:tblStyleColBandSize w:val="1"/>
      <w:tblBorders>
        <w:top w:val="single" w:sz="8" w:space="0" w:color="8064A2"/>
        <w:bottom w:val="single" w:sz="8" w:space="0" w:color="8064A2"/>
      </w:tblBorders>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3"/>
    <w:next w:val="1-50"/>
    <w:uiPriority w:val="65"/>
    <w:rsid w:val="00B632CA"/>
    <w:pPr>
      <w:widowControl/>
      <w:autoSpaceDE/>
      <w:autoSpaceDN/>
    </w:pPr>
    <w:rPr>
      <w:rFonts w:eastAsia="MS Mincho"/>
      <w:color w:val="000000"/>
    </w:rPr>
    <w:tblPr>
      <w:tblStyleRowBandSize w:val="1"/>
      <w:tblStyleColBandSize w:val="1"/>
      <w:tblBorders>
        <w:top w:val="single" w:sz="8" w:space="0" w:color="4BACC6"/>
        <w:bottom w:val="single" w:sz="8" w:space="0" w:color="4BACC6"/>
      </w:tblBorders>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3"/>
    <w:next w:val="1-60"/>
    <w:uiPriority w:val="65"/>
    <w:rsid w:val="00B632CA"/>
    <w:pPr>
      <w:widowControl/>
      <w:autoSpaceDE/>
      <w:autoSpaceDN/>
    </w:pPr>
    <w:rPr>
      <w:rFonts w:eastAsia="MS Mincho"/>
      <w:color w:val="000000"/>
    </w:rPr>
    <w:tblPr>
      <w:tblStyleRowBandSize w:val="1"/>
      <w:tblStyleColBandSize w:val="1"/>
      <w:tblBorders>
        <w:top w:val="single" w:sz="8" w:space="0" w:color="F79646"/>
        <w:bottom w:val="single" w:sz="8" w:space="0" w:color="F79646"/>
      </w:tblBorders>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2">
    <w:name w:val="Средний список 21"/>
    <w:basedOn w:val="a3"/>
    <w:next w:val="2c"/>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3"/>
    <w:next w:val="2-1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3"/>
    <w:next w:val="2-2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3"/>
    <w:next w:val="2-3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3"/>
    <w:next w:val="2-4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3"/>
    <w:next w:val="2-5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3"/>
    <w:next w:val="2-60"/>
    <w:uiPriority w:val="66"/>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2">
    <w:name w:val="Средняя сетка 11"/>
    <w:basedOn w:val="a3"/>
    <w:next w:val="1f1"/>
    <w:uiPriority w:val="67"/>
    <w:rsid w:val="00B632CA"/>
    <w:pPr>
      <w:widowControl/>
      <w:autoSpaceDE/>
      <w:autoSpaceDN/>
    </w:pPr>
    <w:rPr>
      <w:rFonts w:eastAsia="MS Minch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
    <w:name w:val="Средняя сетка 1 - Акцент 11"/>
    <w:basedOn w:val="a3"/>
    <w:next w:val="1-12"/>
    <w:uiPriority w:val="67"/>
    <w:rsid w:val="00B632CA"/>
    <w:pPr>
      <w:widowControl/>
      <w:autoSpaceDE/>
      <w:autoSpaceDN/>
    </w:pPr>
    <w:rPr>
      <w:rFonts w:eastAsia="MS Minch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
    <w:name w:val="Средняя сетка 1 - Акцент 21"/>
    <w:basedOn w:val="a3"/>
    <w:next w:val="1-22"/>
    <w:uiPriority w:val="67"/>
    <w:rsid w:val="00B632CA"/>
    <w:pPr>
      <w:widowControl/>
      <w:autoSpaceDE/>
      <w:autoSpaceDN/>
    </w:pPr>
    <w:rPr>
      <w:rFonts w:eastAsia="MS Minch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
    <w:name w:val="Средняя сетка 1 - Акцент 31"/>
    <w:basedOn w:val="a3"/>
    <w:next w:val="1-32"/>
    <w:uiPriority w:val="67"/>
    <w:rsid w:val="00B632CA"/>
    <w:pPr>
      <w:widowControl/>
      <w:autoSpaceDE/>
      <w:autoSpaceDN/>
    </w:pPr>
    <w:rPr>
      <w:rFonts w:eastAsia="MS Minch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
    <w:name w:val="Средняя сетка 1 - Акцент 41"/>
    <w:basedOn w:val="a3"/>
    <w:next w:val="1-42"/>
    <w:uiPriority w:val="67"/>
    <w:rsid w:val="00B632CA"/>
    <w:pPr>
      <w:widowControl/>
      <w:autoSpaceDE/>
      <w:autoSpaceDN/>
    </w:pPr>
    <w:rPr>
      <w:rFonts w:eastAsia="MS Minch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
    <w:name w:val="Средняя сетка 1 - Акцент 51"/>
    <w:basedOn w:val="a3"/>
    <w:next w:val="1-52"/>
    <w:uiPriority w:val="67"/>
    <w:rsid w:val="00B632CA"/>
    <w:pPr>
      <w:widowControl/>
      <w:autoSpaceDE/>
      <w:autoSpaceDN/>
    </w:pPr>
    <w:rPr>
      <w:rFonts w:eastAsia="MS Minch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
    <w:name w:val="Средняя сетка 1 - Акцент 61"/>
    <w:basedOn w:val="a3"/>
    <w:next w:val="1-62"/>
    <w:uiPriority w:val="67"/>
    <w:rsid w:val="00B632CA"/>
    <w:pPr>
      <w:widowControl/>
      <w:autoSpaceDE/>
      <w:autoSpaceDN/>
    </w:pPr>
    <w:rPr>
      <w:rFonts w:eastAsia="MS Minch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3">
    <w:name w:val="Средняя сетка 21"/>
    <w:basedOn w:val="a3"/>
    <w:next w:val="2d"/>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
    <w:name w:val="Средняя сетка 2 - Акцент 11"/>
    <w:basedOn w:val="a3"/>
    <w:next w:val="2-1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1">
    <w:name w:val="Средняя сетка 2 - Акцент 21"/>
    <w:basedOn w:val="a3"/>
    <w:next w:val="2-2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1">
    <w:name w:val="Средняя сетка 2 - Акцент 31"/>
    <w:basedOn w:val="a3"/>
    <w:next w:val="2-3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1">
    <w:name w:val="Средняя сетка 2 - Акцент 41"/>
    <w:basedOn w:val="a3"/>
    <w:next w:val="2-4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1">
    <w:name w:val="Средняя сетка 2 - Акцент 51"/>
    <w:basedOn w:val="a3"/>
    <w:next w:val="2-5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1">
    <w:name w:val="Средняя сетка 2 - Акцент 61"/>
    <w:basedOn w:val="a3"/>
    <w:next w:val="2-62"/>
    <w:uiPriority w:val="68"/>
    <w:rsid w:val="00B632CA"/>
    <w:pPr>
      <w:widowControl/>
      <w:autoSpaceDE/>
      <w:autoSpaceDN/>
    </w:pPr>
    <w:rPr>
      <w:rFonts w:ascii="Calibri" w:eastAsia="MS Gothic" w:hAnsi="Calibri"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1">
    <w:name w:val="Средняя сетка 31"/>
    <w:basedOn w:val="a3"/>
    <w:next w:val="38"/>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
    <w:name w:val="Средняя сетка 3 - Акцент 11"/>
    <w:basedOn w:val="a3"/>
    <w:next w:val="3-1"/>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Средняя сетка 3 - Акцент 21"/>
    <w:basedOn w:val="a3"/>
    <w:next w:val="3-2"/>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
    <w:name w:val="Средняя сетка 3 - Акцент 31"/>
    <w:basedOn w:val="a3"/>
    <w:next w:val="3-3"/>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Средняя сетка 3 - Акцент 41"/>
    <w:basedOn w:val="a3"/>
    <w:next w:val="3-4"/>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
    <w:name w:val="Средняя сетка 3 - Акцент 51"/>
    <w:basedOn w:val="a3"/>
    <w:next w:val="3-5"/>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
    <w:name w:val="Средняя сетка 3 - Акцент 61"/>
    <w:basedOn w:val="a3"/>
    <w:next w:val="3-6"/>
    <w:uiPriority w:val="69"/>
    <w:rsid w:val="00B632CA"/>
    <w:pPr>
      <w:widowControl/>
      <w:autoSpaceDE/>
      <w:autoSpaceDN/>
    </w:pPr>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2">
    <w:name w:val="Темный список1"/>
    <w:basedOn w:val="a3"/>
    <w:next w:val="afff3"/>
    <w:uiPriority w:val="70"/>
    <w:rsid w:val="00B632CA"/>
    <w:pPr>
      <w:widowControl/>
      <w:autoSpaceDE/>
      <w:autoSpaceDN/>
    </w:pPr>
    <w:rPr>
      <w:rFonts w:eastAsia="MS Mincho"/>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2">
    <w:name w:val="Темный список - Акцент 11"/>
    <w:basedOn w:val="a3"/>
    <w:next w:val="-13"/>
    <w:uiPriority w:val="70"/>
    <w:rsid w:val="00B632CA"/>
    <w:pPr>
      <w:widowControl/>
      <w:autoSpaceDE/>
      <w:autoSpaceDN/>
    </w:pPr>
    <w:rPr>
      <w:rFonts w:eastAsia="MS Mincho"/>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2">
    <w:name w:val="Темный список - Акцент 21"/>
    <w:basedOn w:val="a3"/>
    <w:next w:val="-23"/>
    <w:uiPriority w:val="70"/>
    <w:rsid w:val="00B632CA"/>
    <w:pPr>
      <w:widowControl/>
      <w:autoSpaceDE/>
      <w:autoSpaceDN/>
    </w:pPr>
    <w:rPr>
      <w:rFonts w:eastAsia="MS Mincho"/>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2">
    <w:name w:val="Темный список - Акцент 31"/>
    <w:basedOn w:val="a3"/>
    <w:next w:val="-33"/>
    <w:uiPriority w:val="70"/>
    <w:rsid w:val="00B632CA"/>
    <w:pPr>
      <w:widowControl/>
      <w:autoSpaceDE/>
      <w:autoSpaceDN/>
    </w:pPr>
    <w:rPr>
      <w:rFonts w:eastAsia="MS Mincho"/>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2">
    <w:name w:val="Темный список - Акцент 41"/>
    <w:basedOn w:val="a3"/>
    <w:next w:val="-43"/>
    <w:uiPriority w:val="70"/>
    <w:rsid w:val="00B632CA"/>
    <w:pPr>
      <w:widowControl/>
      <w:autoSpaceDE/>
      <w:autoSpaceDN/>
    </w:pPr>
    <w:rPr>
      <w:rFonts w:eastAsia="MS Mincho"/>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2">
    <w:name w:val="Темный список - Акцент 51"/>
    <w:basedOn w:val="a3"/>
    <w:next w:val="-53"/>
    <w:uiPriority w:val="70"/>
    <w:rsid w:val="00B632CA"/>
    <w:pPr>
      <w:widowControl/>
      <w:autoSpaceDE/>
      <w:autoSpaceDN/>
    </w:pPr>
    <w:rPr>
      <w:rFonts w:eastAsia="MS Mincho"/>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2">
    <w:name w:val="Темный список - Акцент 61"/>
    <w:basedOn w:val="a3"/>
    <w:next w:val="-63"/>
    <w:uiPriority w:val="70"/>
    <w:rsid w:val="00B632CA"/>
    <w:pPr>
      <w:widowControl/>
      <w:autoSpaceDE/>
      <w:autoSpaceDN/>
    </w:pPr>
    <w:rPr>
      <w:rFonts w:eastAsia="MS Mincho"/>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3">
    <w:name w:val="Цветная заливка1"/>
    <w:basedOn w:val="a3"/>
    <w:next w:val="afff4"/>
    <w:uiPriority w:val="71"/>
    <w:rsid w:val="00B632CA"/>
    <w:pPr>
      <w:widowControl/>
      <w:autoSpaceDE/>
      <w:autoSpaceDN/>
    </w:pPr>
    <w:rPr>
      <w:rFonts w:eastAsia="MS Mincho"/>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3">
    <w:name w:val="Цветная заливка - Акцент 11"/>
    <w:basedOn w:val="a3"/>
    <w:next w:val="-14"/>
    <w:uiPriority w:val="71"/>
    <w:rsid w:val="00B632CA"/>
    <w:pPr>
      <w:widowControl/>
      <w:autoSpaceDE/>
      <w:autoSpaceDN/>
    </w:pPr>
    <w:rPr>
      <w:rFonts w:eastAsia="MS Mincho"/>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3">
    <w:name w:val="Цветная заливка - Акцент 21"/>
    <w:basedOn w:val="a3"/>
    <w:next w:val="-24"/>
    <w:uiPriority w:val="71"/>
    <w:rsid w:val="00B632CA"/>
    <w:pPr>
      <w:widowControl/>
      <w:autoSpaceDE/>
      <w:autoSpaceDN/>
    </w:pPr>
    <w:rPr>
      <w:rFonts w:eastAsia="MS Mincho"/>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3">
    <w:name w:val="Цветная заливка - Акцент 31"/>
    <w:basedOn w:val="a3"/>
    <w:next w:val="-34"/>
    <w:uiPriority w:val="71"/>
    <w:rsid w:val="00B632CA"/>
    <w:pPr>
      <w:widowControl/>
      <w:autoSpaceDE/>
      <w:autoSpaceDN/>
    </w:pPr>
    <w:rPr>
      <w:rFonts w:eastAsia="MS Mincho"/>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3">
    <w:name w:val="Цветная заливка - Акцент 41"/>
    <w:basedOn w:val="a3"/>
    <w:next w:val="-44"/>
    <w:uiPriority w:val="71"/>
    <w:rsid w:val="00B632CA"/>
    <w:pPr>
      <w:widowControl/>
      <w:autoSpaceDE/>
      <w:autoSpaceDN/>
    </w:pPr>
    <w:rPr>
      <w:rFonts w:eastAsia="MS Mincho"/>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3">
    <w:name w:val="Цветная заливка - Акцент 51"/>
    <w:basedOn w:val="a3"/>
    <w:next w:val="-54"/>
    <w:uiPriority w:val="71"/>
    <w:rsid w:val="00B632CA"/>
    <w:pPr>
      <w:widowControl/>
      <w:autoSpaceDE/>
      <w:autoSpaceDN/>
    </w:pPr>
    <w:rPr>
      <w:rFonts w:eastAsia="MS Mincho"/>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3">
    <w:name w:val="Цветная заливка - Акцент 61"/>
    <w:basedOn w:val="a3"/>
    <w:next w:val="-64"/>
    <w:uiPriority w:val="71"/>
    <w:rsid w:val="00B632CA"/>
    <w:pPr>
      <w:widowControl/>
      <w:autoSpaceDE/>
      <w:autoSpaceDN/>
    </w:pPr>
    <w:rPr>
      <w:rFonts w:eastAsia="MS Mincho"/>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4">
    <w:name w:val="Цветной список1"/>
    <w:basedOn w:val="a3"/>
    <w:next w:val="afff5"/>
    <w:uiPriority w:val="72"/>
    <w:rsid w:val="00B632CA"/>
    <w:pPr>
      <w:widowControl/>
      <w:autoSpaceDE/>
      <w:autoSpaceDN/>
    </w:pPr>
    <w:rPr>
      <w:rFonts w:eastAsia="MS Mincho"/>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4">
    <w:name w:val="Цветной список - Акцент 11"/>
    <w:basedOn w:val="a3"/>
    <w:next w:val="-15"/>
    <w:uiPriority w:val="72"/>
    <w:rsid w:val="00B632CA"/>
    <w:pPr>
      <w:widowControl/>
      <w:autoSpaceDE/>
      <w:autoSpaceDN/>
    </w:pPr>
    <w:rPr>
      <w:rFonts w:eastAsia="MS Mincho"/>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4">
    <w:name w:val="Цветной список - Акцент 21"/>
    <w:basedOn w:val="a3"/>
    <w:next w:val="-25"/>
    <w:uiPriority w:val="72"/>
    <w:rsid w:val="00B632CA"/>
    <w:pPr>
      <w:widowControl/>
      <w:autoSpaceDE/>
      <w:autoSpaceDN/>
    </w:pPr>
    <w:rPr>
      <w:rFonts w:eastAsia="MS Mincho"/>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4">
    <w:name w:val="Цветной список - Акцент 31"/>
    <w:basedOn w:val="a3"/>
    <w:next w:val="-35"/>
    <w:uiPriority w:val="72"/>
    <w:rsid w:val="00B632CA"/>
    <w:pPr>
      <w:widowControl/>
      <w:autoSpaceDE/>
      <w:autoSpaceDN/>
    </w:pPr>
    <w:rPr>
      <w:rFonts w:eastAsia="MS Mincho"/>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4">
    <w:name w:val="Цветной список - Акцент 41"/>
    <w:basedOn w:val="a3"/>
    <w:next w:val="-45"/>
    <w:uiPriority w:val="72"/>
    <w:rsid w:val="00B632CA"/>
    <w:pPr>
      <w:widowControl/>
      <w:autoSpaceDE/>
      <w:autoSpaceDN/>
    </w:pPr>
    <w:rPr>
      <w:rFonts w:eastAsia="MS Mincho"/>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4">
    <w:name w:val="Цветной список - Акцент 51"/>
    <w:basedOn w:val="a3"/>
    <w:next w:val="-55"/>
    <w:uiPriority w:val="72"/>
    <w:rsid w:val="00B632CA"/>
    <w:pPr>
      <w:widowControl/>
      <w:autoSpaceDE/>
      <w:autoSpaceDN/>
    </w:pPr>
    <w:rPr>
      <w:rFonts w:eastAsia="MS Mincho"/>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4">
    <w:name w:val="Цветной список - Акцент 61"/>
    <w:basedOn w:val="a3"/>
    <w:next w:val="-65"/>
    <w:uiPriority w:val="72"/>
    <w:rsid w:val="00B632CA"/>
    <w:pPr>
      <w:widowControl/>
      <w:autoSpaceDE/>
      <w:autoSpaceDN/>
    </w:pPr>
    <w:rPr>
      <w:rFonts w:eastAsia="MS Mincho"/>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f5">
    <w:name w:val="Цветная сетка1"/>
    <w:basedOn w:val="a3"/>
    <w:next w:val="afff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5">
    <w:name w:val="Цветная сетка - Акцент 11"/>
    <w:basedOn w:val="a3"/>
    <w:next w:val="-1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5">
    <w:name w:val="Цветная сетка - Акцент 21"/>
    <w:basedOn w:val="a3"/>
    <w:next w:val="-2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5">
    <w:name w:val="Цветная сетка - Акцент 31"/>
    <w:basedOn w:val="a3"/>
    <w:next w:val="-3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5">
    <w:name w:val="Цветная сетка - Акцент 41"/>
    <w:basedOn w:val="a3"/>
    <w:next w:val="-4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5">
    <w:name w:val="Цветная сетка - Акцент 51"/>
    <w:basedOn w:val="a3"/>
    <w:next w:val="-5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5">
    <w:name w:val="Цветная сетка - Акцент 61"/>
    <w:basedOn w:val="a3"/>
    <w:next w:val="-66"/>
    <w:uiPriority w:val="73"/>
    <w:rsid w:val="00B632CA"/>
    <w:pPr>
      <w:widowControl/>
      <w:autoSpaceDE/>
      <w:autoSpaceDN/>
    </w:pPr>
    <w:rPr>
      <w:rFonts w:eastAsia="MS Mincho"/>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character" w:customStyle="1" w:styleId="312">
    <w:name w:val="Заголовок 3 Знак1"/>
    <w:basedOn w:val="a2"/>
    <w:uiPriority w:val="9"/>
    <w:semiHidden/>
    <w:rsid w:val="00B632CA"/>
    <w:rPr>
      <w:rFonts w:asciiTheme="majorHAnsi" w:eastAsiaTheme="majorEastAsia" w:hAnsiTheme="majorHAnsi" w:cstheme="majorBidi"/>
      <w:b/>
      <w:bCs/>
      <w:color w:val="4F81BD" w:themeColor="accent1"/>
      <w:lang w:val="kk-KZ"/>
    </w:rPr>
  </w:style>
  <w:style w:type="paragraph" w:styleId="aff3">
    <w:name w:val="Title"/>
    <w:basedOn w:val="a1"/>
    <w:next w:val="a1"/>
    <w:link w:val="aff2"/>
    <w:uiPriority w:val="10"/>
    <w:qFormat/>
    <w:rsid w:val="00B632CA"/>
    <w:pPr>
      <w:pBdr>
        <w:bottom w:val="single" w:sz="8" w:space="4" w:color="4F81BD" w:themeColor="accent1"/>
      </w:pBdr>
      <w:spacing w:after="300"/>
      <w:contextualSpacing/>
    </w:pPr>
    <w:rPr>
      <w:rFonts w:ascii="Calibri" w:eastAsia="MS Gothic" w:hAnsi="Calibri"/>
      <w:color w:val="17365D"/>
      <w:spacing w:val="5"/>
      <w:kern w:val="28"/>
      <w:sz w:val="52"/>
      <w:szCs w:val="52"/>
      <w:lang w:val="en-US"/>
    </w:rPr>
  </w:style>
  <w:style w:type="character" w:customStyle="1" w:styleId="1f6">
    <w:name w:val="Название Знак1"/>
    <w:basedOn w:val="a2"/>
    <w:uiPriority w:val="10"/>
    <w:rsid w:val="00B632CA"/>
    <w:rPr>
      <w:rFonts w:asciiTheme="majorHAnsi" w:eastAsiaTheme="majorEastAsia" w:hAnsiTheme="majorHAnsi" w:cstheme="majorBidi"/>
      <w:color w:val="17365D" w:themeColor="text2" w:themeShade="BF"/>
      <w:spacing w:val="5"/>
      <w:kern w:val="28"/>
      <w:sz w:val="52"/>
      <w:szCs w:val="52"/>
      <w:lang w:val="kk-KZ"/>
    </w:rPr>
  </w:style>
  <w:style w:type="paragraph" w:styleId="aff5">
    <w:name w:val="Subtitle"/>
    <w:basedOn w:val="a1"/>
    <w:next w:val="a1"/>
    <w:link w:val="aff4"/>
    <w:uiPriority w:val="11"/>
    <w:qFormat/>
    <w:rsid w:val="00B632CA"/>
    <w:pPr>
      <w:numPr>
        <w:ilvl w:val="1"/>
      </w:numPr>
    </w:pPr>
    <w:rPr>
      <w:rFonts w:ascii="Calibri" w:eastAsia="MS Gothic" w:hAnsi="Calibri"/>
      <w:i/>
      <w:iCs/>
      <w:color w:val="4F81BD"/>
      <w:spacing w:val="15"/>
      <w:sz w:val="24"/>
      <w:szCs w:val="24"/>
      <w:lang w:val="en-US"/>
    </w:rPr>
  </w:style>
  <w:style w:type="character" w:customStyle="1" w:styleId="1f7">
    <w:name w:val="Подзаголовок Знак1"/>
    <w:basedOn w:val="a2"/>
    <w:uiPriority w:val="11"/>
    <w:rsid w:val="00B632CA"/>
    <w:rPr>
      <w:rFonts w:asciiTheme="majorHAnsi" w:eastAsiaTheme="majorEastAsia" w:hAnsiTheme="majorHAnsi" w:cstheme="majorBidi"/>
      <w:i/>
      <w:iCs/>
      <w:color w:val="4F81BD" w:themeColor="accent1"/>
      <w:spacing w:val="15"/>
      <w:sz w:val="24"/>
      <w:szCs w:val="24"/>
      <w:lang w:val="kk-KZ"/>
    </w:rPr>
  </w:style>
  <w:style w:type="paragraph" w:styleId="2a">
    <w:name w:val="Quote"/>
    <w:basedOn w:val="a1"/>
    <w:next w:val="a1"/>
    <w:link w:val="29"/>
    <w:uiPriority w:val="29"/>
    <w:qFormat/>
    <w:rsid w:val="00B632CA"/>
    <w:rPr>
      <w:rFonts w:asciiTheme="minorHAnsi" w:eastAsiaTheme="minorHAnsi" w:hAnsiTheme="minorHAnsi" w:cstheme="minorBidi"/>
      <w:i/>
      <w:iCs/>
      <w:color w:val="000000"/>
      <w:lang w:val="en-US"/>
    </w:rPr>
  </w:style>
  <w:style w:type="character" w:customStyle="1" w:styleId="214">
    <w:name w:val="Цитата 2 Знак1"/>
    <w:basedOn w:val="a2"/>
    <w:uiPriority w:val="29"/>
    <w:rsid w:val="00B632CA"/>
    <w:rPr>
      <w:rFonts w:ascii="Times New Roman" w:eastAsia="Times New Roman" w:hAnsi="Times New Roman" w:cs="Times New Roman"/>
      <w:i/>
      <w:iCs/>
      <w:color w:val="000000" w:themeColor="text1"/>
      <w:lang w:val="kk-KZ"/>
    </w:rPr>
  </w:style>
  <w:style w:type="character" w:customStyle="1" w:styleId="411">
    <w:name w:val="Заголовок 4 Знак1"/>
    <w:basedOn w:val="a2"/>
    <w:uiPriority w:val="9"/>
    <w:semiHidden/>
    <w:rsid w:val="00B632CA"/>
    <w:rPr>
      <w:rFonts w:asciiTheme="majorHAnsi" w:eastAsiaTheme="majorEastAsia" w:hAnsiTheme="majorHAnsi" w:cstheme="majorBidi"/>
      <w:b/>
      <w:bCs/>
      <w:i/>
      <w:iCs/>
      <w:color w:val="4F81BD" w:themeColor="accent1"/>
      <w:lang w:val="kk-KZ"/>
    </w:rPr>
  </w:style>
  <w:style w:type="character" w:customStyle="1" w:styleId="510">
    <w:name w:val="Заголовок 5 Знак1"/>
    <w:basedOn w:val="a2"/>
    <w:uiPriority w:val="9"/>
    <w:semiHidden/>
    <w:rsid w:val="00B632CA"/>
    <w:rPr>
      <w:rFonts w:asciiTheme="majorHAnsi" w:eastAsiaTheme="majorEastAsia" w:hAnsiTheme="majorHAnsi" w:cstheme="majorBidi"/>
      <w:color w:val="243F60" w:themeColor="accent1" w:themeShade="7F"/>
      <w:lang w:val="kk-KZ"/>
    </w:rPr>
  </w:style>
  <w:style w:type="character" w:customStyle="1" w:styleId="610">
    <w:name w:val="Заголовок 6 Знак1"/>
    <w:basedOn w:val="a2"/>
    <w:uiPriority w:val="9"/>
    <w:semiHidden/>
    <w:rsid w:val="00B632CA"/>
    <w:rPr>
      <w:rFonts w:asciiTheme="majorHAnsi" w:eastAsiaTheme="majorEastAsia" w:hAnsiTheme="majorHAnsi" w:cstheme="majorBidi"/>
      <w:i/>
      <w:iCs/>
      <w:color w:val="243F60" w:themeColor="accent1" w:themeShade="7F"/>
      <w:lang w:val="kk-KZ"/>
    </w:rPr>
  </w:style>
  <w:style w:type="character" w:customStyle="1" w:styleId="710">
    <w:name w:val="Заголовок 7 Знак1"/>
    <w:basedOn w:val="a2"/>
    <w:uiPriority w:val="9"/>
    <w:semiHidden/>
    <w:rsid w:val="00B632CA"/>
    <w:rPr>
      <w:rFonts w:asciiTheme="majorHAnsi" w:eastAsiaTheme="majorEastAsia" w:hAnsiTheme="majorHAnsi" w:cstheme="majorBidi"/>
      <w:i/>
      <w:iCs/>
      <w:color w:val="404040" w:themeColor="text1" w:themeTint="BF"/>
      <w:lang w:val="kk-KZ"/>
    </w:rPr>
  </w:style>
  <w:style w:type="character" w:customStyle="1" w:styleId="810">
    <w:name w:val="Заголовок 8 Знак1"/>
    <w:basedOn w:val="a2"/>
    <w:uiPriority w:val="9"/>
    <w:semiHidden/>
    <w:rsid w:val="00B632CA"/>
    <w:rPr>
      <w:rFonts w:asciiTheme="majorHAnsi" w:eastAsiaTheme="majorEastAsia" w:hAnsiTheme="majorHAnsi" w:cstheme="majorBidi"/>
      <w:color w:val="404040" w:themeColor="text1" w:themeTint="BF"/>
      <w:sz w:val="20"/>
      <w:szCs w:val="20"/>
      <w:lang w:val="kk-KZ"/>
    </w:rPr>
  </w:style>
  <w:style w:type="character" w:customStyle="1" w:styleId="910">
    <w:name w:val="Заголовок 9 Знак1"/>
    <w:basedOn w:val="a2"/>
    <w:uiPriority w:val="9"/>
    <w:semiHidden/>
    <w:rsid w:val="00B632CA"/>
    <w:rPr>
      <w:rFonts w:asciiTheme="majorHAnsi" w:eastAsiaTheme="majorEastAsia" w:hAnsiTheme="majorHAnsi" w:cstheme="majorBidi"/>
      <w:i/>
      <w:iCs/>
      <w:color w:val="404040" w:themeColor="text1" w:themeTint="BF"/>
      <w:sz w:val="20"/>
      <w:szCs w:val="20"/>
      <w:lang w:val="kk-KZ"/>
    </w:rPr>
  </w:style>
  <w:style w:type="paragraph" w:styleId="affd">
    <w:name w:val="Intense Quote"/>
    <w:basedOn w:val="a1"/>
    <w:next w:val="a1"/>
    <w:link w:val="affc"/>
    <w:uiPriority w:val="30"/>
    <w:qFormat/>
    <w:rsid w:val="00B632CA"/>
    <w:pPr>
      <w:pBdr>
        <w:bottom w:val="single" w:sz="4" w:space="4" w:color="4F81BD" w:themeColor="accent1"/>
      </w:pBdr>
      <w:spacing w:before="200" w:after="280"/>
      <w:ind w:left="936" w:right="936"/>
    </w:pPr>
    <w:rPr>
      <w:rFonts w:asciiTheme="minorHAnsi" w:eastAsiaTheme="minorHAnsi" w:hAnsiTheme="minorHAnsi" w:cstheme="minorBidi"/>
      <w:b/>
      <w:bCs/>
      <w:i/>
      <w:iCs/>
      <w:color w:val="4F81BD"/>
      <w:lang w:val="en-US"/>
    </w:rPr>
  </w:style>
  <w:style w:type="character" w:customStyle="1" w:styleId="1f8">
    <w:name w:val="Выделенная цитата Знак1"/>
    <w:basedOn w:val="a2"/>
    <w:uiPriority w:val="30"/>
    <w:rsid w:val="00B632CA"/>
    <w:rPr>
      <w:rFonts w:ascii="Times New Roman" w:eastAsia="Times New Roman" w:hAnsi="Times New Roman" w:cs="Times New Roman"/>
      <w:b/>
      <w:bCs/>
      <w:i/>
      <w:iCs/>
      <w:color w:val="4F81BD" w:themeColor="accent1"/>
      <w:lang w:val="kk-KZ"/>
    </w:rPr>
  </w:style>
  <w:style w:type="character" w:styleId="afff7">
    <w:name w:val="Subtle Emphasis"/>
    <w:basedOn w:val="a2"/>
    <w:uiPriority w:val="19"/>
    <w:qFormat/>
    <w:rsid w:val="00B632CA"/>
    <w:rPr>
      <w:i/>
      <w:iCs/>
      <w:color w:val="808080" w:themeColor="text1" w:themeTint="7F"/>
    </w:rPr>
  </w:style>
  <w:style w:type="character" w:styleId="afff8">
    <w:name w:val="Intense Emphasis"/>
    <w:basedOn w:val="a2"/>
    <w:uiPriority w:val="21"/>
    <w:qFormat/>
    <w:rsid w:val="00B632CA"/>
    <w:rPr>
      <w:b/>
      <w:bCs/>
      <w:i/>
      <w:iCs/>
      <w:color w:val="4F81BD" w:themeColor="accent1"/>
    </w:rPr>
  </w:style>
  <w:style w:type="character" w:styleId="afff9">
    <w:name w:val="Subtle Reference"/>
    <w:basedOn w:val="a2"/>
    <w:uiPriority w:val="31"/>
    <w:qFormat/>
    <w:rsid w:val="00B632CA"/>
    <w:rPr>
      <w:smallCaps/>
      <w:color w:val="C0504D" w:themeColor="accent2"/>
      <w:u w:val="single"/>
    </w:rPr>
  </w:style>
  <w:style w:type="character" w:styleId="afffa">
    <w:name w:val="Intense Reference"/>
    <w:basedOn w:val="a2"/>
    <w:uiPriority w:val="32"/>
    <w:qFormat/>
    <w:rsid w:val="00B632CA"/>
    <w:rPr>
      <w:b/>
      <w:bCs/>
      <w:smallCaps/>
      <w:color w:val="C0504D" w:themeColor="accent2"/>
      <w:spacing w:val="5"/>
      <w:u w:val="single"/>
    </w:rPr>
  </w:style>
  <w:style w:type="table" w:styleId="afff0">
    <w:name w:val="Light Shading"/>
    <w:basedOn w:val="a3"/>
    <w:uiPriority w:val="60"/>
    <w:rsid w:val="00B632C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B632C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B632C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B632C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B632C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B632CA"/>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B632C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f1">
    <w:name w:val="Light List"/>
    <w:basedOn w:val="a3"/>
    <w:uiPriority w:val="61"/>
    <w:rsid w:val="00B632C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B632C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B63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B632C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B632C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B632C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B632C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2">
    <w:name w:val="Light Grid"/>
    <w:basedOn w:val="a3"/>
    <w:uiPriority w:val="62"/>
    <w:rsid w:val="00B632C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2">
    <w:name w:val="Light Grid Accent 1"/>
    <w:basedOn w:val="a3"/>
    <w:uiPriority w:val="62"/>
    <w:rsid w:val="00B632C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2">
    <w:name w:val="Light Grid Accent 2"/>
    <w:basedOn w:val="a3"/>
    <w:uiPriority w:val="62"/>
    <w:rsid w:val="00B63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2">
    <w:name w:val="Light Grid Accent 3"/>
    <w:basedOn w:val="a3"/>
    <w:uiPriority w:val="62"/>
    <w:rsid w:val="00B632C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2">
    <w:name w:val="Light Grid Accent 4"/>
    <w:basedOn w:val="a3"/>
    <w:uiPriority w:val="62"/>
    <w:rsid w:val="00B632C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2">
    <w:name w:val="Light Grid Accent 5"/>
    <w:basedOn w:val="a3"/>
    <w:uiPriority w:val="62"/>
    <w:rsid w:val="00B632C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2">
    <w:name w:val="Light Grid Accent 6"/>
    <w:basedOn w:val="a3"/>
    <w:uiPriority w:val="62"/>
    <w:rsid w:val="00B632C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f">
    <w:name w:val="Medium Shading 1"/>
    <w:basedOn w:val="a3"/>
    <w:uiPriority w:val="63"/>
    <w:rsid w:val="00B632C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B632C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B632C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B632C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B632C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B632C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B632C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b">
    <w:name w:val="Medium Shading 2"/>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B632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0">
    <w:name w:val="Medium List 1"/>
    <w:basedOn w:val="a3"/>
    <w:uiPriority w:val="65"/>
    <w:rsid w:val="00B632C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B632CA"/>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B632CA"/>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B632CA"/>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B632CA"/>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B632CA"/>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B632CA"/>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c">
    <w:name w:val="Medium List 2"/>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B632C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1">
    <w:name w:val="Medium Grid 1"/>
    <w:basedOn w:val="a3"/>
    <w:uiPriority w:val="67"/>
    <w:rsid w:val="00B632C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B632C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B632C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B632C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B632C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2">
    <w:name w:val="Medium Grid 1 Accent 5"/>
    <w:basedOn w:val="a3"/>
    <w:uiPriority w:val="67"/>
    <w:rsid w:val="00B632C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2">
    <w:name w:val="Medium Grid 1 Accent 6"/>
    <w:basedOn w:val="a3"/>
    <w:uiPriority w:val="67"/>
    <w:rsid w:val="00B632C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d">
    <w:name w:val="Medium Grid 2"/>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B632C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8">
    <w:name w:val="Medium Grid 3"/>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B632C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3">
    <w:name w:val="Dark List"/>
    <w:basedOn w:val="a3"/>
    <w:uiPriority w:val="70"/>
    <w:rsid w:val="00B632CA"/>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3">
    <w:name w:val="Dark List Accent 1"/>
    <w:basedOn w:val="a3"/>
    <w:uiPriority w:val="70"/>
    <w:rsid w:val="00B632CA"/>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3">
    <w:name w:val="Dark List Accent 2"/>
    <w:basedOn w:val="a3"/>
    <w:uiPriority w:val="70"/>
    <w:rsid w:val="00B632CA"/>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3">
    <w:name w:val="Dark List Accent 3"/>
    <w:basedOn w:val="a3"/>
    <w:uiPriority w:val="70"/>
    <w:rsid w:val="00B632CA"/>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3">
    <w:name w:val="Dark List Accent 4"/>
    <w:basedOn w:val="a3"/>
    <w:uiPriority w:val="70"/>
    <w:rsid w:val="00B632CA"/>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3">
    <w:name w:val="Dark List Accent 5"/>
    <w:basedOn w:val="a3"/>
    <w:uiPriority w:val="70"/>
    <w:rsid w:val="00B632CA"/>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3">
    <w:name w:val="Dark List Accent 6"/>
    <w:basedOn w:val="a3"/>
    <w:uiPriority w:val="70"/>
    <w:rsid w:val="00B632CA"/>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f4">
    <w:name w:val="Colorful Shading"/>
    <w:basedOn w:val="a3"/>
    <w:uiPriority w:val="71"/>
    <w:rsid w:val="00B632CA"/>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4">
    <w:name w:val="Colorful Shading Accent 1"/>
    <w:basedOn w:val="a3"/>
    <w:uiPriority w:val="71"/>
    <w:rsid w:val="00B632CA"/>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4">
    <w:name w:val="Colorful Shading Accent 2"/>
    <w:basedOn w:val="a3"/>
    <w:uiPriority w:val="71"/>
    <w:rsid w:val="00B632CA"/>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4">
    <w:name w:val="Colorful Shading Accent 3"/>
    <w:basedOn w:val="a3"/>
    <w:uiPriority w:val="71"/>
    <w:rsid w:val="00B632CA"/>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4">
    <w:name w:val="Colorful Shading Accent 4"/>
    <w:basedOn w:val="a3"/>
    <w:uiPriority w:val="71"/>
    <w:rsid w:val="00B632CA"/>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3"/>
    <w:uiPriority w:val="71"/>
    <w:rsid w:val="00B632CA"/>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3"/>
    <w:uiPriority w:val="71"/>
    <w:rsid w:val="00B632CA"/>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5">
    <w:name w:val="Colorful List"/>
    <w:basedOn w:val="a3"/>
    <w:uiPriority w:val="72"/>
    <w:rsid w:val="00B632CA"/>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5">
    <w:name w:val="Colorful List Accent 1"/>
    <w:basedOn w:val="a3"/>
    <w:uiPriority w:val="72"/>
    <w:rsid w:val="00B632CA"/>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5">
    <w:name w:val="Colorful List Accent 2"/>
    <w:basedOn w:val="a3"/>
    <w:uiPriority w:val="72"/>
    <w:rsid w:val="00B632CA"/>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5">
    <w:name w:val="Colorful List Accent 3"/>
    <w:basedOn w:val="a3"/>
    <w:uiPriority w:val="72"/>
    <w:rsid w:val="00B632CA"/>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5">
    <w:name w:val="Colorful List Accent 4"/>
    <w:basedOn w:val="a3"/>
    <w:uiPriority w:val="72"/>
    <w:rsid w:val="00B632CA"/>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5">
    <w:name w:val="Colorful List Accent 5"/>
    <w:basedOn w:val="a3"/>
    <w:uiPriority w:val="72"/>
    <w:rsid w:val="00B632CA"/>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5">
    <w:name w:val="Colorful List Accent 6"/>
    <w:basedOn w:val="a3"/>
    <w:uiPriority w:val="72"/>
    <w:rsid w:val="00B632CA"/>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6">
    <w:name w:val="Colorful Grid"/>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6">
    <w:name w:val="Colorful Grid Accent 1"/>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6">
    <w:name w:val="Colorful Grid Accent 2"/>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6">
    <w:name w:val="Colorful Grid Accent 3"/>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6">
    <w:name w:val="Colorful Grid Accent 4"/>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6">
    <w:name w:val="Colorful Grid Accent 5"/>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6">
    <w:name w:val="Colorful Grid Accent 6"/>
    <w:basedOn w:val="a3"/>
    <w:uiPriority w:val="73"/>
    <w:rsid w:val="00B632CA"/>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2e">
    <w:name w:val="Нет списка2"/>
    <w:next w:val="a4"/>
    <w:uiPriority w:val="99"/>
    <w:semiHidden/>
    <w:unhideWhenUsed/>
    <w:rsid w:val="00B632CA"/>
  </w:style>
  <w:style w:type="table" w:customStyle="1" w:styleId="52">
    <w:name w:val="Сетка таблицы5"/>
    <w:basedOn w:val="a3"/>
    <w:next w:val="aa"/>
    <w:uiPriority w:val="59"/>
    <w:rsid w:val="001219CC"/>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3"/>
    <w:next w:val="aa"/>
    <w:uiPriority w:val="59"/>
    <w:rsid w:val="005D05B1"/>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a"/>
    <w:uiPriority w:val="59"/>
    <w:rsid w:val="005D05B1"/>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3"/>
    <w:next w:val="aa"/>
    <w:uiPriority w:val="59"/>
    <w:rsid w:val="005D05B1"/>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3"/>
    <w:next w:val="aa"/>
    <w:uiPriority w:val="59"/>
    <w:rsid w:val="009B2516"/>
    <w:pPr>
      <w:widowControl/>
      <w:autoSpaceDE/>
      <w:autoSpaceDN/>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610954">
      <w:bodyDiv w:val="1"/>
      <w:marLeft w:val="0"/>
      <w:marRight w:val="0"/>
      <w:marTop w:val="0"/>
      <w:marBottom w:val="0"/>
      <w:divBdr>
        <w:top w:val="none" w:sz="0" w:space="0" w:color="auto"/>
        <w:left w:val="none" w:sz="0" w:space="0" w:color="auto"/>
        <w:bottom w:val="none" w:sz="0" w:space="0" w:color="auto"/>
        <w:right w:val="none" w:sz="0" w:space="0" w:color="auto"/>
      </w:divBdr>
    </w:div>
    <w:div w:id="289554202">
      <w:bodyDiv w:val="1"/>
      <w:marLeft w:val="0"/>
      <w:marRight w:val="0"/>
      <w:marTop w:val="0"/>
      <w:marBottom w:val="0"/>
      <w:divBdr>
        <w:top w:val="none" w:sz="0" w:space="0" w:color="auto"/>
        <w:left w:val="none" w:sz="0" w:space="0" w:color="auto"/>
        <w:bottom w:val="none" w:sz="0" w:space="0" w:color="auto"/>
        <w:right w:val="none" w:sz="0" w:space="0" w:color="auto"/>
      </w:divBdr>
    </w:div>
    <w:div w:id="437413518">
      <w:bodyDiv w:val="1"/>
      <w:marLeft w:val="0"/>
      <w:marRight w:val="0"/>
      <w:marTop w:val="0"/>
      <w:marBottom w:val="0"/>
      <w:divBdr>
        <w:top w:val="none" w:sz="0" w:space="0" w:color="auto"/>
        <w:left w:val="none" w:sz="0" w:space="0" w:color="auto"/>
        <w:bottom w:val="none" w:sz="0" w:space="0" w:color="auto"/>
        <w:right w:val="none" w:sz="0" w:space="0" w:color="auto"/>
      </w:divBdr>
      <w:divsChild>
        <w:div w:id="1299992160">
          <w:marLeft w:val="547"/>
          <w:marRight w:val="14"/>
          <w:marTop w:val="96"/>
          <w:marBottom w:val="0"/>
          <w:divBdr>
            <w:top w:val="none" w:sz="0" w:space="0" w:color="auto"/>
            <w:left w:val="none" w:sz="0" w:space="0" w:color="auto"/>
            <w:bottom w:val="none" w:sz="0" w:space="0" w:color="auto"/>
            <w:right w:val="none" w:sz="0" w:space="0" w:color="auto"/>
          </w:divBdr>
        </w:div>
        <w:div w:id="2139452722">
          <w:marLeft w:val="547"/>
          <w:marRight w:val="14"/>
          <w:marTop w:val="96"/>
          <w:marBottom w:val="0"/>
          <w:divBdr>
            <w:top w:val="none" w:sz="0" w:space="0" w:color="auto"/>
            <w:left w:val="none" w:sz="0" w:space="0" w:color="auto"/>
            <w:bottom w:val="none" w:sz="0" w:space="0" w:color="auto"/>
            <w:right w:val="none" w:sz="0" w:space="0" w:color="auto"/>
          </w:divBdr>
        </w:div>
        <w:div w:id="1763447854">
          <w:marLeft w:val="547"/>
          <w:marRight w:val="14"/>
          <w:marTop w:val="96"/>
          <w:marBottom w:val="0"/>
          <w:divBdr>
            <w:top w:val="none" w:sz="0" w:space="0" w:color="auto"/>
            <w:left w:val="none" w:sz="0" w:space="0" w:color="auto"/>
            <w:bottom w:val="none" w:sz="0" w:space="0" w:color="auto"/>
            <w:right w:val="none" w:sz="0" w:space="0" w:color="auto"/>
          </w:divBdr>
        </w:div>
        <w:div w:id="2142065200">
          <w:marLeft w:val="547"/>
          <w:marRight w:val="14"/>
          <w:marTop w:val="96"/>
          <w:marBottom w:val="0"/>
          <w:divBdr>
            <w:top w:val="none" w:sz="0" w:space="0" w:color="auto"/>
            <w:left w:val="none" w:sz="0" w:space="0" w:color="auto"/>
            <w:bottom w:val="none" w:sz="0" w:space="0" w:color="auto"/>
            <w:right w:val="none" w:sz="0" w:space="0" w:color="auto"/>
          </w:divBdr>
        </w:div>
      </w:divsChild>
    </w:div>
    <w:div w:id="692460095">
      <w:bodyDiv w:val="1"/>
      <w:marLeft w:val="0"/>
      <w:marRight w:val="0"/>
      <w:marTop w:val="0"/>
      <w:marBottom w:val="0"/>
      <w:divBdr>
        <w:top w:val="none" w:sz="0" w:space="0" w:color="auto"/>
        <w:left w:val="none" w:sz="0" w:space="0" w:color="auto"/>
        <w:bottom w:val="none" w:sz="0" w:space="0" w:color="auto"/>
        <w:right w:val="none" w:sz="0" w:space="0" w:color="auto"/>
      </w:divBdr>
    </w:div>
    <w:div w:id="1141649483">
      <w:bodyDiv w:val="1"/>
      <w:marLeft w:val="0"/>
      <w:marRight w:val="0"/>
      <w:marTop w:val="0"/>
      <w:marBottom w:val="0"/>
      <w:divBdr>
        <w:top w:val="none" w:sz="0" w:space="0" w:color="auto"/>
        <w:left w:val="none" w:sz="0" w:space="0" w:color="auto"/>
        <w:bottom w:val="none" w:sz="0" w:space="0" w:color="auto"/>
        <w:right w:val="none" w:sz="0" w:space="0" w:color="auto"/>
      </w:divBdr>
    </w:div>
    <w:div w:id="1499883946">
      <w:bodyDiv w:val="1"/>
      <w:marLeft w:val="0"/>
      <w:marRight w:val="0"/>
      <w:marTop w:val="0"/>
      <w:marBottom w:val="0"/>
      <w:divBdr>
        <w:top w:val="none" w:sz="0" w:space="0" w:color="auto"/>
        <w:left w:val="none" w:sz="0" w:space="0" w:color="auto"/>
        <w:bottom w:val="none" w:sz="0" w:space="0" w:color="auto"/>
        <w:right w:val="none" w:sz="0" w:space="0" w:color="auto"/>
      </w:divBdr>
    </w:div>
    <w:div w:id="1654330605">
      <w:bodyDiv w:val="1"/>
      <w:marLeft w:val="0"/>
      <w:marRight w:val="0"/>
      <w:marTop w:val="0"/>
      <w:marBottom w:val="0"/>
      <w:divBdr>
        <w:top w:val="none" w:sz="0" w:space="0" w:color="auto"/>
        <w:left w:val="none" w:sz="0" w:space="0" w:color="auto"/>
        <w:bottom w:val="none" w:sz="0" w:space="0" w:color="auto"/>
        <w:right w:val="none" w:sz="0" w:space="0" w:color="auto"/>
      </w:divBdr>
    </w:div>
    <w:div w:id="20529174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7.xml"/><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webSettings" Target="webSettings.xml"/><Relationship Id="rId10" Type="http://schemas.openxmlformats.org/officeDocument/2006/relationships/chart" Target="charts/chart2.xml"/><Relationship Id="rId19"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5.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chart" Target="charts/chart8.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Лист1!$A$1:$A$6</c:f>
              <c:strCache>
                <c:ptCount val="6"/>
                <c:pt idx="0">
                  <c:v>өткен айда</c:v>
                </c:pt>
                <c:pt idx="1">
                  <c:v>өткен 6 ай ішінде</c:v>
                </c:pt>
                <c:pt idx="2">
                  <c:v>былтыр</c:v>
                </c:pt>
                <c:pt idx="3">
                  <c:v>бір жылдан артық уақыт бұрын</c:v>
                </c:pt>
                <c:pt idx="4">
                  <c:v>ешқашан</c:v>
                </c:pt>
                <c:pt idx="5">
                  <c:v>есімде жоқ</c:v>
                </c:pt>
              </c:strCache>
            </c:strRef>
          </c:cat>
          <c:val>
            <c:numRef>
              <c:f>Лист1!$B$1:$B$6</c:f>
              <c:numCache>
                <c:formatCode>General</c:formatCode>
                <c:ptCount val="6"/>
                <c:pt idx="0">
                  <c:v>158</c:v>
                </c:pt>
                <c:pt idx="1">
                  <c:v>147</c:v>
                </c:pt>
                <c:pt idx="2">
                  <c:v>62</c:v>
                </c:pt>
                <c:pt idx="3">
                  <c:v>86</c:v>
                </c:pt>
                <c:pt idx="4">
                  <c:v>118</c:v>
                </c:pt>
                <c:pt idx="5">
                  <c:v>156</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Лист2!$A$1:$A$3</c:f>
              <c:strCache>
                <c:ptCount val="3"/>
                <c:pt idx="0">
                  <c:v>1. Иә</c:v>
                </c:pt>
                <c:pt idx="1">
                  <c:v>2. Жоқ </c:v>
                </c:pt>
                <c:pt idx="2">
                  <c:v>99. Есімде жоқ</c:v>
                </c:pt>
              </c:strCache>
            </c:strRef>
          </c:cat>
          <c:val>
            <c:numRef>
              <c:f>Лист2!$B$1:$B$3</c:f>
              <c:numCache>
                <c:formatCode>General</c:formatCode>
                <c:ptCount val="3"/>
                <c:pt idx="0">
                  <c:v>381</c:v>
                </c:pt>
                <c:pt idx="1">
                  <c:v>255</c:v>
                </c:pt>
                <c:pt idx="2">
                  <c:v>91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Лист3!$A$1:$A$3</c:f>
              <c:strCache>
                <c:ptCount val="3"/>
                <c:pt idx="0">
                  <c:v>Иә, мен оларды қабылдау бойынша кеңестер алдым </c:v>
                </c:pt>
                <c:pt idx="1">
                  <c:v>Жоқ</c:v>
                </c:pt>
                <c:pt idx="2">
                  <c:v>Есімде жоқ</c:v>
                </c:pt>
              </c:strCache>
            </c:strRef>
          </c:cat>
          <c:val>
            <c:numRef>
              <c:f>Лист3!$B$1:$B$3</c:f>
              <c:numCache>
                <c:formatCode>General</c:formatCode>
                <c:ptCount val="3"/>
                <c:pt idx="0">
                  <c:v>374</c:v>
                </c:pt>
                <c:pt idx="1">
                  <c:v>254</c:v>
                </c:pt>
                <c:pt idx="2">
                  <c:v>99</c:v>
                </c:pt>
              </c:numCache>
            </c:numRef>
          </c:val>
        </c:ser>
        <c:dLbls>
          <c:showLegendKey val="0"/>
          <c:showVal val="0"/>
          <c:showCatName val="0"/>
          <c:showSerName val="0"/>
          <c:showPercent val="1"/>
          <c:showBubbleSize val="0"/>
          <c:showLeaderLines val="1"/>
        </c:dLbls>
        <c:firstSliceAng val="0"/>
        <c:holeSize val="50"/>
      </c:doughnutChart>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Лист4!$A$1:$A$5</c:f>
              <c:strCache>
                <c:ptCount val="5"/>
                <c:pt idx="0">
                  <c:v>дәріханадан </c:v>
                </c:pt>
                <c:pt idx="1">
                  <c:v>интернеттен </c:v>
                </c:pt>
                <c:pt idx="2">
                  <c:v>досымнан/туысымнан алдым </c:v>
                </c:pt>
                <c:pt idx="3">
                  <c:v>ақырғы қолданғаннан сақтап қойғанмын </c:v>
                </c:pt>
                <c:pt idx="4">
                  <c:v>есімде жоқ</c:v>
                </c:pt>
              </c:strCache>
            </c:strRef>
          </c:cat>
          <c:val>
            <c:numRef>
              <c:f>Лист4!$B$1:$B$5</c:f>
              <c:numCache>
                <c:formatCode>General</c:formatCode>
                <c:ptCount val="5"/>
                <c:pt idx="0">
                  <c:v>635</c:v>
                </c:pt>
                <c:pt idx="1">
                  <c:v>5</c:v>
                </c:pt>
                <c:pt idx="2">
                  <c:v>7</c:v>
                </c:pt>
                <c:pt idx="3">
                  <c:v>3</c:v>
                </c:pt>
                <c:pt idx="4">
                  <c:v>77</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Лист5!$A$1:$A$3</c:f>
              <c:strCache>
                <c:ptCount val="3"/>
                <c:pt idx="0">
                  <c:v>өзімді жақсырақ сезінген кезде</c:v>
                </c:pt>
                <c:pt idx="1">
                  <c:v>дәрігер тағайындауы бойынша барлық антибиотиктерді қабылдап болғанда </c:v>
                </c:pt>
                <c:pt idx="2">
                  <c:v>білмеймін </c:v>
                </c:pt>
              </c:strCache>
            </c:strRef>
          </c:cat>
          <c:val>
            <c:numRef>
              <c:f>Лист5!$B$1:$B$3</c:f>
              <c:numCache>
                <c:formatCode>General</c:formatCode>
                <c:ptCount val="3"/>
                <c:pt idx="0">
                  <c:v>205</c:v>
                </c:pt>
                <c:pt idx="1">
                  <c:v>414</c:v>
                </c:pt>
                <c:pt idx="2">
                  <c:v>107</c:v>
                </c:pt>
              </c:numCache>
            </c:numRef>
          </c:val>
        </c:ser>
        <c:dLbls>
          <c:showLegendKey val="0"/>
          <c:showVal val="0"/>
          <c:showCatName val="0"/>
          <c:showSerName val="0"/>
          <c:showPercent val="0"/>
          <c:showBubbleSize val="0"/>
        </c:dLbls>
        <c:gapWidth val="150"/>
        <c:axId val="-1034871856"/>
        <c:axId val="-1034865872"/>
      </c:barChart>
      <c:catAx>
        <c:axId val="-1034871856"/>
        <c:scaling>
          <c:orientation val="minMax"/>
        </c:scaling>
        <c:delete val="0"/>
        <c:axPos val="b"/>
        <c:numFmt formatCode="General" sourceLinked="0"/>
        <c:majorTickMark val="out"/>
        <c:minorTickMark val="none"/>
        <c:tickLblPos val="nextTo"/>
        <c:crossAx val="-1034865872"/>
        <c:crosses val="autoZero"/>
        <c:auto val="1"/>
        <c:lblAlgn val="ctr"/>
        <c:lblOffset val="100"/>
        <c:noMultiLvlLbl val="0"/>
      </c:catAx>
      <c:valAx>
        <c:axId val="-1034865872"/>
        <c:scaling>
          <c:orientation val="minMax"/>
        </c:scaling>
        <c:delete val="0"/>
        <c:axPos val="l"/>
        <c:majorGridlines/>
        <c:numFmt formatCode="General" sourceLinked="1"/>
        <c:majorTickMark val="out"/>
        <c:minorTickMark val="none"/>
        <c:tickLblPos val="nextTo"/>
        <c:crossAx val="-1034871856"/>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cat>
            <c:strRef>
              <c:f>Лист6!$A$1:$A$3</c:f>
              <c:strCache>
                <c:ptCount val="3"/>
                <c:pt idx="0">
                  <c:v>дұрыс</c:v>
                </c:pt>
                <c:pt idx="1">
                  <c:v>қате</c:v>
                </c:pt>
                <c:pt idx="2">
                  <c:v>білмеймін</c:v>
                </c:pt>
              </c:strCache>
            </c:strRef>
          </c:cat>
          <c:val>
            <c:numRef>
              <c:f>Лист6!$B$1:$B$3</c:f>
              <c:numCache>
                <c:formatCode>General</c:formatCode>
                <c:ptCount val="3"/>
                <c:pt idx="0">
                  <c:v>116</c:v>
                </c:pt>
                <c:pt idx="1">
                  <c:v>432</c:v>
                </c:pt>
                <c:pt idx="2">
                  <c:v>179</c:v>
                </c:pt>
              </c:numCache>
            </c:numRef>
          </c:val>
        </c:ser>
        <c:dLbls>
          <c:showLegendKey val="0"/>
          <c:showVal val="0"/>
          <c:showCatName val="0"/>
          <c:showSerName val="0"/>
          <c:showPercent val="0"/>
          <c:showBubbleSize val="0"/>
        </c:dLbls>
        <c:gapWidth val="150"/>
        <c:axId val="-1034869136"/>
        <c:axId val="-1034865328"/>
      </c:barChart>
      <c:catAx>
        <c:axId val="-1034869136"/>
        <c:scaling>
          <c:orientation val="minMax"/>
        </c:scaling>
        <c:delete val="0"/>
        <c:axPos val="l"/>
        <c:numFmt formatCode="General" sourceLinked="0"/>
        <c:majorTickMark val="out"/>
        <c:minorTickMark val="none"/>
        <c:tickLblPos val="nextTo"/>
        <c:crossAx val="-1034865328"/>
        <c:crosses val="autoZero"/>
        <c:auto val="1"/>
        <c:lblAlgn val="ctr"/>
        <c:lblOffset val="100"/>
        <c:noMultiLvlLbl val="0"/>
      </c:catAx>
      <c:valAx>
        <c:axId val="-1034865328"/>
        <c:scaling>
          <c:orientation val="minMax"/>
        </c:scaling>
        <c:delete val="0"/>
        <c:axPos val="b"/>
        <c:majorGridlines/>
        <c:numFmt formatCode="General" sourceLinked="1"/>
        <c:majorTickMark val="out"/>
        <c:minorTickMark val="none"/>
        <c:tickLblPos val="nextTo"/>
        <c:crossAx val="-1034869136"/>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Лист7!$A$1:$A$3</c:f>
              <c:strCache>
                <c:ptCount val="3"/>
                <c:pt idx="0">
                  <c:v>дұрыс</c:v>
                </c:pt>
                <c:pt idx="1">
                  <c:v>қате</c:v>
                </c:pt>
                <c:pt idx="2">
                  <c:v>білмеймін</c:v>
                </c:pt>
              </c:strCache>
            </c:strRef>
          </c:cat>
          <c:val>
            <c:numRef>
              <c:f>Лист7!$B$1:$B$3</c:f>
              <c:numCache>
                <c:formatCode>General</c:formatCode>
                <c:ptCount val="3"/>
                <c:pt idx="0">
                  <c:v>295</c:v>
                </c:pt>
                <c:pt idx="1">
                  <c:v>221</c:v>
                </c:pt>
                <c:pt idx="2">
                  <c:v>211</c:v>
                </c:pt>
              </c:numCache>
            </c:numRef>
          </c:val>
        </c:ser>
        <c:dLbls>
          <c:showLegendKey val="0"/>
          <c:showVal val="0"/>
          <c:showCatName val="0"/>
          <c:showSerName val="0"/>
          <c:showPercent val="0"/>
          <c:showBubbleSize val="0"/>
        </c:dLbls>
        <c:gapWidth val="150"/>
        <c:axId val="-1034860432"/>
        <c:axId val="-1034864240"/>
      </c:barChart>
      <c:catAx>
        <c:axId val="-1034860432"/>
        <c:scaling>
          <c:orientation val="minMax"/>
        </c:scaling>
        <c:delete val="0"/>
        <c:axPos val="b"/>
        <c:numFmt formatCode="General" sourceLinked="0"/>
        <c:majorTickMark val="out"/>
        <c:minorTickMark val="none"/>
        <c:tickLblPos val="nextTo"/>
        <c:crossAx val="-1034864240"/>
        <c:crosses val="autoZero"/>
        <c:auto val="1"/>
        <c:lblAlgn val="ctr"/>
        <c:lblOffset val="100"/>
        <c:noMultiLvlLbl val="0"/>
      </c:catAx>
      <c:valAx>
        <c:axId val="-1034864240"/>
        <c:scaling>
          <c:orientation val="minMax"/>
        </c:scaling>
        <c:delete val="0"/>
        <c:axPos val="l"/>
        <c:majorGridlines/>
        <c:numFmt formatCode="General" sourceLinked="1"/>
        <c:majorTickMark val="out"/>
        <c:minorTickMark val="none"/>
        <c:tickLblPos val="nextTo"/>
        <c:crossAx val="-1034860432"/>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'[AMR results_ 03 11 2022.xlsx]Fig 1'!$B$2</c:f>
              <c:strCache>
                <c:ptCount val="1"/>
                <c:pt idx="0">
                  <c:v>Иә</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'[AMR results_ 03 11 2022.xlsx]Fig 1'!$A$3:$A$15</c:f>
              <c:strCache>
                <c:ptCount val="12"/>
                <c:pt idx="0">
                  <c:v>АҚТҚ/ЖҚТБ</c:v>
                </c:pt>
                <c:pt idx="1">
                  <c:v>Гонорея</c:v>
                </c:pt>
                <c:pt idx="2">
                  <c:v>ЗШЖИ</c:v>
                </c:pt>
                <c:pt idx="3">
                  <c:v>Диарея</c:v>
                </c:pt>
                <c:pt idx="4">
                  <c:v>Суық тию/тұмау</c:v>
                </c:pt>
                <c:pt idx="5">
                  <c:v>Жоғары температура</c:v>
                </c:pt>
                <c:pt idx="6">
                  <c:v>Малярия</c:v>
                </c:pt>
                <c:pt idx="7">
                  <c:v>Қызылша</c:v>
                </c:pt>
                <c:pt idx="8">
                  <c:v>Тері жарасы</c:v>
                </c:pt>
                <c:pt idx="9">
                  <c:v>Тамақ ауырсынуы</c:v>
                </c:pt>
                <c:pt idx="10">
                  <c:v>Дененің ауырсынуы</c:v>
                </c:pt>
                <c:pt idx="11">
                  <c:v>Бас ауруы</c:v>
                </c:pt>
              </c:strCache>
            </c:strRef>
          </c:cat>
          <c:val>
            <c:numRef>
              <c:f>'[AMR results_ 03 11 2022.xlsx]Fig 1'!$B$3:$B$15</c:f>
              <c:numCache>
                <c:formatCode>###0.0%</c:formatCode>
                <c:ptCount val="13"/>
                <c:pt idx="0">
                  <c:v>0.35810810810810811</c:v>
                </c:pt>
                <c:pt idx="1">
                  <c:v>0.52083333333333337</c:v>
                </c:pt>
                <c:pt idx="2">
                  <c:v>0.75</c:v>
                </c:pt>
                <c:pt idx="3">
                  <c:v>0.68051118210862627</c:v>
                </c:pt>
                <c:pt idx="4">
                  <c:v>0.91865079365079372</c:v>
                </c:pt>
                <c:pt idx="5">
                  <c:v>0.69589041095890414</c:v>
                </c:pt>
                <c:pt idx="6">
                  <c:v>0.33576642335766421</c:v>
                </c:pt>
                <c:pt idx="7">
                  <c:v>0.32105263157894742</c:v>
                </c:pt>
                <c:pt idx="8">
                  <c:v>0.55918367346938769</c:v>
                </c:pt>
                <c:pt idx="9">
                  <c:v>0.70126582278481009</c:v>
                </c:pt>
                <c:pt idx="10">
                  <c:v>0.48122866894197958</c:v>
                </c:pt>
                <c:pt idx="11">
                  <c:v>0.57386363636363635</c:v>
                </c:pt>
              </c:numCache>
            </c:numRef>
          </c:val>
          <c:extLst xmlns:c16r2="http://schemas.microsoft.com/office/drawing/2015/06/chart">
            <c:ext xmlns:c16="http://schemas.microsoft.com/office/drawing/2014/chart" uri="{C3380CC4-5D6E-409C-BE32-E72D297353CC}">
              <c16:uniqueId val="{00000000-94DD-441A-823C-23F54F60016A}"/>
            </c:ext>
          </c:extLst>
        </c:ser>
        <c:ser>
          <c:idx val="1"/>
          <c:order val="1"/>
          <c:tx>
            <c:strRef>
              <c:f>'[AMR results_ 03 11 2022.xlsx]Fig 1'!$C$2</c:f>
              <c:strCache>
                <c:ptCount val="1"/>
                <c:pt idx="0">
                  <c:v>Жоқ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'[AMR results_ 03 11 2022.xlsx]Fig 1'!$A$3:$A$15</c:f>
              <c:strCache>
                <c:ptCount val="12"/>
                <c:pt idx="0">
                  <c:v>АҚТҚ/ЖҚТБ</c:v>
                </c:pt>
                <c:pt idx="1">
                  <c:v>Гонорея</c:v>
                </c:pt>
                <c:pt idx="2">
                  <c:v>ЗШЖИ</c:v>
                </c:pt>
                <c:pt idx="3">
                  <c:v>Диарея</c:v>
                </c:pt>
                <c:pt idx="4">
                  <c:v>Суық тию/тұмау</c:v>
                </c:pt>
                <c:pt idx="5">
                  <c:v>Жоғары температура</c:v>
                </c:pt>
                <c:pt idx="6">
                  <c:v>Малярия</c:v>
                </c:pt>
                <c:pt idx="7">
                  <c:v>Қызылша</c:v>
                </c:pt>
                <c:pt idx="8">
                  <c:v>Тері жарасы</c:v>
                </c:pt>
                <c:pt idx="9">
                  <c:v>Тамақ ауырсынуы</c:v>
                </c:pt>
                <c:pt idx="10">
                  <c:v>Дененің ауырсынуы</c:v>
                </c:pt>
                <c:pt idx="11">
                  <c:v>Бас ауруы</c:v>
                </c:pt>
              </c:strCache>
            </c:strRef>
          </c:cat>
          <c:val>
            <c:numRef>
              <c:f>'[AMR results_ 03 11 2022.xlsx]Fig 1'!$C$3:$C$15</c:f>
              <c:numCache>
                <c:formatCode>###0.0%</c:formatCode>
                <c:ptCount val="13"/>
                <c:pt idx="0">
                  <c:v>0.64189189189189189</c:v>
                </c:pt>
                <c:pt idx="1">
                  <c:v>0.47916666666666663</c:v>
                </c:pt>
                <c:pt idx="2">
                  <c:v>0.25</c:v>
                </c:pt>
                <c:pt idx="3">
                  <c:v>0.31948881789137379</c:v>
                </c:pt>
                <c:pt idx="4">
                  <c:v>8.1349206349206338E-2</c:v>
                </c:pt>
                <c:pt idx="5">
                  <c:v>0.30410958904109586</c:v>
                </c:pt>
                <c:pt idx="6">
                  <c:v>0.66423357664233573</c:v>
                </c:pt>
                <c:pt idx="7">
                  <c:v>0.67894736842105263</c:v>
                </c:pt>
                <c:pt idx="8">
                  <c:v>0.44081632653061226</c:v>
                </c:pt>
                <c:pt idx="9">
                  <c:v>0.29873417721518986</c:v>
                </c:pt>
                <c:pt idx="10">
                  <c:v>0.51877133105802042</c:v>
                </c:pt>
                <c:pt idx="11">
                  <c:v>0.42613636363636365</c:v>
                </c:pt>
              </c:numCache>
            </c:numRef>
          </c:val>
          <c:extLst xmlns:c16r2="http://schemas.microsoft.com/office/drawing/2015/06/chart">
            <c:ext xmlns:c16="http://schemas.microsoft.com/office/drawing/2014/chart" uri="{C3380CC4-5D6E-409C-BE32-E72D297353CC}">
              <c16:uniqueId val="{00000001-94DD-441A-823C-23F54F60016A}"/>
            </c:ext>
          </c:extLst>
        </c:ser>
        <c:dLbls>
          <c:dLblPos val="ctr"/>
          <c:showLegendKey val="0"/>
          <c:showVal val="1"/>
          <c:showCatName val="0"/>
          <c:showSerName val="0"/>
          <c:showPercent val="0"/>
          <c:showBubbleSize val="0"/>
        </c:dLbls>
        <c:gapWidth val="79"/>
        <c:overlap val="100"/>
        <c:axId val="-1034872944"/>
        <c:axId val="-1034868592"/>
      </c:barChart>
      <c:catAx>
        <c:axId val="-1034872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034868592"/>
        <c:crossesAt val="0"/>
        <c:auto val="1"/>
        <c:lblAlgn val="ctr"/>
        <c:lblOffset val="100"/>
        <c:noMultiLvlLbl val="0"/>
      </c:catAx>
      <c:valAx>
        <c:axId val="-1034868592"/>
        <c:scaling>
          <c:orientation val="minMax"/>
          <c:max val="1"/>
        </c:scaling>
        <c:delete val="1"/>
        <c:axPos val="b"/>
        <c:numFmt formatCode="###0%" sourceLinked="0"/>
        <c:majorTickMark val="none"/>
        <c:minorTickMark val="none"/>
        <c:tickLblPos val="nextTo"/>
        <c:crossAx val="-103487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809B3-2C2C-4FAF-BB71-9CC5C3651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87128</Words>
  <Characters>496633</Characters>
  <Application>Microsoft Office Word</Application>
  <DocSecurity>0</DocSecurity>
  <Lines>4138</Lines>
  <Paragraphs>1165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Farizka</dc:creator>
  <cp:lastModifiedBy>user</cp:lastModifiedBy>
  <cp:revision>2</cp:revision>
  <cp:lastPrinted>2023-11-22T05:35:00Z</cp:lastPrinted>
  <dcterms:created xsi:type="dcterms:W3CDTF">2023-11-27T05:00:00Z</dcterms:created>
  <dcterms:modified xsi:type="dcterms:W3CDTF">2023-11-27T05:00:00Z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2022-07-26T00:00:00Z</vt:filetime>
  </property>
  <property fmtid="{D5CDD505-2E9C-101B-9397-08002B2CF9AE}" pid="3" name="Creator">
    <vt:lpwstr>Microsoft® Word 2010</vt:lpwstr>
  </property>
  <property fmtid="{D5CDD505-2E9C-101B-9397-08002B2CF9AE}" pid="4" name="LastSaved">
    <vt:filetime>2023-08-06T00:00:00Z</vt:filetime>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 6th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http://www.zotero.org/styles/ieee</vt:lpwstr>
  </property>
  <property fmtid="{D5CDD505-2E9C-101B-9397-08002B2CF9AE}" pid="10" name="Mendeley Recent Style Name 2_1">
    <vt:lpwstr>IEEE</vt:lpwstr>
  </property>
  <property fmtid="{D5CDD505-2E9C-101B-9397-08002B2CF9AE}" pid="11" name="Mendeley Recent Style Id 3_1">
    <vt:lpwstr>http://www.zotero.org/styles/modern-humanities-research-association</vt:lpwstr>
  </property>
  <property fmtid="{D5CDD505-2E9C-101B-9397-08002B2CF9AE}" pid="12" name="Mendeley Recent Style Name 3_1">
    <vt:lpwstr>Modern Humanities Research Association 3rd edition (note with bibliography)</vt:lpwstr>
  </property>
  <property fmtid="{D5CDD505-2E9C-101B-9397-08002B2CF9AE}" pid="13" name="Mendeley Recent Style Id 4_1">
    <vt:lpwstr>http://www.zotero.org/styles/modern-language-association</vt:lpwstr>
  </property>
  <property fmtid="{D5CDD505-2E9C-101B-9397-08002B2CF9AE}" pid="14" name="Mendeley Recent Style Name 4_1">
    <vt:lpwstr>Modern Language Association 8th edition</vt:lpwstr>
  </property>
  <property fmtid="{D5CDD505-2E9C-101B-9397-08002B2CF9AE}" pid="15" name="Mendeley Recent Style Id 5_1">
    <vt:lpwstr>http://www.zotero.org/styles/nature</vt:lpwstr>
  </property>
  <property fmtid="{D5CDD505-2E9C-101B-9397-08002B2CF9AE}" pid="16" name="Mendeley Recent Style Name 5_1">
    <vt:lpwstr>Nature</vt:lpwstr>
  </property>
  <property fmtid="{D5CDD505-2E9C-101B-9397-08002B2CF9AE}" pid="17" name="Mendeley Recent Style Id 6_1">
    <vt:lpwstr>http://www.zotero.org/styles/gost-r-7-0-5-2008</vt:lpwstr>
  </property>
  <property fmtid="{D5CDD505-2E9C-101B-9397-08002B2CF9AE}" pid="18" name="Mendeley Recent Style Name 6_1">
    <vt:lpwstr>Russian GOST R 7.0.5-2008 (Russian)</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http://www.zotero.org/styles/gost-r-7-0-5-2008-numeric-alphabetical</vt:lpwstr>
  </property>
  <property fmtid="{D5CDD505-2E9C-101B-9397-08002B2CF9AE}" pid="22" name="Mendeley Recent Style Name 8_1">
    <vt:lpwstr>Russian GOST R 7.0.5-2008 (numeric, sorted alphabetically, Russian)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Mendeley Document_1">
    <vt:lpwstr>True</vt:lpwstr>
  </property>
  <property fmtid="{D5CDD505-2E9C-101B-9397-08002B2CF9AE}" pid="26" name="Mendeley Unique User Id_1">
    <vt:lpwstr>f4df09a9-a40e-393b-8737-16cbd691ac90</vt:lpwstr>
  </property>
  <property fmtid="{D5CDD505-2E9C-101B-9397-08002B2CF9AE}" pid="27" name="Mendeley Citation Style_1">
    <vt:lpwstr>http://www.zotero.org/styles/gost-r-7-0-5-2008-numeric</vt:lpwstr>
  </property>
</Properties>
</file>